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Nigh of Destiny (Shab-e-Qadr) October 7, 2007</w:t>
      </w:r>
    </w:p>
    <w:p>
      <w:r>
        <w:t>https://youtu.be/SsDv69B_uDk</w:t>
      </w:r>
    </w:p>
    <w:p>
      <w:r>
        <w:rPr>
          <w:b/>
        </w:rPr>
        <w:t xml:space="preserve">[00:13] </w:t>
      </w:r>
      <w:r>
        <w:t>bismillah hir rahman nir rahim, wa sallallahu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 uqdatan min lisani, yafqahu qawli.</w:t>
      </w:r>
    </w:p>
    <w:p>
      <w:pPr>
        <w:jc w:val="right"/>
      </w:pPr>
      <w:r>
        <w:t>واحل العقدۃ من لسانی، یفقہ قولی۔</w:t>
      </w:r>
    </w:p>
    <w:p>
      <w:r>
        <w:rPr>
          <w:b/>
        </w:rPr>
        <w:t xml:space="preserve">[00:36] </w:t>
      </w:r>
      <w:r>
        <w:t>aaj ka jo topic hai woh hai shab-e-qadr, jis ko quran mein laylatul qadr kaha gaya hai.</w:t>
      </w:r>
    </w:p>
    <w:p>
      <w:pPr>
        <w:jc w:val="right"/>
      </w:pPr>
      <w:r>
        <w:t>آج کا جو ٹاپک ہے وہ ہے شب قدر، جس کو قرآن میں لیلۃ القدر کہا گیا ہے۔</w:t>
      </w:r>
    </w:p>
    <w:p>
      <w:r>
        <w:rPr>
          <w:b/>
        </w:rPr>
        <w:t xml:space="preserve">[00:51] </w:t>
      </w:r>
      <w:r>
        <w:t>is ka</w:t>
      </w:r>
    </w:p>
    <w:p>
      <w:pPr>
        <w:jc w:val="right"/>
      </w:pPr>
      <w:r>
        <w:t>اس کا</w:t>
      </w:r>
    </w:p>
    <w:p>
      <w:r>
        <w:rPr>
          <w:b/>
        </w:rPr>
        <w:t xml:space="preserve">[00:55] </w:t>
      </w:r>
      <w:r>
        <w:t>reason yeh hai ke ek hadith aayi hai musnad imam ahmad ibn hanbal mein, jo hadith ki goya encyclopedia samjhai jati hai.</w:t>
      </w:r>
    </w:p>
    <w:p>
      <w:pPr>
        <w:jc w:val="right"/>
      </w:pPr>
      <w:r>
        <w:t>ریزن یہ ہے کہ ایک حدیث آئی ہے مسند امام احمد ابن حنبل میں، جو حدیث کی گویا انسائیکلوپیڈیا سمجھائی جاتی ہے۔</w:t>
      </w:r>
    </w:p>
    <w:p>
      <w:r>
        <w:rPr>
          <w:b/>
        </w:rPr>
        <w:t xml:space="preserve">[01:10] </w:t>
      </w:r>
      <w:r>
        <w:t>musnad ahmad ke naam se woh mashhoor hai, is mein 30,000 hadisein hain.</w:t>
      </w:r>
    </w:p>
    <w:p>
      <w:pPr>
        <w:jc w:val="right"/>
      </w:pPr>
      <w:r>
        <w:t>مسند احمد کے نام سے وہ مشہور ہے، اس میں 30,000 حدیثیں ہیں۔</w:t>
      </w:r>
    </w:p>
    <w:p>
      <w:r>
        <w:rPr>
          <w:b/>
        </w:rPr>
        <w:t xml:space="preserve">[01:19] </w:t>
      </w:r>
      <w:r>
        <w:t>unki umr hui 75 saal. 75 saal mein unhon ne pata nahi kitne countries ke safar kiye, asia aur africa mein.</w:t>
      </w:r>
    </w:p>
    <w:p>
      <w:pPr>
        <w:jc w:val="right"/>
      </w:pPr>
      <w:r>
        <w:t>ان کی عمر ہوئی 75 سال۔ 75 سال میں انہوں نے پتہ نہیں کتنے کنٹریز کے سفر کیے، ایشیا اور افریقہ میں۔</w:t>
      </w:r>
    </w:p>
    <w:p>
      <w:r>
        <w:rPr>
          <w:b/>
        </w:rPr>
        <w:t xml:space="preserve">[01:31] </w:t>
      </w:r>
      <w:r>
        <w:t>bohat hi hairat hoti hai agar aap parhein unki zindagi ko. ahmad ibn hanbal, jo paida hue the baghdad mein, kitne sare safar kiye aur 30 aadhi hadisein ikattha karein.</w:t>
      </w:r>
    </w:p>
    <w:p>
      <w:pPr>
        <w:jc w:val="right"/>
      </w:pPr>
      <w:r>
        <w:t>بہت ہی حیرت ہوتی ہے اگر آپ پڑھیں ان کی زندگی کو۔ احمد ابن حنبل، جو پیدا ہوئے تھے بغداد میں، کتنے سارے سفر کیے اور 30 آدھی حدیثیں اکٹھا کیں۔</w:t>
      </w:r>
    </w:p>
    <w:p>
      <w:r>
        <w:rPr>
          <w:b/>
        </w:rPr>
        <w:t xml:space="preserve">[01:45] </w:t>
      </w:r>
      <w:r>
        <w:t>kyun ke rasool allah ke baad jo aap ke companions the, wohi to hadison ke narrator the, woh sab phail gaye idhar udhar.</w:t>
      </w:r>
    </w:p>
    <w:p>
      <w:pPr>
        <w:jc w:val="right"/>
      </w:pPr>
      <w:r>
        <w:t>کیونکہ رسول اللہ کے بعد جو آپ کے کمپینین تھے، وہی تو حدیثوں کے نیریٹر تھے، وہ سب پھیل گئے ادھر ادھر۔</w:t>
      </w:r>
    </w:p>
    <w:p>
      <w:r>
        <w:rPr>
          <w:b/>
        </w:rPr>
        <w:t xml:space="preserve">[01:58] </w:t>
      </w:r>
      <w:r>
        <w:t>aisa nahi tha ke woh makkah madinah mein sab ke sab hon. koi idhar chala gaya, koi idhar chala gaya. to mukhtalif countries mein woh phail gaye.</w:t>
      </w:r>
    </w:p>
    <w:p>
      <w:pPr>
        <w:jc w:val="right"/>
      </w:pPr>
      <w:r>
        <w:t>ایسا نہیں تھا کہ وہ مکہ مدینہ میں سب کے سب ہوں۔ کوئی ادھر چلا گیا، کوئی ادھر چلا گیا۔ تو مختلف کنٹریز میں وہ پھیل گئے۔</w:t>
      </w:r>
    </w:p>
    <w:p>
      <w:r>
        <w:rPr>
          <w:b/>
        </w:rPr>
        <w:t xml:space="preserve">[02:14] </w:t>
      </w:r>
      <w:r>
        <w:t>jaise kal turki ke ek sahib aaye the yahan, woh tv se jure hue hain, woh ek interview liya unhon ne.</w:t>
      </w:r>
    </w:p>
    <w:p>
      <w:pPr>
        <w:jc w:val="right"/>
      </w:pPr>
      <w:r>
        <w:t>جیسے کل ترکی کے ایک صاحب آئے تھے یہاں، وہ ٹی وی سے جڑے ہوئے ہیں، وہ ایک انٹرویو لیا انہوں نے۔</w:t>
      </w:r>
    </w:p>
    <w:p>
      <w:r>
        <w:rPr>
          <w:b/>
        </w:rPr>
        <w:t xml:space="preserve">[02:29] </w:t>
      </w:r>
      <w:r>
        <w:t>unhon ne bataya ke turki mein ek sahabi ki qabr hai. ek sahabi ki qabr.</w:t>
      </w:r>
    </w:p>
    <w:p>
      <w:pPr>
        <w:jc w:val="right"/>
      </w:pPr>
      <w:r>
        <w:t>انہوں نے بتایا کہ ترکی میں ایک صحابی کی قبر ہے۔ ایک صحابی کی قبر۔</w:t>
      </w:r>
    </w:p>
    <w:p>
      <w:r>
        <w:rPr>
          <w:b/>
        </w:rPr>
        <w:t xml:space="preserve">[02:40] </w:t>
      </w:r>
      <w:r>
        <w:t>ab bataein ke turki kahan aur makkah madinah kahan</w:t>
      </w:r>
    </w:p>
    <w:p>
      <w:pPr>
        <w:jc w:val="right"/>
      </w:pPr>
      <w:r>
        <w:t>اب بتائیں کہ ترکی کہاں اور مکہ مدینہ کہاں</w:t>
      </w:r>
    </w:p>
    <w:p>
      <w:r>
        <w:rPr>
          <w:b/>
        </w:rPr>
        <w:t xml:space="preserve">[02:43] </w:t>
      </w:r>
      <w:r>
        <w:t>? turki toh europe ka ek part hai. toh gharaẓ hai ke saare sahaba, jo koi 140,000 ki tadad mein the, rasool Allah ka jab wafat hui hai toh sahaba ki tadad 140,000 se zyada ho chuki thi.</w:t>
      </w:r>
    </w:p>
    <w:p>
      <w:pPr>
        <w:jc w:val="right"/>
      </w:pPr>
      <w:r>
        <w:t>؟ ترکی تو یورپ کا ایک پارٹ ہے۔ تو غرض ہے کہ سارے صحابہ، جو کوئی 140,000 کی تعداد میں تھے، رسول اللہ کا جب وفات ہوئی ہے تو صحابہ کی تعداد 140,000 سے زیادہ ہو چکی تھی۔</w:t>
      </w:r>
    </w:p>
    <w:p>
      <w:r>
        <w:rPr>
          <w:b/>
        </w:rPr>
        <w:t xml:space="preserve">[03:08] </w:t>
      </w:r>
      <w:r>
        <w:t>toh yeh log phail gaye aap ke baad mukhtalif countries mein dawah work ke liye. dawah work ke liye. toh jahan gaye wohin par rahe, wohin un ke saathi bane, wohin un ke disciples hue,</w:t>
      </w:r>
    </w:p>
    <w:p>
      <w:pPr>
        <w:jc w:val="right"/>
      </w:pPr>
      <w:r>
        <w:t>تو یہ لوگ پھیل گئے آپ کے بعد مختلف کنٹریز میں دعویٰ ورک کے لیے۔ دعویٰ ورک کے لیے۔ تو جہاں گئے وہیں پر رہے، وہیں ان کے ساتھی بنے، وہیں ان کے ڈسائپل ہوئے،</w:t>
      </w:r>
    </w:p>
    <w:p>
      <w:r>
        <w:rPr>
          <w:b/>
        </w:rPr>
        <w:t xml:space="preserve">[03:24] </w:t>
      </w:r>
      <w:r>
        <w:t>wohin se unhon ne apni baatein kahin logon ko. toh narrators jo hain woh poore poore globe par bikhre hue the us zamane ke lihaaz se.</w:t>
      </w:r>
    </w:p>
    <w:p>
      <w:pPr>
        <w:jc w:val="right"/>
      </w:pPr>
      <w:r>
        <w:t>وہیں سے انہوں نے اپنی باتیں کہیں لوگوں کو۔ تو نیریٹرز جو ہیں وہ پورے پورے گلوب پر بکھرے ہوئے تھے اس زمانے کے لحاظ سے۔</w:t>
      </w:r>
    </w:p>
    <w:p>
      <w:r>
        <w:rPr>
          <w:b/>
        </w:rPr>
        <w:t xml:space="preserve">[03:34] </w:t>
      </w:r>
      <w:r>
        <w:t>toh ahmad ibn hambal ne bohat zyada travel kiya. woh 75 saal ki umar mein is is zamane ke lihaaz se kaise kiya unhon ne, main toh hairaan hota hoon.</w:t>
      </w:r>
    </w:p>
    <w:p>
      <w:pPr>
        <w:jc w:val="right"/>
      </w:pPr>
      <w:r>
        <w:t>تو احمد ابن حنبل نے بہت زیادہ ٹریول کیا۔ وہ 75 سال کی عمر میں اس اس زمانے کے لحاظ سے کیسے کیا انہوں نے، میں تو حیران ہوتا ہوں۔</w:t>
      </w:r>
    </w:p>
    <w:p>
      <w:r>
        <w:rPr>
          <w:b/>
        </w:rPr>
        <w:t xml:space="preserve">[03:49] </w:t>
      </w:r>
      <w:r>
        <w:t>beh-haal is tarah unhon ne 30,000 hadith-ein, hadith-ein toh aur zyada jama kiya lekin 30,000 unhon ne compile kiya apni kitaab mein.</w:t>
      </w:r>
    </w:p>
    <w:p>
      <w:pPr>
        <w:jc w:val="right"/>
      </w:pPr>
      <w:r>
        <w:t>بہرحال اس طرح انہوں نے 30,000 حدیثیں، حدیثیں تو اور زیادہ جمع کیا لیکن 30,000 انہوں نے کمپائل کیا اپنی کتاب میں۔</w:t>
      </w:r>
    </w:p>
    <w:p>
      <w:r>
        <w:rPr>
          <w:b/>
        </w:rPr>
        <w:t xml:space="preserve">[04:00] </w:t>
      </w:r>
      <w:r>
        <w:t>toh is mein se ek hadith woh hai jo tafsir mein agar aap dekhna chahein toh tafsir al-qurtubi ne is ko naqal kiya hai aur tafsir ibn kathir mein woh naqal hui hai.</w:t>
      </w:r>
    </w:p>
    <w:p>
      <w:pPr>
        <w:jc w:val="right"/>
      </w:pPr>
      <w:r>
        <w:t>تو اس میں سے ایک حدیث وہ ہے جو تفسیر میں اگر آپ دیکھنا چاہیں تو تفسیر القرطبی نے اس کو نقل کیا ہے اور تفسیر ابن کثیر میں وہ نقل ہوئی ہے۔</w:t>
      </w:r>
    </w:p>
    <w:p>
      <w:r>
        <w:rPr>
          <w:b/>
        </w:rPr>
        <w:t xml:space="preserve">[04:17] </w:t>
      </w:r>
      <w:r>
        <w:t>is hadith mein rasool Allah sallallahu alaihi wasallam ne farmaya,</w:t>
      </w:r>
    </w:p>
    <w:p>
      <w:pPr>
        <w:jc w:val="right"/>
      </w:pPr>
      <w:r>
        <w:t>اس حدیث میں رسول اللہ صلی اللہ علیہ وسلم نے فرمایا،</w:t>
      </w:r>
    </w:p>
    <w:p>
      <w:r>
        <w:rPr>
          <w:b/>
        </w:rPr>
        <w:t xml:space="preserve">[04:22] </w:t>
      </w:r>
      <w:r>
        <w:t>ek lambi hadith hai toh is ka ek hissa yeh hai ke aap ko aap jante hain ke rasool Allah ko makkah mein pehla revelation aaya jabke aap wahan par hira naam ka ek mountain tha, us ke ek cave mein the aap us waqt jo makkah ke qareeb hai.</w:t>
      </w:r>
    </w:p>
    <w:p>
      <w:pPr>
        <w:jc w:val="right"/>
      </w:pPr>
      <w:r>
        <w:t>ایک لمبی حدیث ہے تو اس کا ایک حصہ یہ ہے کہ آپ کو آپ جانتے ہیں کہ رسول اللہ کو مکہ میں پہلا ریولیشن آیا جبکہ آپ وہاں پر حرا نام کا ایک ماؤنٹن تھا، اس کے ایک کیو میں تھے آپ اس وقت جو مکہ کے قریب ہے۔</w:t>
      </w:r>
    </w:p>
    <w:p>
      <w:r>
        <w:rPr>
          <w:b/>
        </w:rPr>
        <w:t xml:space="preserve">[04:46] </w:t>
      </w:r>
      <w:r>
        <w:t>yeh baat hai 610 isvi ki.</w:t>
      </w:r>
    </w:p>
    <w:p>
      <w:pPr>
        <w:jc w:val="right"/>
      </w:pPr>
      <w:r>
        <w:t>یہ بات ہے 610 عیسوی کی۔</w:t>
      </w:r>
    </w:p>
    <w:p>
      <w:r>
        <w:rPr>
          <w:b/>
        </w:rPr>
        <w:t xml:space="preserve">[04:51] </w:t>
      </w:r>
      <w:r>
        <w:t>toh wahan par aap ko pehla pehli wahi ya pehla revelation aaya. toh is hadith mein bataya gaya hai ke woh tha ramzan ki 24 tareekh.</w:t>
      </w:r>
    </w:p>
    <w:p>
      <w:pPr>
        <w:jc w:val="right"/>
      </w:pPr>
      <w:r>
        <w:t>تو وہاں پر آپ کو پہلا پہلی وحی یا پہلا ریولیشن آیا۔ تو اس حدیث میں بتایا گیا ہے کہ وہ تھا رمضان کی 24 تاریخ۔</w:t>
      </w:r>
    </w:p>
    <w:p>
      <w:r>
        <w:rPr>
          <w:b/>
        </w:rPr>
        <w:t xml:space="preserve">[05:06] </w:t>
      </w:r>
      <w:r>
        <w:t>yeh badi ajeeb baat hai ke aaj ramzan ki 24 tareekh hai jabke hamara spiritual class yahan ho raha hai.</w:t>
      </w:r>
    </w:p>
    <w:p>
      <w:pPr>
        <w:jc w:val="right"/>
      </w:pPr>
      <w:r>
        <w:t>یہ بڑی عجیب بات ہے کہ آج رمضان کی 24 تاریخ ہے جبکہ ہمارا اسپریچول کلاس یہاں ہو رہا ہے۔</w:t>
      </w:r>
    </w:p>
    <w:p>
      <w:r>
        <w:rPr>
          <w:b/>
        </w:rPr>
        <w:t xml:space="preserve">[05:16] </w:t>
      </w:r>
      <w:r>
        <w:t>ramzan ki 24 tareekh aaj hai jaisa ke aap jante hain.</w:t>
      </w:r>
    </w:p>
    <w:p>
      <w:pPr>
        <w:jc w:val="right"/>
      </w:pPr>
      <w:r>
        <w:t>رمضان کی 24 تاریخ آج ہے جیسا کہ آپ جانتے ہیں۔</w:t>
      </w:r>
    </w:p>
    <w:p>
      <w:r>
        <w:rPr>
          <w:b/>
        </w:rPr>
        <w:t xml:space="preserve">[05:20] </w:t>
      </w:r>
      <w:r>
        <w:t>toh aaj hi ki tareekh ko quran ka jo pehla hissa hai surah al-alaq woh utri jabke rasool Allah cave mein the ghar hira mein.</w:t>
      </w:r>
    </w:p>
    <w:p>
      <w:pPr>
        <w:jc w:val="right"/>
      </w:pPr>
      <w:r>
        <w:t>تو آج ہی کی تاریخ کو قرآن کا جو پہلا حصہ ہے سورہ العلق وہ اتری جبکہ رسول اللہ کیو میں تھے غار حرا میں۔</w:t>
      </w:r>
    </w:p>
    <w:p>
      <w:r>
        <w:rPr>
          <w:b/>
        </w:rPr>
        <w:t xml:space="preserve">[05:34] </w:t>
      </w:r>
      <w:r>
        <w:t>yahin se prophethood ka yeh beginning hui.</w:t>
      </w:r>
    </w:p>
    <w:p>
      <w:pPr>
        <w:jc w:val="right"/>
      </w:pPr>
      <w:r>
        <w:t>یہیں سے پرافٹ ہڈ کا یہ بگننگ ہوئی۔</w:t>
      </w:r>
    </w:p>
    <w:p>
      <w:r>
        <w:rPr>
          <w:b/>
        </w:rPr>
        <w:t xml:space="preserve">[05:42] </w:t>
      </w:r>
      <w:r>
        <w:t>toh kuch scholars ne is ko aur zyada, yaani al-marq waghera jo hota hai us se pata kiya toh unhon ne bataya ke yeh tha</w:t>
      </w:r>
    </w:p>
    <w:p>
      <w:pPr>
        <w:jc w:val="right"/>
      </w:pPr>
      <w:r>
        <w:t>تو کچھ اسکالرز نے اس کو اور زیادہ، یعنی المرک وغیرہ جو ہوتا ہے اس سے پتہ کیا تو انہوں نے بتایا کہ یہ تھا</w:t>
      </w:r>
    </w:p>
    <w:p>
      <w:r>
        <w:rPr>
          <w:b/>
        </w:rPr>
        <w:t xml:space="preserve">[05:58] </w:t>
      </w:r>
      <w:r>
        <w:t>july exact tareekh tak unhon ne pata kiya ke 12 july 610 isvi date thi woh.</w:t>
      </w:r>
    </w:p>
    <w:p>
      <w:pPr>
        <w:jc w:val="right"/>
      </w:pPr>
      <w:r>
        <w:t>جولائی ایگزیکٹ تاریخ تک انہوں نے پتہ کیا کہ 12 جولائی 610 عیسوی ڈیٹ تھی وہ۔</w:t>
      </w:r>
    </w:p>
    <w:p>
      <w:r>
        <w:rPr>
          <w:b/>
        </w:rPr>
        <w:t xml:space="preserve">[06:10] </w:t>
      </w:r>
      <w:r>
        <w:t>beh-haal woh july ka mahina tha. 610 isvi thi woh.</w:t>
      </w:r>
    </w:p>
    <w:p>
      <w:pPr>
        <w:jc w:val="right"/>
      </w:pPr>
      <w:r>
        <w:t>بہرحال وہ جولائی کا مہینہ تھا۔ 610 عیسوی تھی وہ۔</w:t>
      </w:r>
    </w:p>
    <w:p>
      <w:r>
        <w:rPr>
          <w:b/>
        </w:rPr>
        <w:t xml:space="preserve">[06:20] </w:t>
      </w:r>
      <w:r>
        <w:t>toh 24 ramzan ke ma'ni kya hue? ke is ke baad jo raat aati hai woh pachisveen raat hoti hai.</w:t>
      </w:r>
    </w:p>
    <w:p>
      <w:pPr>
        <w:jc w:val="right"/>
      </w:pPr>
      <w:r>
        <w:t>تو 24 رمضان کے معنی کیا ہوئے؟ کہ اس کے بعد جو رات آتی ہے وہ پچیسویں رات ہوتی ہے۔</w:t>
      </w:r>
    </w:p>
    <w:p>
      <w:r>
        <w:rPr>
          <w:b/>
        </w:rPr>
        <w:t xml:space="preserve">[06:29] </w:t>
      </w:r>
      <w:r>
        <w:t>yaani aaj ke baad jo raat aa rahi hai woh hai ramzan ki pachisveen raat. toh chunke hadith mein aaya hai ek aur hadith mein ke shab-e-qadr hamesha aati hai taaq raaton mein.</w:t>
      </w:r>
    </w:p>
    <w:p>
      <w:pPr>
        <w:jc w:val="right"/>
      </w:pPr>
      <w:r>
        <w:t>یعنی آج کے بعد جو رات آ رہی ہے وہ ہے رمضان کی پچیسویں رات۔ تو چونکہ حدیث میں آیا ہے ایک اور حدیث میں کہ شب قدر ہمیشہ آتی ہے طاق راتوں میں۔</w:t>
      </w:r>
    </w:p>
    <w:p>
      <w:r>
        <w:rPr>
          <w:b/>
        </w:rPr>
        <w:t xml:space="preserve">[06:45] </w:t>
      </w:r>
      <w:r>
        <w:t>yaani 21 mein, 23 mein, 25 mein, 27 mein is tarah se. toh nearly certain hai ke aaj hi hai shab-e-qadr.</w:t>
      </w:r>
    </w:p>
    <w:p>
      <w:pPr>
        <w:jc w:val="right"/>
      </w:pPr>
      <w:r>
        <w:t>یعنی 21 میں، 23 میں، 25 میں، 27 میں اس طرح سے۔ تو نیئرلی سرٹن ہے کہ آج ہی ہے شب قدر۔</w:t>
      </w:r>
    </w:p>
    <w:p>
      <w:r>
        <w:rPr>
          <w:b/>
        </w:rPr>
        <w:t xml:space="preserve">[07:00] </w:t>
      </w:r>
      <w:r>
        <w:t>main ne aise khwab dekhe aaj aaj raat ko. mujh ko ek ajeeb baat hai ke har saal mujh ko kuch inspiration ho jata hai ke aaj hone wali hai shab-e-qadr.</w:t>
      </w:r>
    </w:p>
    <w:p>
      <w:pPr>
        <w:jc w:val="right"/>
      </w:pPr>
      <w:r>
        <w:t>میں نے ایسے خواب دیکھے آج آج رات کو۔ مجھ کو ایک عجیب بات ہے کہ ہر سال مجھے کچھ انسپیریشن ہو جاتا ہے کہ آج ہونے والی ہے شب قدر۔</w:t>
      </w:r>
    </w:p>
    <w:p>
      <w:r>
        <w:rPr>
          <w:b/>
        </w:rPr>
        <w:t xml:space="preserve">[07:14] </w:t>
      </w:r>
      <w:r>
        <w:t>is saal mujh ko jo shab-e-qadr ka jo inspiration hua hai woh yeh hai ke inshallah aaj ki raat ko yaani 25 ramzan ki raat ko shab-e-qadr hai.</w:t>
      </w:r>
    </w:p>
    <w:p>
      <w:pPr>
        <w:jc w:val="right"/>
      </w:pPr>
      <w:r>
        <w:t>اس سال مجھ کو جو شب قدر کا جو انسپیریشن ہوا ہے وہ یہ ہے کہ انشاءاللہ آج کی رات کو یعنی 25 رمضان کی رات کو شب قدر ہے۔</w:t>
      </w:r>
    </w:p>
    <w:p>
      <w:r>
        <w:rPr>
          <w:b/>
        </w:rPr>
        <w:t xml:space="preserve">[07:28] </w:t>
      </w:r>
      <w:r>
        <w:t>yahan par mujhe ek cheez yaad aati hai</w:t>
      </w:r>
    </w:p>
    <w:p>
      <w:pPr>
        <w:jc w:val="right"/>
      </w:pPr>
      <w:r>
        <w:t>یہاں پر مجھے ایک چیز یاد آتی ہے</w:t>
      </w:r>
    </w:p>
    <w:p>
      <w:r>
        <w:rPr>
          <w:b/>
        </w:rPr>
        <w:t xml:space="preserve">[07:33] </w:t>
      </w:r>
      <w:r>
        <w:t>ke ab se 40 saal pehle</w:t>
      </w:r>
    </w:p>
    <w:p>
      <w:pPr>
        <w:jc w:val="right"/>
      </w:pPr>
      <w:r>
        <w:t>کہ اب سے 40 سال پہلے</w:t>
      </w:r>
    </w:p>
    <w:p>
      <w:r>
        <w:rPr>
          <w:b/>
        </w:rPr>
        <w:t xml:space="preserve">[07:38] </w:t>
      </w:r>
      <w:r>
        <w:t>aap ko maloom hai ke neil armstrong pehli baar utra tha chand par.</w:t>
      </w:r>
    </w:p>
    <w:p>
      <w:pPr>
        <w:jc w:val="right"/>
      </w:pPr>
      <w:r>
        <w:t>آپ کو معلوم ہے کہ نیل آرم اسٹرانگ پہلی بار اترا تھا چاند پر۔</w:t>
      </w:r>
    </w:p>
    <w:p>
      <w:r>
        <w:rPr>
          <w:b/>
        </w:rPr>
        <w:t xml:space="preserve">[07:47] </w:t>
      </w:r>
      <w:r>
        <w:t>yeh date thi 21 july 1969. 1969 ab se 40 saal pehle.</w:t>
      </w:r>
    </w:p>
    <w:p>
      <w:pPr>
        <w:jc w:val="right"/>
      </w:pPr>
      <w:r>
        <w:t>یہ ڈیٹ تھی 21 جولائی 1969۔ 1969 اب سے 40 سال پہلے۔</w:t>
      </w:r>
    </w:p>
    <w:p>
      <w:r>
        <w:rPr>
          <w:b/>
        </w:rPr>
        <w:t xml:space="preserve">[08:02] </w:t>
      </w:r>
      <w:r>
        <w:t>to neil armstrong pehli baar pehla insaan jo utra chand par woh yeh tha.</w:t>
      </w:r>
    </w:p>
    <w:p>
      <w:pPr>
        <w:jc w:val="right"/>
      </w:pPr>
      <w:r>
        <w:t>تو نیل آرم اسٹرانگ پہلی بار پہلا انسان جو اترا چاند پر وہ یہ تھا۔</w:t>
      </w:r>
    </w:p>
    <w:p>
      <w:r>
        <w:rPr>
          <w:b/>
        </w:rPr>
        <w:t xml:space="preserve">[08:08] </w:t>
      </w:r>
      <w:r>
        <w:t>to is raat ko mujhe yaad hai ke main ek news ek daily paper ke office mein gaya. rozana akhbar.</w:t>
      </w:r>
    </w:p>
    <w:p>
      <w:pPr>
        <w:jc w:val="right"/>
      </w:pPr>
      <w:r>
        <w:t>تو اس رات کو مجھے یاد ہے کہ میں ایک نیوز ایک ڈیلی پیپر کے آفس میں گیا۔ روزانہ اخبار۔</w:t>
      </w:r>
    </w:p>
    <w:p>
      <w:r>
        <w:rPr>
          <w:b/>
        </w:rPr>
        <w:t xml:space="preserve">[08:20] </w:t>
      </w:r>
      <w:r>
        <w:t>to raat ka waqt tha wahan jo ek news editor the jinn se meri mulaqat thi un se mila main.</w:t>
      </w:r>
    </w:p>
    <w:p>
      <w:pPr>
        <w:jc w:val="right"/>
      </w:pPr>
      <w:r>
        <w:t>تو رات کا وقت تھا۔ وہاں جو ایک نیوز ایڈیٹر تھے جن سے میری ملاقات تھی ان سے ملا میں۔</w:t>
      </w:r>
    </w:p>
    <w:p>
      <w:r>
        <w:rPr>
          <w:b/>
        </w:rPr>
        <w:t xml:space="preserve">[08:30] </w:t>
      </w:r>
      <w:r>
        <w:t>woh bohat hi busy the khabron ko lene mein.</w:t>
      </w:r>
    </w:p>
    <w:p>
      <w:pPr>
        <w:jc w:val="right"/>
      </w:pPr>
      <w:r>
        <w:t>وہ بہت ہی بزی تھے خبروں کو لینے میں۔</w:t>
      </w:r>
    </w:p>
    <w:p>
      <w:r>
        <w:rPr>
          <w:b/>
        </w:rPr>
        <w:t xml:space="preserve">[08:35] </w:t>
      </w:r>
      <w:r>
        <w:t>wohi khabrein arm strong ki khabrein barabar aa rahi theen wahan se. ke utar gaye yeh kar rahe hain woh kar rahe hain. to bohat hi jubilantly unhon ne kaha tha ke thrilling news aa rahi hain.</w:t>
      </w:r>
    </w:p>
    <w:p>
      <w:pPr>
        <w:jc w:val="right"/>
      </w:pPr>
      <w:r>
        <w:t>وہی خبریں آرم اسٹرانگ کی خبریں برابر آ رہی تھیں وہاں سے۔ کہ اتر گئے یہ کر رہے ہیں وہ کر رہے ہیں۔ تو بہت ہی جیولینٹلی انہوں نے کہا تھا کہ تھرلنگ نیوز آ رہی ہیں۔</w:t>
      </w:r>
    </w:p>
    <w:p>
      <w:r>
        <w:rPr>
          <w:b/>
        </w:rPr>
        <w:t xml:space="preserve">[08:50] </w:t>
      </w:r>
      <w:r>
        <w:t>ab tak mujhe yaad hai ke bohat hi jubilantly unhon ne kaha ke thrilling news aa rahi hain.</w:t>
      </w:r>
    </w:p>
    <w:p>
      <w:pPr>
        <w:jc w:val="right"/>
      </w:pPr>
      <w:r>
        <w:t>اب تک مجھے یاد ہے کہ بہت ہی جیولینٹلی انہوں نے کہا کہ تھرلنگ نیوز آ رہی ہیں۔</w:t>
      </w:r>
    </w:p>
    <w:p>
      <w:r>
        <w:rPr>
          <w:b/>
        </w:rPr>
        <w:t xml:space="preserve">[09:00] </w:t>
      </w:r>
      <w:r>
        <w:t>to main kahunga ke aap ke I have a super thrilling news for you. Today I have a super thrilling news for you.</w:t>
      </w:r>
    </w:p>
    <w:p>
      <w:pPr>
        <w:jc w:val="right"/>
      </w:pPr>
      <w:r>
        <w:t>تو میں کہوں گا کہ آپ کے آئی ہیو ا سپر تھرلنگ نیوز فار یو۔ ٹوڈے آئی ہیو ا سپر تھرلنگ نیوز فار یو۔</w:t>
      </w:r>
    </w:p>
    <w:p>
      <w:r>
        <w:rPr>
          <w:b/>
        </w:rPr>
        <w:t xml:space="preserve">[09:13] </w:t>
      </w:r>
      <w:r>
        <w:t>woh yeh ke mere inspiration ke mutabiq mere dream ke mutabiq aur mujhe nearly certain hai ke aaj hi hogi shab qadar inshallah.</w:t>
      </w:r>
    </w:p>
    <w:p>
      <w:pPr>
        <w:jc w:val="right"/>
      </w:pPr>
      <w:r>
        <w:t>وہ یہ کہ میرے انسپیریشن کے مطابق میرے ڈریم کے مطابق اور مجھے نیئرلی سرٹن ہے کہ آج ہی ہوگی شب قدر انشاءاللہ۔</w:t>
      </w:r>
    </w:p>
    <w:p>
      <w:r>
        <w:rPr>
          <w:b/>
        </w:rPr>
        <w:t xml:space="preserve">[09:29] </w:t>
      </w:r>
      <w:r>
        <w:t>to aap aaj raat ko ibadat karen aur dua karen khaas tor par. dua. shab qadar asal mein raat hai dua ki raat.</w:t>
      </w:r>
    </w:p>
    <w:p>
      <w:pPr>
        <w:jc w:val="right"/>
      </w:pPr>
      <w:r>
        <w:t>تو آپ آج رات کو عبادت کریں اور دعا کریں خاص طور پر۔ دعا۔ شب قدر اصل میں رات ہے دعا کی رات۔</w:t>
      </w:r>
    </w:p>
    <w:p>
      <w:r>
        <w:rPr>
          <w:b/>
        </w:rPr>
        <w:t xml:space="preserve">[09:42] </w:t>
      </w:r>
      <w:r>
        <w:t>is liye main aisa kehta hoon ke hazrat ayesha ne poocha rasool ALLAH صلی اللہ علیہ وسلم se ke agar main shab qadar ko pa jaon.</w:t>
      </w:r>
    </w:p>
    <w:p>
      <w:pPr>
        <w:jc w:val="right"/>
      </w:pPr>
      <w:r>
        <w:t>اس لیے میں ایسا کہتا ہوں کہ حضرت عائشہ نے پوچھا رسول اللہ صلی اللہ علیہ وسلم سے کہ اگر میں شب قدر کو پا جاؤں۔</w:t>
      </w:r>
    </w:p>
    <w:p>
      <w:r>
        <w:rPr>
          <w:b/>
        </w:rPr>
        <w:t xml:space="preserve">[09:58] </w:t>
      </w:r>
      <w:r>
        <w:t>shab qadar ka english mein is ka hai night of destiny. night of destiny.</w:t>
      </w:r>
    </w:p>
    <w:p>
      <w:pPr>
        <w:jc w:val="right"/>
      </w:pPr>
      <w:r>
        <w:t>شب قدر کا انگلش میں اس کا ہے نائٹ آف ڈیسٹینی۔ نائٹ آف ڈیسٹینی۔</w:t>
      </w:r>
    </w:p>
    <w:p>
      <w:r>
        <w:rPr>
          <w:b/>
        </w:rPr>
        <w:t xml:space="preserve">[10:08] </w:t>
      </w:r>
      <w:r>
        <w:t>yani taqdeer ke faislon ki raat. jis din khuda logon ke baray mein faisle fermata hai.</w:t>
      </w:r>
    </w:p>
    <w:p>
      <w:pPr>
        <w:jc w:val="right"/>
      </w:pPr>
      <w:r>
        <w:t>یعنی تقدیر کے فیصلوں کی رات۔ جس دن خدا لوگوں کے بارے میں فیصلے فرماتا ہے۔</w:t>
      </w:r>
    </w:p>
    <w:p>
      <w:r>
        <w:rPr>
          <w:b/>
        </w:rPr>
        <w:t xml:space="preserve">[10:20] </w:t>
      </w:r>
      <w:r>
        <w:t>to</w:t>
      </w:r>
    </w:p>
    <w:p>
      <w:pPr>
        <w:jc w:val="right"/>
      </w:pPr>
      <w:r>
        <w:t>تو</w:t>
      </w:r>
    </w:p>
    <w:p>
      <w:r>
        <w:rPr>
          <w:b/>
        </w:rPr>
        <w:t xml:space="preserve">[10:23] </w:t>
      </w:r>
      <w:r>
        <w:t>yeh is raat ko chunke quran utra. quran utra ke mani yeh nahi ke poori yeh jo aaj jo hamare paas quran hota hai woh poora ka poora ekhathe utra.</w:t>
      </w:r>
    </w:p>
    <w:p>
      <w:pPr>
        <w:jc w:val="right"/>
      </w:pPr>
      <w:r>
        <w:t>یہ اس رات کو چونکہ قرآن اترا۔ قرآن اترا کے معنی یہ نہیں کہ پوری یہ جو آج جو ہمارے پاس قرآن ہوتا ہے وہ پورا کا پورا اکٹھے اترا۔</w:t>
      </w:r>
    </w:p>
    <w:p>
      <w:r>
        <w:rPr>
          <w:b/>
        </w:rPr>
        <w:t xml:space="preserve">[10:35] </w:t>
      </w:r>
      <w:r>
        <w:t>nahi utarna shuru hua. aur yeh chunke history ka bohat hi bara waqea tha ke khuda ki kitab jis ko preserve rehna tha.</w:t>
      </w:r>
    </w:p>
    <w:p>
      <w:pPr>
        <w:jc w:val="right"/>
      </w:pPr>
      <w:r>
        <w:t>نہیں اترنا شروع ہوا۔ اور یہ چونکہ ہسٹری کا بہت ہی بڑا واقعہ تھا کہ خدا کی کتاب جس کو پریزرو رہنا تھا۔</w:t>
      </w:r>
    </w:p>
    <w:p>
      <w:r>
        <w:rPr>
          <w:b/>
        </w:rPr>
        <w:t xml:space="preserve">[10:49] </w:t>
      </w:r>
      <w:r>
        <w:t>jis ko aakhri kitab banna tha. woh utri</w:t>
      </w:r>
    </w:p>
    <w:p>
      <w:pPr>
        <w:jc w:val="right"/>
      </w:pPr>
      <w:r>
        <w:t>جس کو آخری کتاب بننا تھا۔ وہ اتری</w:t>
      </w:r>
    </w:p>
    <w:p>
      <w:r>
        <w:rPr>
          <w:b/>
        </w:rPr>
        <w:t xml:space="preserve">[10:53] </w:t>
      </w:r>
      <w:r>
        <w:t>. to yeh bohat hi memorial memorable day tha. ek bohat hi yaadgar din tha. to khuda ne is din ko night of destiny bana diya.</w:t>
      </w:r>
    </w:p>
    <w:p>
      <w:pPr>
        <w:jc w:val="right"/>
      </w:pPr>
      <w:r>
        <w:t>۔ تو یہ بہت ہی میموریل میموریبل ڈے تھا۔ ایک بہت ہی یادگار دن تھا۔ تو خدا نے اس دن کو نائٹ آف ڈیسٹینی بنا دیا۔</w:t>
      </w:r>
    </w:p>
    <w:p>
      <w:r>
        <w:rPr>
          <w:b/>
        </w:rPr>
        <w:t xml:space="preserve">[11:04] </w:t>
      </w:r>
      <w:r>
        <w:t>kyunke woh raat ka waqt tha woh. is din aap ko moqa hai ke aap apni taqdeer khuda se likhwa len.</w:t>
      </w:r>
    </w:p>
    <w:p>
      <w:pPr>
        <w:jc w:val="right"/>
      </w:pPr>
      <w:r>
        <w:t>کیونکہ وہ رات کا وقت تھا وہ۔ اس دن آپ کو موقع ہے کہ آپ اپنی تقدیر خدا سے لکھوائیں۔</w:t>
      </w:r>
    </w:p>
    <w:p>
      <w:r>
        <w:rPr>
          <w:b/>
        </w:rPr>
        <w:t xml:space="preserve">[11:14] </w:t>
      </w:r>
      <w:r>
        <w:t>woh kaise</w:t>
      </w:r>
    </w:p>
    <w:p>
      <w:pPr>
        <w:jc w:val="right"/>
      </w:pPr>
      <w:r>
        <w:t>وہ کیسے</w:t>
      </w:r>
    </w:p>
    <w:p>
      <w:r>
        <w:rPr>
          <w:b/>
        </w:rPr>
        <w:t xml:space="preserve">[11:16] </w:t>
      </w:r>
      <w:r>
        <w:t>? hadith mein aata hai ke hazrat ayesha ne poocha rasool ALLAH se ke agar main shab qadar ko paon to kya kahoon?</w:t>
      </w:r>
    </w:p>
    <w:p>
      <w:pPr>
        <w:jc w:val="right"/>
      </w:pPr>
      <w:r>
        <w:t>؟ حدیث میں آتا ہے کہ حضرت عائشہ نے پوچھا رسول اللہ سے کہ اگر میں شب قدر کو پاؤں تو کیا کہوں؟</w:t>
      </w:r>
    </w:p>
    <w:p>
      <w:r>
        <w:rPr>
          <w:b/>
        </w:rPr>
        <w:t xml:space="preserve">[11:25] </w:t>
      </w:r>
      <w:r>
        <w:t>kya dua karoon? aap ne farmaya tum yeh kaho ALLAHUMMA ANTA AFUWWUN TUHIBBUL AFWAFAF'U ANNI.</w:t>
      </w:r>
    </w:p>
    <w:p>
      <w:pPr>
        <w:jc w:val="right"/>
      </w:pPr>
      <w:r>
        <w:t>کیا دعا کروں؟ آپ نے فرمایا تم یہ کہو اللہم انت عفو تحب العفو فافعنی۔</w:t>
      </w:r>
    </w:p>
    <w:p>
      <w:r>
        <w:rPr>
          <w:b/>
        </w:rPr>
        <w:t xml:space="preserve">[11:39] </w:t>
      </w:r>
      <w:r>
        <w:t>yeh rasool Allah ne farmaya yeh hadith sahi hai Hazrat Aisha</w:t>
      </w:r>
    </w:p>
    <w:p>
      <w:pPr>
        <w:jc w:val="right"/>
      </w:pPr>
      <w:r>
        <w:t>یہ رسول اللہ نے فرمایا یہ حدیث صحیح ہے حضرت عائشہ</w:t>
      </w:r>
    </w:p>
    <w:p>
      <w:r>
        <w:rPr>
          <w:b/>
        </w:rPr>
        <w:t xml:space="preserve">[11:43] </w:t>
      </w:r>
      <w:r>
        <w:t>se ke shab qadr ko agar tum pao to tum yeh dua karo Allah taala se Allahumma anta afuwwun tuhibbul afwa faf'awni.</w:t>
      </w:r>
    </w:p>
    <w:p>
      <w:pPr>
        <w:jc w:val="right"/>
      </w:pPr>
      <w:r>
        <w:t>سے کہ شب قدر کو اگر تم پاؤ تو تم یہ دعا کرو اللہ تعالی سے اللہم انت عفو تحب العفو فافعنی۔</w:t>
      </w:r>
    </w:p>
    <w:p>
      <w:r>
        <w:rPr>
          <w:b/>
        </w:rPr>
        <w:t xml:space="preserve">[11:54] </w:t>
      </w:r>
      <w:r>
        <w:t>Iska transition yeh hai ke aye Khuda tu sarapa maafii hai. Yani forgiveness.</w:t>
      </w:r>
    </w:p>
    <w:p>
      <w:pPr>
        <w:jc w:val="right"/>
      </w:pPr>
      <w:r>
        <w:t>اس کا ٹرانزیشن یہ ہے کہ اے خدا تو سراپہ معافی ہے۔ یعنی فارگیونس۔</w:t>
      </w:r>
    </w:p>
    <w:p>
      <w:r>
        <w:rPr>
          <w:b/>
        </w:rPr>
        <w:t xml:space="preserve">[12:05] </w:t>
      </w:r>
      <w:r>
        <w:t>You are all forgiveness. Aye Khuda tu sarapa maafii hai.</w:t>
      </w:r>
    </w:p>
    <w:p>
      <w:pPr>
        <w:jc w:val="right"/>
      </w:pPr>
      <w:r>
        <w:t>یو آر ال فارگیونس۔ اے خدا تو سراپہ معافی ہے۔</w:t>
      </w:r>
    </w:p>
    <w:p>
      <w:r>
        <w:rPr>
          <w:b/>
        </w:rPr>
        <w:t xml:space="preserve">[12:13] </w:t>
      </w:r>
      <w:r>
        <w:t>Tu maafii ko pasand karta hai. Tu aye Khuda tu mujh ko maaf kar de.</w:t>
      </w:r>
    </w:p>
    <w:p>
      <w:pPr>
        <w:jc w:val="right"/>
      </w:pPr>
      <w:r>
        <w:t>تو معافی کو پسند کرتا ہے۔ تو اے خدا تو مجھ کو معاف کر دے۔</w:t>
      </w:r>
    </w:p>
    <w:p>
      <w:r>
        <w:rPr>
          <w:b/>
        </w:rPr>
        <w:t xml:space="preserve">[12:22] </w:t>
      </w:r>
      <w:r>
        <w:t>Oh God you are all forgiveness. You love forgiveness. So forgive me. Yeh dua aap ne rasool Allah ne sikhai Hazrat Aisha ko.</w:t>
      </w:r>
    </w:p>
    <w:p>
      <w:pPr>
        <w:jc w:val="right"/>
      </w:pPr>
      <w:r>
        <w:t>او گاڈ یو آر ال فارگیونس۔ یو لو فارگیونس۔ سو فارگیو می۔ یہ دعا آپ نے رسول اللہ نے سکھائی حضرت عائشہ کو۔</w:t>
      </w:r>
    </w:p>
    <w:p>
      <w:r>
        <w:rPr>
          <w:b/>
        </w:rPr>
        <w:t xml:space="preserve">[12:36] </w:t>
      </w:r>
      <w:r>
        <w:t>Iska iska matlab kya hua</w:t>
      </w:r>
    </w:p>
    <w:p>
      <w:pPr>
        <w:jc w:val="right"/>
      </w:pPr>
      <w:r>
        <w:t>اس کا اس کا مطلب کیا ہوا</w:t>
      </w:r>
    </w:p>
    <w:p>
      <w:r>
        <w:rPr>
          <w:b/>
        </w:rPr>
        <w:t xml:space="preserve">[12:40] </w:t>
      </w:r>
      <w:r>
        <w:t>? Ke shab qadr ko sab se bari cheez jo mangne ki hai woh kya hai? Woh hai akhirat ka salvation.</w:t>
      </w:r>
    </w:p>
    <w:p>
      <w:pPr>
        <w:jc w:val="right"/>
      </w:pPr>
      <w:r>
        <w:t>؟ کہ شب قدر کو سب سے بڑی چیز جو مانگنے کی ہے وہ کیا ہے؟ وہ ہے آخرت کا سالویشن۔</w:t>
      </w:r>
    </w:p>
    <w:p>
      <w:r>
        <w:rPr>
          <w:b/>
        </w:rPr>
        <w:t xml:space="preserve">[12:49] </w:t>
      </w:r>
      <w:r>
        <w:t>Khuda ki jannat. Akhirat ki success. Kyun ke maafii ke maani yahi hain ke salvation. Salvation ke maani yeh hain ke paradise.</w:t>
      </w:r>
    </w:p>
    <w:p>
      <w:pPr>
        <w:jc w:val="right"/>
      </w:pPr>
      <w:r>
        <w:t>خدا کی جنت۔ آخرت کی سکسیس۔ کیونکہ معافی کے معنی یہی ہیں کہ سالویشن۔ سالویشن کے معنی یہ ہیں کہ پیراڈائز۔</w:t>
      </w:r>
    </w:p>
    <w:p>
      <w:r>
        <w:rPr>
          <w:b/>
        </w:rPr>
        <w:t xml:space="preserve">[13:01] </w:t>
      </w:r>
      <w:r>
        <w:t>Maafii ka matlab hai salvation. Salvation ka matlab hai paradise.</w:t>
      </w:r>
    </w:p>
    <w:p>
      <w:pPr>
        <w:jc w:val="right"/>
      </w:pPr>
      <w:r>
        <w:t>معافی کا مطلب ہے سالویشن۔ سالویشن کا مطلب ہے پیراڈائز۔</w:t>
      </w:r>
    </w:p>
    <w:p>
      <w:r>
        <w:rPr>
          <w:b/>
        </w:rPr>
        <w:t xml:space="preserve">[13:12] </w:t>
      </w:r>
      <w:r>
        <w:t>Yeh jab main sochta hoon to mujhe abhi kal ek waqea hua jo aaj akhbaron mein aya hai ke Mr LM Singvi ka kal death ho gayi.</w:t>
      </w:r>
    </w:p>
    <w:p>
      <w:pPr>
        <w:jc w:val="right"/>
      </w:pPr>
      <w:r>
        <w:t>یہ جب میں سوچتا ہوں تو مجھے ابھی کل ایک واقعہ ہوا جو آج اخباروں میں آیا ہے کہ مسٹر ایل ایم سنگوی کا کل ڈیتھ ہو گئی۔</w:t>
      </w:r>
    </w:p>
    <w:p>
      <w:r>
        <w:rPr>
          <w:b/>
        </w:rPr>
        <w:t xml:space="preserve">[13:28] </w:t>
      </w:r>
      <w:r>
        <w:t>Death ho gayi. To ghaliban abhi woh 76 years ke the. To main un ko bohat dinon se janta tha.</w:t>
      </w:r>
    </w:p>
    <w:p>
      <w:pPr>
        <w:jc w:val="right"/>
      </w:pPr>
      <w:r>
        <w:t>ڈیتھ ہو گئی۔ تو غالباً ابھی وہ 76 ایئرز کے تھے۔ تو میں ان کو بہت دنوں سے جانتا تھا۔</w:t>
      </w:r>
    </w:p>
    <w:p>
      <w:r>
        <w:rPr>
          <w:b/>
        </w:rPr>
        <w:t xml:space="preserve">[13:39] </w:t>
      </w:r>
      <w:r>
        <w:t>Mere bohat admirer the woh.</w:t>
      </w:r>
    </w:p>
    <w:p>
      <w:pPr>
        <w:jc w:val="right"/>
      </w:pPr>
      <w:r>
        <w:t>میرے بہت ایڈمائر تھے وہ۔</w:t>
      </w:r>
    </w:p>
    <w:p>
      <w:r>
        <w:rPr>
          <w:b/>
        </w:rPr>
        <w:t xml:space="preserve">[13:43] </w:t>
      </w:r>
      <w:r>
        <w:t>Kafi woh meri qadr karte the. Un se kai bar baatein bhi huin aur un ko hum kuch kitabein bhi dein. To behal woh hamare mission se waqif the.</w:t>
      </w:r>
    </w:p>
    <w:p>
      <w:pPr>
        <w:jc w:val="right"/>
      </w:pPr>
      <w:r>
        <w:t>کافی وہ میری اہ قدر کرتے تھے۔ ان سے کئی بار باتیں بھی ہوئیں اور ان کو ہم کچھ کتابیں بھی دیں۔ تو بہرحال وہ ہمارے مشن سے واقف تھے۔</w:t>
      </w:r>
    </w:p>
    <w:p>
      <w:r>
        <w:rPr>
          <w:b/>
        </w:rPr>
        <w:t xml:space="preserve">[13:57] </w:t>
      </w:r>
      <w:r>
        <w:t>To kal un ka un ki death ho gayi. Agarche un ki umar abhi mujh se kam thi. To mujhe achaanak ehsaas hua ke LM Singvi jo hain aaj darrp ke samne pahunch gaye.</w:t>
      </w:r>
    </w:p>
    <w:p>
      <w:pPr>
        <w:jc w:val="right"/>
      </w:pPr>
      <w:r>
        <w:t>تو کل ان کا ان کی ڈیتھ ہو گئی۔ اگرچہ ان کی عمر ابھی مجھ سے کم تھی۔ تو مجھے اچانک احساس ہوا کہ ایل ایم سنگوی جو ہیں آج ڈرپ کے سامنے پہنچ گئے۔</w:t>
      </w:r>
    </w:p>
    <w:p>
      <w:r>
        <w:rPr>
          <w:b/>
        </w:rPr>
        <w:t xml:space="preserve">[14:16] </w:t>
      </w:r>
      <w:r>
        <w:t>Aur mujhe apne bare mein ehsaas hua ke shayad main un ko bharpoor tor par sachai ki message na de saka.</w:t>
      </w:r>
    </w:p>
    <w:p>
      <w:pPr>
        <w:jc w:val="right"/>
      </w:pPr>
      <w:r>
        <w:t>اور مجھے اپنے بارے میں احساس ہوا کہ شاید میں ان کو بھرپور طور پر سچائی کی میسج نہ دے سکا۔</w:t>
      </w:r>
    </w:p>
    <w:p>
      <w:r>
        <w:rPr>
          <w:b/>
        </w:rPr>
        <w:t xml:space="preserve">[14:25] </w:t>
      </w:r>
      <w:r>
        <w:t>Jitna main ne diya woh shayad bharpoor nahi hoga. Kyun ke un ki zindagi mein change nahi aya change.</w:t>
      </w:r>
    </w:p>
    <w:p>
      <w:pPr>
        <w:jc w:val="right"/>
      </w:pPr>
      <w:r>
        <w:t>جتنا میں نے دیا وہ شاید بھرپور نہیں ہوگا۔ کیونکہ ان کی زندگی میں چینج نہیں آیا چینج۔</w:t>
      </w:r>
    </w:p>
    <w:p>
      <w:r>
        <w:rPr>
          <w:b/>
        </w:rPr>
        <w:t xml:space="preserve">[14:37] </w:t>
      </w:r>
      <w:r>
        <w:t>To main ne socha ke dekhen mera ek qareebi janne wala aadmi aaj mujh se chhoot gaya.</w:t>
      </w:r>
    </w:p>
    <w:p>
      <w:pPr>
        <w:jc w:val="right"/>
      </w:pPr>
      <w:r>
        <w:t>تو میں نے سوچا کہ دیکھیں میرا ایک قریبی جاننے والا آدمی آج مجھ سے چھوٹ گیا۔</w:t>
      </w:r>
    </w:p>
    <w:p>
      <w:r>
        <w:rPr>
          <w:b/>
        </w:rPr>
        <w:t xml:space="preserve">[14:47] </w:t>
      </w:r>
      <w:r>
        <w:t>LM Singvi bhi aap jante hain ke India ke top logon mein the.</w:t>
      </w:r>
    </w:p>
    <w:p>
      <w:pPr>
        <w:jc w:val="right"/>
      </w:pPr>
      <w:r>
        <w:t>ایل ایم سنگی بھی آپ جانتے ہیں کہ انڈیا کے ٹاپ لوگوں میں تھے۔</w:t>
      </w:r>
    </w:p>
    <w:p>
      <w:r>
        <w:rPr>
          <w:b/>
        </w:rPr>
        <w:t xml:space="preserve">[14:52] </w:t>
      </w:r>
      <w:r>
        <w:t>London mein woh India ki taraf se high commissioner the. Yahan par woh top lawyer maane jate the. Top jurist maane jate the woh.</w:t>
      </w:r>
    </w:p>
    <w:p>
      <w:pPr>
        <w:jc w:val="right"/>
      </w:pPr>
      <w:r>
        <w:t>لندن میں وہ انڈیا کی طرف سے ہائی کمشنر تھے۔ یہاں پر وہ ٹاپ لائر مانے جاتے تھے۔ ٹاپ جورسٹ مانے جاتے تھے وہ۔</w:t>
      </w:r>
    </w:p>
    <w:p>
      <w:r>
        <w:rPr>
          <w:b/>
        </w:rPr>
        <w:t xml:space="preserve">[15:05] </w:t>
      </w:r>
      <w:r>
        <w:t>Aur bohat hi learned aadmi the. Bohat learned aadmi the LM Singvi bhi. To main bohat zyada mujhe ek ehsaas hua ke dekho mera ek janne wala yeh duniya se chala gaya.</w:t>
      </w:r>
    </w:p>
    <w:p>
      <w:pPr>
        <w:jc w:val="right"/>
      </w:pPr>
      <w:r>
        <w:t>اور بہت ہی لرنڈ آدمی تھے۔ بہت لرنڈ آدمی تھے ایل ایم سنگی بھی۔ تو میں بہت زیادہ مجھے ایک احساس ہوا کہ دیکھو میرا ایک جاننے والا یہ دنیا سے چلا گیا۔</w:t>
      </w:r>
    </w:p>
    <w:p>
      <w:r>
        <w:rPr>
          <w:b/>
        </w:rPr>
        <w:t xml:space="preserve">[15:22] </w:t>
      </w:r>
      <w:r>
        <w:t>Ab is ko is duniya mein lotna nahi hai.</w:t>
      </w:r>
    </w:p>
    <w:p>
      <w:pPr>
        <w:jc w:val="right"/>
      </w:pPr>
      <w:r>
        <w:t>اب اس کو اس دنیا میں لوٹنا نہیں ہے۔</w:t>
      </w:r>
    </w:p>
    <w:p>
      <w:r>
        <w:rPr>
          <w:b/>
        </w:rPr>
        <w:t xml:space="preserve">[15:27] </w:t>
      </w:r>
      <w:r>
        <w:t>Is ko lotna nahi hai. Hamesha ke liye bichhad gaye hum. To shayad main un ko aur bhi zyada baat pahunchani chahiye thi mujhe.</w:t>
      </w:r>
    </w:p>
    <w:p>
      <w:pPr>
        <w:jc w:val="right"/>
      </w:pPr>
      <w:r>
        <w:t>اس کو لوٹنا نہیں ہے۔ ہمیشہ کے لیے بچھڑ گئے ہم۔ تو شاید میں ان کو اور بھی زیادہ بات پہنچانی چاہیے تھی مجھے۔</w:t>
      </w:r>
    </w:p>
    <w:p>
      <w:r>
        <w:rPr>
          <w:b/>
        </w:rPr>
        <w:t xml:space="preserve">[15:42] </w:t>
      </w:r>
      <w:r>
        <w:t>Kyun ke jitna pahuncha saka main us se un ki zindagi mein kuch change nahi aya tha. Yahan tak ke woh duniya se chale gaye.</w:t>
      </w:r>
    </w:p>
    <w:p>
      <w:pPr>
        <w:jc w:val="right"/>
      </w:pPr>
      <w:r>
        <w:t>کیونکہ جتنا پہنچا سکا میں اس سے ان کی زندگی میں کچھ چینج نہیں آیا تھا۔ یہاں تک کہ وہ دنیا سے چلے گئے۔</w:t>
      </w:r>
    </w:p>
    <w:p>
      <w:r>
        <w:rPr>
          <w:b/>
        </w:rPr>
        <w:t xml:space="preserve">[15:54] </w:t>
      </w:r>
      <w:r>
        <w:t>To yeh shab qadr jo hamein mil rahi hai is mein hamein kya karna hai? Sab se zyada yahi karna hai. Apne liye doosron ke liye forgiveness ki dua karna.</w:t>
      </w:r>
    </w:p>
    <w:p>
      <w:pPr>
        <w:jc w:val="right"/>
      </w:pPr>
      <w:r>
        <w:t>تو یہ شب قدر جو ہمیں مل رہی ہے اس میں ہمیں کیا کرنا ہے؟ سب سے زیادہ یہی کرنا ہے۔ اپنے لیے دوسروں کے لیے فارگیونس کی دعا کرنا۔</w:t>
      </w:r>
    </w:p>
    <w:p>
      <w:r>
        <w:rPr>
          <w:b/>
        </w:rPr>
        <w:t xml:space="preserve">[16:11] </w:t>
      </w:r>
      <w:r>
        <w:t>salvation ki dua karna. paradise ki dua karna. ab yahan par ek aur hadith mein bataun aap ko ke dua kis cheez ka naam hai</w:t>
      </w:r>
    </w:p>
    <w:p>
      <w:pPr>
        <w:jc w:val="right"/>
      </w:pPr>
      <w:r>
        <w:t>سالویشن کی دعا کرنا۔ پیراڈائز کی دعا کرنا۔ اب یہاں پر ایک اور حدیث میں بتاؤں آپ کو کہ دعا کس چیز کا نام ہے</w:t>
      </w:r>
    </w:p>
    <w:p>
      <w:r>
        <w:rPr>
          <w:b/>
        </w:rPr>
        <w:t xml:space="preserve">[16:24] </w:t>
      </w:r>
      <w:r>
        <w:t>? yaad rakhiye dua lip service ka naam nahi hai. har giz nahi hai.</w:t>
      </w:r>
    </w:p>
    <w:p>
      <w:pPr>
        <w:jc w:val="right"/>
      </w:pPr>
      <w:r>
        <w:t>؟ یاد رکھیے دعا لپ سروس کا نام نہیں ہے۔ ہرگز نہیں ہے۔</w:t>
      </w:r>
    </w:p>
    <w:p>
      <w:r>
        <w:rPr>
          <w:b/>
        </w:rPr>
        <w:t xml:space="preserve">[16:33] </w:t>
      </w:r>
      <w:r>
        <w:t>dua lip service ka naam nahi hai. sachi dua jo hai woh dil se hoti hai. zaban se nahi hoti hai yaad rakhiye.</w:t>
      </w:r>
    </w:p>
    <w:p>
      <w:pPr>
        <w:jc w:val="right"/>
      </w:pPr>
      <w:r>
        <w:t>دعا لپ سروس کا نام نہیں ہے۔ سچی دعا جو ہے وہ دل سے ہوتی ہے۔ زبان سے نہیں ہوتی ہے یاد رکھیے۔</w:t>
      </w:r>
    </w:p>
    <w:p>
      <w:r>
        <w:rPr>
          <w:b/>
        </w:rPr>
        <w:t xml:space="preserve">[16:43] </w:t>
      </w:r>
      <w:r>
        <w:t>woh kaise? dekhen hadith mein aata hai ke rasool Allah salallahu alaihi wasallam ek baar ramzan ke aakhri ashre mein itikaf mein thay.</w:t>
      </w:r>
    </w:p>
    <w:p>
      <w:pPr>
        <w:jc w:val="right"/>
      </w:pPr>
      <w:r>
        <w:t>وہ کیسے؟ دیکھیں حدیث میں آتا ہے کہ رسول اللہ صلی اللہ علیہ وسلم ایک بار رمضان کے آخری عشرے میں اعتکاف میں تھے۔</w:t>
      </w:r>
    </w:p>
    <w:p>
      <w:r>
        <w:rPr>
          <w:b/>
        </w:rPr>
        <w:t xml:space="preserve">[16:54] </w:t>
      </w:r>
      <w:r>
        <w:t>yani masjid mein thay. yani masjid mein madine ki masjid mein aap itikaf mein thay ramzan ke aakhri dinon mein.</w:t>
      </w:r>
    </w:p>
    <w:p>
      <w:pPr>
        <w:jc w:val="right"/>
      </w:pPr>
      <w:r>
        <w:t>یعنی مسجد میں تھے۔ یعنی مسجد میں مدینے کی مسجد میں آپ اعتکاف میں تھے رمضان کے آخری دنوں میں۔</w:t>
      </w:r>
    </w:p>
    <w:p>
      <w:r>
        <w:rPr>
          <w:b/>
        </w:rPr>
        <w:t xml:space="preserve">[17:06] </w:t>
      </w:r>
      <w:r>
        <w:t>to ek roz</w:t>
      </w:r>
    </w:p>
    <w:p>
      <w:pPr>
        <w:jc w:val="right"/>
      </w:pPr>
      <w:r>
        <w:t>تو ایک روز</w:t>
      </w:r>
    </w:p>
    <w:p>
      <w:r>
        <w:rPr>
          <w:b/>
        </w:rPr>
        <w:t xml:space="preserve">[17:10] </w:t>
      </w:r>
      <w:r>
        <w:t>aap ko Allah taala ne ilm diya shab qadr ka. to aap nikle masjid se nikle to wahan kya hua ke do musalman aapas mein jhagad rahe thay.</w:t>
      </w:r>
    </w:p>
    <w:p>
      <w:pPr>
        <w:jc w:val="right"/>
      </w:pPr>
      <w:r>
        <w:t>آپ کو اللہ تعالی نے علم دیا شب قدر کا۔ تو آپ نکلے مسجد سے نکلے تو وہاں کیا ہوا کہ دو مسلمان آپس میں جھگڑ رہے تھے۔</w:t>
      </w:r>
    </w:p>
    <w:p>
      <w:r>
        <w:rPr>
          <w:b/>
        </w:rPr>
        <w:t xml:space="preserve">[17:30] </w:t>
      </w:r>
      <w:r>
        <w:t>do musalman aapas mein jhagad rahe thay.</w:t>
      </w:r>
    </w:p>
    <w:p>
      <w:pPr>
        <w:jc w:val="right"/>
      </w:pPr>
      <w:r>
        <w:t>دو مسلمان آپس میں جھگڑ رہے تھے۔</w:t>
      </w:r>
    </w:p>
    <w:p>
      <w:r>
        <w:rPr>
          <w:b/>
        </w:rPr>
        <w:t xml:space="preserve">[17:33] </w:t>
      </w:r>
      <w:r>
        <w:t>to aap ne logon se kaha ke dekho mujh ko Allah taala ne shab qadr ka ilm diya tha.</w:t>
      </w:r>
    </w:p>
    <w:p>
      <w:pPr>
        <w:jc w:val="right"/>
      </w:pPr>
      <w:r>
        <w:t>تو آپ نے لوگوں سے کہا کہ دیکھو مجھ کو اللہ تعالی نے شب قدر کا علم دیا تھا۔</w:t>
      </w:r>
    </w:p>
    <w:p>
      <w:r>
        <w:rPr>
          <w:b/>
        </w:rPr>
        <w:t xml:space="preserve">[17:43] </w:t>
      </w:r>
      <w:r>
        <w:t>mein masjid se nikla ke tum ko yeh ilm bata doon. lekin do musalman lad gaye to kya hua?</w:t>
      </w:r>
    </w:p>
    <w:p>
      <w:pPr>
        <w:jc w:val="right"/>
      </w:pPr>
      <w:r>
        <w:t>میں مسجد سے نکلا کہ تم کو یہ علم بتا دوں۔ لیکن دو مسلمان لڑ گئے تو کیا ہوا؟</w:t>
      </w:r>
    </w:p>
    <w:p>
      <w:r>
        <w:rPr>
          <w:b/>
        </w:rPr>
        <w:t xml:space="preserve">[17:54] </w:t>
      </w:r>
      <w:r>
        <w:t>rifat. rifat woh ilm hi utha liya gaya.</w:t>
      </w:r>
    </w:p>
    <w:p>
      <w:pPr>
        <w:jc w:val="right"/>
      </w:pPr>
      <w:r>
        <w:t>رفعت۔ رفعت وہ علم ہی اٹھا لیا گیا۔</w:t>
      </w:r>
    </w:p>
    <w:p>
      <w:r>
        <w:rPr>
          <w:b/>
        </w:rPr>
        <w:t xml:space="preserve">[18:01] </w:t>
      </w:r>
      <w:r>
        <w:t>woh ilm hi utha liya gaya.</w:t>
      </w:r>
    </w:p>
    <w:p>
      <w:pPr>
        <w:jc w:val="right"/>
      </w:pPr>
      <w:r>
        <w:t>وہ علم ہی اٹھا لیا گیا۔</w:t>
      </w:r>
    </w:p>
    <w:p>
      <w:r>
        <w:rPr>
          <w:b/>
        </w:rPr>
        <w:t xml:space="preserve">[18:05] </w:t>
      </w:r>
      <w:r>
        <w:t>do musalman aapas mein lad gaye to woh ilm shab qadr ka utha liya gaya. yani peghambar se utha liya gaya.</w:t>
      </w:r>
    </w:p>
    <w:p>
      <w:pPr>
        <w:jc w:val="right"/>
      </w:pPr>
      <w:r>
        <w:t>دو مسلمان آپس میں لڑ گئے تو وہ علم شب قدر کا اٹھا لیا گیا۔ یعنی پیغمبر سے اٹھا لیا گیا۔</w:t>
      </w:r>
    </w:p>
    <w:p>
      <w:r>
        <w:rPr>
          <w:b/>
        </w:rPr>
        <w:t xml:space="preserve">[18:15] </w:t>
      </w:r>
      <w:r>
        <w:t>fatlaha najran bin ansar rifat is mein bohat bara sabak hai. ladna jhagadna kon log karte hain?</w:t>
      </w:r>
    </w:p>
    <w:p>
      <w:pPr>
        <w:jc w:val="right"/>
      </w:pPr>
      <w:r>
        <w:t>فتلاحہ نجران بن انصار رفعت اس میں بہت بڑا سبق ہے۔ لڑنا جھگڑنا کون لوگ کرتے ہیں؟</w:t>
      </w:r>
    </w:p>
    <w:p>
      <w:r>
        <w:rPr>
          <w:b/>
        </w:rPr>
        <w:t xml:space="preserve">[18:26] </w:t>
      </w:r>
      <w:r>
        <w:t>jin ke dilon mein negative thought hote hain. jin ke dilon mein ghussa hota hai. jin ke dilon mein ishtial hota hai.</w:t>
      </w:r>
    </w:p>
    <w:p>
      <w:pPr>
        <w:jc w:val="right"/>
      </w:pPr>
      <w:r>
        <w:t>جن کے دلوں میں نیگیٹیو تھاٹ ہوتے ہیں۔ جن کے دلوں میں غصہ ہوتا ہے۔ جن کے دلوں میں اشتعال ہوتا ہے۔</w:t>
      </w:r>
    </w:p>
    <w:p>
      <w:r>
        <w:rPr>
          <w:b/>
        </w:rPr>
        <w:t xml:space="preserve">[18:37] </w:t>
      </w:r>
      <w:r>
        <w:t>jin ke dilon mein doosre ki sympathy nahi hoti. wohi log ladte jhagadte hain aapas mein.</w:t>
      </w:r>
    </w:p>
    <w:p>
      <w:pPr>
        <w:jc w:val="right"/>
      </w:pPr>
      <w:r>
        <w:t>جن کے دلوں میں دوسرے کی سمپتھی نہیں ہوتی۔ وہی لوگ لڑتے جھگڑتے ہیں آپس میں۔</w:t>
      </w:r>
    </w:p>
    <w:p>
      <w:r>
        <w:rPr>
          <w:b/>
        </w:rPr>
        <w:t xml:space="preserve">[18:45] </w:t>
      </w:r>
      <w:r>
        <w:t>is ka matlab kya hua ke dua ki qubooliyat sirf insan is insan is se is ka matlab yeh hua ke sirf is insan ki dua qabool hoti hai jis ka dil negative thought se khali ho.</w:t>
      </w:r>
    </w:p>
    <w:p>
      <w:pPr>
        <w:jc w:val="right"/>
      </w:pPr>
      <w:r>
        <w:t>اس کا مطلب کیا ہوا کہ دعا کی قبولیت صرف انسان اس انسان اس سے اس کا مطلب یہ ہوا کہ صرف اس انسان کی دعا قبول ہوتی ہے جس کا دل نیگیٹیو تھاٹ سے خالی ہو۔</w:t>
      </w:r>
    </w:p>
    <w:p>
      <w:r>
        <w:rPr>
          <w:b/>
        </w:rPr>
        <w:t xml:space="preserve">[19:04] </w:t>
      </w:r>
      <w:r>
        <w:t>aap zara ghor kijiye is hadith mein kaisi ajeeb hadith hai ke peghambar par Khuda ne utara ilm shab qadr ka.</w:t>
      </w:r>
    </w:p>
    <w:p>
      <w:pPr>
        <w:jc w:val="right"/>
      </w:pPr>
      <w:r>
        <w:t>آپ ذرا غور کیجیے اس حدیث میں کیسی عجیب حدیث ہے کہ پیغمبر پر خدا نے اتارا علم شب قدر کا۔</w:t>
      </w:r>
    </w:p>
    <w:p>
      <w:r>
        <w:rPr>
          <w:b/>
        </w:rPr>
        <w:t xml:space="preserve">[19:15] </w:t>
      </w:r>
      <w:r>
        <w:t>aur aap bahar niklen ke logon ko bata dein to hadith mein yeh alfaaz aate hain ke fatlaha rajulan mil ansar farfiyat.</w:t>
      </w:r>
    </w:p>
    <w:p>
      <w:pPr>
        <w:jc w:val="right"/>
      </w:pPr>
      <w:r>
        <w:t>اور آپ باہر نکلیں کہ لوگوں کو بتا دیں۔ تو حدیث میں یہ الفاظ آتے ہیں کہ فتلاحہ رجلان مل انصار فرفیات۔</w:t>
      </w:r>
    </w:p>
    <w:p>
      <w:r>
        <w:rPr>
          <w:b/>
        </w:rPr>
        <w:t xml:space="preserve">[19:26] </w:t>
      </w:r>
      <w:r>
        <w:t>yeh do musalman aapas mein is waqt ladne lage. jhagadne lage.</w:t>
      </w:r>
    </w:p>
    <w:p>
      <w:pPr>
        <w:jc w:val="right"/>
      </w:pPr>
      <w:r>
        <w:t>یہ دو مسلمان آپس میں اس وقت لڑنے لگے۔ جھگڑنے لگے۔</w:t>
      </w:r>
    </w:p>
    <w:p>
      <w:r>
        <w:rPr>
          <w:b/>
        </w:rPr>
        <w:t xml:space="preserve">[19:33] </w:t>
      </w:r>
      <w:r>
        <w:t>ladne ka matlab yeh nahi ke woh bandook chalane lage. bomb marne lage. jhagadne lage. jo hote hain angrezi mein quarrel.</w:t>
      </w:r>
    </w:p>
    <w:p>
      <w:pPr>
        <w:jc w:val="right"/>
      </w:pPr>
      <w:r>
        <w:t>لڑنے کا مطلب یہ نہیں کہ وہ بندوق چلانے لگے۔ بم مارنے لگے۔ جھگڑنے لگے۔ جو ہوتے ہیں انگریزی میں کوئرل۔</w:t>
      </w:r>
    </w:p>
    <w:p>
      <w:r>
        <w:rPr>
          <w:b/>
        </w:rPr>
        <w:t xml:space="preserve">[19:44] </w:t>
      </w:r>
      <w:r>
        <w:t>quarrel karne lage. to shab qadr ka ilm utha liya gaya. peghambar se utha liya gaya. peghambar ke mind se utha liya gaya.</w:t>
      </w:r>
    </w:p>
    <w:p>
      <w:pPr>
        <w:jc w:val="right"/>
      </w:pPr>
      <w:r>
        <w:t>کوئرل کرنے لگے۔ تو شب قدر کا علم اٹھا لیا گیا۔ پیغمبر سے اٹھا لیا گیا۔ پیغمبر کے مائنڈ سے اٹھا لیا گیا۔</w:t>
      </w:r>
    </w:p>
    <w:p>
      <w:r>
        <w:rPr>
          <w:b/>
        </w:rPr>
        <w:t xml:space="preserve">[19:57] </w:t>
      </w:r>
      <w:r>
        <w:t>is mein bohat hi bari naseehat hai ke agar aap chahte hain</w:t>
      </w:r>
    </w:p>
    <w:p>
      <w:pPr>
        <w:jc w:val="right"/>
      </w:pPr>
      <w:r>
        <w:t>اس میں بہت ہی بڑی نصیحت ہے کہ اگر آپ چاہتے ہیں</w:t>
      </w:r>
    </w:p>
    <w:p>
      <w:r>
        <w:rPr>
          <w:b/>
        </w:rPr>
        <w:t xml:space="preserve">[20:05] </w:t>
      </w:r>
      <w:r>
        <w:t>ke aap ki dua qabool ho shab qadr ke din ya aur dinon mein to aap ko hundred percent apne aap ko positive banana hoga.</w:t>
      </w:r>
    </w:p>
    <w:p>
      <w:pPr>
        <w:jc w:val="right"/>
      </w:pPr>
      <w:r>
        <w:t>کہ آپ کی دعا قبول ہو شب قدر کے دن یا اور دنوں میں تو آپ کو ہنڈرڈ پرسنٹ اپنے آپ کو پازیٹیو بنانا ہوگا۔</w:t>
      </w:r>
    </w:p>
    <w:p>
      <w:r>
        <w:rPr>
          <w:b/>
        </w:rPr>
        <w:t xml:space="preserve">[20:20] </w:t>
      </w:r>
      <w:r>
        <w:t>hate. ishtial. aur intolerance.</w:t>
      </w:r>
    </w:p>
    <w:p>
      <w:pPr>
        <w:jc w:val="right"/>
      </w:pPr>
      <w:r>
        <w:t>ہیٹ۔ اشتعال۔ اور انٹولرنس۔</w:t>
      </w:r>
    </w:p>
    <w:p>
      <w:r>
        <w:rPr>
          <w:b/>
        </w:rPr>
        <w:t xml:space="preserve">[20:31] </w:t>
      </w:r>
      <w:r>
        <w:t>aur inmeti. laij hagray ka zehn. in sab ko mitana hoga. tab aap ki zaban se woh purified word niklega jis ka naam dua hai aur jo dua qabool hogi.</w:t>
      </w:r>
    </w:p>
    <w:p>
      <w:pPr>
        <w:jc w:val="right"/>
      </w:pPr>
      <w:r>
        <w:t>اور انمیٹی۔ لائج حگرے کا ذہن۔ ان سب کو مٹانا ہوگا۔ تب آپ کی زبان سے وہ پیوریفائیڈ ورڈ نکلے گا جس کا نام دعا ہے اور جو دعا قبول ہوگی۔</w:t>
      </w:r>
    </w:p>
    <w:p>
      <w:r>
        <w:rPr>
          <w:b/>
        </w:rPr>
        <w:t xml:space="preserve">[20:51] </w:t>
      </w:r>
      <w:r>
        <w:t>to yahan par maine do baat arz ki do hadithon ko le kar ke dua ki ek shart yeh hai dua ki ek condition yeh hai ke woh nikli ho niklo ho positive mind se nikli ho.</w:t>
      </w:r>
    </w:p>
    <w:p>
      <w:pPr>
        <w:jc w:val="right"/>
      </w:pPr>
      <w:r>
        <w:t>تو یہاں پر میں نے دو بات عرض کی دو حدیثوں کو لے کر کہ دعا کی ایک شرط یہ ہے دعا کی ایک کنڈیشن یہ ہے کہ وہ نکلی ہو نکلو ہو پازیٹیو مائنڈ سے نکلی ہو۔</w:t>
      </w:r>
    </w:p>
    <w:p>
      <w:r>
        <w:rPr>
          <w:b/>
        </w:rPr>
        <w:t xml:space="preserve">[21:07] </w:t>
      </w:r>
      <w:r>
        <w:t>ek condition yeh hai hundred percent positive mind se nikli ho. ek condition yeh hai. doosri condition kya hai?</w:t>
      </w:r>
    </w:p>
    <w:p>
      <w:pPr>
        <w:jc w:val="right"/>
      </w:pPr>
      <w:r>
        <w:t>ایک کنڈیشن یہ ہے ہنڈرڈ پرسنٹ پازیٹیو مائنڈ سے نکلی ہو۔ ایک کنڈیشن یہ ہے۔ دوسری کنڈیشن کیا ہے؟</w:t>
      </w:r>
    </w:p>
    <w:p>
      <w:r>
        <w:rPr>
          <w:b/>
        </w:rPr>
        <w:t xml:space="preserve">[21:17] </w:t>
      </w:r>
      <w:r>
        <w:t>insanon ki sympathy aap ke dil mein ho.</w:t>
      </w:r>
    </w:p>
    <w:p>
      <w:pPr>
        <w:jc w:val="right"/>
      </w:pPr>
      <w:r>
        <w:t>انسانوں کی سمپتھی آپ کے دل میں ہو۔</w:t>
      </w:r>
    </w:p>
    <w:p>
      <w:r>
        <w:rPr>
          <w:b/>
        </w:rPr>
        <w:t xml:space="preserve">[21:22] </w:t>
      </w:r>
      <w:r>
        <w:t>sympathy kyunke jo ladta hai kaun? wahi jo sympathy nahi hoti doosre ke liye. ek aadmi apne bete se mohabbat karta ho to to ladta bhi nahi us se.</w:t>
      </w:r>
    </w:p>
    <w:p>
      <w:pPr>
        <w:jc w:val="right"/>
      </w:pPr>
      <w:r>
        <w:t>سمپتھی کیونکہ جو لڑتا ہے کون؟ وہی جو سمپتھی نہیں ہوتی دوسرے کے لیے۔ ایک آدمی اپنے بیٹے سے محبت کرتا ہو تو تو لڑتا بھی نہیں اس سے۔</w:t>
      </w:r>
    </w:p>
    <w:p>
      <w:r>
        <w:rPr>
          <w:b/>
        </w:rPr>
        <w:t xml:space="preserve">[21:33] </w:t>
      </w:r>
      <w:r>
        <w:t>kyun ladega? mohabbat kar raha hai to us se ladega kyun? to ladne ke maani hain ke doosre ke liye aap sympathetic nahi hain.</w:t>
      </w:r>
    </w:p>
    <w:p>
      <w:pPr>
        <w:jc w:val="right"/>
      </w:pPr>
      <w:r>
        <w:t>کیوں لڑے گا؟ محبت کر رہا ہے تو اس سے لڑے گا کیوں؟ تو لڑنے کے معنی ہیں کہ دوسرے کے لیے آپ سمپتھیٹک نہیں ہیں۔</w:t>
      </w:r>
    </w:p>
    <w:p>
      <w:r>
        <w:rPr>
          <w:b/>
        </w:rPr>
        <w:t xml:space="preserve">[21:44] </w:t>
      </w:r>
      <w:r>
        <w:t>ladne jhagadne ka matlab yeh hai ke aap doosre ke liye aap ke aap provoke ho jayen. mushtael ho jayen. is ka matlab yeh hai ke aap doosre ke liye sympathetic nahi hain.</w:t>
      </w:r>
    </w:p>
    <w:p>
      <w:pPr>
        <w:jc w:val="right"/>
      </w:pPr>
      <w:r>
        <w:t>لڑنے جھگڑنے کا مطلب یہ ہے کہ آپ دوسرے کے لیے آپ کہ آپ پرووک ہو جائیں۔ مشتعل ہو جائیں۔ اس کا مطلب یہ ہے کہ آپ دوسرے کے لیے سمپتھیٹک نہیں ہیں۔</w:t>
      </w:r>
    </w:p>
    <w:p>
      <w:r>
        <w:rPr>
          <w:b/>
        </w:rPr>
        <w:t xml:space="preserve">[21:56] </w:t>
      </w:r>
      <w:r>
        <w:t>to do condition hui yeh. ek condition yeh hai ke aap ka dil negative thought se khali ho.</w:t>
      </w:r>
    </w:p>
    <w:p>
      <w:pPr>
        <w:jc w:val="right"/>
      </w:pPr>
      <w:r>
        <w:t>تو دو کنڈیشن ہوئی یہ۔ ایک کنڈیشن یہ ہے کہ آپ کا دل نیگیٹیو تھاٹ سے خالی ہو۔</w:t>
      </w:r>
    </w:p>
    <w:p>
      <w:r>
        <w:rPr>
          <w:b/>
        </w:rPr>
        <w:t xml:space="preserve">[22:06] </w:t>
      </w:r>
      <w:r>
        <w:t>doosri condition yeh hai ke aap doosron ke liye sympathetic hon.</w:t>
      </w:r>
    </w:p>
    <w:p>
      <w:pPr>
        <w:jc w:val="right"/>
      </w:pPr>
      <w:r>
        <w:t>دوسری کنڈیشن یہ ہے کہ آپ دوسروں کے لیے سمپتھیٹک ہوں۔</w:t>
      </w:r>
    </w:p>
    <w:p>
      <w:r>
        <w:rPr>
          <w:b/>
        </w:rPr>
        <w:t xml:space="preserve">[22:12] </w:t>
      </w:r>
      <w:r>
        <w:t>ab yeh bataiye ke aap agar sach much sach much sincerely doosre ke liye sympathetic hain to kya aap apne liye dua karenge sirf?</w:t>
      </w:r>
    </w:p>
    <w:p>
      <w:pPr>
        <w:jc w:val="right"/>
      </w:pPr>
      <w:r>
        <w:t>اب یہ بتائیے کہ آپ اگر سچ مچ سچ مچ سنسیرلی دوسرے کے لیے سمپتھیٹک ہیں تو کیا آپ اپنے لیے دعا کریں گے صرف؟</w:t>
      </w:r>
    </w:p>
    <w:p>
      <w:r>
        <w:rPr>
          <w:b/>
        </w:rPr>
        <w:t xml:space="preserve">[22:24] </w:t>
      </w:r>
      <w:r>
        <w:t>ke aap ke liye kahenge ke khudaaya mujhe paradise de de? aap sab ke liye kahenge? sare insanon ke liye kahenge?</w:t>
      </w:r>
    </w:p>
    <w:p>
      <w:pPr>
        <w:jc w:val="right"/>
      </w:pPr>
      <w:r>
        <w:t>کہ آپ کے لیے کہیں گے کہ خدایا مجھے پیراڈائز دے دے؟ آپ سب کے لیے کہیں گے؟ سارے انسانوں کے لیے کہیں گے؟</w:t>
      </w:r>
    </w:p>
    <w:p>
      <w:r>
        <w:rPr>
          <w:b/>
        </w:rPr>
        <w:t xml:space="preserve">[22:36] </w:t>
      </w:r>
      <w:r>
        <w:t>aap ke dil mein yeh dard paida ho ke main sare insanon ko message pahunchaun khuda ka.</w:t>
      </w:r>
    </w:p>
    <w:p>
      <w:pPr>
        <w:jc w:val="right"/>
      </w:pPr>
      <w:r>
        <w:t>آپ کے دل میں یہ درد پیدا ہو کہ میں سارے انسانوں کو میسج پہنچاؤں خدا کا۔</w:t>
      </w:r>
    </w:p>
    <w:p>
      <w:r>
        <w:rPr>
          <w:b/>
        </w:rPr>
        <w:t xml:space="preserve">[22:42] </w:t>
      </w:r>
      <w:r>
        <w:t>khuda kis se dua work juda hua hai? kyunke sirf dua se to paradise milti nahi. aisa to nahi ke aap dua karte ho aur paradise dhara dhadd dhara dhadd allot ho jaye.</w:t>
      </w:r>
    </w:p>
    <w:p>
      <w:pPr>
        <w:jc w:val="right"/>
      </w:pPr>
      <w:r>
        <w:t>خدا کس سے دعا ورک جڑا ہوا ہے؟ کیونکہ صرف دعا سے تو پیراڈائز ملتی نہیں۔ ایسا تو نہیں کہ آپ دعا کرتے ہو اور پیراڈائز دھڑا دھڑ دھڑا دھڑ الاٹ ہو جائے۔</w:t>
      </w:r>
    </w:p>
    <w:p>
      <w:r>
        <w:rPr>
          <w:b/>
        </w:rPr>
        <w:t xml:space="preserve">[22:54] </w:t>
      </w:r>
      <w:r>
        <w:t>ek koi minister ke telephone par land allot hoti hai to aisa maamla nahi hai yahan par.</w:t>
      </w:r>
    </w:p>
    <w:p>
      <w:pPr>
        <w:jc w:val="right"/>
      </w:pPr>
      <w:r>
        <w:t>ایک کوئی منسٹر کے ٹیلی فون پر لینڈ الاٹ ہوتی ہے تو ایسا معاملہ نہیں ہے یہاں پر۔</w:t>
      </w:r>
    </w:p>
    <w:p>
      <w:r>
        <w:rPr>
          <w:b/>
        </w:rPr>
        <w:t xml:space="preserve">[23:03] </w:t>
      </w:r>
      <w:r>
        <w:t>kisi minister ke telephone par paradise allot nahi hogi.</w:t>
      </w:r>
    </w:p>
    <w:p>
      <w:pPr>
        <w:jc w:val="right"/>
      </w:pPr>
      <w:r>
        <w:t>کسی منسٹر کے ٹیلی فون پر پیراڈائز الاٹ نہیں ہوگی۔</w:t>
      </w:r>
    </w:p>
    <w:p>
      <w:r>
        <w:rPr>
          <w:b/>
        </w:rPr>
        <w:t xml:space="preserve">[23:09] </w:t>
      </w:r>
      <w:r>
        <w:t>puri tarah sympathetic hon aap doosron ke liye to kya hoga? aap dua work sochenge. dua work ka jazba ubhrega aap ke andar.</w:t>
      </w:r>
    </w:p>
    <w:p>
      <w:pPr>
        <w:jc w:val="right"/>
      </w:pPr>
      <w:r>
        <w:t>پوری طرح سمپتھیٹک ہوں آپ دوسروں کے لیے تو کیا ہوگا؟ آپ دعا ورک سوچیں گے۔ دعا ورک کا جذبہ ابھرے گا آپ کے اندر۔</w:t>
      </w:r>
    </w:p>
    <w:p>
      <w:r>
        <w:rPr>
          <w:b/>
        </w:rPr>
        <w:t xml:space="preserve">[23:20] </w:t>
      </w:r>
      <w:r>
        <w:t>yeh sab is se judi hui hai baat.</w:t>
      </w:r>
    </w:p>
    <w:p>
      <w:pPr>
        <w:jc w:val="right"/>
      </w:pPr>
      <w:r>
        <w:t>یہ سب اس سے جڑی ہوئی ہے بات۔</w:t>
      </w:r>
    </w:p>
    <w:p>
      <w:r>
        <w:rPr>
          <w:b/>
        </w:rPr>
        <w:t xml:space="preserve">[23:24] </w:t>
      </w:r>
      <w:r>
        <w:t>ab dekhiye ke</w:t>
      </w:r>
    </w:p>
    <w:p>
      <w:pPr>
        <w:jc w:val="right"/>
      </w:pPr>
      <w:r>
        <w:t>اب دیکھیے کہ</w:t>
      </w:r>
    </w:p>
    <w:p>
      <w:r>
        <w:rPr>
          <w:b/>
        </w:rPr>
        <w:t xml:space="preserve">[23:29] </w:t>
      </w:r>
      <w:r>
        <w:t>is quran ke chapter number 97 jo hai isi mein aaya hai shab qadr ka zikr. yani al qadr.</w:t>
      </w:r>
    </w:p>
    <w:p>
      <w:pPr>
        <w:jc w:val="right"/>
      </w:pPr>
      <w:r>
        <w:t>اس قرآن کے چیپٹر نمبر 97 جو ہے اسی میں آیا ہے شب قدر کا ذکر۔ یعنی القدر۔</w:t>
      </w:r>
    </w:p>
    <w:p>
      <w:r>
        <w:rPr>
          <w:b/>
        </w:rPr>
        <w:t xml:space="preserve">[23:40] </w:t>
      </w:r>
      <w:r>
        <w:t>yeh choti si surah hai. chota sa chapter hai yeh. 97.</w:t>
      </w:r>
    </w:p>
    <w:p>
      <w:pPr>
        <w:jc w:val="right"/>
      </w:pPr>
      <w:r>
        <w:t>یہ چھوٹی سی سورہ ہے۔ چھوٹا سا چیپٹر ہے یہ۔ 97۔</w:t>
      </w:r>
    </w:p>
    <w:p>
      <w:r>
        <w:rPr>
          <w:b/>
        </w:rPr>
        <w:t xml:space="preserve">[23:47] </w:t>
      </w:r>
      <w:r>
        <w:t>to woh yeh hai ke inna anzalna fi laylatil qadr wa ma adraka ma laylatul qadr laylatul qadri khayrum min alf shahr tanazzalul malaikatu fiha bi izni rabbihim min kulli amr salamun hiya hatta matla'il fajr quran ki yahi surah hai jis mein shab qadr ka zikr aaya hai</w:t>
      </w:r>
    </w:p>
    <w:p>
      <w:pPr>
        <w:jc w:val="right"/>
      </w:pPr>
      <w:r>
        <w:t>تو وہ یہ ہے کہ انا انزلنا فی لیلۃ القدر وما ادراک ما لیلۃ القدر لیلۃ القدر خیر من الف شہر تنزل الملائکۃ فیہا بے رب من کل امر سلام ہے حتی مطلع الفجر قرآن کی یہی سورہ ہے جس میں شب قدر کا ذکر آیا ہے</w:t>
      </w:r>
    </w:p>
    <w:p>
      <w:r>
        <w:rPr>
          <w:b/>
        </w:rPr>
        <w:t xml:space="preserve">[24:14] </w:t>
      </w:r>
      <w:r>
        <w:t>jis mein farmaya ke khuda ne utara quran ko shab qadr mein yani faisle ki raat mein night of destiny mein utara aur woh raat hazar mahinon se behtar hai behtar is sense mein ke bahut bada faisla kiya gaya is raat ko</w:t>
      </w:r>
    </w:p>
    <w:p>
      <w:pPr>
        <w:jc w:val="right"/>
      </w:pPr>
      <w:r>
        <w:t>جس میں فرمایا کہ خدا نے اتارا قرآن کو شب قدر میں یعنی فیصلے کی رات میں نائٹ اف ڈیسٹنی میں اتارا اور وہ رات ہزار مہینوں سے بہتر ہے بہتر اس سنس میں کہ بہت بڑا فیصلہ کیا گیا اس رات کو</w:t>
      </w:r>
    </w:p>
    <w:p>
      <w:r>
        <w:rPr>
          <w:b/>
        </w:rPr>
        <w:t xml:space="preserve">[24:41] </w:t>
      </w:r>
      <w:r>
        <w:t>is raat ko bahut hi bada faisla kiya gaya</w:t>
      </w:r>
    </w:p>
    <w:p>
      <w:pPr>
        <w:jc w:val="right"/>
      </w:pPr>
      <w:r>
        <w:t>اس رات کو بہت ہی بڑا فیصلہ کیا گیا</w:t>
      </w:r>
    </w:p>
    <w:p>
      <w:r>
        <w:rPr>
          <w:b/>
        </w:rPr>
        <w:t xml:space="preserve">[24:46] </w:t>
      </w:r>
      <w:r>
        <w:t>is bana par woh raat bahut badi raat ban gayi</w:t>
      </w:r>
    </w:p>
    <w:p>
      <w:pPr>
        <w:jc w:val="right"/>
      </w:pPr>
      <w:r>
        <w:t>اس بنا پر وہ رات بہت بڑی رات بن گئی</w:t>
      </w:r>
    </w:p>
    <w:p>
      <w:r>
        <w:rPr>
          <w:b/>
        </w:rPr>
        <w:t xml:space="preserve">[24:52] </w:t>
      </w:r>
      <w:r>
        <w:t>is par maine ghor kiya to dekhiye ke jo preceding chapter hai us se foran pehle woh wahi hai jo shab qadr mein utra tha</w:t>
      </w:r>
    </w:p>
    <w:p>
      <w:pPr>
        <w:jc w:val="right"/>
      </w:pPr>
      <w:r>
        <w:t>اس پر میں نے غور کیا تو دیکھیے کہ جو پریسیڈنگ چیپٹر ہے اس سے فوراً پہلے وہ وہی ہے جو شب قدر میں اترا تھا</w:t>
      </w:r>
    </w:p>
    <w:p>
      <w:r>
        <w:rPr>
          <w:b/>
        </w:rPr>
        <w:t xml:space="preserve">[25:04] </w:t>
      </w:r>
      <w:r>
        <w:t>yani yeh jo ayat hai ana anzalna fi laila tul qadr to aap jana jahan chahen ke kya utra qadr shab qadr mein kya utra to wahi preceding chapter hi mein woh cheez maujood hai yani chapter number 96.</w:t>
      </w:r>
    </w:p>
    <w:p>
      <w:pPr>
        <w:jc w:val="right"/>
      </w:pPr>
      <w:r>
        <w:t>یعنی یہ جو آیت ہے انا انزلنا فی لیلۃ القدر تو آپ جانا جہاں چاہیں کہ کیا اترا قدر شب قدر میں کیا اترا تو وہی پریسیڈنگ چیپٹر ہی میں وہ چیز موجود ہے یعنی چیپٹر نمبر 96.</w:t>
      </w:r>
    </w:p>
    <w:p>
      <w:r>
        <w:rPr>
          <w:b/>
        </w:rPr>
        <w:t xml:space="preserve">[25:20] </w:t>
      </w:r>
      <w:r>
        <w:t>is se foran pehle jo hai woh hai al-alaq al-alaq jo jo surah hai us ki shuru ki paanch ayaten yeh utri theen ghar e hira mein</w:t>
      </w:r>
    </w:p>
    <w:p>
      <w:pPr>
        <w:jc w:val="right"/>
      </w:pPr>
      <w:r>
        <w:t>اس سے فوراً پہلے جو ہے وہ ہے العلق العلق جو جو سورہ ہے اس کی شروع کی پانچ آیتیں یہ اتری تھیں غار حرا میں</w:t>
      </w:r>
    </w:p>
    <w:p>
      <w:r>
        <w:rPr>
          <w:b/>
        </w:rPr>
        <w:t xml:space="preserve">[25:34] </w:t>
      </w:r>
      <w:r>
        <w:t>ke pehla jo revelation aaya rasool Allah ke upar yahi paanch ayaten theen isi ko shab qadr kaha gaya to woh hai kya.</w:t>
      </w:r>
    </w:p>
    <w:p>
      <w:pPr>
        <w:jc w:val="right"/>
      </w:pPr>
      <w:r>
        <w:t>کہ پہلا جو ریولیشن آیا رسول اللہ کے اوپر یہی پانچ آیتیں تھیں اسی کو شب قدر کہا گیا تو وہ ہے کیا.</w:t>
      </w:r>
    </w:p>
    <w:p>
      <w:r>
        <w:rPr>
          <w:b/>
        </w:rPr>
        <w:t xml:space="preserve">[25:45] </w:t>
      </w:r>
      <w:r>
        <w:t>iqra bismi rabbika allazi khalaq khalaq al-insana min alaq iqra wa rabbuka al-akram allazi allama bil qalam allama al-insana ma lam yalam</w:t>
      </w:r>
    </w:p>
    <w:p>
      <w:pPr>
        <w:jc w:val="right"/>
      </w:pPr>
      <w:r>
        <w:t>اقرا بسم ربک الذی خلق خلق الانسان من علق اقرا وربک الاکرم الذی علم بالقلم علم الانسان مالم یعلم</w:t>
      </w:r>
    </w:p>
    <w:p>
      <w:r>
        <w:rPr>
          <w:b/>
        </w:rPr>
        <w:t xml:space="preserve">[26:01] </w:t>
      </w:r>
      <w:r>
        <w:t>yeh hai woh ayaten jo utri theen shab qadr mein aur kaha gaya hai ke yeh hazar raaton se behtar hai ke in ayaton mein ek bohat hi badi baat thi in ayaton mein ek bohat hi badi baat thi is par aap mein ne ghor kiya to lagta mujhe hai ke woh history mein ek naya chapter khul gaya</w:t>
      </w:r>
    </w:p>
    <w:p>
      <w:pPr>
        <w:jc w:val="right"/>
      </w:pPr>
      <w:r>
        <w:t>یہ ہے وہ آیتیں جو اتری تھیں شب قدر میں اور کہا گیا ہے کہ یہ ہزار راتوں سے بہتر ہے کہ ان آیتوں میں ایک بہت ہی بڑی بات تھی ان آیتوں میں ایک بہت ہی بڑی بات تھی اس پر آپ میں نے غور کیا تو لگتا مجھے ہے کہ وہ ہسٹری میں ایک نیا چیپٹر کھل گیا</w:t>
      </w:r>
    </w:p>
    <w:p>
      <w:r>
        <w:rPr>
          <w:b/>
        </w:rPr>
        <w:t xml:space="preserve">[26:27] </w:t>
      </w:r>
      <w:r>
        <w:t>jis raat ko 610 isvi ki jis raat ko yeh ayaten utrin us raat ka history mein ek naya chapter khula ek naya era aaya aur new era in history woh kaise aap is par ghor kijiye</w:t>
      </w:r>
    </w:p>
    <w:p>
      <w:pPr>
        <w:jc w:val="right"/>
      </w:pPr>
      <w:r>
        <w:t>جس رات کو 610 عیسوی کی جس رات کو یہ آیتیں اتریں اس رات کا ہسٹری میں ایک نیا چیپٹر کھلا ایک نیا ایرا آیا اور نیو ایرا ان ہسٹری وہ کیسے آپ اس پر غور کیجئے</w:t>
      </w:r>
    </w:p>
    <w:p>
      <w:r>
        <w:rPr>
          <w:b/>
        </w:rPr>
        <w:t xml:space="preserve">[26:47] </w:t>
      </w:r>
      <w:r>
        <w:t>iqra bismi rabbika allazi khalaq khalaq al-insana min al-alaq iqra wa rabbuka al-akram allazi allama bil qalam allama al-insana ma lam yalam</w:t>
      </w:r>
    </w:p>
    <w:p>
      <w:pPr>
        <w:jc w:val="right"/>
      </w:pPr>
      <w:r>
        <w:t>اقرا بسم ربک الذی خلق خلق الانسان من العلق اقرا وربک الاکرم الذی علم بالقلم علم الانسان مالم یعلم</w:t>
      </w:r>
    </w:p>
    <w:p>
      <w:r>
        <w:rPr>
          <w:b/>
        </w:rPr>
        <w:t xml:space="preserve">[26:59] </w:t>
      </w:r>
      <w:r>
        <w:t>parho Allah ke naam se jis ne ke paida kiya paida kiya insan ko alaq se</w:t>
      </w:r>
    </w:p>
    <w:p>
      <w:pPr>
        <w:jc w:val="right"/>
      </w:pPr>
      <w:r>
        <w:t>پڑھو اللہ کے نام سے جس نے کہ پیدا کیا پیدا کیا انسان کو الگ سے</w:t>
      </w:r>
    </w:p>
    <w:p>
      <w:r>
        <w:rPr>
          <w:b/>
        </w:rPr>
        <w:t xml:space="preserve">[27:11] </w:t>
      </w:r>
      <w:r>
        <w:t>parho Allah ke naam se jis ne paida kiya aur paida kiya insan ko alaq se is par ghor kijiye yani jo yeh farmaya ke parho read to for what read for what</w:t>
      </w:r>
    </w:p>
    <w:p>
      <w:pPr>
        <w:jc w:val="right"/>
      </w:pPr>
      <w:r>
        <w:t>پڑھو اللہ کے نام سے جس نے پیدا کیا اور پیدا کیا انسان کو الگ سے اس پر غور کیجئے یعنی جو یہ فرمایا کہ پڑھو ریڈ تو فار واٹ ریڈ فار واٹ</w:t>
      </w:r>
    </w:p>
    <w:p>
      <w:r>
        <w:rPr>
          <w:b/>
        </w:rPr>
        <w:t xml:space="preserve">[27:29] </w:t>
      </w:r>
      <w:r>
        <w:t>yeh question aata hai kya matlab parho for what to aage ka jo lafz hai woh batata hai ke for what bismi iqra bismi rabbika allazi khalaq yani jo jo takhleeq hai Khuda ki jo creation Khuda ka hai us ko samajhne ke liye parho Khuda ki jo creation hai us ko janne ke liye parho</w:t>
      </w:r>
    </w:p>
    <w:p>
      <w:pPr>
        <w:jc w:val="right"/>
      </w:pPr>
      <w:r>
        <w:t>یہ کوئسچن آتا ہے کیا مطلب پڑھو فار واٹ تو اگے کا جو لفظ ہے وہ بتاتا ہے کہ فار واٹ بسم اقراء بسم ربک الذی خلق یعنی جو جو تخلیق ہے خدا کی جو کریشن خدا کا ہے اس کو سمجھنے کے لیے پڑھو خدا کی جو کریشن ہے اس کو جاننے کے لیے پڑھو</w:t>
      </w:r>
    </w:p>
    <w:p>
      <w:r>
        <w:rPr>
          <w:b/>
        </w:rPr>
        <w:t xml:space="preserve">[27:54] </w:t>
      </w:r>
      <w:r>
        <w:t>apni learning ko barhao apni study ko barhao is se learning juri hui hai yeh bohat hi bada message tha ke Khuda ki creation ko samajhne ke liye apni learning ko barhao</w:t>
      </w:r>
    </w:p>
    <w:p>
      <w:pPr>
        <w:jc w:val="right"/>
      </w:pPr>
      <w:r>
        <w:t>اپنی لرننگ کو بڑھاؤ اپنی سٹڈی کو بڑھاؤ اس سے لرننگ جڑی ہوئی ہے یہ بہت ہی بڑا میسج تھا کہ خدا کی کریشن کو سمجھنے کے لیے اپنی لرننگ کو بڑھاؤ</w:t>
      </w:r>
    </w:p>
    <w:p>
      <w:r>
        <w:rPr>
          <w:b/>
        </w:rPr>
        <w:t xml:space="preserve">[28:15] </w:t>
      </w:r>
      <w:r>
        <w:t>enhance your learning to understand</w:t>
      </w:r>
    </w:p>
    <w:p>
      <w:pPr>
        <w:jc w:val="right"/>
      </w:pPr>
      <w:r>
        <w:t>انہانس یور لرننگ ٹو انڈرسٹینڈ</w:t>
      </w:r>
    </w:p>
    <w:p>
      <w:r>
        <w:rPr>
          <w:b/>
        </w:rPr>
        <w:t xml:space="preserve">[28:21] </w:t>
      </w:r>
      <w:r>
        <w:t>the secret of the creation</w:t>
      </w:r>
    </w:p>
    <w:p>
      <w:pPr>
        <w:jc w:val="right"/>
      </w:pPr>
      <w:r>
        <w:t>دا سیکرٹ اف دی کریشن</w:t>
      </w:r>
    </w:p>
    <w:p>
      <w:r>
        <w:rPr>
          <w:b/>
        </w:rPr>
        <w:t xml:space="preserve">[28:25] </w:t>
      </w:r>
      <w:r>
        <w:t>woh kaise agla word jo hai bata raha hai khalaq al-insana min alaq Khuda ne paida kiya insan ko alaq se ain laam qaf ya a l a q alaq aap pichhle hazar saal mein jo committee likhi gayi kisi ko pata nahi tha ke is ka matlab kya hai kyunke use new learning chahiye thi is ke liye</w:t>
      </w:r>
    </w:p>
    <w:p>
      <w:pPr>
        <w:jc w:val="right"/>
      </w:pPr>
      <w:r>
        <w:t>وہ کیسے اگلا ورڈ جو ہے بتا رہا ہے خلق الانسان من علق خدا نے پیدا کیا انسان کو الگ سے عین لام قاف یا اے ایل اے کیو الگ اپ پچھلے ہزار سال میں جو کمیٹی لکھی گئی کسی کو پتہ نہیں تھا کہ اس کا مطلب کیا ہے کیونکہ اسے نیو لرننگ چاہیے تھی اس کے لیے</w:t>
      </w:r>
    </w:p>
    <w:p>
      <w:r>
        <w:rPr>
          <w:b/>
        </w:rPr>
        <w:t xml:space="preserve">[28:53] </w:t>
      </w:r>
      <w:r>
        <w:t>is ke liye nai science chahiye thi is ke liye biological studies chahiye theen jo possible huien microscope ke baad</w:t>
      </w:r>
    </w:p>
    <w:p>
      <w:pPr>
        <w:jc w:val="right"/>
      </w:pPr>
      <w:r>
        <w:t>اس کے لیے نئی سائنس چاہیے تھی اس کے لیے بائیولوجیکل سٹڈیز چاہیے تھیں جو پاسیبل ہوئیں مائیکروسکوپ کے بعد</w:t>
      </w:r>
    </w:p>
    <w:p>
      <w:r>
        <w:rPr>
          <w:b/>
        </w:rPr>
        <w:t xml:space="preserve">[29:05] </w:t>
      </w:r>
      <w:r>
        <w:t>sari tafseeron mein kya likha rahega paida kiya insan ko yani fleishn blood se yani khoon ke tukre se ya gosht ke tukre se paida kiya</w:t>
      </w:r>
    </w:p>
    <w:p>
      <w:pPr>
        <w:jc w:val="right"/>
      </w:pPr>
      <w:r>
        <w:t>ساری تفسیروں میں کیا لکھا رہے گا پیدا کیا انسان کو یعنی فلیشن بلڈ سے یعنی خون کے ٹکڑے سے یا گوشت کے ٹکڑے سے</w:t>
      </w:r>
    </w:p>
    <w:p>
      <w:r>
        <w:rPr>
          <w:b/>
        </w:rPr>
        <w:t xml:space="preserve">[29:16] </w:t>
      </w:r>
      <w:r>
        <w:t>halanke alaq aap parhiye aaj hi mein ne dekha pehle bhi dekh chuka hoon ke alaq means leech l double e c h leech yani joak dictionaries mein likha hua hai ke alaq ka matlab hai l double e c h leech joak yani paida kiya insan ko leech like creature se</w:t>
      </w:r>
    </w:p>
    <w:p>
      <w:pPr>
        <w:jc w:val="right"/>
      </w:pPr>
      <w:r>
        <w:t>حالانکہ الگ اپ پڑھیے اج ہی میں نے دیکھا پہلے بھی دیکھ چکا ہوں کہ الگ مینز لیچ ایل ڈبل ای سی ایچ لیچ یعنی جوک ڈکشنریز میں لکھا ہوا ہے کہ الگ کا مطلب ہے ایل ڈبل ای سی ایچ لیچ جوک یعنی پیدا کیا انسان کو لیچ لائک کریچر سے</w:t>
      </w:r>
    </w:p>
    <w:p>
      <w:r>
        <w:rPr>
          <w:b/>
        </w:rPr>
        <w:t xml:space="preserve">[29:43] </w:t>
      </w:r>
      <w:r>
        <w:t>lekin logon ko samajh mein nahi aata tha ke ke Khuda ne paida kiya insan ko joak jaisi cheez se to woh kya tarjuma karte rahe ke gosht ke tukre se ya khoon ke tukre se paida kiya yeh kab pata chala</w:t>
      </w:r>
    </w:p>
    <w:p>
      <w:pPr>
        <w:jc w:val="right"/>
      </w:pPr>
      <w:r>
        <w:t>لیکن لوگوں کو سمجھ میں نہیں اتا تھا کہ کہ خدا نے پیدا کیا انسان کو جوک جیسی چیز سے تو وہ کیا ترجمہ کرتے رہے کہ گوشت کے ٹکڑے سے یا خون کے ٹکڑے سے پیدا کیا یہ کب پتہ چلا</w:t>
      </w:r>
    </w:p>
    <w:p>
      <w:r>
        <w:rPr>
          <w:b/>
        </w:rPr>
        <w:t xml:space="preserve">[30:01] </w:t>
      </w:r>
      <w:r>
        <w:t>jab microscope invent hui microscope 1980 80 four mein ek doctor Keith Moore ke i i t h Keith m double o r e Moore doctor Moore America ka ek doctor tha us ko bulaya gaya Saudi Arab</w:t>
      </w:r>
    </w:p>
    <w:p>
      <w:pPr>
        <w:jc w:val="right"/>
      </w:pPr>
      <w:r>
        <w:t>جب مائیکروسکوپ انوینٹ ہوئی مائیکروسکوپ 1980 80 فور میں ایک ڈاکٹر کیتھ مور کے ائی ائی ٹی ایچ کیتھ ایم ڈبل او ار ای مور ڈاکٹر مور امریکہ کا ایک ڈاکٹر تھا اس کو بلایا گیا سعودی عرب</w:t>
      </w:r>
    </w:p>
    <w:p>
      <w:r>
        <w:rPr>
          <w:b/>
        </w:rPr>
        <w:t xml:space="preserve">[30:30] </w:t>
      </w:r>
      <w:r>
        <w:t>wahan par ek conference thi aur us ko wahan par thahraya gaya ek kilo billa tha ke us ki research karo us ne research kiya jab us ko maloom hua ke Quran mein jo word aaya hai woh alaq hai to us ne jab jo studies huien hain microscope se to us ne bataya ke yeh to bilkul ek bohat hi appropriate word hai</w:t>
      </w:r>
    </w:p>
    <w:p>
      <w:pPr>
        <w:jc w:val="right"/>
      </w:pPr>
      <w:r>
        <w:t>وہاں پر ایک کانفرنس تھی اور اس کو وہاں پر ٹھہرایا گیا ایک کلو بلا تھا کہ اس کی ریسرچ کرو اس نے ریسرچ کیا جب اس کو معلوم ہوا کہ قرآن میں جو ورڈ آیا ہے وہ الگ ہے تو اس نے جب جو سٹڈیز ہوئی ہیں مائیکروسکوپ سے تو اس نے بتایا کہ یہ تو بالکل ایک بہت ہی اپروپریٹ ورڈ ہے</w:t>
      </w:r>
    </w:p>
    <w:p>
      <w:r>
        <w:rPr>
          <w:b/>
        </w:rPr>
        <w:t xml:space="preserve">[30:59] </w:t>
      </w:r>
      <w:r>
        <w:t>kyunke shuru mein insan jab hota hai maa ke pet mein to woh just like leech hota hai woh bohat hi choti si hoti hai woh microscopi dekh sakte hain aap us ko lekin woh us ka jo structure hai dekhne mein jo hai us ka appearance just like leech hota hai</w:t>
      </w:r>
    </w:p>
    <w:p>
      <w:pPr>
        <w:jc w:val="right"/>
      </w:pPr>
      <w:r>
        <w:t>کیونکہ شروع میں انسان جب ہوتا ہے ماں کے پیٹ میں تو وہ جسٹ لائک لیچ ہوتا ہے وہ بہت ہی چھوٹی سی ہوتی ہے وہ مائیکروسکوپی دیکھ سکتے ہیں آپ اس کو لیکن وہ اس کا جو سٹرکچر ہے دیکھنے میں جو ہے اس کا اپیئرنس جسٹ لائک لیچ ہوتا ہے</w:t>
      </w:r>
    </w:p>
    <w:p>
      <w:r>
        <w:rPr>
          <w:b/>
        </w:rPr>
        <w:t xml:space="preserve">[31:20] </w:t>
      </w:r>
      <w:r>
        <w:t>yani hazar saal chaudah so saal beet gaye ke aadmi yeh jaane ke Khuda ne paida kiya insan ko alaq se is ka matlab kya hai kyun is ke liye chahiye thi microscope</w:t>
      </w:r>
    </w:p>
    <w:p>
      <w:pPr>
        <w:jc w:val="right"/>
      </w:pPr>
      <w:r>
        <w:t>یعنی ہزار سال چودہ سو سال بیت گئے کہ ادمی یہ جانے کہ خدا نے پیدا کیا انسان کو الگ سے اس کا مطلب کیا ہے کیوں اس کے لیے چاہیے تھی مائیکروسکوپ</w:t>
      </w:r>
    </w:p>
    <w:p>
      <w:r>
        <w:rPr>
          <w:b/>
        </w:rPr>
        <w:t xml:space="preserve">[31:38] </w:t>
      </w:r>
      <w:r>
        <w:t>baghair microscope ke aap nahi jaan sakte the ke woh woh choti si cheez kya hai</w:t>
      </w:r>
    </w:p>
    <w:p>
      <w:pPr>
        <w:jc w:val="right"/>
      </w:pPr>
      <w:r>
        <w:t>بغیر مائیکروسکوپ کے آپ نہیں جان سکتے تھے کہ وہ وہ چھوٹی سی چیز کیا ہے</w:t>
      </w:r>
    </w:p>
    <w:p>
      <w:r>
        <w:rPr>
          <w:b/>
        </w:rPr>
        <w:t xml:space="preserve">[31:46] </w:t>
      </w:r>
      <w:r>
        <w:t>to yeh matlab hai ke learning barhao</w:t>
      </w:r>
    </w:p>
    <w:p>
      <w:pPr>
        <w:jc w:val="right"/>
      </w:pPr>
      <w:r>
        <w:t>تو یہ مطلب ہے کہ لرننگ بڑھاؤ</w:t>
      </w:r>
    </w:p>
    <w:p>
      <w:r>
        <w:rPr>
          <w:b/>
        </w:rPr>
        <w:t xml:space="preserve">[31:51] </w:t>
      </w:r>
      <w:r>
        <w:t>to Allah taala ne ek naya chapter khola is insani history mein learning ka aur woh learning ek process ke roop mein chali process aap dekhen ke koi bhi bada waqea hai history mein bada event hamesha process ke through hota hai aisa nahi ke achaanak koi ho jaye jaise democracy hai yeh lambe process ke baad democracy aayi hai</w:t>
      </w:r>
    </w:p>
    <w:p>
      <w:pPr>
        <w:jc w:val="right"/>
      </w:pPr>
      <w:r>
        <w:t>تو اللہ تعالی نے ایک نیا چیپٹر کھولا اس انسانی ہسٹری میں لرننگ کا اور وہ لرننگ ایک پروسیس کے روپ میں چلی پروسیس اپ دیکھیں کہ کوئی بھی بڑا واقعہ ہے ہسٹری میں بڑا ایونٹ ہمیشہ پروسیس کے تھرو ہوتا ہے ایسا نہیں کہ اچانک کوئی ہو جائے جیسے ڈیموکریسی ہے یہ لمبے پروسیس کے بعد ڈیموکریسی ائی ہے</w:t>
      </w:r>
    </w:p>
    <w:p>
      <w:r>
        <w:rPr>
          <w:b/>
        </w:rPr>
        <w:t xml:space="preserve">[32:16] </w:t>
      </w:r>
      <w:r>
        <w:t>yeh process chala tha kab Socrates ke zamane mein Plato ke zamane mein Aristotle ke zamane mein itne pehle hote hote hote aaj woh is woh is ki shape liya hai jis ko hum democracy kehte hain achaanak democracy nahi agai duniya mein to yeh bhi modern science jo hai modern science kya hai nature ki study</w:t>
      </w:r>
    </w:p>
    <w:p>
      <w:pPr>
        <w:jc w:val="right"/>
      </w:pPr>
      <w:r>
        <w:t>یہ پروسیس چلا تھا کب سوکریٹیز کے زمانے میں پلیٹو کے زمانے میں ارسٹوٹل کے زمانے میں اتنے پہلے ہوتے ہوتے ہوتے اج وہ اس وہ اس کی شیپ لیا ہے جس کو ہم ڈیموکریسی کہتے ہیں اچانک ڈیموکریسی نہیں اگئی دنیا میں تو یہ بھی ماڈرن سائنس جو ہے ماڈرن سائنس کیا ہے نیچر کی سٹڈی</w:t>
      </w:r>
    </w:p>
    <w:p>
      <w:r>
        <w:rPr>
          <w:b/>
        </w:rPr>
        <w:t xml:space="preserve">[32:43] </w:t>
      </w:r>
      <w:r>
        <w:t>science koi atheism nahi hai science koi anti religion nahi hai science koi western culture nahi hai science to nature ka ilm hai yani nature ki study karna to nature ki study ruki hui thi us waqt tak jab tak ke insaan ne telescope nahi daryaft kiya jab telescope se jana to phir astronomy ki study possible ho gai</w:t>
      </w:r>
    </w:p>
    <w:p>
      <w:pPr>
        <w:jc w:val="right"/>
      </w:pPr>
      <w:r>
        <w:t>سائنس کوئی اتھیزم نہیں ہے سائنس کوئی اینٹی ریلیجن نہیں ہے سائنس کوئی ویسٹرن کلچر نہیں ہے سائنس تو نیچر کا علم ہے یعنی نیچر کی سٹڈی کرنا تو نیچر کی سٹڈی رکی ہوئی تھی اس وقت تک جب تک کہ انسان نے ٹیلیسکوپ نہیں دریافت کیا جب ٹیلیسکوپ سے جانا تو پھر اسٹرانومی کی سٹڈی پاسیبل ہو گئی</w:t>
      </w:r>
    </w:p>
    <w:p>
      <w:r>
        <w:rPr>
          <w:b/>
        </w:rPr>
        <w:t xml:space="preserve">[33:13] </w:t>
      </w:r>
      <w:r>
        <w:t>jab insaan ne telescope invent kiya to microworld jis ko kehte hain MASc microworld ki study possible ho gai phir jab insaan ne microscope discover kiya tab kya hua microworld ki study possible ho gai to microworld aur microworld dono hidden the is wajah se bari bari baatein insaan ko pata nahi theen</w:t>
      </w:r>
    </w:p>
    <w:p>
      <w:pPr>
        <w:jc w:val="right"/>
      </w:pPr>
      <w:r>
        <w:t>جب انسان نے ٹیلیسکوپ انوینٹ کیا تو مائیکرو ورلڈ جس کو کہتے ہیں ایم اے ایس سی مائیکرو ورلڈ کی سٹڈی پاسیبل ہو گئی پھر جب انسان نے مائیکروسکوپ ڈسکور کیا تب کیا ہوا مائیکرو ورلڈ کی سٹڈی پاسیبل ہو گئی تو مائیکرو ورلڈ اور مائیکرو ورلڈ دونوں ہڈن تھے اس وجہ سے بڑی بڑی باتیں انسان کو پتہ نہیں تھیں</w:t>
      </w:r>
    </w:p>
    <w:p>
      <w:r>
        <w:rPr>
          <w:b/>
        </w:rPr>
        <w:t xml:space="preserve">[33:40] </w:t>
      </w:r>
      <w:r>
        <w:t>isi mein se ek yeh hai ke quran mein itna khula khula likha hua tha</w:t>
      </w:r>
    </w:p>
    <w:p>
      <w:pPr>
        <w:jc w:val="right"/>
      </w:pPr>
      <w:r>
        <w:t>اسی میں سے ایک یہ ہے کہ قرآن میں اتنا کھلا کھلا لکھا ہوا تھا</w:t>
      </w:r>
    </w:p>
    <w:p>
      <w:r>
        <w:rPr>
          <w:b/>
        </w:rPr>
        <w:t xml:space="preserve">[33:47] </w:t>
      </w:r>
      <w:r>
        <w:t>ke khuda ne paida kiya insan ko alag se khalaq al insana min alaq lekin yeh completely un known</w:t>
      </w:r>
    </w:p>
    <w:p>
      <w:pPr>
        <w:jc w:val="right"/>
      </w:pPr>
      <w:r>
        <w:t>کہ خدا نے پیدا کیا انسان کو الگ سے خلق الانسان من علق لیکن یہ کمپلیٹلی ان نون</w:t>
      </w:r>
    </w:p>
    <w:p>
      <w:r>
        <w:rPr>
          <w:b/>
        </w:rPr>
        <w:t xml:space="preserve">[33:53] </w:t>
      </w:r>
      <w:r>
        <w:t>tha kyun is ke liye is ke liye background nahi tha is ke liye framework nahi</w:t>
      </w:r>
    </w:p>
    <w:p>
      <w:pPr>
        <w:jc w:val="right"/>
      </w:pPr>
      <w:r>
        <w:t>تھا کیوں اس کے لیے اس کے لیے بیک گراؤنڈ نہیں تھا اس کے لیے فریم ورک نہیں</w:t>
      </w:r>
    </w:p>
    <w:p>
      <w:r>
        <w:rPr>
          <w:b/>
        </w:rPr>
        <w:t xml:space="preserve">[34:00] </w:t>
      </w:r>
      <w:r>
        <w:t>tha is ke liye wo data available nahi tha</w:t>
      </w:r>
    </w:p>
    <w:p>
      <w:pPr>
        <w:jc w:val="right"/>
      </w:pPr>
      <w:r>
        <w:t>تھا اس کے لیے وہ ڈیٹا اویلیبل نہیں تھا</w:t>
      </w:r>
    </w:p>
    <w:p>
      <w:r>
        <w:rPr>
          <w:b/>
        </w:rPr>
        <w:t xml:space="preserve">[34:06] </w:t>
      </w:r>
      <w:r>
        <w:t>to kaise aap jante</w:t>
      </w:r>
    </w:p>
    <w:p>
      <w:pPr>
        <w:jc w:val="right"/>
      </w:pPr>
      <w:r>
        <w:t>تو کیسے اپ جانتے</w:t>
      </w:r>
    </w:p>
    <w:p>
      <w:r>
        <w:rPr>
          <w:b/>
        </w:rPr>
        <w:t xml:space="preserve">[34:11] </w:t>
      </w:r>
      <w:r>
        <w:t>to Khuda ne yahan par jo farmaya ke parho parho Khuda ke naam se iqra bismi rabbika allazi khalaq yani parho for the sake of learning for the divine learning read for the sake of divine learning kaisi ajeeb cheez hai yeh us waqt</w:t>
      </w:r>
    </w:p>
    <w:p>
      <w:pPr>
        <w:jc w:val="right"/>
      </w:pPr>
      <w:r>
        <w:t>تو خدا نے یہاں پر جو فرمایا کہ پڑھو پڑھو خدا کے نام سے اقراء بسم ربک الذی خلق یعنی پڑھو فار دا سیک اف لرننگ فار دا ڈیوائن لرننگ ریڈ فار دا سیک اف ڈیوائن لرننگ کیسی عجیب چیز ہے یہ اس وقت</w:t>
      </w:r>
    </w:p>
    <w:p>
      <w:r>
        <w:rPr>
          <w:b/>
        </w:rPr>
        <w:t xml:space="preserve">[34:39] </w:t>
      </w:r>
      <w:r>
        <w:t>sari duniya be khabar thi ke learning ka koi aur bhi level hai learning ka jo level science ke discoveries ke baad khula hai that was completely unknown to the ancient people us waqt yeh ayat utri</w:t>
      </w:r>
    </w:p>
    <w:p>
      <w:pPr>
        <w:jc w:val="right"/>
      </w:pPr>
      <w:r>
        <w:t>ساری دنیا بے خبر تھی کہ لرننگ کا کوئی اور بھی لیول ہے لرننگ کا جو لیول سائنس کے ڈسکوریز کے بعد کھلا ہے دیٹ واز کمپلیٹلی ان نون ٹو دا اینشینٹ پیپل اس وقت یہ ایت اتری</w:t>
      </w:r>
    </w:p>
    <w:p>
      <w:r>
        <w:rPr>
          <w:b/>
        </w:rPr>
        <w:t xml:space="preserve">[35:03] </w:t>
      </w:r>
      <w:r>
        <w:t>iqra bismi rabbika allazi khalaq ke apni learning barhao for the sake of divine</w:t>
      </w:r>
    </w:p>
    <w:p>
      <w:pPr>
        <w:jc w:val="right"/>
      </w:pPr>
      <w:r>
        <w:t>اقراء بسم ربک الذی خلق کہ اپنی لرننگ بڑھاؤ فار دا سیک اف ڈیوائن</w:t>
      </w:r>
    </w:p>
    <w:p>
      <w:r>
        <w:rPr>
          <w:b/>
        </w:rPr>
        <w:t xml:space="preserve">[35:11] </w:t>
      </w:r>
      <w:r>
        <w:t>yani parho study karo for the sake of divine learning for the sake of divine science</w:t>
      </w:r>
    </w:p>
    <w:p>
      <w:pPr>
        <w:jc w:val="right"/>
      </w:pPr>
      <w:r>
        <w:t>یعنی پڑھو اسٹڈی کرو فار دا سیک اف ڈیوائن لرننگ فار دا سیک اف ڈیوائن سائنس</w:t>
      </w:r>
    </w:p>
    <w:p>
      <w:r>
        <w:rPr>
          <w:b/>
        </w:rPr>
        <w:t xml:space="preserve">[35:21] </w:t>
      </w:r>
      <w:r>
        <w:t>to is ki ek misaal yahan pe milti hai ek misaal ek example ke jab tum learning barhao ge jab tum discover karoge cheezon ko jab barhte barhte tum microscope daryaft kar loge tab tum jano ge ke alaq jo Quran mein lafz hai woh kyun kis sense mein hai</w:t>
      </w:r>
    </w:p>
    <w:p>
      <w:pPr>
        <w:jc w:val="right"/>
      </w:pPr>
      <w:r>
        <w:t>تو اس کی ایک مثال یہاں پہ ملتی ہے ایک مثال ایک ایگزیمپل کہ جب تم لرننگ بڑھاؤ گے جب تم ڈسکور کرو گے چیزوں کو جب بڑھتے بڑھتے تم مائیکروسکوپ دریافت کر لو گے تب تم جانو گے کہ الگ جو قرآن میں لفظ ہے وہ کیوں کس سینس میں ہے</w:t>
      </w:r>
    </w:p>
    <w:p>
      <w:r>
        <w:rPr>
          <w:b/>
        </w:rPr>
        <w:t xml:space="preserve">[35:43] </w:t>
      </w:r>
      <w:r>
        <w:t>yani aap dictionaries pehli dictionaries ke dekhen purani dictionary jaise Lisan al Arab jo hai mere paas Lisan al Arab hai jo bohat bari dictionary hai bohat bari bohat hi complete dictionary arab arabic language ki is mein dekhiye ya kisi bhi dictionary mein dekhiye aap to is mein likha rahe ga ke alaq means leech EL double ECH joke</w:t>
      </w:r>
    </w:p>
    <w:p>
      <w:pPr>
        <w:jc w:val="right"/>
      </w:pPr>
      <w:r>
        <w:t>یعنی اپ ڈکشنریز پچھلی ڈکشنریز کے دیکھیں پرانی ڈکشنری جیسے لسان العرب جو ہے میرے پاس لسان العرب ہے جو بہت بڑی ڈکشنری ہے بہت بڑی بہت ہی کمپلیٹ ڈکشنری عرب عربک لینگویج کی اس میں دیکھیے یا کسی بھی ڈکشنری میں دیکھیے اپ تو اس میں لکھا رہے گا کہ الگ مینز لیچ ایل ڈبل ای سی ایچ جوک</w:t>
      </w:r>
    </w:p>
    <w:p>
      <w:r>
        <w:rPr>
          <w:b/>
        </w:rPr>
        <w:t xml:space="preserve">[36:12] </w:t>
      </w:r>
      <w:r>
        <w:t>lekin is ko wahan apply nahi kar pata tha insan kyunke is ke liye knowledge nahi thi</w:t>
      </w:r>
    </w:p>
    <w:p>
      <w:pPr>
        <w:jc w:val="right"/>
      </w:pPr>
      <w:r>
        <w:t>لیکن اس کو وہاں اپلائی نہیں کر پاتا تھا انسان کیونکہ اس کے لیے نالج نہیں تھی</w:t>
      </w:r>
    </w:p>
    <w:p>
      <w:r>
        <w:rPr>
          <w:b/>
        </w:rPr>
        <w:t xml:space="preserve">[36:18] </w:t>
      </w:r>
      <w:r>
        <w:t>to doctor keith moore ne pehli bar is ko bataya</w:t>
      </w:r>
    </w:p>
    <w:p>
      <w:pPr>
        <w:jc w:val="right"/>
      </w:pPr>
      <w:r>
        <w:t>تو ڈاکٹر کیتھ مور نے پہلی بار اس کو بتایا</w:t>
      </w:r>
    </w:p>
    <w:p>
      <w:r>
        <w:rPr>
          <w:b/>
        </w:rPr>
        <w:t xml:space="preserve">[36:24] </w:t>
      </w:r>
      <w:r>
        <w:t>ke alaq to bilkul scientific word hai</w:t>
      </w:r>
    </w:p>
    <w:p>
      <w:pPr>
        <w:jc w:val="right"/>
      </w:pPr>
      <w:r>
        <w:t>کہ الگ تو بالکل سائنٹیفک ورڈ ہے</w:t>
      </w:r>
    </w:p>
    <w:p>
      <w:r>
        <w:rPr>
          <w:b/>
        </w:rPr>
        <w:t xml:space="preserve">[36:28] </w:t>
      </w:r>
      <w:r>
        <w:t>jo baat hum ne microscope ke zariye jani hai ke insan shuru pe maa ke pait mein just</w:t>
      </w:r>
    </w:p>
    <w:p>
      <w:pPr>
        <w:jc w:val="right"/>
      </w:pPr>
      <w:r>
        <w:t>جو بات ہم نے مائیکروسکوپ کے ذریعے جانی ہے کہ انسان شروع پہ ماں کے پیٹ میں جسٹ</w:t>
      </w:r>
    </w:p>
    <w:p>
      <w:r>
        <w:rPr>
          <w:b/>
        </w:rPr>
        <w:t xml:space="preserve">[36:36] </w:t>
      </w:r>
      <w:r>
        <w:t>like leech hota hai phir badhte badhte badhte badhte hi ban jata hai insan jaisa</w:t>
      </w:r>
    </w:p>
    <w:p>
      <w:pPr>
        <w:jc w:val="right"/>
      </w:pPr>
      <w:r>
        <w:t>لائک لیچ ہوتا ہے پھر بڑھتے بڑھتے بڑھتے بڑھتے ہی بن جاتا ہے انسان جیسا</w:t>
      </w:r>
    </w:p>
    <w:p>
      <w:r>
        <w:rPr>
          <w:b/>
        </w:rPr>
        <w:t xml:space="preserve">[36:44] </w:t>
      </w:r>
      <w:r>
        <w:t>to aage jo hai dekhen kaha al insaan ma lam yalam abhi bohat kuch unknown para hua hai abhi to bohat se unknown ko known banana hai</w:t>
      </w:r>
    </w:p>
    <w:p>
      <w:pPr>
        <w:jc w:val="right"/>
      </w:pPr>
      <w:r>
        <w:t>تو اگے جو ہے دیکھیں کہا علم الانسان مالم یعلم ابھی بہت کچھ ان نون پڑھا ہوا ہے ابھی تو بہت سے ان نون کو نون بنانا ہے</w:t>
      </w:r>
    </w:p>
    <w:p>
      <w:r>
        <w:rPr>
          <w:b/>
        </w:rPr>
        <w:t xml:space="preserve">[36:57] </w:t>
      </w:r>
      <w:r>
        <w:t>alaq is ka ek bohat hi billion billion billion mein sirf ek hai to dekhen yeh sirf for the sake of knowledge ki baat nahi hai isi ayat mein dekhiye wa rabbuka al akram</w:t>
      </w:r>
    </w:p>
    <w:p>
      <w:pPr>
        <w:jc w:val="right"/>
      </w:pPr>
      <w:r>
        <w:t>الگ اس کا ایک بہت ہی بلین بلین بلین میں صرف ایک ہے تو دیکھیں یہ صرف فار دا سیک اف نالج کی بات نہیں ہے اسی ایت میں دیکھیے وربک الاکرم</w:t>
      </w:r>
    </w:p>
    <w:p>
      <w:r>
        <w:rPr>
          <w:b/>
        </w:rPr>
        <w:t xml:space="preserve">[37:12] </w:t>
      </w:r>
      <w:r>
        <w:t>Khuda ki glory ko janne ki baat hai yeh Khuda Khuda bohat hi Khuda ki glory bohat zyada hai to hum jo mein refer kar raha hoon modern science ko yahan modern knowledge ko to for the sake of knowledge nahi balkeh Khuda ki glory ko discover karne ke liye</w:t>
      </w:r>
    </w:p>
    <w:p>
      <w:pPr>
        <w:jc w:val="right"/>
      </w:pPr>
      <w:r>
        <w:t>خدا کی گلوری کو جاننے کی بات ہے یہ خدا خدا بہت ہی خدا کی گلوری بہت زیادہ ہے تو ہم جو میں ریفر کر رہا ہوں ماڈرن سائنس کو یہاں ماڈرن نالج کو تو فار دا سیک اف نالج نہیں بلکہ خدا کی گلوری کو ڈسکور کرنے کے لیے</w:t>
      </w:r>
    </w:p>
    <w:p>
      <w:r>
        <w:rPr>
          <w:b/>
        </w:rPr>
        <w:t xml:space="preserve">[37:36] </w:t>
      </w:r>
      <w:r>
        <w:t>fabi ayi ala rabbikuma zaban Khuda ke aala Khuda ke science Khuda ki glory jo hidden pari hui hai hazaron saal se nature mein is ko discover karo taake tum Khuda ki real jo greatness hai us ko jano</w:t>
      </w:r>
    </w:p>
    <w:p>
      <w:pPr>
        <w:jc w:val="right"/>
      </w:pPr>
      <w:r>
        <w:t>فبئی اعلی ربکما تک زبان خدا کے اعلی خدا کے سائنس خدا کی گلوری جو ہڈن پڑی ہوئی ہے ہزاروں سال سے نیچر میں اس کو ڈسکور کرو تاکہ تم خدا کی ریئل جو گریٹنس ہے اس کو جانو</w:t>
      </w:r>
    </w:p>
    <w:p>
      <w:r>
        <w:rPr>
          <w:b/>
        </w:rPr>
        <w:t xml:space="preserve">[37:58] </w:t>
      </w:r>
      <w:r>
        <w:t>ab pehle zamane mein ab bataiye mein ne ek kitab mein parha ke pehle zamane mein insaan jab upar dekhta tha stars ko to hota tha ke star jo hain woh chhote chhote bulb hain bulb light candle</w:t>
      </w:r>
    </w:p>
    <w:p>
      <w:pPr>
        <w:jc w:val="right"/>
      </w:pPr>
      <w:r>
        <w:t>اب پہلے زمانے میں اب بتائیے میں نے ایک کتاب میں پڑھا کہ پہلے زمانے میں انسان جب اوپر دیکھتا تھا اسٹارز کو تو ہوتا تھا کہ اسٹار جو ہیں وہ چھوٹے چھوٹے بلب ہیں بلب لائٹ کینڈل</w:t>
      </w:r>
    </w:p>
    <w:p>
      <w:r>
        <w:rPr>
          <w:b/>
        </w:rPr>
        <w:t xml:space="preserve">[38:18] </w:t>
      </w:r>
      <w:r>
        <w:t>aur naked eye se kal near about ten thousand stars dikhai padte the ten thousand</w:t>
      </w:r>
    </w:p>
    <w:p>
      <w:pPr>
        <w:jc w:val="right"/>
      </w:pPr>
      <w:r>
        <w:t>اور نیکڈ ائی سے کل نیئر اباؤٹ ٹین تھا اسٹار دکھائی پڑتے تھے ٹین تھا</w:t>
      </w:r>
    </w:p>
    <w:p>
      <w:r>
        <w:rPr>
          <w:b/>
        </w:rPr>
        <w:t xml:space="preserve">[38:27] </w:t>
      </w:r>
      <w:r>
        <w:t>to kaha pehle zamane ke insaan samajhta tha ke yeh ten thousand bulb hain chhote chhote candle woh jalaye gaye hain devtaon ki majlis sajane ke liye ab dekhen kitna chhota tasawwur banta tha Khuda ka Khuda ka tasawwur Khuda ka concept kitna chhota banta tha</w:t>
      </w:r>
    </w:p>
    <w:p>
      <w:pPr>
        <w:jc w:val="right"/>
      </w:pPr>
      <w:r>
        <w:t>تو کہا پہلے زمانے کے انسان سمجھتا تھا کہ یہ ٹین تھا بلب ہیں چھوٹے چھوٹے کینڈل وہ جلائے گئے ہیں دیوتاؤں کی مجلس سجانے کے لیے اب دیکھیں کتنا چھوٹا تصور بنتا تھا خدا کا خدا کا تصور خدا کا کانسیپٹ کتنا چھوٹا بنتا تھا</w:t>
      </w:r>
    </w:p>
    <w:p>
      <w:r>
        <w:rPr>
          <w:b/>
        </w:rPr>
        <w:t xml:space="preserve">[38:51] </w:t>
      </w:r>
      <w:r>
        <w:t>to is mani mein sab kuch abhi</w:t>
      </w:r>
    </w:p>
    <w:p>
      <w:pPr>
        <w:jc w:val="right"/>
      </w:pPr>
      <w:r>
        <w:t>تو اس معنی میں سب کچھ ابھی</w:t>
      </w:r>
    </w:p>
    <w:p>
      <w:r>
        <w:rPr>
          <w:b/>
        </w:rPr>
        <w:t xml:space="preserve">[38:53] </w:t>
      </w:r>
      <w:r>
        <w:t>yani abhi sab kuch baki tha sab kuch un known bana hua tha khuda ki azmat thi un</w:t>
      </w:r>
    </w:p>
    <w:p>
      <w:pPr>
        <w:jc w:val="right"/>
      </w:pPr>
      <w:r>
        <w:t>یعنی ابھی سب کچھ باقی تھا سب کچھ ان نون بنا ہوا تھا خدا کی عظمت تھی ان</w:t>
      </w:r>
    </w:p>
    <w:p>
      <w:r>
        <w:rPr>
          <w:b/>
        </w:rPr>
        <w:t xml:space="preserve">[39:01] </w:t>
      </w:r>
      <w:r>
        <w:t>known bani hui thi khuda ki badai khuda ki greatness jo hai khuda khuda ki greatness khuda ki</w:t>
      </w:r>
    </w:p>
    <w:p>
      <w:pPr>
        <w:jc w:val="right"/>
      </w:pPr>
      <w:r>
        <w:t>نون بنی ہوئی تھی خدا کی بڑائی خدا کی گریٹنس جو ہے خدا خدا کی گریٹنس خدا کی</w:t>
      </w:r>
    </w:p>
    <w:p>
      <w:r>
        <w:rPr>
          <w:b/>
        </w:rPr>
        <w:t xml:space="preserve">[39:06] </w:t>
      </w:r>
      <w:r>
        <w:t>glory that was unknown to ancient people</w:t>
      </w:r>
    </w:p>
    <w:p>
      <w:pPr>
        <w:jc w:val="right"/>
      </w:pPr>
      <w:r>
        <w:t>گلوری دیٹ واز ان نون ٹو اینشینٹ پیپل</w:t>
      </w:r>
    </w:p>
    <w:p>
      <w:r>
        <w:rPr>
          <w:b/>
        </w:rPr>
        <w:t xml:space="preserve">[39:13] </w:t>
      </w:r>
      <w:r>
        <w:t>yani kitni bari kami thi bataiye</w:t>
      </w:r>
    </w:p>
    <w:p>
      <w:pPr>
        <w:jc w:val="right"/>
      </w:pPr>
      <w:r>
        <w:t>یعنی کتنی بڑی کمی تھی بتائیے</w:t>
      </w:r>
    </w:p>
    <w:p>
      <w:r>
        <w:rPr>
          <w:b/>
        </w:rPr>
        <w:t xml:space="preserve">[39:16] </w:t>
      </w:r>
      <w:r>
        <w:t>itni bari universe banai khuda ne itni bari universe</w:t>
      </w:r>
    </w:p>
    <w:p>
      <w:pPr>
        <w:jc w:val="right"/>
      </w:pPr>
      <w:r>
        <w:t>اتنی بڑی یونیورس بنائی خدا نے اتنی بڑی یونیورس</w:t>
      </w:r>
    </w:p>
    <w:p>
      <w:r>
        <w:rPr>
          <w:b/>
        </w:rPr>
        <w:t xml:space="preserve">[39:22] </w:t>
      </w:r>
      <w:r>
        <w:t>aur insaan janta hi nahi tha is ko jab insaan kehta tha Allahu Akbar Khuda bada hai to bohat hi chhota concept aata tha Khuda ka is ke mind mein lekin Khuda bohat hi bada hai bohat hi bada hai bohat hi bada hai woh jaan nahi pata tha insaan is ki zaroorat is ke liye zaroorat thi ke microworld aur microworld dono ko discover kare</w:t>
      </w:r>
    </w:p>
    <w:p>
      <w:pPr>
        <w:jc w:val="right"/>
      </w:pPr>
      <w:r>
        <w:t>اور انسان جانتا ہی نہیں تھا اس کو جب انسان کہتا تھا اللہ اکبر خدا بڑا ہے تو بہت ہی چھوٹا کانسیپٹ اتا تھا خدا کا اس کے مائنڈ میں لیکن خدا بہت ہی بڑا ہے بہت ہی بڑا ہے بہت ہی بڑا ہے وہ جان نہیں پاتا تھا انسان اس کی ضرورت اس کے لیے ضرورت تھی کہ مائیکرو ورلڈ اور مائیکرو ورلڈ دونوں کو ڈسکور کرے</w:t>
      </w:r>
    </w:p>
    <w:p>
      <w:r>
        <w:rPr>
          <w:b/>
        </w:rPr>
        <w:t xml:space="preserve">[39:48] </w:t>
      </w:r>
      <w:r>
        <w:t>to yahan par ayat mein kaha gaya ek naya chapter khola gaya history mein history of knowledge mein</w:t>
      </w:r>
    </w:p>
    <w:p>
      <w:pPr>
        <w:jc w:val="right"/>
      </w:pPr>
      <w:r>
        <w:t>تو یہاں پر ایت میں کہا گیا ایک نیا چیپٹر کھولا گیا ہسٹری میں ہسٹری اف نالج میں</w:t>
      </w:r>
    </w:p>
    <w:p>
      <w:r>
        <w:rPr>
          <w:b/>
        </w:rPr>
        <w:t xml:space="preserve">[39:59] </w:t>
      </w:r>
      <w:r>
        <w:t>aur aap jante hain ke mein ne is par ek kitab likhi hai jo Islam the creator of modern world</w:t>
      </w:r>
    </w:p>
    <w:p>
      <w:pPr>
        <w:jc w:val="right"/>
      </w:pPr>
      <w:r>
        <w:t>اور اپ جانتے ہیں کہ میں نے اس پر ایک کتاب لکھی ہے جو اسلام دا کریٹر اف ماڈرن ورلڈ</w:t>
      </w:r>
    </w:p>
    <w:p>
      <w:r>
        <w:rPr>
          <w:b/>
        </w:rPr>
        <w:t xml:space="preserve">[40:11] </w:t>
      </w:r>
      <w:r>
        <w:t>ke jis cheez ko hum kehte hain modern science uska door khola Islam ne Rasool Allah Salallahu Alaihi Wasallam ne woh is tarah se ke pehle zamane mein nature jo tha woh kya tha woh object of worship bana hua tha puja na puja na puja na to aap jante hain ke jo cheez object of worship ho woh object of investigation nahi ban sakti aap us ko to aap jhuke ge puja kare ge</w:t>
      </w:r>
    </w:p>
    <w:p>
      <w:pPr>
        <w:jc w:val="right"/>
      </w:pPr>
      <w:r>
        <w:t>کہ جس چیز کو ہم کہتے ہیں ماڈرن سائنس اس کا ڈور کھولا اسلام نے رسول اللہ صلی اللہ علیہ وسلم نے وہ اس طرح سے کہ پہلے زمانے میں نیچر جو تھا وہ کیا تھا وہ ابجیکٹ اف ورشپ بنا ہوا تھا پوجنا پوجنا پوجنا تو اپ جانتے ہیں کہ جو چیز ابجیکٹ اف ورشپ ہو وہ ابجیکٹ اف انویسٹیگیشن نہیں بن سکتی اپ اس کو تو اپ جھکیں گے پوجا کریں گے</w:t>
      </w:r>
    </w:p>
    <w:p>
      <w:r>
        <w:rPr>
          <w:b/>
        </w:rPr>
        <w:t xml:space="preserve">[40:41] </w:t>
      </w:r>
      <w:r>
        <w:t>is ko investigate karein is ko explore karein. Yeh aap ke andar mind mein aata nahi tha to mental block bana hua tha shirk shirk nature ko explore karne ke liye mental block bana hua tha shirk kya hai shirk hai nature worship shirk means nature worship</w:t>
      </w:r>
    </w:p>
    <w:p>
      <w:pPr>
        <w:jc w:val="right"/>
      </w:pPr>
      <w:r>
        <w:t>اس کو انویسٹیگیٹ کریں اس کو ایکسپلور کریں. یہ اپ کے اندر مائنڈ میں اتا نہیں تھا تو مینٹل بلاک بنا ہوا تھا شرک شرک نیچر کو ایکسپلور کرنے کے لیے مینٹل بلاک بنا ہوا تھا شرک کیا ہے شرک ہے نیچر ورشپ شرک مینز نیچر ورشپ</w:t>
      </w:r>
    </w:p>
    <w:p>
      <w:r>
        <w:rPr>
          <w:b/>
        </w:rPr>
        <w:t xml:space="preserve">[41:04] </w:t>
      </w:r>
      <w:r>
        <w:t>nature sare jo yeh alam hai is ko nature kehte</w:t>
      </w:r>
    </w:p>
    <w:p>
      <w:pPr>
        <w:jc w:val="right"/>
      </w:pPr>
      <w:r>
        <w:t>نیچر سارے جو یہ عالم ہے اس کو نیچر کہتے</w:t>
      </w:r>
    </w:p>
    <w:p>
      <w:r>
        <w:rPr>
          <w:b/>
        </w:rPr>
        <w:t xml:space="preserve">[41:08] </w:t>
      </w:r>
      <w:r>
        <w:t>hain chahe woh ghaas ho chahe stars hon sab nature hain is ko insaan poochta tha to nature worship mein kya tha ke aadmi sirf jaanta tha ke is ko poojna hai yeh jaante hi nahi thay ke is ko explore karna hai to gaya ke shirk jo hai woh mental block bana hua tha</w:t>
      </w:r>
    </w:p>
    <w:p>
      <w:pPr>
        <w:jc w:val="right"/>
      </w:pPr>
      <w:r>
        <w:t>ہیں چاہے وہ گھاس ہو چاہے اسٹارز ہوں سب نیچر ہیں اس کو انسان پوچھتا تھا تو نیچر ورشپ میں کیا تھا کہ ادمی صرف جانتا تھا کہ اس کو پوجنا ہے یہ جانتے ہی نہیں تھے کہ اس کو ایکسپلور کرنا ہے تو گیا کہ شرک جو ہے وہ مینٹل بلاک بنا ہوا تھا</w:t>
      </w:r>
    </w:p>
    <w:p>
      <w:r>
        <w:rPr>
          <w:b/>
        </w:rPr>
        <w:t xml:space="preserve">[41:29] </w:t>
      </w:r>
      <w:r>
        <w:t>woh paighambar e islam ne aur islam ne aur sahaba e kiram ne jo revolution barpa kiya us ke baad yeh mental block toota tab ja kar ke science ke darwaze khule</w:t>
      </w:r>
    </w:p>
    <w:p>
      <w:pPr>
        <w:jc w:val="right"/>
      </w:pPr>
      <w:r>
        <w:t>وہ پیغمبر اسلام نے اور اسلام نے اور صحابہ کرام نے جو ریولیوشن برپا کیا اس کے بعد یہ مینٹل بلاک ٹوٹا تب جا کر کے سائنس کے دروازے کھلے</w:t>
      </w:r>
    </w:p>
    <w:p>
      <w:r>
        <w:rPr>
          <w:b/>
        </w:rPr>
        <w:t xml:space="preserve">[41:46] </w:t>
      </w:r>
      <w:r>
        <w:t>to yeh sab waqt tha jab pehle din diya gaya aap ko kyunke aap prophet is liye maine ek kitaab likhi is ka naam hai rasool allah ke bare mein prophet of revolution prophet of revolution</w:t>
      </w:r>
    </w:p>
    <w:p>
      <w:pPr>
        <w:jc w:val="right"/>
      </w:pPr>
      <w:r>
        <w:t>تو یہ سب وقت تھا جب پہلے دن دیا گیا اپ کو کیونکہ اپ پرافٹ اس لیے میں نے ایک کتاب لکھی اس کا نام ہے رسول اللہ کے بارے میں پرافٹ اف ریولیوشن پرافٹ اف ریولیوشن</w:t>
      </w:r>
    </w:p>
    <w:p>
      <w:r>
        <w:rPr>
          <w:b/>
        </w:rPr>
        <w:t xml:space="preserve">[42:00] </w:t>
      </w:r>
      <w:r>
        <w:t>ek naya quran ek naya revolution laye aap is mein to is ka yeh ek aspect hai ke khuda ki greatness hai jo khuda ki glory hai woh undiscord padi hui thi log conceive nahi kar paate thay ke khuda kitna bara hai</w:t>
      </w:r>
    </w:p>
    <w:p>
      <w:pPr>
        <w:jc w:val="right"/>
      </w:pPr>
      <w:r>
        <w:t>ایک نیا قران ایک نیا ریولیوشن لائے اپ اس میں تو اس کا یہ ایک اسپیکٹ ہے کہ خدا کی گریٹنس ہے جو خدا کی گلوری ہے وہ ان ڈسکارڈ پڑی ہوئی تھی لوگ کنسیو نہیں کر پاتے تھے کہ خدا کتنا بڑا ہے</w:t>
      </w:r>
    </w:p>
    <w:p>
      <w:r>
        <w:rPr>
          <w:b/>
        </w:rPr>
        <w:t xml:space="preserve">[42:21] </w:t>
      </w:r>
      <w:r>
        <w:t>isi liye dekhiye poori history jo pichli guzri hai insaan khuda ko maanta tha lekin sirf re</w:t>
      </w:r>
    </w:p>
    <w:p>
      <w:pPr>
        <w:jc w:val="right"/>
      </w:pPr>
      <w:r>
        <w:t>اسی لیے دیکھیے پوری ہسٹری جو پچھلی گزری ہے انسان خدا کو مانتا تھا لیکن صرف ری</w:t>
      </w:r>
    </w:p>
    <w:p>
      <w:r>
        <w:rPr>
          <w:b/>
        </w:rPr>
        <w:t xml:space="preserve">[42:28] </w:t>
      </w:r>
      <w:r>
        <w:t>chual sense mein kuch phool charha diya kuch ja kar ke haath joar liya kuch rituals kar liye bas lekin khuda yani jo thrilling experience hai khuda ki realization ka woh kaise aata hai insaan ke andar</w:t>
      </w:r>
    </w:p>
    <w:p>
      <w:pPr>
        <w:jc w:val="right"/>
      </w:pPr>
      <w:r>
        <w:t>چول سینس میں کچھ پھول چڑھا دیا کچھ جا کر کے ہاتھ جوڑ لیا کچھ ریچول کر لیے بس لیکن خدا یعنی جو تھرلنگ ایکسپیرینس ہے خدا کی ریلائزیشن کا وہ کیسے اتا ہے انسان کے اندر</w:t>
      </w:r>
    </w:p>
    <w:p>
      <w:r>
        <w:rPr>
          <w:b/>
        </w:rPr>
        <w:t xml:space="preserve">[42:48] </w:t>
      </w:r>
      <w:r>
        <w:t>jab khuda ka concept jo hai wohi chota sa ho koi chota sa khuda hai koi to bhai yeh hoga ke kuch rituals sari duniya mein raij thay to khuda ke naam par is rituals ko kiya jata tha</w:t>
      </w:r>
    </w:p>
    <w:p>
      <w:pPr>
        <w:jc w:val="right"/>
      </w:pPr>
      <w:r>
        <w:t>جب خدا کا کانسیپٹ جو ہے وہی چھوٹا سا ہو کوئی چھوٹا سا خدا ہے کوئی تو بھئی یہ ہوگا کہ کچھ ریچولز ساری دنیا میں رائج تھے تو خدا کے نام پر اس ریچولز کو کیا جاتا تھا</w:t>
      </w:r>
    </w:p>
    <w:p>
      <w:r>
        <w:rPr>
          <w:b/>
        </w:rPr>
        <w:t xml:space="preserve">[43:06] </w:t>
      </w:r>
      <w:r>
        <w:t>lekin khuda ka matloob tha ke woh iman insaan ke andar paida ho jis ke bare mein quran mein aaya hai ke ifa zakar allahu wajilat qulubuhum jab khuda ka naam le aaya to un ka dil dahal uthe un ke rongte khare ho jayen un ke mind mein ek star aa jaye yeh kab hota jab khud khuda ka woh concept samne aaye</w:t>
      </w:r>
    </w:p>
    <w:p>
      <w:pPr>
        <w:jc w:val="right"/>
      </w:pPr>
      <w:r>
        <w:t>لیکن خدا کا مطلوب تھا کہ وہ ایمان انسان کے اندر پیدا ہو جس کے بارے میں قران میں ایا ہے کہ اذا ذکر اللہ وجلت قلوبہم جب خدا کا نام لے ایا تو ان کا دل دہل اٹھے ان کے رونگٹے کھڑے ہو جائیں ان کے مائنڈ میں ایک اسٹار ا جائے یہ کب ہوتا جب خود خدا کا وہ کانسیپٹ سامنے ائے</w:t>
      </w:r>
    </w:p>
    <w:p>
      <w:r>
        <w:rPr>
          <w:b/>
        </w:rPr>
        <w:t xml:space="preserve">[43:35] </w:t>
      </w:r>
      <w:r>
        <w:t>to yeh kab ho mumkin hota tha jab science ka daur aa jaye nature ko explore kiya jaye to jab tak in isi mein misaal aap dekhen ke jab tak alag ko aadmi jaanta tha ke khoon ka ek tukra to woh koi bari baat nahi nazar aati thi is ko ab jab is ne dekha ke woh just like leech hai woh ke kaise woh barhte barhte insaan ban jata hai</w:t>
      </w:r>
    </w:p>
    <w:p>
      <w:pPr>
        <w:jc w:val="right"/>
      </w:pPr>
      <w:r>
        <w:t>تو یہ کب ہو ممکن ہوتا تھا جب سائنس کا دور ا جائے نیچر کو ایکسپلور کیا جائے تو جب تک ان اسی میں مثال اپ دیکھیں کہ جب تک الگ کو ادمی جانتا تھا کہ خون کا ایک ٹکڑا تو وہ کوئی بڑی بات نہیں نظر اتی تھی اس کو اب جب اس نے دیکھا کہ وہ جسٹ لائک لیچ ہے وہ کہ کیسے وہ بڑھتے بڑھتے انسان بن جاتا ہے</w:t>
      </w:r>
    </w:p>
    <w:p>
      <w:r>
        <w:rPr>
          <w:b/>
        </w:rPr>
        <w:t xml:space="preserve">[44:04] </w:t>
      </w:r>
      <w:r>
        <w:t>to doctor keith bohr jo hai is woh is ne gawahi di ke quran khuda ki kitaab hai</w:t>
      </w:r>
    </w:p>
    <w:p>
      <w:pPr>
        <w:jc w:val="right"/>
      </w:pPr>
      <w:r>
        <w:t>تو ڈاکٹر کیتھ بور جو ہے اس وہ اس نے گواہی دی کہ قران خدا کی کتاب ہے</w:t>
      </w:r>
    </w:p>
    <w:p>
      <w:r>
        <w:rPr>
          <w:b/>
        </w:rPr>
        <w:t xml:space="preserve">[44:13] </w:t>
      </w:r>
      <w:r>
        <w:t>is ne gawahi di ke khuda ki quran khuda ki kitaab hai kaise jo hum ne aaj microscope ki invention ke baad jana woh kaise koi shakhs das ec mein jaan sakta tha is liye ke bilashuba yeh khuda ki kitaab hai</w:t>
      </w:r>
    </w:p>
    <w:p>
      <w:pPr>
        <w:jc w:val="right"/>
      </w:pPr>
      <w:r>
        <w:t>اس نے گواہی دی کہ خدا کی قران خدا کی کتاب ہے کیسے جو ہم نے اج مائیکروسکوپ کی انوینشن کے بعد جانا وہ کیسے کوئی شخص دس ای سی میں جان سکتا تھا اس لیے کہ بلاشبہ یہ خدا کی کتاب ہے</w:t>
      </w:r>
    </w:p>
    <w:p>
      <w:r>
        <w:rPr>
          <w:b/>
        </w:rPr>
        <w:t xml:space="preserve">[44:32] </w:t>
      </w:r>
      <w:r>
        <w:t>to</w:t>
      </w:r>
    </w:p>
    <w:p>
      <w:pPr>
        <w:jc w:val="right"/>
      </w:pPr>
      <w:r>
        <w:t>تو</w:t>
      </w:r>
    </w:p>
    <w:p>
      <w:r>
        <w:rPr>
          <w:b/>
        </w:rPr>
        <w:t xml:space="preserve">[44:33] </w:t>
      </w:r>
      <w:r>
        <w:t>iqra bismi rabbik allazi khalaq khalaq al insana min alaq iqra rabbuk al akram allazi allama bil qalam allama al insana ma lam</w:t>
      </w:r>
    </w:p>
    <w:p>
      <w:pPr>
        <w:jc w:val="right"/>
      </w:pPr>
      <w:r>
        <w:t>اقراء بسم ربک الذی خلق خلق الانسان من علق اقراء ربک الاکرم الذی علم بالقلم علم الانسان مالم</w:t>
      </w:r>
    </w:p>
    <w:p>
      <w:r>
        <w:rPr>
          <w:b/>
        </w:rPr>
        <w:t xml:space="preserve">[44:43] </w:t>
      </w:r>
      <w:r>
        <w:t>yalam yani un known ko known banana</w:t>
      </w:r>
    </w:p>
    <w:p>
      <w:pPr>
        <w:jc w:val="right"/>
      </w:pPr>
      <w:r>
        <w:t>یعلم یعنی ان نون کو نون بنانا</w:t>
      </w:r>
    </w:p>
    <w:p>
      <w:r>
        <w:rPr>
          <w:b/>
        </w:rPr>
        <w:t xml:space="preserve">[44:49] </w:t>
      </w:r>
      <w:r>
        <w:t>un known ko known banana</w:t>
      </w:r>
    </w:p>
    <w:p>
      <w:pPr>
        <w:jc w:val="right"/>
      </w:pPr>
      <w:r>
        <w:t>ان نون کو نون بنانا</w:t>
      </w:r>
    </w:p>
    <w:p>
      <w:r>
        <w:rPr>
          <w:b/>
        </w:rPr>
        <w:t xml:space="preserve">[44:52] </w:t>
      </w:r>
      <w:r>
        <w:t>wo kaise hua</w:t>
      </w:r>
    </w:p>
    <w:p>
      <w:pPr>
        <w:jc w:val="right"/>
      </w:pPr>
      <w:r>
        <w:t>وہ کیسے ہوا</w:t>
      </w:r>
    </w:p>
    <w:p>
      <w:r>
        <w:rPr>
          <w:b/>
        </w:rPr>
        <w:t xml:space="preserve">[44:55] </w:t>
      </w:r>
      <w:r>
        <w:t>modern discoveries ke zariye</w:t>
      </w:r>
    </w:p>
    <w:p>
      <w:pPr>
        <w:jc w:val="right"/>
      </w:pPr>
      <w:r>
        <w:t>ماڈرن ڈسکوریز کے ذریعے</w:t>
      </w:r>
    </w:p>
    <w:p>
      <w:r>
        <w:rPr>
          <w:b/>
        </w:rPr>
        <w:t xml:space="preserve">[44:58] </w:t>
      </w:r>
      <w:r>
        <w:t>to khuda ne modern discovery ka darwaza khulwaya aap ke revolution ke through yahan tak ke hum aaj</w:t>
      </w:r>
    </w:p>
    <w:p>
      <w:pPr>
        <w:jc w:val="right"/>
      </w:pPr>
      <w:r>
        <w:t>تو خدا نے ماڈرن ڈسکوری کا دروازہ کھلوایا اپ کے ریولیوشن کے تھرو یہاں تک کہ ہم اج</w:t>
      </w:r>
    </w:p>
    <w:p>
      <w:r>
        <w:rPr>
          <w:b/>
        </w:rPr>
        <w:t xml:space="preserve">[45:05] </w:t>
      </w:r>
      <w:r>
        <w:t>ke daur mein pahunche aur hum ne khuda ke aala ko khuda ki nishaniyon ko khuda ke jalal</w:t>
      </w:r>
    </w:p>
    <w:p>
      <w:pPr>
        <w:jc w:val="right"/>
      </w:pPr>
      <w:r>
        <w:t>کے دور میں پہنچے اور ہم نے خدا کے اعلی کو خدا کی نشانیوں کو خدا کے جلال</w:t>
      </w:r>
    </w:p>
    <w:p>
      <w:r>
        <w:rPr>
          <w:b/>
        </w:rPr>
        <w:t xml:space="preserve">[45:13] </w:t>
      </w:r>
      <w:r>
        <w:t>ko khuda ki greatness ko jaana jo nature mein chupa hua tha</w:t>
      </w:r>
    </w:p>
    <w:p>
      <w:pPr>
        <w:jc w:val="right"/>
      </w:pPr>
      <w:r>
        <w:t>کو خدا کی گریٹنس کو جانا جو نیچر میں چھپا ہوا تھا</w:t>
      </w:r>
    </w:p>
    <w:p>
      <w:r>
        <w:rPr>
          <w:b/>
        </w:rPr>
        <w:t xml:space="preserve">[45:19] </w:t>
      </w:r>
      <w:r>
        <w:t>to yeh hai surah alaq ka</w:t>
      </w:r>
    </w:p>
    <w:p>
      <w:pPr>
        <w:jc w:val="right"/>
      </w:pPr>
      <w:r>
        <w:t>تو یہ ہے سورہ العلق کا</w:t>
      </w:r>
    </w:p>
    <w:p>
      <w:r>
        <w:rPr>
          <w:b/>
        </w:rPr>
        <w:t xml:space="preserve">[45:24] </w:t>
      </w:r>
      <w:r>
        <w:t>lesson ab aap dekhiye</w:t>
      </w:r>
    </w:p>
    <w:p>
      <w:pPr>
        <w:jc w:val="right"/>
      </w:pPr>
      <w:r>
        <w:t>لیسن اب اپ دیکھیے</w:t>
      </w:r>
    </w:p>
    <w:p>
      <w:r>
        <w:rPr>
          <w:b/>
        </w:rPr>
        <w:t xml:space="preserve">[45:27] </w:t>
      </w:r>
      <w:r>
        <w:t>surah jo yeh hai</w:t>
      </w:r>
    </w:p>
    <w:p>
      <w:pPr>
        <w:jc w:val="right"/>
      </w:pPr>
      <w:r>
        <w:t>سورہ جو یہ ہے</w:t>
      </w:r>
    </w:p>
    <w:p>
      <w:r>
        <w:rPr>
          <w:b/>
        </w:rPr>
        <w:t xml:space="preserve">[45:31] </w:t>
      </w:r>
      <w:r>
        <w:t>shab qadr wali jo surah hai us ko aap dekhiye</w:t>
      </w:r>
    </w:p>
    <w:p>
      <w:pPr>
        <w:jc w:val="right"/>
      </w:pPr>
      <w:r>
        <w:t>شب قدر والی جو سورہ ہے اس کو اپ دیکھیے</w:t>
      </w:r>
    </w:p>
    <w:p>
      <w:r>
        <w:rPr>
          <w:b/>
        </w:rPr>
        <w:t xml:space="preserve">[45:35] </w:t>
      </w:r>
      <w:r>
        <w:t>ke inna anzalna fi lailatul qadr wa ma adraka ma lailatul qadr</w:t>
      </w:r>
    </w:p>
    <w:p>
      <w:pPr>
        <w:jc w:val="right"/>
      </w:pPr>
      <w:r>
        <w:t>کہ انا انزلنا فی لیلۃ القدر وما ادراک ما لیلۃ القدر</w:t>
      </w:r>
    </w:p>
    <w:p>
      <w:r>
        <w:rPr>
          <w:b/>
        </w:rPr>
        <w:t xml:space="preserve">[45:44] </w:t>
      </w:r>
      <w:r>
        <w:t>lailatul qadr khairum min al shahr</w:t>
      </w:r>
    </w:p>
    <w:p>
      <w:pPr>
        <w:jc w:val="right"/>
      </w:pPr>
      <w:r>
        <w:t>لیلۃ القدر خیر من الشہر</w:t>
      </w:r>
    </w:p>
    <w:p>
      <w:r>
        <w:rPr>
          <w:b/>
        </w:rPr>
        <w:t xml:space="preserve">[45:49] </w:t>
      </w:r>
      <w:r>
        <w:t>al malaikatu fiha bi izni rabbihim min kulli amr salamun hiya hatta matla' al fajr</w:t>
      </w:r>
    </w:p>
    <w:p>
      <w:pPr>
        <w:jc w:val="right"/>
      </w:pPr>
      <w:r>
        <w:t>الملائکۃ فیہا بین ربہم من کل امر سلام یا حتی مطلع الفجر</w:t>
      </w:r>
    </w:p>
    <w:p>
      <w:r>
        <w:rPr>
          <w:b/>
        </w:rPr>
        <w:t xml:space="preserve">[45:59] </w:t>
      </w:r>
      <w:r>
        <w:t>to yeh jo is mein kaha gaya hai ke taqdeer ki raat ko utra quran inna anzalna fi laylat al qadr</w:t>
      </w:r>
    </w:p>
    <w:p>
      <w:pPr>
        <w:jc w:val="right"/>
      </w:pPr>
      <w:r>
        <w:t>تو یہ جو اس میں کہا گیا ہے کہ تقدیر کی رات کو اترا قران انا انزلنا فی لیلۃ القدر</w:t>
      </w:r>
    </w:p>
    <w:p>
      <w:r>
        <w:rPr>
          <w:b/>
        </w:rPr>
        <w:t xml:space="preserve">[46:11] </w:t>
      </w:r>
      <w:r>
        <w:t>night of destiny mein utra quran to main is ka matlab yahi samjhaun ke is raat ko utra jis raat ko khuda ne ek bohat hi bara faisla farmaya ke tareekh mein naya inqilab lana hai tareekh mein ek naya chapter kholna hai yeh traditional daur khatam ho scientific daur aaye</w:t>
      </w:r>
    </w:p>
    <w:p>
      <w:pPr>
        <w:jc w:val="right"/>
      </w:pPr>
      <w:r>
        <w:t>نائٹ اف ڈسٹنی میں اترا قران تو میں اس کا مطلب یہی سمجھاؤں کہ اس رات کو اترا جس رات کو خدا نے ایک بہت ہی بڑا فیصلہ فرمایا کہ تاریخ میں نیا انقلاب لانا ہے تاریخ میں ایک نیا چیپٹر کھولنا ہے یہ ٹریڈیشنل دور ختم ہو سائنٹیفک دور ائے</w:t>
      </w:r>
    </w:p>
    <w:p>
      <w:r>
        <w:rPr>
          <w:b/>
        </w:rPr>
        <w:t xml:space="preserve">[46:30] </w:t>
      </w:r>
      <w:r>
        <w:t>ignorance ka daur khatam ho learning ka daur aaye khuda ki greatness ko kam samajhne ka daur khatam ho goya ke greatness ko zyada samajhne ka daur aaye is is is raat ko yeh waqea hua</w:t>
      </w:r>
    </w:p>
    <w:p>
      <w:pPr>
        <w:jc w:val="right"/>
      </w:pPr>
      <w:r>
        <w:t>اگنورنس کا دور ختم ہو لرننگ کا دور ائے خدا کی گریٹنس کو کم سمجھنے کا دور ختم ہو گویا کہ گریٹنس کو زیادہ سمجھنے کا دور ائے اس اس اس رات کو یہ واقعہ ہوا</w:t>
      </w:r>
    </w:p>
    <w:p>
      <w:r>
        <w:rPr>
          <w:b/>
        </w:rPr>
        <w:t xml:space="preserve">[46:51] </w:t>
      </w:r>
      <w:r>
        <w:t>yeh main burhaat mein ek angrezi akhbar hai do october ka</w:t>
      </w:r>
    </w:p>
    <w:p>
      <w:pPr>
        <w:jc w:val="right"/>
      </w:pPr>
      <w:r>
        <w:t>یہ میں برہات میں ایک انگریزی اخبار ہے دو اکتوبر کا</w:t>
      </w:r>
    </w:p>
    <w:p>
      <w:r>
        <w:rPr>
          <w:b/>
        </w:rPr>
        <w:t xml:space="preserve">[46:58] </w:t>
      </w:r>
      <w:r>
        <w:t>do october ko mahatma gandhi paida hue thay to aap jante hain ke sab ko yeh ehsas hai ke mahatma gandhi ne 47 se pehle to ek bara bara kaam kiya 47 ke baad india ko koi bari cheez nahi mil saki jo hamara dream tha jo hamare khwabon ka india tha jo sapne ka india tha woh nahi ban saka</w:t>
      </w:r>
    </w:p>
    <w:p>
      <w:pPr>
        <w:jc w:val="right"/>
      </w:pPr>
      <w:r>
        <w:t>دو اکتوبر کو مہاتما گاندھی پیدا ہوئے تھے تو اپ جانتے ہیں کہ سب کو یہ احساس ہے کہ مہاتما گاندھی نے 47 سے پہلے تو ایک بڑا بڑا کام کیا 47 کے بعد انڈیا کو کوئی بڑی چیز نہیں مل سکی جو ہمارا ڈریم تھا جو ہمارا خوابوں کا انڈیا تھا جو سپنے کا انڈیا تھا وہ نہیں بن سکا</w:t>
      </w:r>
    </w:p>
    <w:p>
      <w:r>
        <w:rPr>
          <w:b/>
        </w:rPr>
        <w:t xml:space="preserve">[47:24] </w:t>
      </w:r>
      <w:r>
        <w:t>is mein yeh ek poore ek page ka ek likha hai kisi ne is is ke upar yeh hai ke why india need a second gandhi</w:t>
      </w:r>
    </w:p>
    <w:p>
      <w:pPr>
        <w:jc w:val="right"/>
      </w:pPr>
      <w:r>
        <w:t>اس میں یہ ایک پورے ایک پیج کا ایک لکھا ہے کسی نے اس اس کے اوپر یہ ہے کہ وائی انڈیا نیڈ ا سیکنڈ گاندھی</w:t>
      </w:r>
    </w:p>
    <w:p>
      <w:r>
        <w:rPr>
          <w:b/>
        </w:rPr>
        <w:t xml:space="preserve">[47:39] </w:t>
      </w:r>
      <w:r>
        <w:t>why india need a second gandhi aam taur par main sunta hoon ke log yeh kehte hain ke bhai hamein second gandhi chahiye matlab ek gandhi woh tha jis ne 47 paida kiya ek aur gandhi chahiye jo naya india banaye</w:t>
      </w:r>
    </w:p>
    <w:p>
      <w:pPr>
        <w:jc w:val="right"/>
      </w:pPr>
      <w:r>
        <w:t>وائی انڈیا نیڈ ا سیکنڈ گاندھی عام طور پر میں سنتا ہوں کہ لوگ یہ کہتے ہیں کہ بھئی ہمیں سیکنڈ گاندھی چاہیے مطلب ایک گاندھی وہ تھا جس نے 47 پیدا کیا ایک اور گاندھی چاہیے جو نیا انڈیا بنائے</w:t>
      </w:r>
    </w:p>
    <w:p>
      <w:r>
        <w:rPr>
          <w:b/>
        </w:rPr>
        <w:t xml:space="preserve">[47:56] </w:t>
      </w:r>
      <w:r>
        <w:t>yeh baat aam taur par dohrayi jati hai lekin main samajhta hoon ke log samajhte nahi baat ko baat kya hai dekhiye kya cheez hai first gandhi kya cheez hai second gandhi mahatma gandhi ka karnama yeh tha ke unhon ne peace ka formula pesh kiya peace ka formula</w:t>
      </w:r>
    </w:p>
    <w:p>
      <w:pPr>
        <w:jc w:val="right"/>
      </w:pPr>
      <w:r>
        <w:t>یہ بات عام طور پر دہرائی جاتی ہے لیکن میں سمجھتا ہوں کہ لوگ سمجھتے نہیں بات کو بات کیا ہے دیکھیے کیا چیز ہے فرسٹ گاندھی کیا چیز ہے سیکنڈ گاندھی مہاتما گاندھی کا کارنامہ یہ تھا کہ انہوں نے پیس کا فارمولا پیش کیا پیس کا فارمولا</w:t>
      </w:r>
    </w:p>
    <w:p>
      <w:r>
        <w:rPr>
          <w:b/>
        </w:rPr>
        <w:t xml:space="preserve">[48:18] </w:t>
      </w:r>
      <w:r>
        <w:t>to is se pehle insaan jo tha jo activism jis ko kaha jaye yani jo kisi maqsad ko hajj karne ke liye jo struggle ki jati hai us ko kehte hain ek activism to pehle zamane mein jo activism tha that was based on violence ladai</w:t>
      </w:r>
    </w:p>
    <w:p>
      <w:pPr>
        <w:jc w:val="right"/>
      </w:pPr>
      <w:r>
        <w:t>تو اس سے پہلے انسان جو تھا جو ایکٹیوزم جس کو کہا جائے یعنی جو کسی مقصد کو حج کرنے کے لیے جو سٹرگل کی جاتی ہے اس کو کہتے ہیں ایک ایکٹیوزم تو پہلے زمانے میں جو ایکٹیوزم تھا دیٹ واز بیسڈ ان وائلنس لڑائی</w:t>
      </w:r>
    </w:p>
    <w:p>
      <w:r>
        <w:rPr>
          <w:b/>
        </w:rPr>
        <w:t xml:space="preserve">[48:38] </w:t>
      </w:r>
      <w:r>
        <w:t>violence ladai</w:t>
      </w:r>
    </w:p>
    <w:p>
      <w:pPr>
        <w:jc w:val="right"/>
      </w:pPr>
      <w:r>
        <w:t>وائلنس لڑائی</w:t>
      </w:r>
    </w:p>
    <w:p>
      <w:r>
        <w:rPr>
          <w:b/>
        </w:rPr>
        <w:t xml:space="preserve">[48:42] </w:t>
      </w:r>
      <w:r>
        <w:t>yani activism based on violence</w:t>
      </w:r>
    </w:p>
    <w:p>
      <w:pPr>
        <w:jc w:val="right"/>
      </w:pPr>
      <w:r>
        <w:t>یعنی ایکٹیوزم بیسڈ ان وائلنس</w:t>
      </w:r>
    </w:p>
    <w:p>
      <w:r>
        <w:rPr>
          <w:b/>
        </w:rPr>
        <w:t xml:space="preserve">[48:47] </w:t>
      </w:r>
      <w:r>
        <w:t>mahatma gandhi ne yeh kiya ke nahi activism unhon ne yeh kiya ke activism ko peaceful sangsh par laye woh yani violent violence aur war ke bajaye peaceful sangsh lekin peaceful sangsh se kya hua sirf british raj toh khatam hua lekin koi naya india nahi aaya</w:t>
      </w:r>
    </w:p>
    <w:p>
      <w:pPr>
        <w:jc w:val="right"/>
      </w:pPr>
      <w:r>
        <w:t>مہاتما گاندھی نے یہ کیا کہ نہیں ایکٹیوزم انہوں نے یہ کیا کہ ایکٹیوزم کو پیس فل سنگش پر لائے وہ یعنی وائلنٹ وائلنس اور وار کے بجائے پیس فل سنگش لیکن پیس فل سنگش سے کیا ہوا صرف برٹش راج تو ختم ہوا لیکن کوئی نیا انڈیا نہیں ایا</w:t>
      </w:r>
    </w:p>
    <w:p>
      <w:r>
        <w:rPr>
          <w:b/>
        </w:rPr>
        <w:t xml:space="preserve">[49:10] </w:t>
      </w:r>
      <w:r>
        <w:t>toh main samajhta hoon ke yahan par jo jo message hai quran mein iqra bismi rabbik alladhi khalaq ke learning ke through itna bada revolution lane ka jo is mein bataya gaya hai toh main samajhta hoon ke ab jo hai message hamein dena hai naye zamane ke liye woh hai activism based on peaceful educational yani peaceful education</w:t>
      </w:r>
    </w:p>
    <w:p>
      <w:pPr>
        <w:jc w:val="right"/>
      </w:pPr>
      <w:r>
        <w:t>تو میں سمجھتا ہوں کہ یہاں پر جو جو میسج ہے قران میں اقراء بسم ربک الذی خلق کہ لرننگ کے تھرو اتنا بڑا ریولیوشن لانے کا جو اس میں بتایا گیا ہے تو میں سمجھتا ہوں کہ اب جو ہے میسج ہمیں دینا ہے نئے زمانے کے لیے وہ ہے ایکٹیوزم بیسڈ ان پیس فل ایجوکیشنل یعنی پیس فل ایجوکیشن</w:t>
      </w:r>
    </w:p>
    <w:p>
      <w:r>
        <w:rPr>
          <w:b/>
        </w:rPr>
        <w:t xml:space="preserve">[49:39] </w:t>
      </w:r>
      <w:r>
        <w:t>ab jo hamein change lana hai duniya mein woh through education na toh aap violence ke zariye koi inqilab la sakte aur na sangsh ke zariye la sakte aap is ke darkaar hai education education mein former sense mein nahi bol raha hoon in former sense mein bol raha hoon insan ko woh batana jo insan janta nahi ilm insan malam yalam</w:t>
      </w:r>
    </w:p>
    <w:p>
      <w:pPr>
        <w:jc w:val="right"/>
      </w:pPr>
      <w:r>
        <w:t>اب جو ہمیں چینج لانا ہے دنیا میں وہ تھرو ایجوکیشن نہ تو اپ وائلنس کے ذریعے کوئی انقلاب لا سکتے اور نہ سنگش کے ذریعے لا سکتے اپ اس کے درکار ہے ایجوکیشن ایجوکیشن میں فارمر سینس میں نہیں بول رہا ہوں ان فارمر سینس میں بول رہا ہوں انسان کو وہ بتانا جو انسان جانتا نہیں علم الانسان مالم یعلم</w:t>
      </w:r>
    </w:p>
    <w:p>
      <w:r>
        <w:rPr>
          <w:b/>
        </w:rPr>
        <w:t xml:space="preserve">[50:07] </w:t>
      </w:r>
      <w:r>
        <w:t>ab aap ghor kijiye ke jab maine is ko daryaft kiya ke quran mein jo alaq hai woh bohat bari meaning is ke andar chupi hui hai toh ajeeb ek thal paida hua mere andar yeh thal kis raste se aaya learning ke raste se aaya ilm ke raste se aaya yeh learning dena hai insan ko divine learning is ke through inqilab aayega is ke through zehn badlega</w:t>
      </w:r>
    </w:p>
    <w:p>
      <w:pPr>
        <w:jc w:val="right"/>
      </w:pPr>
      <w:r>
        <w:t>اب اپ غور کیجئے کہ جب میں نے اس کو دریافت کیا کہ قران میں جو علق ہے وہ بہت بڑی میننگ اس کے اندر چھپی ہوئی ہے تو عجیب ایک تھل پیدا ہوا میرے اندر یہ تھل کس راستے سے ایا لرننگ کے راستے سے ایا علم کے راستے سے ایا یہ لرننگ دینا ہے انسان کو ڈیوائن لرننگ اس کے تھرو انقلاب ائے گا اس کے تھرو ذہن بدلے گا</w:t>
      </w:r>
    </w:p>
    <w:p>
      <w:r>
        <w:rPr>
          <w:b/>
        </w:rPr>
        <w:t xml:space="preserve">[50:35] </w:t>
      </w:r>
      <w:r>
        <w:t>to main samajhta hoon ke aaj ki duniya ko europe mein america mein aap jaayen to wahan bhi</w:t>
      </w:r>
    </w:p>
    <w:p>
      <w:pPr>
        <w:jc w:val="right"/>
      </w:pPr>
      <w:r>
        <w:t>تو میں سمجھتا ہوں کہ اج کی دنیا کو یورپ میں امریکہ میں اپ جائیں تو وہاں بھی</w:t>
      </w:r>
    </w:p>
    <w:p>
      <w:r>
        <w:rPr>
          <w:b/>
        </w:rPr>
        <w:t xml:space="preserve">[50:39] </w:t>
      </w:r>
      <w:r>
        <w:t>kya log bolte hain hum ko ek naya renaissance chahiye</w:t>
      </w:r>
    </w:p>
    <w:p>
      <w:pPr>
        <w:jc w:val="right"/>
      </w:pPr>
      <w:r>
        <w:t>کیا لوگ بولتے ہیں ہم کو ایک نیا رینیساں چاہیے</w:t>
      </w:r>
    </w:p>
    <w:p>
      <w:r>
        <w:rPr>
          <w:b/>
        </w:rPr>
        <w:t xml:space="preserve">[50:44] </w:t>
      </w:r>
      <w:r>
        <w:t>ek naya renaissance woh naya renaissance kya hoga bhai kya hoga bhai</w:t>
      </w:r>
    </w:p>
    <w:p>
      <w:pPr>
        <w:jc w:val="right"/>
      </w:pPr>
      <w:r>
        <w:t>ایک نیا رینیساں وہ نیا رینیساں کیا ہوگا بھئی کیا ہوگا بھئی</w:t>
      </w:r>
    </w:p>
    <w:p>
      <w:r>
        <w:rPr>
          <w:b/>
        </w:rPr>
        <w:t xml:space="preserve">[50:50] </w:t>
      </w:r>
      <w:r>
        <w:t>woh naya renaissance hi ek woh jo divine knowledge par base karta ho</w:t>
      </w:r>
    </w:p>
    <w:p>
      <w:pPr>
        <w:jc w:val="right"/>
      </w:pPr>
      <w:r>
        <w:t>وہ نیا رینیساں ہی ایک وہ جو ڈیوائن نالج پر بیس کرتا ہو</w:t>
      </w:r>
    </w:p>
    <w:p>
      <w:r>
        <w:rPr>
          <w:b/>
        </w:rPr>
        <w:t xml:space="preserve">[50:54] </w:t>
      </w:r>
      <w:r>
        <w:t>divine knowledge par base karne wala renaissance woh woh renaissance is se aap ko woh cheezein nahin mili</w:t>
      </w:r>
    </w:p>
    <w:p>
      <w:pPr>
        <w:jc w:val="right"/>
      </w:pPr>
      <w:r>
        <w:t>ڈیوائن نالج پر بیس کرنے والا رینیساں وہ وہ رینیساں اس سے اپ کو وہ چیزیں نہیں ملی</w:t>
      </w:r>
    </w:p>
    <w:p>
      <w:r>
        <w:rPr>
          <w:b/>
        </w:rPr>
        <w:t xml:space="preserve">[51:00] </w:t>
      </w:r>
      <w:r>
        <w:t>jo aap ne apne sapne mein basi hui thi aap ki</w:t>
      </w:r>
    </w:p>
    <w:p>
      <w:pPr>
        <w:jc w:val="right"/>
      </w:pPr>
      <w:r>
        <w:t>جو اپ نے اپنے سپنے میں بسی ہوئی تھیں اپ کی</w:t>
      </w:r>
    </w:p>
    <w:p>
      <w:r>
        <w:rPr>
          <w:b/>
        </w:rPr>
        <w:t xml:space="preserve">[51:05] </w:t>
      </w:r>
      <w:r>
        <w:t>toh main samajhta hoon ke aaj ki raat aap jo dua karein yahi dua karein ke aap ko khuda tofeeq de ke aap duniya mein woh naya rensa la sakein jis ka intezar kar raha hai insan</w:t>
      </w:r>
    </w:p>
    <w:p>
      <w:pPr>
        <w:jc w:val="right"/>
      </w:pPr>
      <w:r>
        <w:t>تو میں سمجھتا ہوں کہ اج کی رات اپ جو دعا کریں یہی دعا کریں کہ اپ کو خدا توفیق دے کہ اپ دنیا میں وہ نیا رینسا لا سکیں جس کا انتظار کر رہا ہے انسان</w:t>
      </w:r>
    </w:p>
    <w:p>
      <w:r>
        <w:rPr>
          <w:b/>
        </w:rPr>
        <w:t xml:space="preserve">[51:21] </w:t>
      </w:r>
      <w:r>
        <w:t>woh naya second october la sakein jis ki jis ka india intezar kar raha hai</w:t>
      </w:r>
    </w:p>
    <w:p>
      <w:pPr>
        <w:jc w:val="right"/>
      </w:pPr>
      <w:r>
        <w:t>وہ نیا سیکنڈ اکتوبر لا سکیں جس کی جس کا انڈیا انتظار کر رہا ہے</w:t>
      </w:r>
    </w:p>
    <w:p>
      <w:r>
        <w:rPr>
          <w:b/>
        </w:rPr>
        <w:t xml:space="preserve">[51:28] </w:t>
      </w:r>
      <w:r>
        <w:t>ke insan ko khuda se yeh pehchan batayein</w:t>
      </w:r>
    </w:p>
    <w:p>
      <w:pPr>
        <w:jc w:val="right"/>
      </w:pPr>
      <w:r>
        <w:t>کہ انسان کو خدا سی یہ پہچان بتائیں</w:t>
      </w:r>
    </w:p>
    <w:p>
      <w:r>
        <w:rPr>
          <w:b/>
        </w:rPr>
        <w:t xml:space="preserve">[51:36] </w:t>
      </w:r>
      <w:r>
        <w:t>abhi mein hamara jo magazine nikalta hai is ka jo pichla issue tha september ka issue october ka issue chhap chuka hai hamara is se pehle jo september ka issue tha us mein hum ne do page ka ek english mein naql kiya tha us mein ek scientist ka aur phir urdu mein us mein likha tha us ko aap padhiye</w:t>
      </w:r>
    </w:p>
    <w:p>
      <w:pPr>
        <w:jc w:val="right"/>
      </w:pPr>
      <w:r>
        <w:t>ابھی میں ہمارا جو میگزین نکلتا ہے اس کا جو پچھلا ایشو تھا ستمبر کا ایشو اکتوبر کا ایشو چھپ چکا ہے ہمارا اس سے پہلے جو ستمبر کا ایشو تھا اس میں ہم نے دو پیج کا ایک انگلش میں نقل کیا تھا اس میں ایک سائنٹسٹ کا اور پھر اردو میں اس میں لکھا تھا اس کو اپ پڑھیے</w:t>
      </w:r>
    </w:p>
    <w:p>
      <w:r>
        <w:rPr>
          <w:b/>
        </w:rPr>
        <w:t xml:space="preserve">[51:59] </w:t>
      </w:r>
      <w:r>
        <w:t>yani september ke issue mein jo do page ka hum ne naql kiya hai ek american scientist ka us mein woh kehta hai ke</w:t>
      </w:r>
    </w:p>
    <w:p>
      <w:pPr>
        <w:jc w:val="right"/>
      </w:pPr>
      <w:r>
        <w:t>یعنی ستمبر کے ایشو میں جو دو پیج کا ہم نے نقل کیا ہے ایک امریکن سائنٹسٹ کا اس میں وہ کہتا ہے کہ</w:t>
      </w:r>
    </w:p>
    <w:p>
      <w:r>
        <w:rPr>
          <w:b/>
        </w:rPr>
        <w:t xml:space="preserve">[52:11] </w:t>
      </w:r>
      <w:r>
        <w:t>ke pehle zamane mein insan samajhta tha ke universe jo hai that is yeh jo duniya jo hai yeh blind interplay of physical and chemical forces ka naam hai</w:t>
      </w:r>
    </w:p>
    <w:p>
      <w:pPr>
        <w:jc w:val="right"/>
      </w:pPr>
      <w:r>
        <w:t>کہ پہلے زمانے میں انسان سمجھتا تھا کہ یونیورس جو ہے دیٹ از یہ جو دنیا جو ہے یہ بلائنڈ انٹرپلے اف فزیکل اینڈ کیمیکل فورسز کا نام ہے</w:t>
      </w:r>
    </w:p>
    <w:p>
      <w:r>
        <w:rPr>
          <w:b/>
        </w:rPr>
        <w:t xml:space="preserve">[52:25] </w:t>
      </w:r>
      <w:r>
        <w:t>blind interplay of physical and chemical forces lekin jo zyada deep mein jab study ki gayi zyada deep mein toh maloom hua ke nahi is ke peeche universal intelligence hai itni zyada meaningful hai yeh kainat yeh duniya ke hum aap kaha is ko hum explain nahi kar sakte ke blind interplay of physical forces hai woh is se explain nahi hoti</w:t>
      </w:r>
    </w:p>
    <w:p>
      <w:pPr>
        <w:jc w:val="right"/>
      </w:pPr>
      <w:r>
        <w:t>بلائنڈ انٹرپلے اف فزیکل اینڈ کیمیکل فورسز لیکن جو زیادہ ڈیپ میں جب اسٹڈی کی گئی زیادہ ڈیپ میں تو معلوم ہوا کہ نہیں اس کے پیچھے یونیورل انٹیلیجنس ہے اتنی زیادہ میننگ فل ہے یہ کائنات یہ دنیا کہ ہم اپ کہا اس کو ہم ایکسپلین نہیں کر سکتے کہ بلائنڈ انٹرپلے اف فزیکل فورسز ہے وہ اس سے ایکسپلین نہیں ہوتی</w:t>
      </w:r>
    </w:p>
    <w:p>
      <w:r>
        <w:rPr>
          <w:b/>
        </w:rPr>
        <w:t xml:space="preserve">[52:53] </w:t>
      </w:r>
      <w:r>
        <w:t>toh is ne likha hai is pe ke pichle chalis saal ke andar phir is se pichle chalis saal ke andar jo develop hua hai science ke maidan mein ab ab scientific community yeh manne lagi hai ke duniya ke peeche ek intelligent mind hai intelligent mind hai yeh general acceptance mil chuka hai is baat ko scientific community ke beech mein</w:t>
      </w:r>
    </w:p>
    <w:p>
      <w:pPr>
        <w:jc w:val="right"/>
      </w:pPr>
      <w:r>
        <w:t>تو اس نے لکھا ہے اس پہ کہ پچھلے چالیس سال کے اندر پھر اس سے پچھلے چالیس سال کے اندر جو ڈیولپ ہوا ہے سائنس کے میدان میں اب اب سائنٹیفک کمیونٹی یہ ماننے لگی ہے کہ دنیا کے پیچھے ایک انٹیلیجنٹ مائنڈ ہے انٹیلیجنٹ مائنڈ ہے یہ جنرل ایکسیپٹنس مل چکا ہے اس بات کو سائنٹیفک کمیونٹی کے بیچ میں</w:t>
      </w:r>
    </w:p>
    <w:p>
      <w:r>
        <w:rPr>
          <w:b/>
        </w:rPr>
        <w:t xml:space="preserve">[53:21] </w:t>
      </w:r>
      <w:r>
        <w:t>ke duniya ke peeche ek intelligent mind hai kyunke itna zyada meaningful hai ek ek cheez itna zyada meaningful hai ek ek cheez abhi kal mein padha tha newton ka ek newton ne yeh kaha yeh mera jo angotha hai yeh bhi is baat ka proof hai ke koi creator hai aap zara sochiye ke yeh angotha jo hai is ka function kitna ajeeb o ghareeb hai</w:t>
      </w:r>
    </w:p>
    <w:p>
      <w:pPr>
        <w:jc w:val="right"/>
      </w:pPr>
      <w:r>
        <w:t>کہ دنیا کے پیچھے ایک انٹیلیجنٹ مائنڈ ہے کیونکہ اتنا زیادہ میننگ فل ہے ایک ایک چیز اتنا زیادہ میننگ فل ہے ایک ایک چیز ابھی کل میں پڑھا تھا نیوٹن کا ایک نیوٹن نے یہ کہا یہ میرا جو انگوٹھا ہے یہ بھی اس بات کا پروف ہے کہ کوئی کریٹر ہے اپ ذرا سوچیے کہ یہ انگوٹھا جو ہے اس کا فنکشن کتنا عجیب و غریب ہے</w:t>
      </w:r>
    </w:p>
    <w:p>
      <w:r>
        <w:rPr>
          <w:b/>
        </w:rPr>
        <w:t xml:space="preserve">[53:48] </w:t>
      </w:r>
      <w:r>
        <w:t>aap ka hath mein agar angotha na ho toh aap kuch nahi kar sakte kyunke mujh par yeh beeta hai mera angotha jo hai temporary taur par mein mein ne kho diya tha is ko is angothe ko right hand ke angothe ko temporary taur par mein ne kho diya tha wohi tarah ke tendon mera yeh mujhe yeh electric burn ka yeh hissa hua tha mere sath electric burn is ka jo tendon tha jal gaya tha</w:t>
      </w:r>
    </w:p>
    <w:p>
      <w:pPr>
        <w:jc w:val="right"/>
      </w:pPr>
      <w:r>
        <w:t>اپ کا ہاتھ میں اگر انگوٹھا نہ ہو تو اپ کچھ نہیں کر سکتے کیونکہ مجھ پر یہ بیتا ہے میرا انگوٹھا جو ہے ٹیمپریری طور پر میں میں نے کھو دیا تھا اس کو اس انگوٹھے کو رائٹ ہینڈ کے انگوٹھے کو ٹیمپریری طور پر میں نے کھو دیا تھا وہی طرح کہ ٹینڈن میرا یہ مجھے یہ الیکٹرک برن کا یہ حصہ ہوا تھا میرے ساتھ الیکٹرک برن اس کا جو ٹینڈن تھا جل گیا تھا</w:t>
      </w:r>
    </w:p>
    <w:p>
      <w:r>
        <w:rPr>
          <w:b/>
        </w:rPr>
        <w:t xml:space="preserve">[54:16] </w:t>
      </w:r>
      <w:r>
        <w:t>mera angotha bilkul kaam nahi karta tha yani angothe se mein jab pen pakadta tha pen toh gir jata tha woh pen gir jata tha us waqt ek surgeon jo mere mujhe dekhne kar rahe the woh aaye apna hath mujhe ab tak yaad hai ke aise dikhaya ke dekhein yeh angotha jo hai kya cheez hai yeh king hai yeh hath ka king hai angotha na ho toh aap kuch nahi kar sakte</w:t>
      </w:r>
    </w:p>
    <w:p>
      <w:pPr>
        <w:jc w:val="right"/>
      </w:pPr>
      <w:r>
        <w:t>میرا انگوٹھا بالکل کام نہیں کرتا تھا یعنی انگوٹھے سے میں جب پین پکڑتا تھا پین تو گر جاتا تھا وہ پین گر جاتا تھا اس وقت ایک سرجن جو میرے مجھے دیکھنے کر رہے تھے وہ ائے اپنا ہاتھ مجھے اب تک یاد ہے کہ ایسے دکھایا کہ دیکھیں یہ انگوٹھا جو ہے کیا چیز ہے یہ کنگ ہے یہ ہاتھ کا کنگ ہے انگوٹھا نہ ہو تو اپ کچھ نہیں کر سکتے</w:t>
      </w:r>
    </w:p>
    <w:p>
      <w:r>
        <w:rPr>
          <w:b/>
        </w:rPr>
        <w:t xml:space="preserve">[54:44] </w:t>
      </w:r>
      <w:r>
        <w:t>toh kalma ne padha newton ka newton ne kaha ke yeh angotha jo hai yahi is baat ka proof hai ke zaroor koi khuda hai kaise design kiya is ne itni meaningful cheez</w:t>
      </w:r>
    </w:p>
    <w:p>
      <w:pPr>
        <w:jc w:val="right"/>
      </w:pPr>
      <w:r>
        <w:t>تو کلمہ نے پڑھا نیوٹن کا نیوٹن نے کہا کہ یہ انگوٹھا جو ہے یہی اس بات کا پروف ہے کہ ضرور کوئی خدا ہے کیسے ڈیزائن کیا اس نے اتنی میننگ فل چیز</w:t>
      </w:r>
    </w:p>
    <w:p>
      <w:r>
        <w:rPr>
          <w:b/>
        </w:rPr>
        <w:t xml:space="preserve">[54:58] </w:t>
      </w:r>
      <w:r>
        <w:t>aap tajurba kijiye ke angothe ke baghair aap kisi cheez ko pakadne ki koshish kijiye aap kuch nahi pakad sakenge aap kuch nahi kar sakenge har kaam aap ke liye musibat ban jayega angothe ke baghair</w:t>
      </w:r>
    </w:p>
    <w:p>
      <w:pPr>
        <w:jc w:val="right"/>
      </w:pPr>
      <w:r>
        <w:t>اپ تجربہ کیجئے کہ انگوٹھے کے بغیر اپ کسی چیز کو پکڑنے کی کوشش کیجئے اپ کچھ نہیں پکڑ سکیں گے اپ کچھ نہیں کر سکیں گے ہر کام اپ کے لیے مصیبت بن جائے گا انگوٹھے کے بغیر</w:t>
      </w:r>
    </w:p>
    <w:p>
      <w:r>
        <w:rPr>
          <w:b/>
        </w:rPr>
        <w:t xml:space="preserve">[55:14] </w:t>
      </w:r>
      <w:r>
        <w:t>is angothe ko aap thodi der ke liye yani is ka function rok dijiye aur phir aap char ungli se karne ki koshish kijiye itna yeh anokhi cheez hai yeh angotha toh chunke maine is kho diya tha kuch dinon ke liye shayad chhe mahine tak mera angotha jo hai woh function nahi karta tha kuch bhi nahi angothe se mein kar sakta tha phir maine dua kiya woh dua maine likhi hai woh sab detail apni kitab mein</w:t>
      </w:r>
    </w:p>
    <w:p>
      <w:pPr>
        <w:jc w:val="right"/>
      </w:pPr>
      <w:r>
        <w:t>اس انگوٹھے کو اپ تھوڑی دیر کے لیے یعنی اس کا فنکشن روک دیجئے اور پھر اپ چار انگلی سے کرنے کی کوشش کیجئے اتنا یہ انوکھی چیز ہے یہ انگوٹھا تو چونکہ میں نے اس کھو دیا تھا کچھ دنوں کے لیے شاید چھ مہینے تک میرا انگوٹھا جو ہے وہ فنکشن نہیں کرتا تھا کچھ بھی نہیں انگوٹھا سے میں کر سکتا تھا پھر میں نے دعا کیا وہ دعا میں نے لکھی ہے وہ سب ڈیٹیل اپنی کتاب میں</w:t>
      </w:r>
    </w:p>
    <w:p>
      <w:r>
        <w:rPr>
          <w:b/>
        </w:rPr>
        <w:t xml:space="preserve">[55:43] </w:t>
      </w:r>
      <w:r>
        <w:t>toh angotha mera khuda phir waise hi kisi ho gaya toh mein janta hoon ke angothe ke baghair hath kya cheez hai kuch bhi nahi hai</w:t>
      </w:r>
    </w:p>
    <w:p>
      <w:pPr>
        <w:jc w:val="right"/>
      </w:pPr>
      <w:r>
        <w:t>تو انگوٹھا میرا خدا پھر ویسے ہی کسی ہو گیا تو میں جانتا ہوں کہ انگوٹھے کے بغیر ہاتھ کیا چیز ہے کچھ بھی نہیں ہے</w:t>
      </w:r>
    </w:p>
    <w:p>
      <w:r>
        <w:rPr>
          <w:b/>
        </w:rPr>
        <w:t xml:space="preserve">[55:53] </w:t>
      </w:r>
      <w:r>
        <w:t>toh abhi kal mein ne padha newton ka toh is ne kaha angotha hi is baat ka proof ke liye kafi hai ke is ka banane wala koi khuda hai koi intelligent mind hai kaise is ne socha ke angotha hona chahiye</w:t>
      </w:r>
    </w:p>
    <w:p>
      <w:pPr>
        <w:jc w:val="right"/>
      </w:pPr>
      <w:r>
        <w:t>تو ابھی کل میں نے پڑھا نیوٹن کا تو اس نے کہا انگوٹھا ہی اس بات کا پروف کے لیے کافی ہے کہ اس کا بنانے والا کوئی خدا ہے کوئی انٹیلیجنٹ مائنڈ ہے کیسے اس نے سوچا کہ انگوٹھا ہونا چاہیے</w:t>
      </w:r>
    </w:p>
    <w:p>
      <w:r>
        <w:rPr>
          <w:b/>
        </w:rPr>
        <w:t xml:space="preserve">[56:07] </w:t>
      </w:r>
      <w:r>
        <w:t>toh</w:t>
      </w:r>
    </w:p>
    <w:p>
      <w:pPr>
        <w:jc w:val="right"/>
      </w:pPr>
      <w:r>
        <w:t>تو</w:t>
      </w:r>
    </w:p>
    <w:p>
      <w:r>
        <w:rPr>
          <w:b/>
        </w:rPr>
        <w:t xml:space="preserve">[56:08] </w:t>
      </w:r>
      <w:r>
        <w:t>bada is mein aap dekhenge september ka jo mera issue hai</w:t>
      </w:r>
    </w:p>
    <w:p>
      <w:pPr>
        <w:jc w:val="right"/>
      </w:pPr>
      <w:r>
        <w:t>بڑا اس میں اپ دیکھیں گے ستمبر کا جو میرا ایشو ہے</w:t>
      </w:r>
    </w:p>
    <w:p>
      <w:r>
        <w:rPr>
          <w:b/>
        </w:rPr>
        <w:t xml:space="preserve">[56:13] </w:t>
      </w:r>
      <w:r>
        <w:t>ke scientific community is par aap bilkul pakki ho chuki hai ke is universe ke peeche ek intelligent</w:t>
      </w:r>
    </w:p>
    <w:p>
      <w:pPr>
        <w:jc w:val="right"/>
      </w:pPr>
      <w:r>
        <w:t>کہ سائنٹیفک کمیونٹی اس پر اپ بالکل پکی ہو چکی ہے کہ اس یونیورس کے پیچھے ایک انٹیلیجنٹ</w:t>
      </w:r>
    </w:p>
    <w:p>
      <w:r>
        <w:rPr>
          <w:b/>
        </w:rPr>
        <w:t xml:space="preserve">[56:20] </w:t>
      </w:r>
      <w:r>
        <w:t>intelligent mind hai is ke baghair hum is ko explain nahin kar sakte</w:t>
      </w:r>
    </w:p>
    <w:p>
      <w:pPr>
        <w:jc w:val="right"/>
      </w:pPr>
      <w:r>
        <w:t>انٹیلیجنٹ مائنڈ ہے اس کے بغیر ہم اس کو ایکسپلین نہیں کر سکتے</w:t>
      </w:r>
    </w:p>
    <w:p>
      <w:r>
        <w:rPr>
          <w:b/>
        </w:rPr>
        <w:t xml:space="preserve">[56:26] </w:t>
      </w:r>
      <w:r>
        <w:t>ab yahan humein kya karna hai woh god ka naam nahin lete</w:t>
      </w:r>
    </w:p>
    <w:p>
      <w:pPr>
        <w:jc w:val="right"/>
      </w:pPr>
      <w:r>
        <w:t>اب یہاں ہمیں کیا کرنا ہے وہ گارڈ کا نام نہیں لیتے</w:t>
      </w:r>
    </w:p>
    <w:p>
      <w:r>
        <w:rPr>
          <w:b/>
        </w:rPr>
        <w:t xml:space="preserve">[56:31] </w:t>
      </w:r>
      <w:r>
        <w:t>humein athe hi karna hai god ka naam wahan shamil kar dein to aaj jo shab qadr mil</w:t>
      </w:r>
    </w:p>
    <w:p>
      <w:pPr>
        <w:jc w:val="right"/>
      </w:pPr>
      <w:r>
        <w:t>ہمیں ایتھے ہی کرنا ہے گارڈ کا نام وہاں شامل کر دیں تو اج جو شب قدر مل</w:t>
      </w:r>
    </w:p>
    <w:p>
      <w:r>
        <w:rPr>
          <w:b/>
        </w:rPr>
        <w:t xml:space="preserve">[56:36] </w:t>
      </w:r>
      <w:r>
        <w:t>rahi hai aap ko</w:t>
      </w:r>
    </w:p>
    <w:p>
      <w:pPr>
        <w:jc w:val="right"/>
      </w:pPr>
      <w:r>
        <w:t>رہی ہے اپ کو</w:t>
      </w:r>
    </w:p>
    <w:p>
      <w:r>
        <w:rPr>
          <w:b/>
        </w:rPr>
        <w:t xml:space="preserve">[56:38] </w:t>
      </w:r>
      <w:r>
        <w:t>is mein sab se bari cheez nahi hai ke aap apne bete ke liye beta mangein apne liye ghar mangein apne liye job mangein mera beta jo hai chala jaye america mein wahan yeh mangein yeh sab bilkul third class ki cheezein hain</w:t>
      </w:r>
    </w:p>
    <w:p>
      <w:pPr>
        <w:jc w:val="right"/>
      </w:pPr>
      <w:r>
        <w:t>اس میں سب سے بڑی چیز نہیں ہے کہ اپ اپنے بیٹے کے لیے بیٹا مانگیں اپنے لیے گھر مانگیں اپنے لیے جاب مانگیں میرا بیٹا جو ہے چلا جائے امریکہ میں وہاں یہ مانگیں یہ سب بالکل تھرڈ کلاس کی چیزیں ہیں</w:t>
      </w:r>
    </w:p>
    <w:p>
      <w:r>
        <w:rPr>
          <w:b/>
        </w:rPr>
        <w:t xml:space="preserve">[56:53] </w:t>
      </w:r>
      <w:r>
        <w:t>aaj ki shab qadr jo hai inshallah mein mein nearly certain hai ke aaj hi shab qadr hai aap mangein apne liye nijat apne liye salvation duniya ke liye salvation aur salvation mangne ke matlab ne kaha the work ke liye active ho jaiye woh duniya jo yahan tak pahunch chuki hai ke is ke peeche ek intelligent mind hai us ko yeh bata diya ke woh intelligent mind khuda hai</w:t>
      </w:r>
    </w:p>
    <w:p>
      <w:pPr>
        <w:jc w:val="right"/>
      </w:pPr>
      <w:r>
        <w:t>اج کی شب قدر جو ہے انشاءاللہ میں میں نیرلی سرٹن ہے کہ اج ہی شب قدر ہے اپ مانگیے اپنے لیے نجات اپنے لیے سالویشن دنیا کے لیے سالویشن اور سالویشن مانگنے کے معنی نے کہا دا ورک کے لیے ایکٹیو ہو جائیے وہ دنیا جو یہاں تک پہنچ چکی ہے کہ اس کے پیچھے ایک انٹیلیجنٹ مائنڈ ہے اس کو یہ بتا دیا کہ وہ انٹیلیجنٹ مائنڈ خدا ہے</w:t>
      </w:r>
    </w:p>
    <w:p>
      <w:r>
        <w:rPr>
          <w:b/>
        </w:rPr>
        <w:t xml:space="preserve">[57:20] </w:t>
      </w:r>
      <w:r>
        <w:t>in scientific studies ke zariye dunya yahan tak pahunch chuki hai ke is universe ke peechay aik aik intelligent mind hai ab itna hi batana hai aap ko ke woh jis cheez ko woh jis woh woh jis ko aap intelligent mind keh rahe ho wahi to Khuda hai</w:t>
      </w:r>
    </w:p>
    <w:p>
      <w:pPr>
        <w:jc w:val="right"/>
      </w:pPr>
      <w:r>
        <w:t>ان سائنٹیفک سٹڈیز کے ذریعے دنیا یہاں تک پہنچ چکی ہے کہ اس یونیورس کے پیچھے ایک ایک انٹیلیجنٹ مائنڈ ہے اب اتنا ہی بتانا ہے اپ کو کہ وہ جس چیز کو وہ جس وہ وہ جس کو اپ انٹیلیجنٹ مائنڈ کہہ رہے ہو وہی تو خدا ہے</w:t>
      </w:r>
    </w:p>
    <w:p>
      <w:r>
        <w:rPr>
          <w:b/>
        </w:rPr>
        <w:t xml:space="preserve">[57:42] </w:t>
      </w:r>
      <w:r>
        <w:t>yeh hai aaj hamare kaam hamare karne ka kaam to</w:t>
      </w:r>
    </w:p>
    <w:p>
      <w:pPr>
        <w:jc w:val="right"/>
      </w:pPr>
      <w:r>
        <w:t>یہ ہے اج ہمارے کام ہمارے کرنے کا کام تو</w:t>
      </w:r>
    </w:p>
    <w:p>
      <w:r>
        <w:rPr>
          <w:b/>
        </w:rPr>
        <w:t xml:space="preserve">[57:47] </w:t>
      </w:r>
      <w:r>
        <w:t>yeh Allah taala ka fazal hai ke hamein shab qadr inshallah milegi aur is din hum apne liye sari insaniyat ke liye dua karein aqool qaulhaza wastaghfirullah alaikum ajmaeen</w:t>
      </w:r>
    </w:p>
    <w:p>
      <w:pPr>
        <w:jc w:val="right"/>
      </w:pPr>
      <w:r>
        <w:t>یہ اللہ تعالی کا فضل ہے کہ ہمیں شب قدر انشاءاللہ ملے گی اور اس دن ہم اپنے لیے ساری انسانیت کے لیے دعا کریں اقول قولھذا واستغفراللہ علیکم اجمعین</w:t>
      </w:r>
    </w:p>
    <w:p>
      <w:r>
        <w:rPr>
          <w:b/>
        </w:rPr>
        <w:t xml:space="preserve">[58:16] </w:t>
      </w:r>
      <w:r>
        <w:t>what is the origin of durood sharif what is its relevance does it origin from quran or hadith please enlighten us</w:t>
      </w:r>
    </w:p>
    <w:p>
      <w:pPr>
        <w:jc w:val="right"/>
      </w:pPr>
      <w:r>
        <w:t>واٹ از دی اوریجن اف درود شریف واٹ از اٹس ریلیونس ڈز اٹ اوریجن فرام قران اور حدیث پلیز انلائٹن اس</w:t>
      </w:r>
    </w:p>
    <w:p>
      <w:r>
        <w:rPr>
          <w:b/>
        </w:rPr>
        <w:t xml:space="preserve">[58:29] </w:t>
      </w:r>
      <w:r>
        <w:t>dekhein durood jo hai woh naam hai dua ka</w:t>
      </w:r>
    </w:p>
    <w:p>
      <w:pPr>
        <w:jc w:val="right"/>
      </w:pPr>
      <w:r>
        <w:t>دیکھیں درود جو ہے وہ نام ہے دعا کا</w:t>
      </w:r>
    </w:p>
    <w:p>
      <w:r>
        <w:rPr>
          <w:b/>
        </w:rPr>
        <w:t xml:space="preserve">[58:33] </w:t>
      </w:r>
      <w:r>
        <w:t>bas aaj kal jo aik mysterious matlab is ka ban gaya hai ke sau baar parh lo to yeh ho jayega hazar baar parh lo to yeh ho jayega aur durood tunjina aur kya kya sab woh sab bilkul yani invention hai woh quran o hadith mein nahi hai durood jo hai woh Rasool Allah salallahu alaihi wasallam ki dua ke liye dua karna hai</w:t>
      </w:r>
    </w:p>
    <w:p>
      <w:pPr>
        <w:jc w:val="right"/>
      </w:pPr>
      <w:r>
        <w:t>بس اج کل جو ایک مسٹیریس مطلب اس کا بن گیا ہے کہ سو بار پڑھ لو تو یہ ہو جائے گا ہزار بار پڑھ لو تو یہ ہو جائے گا اور درود تنجینہ اور کیا کیا سب وہ سب بالکل یعنی انوینشن ہے وہ قران و حدیث میں نہیں ہے درود جو ہے وہ رسول اللہ صلی اللہ علیہ وسلم کی دعا کے لیے دعا کرنا ہے</w:t>
      </w:r>
    </w:p>
    <w:p>
      <w:r>
        <w:rPr>
          <w:b/>
        </w:rPr>
        <w:t xml:space="preserve">[58:59] </w:t>
      </w:r>
      <w:r>
        <w:t>ise dua ko hum durood keh dete hain yani is ka aik aik baazazat naam yeh dua hi ka baazazat naam hai durood woh kis liye ke Rasool Allah ne hamein Khuda ka deen pahunchaya aur bohat sacrifice kiya aap ne</w:t>
      </w:r>
    </w:p>
    <w:p>
      <w:pPr>
        <w:jc w:val="right"/>
      </w:pPr>
      <w:r>
        <w:t>اسے دعا کو ہم درود کہہ دیتے ہیں یعنی اس کا ایک ایک باعزت نام یہ دعا ہی کا باعزت نام ہے درود وہ کس لیے کہ رسول اللہ نے ہمیں خدا کا دین پہنچایا اور بہت سیکریفائس کیا اپ نے</w:t>
      </w:r>
    </w:p>
    <w:p>
      <w:r>
        <w:rPr>
          <w:b/>
        </w:rPr>
        <w:t xml:space="preserve">[59:22] </w:t>
      </w:r>
      <w:r>
        <w:t>bohat ziyada sacrifice ki</w:t>
      </w:r>
    </w:p>
    <w:p>
      <w:pPr>
        <w:jc w:val="right"/>
      </w:pPr>
      <w:r>
        <w:t>بہت زیادہ سیکریفائس کی</w:t>
      </w:r>
    </w:p>
    <w:p>
      <w:r>
        <w:rPr>
          <w:b/>
        </w:rPr>
        <w:t xml:space="preserve">[59:26] </w:t>
      </w:r>
      <w:r>
        <w:t>to aap ne jo sacrifice ki aur hum ko jo aap ke zariye quran mila hum ko Khuda ka preserve religion mila hum ko maloom hua ke Khuda ki hai ibadat hum kaise karein Khuda ka ki discovery hum kaise karein yeh sab baatein maloom huin to yeh hum acknowledge karte hain</w:t>
      </w:r>
    </w:p>
    <w:p>
      <w:pPr>
        <w:jc w:val="right"/>
      </w:pPr>
      <w:r>
        <w:t>تو اپ نے جو سیکریفائس کی اور ہم کو جو اپ کے ذریعے قران ملا ہم کو خدا کا پریزرو ریلیجن ملا ہم کو معلوم ہوا کہ خدا کی ہے عبادت ہم کیسے کریں خدا کا کی ڈسکوری ہم کیسے کریں یہ سب باتیں معلوم ہوئیں تو یہ ہم اکنالج کرتے ہیں</w:t>
      </w:r>
    </w:p>
    <w:p>
      <w:r>
        <w:rPr>
          <w:b/>
        </w:rPr>
        <w:t xml:space="preserve">[59:50] </w:t>
      </w:r>
      <w:r>
        <w:t>durood means acknowledgement through dua</w:t>
      </w:r>
    </w:p>
    <w:p>
      <w:pPr>
        <w:jc w:val="right"/>
      </w:pPr>
      <w:r>
        <w:t>درود مینز اکنالجمنٹ تھرو دعا</w:t>
      </w:r>
    </w:p>
    <w:p>
      <w:r>
        <w:rPr>
          <w:b/>
        </w:rPr>
        <w:t xml:space="preserve">[59:57] </w:t>
      </w:r>
      <w:r>
        <w:t>to dua ka woh durood ka jo mysterious mafhoom aaj ka bana hua hai woh quran o hadith</w:t>
      </w:r>
    </w:p>
    <w:p>
      <w:pPr>
        <w:jc w:val="right"/>
      </w:pPr>
      <w:r>
        <w:t>تو دعا کا وہ درود کا جو مسٹیریس مفہوم اج کا بنا ہوا ہے وہ قران و حدیث</w:t>
      </w:r>
    </w:p>
    <w:p>
      <w:r>
        <w:rPr>
          <w:b/>
        </w:rPr>
        <w:t xml:space="preserve">[1:00:02] </w:t>
      </w:r>
      <w:r>
        <w:t>mein nahin hai yaani kya hai kitaab mein chupti hain aur ajeeb ajeeb tarah ke is mein bataye</w:t>
      </w:r>
    </w:p>
    <w:p>
      <w:pPr>
        <w:jc w:val="right"/>
      </w:pPr>
      <w:r>
        <w:t>میں نہیں ہے یعنی کیا ہے کتاب میں چھپتی ہیں اور عجیب عجیب طرح کے اس میں بتائے</w:t>
      </w:r>
    </w:p>
    <w:p>
      <w:r>
        <w:rPr>
          <w:b/>
        </w:rPr>
        <w:t xml:space="preserve">[1:00:09] </w:t>
      </w:r>
      <w:r>
        <w:t>jaate hain sab woh sab invention hai</w:t>
      </w:r>
    </w:p>
    <w:p>
      <w:pPr>
        <w:jc w:val="right"/>
      </w:pPr>
      <w:r>
        <w:t>جاتے ہیں سب وہ سب انوینشن ہے</w:t>
      </w:r>
    </w:p>
    <w:p>
      <w:r>
        <w:rPr>
          <w:b/>
        </w:rPr>
        <w:t xml:space="preserve">[1:00:13] </w:t>
      </w:r>
      <w:r>
        <w:t>darood naam hai dua ka acha acha dua rasool Allah sal Allah alih wasalam ki jo ki ati</w:t>
      </w:r>
    </w:p>
    <w:p>
      <w:pPr>
        <w:jc w:val="right"/>
      </w:pPr>
      <w:r>
        <w:t>درود نام ہے دعا کا اچھا اچھا دعا رسول اللہ صلی اللہ علیہ وسلم کی جو کی اتی</w:t>
      </w:r>
    </w:p>
    <w:p>
      <w:r>
        <w:rPr>
          <w:b/>
        </w:rPr>
        <w:t xml:space="preserve">[1:00:18] </w:t>
      </w:r>
      <w:r>
        <w:t>hai is ko hum darood kehte hain</w:t>
      </w:r>
    </w:p>
    <w:p>
      <w:pPr>
        <w:jc w:val="right"/>
      </w:pPr>
      <w:r>
        <w:t>ہے اس کو ہم درود کہتے ہیں</w:t>
      </w:r>
    </w:p>
    <w:p>
      <w:r>
        <w:rPr>
          <w:b/>
        </w:rPr>
        <w:t xml:space="preserve">[1:00:21] </w:t>
      </w:r>
      <w:r>
        <w:t>ab wo hum is liye</w:t>
      </w:r>
    </w:p>
    <w:p>
      <w:pPr>
        <w:jc w:val="right"/>
      </w:pPr>
      <w:r>
        <w:t>اب وہ ہم اس لیے</w:t>
      </w:r>
    </w:p>
    <w:p>
      <w:r>
        <w:rPr>
          <w:b/>
        </w:rPr>
        <w:t xml:space="preserve">[1:00:23] </w:t>
      </w:r>
      <w:r>
        <w:t>karte hain ke Allah taala ne rasool Allah sal Allah alih wasalam ko akhri nabi banaya ap ke</w:t>
      </w:r>
    </w:p>
    <w:p>
      <w:pPr>
        <w:jc w:val="right"/>
      </w:pPr>
      <w:r>
        <w:t>کرتے ہیں کہ اللہ تعالی نے رسول اللہ صلی اللہ علیہ وسلم کو اخری نبی بنایا اپ کے</w:t>
      </w:r>
    </w:p>
    <w:p>
      <w:r>
        <w:rPr>
          <w:b/>
        </w:rPr>
        <w:t xml:space="preserve">[1:00:27] </w:t>
      </w:r>
      <w:r>
        <w:t>zariye hum ko akhri sachai mili isi ko acknowledge karte hain</w:t>
      </w:r>
    </w:p>
    <w:p>
      <w:pPr>
        <w:jc w:val="right"/>
      </w:pPr>
      <w:r>
        <w:t>ذریعے ہم کو اخری سچائی ملی اسی کو اکنالج کر کرتے ہیں</w:t>
      </w:r>
    </w:p>
    <w:p>
      <w:r>
        <w:rPr>
          <w:b/>
        </w:rPr>
        <w:t xml:space="preserve">[1:00:33] </w:t>
      </w:r>
      <w:r>
        <w:t>hum is par meri aik kitab hai is ka naam hai zahoor e islam abhi tak woh urdu mein hai is mein maine likha hai is ke bare mein koi shakhs jo urdu janta ho woh parh sakta hai zahoor e islam mein is ke bare mein</w:t>
      </w:r>
    </w:p>
    <w:p>
      <w:pPr>
        <w:jc w:val="right"/>
      </w:pPr>
      <w:r>
        <w:t>ہم اس پر میری ایک کتاب ہے اس کا نام ہے ظہور اسلام ابھی تک وہ اردو میں ہے اس میں میں نے لکھا ہے اس کے بارے میں کوئی شخص جو اردو جانتا ہو وہ پڑھ سکتا ہے ظہور اسلام میں اس کے بارے میں</w:t>
      </w:r>
    </w:p>
    <w:p>
      <w:r>
        <w:rPr>
          <w:b/>
        </w:rPr>
        <w:t xml:space="preserve">[1:00:50] </w:t>
      </w:r>
      <w:r>
        <w:t>ah this question is from amik ahmed jamai which form of government islam suggest</w:t>
      </w:r>
    </w:p>
    <w:p>
      <w:pPr>
        <w:jc w:val="right"/>
      </w:pPr>
      <w:r>
        <w:t>اہ دس کوئسچن از فرام امیک احمد جمائی وچ فارم اف گورنمنٹ اسلام سجیسٹ</w:t>
      </w:r>
    </w:p>
    <w:p>
      <w:r>
        <w:rPr>
          <w:b/>
        </w:rPr>
        <w:t xml:space="preserve">[1:01:00] </w:t>
      </w:r>
      <w:r>
        <w:t>is it kingship as mentioned in quran dekhein quran mein ya hadith mein</w:t>
      </w:r>
    </w:p>
    <w:p>
      <w:pPr>
        <w:jc w:val="right"/>
      </w:pPr>
      <w:r>
        <w:t>از اٹ کنگ شپ ایز مینشنڈ ان قران دیکھیں قران میں یا حدیث میں</w:t>
      </w:r>
    </w:p>
    <w:p>
      <w:r>
        <w:rPr>
          <w:b/>
        </w:rPr>
        <w:t xml:space="preserve">[1:01:12] </w:t>
      </w:r>
      <w:r>
        <w:t>government ka koi form bataya nahi gaya hai kuch log ne ghalu kiya ghalu means extremism</w:t>
      </w:r>
    </w:p>
    <w:p>
      <w:pPr>
        <w:jc w:val="right"/>
      </w:pPr>
      <w:r>
        <w:t>گورنمنٹ کا کوئی فارم بتایا نہیں گیا ہے کچھ لوگ نے غلو کیا غلو مینز ایکسٹریمزم</w:t>
      </w:r>
    </w:p>
    <w:p>
      <w:r>
        <w:rPr>
          <w:b/>
        </w:rPr>
        <w:t xml:space="preserve">[1:01:22] </w:t>
      </w:r>
      <w:r>
        <w:t>ghalu kar ke political role hi ko islam ko target bata diya islam ka maqsad hai hukoomat ilahia banana islami hukoomat qaim karna yeh bilkul baseless baat hai</w:t>
      </w:r>
    </w:p>
    <w:p>
      <w:pPr>
        <w:jc w:val="right"/>
      </w:pPr>
      <w:r>
        <w:t>غلو کر کے پولیٹیکل رول ہی کو اسلام کو ٹارگٹ بتا دیا اسلام کا مقصد ہے حکومت الہیہ بنانا اسلامی حکومت قائم کرنا یہ بالکل بیسلیس بات ہے</w:t>
      </w:r>
    </w:p>
    <w:p>
      <w:r>
        <w:rPr>
          <w:b/>
        </w:rPr>
        <w:t xml:space="preserve">[1:01:41] </w:t>
      </w:r>
      <w:r>
        <w:t>aur is ka basis hona yahi sabit hai ke quran ya hadith mein koi structure hi nahi bataya gaya hai</w:t>
      </w:r>
    </w:p>
    <w:p>
      <w:pPr>
        <w:jc w:val="right"/>
      </w:pPr>
      <w:r>
        <w:t>اور اس کا بیسس ہونا یہی ثابت ہے کہ قران یا حدیث میں کوئی سٹرکچر ہی نہیں بتایا گیا ہے</w:t>
      </w:r>
    </w:p>
    <w:p>
      <w:r>
        <w:rPr>
          <w:b/>
        </w:rPr>
        <w:t xml:space="preserve">[1:01:50] </w:t>
      </w:r>
      <w:r>
        <w:t>main samajhta hoon ke basic baat hai adl adl structure nahi hai yani adl means justice sab se cheez jo important hai islam mein woh hai justice</w:t>
      </w:r>
    </w:p>
    <w:p>
      <w:pPr>
        <w:jc w:val="right"/>
      </w:pPr>
      <w:r>
        <w:t>میں سمجھتا ہوں کہ بیسک بات ہے عدل عدل اسٹرکچر نہیں ہے یعنی عدل مینز جسٹس سب سے چیز جو امپورٹنٹ ہے اسلام میں وہ ہے جسٹس</w:t>
      </w:r>
    </w:p>
    <w:p>
      <w:r>
        <w:rPr>
          <w:b/>
        </w:rPr>
        <w:t xml:space="preserve">[1:02:06] </w:t>
      </w:r>
      <w:r>
        <w:t>jaise aap dekhiye is quran mein bataya gaya hai ke Hazrat Dawood jo thay woh king thay Sulaiman jo thay woh king thay un ko bhi Khuda interos kar raha hai quran ko interos kar raha hai king ko bhi interos kar raha hai kyun woh bohat hi just log thay adil hukmaran thay woh</w:t>
      </w:r>
    </w:p>
    <w:p>
      <w:pPr>
        <w:jc w:val="right"/>
      </w:pPr>
      <w:r>
        <w:t>جیسے اپ دیکھیے اس قران میں بتایا گیا ہے کہ حضرت داؤد جو تھے وہ کنگ تھے سلیمان جو تھے وہ کنگ تھے ان کو بھی خدا انٹروس کر رہا ہے قران کو انٹروس کر رہا ہے کنگ کو بھی انٹروس کر رہا ہے کیوں وہ بہت ہی جسٹ لوگ تھے عادل حکمران تھے وہ</w:t>
      </w:r>
    </w:p>
    <w:p>
      <w:r>
        <w:rPr>
          <w:b/>
        </w:rPr>
        <w:t xml:space="preserve">[1:02:26] </w:t>
      </w:r>
      <w:r>
        <w:t>to king bhi agar adil ho yani just ho aur us ko bhi quran endorse kar raha hai</w:t>
      </w:r>
    </w:p>
    <w:p>
      <w:pPr>
        <w:jc w:val="right"/>
      </w:pPr>
      <w:r>
        <w:t>تو کنگ بھی اگر عادل ہو یعنی جسٹ ہو اور اس کو بھی قران انڈورس کر رہا ہے</w:t>
      </w:r>
    </w:p>
    <w:p>
      <w:r>
        <w:rPr>
          <w:b/>
        </w:rPr>
        <w:t xml:space="preserve">[1:02:39] </w:t>
      </w:r>
      <w:r>
        <w:t>to chahe democratic form ho ya kingship ho bait bar form to quran ka koi emphasis nahi hai quran ka is par balkay is par emphasis hai ke us ko adil hona chahiye</w:t>
      </w:r>
    </w:p>
    <w:p>
      <w:pPr>
        <w:jc w:val="right"/>
      </w:pPr>
      <w:r>
        <w:t>تو چاہے ڈیموکریٹک فارم ہو یا کنگ شپ ہو بیت بار فارم تو قران کا کوئی ایمفیسز نہیں ہے قران کا اس پر بلکہ اس پر ایمفیسز ہے کہ اس کو عادل ہونا چاہیے</w:t>
      </w:r>
    </w:p>
    <w:p>
      <w:r>
        <w:rPr>
          <w:b/>
        </w:rPr>
        <w:t xml:space="preserve">[1:02:56] </w:t>
      </w:r>
      <w:r>
        <w:t>is ko yani</w:t>
      </w:r>
    </w:p>
    <w:p>
      <w:pPr>
        <w:jc w:val="right"/>
      </w:pPr>
      <w:r>
        <w:t>اس کو یعنی</w:t>
      </w:r>
    </w:p>
    <w:p>
      <w:r>
        <w:rPr>
          <w:b/>
        </w:rPr>
        <w:t xml:space="preserve">[1:03:01] </w:t>
      </w:r>
      <w:r>
        <w:t>ye asal mein Islam mein is ki ahmiyat hai dekhen Najashi jo badshah tha rasool Allah ke zamane</w:t>
      </w:r>
    </w:p>
    <w:p>
      <w:pPr>
        <w:jc w:val="right"/>
      </w:pPr>
      <w:r>
        <w:t>یہ اصل میں اسلام میں اس کی اہمیت ہے دیکھیں نجاشی جو بادشاہ تھا رسول اللہ کے زمانے</w:t>
      </w:r>
    </w:p>
    <w:p>
      <w:r>
        <w:rPr>
          <w:b/>
        </w:rPr>
        <w:t xml:space="preserve">[1:03:07] </w:t>
      </w:r>
      <w:r>
        <w:t>mein Habash ka jis ko aaj kal Abyssinia kehte hain</w:t>
      </w:r>
    </w:p>
    <w:p>
      <w:pPr>
        <w:jc w:val="right"/>
      </w:pPr>
      <w:r>
        <w:t>میں حبش کا جس کو اج کل ابیسینیا کہتے ہیں</w:t>
      </w:r>
    </w:p>
    <w:p>
      <w:r>
        <w:rPr>
          <w:b/>
        </w:rPr>
        <w:t xml:space="preserve">[1:03:14] </w:t>
      </w:r>
      <w:r>
        <w:t>to is ka jab wahan par is ki death hui to rasool Allah ne namaz janaza padhi is</w:t>
      </w:r>
    </w:p>
    <w:p>
      <w:pPr>
        <w:jc w:val="right"/>
      </w:pPr>
      <w:r>
        <w:t>تو اس کا جب وہاں پر اس کی ڈیتھ ہوئی تو رسول اللہ نے نماز جنازہ پڑھی اس</w:t>
      </w:r>
    </w:p>
    <w:p>
      <w:r>
        <w:rPr>
          <w:b/>
        </w:rPr>
        <w:t xml:space="preserve">[1:03:19] </w:t>
      </w:r>
      <w:r>
        <w:t>ki halanke wo king tha lekin rasool Allah par iman laya tha wo agarche wo king tha</w:t>
      </w:r>
    </w:p>
    <w:p>
      <w:pPr>
        <w:jc w:val="right"/>
      </w:pPr>
      <w:r>
        <w:t>کی حالانکہ وہ کنگ تھا لیکن رسول اللہ پر ایمان لایا تھا وہ اگرچہ وہ کنگ تھا</w:t>
      </w:r>
    </w:p>
    <w:p>
      <w:r>
        <w:rPr>
          <w:b/>
        </w:rPr>
        <w:t xml:space="preserve">[1:03:27] </w:t>
      </w:r>
      <w:r>
        <w:t>us ne elaan nahi kiya ke main aik kingship jo maine ikhtiyar ki woh galat thi to main samajhta hoon ke yeh yeh islam structure par koi structure ko importance nahi deta importance deta hai justice ko</w:t>
      </w:r>
    </w:p>
    <w:p>
      <w:pPr>
        <w:jc w:val="right"/>
      </w:pPr>
      <w:r>
        <w:t>اس نے اعلان نہیں کیا کہ میں ایک کنگ شپ جو میں نے اختیار کی وہ غلط تھی تو میں سمجھتا ہوں کہ یہ یہ اسلام اسٹرکچر پر کوئی اسٹرکچر کو امپورٹنس نہیں دیتا امپورٹنس دیتا ہے جسٹس کو</w:t>
      </w:r>
    </w:p>
    <w:p>
      <w:r>
        <w:rPr>
          <w:b/>
        </w:rPr>
        <w:t xml:space="preserve">[1:03:52] </w:t>
      </w:r>
      <w:r>
        <w:t>warna king Sulaiman king David king Dawood dono be ghabar thay aur phir bhi king thay woh aisa na hota quran kehta hai ke sab se pehle to apni kingship chhoro khalifa ka aap dekhiye char khulafa jo manay jatay hain khulafa e rashideen charon ka jo jo selection hua char dhang se hua char alag alag dhang se hua</w:t>
      </w:r>
    </w:p>
    <w:p>
      <w:pPr>
        <w:jc w:val="right"/>
      </w:pPr>
      <w:r>
        <w:t>ورنہ کنگ سلیمان کنگ ڈیوڈ کنگ داؤد دونوں بے غبر تھے اور پھر بھی کنگ تھے وہ ایسا نہ ہوتا قران کہتا ہے کہ سب سے پہلے تو اپنی کنگ شپ چھوڑو خلیفہ کا اپ دیکھیے چار خلیفہ جو مان جاتے ہیں خلفاء راشدین چاروں کا جو جو سلیکشن ہوا چار ڈھنگ سے ہوا چار الگ الگ ڈھنگ سے ہوا</w:t>
      </w:r>
    </w:p>
    <w:p>
      <w:r>
        <w:rPr>
          <w:b/>
        </w:rPr>
        <w:t xml:space="preserve">[1:04:21] </w:t>
      </w:r>
      <w:r>
        <w:t>ab dekhein ke kya britain britain mein ya america mein aisa ho sakta hai ke char alag dhang se president president banaye jayein prime minister banaye jayein ya india mein constitution mein aik aik bata diya gaya hai usi pattern par banaye jatay hain log lekin kaisi ajeeb baat hai ke khulafa e rashideen jo hai koi pattern nahi un ka nahi set hua</w:t>
      </w:r>
    </w:p>
    <w:p>
      <w:pPr>
        <w:jc w:val="right"/>
      </w:pPr>
      <w:r>
        <w:t>اب دیکھیں کہ کیا برٹن برٹن میں یا امریکہ میں ایسا ہو سکتا ہے کہ چار الگ ڈھنگ سے پریزیڈنٹ پریزیڈنٹ بنائے جائیں پرائم منسٹر بنائے جائیں یا انڈیا میں کانسٹیٹیوشن میں ایک ایک بتا دیا گیا ہے اسی پیٹرن پر بنائے جاتے ہیں لوگ لیکن کیسی عجیب بات ہے کہ خلفاء راشدین جو ہے کوئی پیٹرن نہیں ان کا نہیں سیٹ ہوا</w:t>
      </w:r>
    </w:p>
    <w:p>
      <w:r>
        <w:rPr>
          <w:b/>
        </w:rPr>
        <w:t xml:space="preserve">[1:04:45] </w:t>
      </w:r>
      <w:r>
        <w:t>panchveen jo maane jaate hain umar umar bin abdullah aleh un ka bhi un ka panchvaan pattern tha</w:t>
      </w:r>
    </w:p>
    <w:p>
      <w:pPr>
        <w:jc w:val="right"/>
      </w:pPr>
      <w:r>
        <w:t>پانچویں جو مانے جاتے ہیں عمر عمر بن عبداللہ علیہ ان کا بھی ان کا پانچواں پیٹرن تھا</w:t>
      </w:r>
    </w:p>
    <w:p>
      <w:r>
        <w:rPr>
          <w:b/>
        </w:rPr>
        <w:t xml:space="preserve">[1:04:52] </w:t>
      </w:r>
      <w:r>
        <w:t>to is par kisi ne sab logon ne maan liya is ko yaani panch khaleefa raashid maane jaate hain islam mein yaani paais kailf aur panchoun ka alag alag pattern tha to main samajhta hoon ke yeh bilkul ek baseless baat hai yeh kehna hai ke islam jo hai yaani ult ka system banana hai islam ka target hai bilkul baseless baat hai islam ka jo target hai woh hai justice</w:t>
      </w:r>
    </w:p>
    <w:p>
      <w:pPr>
        <w:jc w:val="right"/>
      </w:pPr>
      <w:r>
        <w:t>تو اس پر کسی نے سب لوگوں نے مان لیا اس کو یعنی پانچ خلیفہ راشد مانے جاتے ہیں اسلام میں یعنی پائس کیلف اور پانچوں کا الگ الگ پیٹرن تھا تو میں سمجھتا ہوں کہ یہ بالکل ایک بیسلیس بات ہے یہ کہنا ہے کہ اسلام جو ہے یعنی الٹ کا سسٹم بنانا ہے اسلام کا ٹارگٹ ہے بالکل بیسلیس بات ہے اسلام کا جو ٹارگٹ ہے وہ ہے جسٹس</w:t>
      </w:r>
    </w:p>
    <w:p>
      <w:r>
        <w:rPr>
          <w:b/>
        </w:rPr>
        <w:t xml:space="preserve">[1:05:21] </w:t>
      </w:r>
      <w:r>
        <w:t>individual ke liye bhi aur ruler ke liye bhi dono sab se bari cheez hai islam mein justice quran mein hai ke le aqooba naas bil qist taake log qaaim hon justice par le aqooba naas bil qist taake log qaaim hon qist par</w:t>
      </w:r>
    </w:p>
    <w:p>
      <w:pPr>
        <w:jc w:val="right"/>
      </w:pPr>
      <w:r>
        <w:t>انڈیویجول کے لیے بھی اور رولر کے لیے بھی دونوں سب سے بڑی چیز ہے اسلام میں جسٹس قران میں ہے کہ لے عقوبا ناس بالقسط تاکہ لوگ قائم ہوں جسٹس پر لے عقوبا ناس بالقسط تاکہ لوگ قائم ہوں قسط پر</w:t>
      </w:r>
    </w:p>
    <w:p>
      <w:r>
        <w:rPr>
          <w:b/>
        </w:rPr>
        <w:t xml:space="preserve">[1:05:48] </w:t>
      </w:r>
      <w:r>
        <w:t>to chahe individual ho</w:t>
      </w:r>
    </w:p>
    <w:p>
      <w:pPr>
        <w:jc w:val="right"/>
      </w:pPr>
      <w:r>
        <w:t>تو چاہے انڈیویجول ہو</w:t>
      </w:r>
    </w:p>
    <w:p>
      <w:r>
        <w:rPr>
          <w:b/>
        </w:rPr>
        <w:t xml:space="preserve">[1:05:51] </w:t>
      </w:r>
      <w:r>
        <w:t>chahe ruler ho dono ke liye asal jo condition hai wo yahi hai ke wo justice par qaim</w:t>
      </w:r>
    </w:p>
    <w:p>
      <w:pPr>
        <w:jc w:val="right"/>
      </w:pPr>
      <w:r>
        <w:t>چاہے رولر ہو دونوں کے لیے اصل جو کنڈیشن ہے وہ یہی ہے کہ وہ جسٹس پر قائم</w:t>
      </w:r>
    </w:p>
    <w:p>
      <w:r>
        <w:rPr>
          <w:b/>
        </w:rPr>
        <w:t xml:space="preserve">[1:06:00] </w:t>
      </w:r>
      <w:r>
        <w:t>ho jo kuch kar raha hai wo just tarike se kare insaf adl</w:t>
      </w:r>
    </w:p>
    <w:p>
      <w:pPr>
        <w:jc w:val="right"/>
      </w:pPr>
      <w:r>
        <w:t>ہو جو کچھ کر رہا ہے وہ جسٹ طریقے سے کرے انصاف عدل</w:t>
      </w:r>
    </w:p>
    <w:p>
      <w:r>
        <w:rPr>
          <w:b/>
        </w:rPr>
        <w:t xml:space="preserve">[1:06:08] </w:t>
      </w:r>
      <w:r>
        <w:t>qist ke mutabiq kare</w:t>
      </w:r>
    </w:p>
    <w:p>
      <w:pPr>
        <w:jc w:val="right"/>
      </w:pPr>
      <w:r>
        <w:t>قسط کے مطابق کرے</w:t>
      </w:r>
    </w:p>
    <w:p>
      <w:r>
        <w:rPr>
          <w:b/>
        </w:rPr>
        <w:t xml:space="preserve">[1:06:11] </w:t>
      </w:r>
      <w:r>
        <w:t>ye mein ye samajh raha hoon Islam ka</w:t>
      </w:r>
    </w:p>
    <w:p>
      <w:pPr>
        <w:jc w:val="right"/>
      </w:pPr>
      <w:r>
        <w:t>یہ میں یہ سمجھ رہا ہوں اسلام کا</w:t>
      </w:r>
    </w:p>
    <w:p>
      <w:r>
        <w:rPr>
          <w:b/>
        </w:rPr>
        <w:t xml:space="preserve">[1:06:18] </w:t>
      </w:r>
      <w:r>
        <w:t>common question ask by tayyaba rahmani and shah imran hasan the question is what is aitkaf and is it sunnat haan bilashuba sunnat hai rasoolullah ne khud aitkaf kiya aitkaf mein aitkaf ka matlab hota hai yaani jo kehte hain aap seclusion yaani tanhai mein jaana seclusion mein jaana</w:t>
      </w:r>
    </w:p>
    <w:p>
      <w:pPr>
        <w:jc w:val="right"/>
      </w:pPr>
      <w:r>
        <w:t>کامن کوئسچن اسک بائے طیبہ رحمانی اینڈ شاہ عمران حسن دا کوئسچن از واٹ از اعتکاف اینڈ از اٹ سنت ہاں بلاشبہ سنت ہے رسول اللہ نے خود اعتکاف کیا اعتکاف میں اعتکاف کا مطلب ہوتا ہے یعنی جو کہتے ہیں اپ سیکلوژن یعنی تنہائی میں جانا سیکلوژن میں جانا</w:t>
      </w:r>
    </w:p>
    <w:p>
      <w:r>
        <w:rPr>
          <w:b/>
        </w:rPr>
        <w:t xml:space="preserve">[1:06:44] </w:t>
      </w:r>
      <w:r>
        <w:t>aitkaf mein yeh hota hai ke masjid ka ek corner mein alag kuch ek kapde ka add laga lete hain wahan baith jaate hain to kuch dinon ki ek secluded life maslan das din ke liye ya kam din ke liye ek secluded life bitana kya is mein sirf aap khuda ke zikr karte hain dua karte hain tilawat karte hain namaz padhte hain</w:t>
      </w:r>
    </w:p>
    <w:p>
      <w:pPr>
        <w:jc w:val="right"/>
      </w:pPr>
      <w:r>
        <w:t>اعتکاف میں یہ ہوتا ہے کہ مسجد کا ایک کارنر میں الگ کچھ ایک کپڑے کا اڑ لگا لیتے ہیں وہاں بیٹھ جاتے ہیں تو کچھ دنوں کی ایک سیکلوڈڈ لائف مثلا دس دن کے لیے یا کم دن کے لیے ایک سیکلوڈڈ لائف بتانا کیا اس میں صرف اپ خدا کی ذکر کرتے ہیں دعا کرتے ہیں تلاوت کرتے ہیں نماز پڑھتے ہیں</w:t>
      </w:r>
    </w:p>
    <w:p>
      <w:r>
        <w:rPr>
          <w:b/>
        </w:rPr>
        <w:t xml:space="preserve">[1:07:10] </w:t>
      </w:r>
      <w:r>
        <w:t>to apne aap ko zyada se zyada aap concentrate karte hain khuda ke upar woh aitkaf hai aur aitkaf zikr quran majeed mein bhi hai wa antum aakifoon fil masajid agarche farz nahi hai aitkaf lekin quran mein bhi is ka zikr aaya hai sunnat hai yeh farz nahi hai jaise roza to farz hai roza jo hai woh farz hai</w:t>
      </w:r>
    </w:p>
    <w:p>
      <w:pPr>
        <w:jc w:val="right"/>
      </w:pPr>
      <w:r>
        <w:t>تو اپنے اپ کو زیادہ سے زیادہ اپ کنسنٹریٹ کرتے ہیں خدا کے اوپر وہ اعتکاف ہے اور اعتراف ذکر قران مجید میں بھی ہے وانتم عاقفون فی المساجد اگرچہ فرض نہیں ہے اعتکاف لیکن قران میں بھی اس کا ذکر ایا ہے سنت ہے یہ فرض نہیں ہے جیسے روزہ تو فرض ہے روزہ جو ہے وہ فرض ہے</w:t>
      </w:r>
    </w:p>
    <w:p>
      <w:r>
        <w:rPr>
          <w:b/>
        </w:rPr>
        <w:t xml:space="preserve">[1:07:34] </w:t>
      </w:r>
      <w:r>
        <w:t>to aitkaf ka zikr agarche quran mein aaya hai surah baqarah mein wa antum aakifoon fil masajid lekin phir bhi aitkaf farz nahi hai aitkaf sirf sirf sunnat hai yeh saare ulama ka maslak hai main akela yeh baat nahi keh raha hoon saare ulama ka maslak yahi hai</w:t>
      </w:r>
    </w:p>
    <w:p>
      <w:pPr>
        <w:jc w:val="right"/>
      </w:pPr>
      <w:r>
        <w:t>تو اعتکاف کا ذکر اگرچہ قران میں ایا ہے سورہ بقرہ میں وانتم عاقفون فی المساجد لیکن پھر بھی اعتکاف فرض نہیں ہے اعتکاف صرف صرف سنت ہے یہ سارے علماء کا مسلک ہے میں اکیلا یہ بات نہیں کہہ رہا ہوں سارے علماء کا مسلک یہی ہے</w:t>
      </w:r>
    </w:p>
    <w:p>
      <w:r>
        <w:rPr>
          <w:b/>
        </w:rPr>
        <w:t xml:space="preserve">[1:08:00] </w:t>
      </w:r>
      <w:r>
        <w:t>this question is from naghma siddiqui</w:t>
      </w:r>
    </w:p>
    <w:p>
      <w:pPr>
        <w:jc w:val="right"/>
      </w:pPr>
      <w:r>
        <w:t>دس کوئسچن از فرام نغمہ صدیقی</w:t>
      </w:r>
    </w:p>
    <w:p>
      <w:r>
        <w:rPr>
          <w:b/>
        </w:rPr>
        <w:t xml:space="preserve">[1:08:04] </w:t>
      </w:r>
      <w:r>
        <w:t>as quran was revealed in one night shouldnt shab qadr be in one night only instead of keeping it changing</w:t>
      </w:r>
    </w:p>
    <w:p>
      <w:pPr>
        <w:jc w:val="right"/>
      </w:pPr>
      <w:r>
        <w:t>ایز قران واز ریویلڈ ان ون نائٹ شوڈنٹ شب قدر بھی ان ون نائٹ اونلی انسٹیڈ اف کیپنگ اٹ چینجنگ</w:t>
      </w:r>
    </w:p>
    <w:p>
      <w:r>
        <w:rPr>
          <w:b/>
        </w:rPr>
        <w:t xml:space="preserve">[1:08:16] </w:t>
      </w:r>
      <w:r>
        <w:t>haan yeh common sense to aise hi lagta hai ke wahi night jo jab utra tha wahi memorable night to wahi hai yaadgaar night to wahi hai lekin mushkil ek hum yeh nahi keh sakte</w:t>
      </w:r>
    </w:p>
    <w:p>
      <w:pPr>
        <w:jc w:val="right"/>
      </w:pPr>
      <w:r>
        <w:t>ہاں یہ کامن سینس تو ایسے ہی لگتا ہے کہ وہی نائٹ جو جب اترا تھا وہی مموریبل نائٹ تو وہی ہے یادگار نائٹ تو وہی ہے لیکن مشکل ایک ہم یہ نہیں کہہ سکتے</w:t>
      </w:r>
    </w:p>
    <w:p>
      <w:r>
        <w:rPr>
          <w:b/>
        </w:rPr>
        <w:t xml:space="preserve">[1:08:33] </w:t>
      </w:r>
      <w:r>
        <w:t>ise nahi keh sakte ke hadith mein aaya hai ke ke tum shab qadr ko talash karo taaq raaton mein ikkeesveen raat teesveen raat pachisveen raat sataeesveen raat yeh aaya hai</w:t>
      </w:r>
    </w:p>
    <w:p>
      <w:pPr>
        <w:jc w:val="right"/>
      </w:pPr>
      <w:r>
        <w:t>اسے نہیں کہہ سکتے کہ حدیث میں ایا ہے کہ کہ تم شب قدر کو تلاش کرو طاق راتوں میں اکیسویں رات تیسویں رات پچیسویں رات ستائیسویں رات یہ ایا ہے</w:t>
      </w:r>
    </w:p>
    <w:p>
      <w:r>
        <w:rPr>
          <w:b/>
        </w:rPr>
        <w:t xml:space="preserve">[1:08:54] </w:t>
      </w:r>
      <w:r>
        <w:t>agar yeh na hoti hadith to main yahi kehta ke jis raat ko quran utra utra tha wahi yaadgaar raat hai wahi shab qadr hai hamesha ke liye jaise 15 august hamesha ke liye 15 august hai 26 january hamesha ke liye 26 january hai to 15 august badalti nahi hai august ki 15 hi ko azaadi ka din maana jaata hai hamesha</w:t>
      </w:r>
    </w:p>
    <w:p>
      <w:pPr>
        <w:jc w:val="right"/>
      </w:pPr>
      <w:r>
        <w:t>اگر یہ نہ ہوتی حدیث تو میں یہی کہتا کہ جس رات کو قران اترا اترا تھا وہی یادگار رات ہے وہی شب قدر ہے ہمیشہ کے لیے جیسے 15 اگست ہمیشہ کے لیے 15 اگست ہے 26 جنوری ہمیشہ کے لیے 26 جنوری ہے تو 15 اگست بدلتی نہیں ہے اگست کی 15 ہی کو ازادی کا دن مانا جاتا ہے ہمیشہ</w:t>
      </w:r>
    </w:p>
    <w:p>
      <w:r>
        <w:rPr>
          <w:b/>
        </w:rPr>
        <w:t xml:space="preserve">[1:09:18] </w:t>
      </w:r>
      <w:r>
        <w:t>to aise hi common sense to yahi kehta hai ke hum jis raat ko Quran utra</w:t>
      </w:r>
    </w:p>
    <w:p>
      <w:pPr>
        <w:jc w:val="right"/>
      </w:pPr>
      <w:r>
        <w:t>تو ایسے ہی کامن سینس تو یہی کہتا ہے کہ ہم جس رات کو قران اترا</w:t>
      </w:r>
    </w:p>
    <w:p>
      <w:r>
        <w:rPr>
          <w:b/>
        </w:rPr>
        <w:t xml:space="preserve">[1:09:24] </w:t>
      </w:r>
      <w:r>
        <w:t>yani 24 Ramzan aur 25wi raat</w:t>
      </w:r>
    </w:p>
    <w:p>
      <w:pPr>
        <w:jc w:val="right"/>
      </w:pPr>
      <w:r>
        <w:t>یعنی 24 رمضان اور پچیسویں رات</w:t>
      </w:r>
    </w:p>
    <w:p>
      <w:r>
        <w:rPr>
          <w:b/>
        </w:rPr>
        <w:t xml:space="preserve">[1:09:30] </w:t>
      </w:r>
      <w:r>
        <w:t>wohi hamesha ho lekin hum aisa keh nahi sakte is liye ke wo hadith jo hai wo takrati</w:t>
      </w:r>
    </w:p>
    <w:p>
      <w:pPr>
        <w:jc w:val="right"/>
      </w:pPr>
      <w:r>
        <w:t>وہی ہمیشہ ہو لیکن ہم ایسا کہہ نہیں سکتے اس لیے کہ وہ حدیث جو ہے وہ ٹکراتی</w:t>
      </w:r>
    </w:p>
    <w:p>
      <w:r>
        <w:rPr>
          <w:b/>
        </w:rPr>
        <w:t xml:space="preserve">[1:09:35] </w:t>
      </w:r>
      <w:r>
        <w:t>hai is hadith ki bina par hum</w:t>
      </w:r>
    </w:p>
    <w:p>
      <w:pPr>
        <w:jc w:val="right"/>
      </w:pPr>
      <w:r>
        <w:t>ہے اس حدیث کی بنا پر ہم</w:t>
      </w:r>
    </w:p>
    <w:p>
      <w:r>
        <w:rPr>
          <w:b/>
        </w:rPr>
        <w:t xml:space="preserve">[1:09:39] </w:t>
      </w:r>
      <w:r>
        <w:t>ye kahenge ke Ramzan ke akhri ashrte ki taq raton mein isi raat ko shab qadr padhti</w:t>
      </w:r>
    </w:p>
    <w:p>
      <w:pPr>
        <w:jc w:val="right"/>
      </w:pPr>
      <w:r>
        <w:t>یہ کہیں گے کہ رمضان کے اخری رشتے کی طاق راتوں میں اسی رات کو شب قدر پڑھتی</w:t>
      </w:r>
    </w:p>
    <w:p>
      <w:r>
        <w:rPr>
          <w:b/>
        </w:rPr>
        <w:t xml:space="preserve">[1:09:46] </w:t>
      </w:r>
      <w:r>
        <w:t>hai</w:t>
      </w:r>
    </w:p>
    <w:p>
      <w:pPr>
        <w:jc w:val="right"/>
      </w:pPr>
      <w:r>
        <w:t>ہے</w:t>
      </w:r>
    </w:p>
    <w:p>
      <w:r>
        <w:rPr>
          <w:b/>
        </w:rPr>
        <w:t xml:space="preserve">[1:09:49] </w:t>
      </w:r>
      <w:r>
        <w:t>yeh hai</w:t>
      </w:r>
    </w:p>
    <w:p>
      <w:pPr>
        <w:jc w:val="right"/>
      </w:pPr>
      <w:r>
        <w:t>یہ ہے</w:t>
      </w:r>
    </w:p>
    <w:p>
      <w:r>
        <w:rPr>
          <w:b/>
        </w:rPr>
        <w:t xml:space="preserve">[1:09:53] </w:t>
      </w:r>
      <w:r>
        <w:t>ah this question is from mahmood zaki Maulana alg ke bare mein jo aap ne ab bataya jo khul chuka hai mera sawal yeh hai ke prophet ke zamane mein aur ab tak is ko kya samjha ja raha tha woh to main ne bata diya aap ko ke gosht ka tukda ya khoon ka tukda samajhte the is ko yeh koi is mein ajeeb baat nahi hai</w:t>
      </w:r>
    </w:p>
    <w:p>
      <w:pPr>
        <w:jc w:val="right"/>
      </w:pPr>
      <w:r>
        <w:t>اہ دس کوئسچن از فرام محمود ذاکی مولانا الگ کے بارے میں جو اپ نے اب بتایا جو کھل چکا ہے میرا سوال یہ ہے کہ پرافٹ کے زمانے میں اور اب تک اس کو کیا سمجھا جا رہا تھا وہ تو میں نے بتا دیا اپ کو کہ گوشت کا ٹکڑا یا خون کا ٹکڑا سمجھتے تھے اس کو یہ کوئی اس میں عجیب بات نہیں ہے</w:t>
      </w:r>
    </w:p>
    <w:p>
      <w:r>
        <w:rPr>
          <w:b/>
        </w:rPr>
        <w:t xml:space="preserve">[1:10:18] </w:t>
      </w:r>
      <w:r>
        <w:t>hadith mein aata hai quran ke bare mein la tanqazi ajaa'ibuhu quran ke bare mein yeh hadith hai la tanqazi ajaa'ibuhu yaani quran ke ajaa'ib kabhi khatam na honge quran ki meaning jo hai baar baar jaani jaati rahegi yeh khud quran ke bare mein hadith mein maujood hai to yeh koi ajeeb baat nahi hai ke alg ka woh mafhoom is zamane ke logon ko na maloom ho</w:t>
      </w:r>
    </w:p>
    <w:p>
      <w:pPr>
        <w:jc w:val="right"/>
      </w:pPr>
      <w:r>
        <w:t>حدیث میں اتا ہے قران کے بارے میں لا تنقضی عجائبہ قران کے بارے میں یہ حدیث ہے لا تنقضی عجائبہ یعنی قران کے عجائب کبھی ختم نہ ہوں گے قران کی میننگ جو ہے بار بار جانی جاتی رہے گی یہ خود قران کے بارے میں حدیث میں موجود ہے تو یہ کوئی عجیب بات نہیں ہے کہ الگ کا وہ مفہوم اس زمانے کے لوگوں کو نہ معلوم ہو</w:t>
      </w:r>
    </w:p>
    <w:p>
      <w:r>
        <w:rPr>
          <w:b/>
        </w:rPr>
        <w:t xml:space="preserve">[1:10:47] </w:t>
      </w:r>
      <w:r>
        <w:t>kyun ke khud hadith se jab sabit hai ke Quran ke ke jo meaning hai wo khulti rahi khulti</w:t>
      </w:r>
    </w:p>
    <w:p>
      <w:pPr>
        <w:jc w:val="right"/>
      </w:pPr>
      <w:r>
        <w:t>کیونکہ خود حدیث سے جب ثابت ہے کہ قران کے کے جو میننگ ہے وہ کھلتی رہی کھلتی</w:t>
      </w:r>
    </w:p>
    <w:p>
      <w:r>
        <w:rPr>
          <w:b/>
        </w:rPr>
        <w:t xml:space="preserve">[1:10:54] </w:t>
      </w:r>
      <w:r>
        <w:t>rahi khulti rahe gi to bilkul theek hai ye yahi ho raha hai</w:t>
      </w:r>
    </w:p>
    <w:p>
      <w:pPr>
        <w:jc w:val="right"/>
      </w:pPr>
      <w:r>
        <w:t>رہی کھلتی رہے گی تو بالکل ٹھیک ہے یہ یہی ہو رہا ہے</w:t>
      </w:r>
    </w:p>
    <w:p>
      <w:r>
        <w:rPr>
          <w:b/>
        </w:rPr>
        <w:t xml:space="preserve">[1:11:00] </w:t>
      </w:r>
      <w:r>
        <w:t>ye koi nai baat nahi hai koi koi anokhi baat nahi hai ye</w:t>
      </w:r>
    </w:p>
    <w:p>
      <w:pPr>
        <w:jc w:val="right"/>
      </w:pPr>
      <w:r>
        <w:t>یہ کوئی نئی بات نہیں ہے کوئی کوئی انوکھی بات نہیں ہے یہ</w:t>
      </w:r>
    </w:p>
    <w:p>
      <w:r>
        <w:rPr>
          <w:b/>
        </w:rPr>
        <w:t xml:space="preserve">[1:11:05] </w:t>
      </w:r>
      <w:r>
        <w:t>This question is from Mr. Girish Jawal. Aisi kaun kaun si duaein jo Paighambar Mohammad Sahab ke baad</w:t>
      </w:r>
    </w:p>
    <w:p>
      <w:pPr>
        <w:jc w:val="right"/>
      </w:pPr>
      <w:r>
        <w:t>دس کوئسچن از فرام مسٹر گریش جوال ایسی کون کون سی دعائیں جو پیغمبر محمد صاحب کے بعد</w:t>
      </w:r>
    </w:p>
    <w:p>
      <w:r>
        <w:rPr>
          <w:b/>
        </w:rPr>
        <w:t xml:space="preserve">[1:11:13] </w:t>
      </w:r>
      <w:r>
        <w:t>jori gayeen jo hamare liye har tarah se theek theen kripya sanchit mein jankari dein.</w:t>
      </w:r>
    </w:p>
    <w:p>
      <w:pPr>
        <w:jc w:val="right"/>
      </w:pPr>
      <w:r>
        <w:t>جوڑی گئیں جو ہمارے لیے ہر طرح سے ٹھیک تھیں کرپیا سنچت میں جانکاری دیں.</w:t>
      </w:r>
    </w:p>
    <w:p>
      <w:r>
        <w:rPr>
          <w:b/>
        </w:rPr>
        <w:t xml:space="preserve">[1:11:20] </w:t>
      </w:r>
      <w:r>
        <w:t>tatha ramzan ke mahine ka ahmiyat momin ki zindagi ke liye kyun hai</w:t>
      </w:r>
    </w:p>
    <w:p>
      <w:pPr>
        <w:jc w:val="right"/>
      </w:pPr>
      <w:r>
        <w:t>तथा رمضان کے مہینے کا اہمیت مومن کی زندگی کے لیے کیوں ہے</w:t>
      </w:r>
    </w:p>
    <w:p>
      <w:r>
        <w:rPr>
          <w:b/>
        </w:rPr>
        <w:t xml:space="preserve">[1:11:27] </w:t>
      </w:r>
      <w:r>
        <w:t>dekhiye bahut si kitaben chhapi hui hain purani duaen rasoolullah ki duaen aur aslaf ki duaen to dekhiye agar aap is tareeqe se jaanna chahen to kitaben maujood hain lekin main yeh kahunga ke dua kisi kisi shabd ka naam nahi hai shabdon ko dohrane ka naam dua nahi hai</w:t>
      </w:r>
    </w:p>
    <w:p>
      <w:pPr>
        <w:jc w:val="right"/>
      </w:pPr>
      <w:r>
        <w:t>دیکھیے بہت سی کتابیں چھپی ہوئی ہیں پرانی دعائیں رسول اللہ کی دعائیں اور اسلاف کی دعائیں تو دیکھیے اگر اپ اس طریقے سے جاننا چاہیں تو کتابیں موجود ہیں لیکن میں یہ کہوں گا کہ دعا کسی کسی शब्द کا نام نہیں ہے शब्दوں کو دہرانے کا نام دعا نہیں ہے</w:t>
      </w:r>
    </w:p>
    <w:p>
      <w:r>
        <w:rPr>
          <w:b/>
        </w:rPr>
        <w:t xml:space="preserve">[1:11:53] </w:t>
      </w:r>
      <w:r>
        <w:t>agar koi aadmi in shabdon ko rat le</w:t>
      </w:r>
    </w:p>
    <w:p>
      <w:pPr>
        <w:jc w:val="right"/>
      </w:pPr>
      <w:r>
        <w:t>اگر کوئی ادمی ان शब्दوں کو رٹ لے</w:t>
      </w:r>
    </w:p>
    <w:p>
      <w:r>
        <w:rPr>
          <w:b/>
        </w:rPr>
        <w:t xml:space="preserve">[1:11:58] </w:t>
      </w:r>
      <w:r>
        <w:t>jo quran mein hain is ka matlab nahin ke is ne quran wali dua kar diya</w:t>
      </w:r>
    </w:p>
    <w:p>
      <w:pPr>
        <w:jc w:val="right"/>
      </w:pPr>
      <w:r>
        <w:t>جو قران میں ہیں اس کا مطلب نہیں کہ اس نے قران والی دعا کر دیا</w:t>
      </w:r>
    </w:p>
    <w:p>
      <w:r>
        <w:rPr>
          <w:b/>
        </w:rPr>
        <w:t xml:space="preserve">[1:12:04] </w:t>
      </w:r>
      <w:r>
        <w:t>aisa nahin hai</w:t>
      </w:r>
    </w:p>
    <w:p>
      <w:pPr>
        <w:jc w:val="right"/>
      </w:pPr>
      <w:r>
        <w:t>ایسا نہیں ہے</w:t>
      </w:r>
    </w:p>
    <w:p>
      <w:r>
        <w:rPr>
          <w:b/>
        </w:rPr>
        <w:t xml:space="preserve">[1:12:06] </w:t>
      </w:r>
      <w:r>
        <w:t>kyun ke is mein jo spirit jo spirit hai is ke andar</w:t>
      </w:r>
    </w:p>
    <w:p>
      <w:pPr>
        <w:jc w:val="right"/>
      </w:pPr>
      <w:r>
        <w:t>کیونکہ اس میں جو اسپرٹ جو اسپرٹ ہے اس کے اندر</w:t>
      </w:r>
    </w:p>
    <w:p>
      <w:r>
        <w:rPr>
          <w:b/>
        </w:rPr>
        <w:t xml:space="preserve">[1:12:11] </w:t>
      </w:r>
      <w:r>
        <w:t>is ko agar is ne is ke dil mein nahin aai is is spirit ko woh</w:t>
      </w:r>
    </w:p>
    <w:p>
      <w:pPr>
        <w:jc w:val="right"/>
      </w:pPr>
      <w:r>
        <w:t>اس کو اگر اس نے اس کے دل میں نہیں ائی اس اسپرٹ کو وہ</w:t>
      </w:r>
    </w:p>
    <w:p>
      <w:r>
        <w:rPr>
          <w:b/>
        </w:rPr>
        <w:t xml:space="preserve">[1:12:19] </w:t>
      </w:r>
      <w:r>
        <w:t>yani repeat nahin kar saka</w:t>
      </w:r>
    </w:p>
    <w:p>
      <w:pPr>
        <w:jc w:val="right"/>
      </w:pPr>
      <w:r>
        <w:t>یعنی ریپیٹ نہیں کر سکا</w:t>
      </w:r>
    </w:p>
    <w:p>
      <w:r>
        <w:rPr>
          <w:b/>
        </w:rPr>
        <w:t xml:space="preserve">[1:12:23] </w:t>
      </w:r>
      <w:r>
        <w:t>sirf shabdon ko is ne achaanak kiya shabdon ko rat liya is ko repeat kar diya to main nahi kahunga ke woh quran ki dua kar dali is ne quran ke shabd is ne bol diye to sahi hai dua to dil ke ek pukar ka naam hai dil mein ek ek ek spirit jaagti hai woh shabdon ke through munh par aa jaati hai is ka naam dua hai</w:t>
      </w:r>
    </w:p>
    <w:p>
      <w:pPr>
        <w:jc w:val="right"/>
      </w:pPr>
      <w:r>
        <w:t>صرف शब्दوں کو اس نے اچانک کیا शब्दوں کو رٹ لیا اس کو ریپیٹ کر دیا تو میں نہیں کہوں گا کہ وہ قران کی دعا کر ڈالی اس نے قران کے शब्द اس نے بول دیے تو صحیح ہے دعا تو دل کے ایک پکار کا نام ہے دل میں ایک ایک ایک اسپرٹ جاگتی ہے وہ शब्दوں کے تھرو منہ پر ا جاتی ہے اس کا نام دعا ہے</w:t>
      </w:r>
    </w:p>
    <w:p>
      <w:r>
        <w:rPr>
          <w:b/>
        </w:rPr>
        <w:t xml:space="preserve">[1:12:51] </w:t>
      </w:r>
      <w:r>
        <w:t>to bahut si kitaben chhapi hain jis mein logon ne bataya ke bhai yeh dua quran mein aayi hai yeh dua rasool pehgambar ke aayi hai yeh dua buzurgon ne ki hai kitaben chhapi hain isi lekin main is ko koi importance nahi deta kyunke shabdon ka naam dua hai hi nahi</w:t>
      </w:r>
    </w:p>
    <w:p>
      <w:pPr>
        <w:jc w:val="right"/>
      </w:pPr>
      <w:r>
        <w:t>تو بہت سی کتابیں چھپی ہیں جس میں لوگوں نے بتایا کہ بھئی یہ دعا قران میں ائی ہے یہ دعا رسول پیغمبر کے ائی ہے یہ دعا بزرگوں نے کی ہے کتابیں چھپی ہیں اسی لیکن میں اس کو کوئی امپورٹنس نہیں دیتا کیونکہ शब्दوں کا نام دعا ہے ہی نہیں</w:t>
      </w:r>
    </w:p>
    <w:p>
      <w:r>
        <w:rPr>
          <w:b/>
        </w:rPr>
        <w:t xml:space="preserve">[1:13:11] </w:t>
      </w:r>
      <w:r>
        <w:t>dua to dil mein ek ubharti hai ji jaise aap ek pani ho ek pond pani thehra hua</w:t>
      </w:r>
    </w:p>
    <w:p>
      <w:pPr>
        <w:jc w:val="right"/>
      </w:pPr>
      <w:r>
        <w:t>دعا تو دل میں ایک ابھرتی ہے جی جیسے اپ ایک پانی ہو ایک پونڈ پانی ٹھہرا ہوا</w:t>
      </w:r>
    </w:p>
    <w:p>
      <w:r>
        <w:rPr>
          <w:b/>
        </w:rPr>
        <w:t xml:space="preserve">[1:13:19] </w:t>
      </w:r>
      <w:r>
        <w:t>wahan koi mauj nahi koi wahan toofan nahi koi storm nahi lekin aap jab dekhte hain ek ek darya ko to is mein is mein mauj hoti hai is mein toofan hota hai khas taur par woh darya jo aa raha hai pahad se aap dekhen kitna is ke andar kitna yaani maujen hoti hain is ka naam dua hai ke dil mein woh کیفیت utre woh کیفیت aaye</w:t>
      </w:r>
    </w:p>
    <w:p>
      <w:pPr>
        <w:jc w:val="right"/>
      </w:pPr>
      <w:r>
        <w:t>وہاں کوئی موج نہیں کوئی وہاں طوفان نہیں کوئی سٹارم نہیں لیکن اپ جب دیکھتے ہیں ایک ایک دریا کو تو اس میں اس میں موج ہوتی ہے اس میں طوفان ہوتا ہے خاص طور پر وہ دریا جو ا رہا ہے پہاڑ سے اپ دیکھیں کتنا اس کے اندر کتنا یعنی موجیں ہوتی ہیں اس کا نام دعا ہے کہ دل میں وہ کیفیت اترے وہ کیفیت ائے</w:t>
      </w:r>
    </w:p>
    <w:p>
      <w:r>
        <w:rPr>
          <w:b/>
        </w:rPr>
        <w:t xml:space="preserve">[1:13:48] </w:t>
      </w:r>
      <w:r>
        <w:t>to behrahal mein samajhta hoon ke yeh ek relative baat hai ke kon si dua quran mein hai kon si dua hadith mein hai yeh relative baat hai is se koi farq nahi parta aur yahan tak maine parha hai main samajhta hoon ke sachi dua nikalti hai aap ki apni mother tongue mein</w:t>
      </w:r>
    </w:p>
    <w:p>
      <w:pPr>
        <w:jc w:val="right"/>
      </w:pPr>
      <w:r>
        <w:t>تو بہرحال میں سمجھتا ہوں کہ یہ ایک ریلیٹو بات ہے کہ کون سی دعا قران میں ہے کون سی دعا حدیث میں ہے یہ ریلیٹو بات ہے اس سے کوئی فرق نہیں پڑتا اور یہاں تک میں نے پڑھا ہے میں سمجھتا ہوں کہ سچی دعا نکلتی ہے اپ کی اپنی مدر ٹنگ میں</w:t>
      </w:r>
    </w:p>
    <w:p>
      <w:r>
        <w:rPr>
          <w:b/>
        </w:rPr>
        <w:t xml:space="preserve">[1:14:08] </w:t>
      </w:r>
      <w:r>
        <w:t>mother tongue mein matlab jis mein aap sochte hain jis language aap jeete hain jo language aap ke mind mein bhari hui hai usi mein ubhar sakta hai koi gehra koi gehra toofan isi mein ubhar sakta hai</w:t>
      </w:r>
    </w:p>
    <w:p>
      <w:pPr>
        <w:jc w:val="right"/>
      </w:pPr>
      <w:r>
        <w:t>مدر ٹنگ میں مطلب جس میں اپ سوچتے ہیں جس لینگویج اپ جیتے ہیں جو لینگویج اپ کے مائنڈ میں بھری ہوئی ہے اسی میں ابھر سکتا ہے کوئی گہرا کوئی گہرا طوفان اسی میں ابھر سکتا ہے</w:t>
      </w:r>
    </w:p>
    <w:p>
      <w:r>
        <w:rPr>
          <w:b/>
        </w:rPr>
        <w:t xml:space="preserve">[1:14:31] </w:t>
      </w:r>
      <w:r>
        <w:t>to is ko achi tarah samajh lijiye ke shabdon ke achank ka naam dua nahi hai balkay dil ki spirit ka naam dua hai 10 question is from doctor farida khanum during shab qadar should we wake up all night to pray or only for a part of night will do</w:t>
      </w:r>
    </w:p>
    <w:p>
      <w:pPr>
        <w:jc w:val="right"/>
      </w:pPr>
      <w:r>
        <w:t>تو اس کو اچھی طرح سمجھ لیجئے کہ शब्दوں کے اچانک کا نام دعا نہیں ہے بلکہ دل کی اسپرٹ کا نام دعا ہے دس کوئسچن از فرام ڈاکٹر فریدہ خانم ڈیورنگ شب قدر شوڈ وی ویک اپ ال نائٹ ٹو پری اور اونلی فار ا پارٹ اف نائٹ ول ڈو</w:t>
      </w:r>
    </w:p>
    <w:p>
      <w:r>
        <w:rPr>
          <w:b/>
        </w:rPr>
        <w:t xml:space="preserve">[1:14:56] </w:t>
      </w:r>
      <w:r>
        <w:t>dekhiye kuch log raat sari raat jagte hain lekin woh koi rasool allah ne kabhi aisa nahi kiya sahaba ne aisa nahi kiya sari raat jagna yeh koi sahi tareeqa mein nahi manta koi kare to kare asal cheez yeh hai ke sahi tareeqa jo mein samajhta hoon woh yeh hai ke awwal waqt mein isha ki namaz parhi jaye dair mein isha ki namaz parhna yeh sahi nahi hai</w:t>
      </w:r>
    </w:p>
    <w:p>
      <w:pPr>
        <w:jc w:val="right"/>
      </w:pPr>
      <w:r>
        <w:t>دیکھیے کچھ لوگ رات ساری رات جاگتے ہیں لیکن وہ کوئی رسول اللہ نے کبھی ایسا نہیں کیا صحابہ نے ایسا نہیں کیا ساری رات جاگنا یہ کوئی صحیح طریقہ میں نہیں مانتا کوئی کرے تو کرے اصل چیز یہ ہے کہ صحیح طریقہ جو میں سمجھتا ہوں وہ یہ ہے کہ اول وقت میں عشاء کی نماز پڑھی جائے دیر میں عشاء کی نماز پڑھنا یہ صحیح نہیں ہے</w:t>
      </w:r>
    </w:p>
    <w:p>
      <w:r>
        <w:rPr>
          <w:b/>
        </w:rPr>
        <w:t xml:space="preserve">[1:15:25] </w:t>
      </w:r>
      <w:r>
        <w:t>rasool allah awwal waqt mein namaz isha ki parhte the aur so jaye aadmi aaj kal kya hai ya to namaz padhenge dair mein ya agar padh liya to bohat dair tak gup shup karte hain idhar udhar ki baatein yeh woh yeh woh yeh woh yeh na kare aadmi</w:t>
      </w:r>
    </w:p>
    <w:p>
      <w:pPr>
        <w:jc w:val="right"/>
      </w:pPr>
      <w:r>
        <w:t>رسول اللہ اول وقت میں نماز عشاء کی پڑھتے تھے اور سو جائے ادمی اج کل کیا ہے یا تو نماز پڑھیں گے دیر میں یا اگر پڑھ لیا تو بہت دیر تک گپ شپ کرتے ہیں ادھر ادھر کی باتیں یہ وہ یہ وہ یہ وہ یہ نہ کرے ادمی</w:t>
      </w:r>
    </w:p>
    <w:p>
      <w:r>
        <w:rPr>
          <w:b/>
        </w:rPr>
        <w:t xml:space="preserve">[1:15:46] </w:t>
      </w:r>
      <w:r>
        <w:t>awwal waqt mein isha ki namaz padh ke so jaye so ke jab uthta hai aadmi to fresh hota hai fresh hota hai</w:t>
      </w:r>
    </w:p>
    <w:p>
      <w:pPr>
        <w:jc w:val="right"/>
      </w:pPr>
      <w:r>
        <w:t>اول وقت میں عشاء کی نماز پڑھ کے سو جائے سو کے جب اٹھتا ہے ادمی تو فریش ہوتا ہے فریش ہوتا ہے</w:t>
      </w:r>
    </w:p>
    <w:p>
      <w:r>
        <w:rPr>
          <w:b/>
        </w:rPr>
        <w:t xml:space="preserve">[1:15:54] </w:t>
      </w:r>
      <w:r>
        <w:t>wohi dua ka asli waqt hai jab aap fresh ho jab aap hon to ek neend le kar ke uth kar ke dua karna jo kuch bhi karna hai woh karna mein samajhta hoon yahi sahi tareeqa hai wasay koi raat bhar jage to jagta rahe bhai to koi mana nahi hai</w:t>
      </w:r>
    </w:p>
    <w:p>
      <w:pPr>
        <w:jc w:val="right"/>
      </w:pPr>
      <w:r>
        <w:t>وہی دعا کا اصلی وقت ہے جب اپ فریش ہو جب اپ ہوں تو ایک نیند لے کر کے اٹھ کر کے دعا کرنا جو کچھ بھی کرنا ہے وہ کرنا میں سمجھتا ہوں یہی صحیح طریقہ ہے ویسے کوئی رات بھر جگے تو جگتا رہے بھئی تو کوئی منع نہیں ہے</w:t>
      </w:r>
    </w:p>
    <w:p>
      <w:r>
        <w:rPr>
          <w:b/>
        </w:rPr>
        <w:t xml:space="preserve">[1:16:15] </w:t>
      </w:r>
      <w:r>
        <w:t>there is an other question the person is not mentioned his or her name</w:t>
      </w:r>
    </w:p>
    <w:p>
      <w:pPr>
        <w:jc w:val="right"/>
      </w:pPr>
      <w:r>
        <w:t>دیر از ان ادر کوئسچن دی پرسن از ناٹ مینشنڈ ہز اور ہر نیم</w:t>
      </w:r>
    </w:p>
    <w:p>
      <w:r>
        <w:rPr>
          <w:b/>
        </w:rPr>
        <w:t xml:space="preserve">[1:16:20] </w:t>
      </w:r>
      <w:r>
        <w:t>maulana how do you acknowledge that today today night is the night of destiny</w:t>
      </w:r>
    </w:p>
    <w:p>
      <w:pPr>
        <w:jc w:val="right"/>
      </w:pPr>
      <w:r>
        <w:t>مولانا ہاؤ ڈو یو ایکنالج دیٹ ٹوڈے ٹوڈے نائٹ از دی نائٹ اف ڈیسٹینی</w:t>
      </w:r>
    </w:p>
    <w:p>
      <w:r>
        <w:rPr>
          <w:b/>
        </w:rPr>
        <w:t xml:space="preserve">[1:16:32] </w:t>
      </w:r>
      <w:r>
        <w:t>acknowledge ki baat correct nahi hai yahan par hmm kehna yeh chahte hain ke aap kaise certainly ke sath aap keh rahe hain acknowledge correct sahi nahi yahan par to behrahal mein certainly to keh nahi raha hoon certainty ke sath to keh nahi raha hoon</w:t>
      </w:r>
    </w:p>
    <w:p>
      <w:pPr>
        <w:jc w:val="right"/>
      </w:pPr>
      <w:r>
        <w:t>ایکنالج کی بات کور صحیح نہیں ہے یہاں پر ہمم کہنا یہ چاہتے ہیں کہ اپ کیسے سرٹینلی کے ساتھ اپ کہہ رہے ہیں ایکنالج کور صحیح نہیں یہاں پر تو بہرحال میں سرٹینلی تو کہہ نہیں رہا ہوں سرٹینٹی کے ساتھ تو کہہ نہیں رہا ہوں</w:t>
      </w:r>
    </w:p>
    <w:p>
      <w:r>
        <w:rPr>
          <w:b/>
        </w:rPr>
        <w:t xml:space="preserve">[1:16:51] </w:t>
      </w:r>
      <w:r>
        <w:t>probability ke saath keh raha hoon probability</w:t>
      </w:r>
    </w:p>
    <w:p>
      <w:pPr>
        <w:jc w:val="right"/>
      </w:pPr>
      <w:r>
        <w:t>پراببلیٹی کے ساتھ کہہ رہا ہوں پراببلی</w:t>
      </w:r>
    </w:p>
    <w:p>
      <w:r>
        <w:rPr>
          <w:b/>
        </w:rPr>
        <w:t xml:space="preserve">[1:16:55] </w:t>
      </w:r>
      <w:r>
        <w:t>This night is Laylatul Qadr. Main yeh kehta hoon, probability, certainty ke saath main nahi keh raha hoon.</w:t>
      </w:r>
    </w:p>
    <w:p>
      <w:pPr>
        <w:jc w:val="right"/>
      </w:pPr>
      <w:r>
        <w:t>دس نائٹ از لیلۃ القدر میں یہ کہتا ہوں پراببلیٹی سرٹینٹی کے ساتھ میں نہیں کہہ رہا ہوں</w:t>
      </w:r>
    </w:p>
    <w:p>
      <w:r>
        <w:rPr>
          <w:b/>
        </w:rPr>
        <w:t xml:space="preserve">[1:17:03] </w:t>
      </w:r>
      <w:r>
        <w:t>certainty ke sath to poori history mein koi jaan nahin sakta tha</w:t>
      </w:r>
    </w:p>
    <w:p>
      <w:pPr>
        <w:jc w:val="right"/>
      </w:pPr>
      <w:r>
        <w:t>سرٹینٹی کے ساتھ تو پوری ہسٹری میں کوئی جان نہیں سکتا تھا</w:t>
      </w:r>
    </w:p>
    <w:p>
      <w:r>
        <w:rPr>
          <w:b/>
        </w:rPr>
        <w:t xml:space="preserve">[1:17:07] </w:t>
      </w:r>
      <w:r>
        <w:t>khud rasool Allah ko bhi pata nahin tha certainty ke sath jaisa ke maine hadith sunai aap</w:t>
      </w:r>
    </w:p>
    <w:p>
      <w:pPr>
        <w:jc w:val="right"/>
      </w:pPr>
      <w:r>
        <w:t>خود رسول اللہ کو بھی پتہ نہیں تھا سرٹینٹی کے ساتھ جیسا کہ میں نے حدیث سنائی اپ</w:t>
      </w:r>
    </w:p>
    <w:p>
      <w:r>
        <w:rPr>
          <w:b/>
        </w:rPr>
        <w:t xml:space="preserve">[1:17:11] </w:t>
      </w:r>
      <w:r>
        <w:t>ko ke rasool Allah ko Allah taala ne bata diya ke is raat ko hai shab qadar phir</w:t>
      </w:r>
    </w:p>
    <w:p>
      <w:pPr>
        <w:jc w:val="right"/>
      </w:pPr>
      <w:r>
        <w:t>کو کہ رسول اللہ کو اللہ تعالی نے بتا دیا کہ اس رات کو ہے شب قدر پھر</w:t>
      </w:r>
    </w:p>
    <w:p>
      <w:r>
        <w:rPr>
          <w:b/>
        </w:rPr>
        <w:t xml:space="preserve">[1:17:18] </w:t>
      </w:r>
      <w:r>
        <w:t>utha liya is ko to rasool Allah ko bhi is se unaware ho gaye</w:t>
      </w:r>
    </w:p>
    <w:p>
      <w:pPr>
        <w:jc w:val="right"/>
      </w:pPr>
      <w:r>
        <w:t>اٹھا لیا اس کو تو رسول اللہ کو بھی اس سے ان ایویر ہو گئے</w:t>
      </w:r>
    </w:p>
    <w:p>
      <w:r>
        <w:rPr>
          <w:b/>
        </w:rPr>
        <w:t xml:space="preserve">[1:17:22] </w:t>
      </w:r>
      <w:r>
        <w:t>to yaad rakhen certainty ke sath na koi kisi ko koi janta na keh sakta lekin probability ke sach mein to keh sakta hai aadmi to wohi mein keh raha hoon kai yani is mein kai kulo jo hain woh jab mujhe mile to woh maine bataya aap ko is liye mein kehta hoon ke ke probably mein kehta hoon ke aaj ki raat jo hai woh shab qadar hai</w:t>
      </w:r>
    </w:p>
    <w:p>
      <w:pPr>
        <w:jc w:val="right"/>
      </w:pPr>
      <w:r>
        <w:t>تو یاد رکھیں سرٹینٹی کے ساتھ نہ کوئی کسی کو کوئی جانتا نہ کہہ سکتا لیکن پراببلیٹی کے سچ میں تو کہہ سکتا ہے ادمی تو وہی میں کہہ رہا ہوں کئی یعنی اس میں کئی کلو جو ہیں وہ جب مجھے ملے تو وہ میں نے بتایا اپ کو اس لیے میں کہتا ہوں کہ کہ پراببلی میں کہتا ہوں کہ اج کی رات جو ہے وہ شب قدر ہے</w:t>
      </w:r>
    </w:p>
    <w:p>
      <w:r>
        <w:rPr>
          <w:b/>
        </w:rPr>
        <w:t xml:space="preserve">[1:17:50] </w:t>
      </w:r>
      <w:r>
        <w:t>my two more questions that the person has mentioned ah one is how is monotheism of islam different from that of judaism and secondly in the quran it is mere to koi concept nahi hai theology mein judaism bhai judaism as compared to monotheism to hai nahi judaism to ek religion hai aap dekhen jo monotheism ka concept aap padhen phir se</w:t>
      </w:r>
    </w:p>
    <w:p>
      <w:pPr>
        <w:jc w:val="right"/>
      </w:pPr>
      <w:r>
        <w:t>میرا ٹو مور کوئسچنز دیٹ دی پرسن ہیز مینشن اہ ون از ہاؤ از مونوتھیزم اف اسلام ڈفرنٹ فرام دیٹ اف جوئزم اینڈ سیکنڈلی ان دی قران اٹ از میرے تو کوئی کانسیپٹ نہیں ہے تھیلجی میں جوڈائزم بھائی جوڈائزم ایز کمپیر ٹو مونیتھزم تو ہے نہیں جوڈائزم تو ایک ریلیجن ہے اپ دیکھیں جو مونیتھزم کا کانسیپٹ اپ پڑھیں پھر سے</w:t>
      </w:r>
    </w:p>
    <w:p>
      <w:r>
        <w:rPr>
          <w:b/>
        </w:rPr>
        <w:t xml:space="preserve">[1:18:18] </w:t>
      </w:r>
      <w:r>
        <w:t>maulana he wants to know what is the concept of monotheism in islam as well as in judaism are they different haan yeh theek hai haan ke islam ka monotheism judaism monotheism ka difference hai yeh keh rahe hain woh ji basically koi difference nahi hai basically koi difference nahi hai</w:t>
      </w:r>
    </w:p>
    <w:p>
      <w:pPr>
        <w:jc w:val="right"/>
      </w:pPr>
      <w:r>
        <w:t>مولانا ہی وانٹس ٹو نو واٹ از دی کانسیپٹ اف مونیتھزم ان اسلام ایز ویل ایز ان جوڈیزم ار دے ڈفرنٹ ہاں یہ ٹھیک ہے ہاں کہ اسلام کا مونوتھیزم جوڈائز مونوتھیزم کا ڈفرنس ہے یہ کہہ رہے ہیں وہ جی بیسیکلی کوئی ڈفرنس نہیں ہے بیسیکلی کوئی ڈفرنس نہیں ہے</w:t>
      </w:r>
    </w:p>
    <w:p>
      <w:r>
        <w:rPr>
          <w:b/>
        </w:rPr>
        <w:t xml:space="preserve">[1:18:40] </w:t>
      </w:r>
      <w:r>
        <w:t>albata yeh hai ke jewish log jo hain yeh mante hain ke salvation jewish ke liye hai yeh mante hain yeh is tarah likha to nahi bible mein lekin aisa banaya unhonay aur sabhi log is ko yani poori un ka jo un ki jo theological system jo hai us mein yeh cheez maan li gayi hai kyunke woh apne ko kehte hain woh yani chosen people</w:t>
      </w:r>
    </w:p>
    <w:p>
      <w:pPr>
        <w:jc w:val="right"/>
      </w:pPr>
      <w:r>
        <w:t>البتہ یہ ہے کہ جوئش لوگ جو ہیں یہ مانتے ہیں کہ سالویشن جوئیشی کے لیے ہے یہ مانتے ہیں یہ اس طرح لکھا تو نہیں بائبل میں لیکن ایسا بنایا انہوں نے اور سبھی لوگ اس کو یعنی پوری ان کا جو ان کی جو تھیولوجیکل سسٹم جو ہے اس میں یہ چیز مان لی گئی ہے کیونکہ وہ اپنے کو کہتے ہیں وہ یعنی چوزن پیپل</w:t>
      </w:r>
    </w:p>
    <w:p>
      <w:r>
        <w:rPr>
          <w:b/>
        </w:rPr>
        <w:t xml:space="preserve">[1:19:09] </w:t>
      </w:r>
      <w:r>
        <w:t>yeh log apne ko chosen people kehte hain sare jewish log aur yahi aap musalmanon mein aa gaya hai musalmanon apne ko chosen people mante hain lekin yaad rakhen na to musalmanon ke liye woh sahi hai na un ke liye yeh dono jagah baseless hai yeh na musalman chosen people hain na yahudi log chosen people hain sab bilkul bekar baatein hain</w:t>
      </w:r>
    </w:p>
    <w:p>
      <w:pPr>
        <w:jc w:val="right"/>
      </w:pPr>
      <w:r>
        <w:t>یہ لوگ اپنے کو چوزن پیپل کہتے ہیں سارے جوئش لوگ اور یہی اپ مسلمانوں میں اگیا ہے مسلمانوں اپنے کو چوزن پیپل مانتے ہیں لیکن یاد رکھیں نہ تو مسلمانوں کے لیے وہ صحیح ہے نہ ان کے لیے یہ دونوں جگہ بیس لیس ہے یہ نہ مسلمان چوزن پیپل ہیں نہ یہودی لوگ چوزن پیپل ہیں سب بالکل بیکار باتیں ہیں</w:t>
      </w:r>
    </w:p>
    <w:p>
      <w:r>
        <w:rPr>
          <w:b/>
        </w:rPr>
        <w:t xml:space="preserve">[1:19:33] </w:t>
      </w:r>
      <w:r>
        <w:t>yeh khuda par ek allegation hai ke musalmanon ko is ne chosen people bana diya ya yahudiyon ko chosen people bana diya dekhen quran mein saaf saaf hai ke lais be amarikum wa la ahl al kitab yani na to yahud ki wishful thinking se kuch hoga na musalmanon ki wishful thinking se kuch hoga</w:t>
      </w:r>
    </w:p>
    <w:p>
      <w:pPr>
        <w:jc w:val="right"/>
      </w:pPr>
      <w:r>
        <w:t>یہ خدا پر ایک ایلیگیشن ہے کہ مسلمانوں کو اس نے چوزن پیپل بنا دیا یا یہودیوں کو چوزن پیپل بنا دیا دیکھیں قران میں صاف صاف ہے کہ لیس بیاماریکم ولا اہل الکتاب یعنی نہ تو یہود کی وشل تھنکنگ سے کچھ ہوگا نہ مسلمانوں کی وشل تھنکنگ سے کچھ ہوگا</w:t>
      </w:r>
    </w:p>
    <w:p>
      <w:r>
        <w:rPr>
          <w:b/>
        </w:rPr>
        <w:t xml:space="preserve">[1:20:01] </w:t>
      </w:r>
      <w:r>
        <w:t>jo jaisa karega waisa payega to yeh sab cheezein kya hain wishful thinking hain khush fehmi khush gumani wishful thinking to aaj kal ke musalman jo hain woh bhi wishful thinking pade hue hain yahud ki tarah se aur quran mein saaf saaf hai ke na to yahud ki wishful thinking se kuch hone wala hai na musalmanon ki wishful thinking se kuch hone wala hai</w:t>
      </w:r>
    </w:p>
    <w:p>
      <w:pPr>
        <w:jc w:val="right"/>
      </w:pPr>
      <w:r>
        <w:t>جو جیسا کرے گا ویسا پائے گا تو یہ سب چیزیں کیا ہیں وشل تھنکنگ ہیں خوش فہمی خوش گمانی وشل تھنکنگ تو اج کل کے مسلمان جو ہیں وہ بھی وشل تھنکنگ پڑے ہوئے ہیں یہود کی طرح سے اور قران میں صاف صاف ہے کہ نہ تو یہود کی وشل تھنکنگ سے کچھ ہونے والا ہے نہ مسلمانوں کی وشل تھنکنگ سے کچھ ہونے والا ہے</w:t>
      </w:r>
    </w:p>
    <w:p>
      <w:r>
        <w:rPr>
          <w:b/>
        </w:rPr>
        <w:t xml:space="preserve">[1:20:30] </w:t>
      </w:r>
      <w:r>
        <w:t>donon ko ek sath bracket kar diya hai ek sath bracket kar diya hai</w:t>
      </w:r>
    </w:p>
    <w:p>
      <w:pPr>
        <w:jc w:val="right"/>
      </w:pPr>
      <w:r>
        <w:t>دونوں کو ایک ساتھ بریکٹ کر دیا ہے ایک ساتھ بریکٹ کر دیا ہے</w:t>
      </w:r>
    </w:p>
    <w:p>
      <w:r>
        <w:rPr>
          <w:b/>
        </w:rPr>
        <w:t xml:space="preserve">[1:20:38] </w:t>
      </w:r>
      <w:r>
        <w:t>khuda ke haan dekhiye har aadmi ka khud ka jo kiya hai use khud ka karna jo us ko dekha jayega khud aap khud ka khud tum ne kiya kya as a person woh dekha jayega baqi sab jo hai woh wishful thinking hai is ki koi value nahi hai</w:t>
      </w:r>
    </w:p>
    <w:p>
      <w:pPr>
        <w:jc w:val="right"/>
      </w:pPr>
      <w:r>
        <w:t>خدا کے ہاں دیکھیے ہر ادمی کا خود کا جو کیا ہے اسے خود کا کرنا جو اس کو دیکھا جائے گا خود اپ خود کا خود تم نے کیا کیا ایز اے پرسن وہ دیکھا جائے گا باقی سب جو ہے وہ وشل تھنکنگ ہے اس کی کوئی ویلیو نہیں ہے</w:t>
      </w:r>
    </w:p>
    <w:p>
      <w:r>
        <w:rPr>
          <w:b/>
        </w:rPr>
        <w:t xml:space="preserve">[1:21:00] </w:t>
      </w:r>
      <w:r>
        <w:t>the person also wants you to comment on ah what is mentioned in quran about sending durood to the prophet kiya kiya parhiye in the quran it is mentioned to send durood to the prophet please comment haan quran mein hai ke durood ka unhonay mein ne praisize kar diya quran mein bhi hai hadith mein bhi hai aur sare ulma ka is pe amal bhi raha hai lekin durood ka matlab</w:t>
      </w:r>
    </w:p>
    <w:p>
      <w:pPr>
        <w:jc w:val="right"/>
      </w:pPr>
      <w:r>
        <w:t>دی پرسن السو وانٹس یو ٹو کمنٹ ان اہ واٹ از مینشنڈ ان قران اباؤٹ سینڈنگ درود ٹو دی پرافٹ کیا کیا پڑھیے ان دی قران اٹ از مینشنڈ ٹو سینڈ درود ٹو دی پرافٹ پلیز کمنٹ ہاں قران میں ہے کہ درود کا انہوں نے میں نے پریرائز کر دیا قران میں بھی ہے حدیث میں بھی ہے اور سارے علماء کا اس پہ عمل بھی رہا ہے لیکن درود کا مطلب</w:t>
      </w:r>
    </w:p>
    <w:p>
      <w:r>
        <w:rPr>
          <w:b/>
        </w:rPr>
        <w:t xml:space="preserve">[1:21:29] </w:t>
      </w:r>
      <w:r>
        <w:t>kya hai aaj kal jo hai woh durood ko ek mysterious cheez samajhte hain woh bilkul woh</w:t>
      </w:r>
    </w:p>
    <w:p>
      <w:pPr>
        <w:jc w:val="right"/>
      </w:pPr>
      <w:r>
        <w:t>کیا ہے اج کل جو ہے وہ درود کو ایک مسٹیریس چیز سمجھتے ہیں وہ بالکل وہ</w:t>
      </w:r>
    </w:p>
    <w:p>
      <w:r>
        <w:rPr>
          <w:b/>
        </w:rPr>
        <w:t xml:space="preserve">[1:21:35] </w:t>
      </w:r>
      <w:r>
        <w:t>baseless hai yeh koi mysterious cheez nahin hai quran durood</w:t>
      </w:r>
    </w:p>
    <w:p>
      <w:pPr>
        <w:jc w:val="right"/>
      </w:pPr>
      <w:r>
        <w:t>بیس لیس ہے یہ کوئی مسٹیریس چیز نہیں ہے قران درود</w:t>
      </w:r>
    </w:p>
    <w:p>
      <w:r>
        <w:rPr>
          <w:b/>
        </w:rPr>
        <w:t xml:space="preserve">[1:21:40] </w:t>
      </w:r>
      <w:r>
        <w:t>itna parh lo to yeh ho jayega itna parh lo to yeh ho jayega ek durood</w:t>
      </w:r>
    </w:p>
    <w:p>
      <w:pPr>
        <w:jc w:val="right"/>
      </w:pPr>
      <w:r>
        <w:t>اتنا پڑھ لو تو یہ ہو جائے گا اتنا پڑھ لو تو یہ ہو جائے گا ایک درود</w:t>
      </w:r>
    </w:p>
    <w:p>
      <w:r>
        <w:rPr>
          <w:b/>
        </w:rPr>
        <w:t xml:space="preserve">[1:21:43] </w:t>
      </w:r>
      <w:r>
        <w:t>durood tunjina bana rakha hai woh bhi ek bilkul hi yani woh hai invention hai innovation hai woh</w:t>
      </w:r>
    </w:p>
    <w:p>
      <w:pPr>
        <w:jc w:val="right"/>
      </w:pPr>
      <w:r>
        <w:t>درود تنجینہ بنا رکھا ہے وہ بھی ایک بالکل ہی یعنی وہ ہے انوینشن ہے انوویشن ہے وہ</w:t>
      </w:r>
    </w:p>
    <w:p>
      <w:r>
        <w:rPr>
          <w:b/>
        </w:rPr>
        <w:t xml:space="preserve">[1:21:52] </w:t>
      </w:r>
      <w:r>
        <w:t>yeh durood tunjina ja ke chalta hai woh sab innovation hai koi haqeeqat is ki nahin hai pata</w:t>
      </w:r>
    </w:p>
    <w:p>
      <w:pPr>
        <w:jc w:val="right"/>
      </w:pPr>
      <w:r>
        <w:t>یہ درود تنجینہ جا کے چلتا ہے وہ سب انوویشن ہے کوئی حقیقت اس کی نہیں ہے پتہ</w:t>
      </w:r>
    </w:p>
    <w:p>
      <w:r>
        <w:rPr>
          <w:b/>
        </w:rPr>
        <w:t xml:space="preserve">[1:21:56] </w:t>
      </w:r>
      <w:r>
        <w:t>nahin kya samajhte hain durood tunjina ko</w:t>
      </w:r>
    </w:p>
    <w:p>
      <w:pPr>
        <w:jc w:val="right"/>
      </w:pPr>
      <w:r>
        <w:t>نہیں کیا سمجھتے ہیں درود تنجینہ کو</w:t>
      </w:r>
    </w:p>
    <w:p>
      <w:r>
        <w:rPr>
          <w:b/>
        </w:rPr>
        <w:t xml:space="preserve">[1:21:59] </w:t>
      </w:r>
      <w:r>
        <w:t>aur kitaben chhapi hui hain ji wajah qism ki</w:t>
      </w:r>
    </w:p>
    <w:p>
      <w:pPr>
        <w:jc w:val="right"/>
      </w:pPr>
      <w:r>
        <w:t>اور کتابیں چھپی ہوئی ہیں جی وجہ قسم کی</w:t>
      </w:r>
    </w:p>
    <w:p>
      <w:r>
        <w:rPr>
          <w:b/>
        </w:rPr>
        <w:t xml:space="preserve">[1:22:04] </w:t>
      </w:r>
      <w:r>
        <w:t>ek woh to yeh sab bilkul baseless hai durood ka matlab yaad rakhen sirf itna hi hai</w:t>
      </w:r>
    </w:p>
    <w:p>
      <w:pPr>
        <w:jc w:val="right"/>
      </w:pPr>
      <w:r>
        <w:t>ایک وہ تو یہ سب بالکل بیس لیس ہے درود کا مطلب یاد رکھیں صرف اتنا ہی ہے</w:t>
      </w:r>
    </w:p>
    <w:p>
      <w:r>
        <w:rPr>
          <w:b/>
        </w:rPr>
        <w:t xml:space="preserve">[1:22:10] </w:t>
      </w:r>
      <w:r>
        <w:t>ke hum acknowledge karte hain ke ke rasool Allah ne</w:t>
      </w:r>
    </w:p>
    <w:p>
      <w:pPr>
        <w:jc w:val="right"/>
      </w:pPr>
      <w:r>
        <w:t>کہ ہم ایکنالج کرتے ہیں کہ کہ رسول اللہ نے</w:t>
      </w:r>
    </w:p>
    <w:p>
      <w:r>
        <w:rPr>
          <w:b/>
        </w:rPr>
        <w:t xml:space="preserve">[1:22:14] </w:t>
      </w:r>
      <w:r>
        <w:t>bahut zabardast aap zara to ghor kijiye ke rasool Allah ne kitni sacrifice ki hai</w:t>
      </w:r>
    </w:p>
    <w:p>
      <w:pPr>
        <w:jc w:val="right"/>
      </w:pPr>
      <w:r>
        <w:t>بہت زبردست اپ ذرا تو غور کیجئے کہ رسول اللہ نے کتنی سیکریفائس کی ہے</w:t>
      </w:r>
    </w:p>
    <w:p>
      <w:r>
        <w:rPr>
          <w:b/>
        </w:rPr>
        <w:t xml:space="preserve">[1:22:21] </w:t>
      </w:r>
      <w:r>
        <w:t>ke aap ko ek bar aap ke dushmanon ne pathar mara</w:t>
      </w:r>
    </w:p>
    <w:p>
      <w:pPr>
        <w:jc w:val="right"/>
      </w:pPr>
      <w:r>
        <w:t>کہ اپ کو ایک بار اپ کے دشمنوں نے پتھر مارا</w:t>
      </w:r>
    </w:p>
    <w:p>
      <w:r>
        <w:rPr>
          <w:b/>
        </w:rPr>
        <w:t xml:space="preserve">[1:22:25] </w:t>
      </w:r>
      <w:r>
        <w:t>aur aap ke dant toot gaye</w:t>
      </w:r>
    </w:p>
    <w:p>
      <w:pPr>
        <w:jc w:val="right"/>
      </w:pPr>
      <w:r>
        <w:t>اور اپ کے دانت ٹوٹ گئے</w:t>
      </w:r>
    </w:p>
    <w:p>
      <w:r>
        <w:rPr>
          <w:b/>
        </w:rPr>
        <w:t xml:space="preserve">[1:22:29] </w:t>
      </w:r>
      <w:r>
        <w:t>aap sochen ke jab yeh daant itna fix rehta hai itna fix rehta hai kahin se toota woh mera ek daant jo hai thora hil raha tha to main doctor kumar yahan par gaya un ke paas unhonay kaha bhai is ko nikalna parega to unhonay kaha achi baat hai bhai nikal dijiye to aap taajub karen ke unhonay jo nikalne ka woh hota hai lekin nikala nikalne nahi woh abhi bhi woh sahi pada hua hai woh itna fix hota hai k</w:t>
      </w:r>
    </w:p>
    <w:p>
      <w:pPr>
        <w:jc w:val="right"/>
      </w:pPr>
      <w:r>
        <w:t>اپ سوچیں کہ جب یہ دانت اتنا فکس رہتا ہے اتنا فکس رہتا ہے کہیں سے ٹوٹا وہ میرا ایک دانت جو ہے تھوڑا ہل رہا تھا تو میں ڈاکٹر کمار یہاں پر گیا ان کے پاس انہوں نے کہا بھئی اس کو نکالنا پڑے گا تو انہوں نے کہا اچھی بات ہے بھئی نکال دیجئے تو اپ تعجب کریں کہ انہوں نے جو نکالنے کا وہ ہوتا ہے لیکن نکالا نکلنے نہیں وہ ابھی بھی وہ صحیح پڑا ہوا ہے وہ اتنا فکس ہوتا ہے ک</w:t>
      </w:r>
    </w:p>
    <w:p>
      <w:r>
        <w:rPr>
          <w:b/>
        </w:rPr>
        <w:t xml:space="preserve">[1:22:58] </w:t>
      </w:r>
      <w:r>
        <w:t>saal ho gaye doctor kumar jo yahin rehte hain yeh kya naam hai yeh colony hai yeh sundar nagar mein to unhonay woh nikalne ke liye kheenchne ke liye jo cheez hoti hai us ko daal kar ke kheenchha aur nikli hi nahi woh to maine kaha bhai chhod dijiye abhi tak mashallah woh sahi hai woh mein manjan istemal karta hoon us se woh ka dard wagera nahi hota</w:t>
      </w:r>
    </w:p>
    <w:p>
      <w:pPr>
        <w:jc w:val="right"/>
      </w:pPr>
      <w:r>
        <w:t>ئی برس ہو گئے ڈاکٹر کمار جو یہیں رہتے ہیں یہ کیا نام ہے یہ کالنی ہے یہ سندر نگر میں تو انہوں نے وہ نکالنے کے لیے کھینچنے کے لیے جو چیز ہوتی ہے اس کو ڈال کر کے کھینچا اور نکلی ہی نہیں وہ تو میں نے کہا بھئی چھوڑ دیجئے ابھی تک ماشاءاللہ وہ صحیح ہے وہ میں منجن استعمال کرتا ہوں اس سے وہ کا درد وغیرہ نہیں ہوتا</w:t>
      </w:r>
    </w:p>
    <w:p>
      <w:r>
        <w:rPr>
          <w:b/>
        </w:rPr>
        <w:t xml:space="preserve">[1:23:26] </w:t>
      </w:r>
      <w:r>
        <w:t>itna fix jab hai to aap ke daant toote kaise bahut zabardast chot lagi hogi main sochta hoon ke woh pathar jo mara tha bahut zyada chot lagi hogi lekin chot lagegi to yahan bhi sab yani yahan bhi lagegi yahan bhi lagegi poore munh pe lagegi chunancha bleeding hui bleeding hui to ab bleeding se aap itna weak ho gaye ke aap gir pade</w:t>
      </w:r>
    </w:p>
    <w:p>
      <w:pPr>
        <w:jc w:val="right"/>
      </w:pPr>
      <w:r>
        <w:t>اتنا فکس جب ہے تو اپ کے دانت ٹوٹے کیسے بہت زبردست چوٹ لگی ہوگی میں سوچتا ہوں کہ وہ پتھر جو مارا تھا بہت زیادہ چوٹ لگی ہوگی لیکن چوٹ لگے گی تو یہاں بھی سب یعنی یہاں بھی لگے گی یہاں بھی لگے گی پورے منہ پہ لگے گی چنانچہ بلیڈنگ ہوئی بلیڈنگ ہوئی تو اب بلیڈنگ سے اپ اتنا ویک ہو گئے کہ اپ گر پڑے</w:t>
      </w:r>
    </w:p>
    <w:p>
      <w:r>
        <w:rPr>
          <w:b/>
        </w:rPr>
        <w:t xml:space="preserve">[1:23:51] </w:t>
      </w:r>
      <w:r>
        <w:t>is waqt aap ki zuban se kuch aisi baat nikal gayi thi ke aise log ko kaise salvation milegi jo apne paighambar ko pathar maarein isi waqt farishte la ke roka aap ko aap ko yeh right nahi keh lega nahi keh sakte aap</w:t>
      </w:r>
    </w:p>
    <w:p>
      <w:pPr>
        <w:jc w:val="right"/>
      </w:pPr>
      <w:r>
        <w:t>اس وقت اپ کی زبان سے کچھ ایسی بات نکل گئی تھی کہ ایسے لوگ کو کیسے سالویشن ملے گی جو اپنے پیغمبر کو پتھر ماریں اسی وقت فرشتے لا کے روکا اپ کو اپ کو یہ رائٹ نہیں کہہ لے گا نہیں کہہ سکتے اپ</w:t>
      </w:r>
    </w:p>
    <w:p>
      <w:r>
        <w:rPr>
          <w:b/>
        </w:rPr>
        <w:t xml:space="preserve">[1:24:12] </w:t>
      </w:r>
      <w:r>
        <w:t>aap bad dua nahi kar sakte</w:t>
      </w:r>
    </w:p>
    <w:p>
      <w:pPr>
        <w:jc w:val="right"/>
      </w:pPr>
      <w:r>
        <w:t>اپ بد دعا نہیں کر سکتے</w:t>
      </w:r>
    </w:p>
    <w:p>
      <w:r>
        <w:rPr>
          <w:b/>
        </w:rPr>
        <w:t xml:space="preserve">[1:24:15] </w:t>
      </w:r>
      <w:r>
        <w:t>to woh woh paighambar jo blood mein nahaya hua tha phir us ne apne ko correct kiya correct kiya kaha ke rabaghfir</w:t>
      </w:r>
    </w:p>
    <w:p>
      <w:pPr>
        <w:jc w:val="right"/>
      </w:pPr>
      <w:r>
        <w:t>تو وہ وہ پیغمبر جو بلڈ میں نہایا ہوا تھا پھر اس نے اپنے کو کریکٹ کیا کریکٹ کیا کہا کہ رب اغفر</w:t>
      </w:r>
    </w:p>
    <w:p>
      <w:r>
        <w:rPr>
          <w:b/>
        </w:rPr>
        <w:t xml:space="preserve">[1:24:31] </w:t>
      </w:r>
      <w:r>
        <w:t>rabbe qaumi la khudae in logon ko guidance de in ko hidayat de kyunke woh jante nahi hain</w:t>
      </w:r>
    </w:p>
    <w:p>
      <w:pPr>
        <w:jc w:val="right"/>
      </w:pPr>
      <w:r>
        <w:t>ربہ قومی لا خدائے ان لوگوں کو گائیڈنس دے ان کو ہدایت دے کیونکہ وہ جانتے نہیں ہیں</w:t>
      </w:r>
    </w:p>
    <w:p>
      <w:r>
        <w:rPr>
          <w:b/>
        </w:rPr>
        <w:t xml:space="preserve">[1:24:42] </w:t>
      </w:r>
      <w:r>
        <w:t>aap ghor kijiye khoon beh raha hai tab bhi paighambar ko allow nahi hai ke woh bad dua kare aaj kal masjidon mein bad dua hoti hai to gunah hai gunah yeh masjidon mein bad dua yahan sirf america tak bad dua hoti hai main jis country mein gaya wahan masjidon mein bad duaen ho rahi hain yeh to gunah hai aap ghor kijiye paighambar ke khoon beh raha hai</w:t>
      </w:r>
    </w:p>
    <w:p>
      <w:pPr>
        <w:jc w:val="right"/>
      </w:pPr>
      <w:r>
        <w:t>اپ غور کیجئے خون بہہ رہا ہے تب بھی پیغمبر کو الاؤ نہیں ہے کہ وہ بددعا کرے اج کل مسجدوں میں بد دعا ہوتی ہے تو گناہ ہے گناہ یہ مسجدوں میں بد دعا یہاں صرف امریکہ تک بد دعا ہوتی ہے میں جس کنٹری میں گیا وہاں مسجدوں میں بد دعائیں ہو رہی ہیں یہ تو گناہ ہے اپ غور کیجئے پیغمبر کے خون بہہ رہا ہے</w:t>
      </w:r>
    </w:p>
    <w:p>
      <w:r>
        <w:rPr>
          <w:b/>
        </w:rPr>
        <w:t xml:space="preserve">[1:25:07] </w:t>
      </w:r>
      <w:r>
        <w:t>itni bleeding hui ke woh weak ho gaya aur aap ko allow nahi ke aap bad dua karein</w:t>
      </w:r>
    </w:p>
    <w:p>
      <w:pPr>
        <w:jc w:val="right"/>
      </w:pPr>
      <w:r>
        <w:t>اتنی بلیڈنگ ہوئی کہ وہ ویک ہو گیا اور اپ کو الاؤ نہیں کہ اپ بد دعا کریں</w:t>
      </w:r>
    </w:p>
    <w:p>
      <w:r>
        <w:rPr>
          <w:b/>
        </w:rPr>
        <w:t xml:space="preserve">[1:25:16] </w:t>
      </w:r>
      <w:r>
        <w:t>itna sacrifice kar ke aap ne is deen ko qaim kiya</w:t>
      </w:r>
    </w:p>
    <w:p>
      <w:pPr>
        <w:jc w:val="right"/>
      </w:pPr>
      <w:r>
        <w:t>اتنا سیکریفائس کر کے اپ نے اس دین کو قائم کیا</w:t>
      </w:r>
    </w:p>
    <w:p>
      <w:r>
        <w:rPr>
          <w:b/>
        </w:rPr>
        <w:t xml:space="preserve">[1:25:23] </w:t>
      </w:r>
      <w:r>
        <w:t>quran jab utarta tha to khuda ke kalam ko lena mamooli kaam samajhte hain aap mamooli kaam baat samajhte hain aap is ko</w:t>
      </w:r>
    </w:p>
    <w:p>
      <w:pPr>
        <w:jc w:val="right"/>
      </w:pPr>
      <w:r>
        <w:t>قران جب اترتا تھا تو خدا کے کلام کو لینا معمولی کام سمجھتے ہیں اپ معمولی کام بات سمجھتے ہیں اپ اس کو</w:t>
      </w:r>
    </w:p>
    <w:p>
      <w:r>
        <w:rPr>
          <w:b/>
        </w:rPr>
        <w:t xml:space="preserve">[1:25:37] </w:t>
      </w:r>
      <w:r>
        <w:t>ek sahabi kehte hain ke rasool Allah ek baar mere upar takiya laga kar let gaye the isi waqt quran ka kuch hissa utra to woh kehte hain ke jaise lagta hai ke mera mera yani itna bojh se dab gaya main ke shayad meri hadiyan toot jayengi meri hadiyan toot jayengi to kya kiya aur kya kiya aur kya kiya museebatein sahi aap ne</w:t>
      </w:r>
    </w:p>
    <w:p>
      <w:pPr>
        <w:jc w:val="right"/>
      </w:pPr>
      <w:r>
        <w:t>ایک صحابی کہتے ہیں کہ رسول اللہ ایک بار میرے اوپر تکیہ لگا کر لیٹ گئے تھے اسی وقت قران کا کچھ حصہ اترا تو وہ کہتے ہیں کہ جیسے لگتا ہے کہ میرا میرا یعنی اتنا بوجھ سے دب گیا میں کہ شاید میری ہڈیاں ٹوٹ جائیں گی میری ہڈیاں ٹوٹ جائیں گی تو کیا کیا اور کیا کیا اور کیا کیا مصیبتیں سہی اپ نے</w:t>
      </w:r>
    </w:p>
    <w:p>
      <w:r>
        <w:rPr>
          <w:b/>
        </w:rPr>
        <w:t xml:space="preserve">[1:26:04] </w:t>
      </w:r>
      <w:r>
        <w:t>tab ja kar hamein ek preserved religion mila quran mila is ko hum acknowledge karte hain rasool Allah ke liye dua karte hain</w:t>
      </w:r>
    </w:p>
    <w:p>
      <w:pPr>
        <w:jc w:val="right"/>
      </w:pPr>
      <w:r>
        <w:t>تب جا کر ہمیں ایک پریزرو ریلیجن ملا قران ملا اس کو ہم ایکنالج کرتے ہیں رسول اللہ کے لیے دعا کرتے ہیں</w:t>
      </w:r>
    </w:p>
    <w:p>
      <w:r>
        <w:rPr>
          <w:b/>
        </w:rPr>
        <w:t xml:space="preserve">[1:26:17] </w:t>
      </w:r>
      <w:r>
        <w:t>isi ka naam hai durood baqi yeh sab bilkul baseless kitabein chapti hain idhar udhar durood ke bahut mysterious faayde batate hain woh sab kuch bhi nahi kuch bhi is ki haqeeqat nahi hai na quran mein na hadith mein hai logon ne bana rakha hai</w:t>
      </w:r>
    </w:p>
    <w:p>
      <w:pPr>
        <w:jc w:val="right"/>
      </w:pPr>
      <w:r>
        <w:t>اسی کا نام ہے درود باقی یہ سب بالکل بے بیس لیس کتابیں چھپتی ہیں ادھر ادھر درود کے بہت مسٹیریس فائدے بتاتے ہیں وہ سب کچھ بھی نہیں کچھ بھی اس کی حقیقت نہیں ہے نہ قران میں نہ حدیث میں ہے لوگوں نے بنا رکھا ہے</w:t>
      </w:r>
    </w:p>
    <w:p>
      <w:r>
        <w:rPr>
          <w:b/>
        </w:rPr>
        <w:t xml:space="preserve">[1:26:34] </w:t>
      </w:r>
      <w:r>
        <w:t>das question is from muhammad zubair Maulana is there any reference of tarawih in quran</w:t>
      </w:r>
    </w:p>
    <w:p>
      <w:pPr>
        <w:jc w:val="right"/>
      </w:pPr>
      <w:r>
        <w:t>دس کوئسچن از فرام محمد زبیر مولانا از دیر اینی ریفرنس اف تراویح ان قران</w:t>
      </w:r>
    </w:p>
    <w:p>
      <w:r>
        <w:rPr>
          <w:b/>
        </w:rPr>
        <w:t xml:space="preserve">[1:26:44] </w:t>
      </w:r>
      <w:r>
        <w:t>dekhein quran mein tarawih ka reference nahi hai tarawih na rasool Allah ne padhi na abu hazrat abubakar ne padhi tarawih shuru hui thi hazrat umar ke zamane mein to kitab mein aata hai ke tarawih masjid mein ho rahi thi yani madine ki masjid nabwi mein</w:t>
      </w:r>
    </w:p>
    <w:p>
      <w:pPr>
        <w:jc w:val="right"/>
      </w:pPr>
      <w:r>
        <w:t>دیکھیں قران میں تراویح کا ریفرنس نہیں ہے تراویح نہ رسول اللہ نے پڑھی نہ ابو حضرت ابوبکر نے پڑھی تراویح شروع ہوئی تھی حضرت عمر کے زمانے میں تو کتاب میں اتا ہے کہ تراویح مسجد میں ہو رہی تھی یعنی مدینے کی مسجد نبوی میں</w:t>
      </w:r>
    </w:p>
    <w:p>
      <w:r>
        <w:rPr>
          <w:b/>
        </w:rPr>
        <w:t xml:space="preserve">[1:27:02] </w:t>
      </w:r>
      <w:r>
        <w:t>to umar hazrat umar raaton ko woh karte the yani round lete the gasht karte the to raat ko woh nikle round lene ke liye to masjid ke samne pahunche to wahan par log namaz padh rahe the to bataya gaya ke yeh log tarawih padh rahe hain</w:t>
      </w:r>
    </w:p>
    <w:p>
      <w:pPr>
        <w:jc w:val="right"/>
      </w:pPr>
      <w:r>
        <w:t>تو عمر حضرت عمر راتوں کو وہ کرتے تھے یعنی راؤنڈ لیتے تھے گشت کرتے تھے تو رات کو وہ نکلے راؤنڈ لینے کے لیے تو مسجد کے سامنے پہنچے تو وہاں پر لوگ نماز پڑھ رہے تھے تو بتایا گیا کہ یہ لوگ تراویح پڑھ رہے ہیں</w:t>
      </w:r>
    </w:p>
    <w:p>
      <w:r>
        <w:rPr>
          <w:b/>
        </w:rPr>
        <w:t xml:space="preserve">[1:27:24] </w:t>
      </w:r>
      <w:r>
        <w:t>to us waqt hazrat umar jo khalifa the second khalifa the unhone kaha ke naimul bidah naimul bidah hai to yeh innovation lekin phir bhi theek hai achha hai naimul bidah khud is mein shareek nahi hue woh khud nahi gaye is mein</w:t>
      </w:r>
    </w:p>
    <w:p>
      <w:pPr>
        <w:jc w:val="right"/>
      </w:pPr>
      <w:r>
        <w:t>تو اس وقت حضرت عمر جو خلیفہ تھے سیکنڈ کیلیف تھے انہوں نے کہا کہ نعم البدعت نعم البدعت ہے تو یہ انوویشن لیکن پھر بھی ٹھیک ہے اچھا ہے نعم البدعت خود اس میں شریک نہیں ہوئے وہ خود نہیں گئے اس میں</w:t>
      </w:r>
    </w:p>
    <w:p>
      <w:r>
        <w:rPr>
          <w:b/>
        </w:rPr>
        <w:t xml:space="preserve">[1:27:49] </w:t>
      </w:r>
      <w:r>
        <w:t>to yaad rakhein asal jo hai cheez islam mein woh hai tahajjud asal cheez tahajjud hai is tahajjud ko logon ne kya kiya hai ke isha se pehle padh lete hain congregational way mein bas yeh hai baqi tarawih quran mein nahi hai das question is from doctor abro aman</w:t>
      </w:r>
    </w:p>
    <w:p>
      <w:pPr>
        <w:jc w:val="right"/>
      </w:pPr>
      <w:r>
        <w:t>تو یاد رکھیں اصل جو ہے چیز اسلام میں وہ ہے تہجد اصل چیز تہجد ہے اس تہجد کو لوگوں نے کیا کیا ہے کہ عشاء سے پہلے پڑھ لیتے ہیں کانگریگیشنل وے میں بس یہ ہے باقی تراویح قران میں نہیں ہے دس کوئسچن از فرام ڈاکٹر ابرو امان</w:t>
      </w:r>
    </w:p>
    <w:p>
      <w:r>
        <w:rPr>
          <w:b/>
        </w:rPr>
        <w:t xml:space="preserve">[1:28:12] </w:t>
      </w:r>
      <w:r>
        <w:t>wahy aur revelation came to prophet Muhammad through some forms that is through angel jibril through dreams and through ringing of the bell Maulana please throw some light on the ringing of the bell humne to suna nahi yeh to rasool Allah ne suna aap ne bataya yeh to hum is ko explain nahi kar sakte yeh to hamare explain karne ki cheez nahi hai</w:t>
      </w:r>
    </w:p>
    <w:p>
      <w:pPr>
        <w:jc w:val="right"/>
      </w:pPr>
      <w:r>
        <w:t>وحی اور ریولیشن کیم ٹو پرافٹ محمد تھرو سم فارمز دیٹ از تھرو اینجل جبرائیل تھرو ڈریمز اینڈ تھرو رنگنگ اف دا بیل مولانا پلیز تھرو سم لائٹ ان دی رنگنگ اف دا بیل ہم نے تو سنا نہیں یہ تو رسول اللہ نے سنا اپ نے بتایا یہ تو ہم اس کو ایکسپلین نہیں کر سکتے یہ تو ہمارے ایکسپلین کرنے کی چیز نہیں ہے</w:t>
      </w:r>
    </w:p>
    <w:p>
      <w:r>
        <w:rPr>
          <w:b/>
        </w:rPr>
        <w:t xml:space="preserve">[1:28:41] </w:t>
      </w:r>
      <w:r>
        <w:t>matlab yeh hai ke rasool Allah par jab wahi aati thi to different aap ko experience hota tha</w:t>
      </w:r>
    </w:p>
    <w:p>
      <w:pPr>
        <w:jc w:val="right"/>
      </w:pPr>
      <w:r>
        <w:t>مطلب یہ ہے کہ رسول اللہ پر جب وحی اتی تھی تو ڈفرنٹ اپ کو ایکسپیرینس ہوتا تھا</w:t>
      </w:r>
    </w:p>
    <w:p>
      <w:r>
        <w:rPr>
          <w:b/>
        </w:rPr>
        <w:t xml:space="preserve">[1:28:48] </w:t>
      </w:r>
      <w:r>
        <w:t>is mein se yeh hota tha ke jaise koi ghanti baj rahi ho</w:t>
      </w:r>
    </w:p>
    <w:p>
      <w:pPr>
        <w:jc w:val="right"/>
      </w:pPr>
      <w:r>
        <w:t>اس میں سے یہ ہوتا تھا کہ جیسے کوئی گھنٹی بج رہی ہو</w:t>
      </w:r>
    </w:p>
    <w:p>
      <w:r>
        <w:rPr>
          <w:b/>
        </w:rPr>
        <w:t xml:space="preserve">[1:28:53] </w:t>
      </w:r>
      <w:r>
        <w:t>bas itni hi hum jante hain itni kitabon mein hai is se zyada hum kuch nahin kar sakte</w:t>
      </w:r>
    </w:p>
    <w:p>
      <w:pPr>
        <w:jc w:val="right"/>
      </w:pPr>
      <w:r>
        <w:t>بس اتنی ہی ہم جانتے ہیں اتنی کتابوں میں ہے اس سے زیادہ ہم کچھ نہیں کر سکتے</w:t>
      </w:r>
    </w:p>
    <w:p>
      <w:r>
        <w:rPr>
          <w:b/>
        </w:rPr>
        <w:t xml:space="preserve">[1:28:59] </w:t>
      </w:r>
      <w:r>
        <w:t>یا **this question** از فرام وسیم اختر کیا مرنے کے بعد ادمی کو کسی خاص قبرستان یا کسی</w:t>
      </w:r>
    </w:p>
    <w:p>
      <w:pPr>
        <w:jc w:val="right"/>
      </w:pPr>
      <w:r>
        <w:t>یا دس کوئسچن از فرام وسیم اختر کیا مرنے کے بعد ادمی کو کسی خاص قبرستان یا کسی</w:t>
      </w:r>
    </w:p>
    <w:p>
      <w:r>
        <w:rPr>
          <w:b/>
        </w:rPr>
        <w:t xml:space="preserve">[1:29:08] </w:t>
      </w:r>
      <w:r>
        <w:t>khaas admi ke baghal mein dafan karna chahiye</w:t>
      </w:r>
    </w:p>
    <w:p>
      <w:pPr>
        <w:jc w:val="right"/>
      </w:pPr>
      <w:r>
        <w:t>خاص ادمی کے بغل میں دفن کرنا چاہیے</w:t>
      </w:r>
    </w:p>
    <w:p>
      <w:r>
        <w:rPr>
          <w:b/>
        </w:rPr>
        <w:t xml:space="preserve">[1:29:14] </w:t>
      </w:r>
      <w:r>
        <w:t>dekhein jahan mare wahin dafan kar diya jaye ise main to kahin bahar jata hoon to logon se kehta hoon ke bhai dekho agar mar gaya ho to mera meri body bhejna mat wahan par ke body bhej do india mein bas jahan mar gaya wahin dafan kar do bas qissa khatam marne ke baad aadmi ki body kya hai woh mitti hai jo log pakki qabar banate hain woh to bilkul hi bekar kaam karte hain just like mitti</w:t>
      </w:r>
    </w:p>
    <w:p>
      <w:pPr>
        <w:jc w:val="right"/>
      </w:pPr>
      <w:r>
        <w:t>دیکھیں جہاں مرے وہیں دفن کر دیا جائے اسے میں تو کہیں باہر جاتا ہوں تو لوگوں سے کہتا ہوں کہ بھئی دیکھو اگر مر گیا ہو تو میرا میری باڈی بھیجنا مت وہاں پر کہ باڈی بھیج دو انڈیا میں بس جہاں مر گیا وہیں دفن کر دو بس قصہ ختم مرنے کے بعد ادمی کی باڈی کیا ہے وہ مٹی ہے جو لوگ پکی قبر بناتے ہیں وہ تو بالکل ہی بیکار کام کرتے ہیں جسٹ لائک مٹی</w:t>
      </w:r>
    </w:p>
    <w:p>
      <w:r>
        <w:rPr>
          <w:b/>
        </w:rPr>
        <w:t xml:space="preserve">[1:29:42] </w:t>
      </w:r>
      <w:r>
        <w:t>kuch nahi woh body koi matlab nahi hai log samajhte hain qabron mein jo hai woh jo ja ke wahan poochte hain aur duaen mangte hain woh sab bilkul baseless baatein hain wahan qabron mein kuch bhi nahi hai mitti hai bas to jahan jahan aadmi mare wahin us ko us ko bury kar diya jaye nearest nearest graveyard mein is se zyada aur kuch nahi hai.</w:t>
      </w:r>
    </w:p>
    <w:p>
      <w:pPr>
        <w:jc w:val="right"/>
      </w:pPr>
      <w:r>
        <w:t>کچھ نہیں وہ باڈی کوئی مطلب نہیں ہے لوگ سمجھتے ہیں قبروں میں جو ہے وہ جو جا کے وہاں پوچھتے ہیں اور دعائیں مانگتے ہیں وہ سب بالکل بیس لیس باتیں ہیں وہاں قبروں میں کچھ بھی نہیں ہے مٹی ہے بس تو جہاں جہاں ادمی مرے وہیں اس کو اس کو بری کر دیا جائے نیئرسٹ نیئرسٹ گریو یارڈ میں اس سے زیادہ اور کچھ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