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Distraction is the Source of Destruction August 5, 2007</w:t>
      </w:r>
    </w:p>
    <w:p>
      <w:r>
        <w:t>https://www.youtube.com/watch?v=E5Xo0_emjIs</w:t>
      </w:r>
    </w:p>
    <w:p>
      <w:r>
        <w:rPr>
          <w:b/>
        </w:rPr>
        <w:t xml:space="preserve">[00:13]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[00:27] </w:t>
      </w:r>
      <w:r>
        <w:t>hamara yeh spiritual class bohat barson pehle se chal raha hai.</w:t>
      </w:r>
    </w:p>
    <w:p>
      <w:pPr>
        <w:jc w:val="right"/>
      </w:pPr>
      <w:r>
        <w:t>ہمارا یہ اسپریچول کلاس بہت برسوں پہلے سے چل رہا ہے۔</w:t>
      </w:r>
    </w:p>
    <w:p>
      <w:r>
        <w:rPr>
          <w:b/>
        </w:rPr>
        <w:t xml:space="preserve">[00:37] </w:t>
      </w:r>
      <w:r>
        <w:t>yeh aik bohat hi mukhtalif qism ka class hai. Aap jante hain ke aam taur par log crowd mein yaqeen karte hain, is liye jazbati masail ko lete hain.</w:t>
      </w:r>
    </w:p>
    <w:p>
      <w:pPr>
        <w:jc w:val="right"/>
      </w:pPr>
      <w:r>
        <w:t>یہ ایک بہت ہی مختلف قسم کا کلاس ہے۔ آپ جانتے ہیں کہ عام طور پر لوگ کراؤڈ میں یقین کرتے ہیں، اس لیے جذباتی مسائل کو لیتے ہیں۔</w:t>
      </w:r>
    </w:p>
    <w:p>
      <w:r>
        <w:rPr>
          <w:b/>
        </w:rPr>
        <w:t xml:space="preserve">[00:55] </w:t>
      </w:r>
      <w:r>
        <w:t>jis se masses ka zehni address ho to bohat jald bheer jama ho jati hai. Main kabhi bhi</w:t>
      </w:r>
    </w:p>
    <w:p>
      <w:pPr>
        <w:jc w:val="right"/>
      </w:pPr>
      <w:r>
        <w:t>جس سے ماسز کا ذہنی ایڈریس ہو تو بہت جلد بھیڑ اکٹھی ہو جاتی ہے۔ میں کبھی بھی</w:t>
      </w:r>
    </w:p>
    <w:p>
      <w:r>
        <w:rPr>
          <w:b/>
        </w:rPr>
        <w:t xml:space="preserve">[01:07] </w:t>
      </w:r>
      <w:r>
        <w:t>miqdar mein yaqeen nahi karta tha, main quality mein yaqeen karta tha. To main thri mein Dilli aya to tabhi se mera rohani masla yeh tha ke yahan par koi aik forum bane intellectuals ka.</w:t>
      </w:r>
    </w:p>
    <w:p>
      <w:pPr>
        <w:jc w:val="right"/>
      </w:pPr>
      <w:r>
        <w:t>مقدار میں یقین نہیں کرتا تھا، میں کوالٹی میں یقین کرتا تھا۔ تو میں ٹ ٹھری میں دلی آیا تو تبھی سے میرا روحانی مسئلہ یہ تھا کہ یہاں پر کوئی ایک فورم بنے انٹلیکچوئلز کا۔</w:t>
      </w:r>
    </w:p>
    <w:p>
      <w:r>
        <w:rPr>
          <w:b/>
        </w:rPr>
        <w:t xml:space="preserve">[01:32] </w:t>
      </w:r>
      <w:r>
        <w:t>hamare jo doctor anoo choori hain jo pehle wazir kharij the un se maine baat ki is par aur bohat se logon se baat ki ke dilli mein aisa aik forum chalaya jaye jis mein taleem yafta log ayein.</w:t>
      </w:r>
    </w:p>
    <w:p>
      <w:pPr>
        <w:jc w:val="right"/>
      </w:pPr>
      <w:r>
        <w:t>ہمارے جو ڈاکٹر انو چوری ہیں جو پہلے وزیر خارجہ تھے ان سے میں نے بات کی اس پر اور بہت سے لوگوں سے بات کی کہ دلی میں ایسا ایک فورم چلایا جائے جس میں تعلیم یافتہ لوگ آئیں۔</w:t>
      </w:r>
    </w:p>
    <w:p>
      <w:r>
        <w:rPr>
          <w:b/>
        </w:rPr>
        <w:t xml:space="preserve">[01:50] </w:t>
      </w:r>
      <w:r>
        <w:t>to yeh cheez thori der lagi is ko shuru karne mein, phir bhi janwari do hazar ek mein yeh shuru hua.</w:t>
      </w:r>
    </w:p>
    <w:p>
      <w:pPr>
        <w:jc w:val="right"/>
      </w:pPr>
      <w:r>
        <w:t>تو یہ چیز تھوڑی دیر لگی اس کو شروع کرنے میں، پھر بھی جنوری دو ہزار ایک میں یہ شروع ہوا۔</w:t>
      </w:r>
    </w:p>
    <w:p>
      <w:r>
        <w:rPr>
          <w:b/>
        </w:rPr>
        <w:t xml:space="preserve">[02:03] </w:t>
      </w:r>
      <w:r>
        <w:t>to waise to main pachas baras se isi line mein hoon jab main adam barh mein tha jo meri janambhumi hai, tab se main isi line mein hoon.</w:t>
      </w:r>
    </w:p>
    <w:p>
      <w:pPr>
        <w:jc w:val="right"/>
      </w:pPr>
      <w:r>
        <w:t>تو ویسے تو میں پچاس برس سے اسی لائن میں ہوں جب میں آدم بڑھ میں تھا جو میری جنم بھومی ہے، تب سے میں اسی لائن میں ہوں۔</w:t>
      </w:r>
    </w:p>
    <w:p>
      <w:r>
        <w:rPr>
          <w:b/>
        </w:rPr>
        <w:t xml:space="preserve">[02:14] </w:t>
      </w:r>
      <w:r>
        <w:t>lekin yeh jo class hai jis ko hum kehte hain spiritual class, yeh yahan par janwari do hazar ek se shuru hui.</w:t>
      </w:r>
    </w:p>
    <w:p>
      <w:pPr>
        <w:jc w:val="right"/>
      </w:pPr>
      <w:r>
        <w:t>لیکن یہ جو کلاس ہے جس کو ہم کہتے ہیں اسپریچول کلاس، یہ یہاں پر جنوری دو ہزار ایک سے شروع ہوئی۔</w:t>
      </w:r>
    </w:p>
    <w:p>
      <w:r>
        <w:rPr>
          <w:b/>
        </w:rPr>
        <w:t xml:space="preserve">[02:24] </w:t>
      </w:r>
      <w:r>
        <w:t>is mein main janta hoon ke yeh masses ke mafad ki cheez nahi hoti. hum jin masail ko lete hain woh bohat hi</w:t>
      </w:r>
    </w:p>
    <w:p>
      <w:pPr>
        <w:jc w:val="right"/>
      </w:pPr>
      <w:r>
        <w:t>اس میں میں جانتا ہوں کہ یہ ماسز کے مفاد کی چیز نہیں ہوتی۔ ہم جن مسائل کو لیتے ہیں وہ بہت ہی</w:t>
      </w:r>
    </w:p>
    <w:p>
      <w:r>
        <w:rPr>
          <w:b/>
        </w:rPr>
        <w:t xml:space="preserve">[02:38] </w:t>
      </w:r>
      <w:r>
        <w:t>aap kahiye ke science masail hote hain ya aap spiritual masail keh sakte hain is ko aap. to sirf intellectual log, taleem yafta log hi is mein mafad le sakte hain.</w:t>
      </w:r>
    </w:p>
    <w:p>
      <w:pPr>
        <w:jc w:val="right"/>
      </w:pPr>
      <w:r>
        <w:t>آپ کہیے کہ سائنسی مسائل ہوتے ہیں یا آپ اسپریچول مسائل کہہ سکتے ہیں اس کو آپ۔ تو صرف انٹلیکچوئل لوگ، تعلیم یافتہ لوگ ہی اس میں مفاد لے سکتے ہیں۔</w:t>
      </w:r>
    </w:p>
    <w:p>
      <w:r>
        <w:rPr>
          <w:b/>
        </w:rPr>
        <w:t xml:space="preserve">[02:56] </w:t>
      </w:r>
      <w:r>
        <w:t>to beharhal yeh hamari koshish hai ke aala intellectual level par logon ko rohaniyat ka tajurba ho.</w:t>
      </w:r>
    </w:p>
    <w:p>
      <w:pPr>
        <w:jc w:val="right"/>
      </w:pPr>
      <w:r>
        <w:t>تو بہرحال یہ ہماری کوشش ہے کہ اعلیٰ انٹلیکچوئل لیول پر لوگوں کو روحانیت کا تجربہ ہو۔</w:t>
      </w:r>
    </w:p>
    <w:p>
      <w:r>
        <w:rPr>
          <w:b/>
        </w:rPr>
        <w:t xml:space="preserve">[03:08] </w:t>
      </w:r>
      <w:r>
        <w:t>yeh hamari koshish hoti hai aur isi ke liye hum yeh kar rahe hain kaam. to aaj ka jo mozu hai woh hai destruction is</w:t>
      </w:r>
    </w:p>
    <w:p>
      <w:pPr>
        <w:jc w:val="right"/>
      </w:pPr>
      <w:r>
        <w:t>یہ ہماری کوشش ہوتی ہے اور اسی کے لیے ہم یہ کر رہے ہیں کام۔ تو آج کا جو موضوع ہے وہ ہے ڈسٹرکشن از</w:t>
      </w:r>
    </w:p>
    <w:p>
      <w:r>
        <w:rPr>
          <w:b/>
        </w:rPr>
        <w:t xml:space="preserve">[03:24] </w:t>
      </w:r>
      <w:r>
        <w:t>destruction.</w:t>
      </w:r>
    </w:p>
    <w:p>
      <w:pPr>
        <w:jc w:val="right"/>
      </w:pPr>
      <w:r>
        <w:t>ڈسٹرکشن۔</w:t>
      </w:r>
    </w:p>
    <w:p>
      <w:r>
        <w:rPr>
          <w:b/>
        </w:rPr>
        <w:t xml:space="preserve">[03:28] </w:t>
      </w:r>
      <w:r>
        <w:t>destruction is the source of destruction. matlab destruction jo hota hai zindagi mein ke main line jo aap ki hai us se aap hate hain idhar udhar to kya apne ko district karte hain.</w:t>
      </w:r>
    </w:p>
    <w:p>
      <w:pPr>
        <w:jc w:val="right"/>
      </w:pPr>
      <w:r>
        <w:t>ڈسٹرکشن از دا سورس آف ڈسٹرکشن۔ مطلب ڈسٹرکشن جو ہوتا ہے زندگی میں کہ مین لائن جو آپ کی ہے اس سے آپ ہٹتے ہیں ادھر ادھر تو کیا اپنے کو ڈسٹرکٹ کرتے ہیں۔</w:t>
      </w:r>
    </w:p>
    <w:p>
      <w:r>
        <w:rPr>
          <w:b/>
        </w:rPr>
        <w:t xml:space="preserve">[03:45] </w:t>
      </w:r>
      <w:r>
        <w:t>to mera zindagi bhar yeh tajurba raha ke aksariyat logon ki kya karti hai ke woh kisi na kisi taraf district ho jati hai.</w:t>
      </w:r>
    </w:p>
    <w:p>
      <w:pPr>
        <w:jc w:val="right"/>
      </w:pPr>
      <w:r>
        <w:t>تو میرا زندگی بھر یہ تجربہ رہا کہ اکثریت لوگوں کی کیا کرتی ہے کہ وہ کسی نہ کسی طرف ڈسٹرکٹ ہو جاتی ہے۔</w:t>
      </w:r>
    </w:p>
    <w:p>
      <w:r>
        <w:rPr>
          <w:b/>
        </w:rPr>
        <w:t xml:space="preserve">[03:57] </w:t>
      </w:r>
      <w:r>
        <w:t>to jo un ke andar potential hai us ko woh hasil nahi kar paate.</w:t>
      </w:r>
    </w:p>
    <w:p>
      <w:pPr>
        <w:jc w:val="right"/>
      </w:pPr>
      <w:r>
        <w:t>تو جو ان کے اندر پوٹینشل ہے اس کو وہ حاصل نہیں کر پاتے۔</w:t>
      </w:r>
    </w:p>
    <w:p>
      <w:r>
        <w:rPr>
          <w:b/>
        </w:rPr>
        <w:t xml:space="preserve">[04:03] </w:t>
      </w:r>
      <w:r>
        <w:t>mujhe ek kahawat bohat pasand hai, yeh kahawat hai Hazrat Ali ki jo Islam mein chothe khalifa the.</w:t>
      </w:r>
    </w:p>
    <w:p>
      <w:pPr>
        <w:jc w:val="right"/>
      </w:pPr>
      <w:r>
        <w:t>مجھے ایک کہاوت بہت پسند ہے، یہ کہاوت ہے حضرت علی کی جو اسلام میں چوتھے خلیفہ تھے۔</w:t>
      </w:r>
    </w:p>
    <w:p>
      <w:r>
        <w:rPr>
          <w:b/>
        </w:rPr>
        <w:t xml:space="preserve">[04:16] </w:t>
      </w:r>
      <w:r>
        <w:t>woh bohat hi dana aadmi the, un ki ek kitab hai, moti si kitab hai, uska naam hai nahjul balagha. is mein sari hikmat ki baatein hain.</w:t>
      </w:r>
    </w:p>
    <w:p>
      <w:pPr>
        <w:jc w:val="right"/>
      </w:pPr>
      <w:r>
        <w:t>وہ بہت ہی دانا آدمی تھے، ان کی ایک کتاب ہے، موٹی سی کتاب ہے، اس کا نام ہے نہج البلاغہ۔ اس میں ساری حکمت کی باتیں ہیں۔</w:t>
      </w:r>
    </w:p>
    <w:p>
      <w:r>
        <w:rPr>
          <w:b/>
        </w:rPr>
        <w:t xml:space="preserve">[04:26] </w:t>
      </w:r>
      <w:r>
        <w:t>yeh hum ne madrase mein padhi thi, wahan par ek course ke taur par padhai jati thi hum ko. to beharhal un ki ek kahawat bohat hi mani khez hai, woh yeh hai ke</w:t>
      </w:r>
    </w:p>
    <w:p>
      <w:pPr>
        <w:jc w:val="right"/>
      </w:pPr>
      <w:r>
        <w:t>یہ ہم نے مدرسے میں پڑھی تھی، وہاں پر ایک کورس کے طور پر پڑھائی جاتی تھی ہم کو۔ تو بہرحال ان کی ایک کہاوت بہت ہی معنی خیز ہے، وہ یہ ہے کہ</w:t>
      </w:r>
    </w:p>
    <w:p>
      <w:r>
        <w:rPr>
          <w:b/>
        </w:rPr>
        <w:t xml:space="preserve">[04:43] </w:t>
      </w:r>
      <w:r>
        <w:t>qimatul mar'u ma yuhsin. is ka matlab yeh hai ke the value of a person lies in what he can perform with excellence.</w:t>
      </w:r>
    </w:p>
    <w:p>
      <w:pPr>
        <w:jc w:val="right"/>
      </w:pPr>
      <w:r>
        <w:t>قیمت المرء ما یحسن۔ اس کا مطلب یہ ہے کہ دی ویلیو آف اے پرسن لائیز ان واٹ ہی کین پرفارم ود ایکسیلنس۔</w:t>
      </w:r>
    </w:p>
    <w:p>
      <w:r>
        <w:rPr>
          <w:b/>
        </w:rPr>
        <w:t xml:space="preserve">[05:07] </w:t>
      </w:r>
      <w:r>
        <w:t>aadmi ki qimat is cheez mein hai jis ko woh behtar taur par kar sake. the value of a person lies in what he can perform with excellence.</w:t>
      </w:r>
    </w:p>
    <w:p>
      <w:pPr>
        <w:jc w:val="right"/>
      </w:pPr>
      <w:r>
        <w:t>آدمی کی قیمت اس چیز میں ہے جس کو وہ بہتر طور پر کر سکے۔ دی ویلیو آف اے پرسن لائیز ان واٹ ہی کین پرفارم ود ایکسیلنس۔</w:t>
      </w:r>
    </w:p>
    <w:p>
      <w:r>
        <w:rPr>
          <w:b/>
        </w:rPr>
        <w:t xml:space="preserve">[05:22] </w:t>
      </w:r>
      <w:r>
        <w:t>is par maine bohat ghor kiya. to maine paya ke asal yeh hai ke insan jo Khuda ne paida kiya hai, har insan ke andar koi munfarid khubi hoti hai.</w:t>
      </w:r>
    </w:p>
    <w:p>
      <w:pPr>
        <w:jc w:val="right"/>
      </w:pPr>
      <w:r>
        <w:t>اس پر میں نے بہت غور کیا۔ تو میں نے پایا کہ اصل یہ ہے کہ انسان جو خدا نے پیدا کیا ہے، ہر انسان کے اندر کوئی منفرد خوبی ہوتی ہے۔</w:t>
      </w:r>
    </w:p>
    <w:p>
      <w:r>
        <w:rPr>
          <w:b/>
        </w:rPr>
        <w:t xml:space="preserve">[05:37] </w:t>
      </w:r>
      <w:r>
        <w:t>sab khubiyon ko ek hi insan mein Khuda jama nahi karta.</w:t>
      </w:r>
    </w:p>
    <w:p>
      <w:pPr>
        <w:jc w:val="right"/>
      </w:pPr>
      <w:r>
        <w:t>سب خوبیوں کو ایک ہی انسان میں خدا جمع نہیں کرتا۔</w:t>
      </w:r>
    </w:p>
    <w:p>
      <w:r>
        <w:rPr>
          <w:b/>
        </w:rPr>
        <w:t xml:space="preserve">[05:43] </w:t>
      </w:r>
      <w:r>
        <w:t>yani Khuda ka yeh formula nahi hai ke</w:t>
      </w:r>
    </w:p>
    <w:p>
      <w:pPr>
        <w:jc w:val="right"/>
      </w:pPr>
      <w:r>
        <w:t>یعنی خدا کا یہ فارمولا نہیں ہے کہ</w:t>
      </w:r>
    </w:p>
    <w:p>
      <w:r>
        <w:rPr>
          <w:b/>
        </w:rPr>
        <w:t xml:space="preserve">[05:50] </w:t>
      </w:r>
      <w:r>
        <w:t>woh jack of all and master of none, yeh Khuda ka formula nahi hai.</w:t>
      </w:r>
    </w:p>
    <w:p>
      <w:pPr>
        <w:jc w:val="right"/>
      </w:pPr>
      <w:r>
        <w:t>وہ جیک آف آل اور ماسٹر آف نن، یہ خدا کا فارمولا نہیں ہے۔</w:t>
      </w:r>
    </w:p>
    <w:p>
      <w:r>
        <w:rPr>
          <w:b/>
        </w:rPr>
        <w:t xml:space="preserve">[05:59] </w:t>
      </w:r>
      <w:r>
        <w:t>Khuda kisi insan ke andar, kisi bhi chahe woh ghareeb khandan mein paida hua ho ya ameer khandan mein, koi munfarid khubi us ke andar hoti hai.</w:t>
      </w:r>
    </w:p>
    <w:p>
      <w:pPr>
        <w:jc w:val="right"/>
      </w:pPr>
      <w:r>
        <w:t>خدا کسی انسان کے اندر، کسی بھی چاہے وہ غریب خاندان میں پیدا ہوا ہو یا امیر خاندان میں، کوئی منفرد خوبی اس کے اندر ہوتی ہے۔</w:t>
      </w:r>
    </w:p>
    <w:p>
      <w:r>
        <w:rPr>
          <w:b/>
        </w:rPr>
        <w:t xml:space="preserve">[06:11] </w:t>
      </w:r>
      <w:r>
        <w:t>us ko daryaft karna, yahi woh keh rahe hain ke sab se pehle you have to discover your own self.</w:t>
      </w:r>
    </w:p>
    <w:p>
      <w:pPr>
        <w:jc w:val="right"/>
      </w:pPr>
      <w:r>
        <w:t>اس کو دریافت کرنا، یہی وہ کہہ رہے ہیں کہ سب سے پہلے یو ہیو ٹو ڈسکور یور اون سیلف۔</w:t>
      </w:r>
    </w:p>
    <w:p>
      <w:r>
        <w:rPr>
          <w:b/>
        </w:rPr>
        <w:t xml:space="preserve">[06:21] </w:t>
      </w:r>
      <w:r>
        <w:t>apne ko daryaft karo aur phir us ko pakad lo, isi mein lage raho, lage raho, lage raho. kyunke tum excellence isi mein dikha sakte ho.</w:t>
      </w:r>
    </w:p>
    <w:p>
      <w:pPr>
        <w:jc w:val="right"/>
      </w:pPr>
      <w:r>
        <w:t>اپنے کو دریافت کرو اور پھر اس کو پکڑ لو، اسی میں لگے رہو، لگے رہو، لگے رہو۔ کیونکہ تم ایکسیلنس اسی میں دکھا سکتے ہو۔</w:t>
      </w:r>
    </w:p>
    <w:p>
      <w:r>
        <w:rPr>
          <w:b/>
        </w:rPr>
        <w:t xml:space="preserve">[06:32] </w:t>
      </w:r>
      <w:r>
        <w:t>har aadmi har cheez mein excellence nahi dikha sakta. jaise doctor abdul kalam ne nuclear science mein excellence dikhaya, lekin shayar kehte hain to shayad woh is mein excellence na dikha paate.</w:t>
      </w:r>
    </w:p>
    <w:p>
      <w:pPr>
        <w:jc w:val="right"/>
      </w:pPr>
      <w:r>
        <w:t>ہر آدمی ہر چیز میں ایکسیلنس نہیں دکھا سکتا۔ جیسے ڈاکٹر عبدالکلام نے نیوکلیئر سائنس میں ایکسیلنس دکھایا، لیکن شاعر کہتے ہیں تو شاید وہ اس میں ایکسیلنس نہ دکھا پاتے۔</w:t>
      </w:r>
    </w:p>
    <w:p>
      <w:r>
        <w:rPr>
          <w:b/>
        </w:rPr>
        <w:t xml:space="preserve">[06:46] </w:t>
      </w:r>
      <w:r>
        <w:t>kyunke unhon ne khush qismati se apni is cheez ko pakar liya jo un ke andar thi. to main samajhta hoon ke yeh bohat hi aham hai ke aadmi apne aap ko daryaft kare,</w:t>
      </w:r>
    </w:p>
    <w:p>
      <w:pPr>
        <w:jc w:val="right"/>
      </w:pPr>
      <w:r>
        <w:t>کیونکہ انہوں نے خوش قسمتی سے اپنی اس چیز کو پکڑ لیا جو ان کے اندر تھی۔ تو میں سمجھتا ہوں کہ یہ بہت ہی اہم ہے کہ آدمی اپنے آپ کو دریافت کرے،</w:t>
      </w:r>
    </w:p>
    <w:p>
      <w:r>
        <w:rPr>
          <w:b/>
        </w:rPr>
        <w:t xml:space="preserve">[07:02] </w:t>
      </w:r>
      <w:r>
        <w:t>apne andar chupi hui is khaas khoobi ko daryaft kare. jo us ke andar jo uska mumtaz pehlu hai.</w:t>
      </w:r>
    </w:p>
    <w:p>
      <w:pPr>
        <w:jc w:val="right"/>
      </w:pPr>
      <w:r>
        <w:t>اپنے اندر چھپی ہوئی اس خاص خوبی کو دریافت کرے۔ جو اس کے اندر جو اس کا ممتاز پہلو ہے۔</w:t>
      </w:r>
    </w:p>
    <w:p>
      <w:r>
        <w:rPr>
          <w:b/>
        </w:rPr>
        <w:t xml:space="preserve">[07:12] </w:t>
      </w:r>
      <w:r>
        <w:t>aur phir is mein woh apne ko aage barhaye.</w:t>
      </w:r>
    </w:p>
    <w:p>
      <w:pPr>
        <w:jc w:val="right"/>
      </w:pPr>
      <w:r>
        <w:t>اور پھر اس میں وہ اپنے کو آگے بڑھائے۔</w:t>
      </w:r>
    </w:p>
    <w:p>
      <w:r>
        <w:rPr>
          <w:b/>
        </w:rPr>
        <w:t xml:space="preserve">[07:18] </w:t>
      </w:r>
      <w:r>
        <w:t>to yeh hai matlab Hazrat Ali ki is kahawat ka. magar hota kya hai ke har aadmi distraction ki wajah se is line par par chal nahi pata.</w:t>
      </w:r>
    </w:p>
    <w:p>
      <w:pPr>
        <w:jc w:val="right"/>
      </w:pPr>
      <w:r>
        <w:t>تو یہ ہے مطلب حضرت علی کی اس کہاوت کا۔ مگر ہوتا کیا ہے کہ ہر آدمی ڈسٹرکشن کی وجہ سے اس لائن پر پر چل نہیں پاتا۔</w:t>
      </w:r>
    </w:p>
    <w:p>
      <w:r>
        <w:rPr>
          <w:b/>
        </w:rPr>
        <w:t xml:space="preserve">[07:31] </w:t>
      </w:r>
      <w:r>
        <w:t>fitrat jo us ko line de rahi hai. to koi na koi distraction, distraction kya hai? koi temptation, koi ek idealist soch, koi na koi aisi cheez jis ka jo us ko khinchti hai,</w:t>
      </w:r>
    </w:p>
    <w:p>
      <w:pPr>
        <w:jc w:val="right"/>
      </w:pPr>
      <w:r>
        <w:t>فطرت جو اس کو لائن دے رہی ہے۔ تو کوئی نہ کوئی ڈسٹرکشن، ڈسٹرکشن کیا ہے؟ کوئی ٹمپٹیشن، کوئی ایک آئیڈیلسٹ سوچ، کوئی نہ کوئی ایسی چیز جس کا جو اس کو کھینچتی ہے،</w:t>
      </w:r>
    </w:p>
    <w:p>
      <w:r>
        <w:rPr>
          <w:b/>
        </w:rPr>
        <w:t xml:space="preserve">[07:54] </w:t>
      </w:r>
      <w:r>
        <w:t>idhar woh chup jata hai. aur phir woh apni is asal cheez ko hasil nahi kar pata.</w:t>
      </w:r>
    </w:p>
    <w:p>
      <w:pPr>
        <w:jc w:val="right"/>
      </w:pPr>
      <w:r>
        <w:t>ادھر وہ چھپ جاتا ہے۔ اور پھر وہ اپنی اس اصل چیز کو حاصل نہیں کر پاتا۔</w:t>
      </w:r>
    </w:p>
    <w:p>
      <w:r>
        <w:rPr>
          <w:b/>
        </w:rPr>
        <w:t xml:space="preserve">[08:03] </w:t>
      </w:r>
      <w:r>
        <w:t>jaise aaj ka jo paper hai, aaj ke paperon mein ek khabar aayi hai Pakistan ke bare mein.</w:t>
      </w:r>
    </w:p>
    <w:p>
      <w:pPr>
        <w:jc w:val="right"/>
      </w:pPr>
      <w:r>
        <w:t>جیسے آج کا جو پیپر ہے، آج کے پیپروں میں ایک خبر آئی ہے پاکستان کے بارے میں۔</w:t>
      </w:r>
    </w:p>
    <w:p>
      <w:r>
        <w:rPr>
          <w:b/>
        </w:rPr>
        <w:t xml:space="preserve">[08:14] </w:t>
      </w:r>
      <w:r>
        <w:t>mere paas yeh paper hai Hindu, yaani paanch August ka Hindu. to is ke front page par woh khabar aayi hai.</w:t>
      </w:r>
    </w:p>
    <w:p>
      <w:pPr>
        <w:jc w:val="right"/>
      </w:pPr>
      <w:r>
        <w:t>میرے پاس یہ پیپر ہے ہندو، یعنی پانچ اگست کا ہندو۔ تو اس کے فرنٹ پیج پر وہ خبر آئی ہے۔</w:t>
      </w:r>
    </w:p>
    <w:p>
      <w:r>
        <w:rPr>
          <w:b/>
        </w:rPr>
        <w:t xml:space="preserve">[08:24] </w:t>
      </w:r>
      <w:r>
        <w:t>is mein aap jante hain ke Pakistan mein aaye taqreeban rozana bomb phat te hain. wahan par tashaddud har taraf hai, anarchy hai.</w:t>
      </w:r>
    </w:p>
    <w:p>
      <w:pPr>
        <w:jc w:val="right"/>
      </w:pPr>
      <w:r>
        <w:t>اس میں آپ جانتے ہیں کہ پاکستان میں آئے تقریباً روزانہ بم پھٹتے ہیں۔ وہاں پر تشدد ہر طرف ہے، انارکی ہے۔</w:t>
      </w:r>
    </w:p>
    <w:p>
      <w:r>
        <w:rPr>
          <w:b/>
        </w:rPr>
        <w:t xml:space="preserve">[08:37] </w:t>
      </w:r>
      <w:r>
        <w:t>to woh yeh keh rahe hain General Musharraf sahib apni is taqreer mein jo is par chapi hai, yeh taqreer di thi unhon ne yaani teen August ko, aaj yeh chapi hai yaani parson.</w:t>
      </w:r>
    </w:p>
    <w:p>
      <w:pPr>
        <w:jc w:val="right"/>
      </w:pPr>
      <w:r>
        <w:t>تو وہ یہ کہہ رہے ہیں جنرل مشرف صاحب اپنی اس تقریر میں جو اس پر چھپی ہے، یہ تقریر دی تھی انہوں نے یعنی تین اگست کو، آج یہ چھپی ہے یعنی پرسوں۔</w:t>
      </w:r>
    </w:p>
    <w:p>
      <w:r>
        <w:rPr>
          <w:b/>
        </w:rPr>
        <w:t xml:space="preserve">[08:55] </w:t>
      </w:r>
      <w:r>
        <w:t>is mein woh yeh kehte hain ke woh</w:t>
      </w:r>
    </w:p>
    <w:p>
      <w:pPr>
        <w:jc w:val="right"/>
      </w:pPr>
      <w:r>
        <w:t>اس میں وہ یہ کہتے ہیں کہ وہ</w:t>
      </w:r>
    </w:p>
    <w:p>
      <w:r>
        <w:rPr>
          <w:b/>
        </w:rPr>
        <w:t xml:space="preserve">[09:00] </w:t>
      </w:r>
      <w:r>
        <w:t>ke hamare mulk mein inteha pasandi aur militancy bohat barh gayi hai. and we have to stamp you out.</w:t>
      </w:r>
    </w:p>
    <w:p>
      <w:pPr>
        <w:jc w:val="right"/>
      </w:pPr>
      <w:r>
        <w:t>کہ ہمارے ملک میں انتہاپسندی اور ملٹینسی بہت بڑھ گئی ہے۔ اینڈ وی ہیو ٹو اسٹیمپ یو آؤٹ۔</w:t>
      </w:r>
    </w:p>
    <w:p>
      <w:r>
        <w:rPr>
          <w:b/>
        </w:rPr>
        <w:t xml:space="preserve">[09:11] </w:t>
      </w:r>
      <w:r>
        <w:t>inteha pasandi aur militancy bohat barh gayi hai, hamein use khatam karna hoga. is ko jar se ukhaarna hoga. main samajhta hoon ke yeh aadhi baat hai.</w:t>
      </w:r>
    </w:p>
    <w:p>
      <w:pPr>
        <w:jc w:val="right"/>
      </w:pPr>
      <w:r>
        <w:t>انتہاپسندی اور ملٹینسی بہت بڑھ گئی ہے، ہمیں اسے ختم کرنا ہوگا۔ اس کو جڑ سے اکھاڑنا ہوگا۔ میں سمجھتا ہوں کہ یہ آدھی بات ہے۔</w:t>
      </w:r>
    </w:p>
    <w:p>
      <w:r>
        <w:rPr>
          <w:b/>
        </w:rPr>
        <w:t xml:space="preserve">[09:22] </w:t>
      </w:r>
      <w:r>
        <w:t>sab se pehle Pakistani leaderon ko yeh manna parega ke unhon ne bhari ghalti ki. ab is ka yeh samar un ko samne aa raha hai.</w:t>
      </w:r>
    </w:p>
    <w:p>
      <w:pPr>
        <w:jc w:val="right"/>
      </w:pPr>
      <w:r>
        <w:t>سب سے پہلے پاکستانی لیڈروں کو یہ ماننا پڑے گا کہ انہوں نے بھاری غلطی کی۔ اب اس کا یہ ثمر ان کو سامنے آ رہا ہے۔</w:t>
      </w:r>
    </w:p>
    <w:p>
      <w:r>
        <w:rPr>
          <w:b/>
        </w:rPr>
        <w:t xml:space="preserve">[09:36] </w:t>
      </w:r>
      <w:r>
        <w:t>mera manna yeh hai ke Pakistan ki tehreek apne aap mein inteha pasand tehreek thi. Khuda ne inteha pasandi kya hai?</w:t>
      </w:r>
    </w:p>
    <w:p>
      <w:pPr>
        <w:jc w:val="right"/>
      </w:pPr>
      <w:r>
        <w:t>میرا ماننا یہ ہے کہ پاکستان کی تحریک اپنے آپ میں انتہاپسند تحریک تھی۔ خدا نے انتہاپسندی کیا ہے؟</w:t>
      </w:r>
    </w:p>
    <w:p>
      <w:r>
        <w:rPr>
          <w:b/>
        </w:rPr>
        <w:t xml:space="preserve">[09:46] </w:t>
      </w:r>
      <w:r>
        <w:t>Khuda ke jo qudrati rastay thay us se hatna. Khuda ne banaya hai insaan ko ke mil jul kar rahe woh. mil jul kar rahe. man is social animal.</w:t>
      </w:r>
    </w:p>
    <w:p>
      <w:pPr>
        <w:jc w:val="right"/>
      </w:pPr>
      <w:r>
        <w:t>خدا کے جو قدرتی راستے تھے اس سے ہٹنا۔ خدا نے بنایا ہے انسان کو کہ مل جل کر رہے وہ۔ مل جل کر رہے۔ مین از سوشل اینیمل۔</w:t>
      </w:r>
    </w:p>
    <w:p>
      <w:r>
        <w:rPr>
          <w:b/>
        </w:rPr>
        <w:t xml:space="preserve">[09:59] </w:t>
      </w:r>
      <w:r>
        <w:t>unhon ne kya kiya ke hamein cut kar rehna hai, hamein alag mulk do, hamein alag jeeb do. that was against the natural laws.</w:t>
      </w:r>
    </w:p>
    <w:p>
      <w:pPr>
        <w:jc w:val="right"/>
      </w:pPr>
      <w:r>
        <w:t>انہوں نے کیا کیا کہ ہمیں کٹ کر رہنا ہے، ہمیں الگ ملک دو، ہمیں الگ جیب دو۔ دیٹ واز اگینسٹ دی نیچرل لاز۔</w:t>
      </w:r>
    </w:p>
    <w:p>
      <w:r>
        <w:rPr>
          <w:b/>
        </w:rPr>
        <w:t xml:space="preserve">[10:12] </w:t>
      </w:r>
      <w:r>
        <w:t>to is ke baad kya hua ke Pakistan jab bana to zahir hai ke wahan inteha pasandi phailne lagi. phir unhon ne ek aur bhari ghalti ki, Kashmir ke masle par le kar ke ladai chhed di.</w:t>
      </w:r>
    </w:p>
    <w:p>
      <w:pPr>
        <w:jc w:val="right"/>
      </w:pPr>
      <w:r>
        <w:t>تو اس کے بعد کیا ہوا کہ پاکستان جب بنا تو ظاہر ہے کہ وہاں انتہاپسندی پھیلنے لگی۔ پھر انہوں نے ایک اور بھاری غلطی کی، کشمیر کے مسئلے پر لے کر کے لڑائی چھیڑ دی۔</w:t>
      </w:r>
    </w:p>
    <w:p>
      <w:r>
        <w:rPr>
          <w:b/>
        </w:rPr>
        <w:t xml:space="preserve">[10:26] </w:t>
      </w:r>
      <w:r>
        <w:t>chalis saat hi mein unhein sab kuch band kar ke sirf taameer ke liye kaam karna chahiye tha, taleem ke liye.</w:t>
      </w:r>
    </w:p>
    <w:p>
      <w:pPr>
        <w:jc w:val="right"/>
      </w:pPr>
      <w:r>
        <w:t>چالیس سات ہی میں انہیں سب کچھ بند کر کے صرف تعمیر کے لیے کام کرنا چاہیے تھا، تعلیم کے لیے۔</w:t>
      </w:r>
    </w:p>
    <w:p>
      <w:r>
        <w:rPr>
          <w:b/>
        </w:rPr>
        <w:t xml:space="preserve">[10:36] </w:t>
      </w:r>
      <w:r>
        <w:t>ab kya hai India se unhon ne ladai chhed di. to poora poora mulk un ka jo hai woh militant ban gaya. poore poore mulk mein unhon ne militancy phailai, nafrat phailai taake India ke khilaf apni ladai jeet saken woh.</w:t>
      </w:r>
    </w:p>
    <w:p>
      <w:pPr>
        <w:jc w:val="right"/>
      </w:pPr>
      <w:r>
        <w:t>اب کیا ہے انڈیا سے انہوں نے لڑائی چھیڑ دی۔ تو پورا پورا ملک ان کا جو ہے وہ ملٹنٹ بن گیا۔ پورے پورے ملک میں انہوں نے ملٹینسی پھیلائی، نفرت پھیلائی تاکہ انڈیا کے خلاف اپنی لڑائی جیت سکیں وہ۔</w:t>
      </w:r>
    </w:p>
    <w:p>
      <w:r>
        <w:rPr>
          <w:b/>
        </w:rPr>
        <w:t xml:space="preserve">[10:52] </w:t>
      </w:r>
      <w:r>
        <w:t>zahir hai ke India bohat bara mulk tha, woh jeet nahi sakte thay. ab kya hai India ke khilaf jab woh haar gaye to woh jo log banaye unhon ne, inteha pasand log, militant log, woh kahan nikalein apne?</w:t>
      </w:r>
    </w:p>
    <w:p>
      <w:pPr>
        <w:jc w:val="right"/>
      </w:pPr>
      <w:r>
        <w:t>ظاہر ہے کہ انڈیا بہت بڑا ملک تھا، وہ جیت نہیں سکتے تھے۔ اب کیا ہے انڈیا کے خلاف جب وہ ہار گئے تو وہ جو لوگ بنائے انہوں نے، انتہاپسند لوگ، ملٹنٹ لوگ، وہ کہاں نکالیں اپنے؟</w:t>
      </w:r>
    </w:p>
    <w:p>
      <w:r>
        <w:rPr>
          <w:b/>
        </w:rPr>
        <w:t xml:space="preserve">[11:08] </w:t>
      </w:r>
      <w:r>
        <w:t>woh nikalein apne hi logon par, ab Usman Usman ko maar raha hai. main samajhta hoon ke Pakistani leaderon ke liye ibtedai nuqta yeh hai ke woh is distraction ko jaanein ke fitrat se distract kiya unhon ne.</w:t>
      </w:r>
    </w:p>
    <w:p>
      <w:pPr>
        <w:jc w:val="right"/>
      </w:pPr>
      <w:r>
        <w:t>وہ نکالیں اپنے ہی لوگوں پر، اب عثمان عثمان کو مار رہا ہے۔ میں سمجھتا ہوں کہ پاکستانی لیڈروں کے لیے ابتدائی نقطہ یہ ہے کہ وہ اس ڈسٹرکشن کو جانیں کہ فطرت سے ڈسٹرکٹ کیا انہوں نے۔</w:t>
      </w:r>
    </w:p>
    <w:p>
      <w:r>
        <w:rPr>
          <w:b/>
        </w:rPr>
        <w:t xml:space="preserve">[11:24] </w:t>
      </w:r>
      <w:r>
        <w:t>fitrat chahti thi ke India mein Hindu Muslim mil kar rahein, mil jul kar ke aapas mein aage badhein. lekin unhon ne kaha ke nahi, hamein alag banana hai apni duniya.</w:t>
      </w:r>
    </w:p>
    <w:p>
      <w:pPr>
        <w:jc w:val="right"/>
      </w:pPr>
      <w:r>
        <w:t>فطرت چاہتی تھی کہ انڈیا میں ہندو مسلم مل کر رہیں، مل جل کر کے آپس میں آگے بڑھیں۔ لیکن انہوں نے کہا کہ نہیں، ہمیں الگ بنانا ہے اپنی دنیا۔</w:t>
      </w:r>
    </w:p>
    <w:p>
      <w:r>
        <w:rPr>
          <w:b/>
        </w:rPr>
        <w:t xml:space="preserve">[11:36] </w:t>
      </w:r>
      <w:r>
        <w:t>ghalti wahan se hui, phir Kashmir ki ladai jo ki woh ghalti sab thi. Afghanistan mein shamil hue woh sab ghalti thi. dekhein jab tak aap yeh na kahein ke we were wrong, tab tak masses ki samajh mein kuch nahi aayega.</w:t>
      </w:r>
    </w:p>
    <w:p>
      <w:pPr>
        <w:jc w:val="right"/>
      </w:pPr>
      <w:r>
        <w:t>غلطی وہاں سے ہوئی، پھر کشمیر کی لڑائی جو کی وہ غلطی سب تھی۔ افغانستان میں شامل ہوئے وہ سب غلطی تھی۔ دیکھیں جب تک آپ یہ نہ کہیں کہ وی ویر رونگ، تب تک ماسز کی سمجھ میں کچھ نہیں آئے گا۔</w:t>
      </w:r>
    </w:p>
    <w:p>
      <w:r>
        <w:rPr>
          <w:b/>
        </w:rPr>
        <w:t xml:space="preserve">[11:52] </w:t>
      </w:r>
      <w:r>
        <w:t>masses jo hain wahan ke woh to samajhte hain ke hum jihad kar rahe hain. aap ko kehna parega ke hum ne ghalti ki, yeh jihad nahi tha. tab hoga reassessment.</w:t>
      </w:r>
    </w:p>
    <w:p>
      <w:pPr>
        <w:jc w:val="right"/>
      </w:pPr>
      <w:r>
        <w:t>ماسز جو ہیں وہاں کے وہ تو سمجھتے ہیں کہ ہم جہاد کر رہے ہیں۔ آپ کو کہنا پڑے گا کہ ہم نے غلطی کی، یہ جہاد نہیں تھا۔ تب ہوگا ری اسیسمنٹ۔</w:t>
      </w:r>
    </w:p>
    <w:p>
      <w:r>
        <w:rPr>
          <w:b/>
        </w:rPr>
        <w:t xml:space="preserve">[12:04] </w:t>
      </w:r>
      <w:r>
        <w:t>abhi to pakistan mein re assessment ka amal bhi shuru nahi ho sakta is tarah se. jab tak aap yeh na kahein ke we were wrong. to yeh poori tareekh mein se hua hai.</w:t>
      </w:r>
    </w:p>
    <w:p>
      <w:pPr>
        <w:jc w:val="right"/>
      </w:pPr>
      <w:r>
        <w:t>ابھی تو پاکستان میں ری اسیسمنٹ کا عمل بھی شروع نہیں ہو سکتا اس طرح سے۔ جب تک آپ یہ نہ کہیں کہ وی ویر رونگ۔ تو یہ پوری تاریخ میں سے ہوا ہے۔</w:t>
      </w:r>
    </w:p>
    <w:p>
      <w:r>
        <w:rPr>
          <w:b/>
        </w:rPr>
        <w:t xml:space="preserve">[12:17] </w:t>
      </w:r>
      <w:r>
        <w:t>mein aap ko misaal doon ke qadeem Yunan mein yani qabl az isaiyat teen bohat baray zaheen paida hue.</w:t>
      </w:r>
    </w:p>
    <w:p>
      <w:pPr>
        <w:jc w:val="right"/>
      </w:pPr>
      <w:r>
        <w:t>میں آپ کو مثال دوں کہ قدیم یونان میں یعنی قبل از عیسائیت تین بہت بڑے ذہین پیدا ہوئے۔</w:t>
      </w:r>
    </w:p>
    <w:p>
      <w:r>
        <w:rPr>
          <w:b/>
        </w:rPr>
        <w:t xml:space="preserve">[12:30] </w:t>
      </w:r>
      <w:r>
        <w:t>Socrates, Plato aur Aristotle. yeh teeno ka teeno bohat hi top ke log thay. lekin mere nazdeek teeno ka case destruction ka case hai.</w:t>
      </w:r>
    </w:p>
    <w:p>
      <w:pPr>
        <w:jc w:val="right"/>
      </w:pPr>
      <w:r>
        <w:t>سقراط، پلیٹو اور ارسطو۔ یہ تینوں کے تینوں بہت ہی ٹاپ کے لوگ تھے۔ لیکن میرے نزدیک تینوں کا کیس ڈسٹرکشن کا کیس ہے۔</w:t>
      </w:r>
    </w:p>
    <w:p>
      <w:r>
        <w:rPr>
          <w:b/>
        </w:rPr>
        <w:t xml:space="preserve">[12:44] </w:t>
      </w:r>
      <w:r>
        <w:t>is liye misbat lafz mein woh dunya ko kuch na de sake. Socrates kya tha?</w:t>
      </w:r>
    </w:p>
    <w:p>
      <w:pPr>
        <w:jc w:val="right"/>
      </w:pPr>
      <w:r>
        <w:t>اس لیے مثبت لفظ میں وہ دنیا کو کچھ نہ دے سکے۔ سقراط کیا تھا؟</w:t>
      </w:r>
    </w:p>
    <w:p>
      <w:r>
        <w:rPr>
          <w:b/>
        </w:rPr>
        <w:t xml:space="preserve">[12:53] </w:t>
      </w:r>
      <w:r>
        <w:t>woh apne wahan ke jo naujawan thay, un naujawano ko wahan ki hukoomat ke khilaaf un ka zehn banata tha woh.</w:t>
      </w:r>
    </w:p>
    <w:p>
      <w:pPr>
        <w:jc w:val="right"/>
      </w:pPr>
      <w:r>
        <w:t>وہ اپنے وہاں کے جو نوجوان تھے، ان نوجوانوں کو وہاں کی حکومت کے خلاف ان کا ذہن بناتا تھا وہ۔</w:t>
      </w:r>
    </w:p>
    <w:p>
      <w:r>
        <w:rPr>
          <w:b/>
        </w:rPr>
        <w:t xml:space="preserve">[13:03] </w:t>
      </w:r>
      <w:r>
        <w:t>ise pata tha ke jo hukoomat hai woh kam az kam ideal hai, hamein is ko ideal banana hai. to naujawano mein is ne baghawat ka zehn banaya.</w:t>
      </w:r>
    </w:p>
    <w:p>
      <w:pPr>
        <w:jc w:val="right"/>
      </w:pPr>
      <w:r>
        <w:t>اسے پتہ تھا کہ جو حکومت ہے وہ کم از کم آئیڈیل ہے، ہمیں اس کو آئیڈیل بنانا ہے۔ تو نوجوانوں میں اس نے بغاوت کا ذہن بنایا۔</w:t>
      </w:r>
    </w:p>
    <w:p>
      <w:r>
        <w:rPr>
          <w:b/>
        </w:rPr>
        <w:t xml:space="preserve">[13:14] </w:t>
      </w:r>
      <w:r>
        <w:t>ab hukoomat is ko bardasht nahi kar sakti thi. zahir hai ke hukoomat ne is ko majboor kiya ke woh zeher le kar apne aap ko khatam kar le.</w:t>
      </w:r>
    </w:p>
    <w:p>
      <w:pPr>
        <w:jc w:val="right"/>
      </w:pPr>
      <w:r>
        <w:t>اب حکومت اس کو برداشت نہیں کر سکتی تھی۔ ظاہر ہے کہ حکومت نے اس کو مجبور کیا کہ وہ زہر لے کر اپنے آپ کو ختم کر لے۔</w:t>
      </w:r>
    </w:p>
    <w:p>
      <w:r>
        <w:rPr>
          <w:b/>
        </w:rPr>
        <w:t xml:space="preserve">[13:25] </w:t>
      </w:r>
      <w:r>
        <w:t>mein samajhta hoon ke Socrates ke liye behtareen policy kya thi? status quoism. yani hukoomat mein dakhal andazi na karte hue wahan ke naujawano ko tarbiyat karna.</w:t>
      </w:r>
    </w:p>
    <w:p>
      <w:pPr>
        <w:jc w:val="right"/>
      </w:pPr>
      <w:r>
        <w:t>میں سمجھتا ہوں کہ سقراط کے لیے بہترین پالیسی کیا تھی؟ اسٹیٹس کوئزم۔ یعنی حکومت میں مداخلت نہ کرتے ہوئے وہاں کے نوجوانوں کو تربیت کرنا۔</w:t>
      </w:r>
    </w:p>
    <w:p>
      <w:r>
        <w:rPr>
          <w:b/>
        </w:rPr>
        <w:t xml:space="preserve">[13:40] </w:t>
      </w:r>
      <w:r>
        <w:t>agar aisa woh karta to bohat bari tareekh bana sakta tha woh. lekin dakhal andazi ki policy jo banai us ne hukoomat ke sath, yeh tha destruction.</w:t>
      </w:r>
    </w:p>
    <w:p>
      <w:pPr>
        <w:jc w:val="right"/>
      </w:pPr>
      <w:r>
        <w:t>اگر ایسا وہ کرتا تو بہت بڑی تاریخ بنا سکتا تھا وہ۔ لیکن مداخلت کی پالیسی جو بنائی اس نے حکومت کے ساتھ، یہ تھا ڈسٹرکشن۔</w:t>
      </w:r>
    </w:p>
    <w:p>
      <w:r>
        <w:rPr>
          <w:b/>
        </w:rPr>
        <w:t xml:space="preserve">[13:51] </w:t>
      </w:r>
      <w:r>
        <w:t>aur is ka nateeja kuch nahi nikla. is ke baad dekhein Plato aata hai jo is ka shagird tha. is ne ideal riyasat ka tasawwur diya.</w:t>
      </w:r>
    </w:p>
    <w:p>
      <w:pPr>
        <w:jc w:val="right"/>
      </w:pPr>
      <w:r>
        <w:t>اور اس کا نتیجہ کچھ نہیں نکلا۔ اس کے بعد دیکھیں پلیٹو آتا ہے جو اس کا شاگرد تھا۔ اس نے آئیڈیل ریاست کا تصور دیا۔</w:t>
      </w:r>
    </w:p>
    <w:p>
      <w:r>
        <w:rPr>
          <w:b/>
        </w:rPr>
        <w:t xml:space="preserve">[14:01] </w:t>
      </w:r>
      <w:r>
        <w:t>ideal riyasat jo hai, aap jante hain ke ideal can not be achieved. itne baray zaheen thay lekin yeh nahi jaan sake ke ideal riyasat banna kabhi mumkin hi nahi hai.</w:t>
      </w:r>
    </w:p>
    <w:p>
      <w:pPr>
        <w:jc w:val="right"/>
      </w:pPr>
      <w:r>
        <w:t>آئیڈیل ریاست جو ہے، آپ جانتے ہیں کہ آئیڈیل کین ناٹ بی اچیوڈ۔ اتنے بڑے ذہین تھے لیکن یہ نہیں جان سکے کہ آئیڈیل ریاست بننا کبھی ممکن ہی نہیں ہے۔</w:t>
      </w:r>
    </w:p>
    <w:p>
      <w:r>
        <w:rPr>
          <w:b/>
        </w:rPr>
        <w:t xml:space="preserve">[14:14] </w:t>
      </w:r>
      <w:r>
        <w:t>ideal riyasat is nothing except utopia. ab ek aisi cheez jo hasil na ho, is mein aap ne koi aur lagayein to woh bhi destruction hai.</w:t>
      </w:r>
    </w:p>
    <w:p>
      <w:pPr>
        <w:jc w:val="right"/>
      </w:pPr>
      <w:r>
        <w:t>آئیڈیل ریاست از نتھنگ ایکسیپٹ یوٹوپیا۔ اب ایک ایسی چیز جو حاصل نہ ہو، اس میں آپ نے کوئی اور لگائیں تو وہ بھی ڈسٹرکشن ہے۔</w:t>
      </w:r>
    </w:p>
    <w:p>
      <w:r>
        <w:rPr>
          <w:b/>
        </w:rPr>
        <w:t xml:space="preserve">[14:26] </w:t>
      </w:r>
      <w:r>
        <w:t>it is all so destruction.</w:t>
      </w:r>
    </w:p>
    <w:p>
      <w:pPr>
        <w:jc w:val="right"/>
      </w:pPr>
      <w:r>
        <w:t>اٹ از آل سو ڈسٹرکشن۔</w:t>
      </w:r>
    </w:p>
    <w:p>
      <w:r>
        <w:rPr>
          <w:b/>
        </w:rPr>
        <w:t xml:space="preserve">[14:31] </w:t>
      </w:r>
      <w:r>
        <w:t>when you are engaged in a target that is not achievable, it is all so case of destruction.</w:t>
      </w:r>
    </w:p>
    <w:p>
      <w:pPr>
        <w:jc w:val="right"/>
      </w:pPr>
      <w:r>
        <w:t>وین یو آر انگیجڈ ان اے ٹارگٹ دیٹ از ناٹ اچیویبل، اٹ از آل سو کیس آف ڈسٹرکشن۔</w:t>
      </w:r>
    </w:p>
    <w:p>
      <w:r>
        <w:rPr>
          <w:b/>
        </w:rPr>
        <w:t xml:space="preserve">[14:42] </w:t>
      </w:r>
      <w:r>
        <w:t>to Plato jo hai sari zindagi laga di is ne ideal riyasat ke soch mein. is ke baad jo Aristotle aata hai to wahi phir is ne tasalsul kiya.</w:t>
      </w:r>
    </w:p>
    <w:p>
      <w:pPr>
        <w:jc w:val="right"/>
      </w:pPr>
      <w:r>
        <w:t>تو پلیٹو جو ہے ساری زندگی لگا دی اس نے آئیڈیل ریاست کے سوچ میں۔ اس کے بعد جو ارسطو آتا ہے تو وہی پھر اس نے تسلسل کیا۔</w:t>
      </w:r>
    </w:p>
    <w:p>
      <w:r>
        <w:rPr>
          <w:b/>
        </w:rPr>
        <w:t xml:space="preserve">[14:57] </w:t>
      </w:r>
      <w:r>
        <w:t>to Alexander the Great jo tha, woh ittefaq se is ka tutor ban gaya woh. ab Alexander the Great ko is ne apna banaya woh ke is ko mein in ka in ki soch yeh thi ke philosopher king agar hamare paas ho to ideal riyasat ban jayegi.</w:t>
      </w:r>
    </w:p>
    <w:p>
      <w:pPr>
        <w:jc w:val="right"/>
      </w:pPr>
      <w:r>
        <w:t>تو الیگزینڈر دا گریٹ جو تھا، وہ اتفاق سے اس کا ٹیوٹر بن گیا وہ۔ اب الیگزینڈر دا گریٹ کو اس نے اپنا بنایا وہ کہ اس کو میں ان کا ان کی سوچ یہ تھی کہ فلاسفر کنگ اگر ہمارے پاس ہو تو آئیڈیل ریاست بن جائے گی۔</w:t>
      </w:r>
    </w:p>
    <w:p>
      <w:r>
        <w:rPr>
          <w:b/>
        </w:rPr>
        <w:t xml:space="preserve">[15:15] </w:t>
      </w:r>
      <w:r>
        <w:t>to sari is ne apni tawajjah laga di Alexander par. aur Alexander phir aap jante hain ke woh doosre rastay par chal pada.</w:t>
      </w:r>
    </w:p>
    <w:p>
      <w:pPr>
        <w:jc w:val="right"/>
      </w:pPr>
      <w:r>
        <w:t>تو ساری اس نے اپنی توجہ لگا دی الیگزینڈر پر۔ اور الیگزینڈر پھر آپ جانتے ہیں کہ وہ دوسرے راستے پر چل پڑا۔</w:t>
      </w:r>
    </w:p>
    <w:p>
      <w:r>
        <w:rPr>
          <w:b/>
        </w:rPr>
        <w:t xml:space="preserve">[15:26] </w:t>
      </w:r>
      <w:r>
        <w:t>bajaye is ke ke ideal riyasat banaye, is ne us waqt mein expansion par chal pada. apni riyasat ko expand karna, sari dunya ka raja banna.</w:t>
      </w:r>
    </w:p>
    <w:p>
      <w:pPr>
        <w:jc w:val="right"/>
      </w:pPr>
      <w:r>
        <w:t>بجائے اس کے کہ آئیڈیل ریاست بنائے، اس نے اس وقت میں ایکسپینشن پر چل پڑا۔ اپنی ریاست کو ایکسپینڈ کرنا، ساری دنیا کا راجہ بننا۔</w:t>
      </w:r>
    </w:p>
    <w:p>
      <w:r>
        <w:rPr>
          <w:b/>
        </w:rPr>
        <w:t xml:space="preserve">[15:37] </w:t>
      </w:r>
      <w:r>
        <w:t>to nateeja kya hua ke dekhein yeh teeno baray baray zaheen, aap in ko parhein in ki zindagi ko ke Socrates bhi mayoosi mein mara, Plato bhi mayoosi mein mara.</w:t>
      </w:r>
    </w:p>
    <w:p>
      <w:pPr>
        <w:jc w:val="right"/>
      </w:pPr>
      <w:r>
        <w:t>تو نتیجہ کیا ہوا کہ دیکھیں یہ تینوں بڑے بڑے ذہین، آپ ان کو پڑھیں ان کی زندگی کو کہ سقراط بھی مایوسی میں مرا، پلیٹو بھی مایوسی میں مرا۔</w:t>
      </w:r>
    </w:p>
    <w:p>
      <w:r>
        <w:rPr>
          <w:b/>
        </w:rPr>
        <w:t xml:space="preserve">[15:48] </w:t>
      </w:r>
      <w:r>
        <w:t>aur Aristotle bhi mayoosi mein mara. teeno ke teeno mayoosi mein mare. kyun? unhone ek aisa target liya jo hasil nahi tha.</w:t>
      </w:r>
    </w:p>
    <w:p>
      <w:pPr>
        <w:jc w:val="right"/>
      </w:pPr>
      <w:r>
        <w:t>اور ارسطو بھی مایوسی میں مرا۔ تینوں کے تینوں مایوسی میں مرے۔ کیوں؟ انہوں نے ایک ایسا ٹارگٹ لیا جو حاصل نہیں تھا۔</w:t>
      </w:r>
    </w:p>
    <w:p>
      <w:r>
        <w:rPr>
          <w:b/>
        </w:rPr>
        <w:t xml:space="preserve">[16:00] </w:t>
      </w:r>
      <w:r>
        <w:t>ab is ki teesri misaal mein deta hoon aap ko. Newton ki, Galileo ki aur Copernicus ki. unhone dunya ko bohat bari cheez di.</w:t>
      </w:r>
    </w:p>
    <w:p>
      <w:pPr>
        <w:jc w:val="right"/>
      </w:pPr>
      <w:r>
        <w:t>اب اس کی تیسری مثال میں دیتا ہوں آپ کو۔ نیوٹن کی، گلیلیو کی اور کوپرنیکس کی۔ انہوں نے دنیا کو بہت بڑی چیز دی۔</w:t>
      </w:r>
    </w:p>
    <w:p>
      <w:r>
        <w:rPr>
          <w:b/>
        </w:rPr>
        <w:t xml:space="preserve">[16:13] </w:t>
      </w:r>
      <w:r>
        <w:t>Newton ne aur Galileo ne aur Copernicus ne dunya ko bohat bari cheez di. yani jadeed falakiyat di un ko.</w:t>
      </w:r>
    </w:p>
    <w:p>
      <w:pPr>
        <w:jc w:val="right"/>
      </w:pPr>
      <w:r>
        <w:t>نیوٹن نے اور گلیلیو نے اور کوپرنیکس نے دنیا کو بہت بڑی چیز دی۔ یعنی جدید فلکیات دی ان کو۔</w:t>
      </w:r>
    </w:p>
    <w:p>
      <w:r>
        <w:rPr>
          <w:b/>
        </w:rPr>
        <w:t xml:space="preserve">[16:24] </w:t>
      </w:r>
      <w:r>
        <w:t>falakiyat se nikal kar yani insani tareekh ko unhone falakiyat se nikala aur jadeed falakiyat tak pohanchaya. yeh kitna bara in ka deen hai, kitna bara contribution hai.</w:t>
      </w:r>
    </w:p>
    <w:p>
      <w:pPr>
        <w:jc w:val="right"/>
      </w:pPr>
      <w:r>
        <w:t>فلکیات سے نکال کر یعنی انسانی تاریخ کو انہوں نے فلکیات سے نکالا اور جدید فلکیات تک پہنچایا۔ یہ کتنا بڑا ان کا دین ہے، کتنا بڑا کنٹریبیوشن ہے۔</w:t>
      </w:r>
    </w:p>
    <w:p>
      <w:r>
        <w:rPr>
          <w:b/>
        </w:rPr>
        <w:t xml:space="preserve">[16:36] </w:t>
      </w:r>
      <w:r>
        <w:t>to mein samajhta hoon ke Newton ne aur Galileo ne aur aur yeh Copernicus ne, in ka case destruction case nahi hai.</w:t>
      </w:r>
    </w:p>
    <w:p>
      <w:pPr>
        <w:jc w:val="right"/>
      </w:pPr>
      <w:r>
        <w:t>تو میں سمجھتا ہوں کہ نیوٹن نے اور گلیلیو نے اور اور یہ کوپرنیکس نے، ان کا کیس ڈسٹرکشن کیس نہیں ہے۔</w:t>
      </w:r>
    </w:p>
    <w:p>
      <w:r>
        <w:rPr>
          <w:b/>
        </w:rPr>
        <w:t xml:space="preserve">[16:50] </w:t>
      </w:r>
      <w:r>
        <w:t>ek hasil karne wali line pakri unhone. aur is mein woh kamyab hue. aur dunya ko bohat bari cheez de kar gaye jab gaye to.</w:t>
      </w:r>
    </w:p>
    <w:p>
      <w:pPr>
        <w:jc w:val="right"/>
      </w:pPr>
      <w:r>
        <w:t>ایک حاصل کرنے والی لائن پکڑی انہوں نے۔ اور اس میں وہ کامیاب ہوئے۔ اور دنیا کو بہت بڑی چیز دے کر گئے جب گئے تو۔</w:t>
      </w:r>
    </w:p>
    <w:p>
      <w:r>
        <w:rPr>
          <w:b/>
        </w:rPr>
        <w:t xml:space="preserve">[17:02] </w:t>
      </w:r>
      <w:r>
        <w:t>to mein samajhta hoon ke yeh distraction sab se bara zehar hai kisi insaan ke liye. sab se pehle aap ko janna chahiye ke aap Khuda ne aap ko kon si munfarid khoobi di hai, munfarid khoobi.</w:t>
      </w:r>
    </w:p>
    <w:p>
      <w:pPr>
        <w:jc w:val="right"/>
      </w:pPr>
      <w:r>
        <w:t>تو میں سمجھتا ہوں کہ یہ ڈسٹرکشن سب سے بڑا زہر ہے کسی انسان کے لیے۔ سب سے پہلے آپ کو جاننا چاہیے کہ آپ خدا نے آپ کو کون سی منفرد خوبی دی ہے، منفرد خوبی۔</w:t>
      </w:r>
    </w:p>
    <w:p>
      <w:r>
        <w:rPr>
          <w:b/>
        </w:rPr>
        <w:t xml:space="preserve">[17:18] </w:t>
      </w:r>
      <w:r>
        <w:t>aur phir is par lag jaiye aap.</w:t>
      </w:r>
    </w:p>
    <w:p>
      <w:pPr>
        <w:jc w:val="right"/>
      </w:pPr>
      <w:r>
        <w:t>اور پھر اس پر لگ جائیے آپ۔</w:t>
      </w:r>
    </w:p>
    <w:p>
      <w:r>
        <w:rPr>
          <w:b/>
        </w:rPr>
        <w:t xml:space="preserve">[17:24] </w:t>
      </w:r>
      <w:r>
        <w:t>tab hi aap koi aala position pesh kar painge duniya mein. aur duniya ko koi bari cheez de painge aap. mere apne jahan mein paida hua tha, district Aligarh mein,</w:t>
      </w:r>
    </w:p>
    <w:p>
      <w:pPr>
        <w:jc w:val="right"/>
      </w:pPr>
      <w:r>
        <w:t>تب ہی آپ کوئی اعلیٰ پوزیشن پیش کر پائیں گے دنیا میں۔ اور دنیا کو کوئی بڑی چیز دے پائیں گے آپ۔ میرے اپنے جہاں میں پیدا ہوا تھا، ڈسٹرکٹ عالمگڑھ میں،</w:t>
      </w:r>
    </w:p>
    <w:p>
      <w:r>
        <w:rPr>
          <w:b/>
        </w:rPr>
        <w:t xml:space="preserve">[17:40] </w:t>
      </w:r>
      <w:r>
        <w:t>wahan par ek sahib thay, un ka naam tha Sir Shah Sulaiman. Sir Shah Sulaiman, woh bohat hi zaheen aadmi thay.</w:t>
      </w:r>
    </w:p>
    <w:p>
      <w:pPr>
        <w:jc w:val="right"/>
      </w:pPr>
      <w:r>
        <w:t>وہاں پر ایک صاحب تھے، ان کا نام تھا سر شاہ سلیمان۔ سر شاہ سلیمان، وہ بہت ہی ذہین آدمی تھے۔</w:t>
      </w:r>
    </w:p>
    <w:p>
      <w:r>
        <w:rPr>
          <w:b/>
        </w:rPr>
        <w:t xml:space="preserve">[17:52] </w:t>
      </w:r>
      <w:r>
        <w:t>bohat bara riyazi daan thay woh aadmi. riyazi ka zehn tha un ka. yaani unhon ne Einstein ki jo theory of general relativity hai, us par article likha tha, bohat zabardast article.</w:t>
      </w:r>
    </w:p>
    <w:p>
      <w:pPr>
        <w:jc w:val="right"/>
      </w:pPr>
      <w:r>
        <w:t>بہت بڑا ریاضی دان تھے وہ آدمی۔ ریاضی کا ذہن تھا ان کا۔ یعنی انہوں نے آئنسٹین کی جو تھیوری آف جنرل ریلیٹیوٹی ہے، اس پر آرٹیکل لکھا تھا، بہت زبردست آرٹیکل۔</w:t>
      </w:r>
    </w:p>
    <w:p>
      <w:r>
        <w:rPr>
          <w:b/>
        </w:rPr>
        <w:t xml:space="preserve">[18:08] </w:t>
      </w:r>
      <w:r>
        <w:t>aur kai is mein kamzoriyan dikhai thi unhon ne. aur general mein chupa tha is zamane mein. lekin unhon ne kya kiya?</w:t>
      </w:r>
    </w:p>
    <w:p>
      <w:pPr>
        <w:jc w:val="right"/>
      </w:pPr>
      <w:r>
        <w:t>اور کئی اس میں کمزوریاں دکھائی تھیں انہوں نے۔ اور جنرل میں چھپا تھا اس زمانے میں۔ لیکن انہوں نے کیا کیا؟</w:t>
      </w:r>
    </w:p>
    <w:p>
      <w:r>
        <w:rPr>
          <w:b/>
        </w:rPr>
        <w:t xml:space="preserve">[18:17] </w:t>
      </w:r>
      <w:r>
        <w:t>judge ban gaye. aur judge banne ke baad phir university ke vice chancellor ban gaye aur mar gaye. yaani science ko unhon ne apna maidan nahi banaya.</w:t>
      </w:r>
    </w:p>
    <w:p>
      <w:pPr>
        <w:jc w:val="right"/>
      </w:pPr>
      <w:r>
        <w:t>جج بن گئے۔ اور جج بننے کے بعد پھر یونیورسٹی کے وائس چانسلر بن گئے اور مر گئے۔ یعنی سائنس کو انہوں نے اپنا میدان نہیں بنایا۔</w:t>
      </w:r>
    </w:p>
    <w:p>
      <w:r>
        <w:rPr>
          <w:b/>
        </w:rPr>
        <w:t xml:space="preserve">[18:28] </w:t>
      </w:r>
      <w:r>
        <w:t>riyazi daan ko apna maidan nahi banaya. is ka ulta dekhen aap. Einstein ko aap dekhen. Einstein ko bhi offer diya gaya Israel ki sadarat ka.</w:t>
      </w:r>
    </w:p>
    <w:p>
      <w:pPr>
        <w:jc w:val="right"/>
      </w:pPr>
      <w:r>
        <w:t>ریاضی دان کو اپنا میدان نہیں بنایا۔ اس کا الٹا دیکھیں آپ۔ آئنسٹین کو آپ دیکھیں۔ آئنسٹین کو بھی آفر دیا گیا اسرائیل کی صدارت کا۔</w:t>
      </w:r>
    </w:p>
    <w:p>
      <w:r>
        <w:rPr>
          <w:b/>
        </w:rPr>
        <w:t xml:space="preserve">[18:42] </w:t>
      </w:r>
      <w:r>
        <w:t>to Israel ke pehle sadar bante Einstein. lekin Einstein ne kaha ke nahi, mein apne is kaam ko yaani saensy tehqeeq ko chhor nahi sakta.</w:t>
      </w:r>
    </w:p>
    <w:p>
      <w:pPr>
        <w:jc w:val="right"/>
      </w:pPr>
      <w:r>
        <w:t>تو اسرائیل کے پہلے صدر بنتے آئنسٹین۔ لیکن آئنسٹین نے کہا کہ نہیں، میں اپنے اس کام کو یعنی سائنسی تحقیق کو چھوڑ نہیں سکتا۔</w:t>
      </w:r>
    </w:p>
    <w:p>
      <w:r>
        <w:rPr>
          <w:b/>
        </w:rPr>
        <w:t xml:space="preserve">[18:54] </w:t>
      </w:r>
      <w:r>
        <w:t>that is a distraction for me. to dekhen aap ke Sir Shah Sulaiman jahan tak mein janta hoon, Einstein hi ke takkar ka un ka zehn tha.</w:t>
      </w:r>
    </w:p>
    <w:p>
      <w:pPr>
        <w:jc w:val="right"/>
      </w:pPr>
      <w:r>
        <w:t>دیٹ از اے ڈسٹرکشن فار می۔ تو دیکھیں آپ کہ سر شاہ سلیمان جہاں تک میں جانتا ہوں، آئنسٹین ہی کے ٹکر کا ان کا ذہن تھا۔</w:t>
      </w:r>
    </w:p>
    <w:p>
      <w:r>
        <w:rPr>
          <w:b/>
        </w:rPr>
        <w:t xml:space="preserve">[19:04] </w:t>
      </w:r>
      <w:r>
        <w:t>isi satah ke aadmi thay. woh Einstein jaisa koi bara kaam kar sakte thay woh. bohat hi zabardast aadmi tha Sir Shah Sulaiman.</w:t>
      </w:r>
    </w:p>
    <w:p>
      <w:pPr>
        <w:jc w:val="right"/>
      </w:pPr>
      <w:r>
        <w:t>اسی سطح کے آدمی تھے۔ وہ آئنسٹین جیسا کوئی بڑا کام کر سکتے تھے وہ۔ بہت ہی زبردست آدمی تھا سر شاہ سلیمان۔</w:t>
      </w:r>
    </w:p>
    <w:p>
      <w:r>
        <w:rPr>
          <w:b/>
        </w:rPr>
        <w:t xml:space="preserve">[19:14] </w:t>
      </w:r>
      <w:r>
        <w:t>British hukmarani ke zamane mein un ko Sir ka title diya gaya tha. lekin woh kuch nahi kar sake. kuch nahi, judge rahay, us ke baad vice chancellor rahay aur phir mar gaye.</w:t>
      </w:r>
    </w:p>
    <w:p>
      <w:pPr>
        <w:jc w:val="right"/>
      </w:pPr>
      <w:r>
        <w:t>برطانوی حکمرانی کے زمانے میں ان کو سر کا ٹائٹل دیا گیا تھا۔ لیکن وہ کچھ نہیں کر سکے۔ کچھ نہیں، جج رہے، اس کے بعد وائس چانسلر رہے اور پھر مر گئے۔</w:t>
      </w:r>
    </w:p>
    <w:p>
      <w:r>
        <w:rPr>
          <w:b/>
        </w:rPr>
        <w:t xml:space="preserve">[19:27] </w:t>
      </w:r>
      <w:r>
        <w:t>aur Einstein ne itna bara kaam kiya ke ek naya yaani science mein ek naya daur paida kiya. yaani micro world ko micro world tak pohanchaya Einstein ne.</w:t>
      </w:r>
    </w:p>
    <w:p>
      <w:pPr>
        <w:jc w:val="right"/>
      </w:pPr>
      <w:r>
        <w:t>اور آئنسٹین نے اتنا بڑا کام کیا کہ ایک نیا یعنی سائنس میں ایک نیا دور پیدا کیا۔ یعنی مائیکرو ورلڈ کو مائیکرو ورلڈ تک پہنچایا آئنسٹین نے۔</w:t>
      </w:r>
    </w:p>
    <w:p>
      <w:r>
        <w:rPr>
          <w:b/>
        </w:rPr>
        <w:t xml:space="preserve">[19:40] </w:t>
      </w:r>
      <w:r>
        <w:t>itna bara kaam kiya. to mein samajhta hoon ke Einstein ka case distraction case nahi hai. is liye woh apna jo us ke andar munfarid khoobi thi, us ko woh explore kar ke aage barh saka.</w:t>
      </w:r>
    </w:p>
    <w:p>
      <w:pPr>
        <w:jc w:val="right"/>
      </w:pPr>
      <w:r>
        <w:t>اتنا بڑا کام کیا۔ تو میں سمجھتا ہوں کہ آئنسٹین کا کیس ڈسٹرکشن کیس نہیں ہے۔ اس لیے وہ اپنا جو اس کے اندر منفرد خوبی تھی، اس کو وہ ایکسپلور کر کے آگے بڑھ سکا۔</w:t>
      </w:r>
    </w:p>
    <w:p>
      <w:r>
        <w:rPr>
          <w:b/>
        </w:rPr>
        <w:t xml:space="preserve">[19:54] </w:t>
      </w:r>
      <w:r>
        <w:t>aur Sir Shah Sulaiman jo thay, apni jo un ki jo khoobi thi, us ko samajh nahi sake. aur phir kya hua ke woh duniya mein aise aaye aur duniya mein aise chale gaye.</w:t>
      </w:r>
    </w:p>
    <w:p>
      <w:pPr>
        <w:jc w:val="right"/>
      </w:pPr>
      <w:r>
        <w:t>اور سر شاہ سلیمان جو تھے، اپنی جو ان کی جو خوبی تھی، اس کو سمجھ نہیں سکے۔ اور پھر کیا ہوا کہ وہ دنیا میں ایسے آئے اور دنیا میں ایسے چلے گئے۔</w:t>
      </w:r>
    </w:p>
    <w:p>
      <w:r>
        <w:rPr>
          <w:b/>
        </w:rPr>
        <w:t xml:space="preserve">[20:09] </w:t>
      </w:r>
      <w:r>
        <w:t>to poora mein samajhta hoon ke ek fard se le kar qaum tak yeh formula sab par laagu hota hai.</w:t>
      </w:r>
    </w:p>
    <w:p>
      <w:pPr>
        <w:jc w:val="right"/>
      </w:pPr>
      <w:r>
        <w:t>تو پورا میں سمجھتا ہوں کہ ایک فرد سے لے کر قوم تک یہ فارمولا سب پر لاگو ہوتا ہے۔</w:t>
      </w:r>
    </w:p>
    <w:p>
      <w:r>
        <w:rPr>
          <w:b/>
        </w:rPr>
        <w:t xml:space="preserve">[20:19] </w:t>
      </w:r>
      <w:r>
        <w:t>har fard ko mein samajhta hoon ke sab se pehle janna chahiye ke Khuda ne mujhe kis munfarid khoobi ke sath paida kiya hai.</w:t>
      </w:r>
    </w:p>
    <w:p>
      <w:pPr>
        <w:jc w:val="right"/>
      </w:pPr>
      <w:r>
        <w:t>ہر فرد کو میں سمجھتا ہوں کہ سب سے پہلے جاننا چاہیے کہ خدا نے مجھے کس منفرد خوبی کے ساتھ پیدا کیا ہے۔</w:t>
      </w:r>
    </w:p>
    <w:p>
      <w:r>
        <w:rPr>
          <w:b/>
        </w:rPr>
        <w:t xml:space="preserve">[20:31] </w:t>
      </w:r>
      <w:r>
        <w:t>dekhen Khuda kabhi kisi ke sath na-insaafi nahi karta. kabhi nahi. Dr Abdul Kalam ke andar ek munfarid khoobi agar thi to mere andar bhi munfarid khoobi hai.</w:t>
      </w:r>
    </w:p>
    <w:p>
      <w:pPr>
        <w:jc w:val="right"/>
      </w:pPr>
      <w:r>
        <w:t>دیکھیں خدا کبھی کسی کے ساتھ ناانصافی نہیں کرتا۔ کبھی نہیں۔ ڈاکٹر عبدالکلام کے اندر ایک منفرد خوبی اگر تھی تو میرے اندر بھی منفرد خوبی ہے۔</w:t>
      </w:r>
    </w:p>
    <w:p>
      <w:r>
        <w:rPr>
          <w:b/>
        </w:rPr>
        <w:t xml:space="preserve">[20:42] </w:t>
      </w:r>
      <w:r>
        <w:t>aur har aadmi ke andar ek munfarid khoobi hai. is munfarid khoobi ko janna aur is mein aage barhna.</w:t>
      </w:r>
    </w:p>
    <w:p>
      <w:pPr>
        <w:jc w:val="right"/>
      </w:pPr>
      <w:r>
        <w:t>اور ہر آدمی کے اندر ایک منفرد خوبی ہے۔ اس منفرد خوبی کو جاننا اور اس میں آگے بڑھنا۔</w:t>
      </w:r>
    </w:p>
    <w:p>
      <w:r>
        <w:rPr>
          <w:b/>
        </w:rPr>
        <w:t xml:space="preserve">[20:54] </w:t>
      </w:r>
      <w:r>
        <w:t>mein samajhta hoon ke do cheezen zaroori hain. ek to yeh ke apne aap ko daryaft karna. sab se pehle aap ko daryaft karna hai khud ko.</w:t>
      </w:r>
    </w:p>
    <w:p>
      <w:pPr>
        <w:jc w:val="right"/>
      </w:pPr>
      <w:r>
        <w:t>میں سمجھتا ہوں کہ دو چیزیں ضروری ہیں۔ ایک تو یہ کہ اپنے آپ کو دریافت کرنا۔ سب سے پہلے آپ کو دریافت کرنا ہے خود کو۔</w:t>
      </w:r>
    </w:p>
    <w:p>
      <w:r>
        <w:rPr>
          <w:b/>
        </w:rPr>
        <w:t xml:space="preserve">[21:06] </w:t>
      </w:r>
      <w:r>
        <w:t>aur doosri cheez kya hai?</w:t>
      </w:r>
    </w:p>
    <w:p>
      <w:pPr>
        <w:jc w:val="right"/>
      </w:pPr>
      <w:r>
        <w:t>اور دوسری چیز کیا ہے؟</w:t>
      </w:r>
    </w:p>
    <w:p>
      <w:r>
        <w:rPr>
          <w:b/>
        </w:rPr>
        <w:t xml:space="preserve">[21:10] </w:t>
      </w:r>
      <w:r>
        <w:t>kabhi bhi line se hatna na hona. aap jante hain ke hamari hukumat mein ek lafz hai, woh hai break in service.</w:t>
      </w:r>
    </w:p>
    <w:p>
      <w:pPr>
        <w:jc w:val="right"/>
      </w:pPr>
      <w:r>
        <w:t>کبھی بھی لائن سے ہٹنا نہ ہونا۔ آپ جانتے ہیں کہ ہماری حکومت میں ایک لفظ ہے، وہ ہے بریک ان سروس۔</w:t>
      </w:r>
    </w:p>
    <w:p>
      <w:r>
        <w:rPr>
          <w:b/>
        </w:rPr>
        <w:t xml:space="preserve">[21:25] </w:t>
      </w:r>
      <w:r>
        <w:t>break in service. mein samajhta hoon ke ek aur is se bhi ziyada bari baat hai, break in history. break in history yaani mein apni tareekh mein break na hone doon.</w:t>
      </w:r>
    </w:p>
    <w:p>
      <w:pPr>
        <w:jc w:val="right"/>
      </w:pPr>
      <w:r>
        <w:t>بریک ان سروس۔ میں سمجھتا ہوں کہ ایک اور اس سے بھی زیادہ بڑی بات ہے، بریک ان ہسٹری۔ بریک ان ہسٹری یعنی میں اپنی تاریخ میں بریک نہ ہونے دوں۔</w:t>
      </w:r>
    </w:p>
    <w:p>
      <w:r>
        <w:rPr>
          <w:b/>
        </w:rPr>
        <w:t xml:space="preserve">[21:38] </w:t>
      </w:r>
      <w:r>
        <w:t>agar ek aadmi jo hai kuch din karobar kare, phir chala jaye woh university mein kaam karne lage, phir us ko chhod kar chala jaye kisi factory mein, to us ne bar bar apni tareekh mein break kiya.</w:t>
      </w:r>
    </w:p>
    <w:p>
      <w:pPr>
        <w:jc w:val="right"/>
      </w:pPr>
      <w:r>
        <w:t>اگر ایک آدمی جو ہے کچھ دن کاروبار کرے، پھر چلا جائے وہ یونیورسٹی میں کام کرنے لگے، پھر اس کو چھوڑ کر چلا جائے کسی فیکٹری میں، تو اس نے بار بار اپنی تاریخ میں بریک کیا۔</w:t>
      </w:r>
    </w:p>
    <w:p>
      <w:r>
        <w:rPr>
          <w:b/>
        </w:rPr>
        <w:t xml:space="preserve">[21:51] </w:t>
      </w:r>
      <w:r>
        <w:t>break in history jo hai woh zehar hai aap ke liye. zehar. jis tarah se break in service jo hai, aap ki service ko bohat bara masla paida karti hai.</w:t>
      </w:r>
    </w:p>
    <w:p>
      <w:pPr>
        <w:jc w:val="right"/>
      </w:pPr>
      <w:r>
        <w:t>بریک ان ہسٹری جو ہے وہ زہر ہے آپ کے لیے۔ زہر۔ جس طرح سے بریک ان سروس جو ہے، آپ کی سروس کو بہت بڑا مسئلہ پیدا کرتی ہے۔</w:t>
      </w:r>
    </w:p>
    <w:p>
      <w:r>
        <w:rPr>
          <w:b/>
        </w:rPr>
        <w:t xml:space="preserve">[22:04] </w:t>
      </w:r>
      <w:r>
        <w:t>isi tarah break in history bhi bohat hi bari, bohat bara masla hai. yani das saal, pandrah saal tak aap ne aik kaam kiya, ab aap ne badal di line, to break ho gaya.</w:t>
      </w:r>
    </w:p>
    <w:p>
      <w:pPr>
        <w:jc w:val="right"/>
      </w:pPr>
      <w:r>
        <w:t>اسی طرح بریک ان ہسٹری بھی بہت ہی بڑی، بہت بڑا مسئلہ ہے۔ یعنی دس سال، پندرہ سال تک آپ نے ایک کام کیا، اب آپ نے بدل دی لائن، تو بریک ہو گیا۔</w:t>
      </w:r>
    </w:p>
    <w:p>
      <w:r>
        <w:rPr>
          <w:b/>
        </w:rPr>
        <w:t xml:space="preserve">[22:15] </w:t>
      </w:r>
      <w:r>
        <w:t>phir das saal, paanch saal kaam kiya, phir badal liya. to phir aisay logon ko main kaha karta hoon grasshopper mind. grasshopper mind.</w:t>
      </w:r>
    </w:p>
    <w:p>
      <w:pPr>
        <w:jc w:val="right"/>
      </w:pPr>
      <w:r>
        <w:t>پھر دس سال، پانچ سال کام کیا، پھر بدل لیا۔ تو پھر ایسے لوگوں کو میں کہا کرتا ہوں گراس ہاپر مائن۔ گراس ہاپر مائن۔</w:t>
      </w:r>
    </w:p>
    <w:p>
      <w:r>
        <w:rPr>
          <w:b/>
        </w:rPr>
        <w:t xml:space="preserve">[22:27] </w:t>
      </w:r>
      <w:r>
        <w:t>to aik cheez yeh hai ke aap apni is munfarid khoobi ko daryaft na kar sakain. woh koi doosra kaam karne lagain.</w:t>
      </w:r>
    </w:p>
    <w:p>
      <w:pPr>
        <w:jc w:val="right"/>
      </w:pPr>
      <w:r>
        <w:t>تو ایک چیز یہ ہے کہ آپ اپنی اس منفرد خوبی کو دریافت نہ کر سکیں۔ وہ کوئی دوسرا کام کرنے لگے۔</w:t>
      </w:r>
    </w:p>
    <w:p>
      <w:r>
        <w:rPr>
          <w:b/>
        </w:rPr>
        <w:t xml:space="preserve">[22:38] </w:t>
      </w:r>
      <w:r>
        <w:t>doosri cheez yeh hai ke aap grasshopper ban jain. aap jantay hain grasshopper jo hai, patanga, woh uchhal tak koodta rehta hai. uchhal kar yahan, uchhal kar wahan, uchhal kar wahan.</w:t>
      </w:r>
    </w:p>
    <w:p>
      <w:pPr>
        <w:jc w:val="right"/>
      </w:pPr>
      <w:r>
        <w:t>دوسری چیز یہ ہے کہ آپ گراس ہاپر بن جائیں۔ آپ جانتے ہیں گراس ہاپر جو ہے، پتنگا، وہ اچھل تک کودتا رہتا ہے۔ اچھل کر یہاں، اچھل کر وہاں، اچھل کر وہاں۔</w:t>
      </w:r>
    </w:p>
    <w:p>
      <w:r>
        <w:rPr>
          <w:b/>
        </w:rPr>
        <w:t xml:space="preserve">[22:52] </w:t>
      </w:r>
      <w:r>
        <w:t>to grasshopper mind banna bhi aadmi ko tabah karta hai. apni khaas khoobi ko daryaft na karna, woh bhi aadmi ko tabah karta hai.</w:t>
      </w:r>
    </w:p>
    <w:p>
      <w:pPr>
        <w:jc w:val="right"/>
      </w:pPr>
      <w:r>
        <w:t>تو گراس ہاپر مائن بننا بھی آدمی کو تباہ کرتا ہے۔ اپنی خاص خوبی کو دریافت نہ کرنا، وہ بھی آدمی کو تباہ کرتا ہے۔</w:t>
      </w:r>
    </w:p>
    <w:p>
      <w:r>
        <w:rPr>
          <w:b/>
        </w:rPr>
        <w:t xml:space="preserve">[23:05] </w:t>
      </w:r>
      <w:r>
        <w:t xml:space="preserve">poori poori tareekh mein aap is ki misalein dekh saktay hain. jis fard ne ya jis qaum ne bhi koi bari cheez hasil ki hai is dunya mein, wohi insaan hai jis ne is formula ko pakra, qimat al mar' mar'u. </w:t>
      </w:r>
    </w:p>
    <w:p>
      <w:pPr>
        <w:jc w:val="right"/>
      </w:pPr>
      <w:r>
        <w:t>پوری پوری تاریخ میں آپ اس کی مثالیں دیکھ سکتے ہیں۔ جس فرد نے یا جس قوم نے بھی کوئی بڑی چیز حاصل کی ہے اس دنیا میں، وہی انسان ہے جس نے اس فارمولے کو پکڑا، قیمت المرء مایوس۔</w:t>
      </w:r>
    </w:p>
    <w:p>
      <w:r>
        <w:rPr>
          <w:b/>
        </w:rPr>
        <w:t xml:space="preserve">[23:26] </w:t>
      </w:r>
      <w:r>
        <w:t>aur phir</w:t>
      </w:r>
    </w:p>
    <w:p>
      <w:pPr>
        <w:jc w:val="right"/>
      </w:pPr>
      <w:r>
        <w:t>اور پھر</w:t>
      </w:r>
    </w:p>
    <w:p>
      <w:r>
        <w:rPr>
          <w:b/>
        </w:rPr>
        <w:t xml:space="preserve">[23:30] </w:t>
      </w:r>
      <w:r>
        <w:t>paayedaar koshish ka rasta pakra is ne. jis koshish ko woh barqarar kar sakta tha, us mein laga raha, laga raha, laga raha.</w:t>
      </w:r>
    </w:p>
    <w:p>
      <w:pPr>
        <w:jc w:val="right"/>
      </w:pPr>
      <w:r>
        <w:t>پائیدار کوشش کا راستہ پکڑا اس نے۔ جس کوشش کو وہ برقرار کر سکتا تھا، اس میں لگا رہا، لگا رہا، لگا رہا۔</w:t>
      </w:r>
    </w:p>
    <w:p>
      <w:r>
        <w:rPr>
          <w:b/>
        </w:rPr>
        <w:t xml:space="preserve">[23:40] </w:t>
      </w:r>
      <w:r>
        <w:t>rastay se hata nahin. to woh bari bara hasil us ko hoga. main jo musalmanon ki tareekh hai,</w:t>
      </w:r>
    </w:p>
    <w:p>
      <w:pPr>
        <w:jc w:val="right"/>
      </w:pPr>
      <w:r>
        <w:t>راستے سے ہٹا نہیں۔ تو وہ بڑی بڑا حاصل اس کو ہوگا۔ میں جو مسلمانوں کی تاریخ ہے،</w:t>
      </w:r>
    </w:p>
    <w:p>
      <w:r>
        <w:rPr>
          <w:b/>
        </w:rPr>
        <w:t xml:space="preserve">[23:54] </w:t>
      </w:r>
      <w:r>
        <w:t>musalmanon ko agar aap parhain un ke jo magazine hain ya un ki kitabein hain ya un ke jo seminar waghera hotay hain, to sara ka sara kya hai?</w:t>
      </w:r>
    </w:p>
    <w:p>
      <w:pPr>
        <w:jc w:val="right"/>
      </w:pPr>
      <w:r>
        <w:t>مسلمانوں کو اگر آپ پڑھیں ان کے جو میگزین ہیں یا ان کی کتابیں ہیں یا ان کے جو سیمینار وغیرہ ہوتے ہیں، تو سارا کا سارا کیا ہے؟</w:t>
      </w:r>
    </w:p>
    <w:p>
      <w:r>
        <w:rPr>
          <w:b/>
        </w:rPr>
        <w:t xml:space="preserve">[24:04] </w:t>
      </w:r>
      <w:r>
        <w:t>jis kya hota hai? shikayat, ehtijaj. saaray musalman jo hain manfi mein jeetay hain. doosron ke khilaaf ehtijaj kartay hain, shikayat kartay hain.</w:t>
      </w:r>
    </w:p>
    <w:p>
      <w:pPr>
        <w:jc w:val="right"/>
      </w:pPr>
      <w:r>
        <w:t>جس کیا ہوتا ہے؟ شکایت، احتجاج۔ سارے مسلمان جو ہیں منفی میں جیتے ہیں۔ دوسروں کے خلاف احتجاج کرتے ہیں، شکایت کرتے ہیں۔</w:t>
      </w:r>
    </w:p>
    <w:p>
      <w:r>
        <w:rPr>
          <w:b/>
        </w:rPr>
        <w:t xml:space="preserve">[24:17] </w:t>
      </w:r>
      <w:r>
        <w:t>ke doosray log jo hain un ki taraqqi mein rokk bani hui hai. jaisay aap jain agar falasteen arabon se milein, to one to all sara arab yeh kahega ke israel jo hai hamara dushman number one hai.</w:t>
      </w:r>
    </w:p>
    <w:p>
      <w:pPr>
        <w:jc w:val="right"/>
      </w:pPr>
      <w:r>
        <w:t>کہ دوسرے لوگ جو ہیں ان کی ترقی میں روک بنی ہوئی ہے۔ جیسے آپ جائیں اگر فلسطین عربوں سے ملیں، تو ون ٹو آل سارا عرب یہ کہے گا کہ اسرائیل جو ہے ہمارا دشمن نمبر ون ہے۔</w:t>
      </w:r>
    </w:p>
    <w:p>
      <w:r>
        <w:rPr>
          <w:b/>
        </w:rPr>
        <w:t xml:space="preserve">[24:33] </w:t>
      </w:r>
      <w:r>
        <w:t>america hamara dushman number one hai jo support karta hai israel ko. to saaray log yeh samajhtay hain ke israel ne hamein hamari taraqqi ko rokk rakha hai.</w:t>
      </w:r>
    </w:p>
    <w:p>
      <w:pPr>
        <w:jc w:val="right"/>
      </w:pPr>
      <w:r>
        <w:t>امریکہ ہمارا دشمن نمبر ون ہے جو سپورٹ کرتا ہے اسرائیل کو۔ تو سارے لوگ یہ سمجھتے ہیں کہ اسرائیل نے ہمیں ہماری ترقی کو روک رکھا ہے۔</w:t>
      </w:r>
    </w:p>
    <w:p>
      <w:r>
        <w:rPr>
          <w:b/>
        </w:rPr>
        <w:t xml:space="preserve">[24:44] </w:t>
      </w:r>
      <w:r>
        <w:t>main samajhta hoon ke bilkul be buniyad baat hai. be buniyad baat hai.</w:t>
      </w:r>
    </w:p>
    <w:p>
      <w:pPr>
        <w:jc w:val="right"/>
      </w:pPr>
      <w:r>
        <w:t>میں سمجھتا ہوں کہ بالکل بے بنیاد بات ہے۔ بے بنیاد بات ہے۔</w:t>
      </w:r>
    </w:p>
    <w:p>
      <w:r>
        <w:rPr>
          <w:b/>
        </w:rPr>
        <w:t xml:space="preserve">[24:52] </w:t>
      </w:r>
      <w:r>
        <w:t>aap ne apnay potential ko le jana aur doosron se larnay lagay khwamkhwah. jaisay aap dekhein, main wahan gaya do baar, falasteen do baar gaya hoon main.</w:t>
      </w:r>
    </w:p>
    <w:p>
      <w:pPr>
        <w:jc w:val="right"/>
      </w:pPr>
      <w:r>
        <w:t>آپ نے اپنے پوٹینشل کو لے جانا اور دوسروں سے لڑنے لگے خوامخواہ۔ جیسے آپ دیکھیں، میں وہاں گیا دو بار، فلسطین دو بار گیا ہوں میں۔</w:t>
      </w:r>
    </w:p>
    <w:p>
      <w:r>
        <w:rPr>
          <w:b/>
        </w:rPr>
        <w:t xml:space="preserve">[25:05] </w:t>
      </w:r>
      <w:r>
        <w:t>main ne baatein logon ko bataein. lekin log itnay sharti ho jatay hain ke bohat jaldi baaton ko pakar nahin paatay. itnay sharti ho jatay hain. dekhein 1948 mein balfour commission ke tehat israel bana tha.</w:t>
      </w:r>
    </w:p>
    <w:p>
      <w:pPr>
        <w:jc w:val="right"/>
      </w:pPr>
      <w:r>
        <w:t>میں نے باتیں لوگوں کو بتائیں۔ لیکن لوگ اتنے شرطی ہو جاتے ہیں کہ بہت جلدی باتوں کو پکڑ نہیں پاتے۔ اتنے شرطی ہو جاتے ہیں۔ دیکھیں 1948 میں بالفور کمیشن کے تحت اسرائیل بنا تھا۔</w:t>
      </w:r>
    </w:p>
    <w:p>
      <w:r>
        <w:rPr>
          <w:b/>
        </w:rPr>
        <w:t xml:space="preserve">[25:26] </w:t>
      </w:r>
      <w:r>
        <w:t>i can see ke yeh aik bone tha arabon ke liye. bone. b double o n bone. for arab. kaisay? jadeed daur mein arab log jadeed taleem mein peechay ho gaye thay.</w:t>
      </w:r>
    </w:p>
    <w:p>
      <w:pPr>
        <w:jc w:val="right"/>
      </w:pPr>
      <w:r>
        <w:t>آئی کین سی کہ یہ ایک بون تھا عربوں کے لیے۔ بون۔ بی ڈبل او این بون۔ فار عرب۔ کیسے؟ جدید دور میں عرب لوگ جدید تعلیم میں پیچھے ہو گئے تھے۔</w:t>
      </w:r>
    </w:p>
    <w:p>
      <w:r>
        <w:rPr>
          <w:b/>
        </w:rPr>
        <w:t xml:space="preserve">[25:42] </w:t>
      </w:r>
      <w:r>
        <w:t>aur aur aur yeh yahoodi log jadeed taleem mein bohat aagay barh gaye thay. bohat aagay barh gaye thay. due to some reason.</w:t>
      </w:r>
    </w:p>
    <w:p>
      <w:pPr>
        <w:jc w:val="right"/>
      </w:pPr>
      <w:r>
        <w:t>اور اور اور یہ یہودی لوگ جدید تعلیم میں بہت آگے بڑھ گئے تھے۔ بہت آگے بڑھ گئے تھے۔ ڈیو ٹو سم ریزن۔</w:t>
      </w:r>
    </w:p>
    <w:p>
      <w:r>
        <w:rPr>
          <w:b/>
        </w:rPr>
        <w:t xml:space="preserve">[25:54] </w:t>
      </w:r>
      <w:r>
        <w:t>to aik taraf arab thay jo peechay thay jadeed taleem mein, jadeed science mein. doosri taraf yahoodi thay jo jadeed taleem mein bohat aagay barh gaye.</w:t>
      </w:r>
    </w:p>
    <w:p>
      <w:pPr>
        <w:jc w:val="right"/>
      </w:pPr>
      <w:r>
        <w:t>تو ایک طرف عرب تھے جو پیچھے تھے جدید تعلیم میں، جدید سائنس میں۔ دوسری طرف یہودی تھے جو جدید تعلیم میں بہت آگے بڑھ گئے۔</w:t>
      </w:r>
    </w:p>
    <w:p>
      <w:r>
        <w:rPr>
          <w:b/>
        </w:rPr>
        <w:t xml:space="preserve">[26:04] </w:t>
      </w:r>
      <w:r>
        <w:t>to yeh to ta'ammul tha. balfour commission ne jo kiya, us ko agar misbat mani mein letay, misbat mani mein, to kya hota?</w:t>
      </w:r>
    </w:p>
    <w:p>
      <w:pPr>
        <w:jc w:val="right"/>
      </w:pPr>
      <w:r>
        <w:t>تو یہ تو تعامل تھا۔ بالفور کمیشن نے جو کیا، اس کو اگر مثبت معنی میں لیتے، مثبت معنی میں، تو کیا ہوتا؟</w:t>
      </w:r>
    </w:p>
    <w:p>
      <w:r>
        <w:rPr>
          <w:b/>
        </w:rPr>
        <w:t xml:space="preserve">[26:16] </w:t>
      </w:r>
      <w:r>
        <w:t>ke kuan khud piyasay ke paas aa gaya. yani hamein zaroorat thi ke hamein jadeed taleem milay hamein.</w:t>
      </w:r>
    </w:p>
    <w:p>
      <w:pPr>
        <w:jc w:val="right"/>
      </w:pPr>
      <w:r>
        <w:t>کہ کنواں خود پیاسے کے پاس آگیا۔ یعنی ہمیں ضرورت تھی کہ ہمیں جدید تعلیم ملے ہمیں۔</w:t>
      </w:r>
    </w:p>
    <w:p>
      <w:r>
        <w:rPr>
          <w:b/>
        </w:rPr>
        <w:t xml:space="preserve">[26:25] </w:t>
      </w:r>
      <w:r>
        <w:t>hum jadeed soch ko jaanein. to woh log jo us ke mahir hain, woh khud hamari mulk mein aagaye. un se ta'ammul karo. that was a time of interaction between old and and modern.</w:t>
      </w:r>
    </w:p>
    <w:p>
      <w:pPr>
        <w:jc w:val="right"/>
      </w:pPr>
      <w:r>
        <w:t>ہم جدید سوچ کو جانیں۔ تو وہ لوگ جو اس کے ماہر ہیں، وہ خود ہماری ملک میں آگئے۔ ان سے تعامل کرو۔ دیٹ واز اے ٹائم آف انٹریکشن بٹوین اولڈ اینڈ اینڈ اینڈ ماڈرن۔</w:t>
      </w:r>
    </w:p>
    <w:p>
      <w:r>
        <w:rPr>
          <w:b/>
        </w:rPr>
        <w:t xml:space="preserve">[26:45] </w:t>
      </w:r>
      <w:r>
        <w:t>agar yeh zehan hota arabon mein, to kya hota? wohi hota jo is se pehlay ho chuka hai. jab musalman zinda thay, jab musalmanon mein woh thay, yani aaj kal ki tarah se zawal nahin hua tha,</w:t>
      </w:r>
    </w:p>
    <w:p>
      <w:pPr>
        <w:jc w:val="right"/>
      </w:pPr>
      <w:r>
        <w:t>اگر یہ ذہن ہوتا عربوں میں، تو کیا ہوتا؟ وہی ہوتا جو اس سے پہلے ہو چکا ہے۔ جب مسلمان زندہ تھے، جب مسلمانوں میں وہ تھے، یعنی آج کل کی طرح سے زوال نہیں ہوا تھا،</w:t>
      </w:r>
    </w:p>
    <w:p>
      <w:r>
        <w:rPr>
          <w:b/>
        </w:rPr>
        <w:t xml:space="preserve">[27:06] </w:t>
      </w:r>
      <w:r>
        <w:t>to baghdad, aap jantay hain ke baghdad mein aur spain mein, dono jagah musalmanon ne bohat taraqqi ki, bohat taraqqi ki. lekin kaisay taraqqi hui?</w:t>
      </w:r>
    </w:p>
    <w:p>
      <w:pPr>
        <w:jc w:val="right"/>
      </w:pPr>
      <w:r>
        <w:t>تو بغداد، آپ جانتے ہیں کہ بغداد میں اور اسپین میں، دونوں جگہ مسلمانوں نے بہت ترقی کی، بہت ترقی کی۔ لیکن کیسے ترقی ہوئی؟</w:t>
      </w:r>
    </w:p>
    <w:p>
      <w:r>
        <w:rPr>
          <w:b/>
        </w:rPr>
        <w:t xml:space="preserve">[27:17] </w:t>
      </w:r>
      <w:r>
        <w:t>aap un ki kitaab parh lijiyay, philip ke hatti ki kitaab jo hai, booti si hai, the history of the arabs. saaray modern, saaray jo yahoodi zehan thay, us ko unhon ne bharti kar liya.</w:t>
      </w:r>
    </w:p>
    <w:p>
      <w:pPr>
        <w:jc w:val="right"/>
      </w:pPr>
      <w:r>
        <w:t>آپ ان کی کتاب پڑھ لیجیے، فلپ کے ہٹی کی کتاب جو ہے، بوٹی سی ہے، دا ہسٹری آف دا عربز۔ سارے ماڈرن، سارے جو یہودی ذہن تھے، اس کو انہوں نے بھرتی کر لیا۔</w:t>
      </w:r>
    </w:p>
    <w:p>
      <w:r>
        <w:rPr>
          <w:b/>
        </w:rPr>
        <w:t xml:space="preserve">[27:28] </w:t>
      </w:r>
      <w:r>
        <w:t>jo isai zehan thay, is ko bhi bharti kar lia unhon ne. yani baghdad ka jo bait ul hikmat tha, wahan sare yahoodi zehan aur isai zehan kaam karte thay.</w:t>
      </w:r>
    </w:p>
    <w:p>
      <w:pPr>
        <w:jc w:val="right"/>
      </w:pPr>
      <w:r>
        <w:t>جو عیسائی ذہن تھے، اس کو بھی بھرتی کر لیا انہوں نے۔ یعنی بغداد کا جو بیت الحکمت تھا، وہاں سارے یہودی ذہن اور عیسائی ذہن کام کرتے تھے۔</w:t>
      </w:r>
    </w:p>
    <w:p>
      <w:r>
        <w:rPr>
          <w:b/>
        </w:rPr>
        <w:t xml:space="preserve">[27:42] </w:t>
      </w:r>
      <w:r>
        <w:t>yahi spain mein hua tha. to baghdad mein aur spain mein dono jagah muslim zehan aur yahoodi zehan aur isai zehan mil kar kaam karte thay.</w:t>
      </w:r>
    </w:p>
    <w:p>
      <w:pPr>
        <w:jc w:val="right"/>
      </w:pPr>
      <w:r>
        <w:t>یہی اسپین میں ہوا تھا۔ تو بغداد میں اور اسپین میں دونوں جگہ مسلم ذہن اور یہودی ذہن اور عیسائی ذہن مل کر کام کرتے تھے۔</w:t>
      </w:r>
    </w:p>
    <w:p>
      <w:r>
        <w:rPr>
          <w:b/>
        </w:rPr>
        <w:t xml:space="preserve">[27:54] </w:t>
      </w:r>
      <w:r>
        <w:t>that was a point of interaction. is ki waja se itna taraqqi pa saka musalman. is tareekh ko bohat se logon ne likha hai, lekin yeh ek bohat achi kitab hai, philip ke hatti ki,</w:t>
      </w:r>
    </w:p>
    <w:p>
      <w:pPr>
        <w:jc w:val="right"/>
      </w:pPr>
      <w:r>
        <w:t>دیٹ واز اے پوائنٹ آف انٹریکشن۔ اس کی وجہ سے اتنا ترقی کر پایا مسلمان۔ اس تاریخ کو بہت سے لوگوں نے لکھا ہے، لیکن یہ ایک بہت اچھی کتاب ہے، فلپ کے ہٹی کی،</w:t>
      </w:r>
    </w:p>
    <w:p>
      <w:r>
        <w:rPr>
          <w:b/>
        </w:rPr>
        <w:t xml:space="preserve">[28:10] </w:t>
      </w:r>
      <w:r>
        <w:t>jo ek lubnani scholar hai, the history of the arabs. kis tarah se yahoodi zehan aur isai zehan aur muslim zehan, yeh sab mil kar ke kaam karte thay wahan par, baghdad mein.</w:t>
      </w:r>
    </w:p>
    <w:p>
      <w:pPr>
        <w:jc w:val="right"/>
      </w:pPr>
      <w:r>
        <w:t>جو ایک لبنانی اسکالر ہے، دا ہسٹری آف دا عربز۔ کس طرح سے یہودی ذہن اور عیسائی ذہن اور مسلم ذہن، یہ سب مل کر کے کام کرتے تھے وہاں پر، بغداد میں۔</w:t>
      </w:r>
    </w:p>
    <w:p>
      <w:r>
        <w:rPr>
          <w:b/>
        </w:rPr>
        <w:t xml:space="preserve">[28:24] </w:t>
      </w:r>
      <w:r>
        <w:t>aur spain mein bhi. woh cordoba mein aur woh granada mein har jagah. is zamanay mein musalmanon ne jo taraqqi ki, jis ke baray mein ek ek ek ek european scholar ne likha hai ke ke but for the arabs,</w:t>
      </w:r>
    </w:p>
    <w:p>
      <w:pPr>
        <w:jc w:val="right"/>
      </w:pPr>
      <w:r>
        <w:t>اور اسپین میں بھی۔ وہ کارٹوبا میں اور وہ گرینیڈا میں ہر جگہ۔ اس زمانے میں مسلمانوں نے جو ترقی کی، جس کے بارے میں ایک ایک ایک ایک یورپین اسکالر نے لکھا ہے کہ کہ بٹ فار دا عربز،</w:t>
      </w:r>
    </w:p>
    <w:p>
      <w:r>
        <w:rPr>
          <w:b/>
        </w:rPr>
        <w:t xml:space="preserve">[28:46] </w:t>
      </w:r>
      <w:r>
        <w:t>but for the arabs, western industrial civilization will never have arisen at all.</w:t>
      </w:r>
    </w:p>
    <w:p>
      <w:pPr>
        <w:jc w:val="right"/>
      </w:pPr>
      <w:r>
        <w:t>بٹ فار دا عربز، ویسٹرن انڈسٹریل سویلائزیشن ویل نیور ہیو ایریزن ایٹ آل۔</w:t>
      </w:r>
    </w:p>
    <w:p>
      <w:r>
        <w:rPr>
          <w:b/>
        </w:rPr>
        <w:t xml:space="preserve">[28:58] </w:t>
      </w:r>
      <w:r>
        <w:t>arabon ke baghair modern taraqqi mumkin hi nahi hoti. but for the arabs, modern industrial civilization will never have arisen at all.</w:t>
      </w:r>
    </w:p>
    <w:p>
      <w:pPr>
        <w:jc w:val="right"/>
      </w:pPr>
      <w:r>
        <w:t>عربوں کے بغیر ماڈرن ترقی ممکن ہی نہیں ہوتی۔ بٹ فار دا عربز، ماڈرن انڈسٹریل سویلائزیشن ویل نیور ہیو ایریزن ایٹ آل۔</w:t>
      </w:r>
    </w:p>
    <w:p>
      <w:r>
        <w:rPr>
          <w:b/>
        </w:rPr>
        <w:t xml:space="preserve">[29:10] </w:t>
      </w:r>
      <w:r>
        <w:t>lekin yeh kaise hua? is liye hua ke is waqt ke jo zehan thay, muslim zehan, yahoodi zehan, isai zehan, sab mil kar kaam kiya unhon ne.</w:t>
      </w:r>
    </w:p>
    <w:p>
      <w:pPr>
        <w:jc w:val="right"/>
      </w:pPr>
      <w:r>
        <w:t>لیکن یہ کیسے ہوا؟ اس لیے ہوا کہ اس وقت کے جو ذہن تھے، مسلم ذہن، یہودی ذہن، عیسائی ذہن، سب مل کر کام کیا انہوں نے۔</w:t>
      </w:r>
    </w:p>
    <w:p>
      <w:r>
        <w:rPr>
          <w:b/>
        </w:rPr>
        <w:t xml:space="preserve">[29:21] </w:t>
      </w:r>
      <w:r>
        <w:t>baghdad mein bhi aur aur spain mein bhi, dono jagah. ab kya ho gaya? ab woh ab woh logon ke andar woh woh woh hosla nahi, woh woh shauq nahi.</w:t>
      </w:r>
    </w:p>
    <w:p>
      <w:pPr>
        <w:jc w:val="right"/>
      </w:pPr>
      <w:r>
        <w:t>بغداد میں بھی اور اور اسپین میں بھی، دونوں جگہ۔ اب کیا ہو گیا؟ اب وہ اب وہ لوگوں کے اندر وہ وہ وہ حوصلہ نہیں، وہ وہ شوق نہیں۔</w:t>
      </w:r>
    </w:p>
    <w:p>
      <w:r>
        <w:rPr>
          <w:b/>
        </w:rPr>
        <w:t xml:space="preserve">[29:34] </w:t>
      </w:r>
      <w:r>
        <w:t>ab ab kya nafrat karte hain? ab nafrat karte hain isaiyon se, nafrat karte hain yahudiyon se. tab nafrat nahi thi to.</w:t>
      </w:r>
    </w:p>
    <w:p>
      <w:pPr>
        <w:jc w:val="right"/>
      </w:pPr>
      <w:r>
        <w:t>اب اب کیا نفرت کرتے ہیں؟ اب نفرت کرتے ہیں عیسائیوں سے، نفرت کرتے ہیں یہودیوں سے۔ تب نفرت نہیں تھی تو۔</w:t>
      </w:r>
    </w:p>
    <w:p>
      <w:r>
        <w:rPr>
          <w:b/>
        </w:rPr>
        <w:t xml:space="preserve">[29:45] </w:t>
      </w:r>
      <w:r>
        <w:t>top ke yahoodi zehan, top ke isai zehan wahan rehte thay, khoob aapas mein mil kar kaam karte thay. nafrat ka naam o nishan nahi tha wahan par.</w:t>
      </w:r>
    </w:p>
    <w:p>
      <w:pPr>
        <w:jc w:val="right"/>
      </w:pPr>
      <w:r>
        <w:t>ٹاپ کے یہودی ذہن، ٹاپ کے عیسائی ذہن وہاں رہتے تھے، خوب آپس میں مل کر کام کرتے تھے۔ نفرت کا نام و نشان نہیں تھا وہاں پر۔</w:t>
      </w:r>
    </w:p>
    <w:p>
      <w:r>
        <w:rPr>
          <w:b/>
        </w:rPr>
        <w:t xml:space="preserve">[29:55] </w:t>
      </w:r>
      <w:r>
        <w:t>to main samajhta hoon wohi isi tareekh ko dohra sakte thay woh falasteen mein. yani yahoodi zehan itna zyada woh yani itna aage hai aaj bhi.</w:t>
      </w:r>
    </w:p>
    <w:p>
      <w:pPr>
        <w:jc w:val="right"/>
      </w:pPr>
      <w:r>
        <w:t>تو میں سمجھتا ہوں وہی اسی تاریخ کو دہرا سکتے تھے وہ فلسطین میں۔ یعنی یہودی ذہن اتنا زیادہ وہ یعنی اتنا آگے ہے آج بھی۔</w:t>
      </w:r>
    </w:p>
    <w:p>
      <w:r>
        <w:rPr>
          <w:b/>
        </w:rPr>
        <w:t xml:space="preserve">[30:11] </w:t>
      </w:r>
      <w:r>
        <w:t>ke main aap ko ek misaal deta hoon. ke agar aap jayen to woh ilaaqa jahan arab log rehte hain, woh aap ko sehra dikhayega, abhi bhi.</w:t>
      </w:r>
    </w:p>
    <w:p>
      <w:pPr>
        <w:jc w:val="right"/>
      </w:pPr>
      <w:r>
        <w:t>کہ میں آپ کو ایک مثال دیتا ہوں۔ کہ اگر آپ جائیں تو وہ علاقہ جہاں عرب لوگ رہتے ہیں، وہ آپ کو صحرا دکھائے گا، ابھی بھی۔</w:t>
      </w:r>
    </w:p>
    <w:p>
      <w:r>
        <w:rPr>
          <w:b/>
        </w:rPr>
        <w:t xml:space="preserve">[30:21] </w:t>
      </w:r>
      <w:r>
        <w:t>abhi bhi sehra hoga. jab aap hawai jahaz se urte hain idhar se udhar, to aap dekhen is ilaaqay ko jahan arab log rehte hain, sab sehra dikhai dega.</w:t>
      </w:r>
    </w:p>
    <w:p>
      <w:pPr>
        <w:jc w:val="right"/>
      </w:pPr>
      <w:r>
        <w:t>ابھی بھی صحرا ہوگا۔ جب آپ ہوائی جہاز سے اڑتے ہیں ادھر سے ادھر، تو آپ دیکھیں اس علاقے کو جہاں عرب لوگ رہتے ہیں، سب صحرا دکھائی دے گا۔</w:t>
      </w:r>
    </w:p>
    <w:p>
      <w:r>
        <w:rPr>
          <w:b/>
        </w:rPr>
        <w:t xml:space="preserve">[30:34] </w:t>
      </w:r>
      <w:r>
        <w:t>is ilaaqay mein pohnchte hain jab aap, jo israel ka ilaaqa hai, to wahan sab hara bhara dikhai deta hai aap ko. kaise? sehra ko unhon ne tabdeel kiya sabza mein.</w:t>
      </w:r>
    </w:p>
    <w:p>
      <w:pPr>
        <w:jc w:val="right"/>
      </w:pPr>
      <w:r>
        <w:t>اس علاقے میں پہنچتے ہیں جب آپ، جو اسرائیل کا علاقہ ہے، تو وہاں سب ہرا بھرا دکھائی دیتا ہے آپ کو۔ کیسے؟ صحرا کو انہوں نے تبدیل کیا سبزہ میں۔</w:t>
      </w:r>
    </w:p>
    <w:p>
      <w:r>
        <w:rPr>
          <w:b/>
        </w:rPr>
        <w:t xml:space="preserve">[30:46] </w:t>
      </w:r>
      <w:r>
        <w:t>kis tarah se? arabon ne ek, arab log is ko daryaft nahi kar paye thay. lekin spain mein jo thay arab, unhon ne ek is zamanay ke lehaz se ek jadeed tareeqa daryaft kiya, abpashi ka.</w:t>
      </w:r>
    </w:p>
    <w:p>
      <w:pPr>
        <w:jc w:val="right"/>
      </w:pPr>
      <w:r>
        <w:t>کس طرح سے؟ عربوں نے ایک، عرب لوگ اس کو دریافت نہیں کر پائے تھے۔ لیکن اسپین میں جو تھے عرب، انہوں نے ایک اس زمانے کے لحاظ سے ایک جدید طریقہ دریافت کیا، آبپاشی کا۔</w:t>
      </w:r>
    </w:p>
    <w:p>
      <w:r>
        <w:rPr>
          <w:b/>
        </w:rPr>
        <w:t xml:space="preserve">[31:02] </w:t>
      </w:r>
      <w:r>
        <w:t>spain mein unhon ne bohat taraqqi di ziraat ko, baghbani ko. us waqt ke lehaz se ek jadeed technique unhon ne daryaft ki, abpashi ki.</w:t>
      </w:r>
    </w:p>
    <w:p>
      <w:pPr>
        <w:jc w:val="right"/>
      </w:pPr>
      <w:r>
        <w:t>اسپین میں انہوں نے بہت ترقی دی زراعت کو، باغبانی کو۔ اس وقت کے لحاظ سے ایک جدید تکنیک انہوں نے دریافت کی، آبپاشی کی۔</w:t>
      </w:r>
    </w:p>
    <w:p>
      <w:r>
        <w:rPr>
          <w:b/>
        </w:rPr>
        <w:t xml:space="preserve">[31:13] </w:t>
      </w:r>
      <w:r>
        <w:t>ab kya kiya yahudiyon ne? ke unhon ne jis ko kehte hain drip abpashi. drip abpashi ki technique unhon ne daryaft ki.</w:t>
      </w:r>
    </w:p>
    <w:p>
      <w:pPr>
        <w:jc w:val="right"/>
      </w:pPr>
      <w:r>
        <w:t>اب کیا کیا یہودیوں نے؟ کہ انہوں نے جس کو کہتے ہیں ڈرپ آبپاشی۔ ڈرپ آبپاشی کی تکنیک انہوں نے دریافت کی۔</w:t>
      </w:r>
    </w:p>
    <w:p>
      <w:r>
        <w:rPr>
          <w:b/>
        </w:rPr>
        <w:t xml:space="preserve">[31:24] </w:t>
      </w:r>
      <w:r>
        <w:t>koi jaise hamare haan aap dekhte hain jo hamara jo abpashi hota hai, to hum nali bana dete hain aur nali mein pani beh raha hai. to aap sehra mein aisa nahi kar sakte.</w:t>
      </w:r>
    </w:p>
    <w:p>
      <w:pPr>
        <w:jc w:val="right"/>
      </w:pPr>
      <w:r>
        <w:t>کوئی جیسے ہمارے ہاں آپ دیکھتے ہیں جو ہمارا جو آبپاشی ہوتا ہے، تو ہم نالی بنا دیتے ہیں اور نالی میں پانی بہہ رہا ہے۔ تو آپ صحرا میں ایسا نہیں کر سکتے۔</w:t>
      </w:r>
    </w:p>
    <w:p>
      <w:r>
        <w:rPr>
          <w:b/>
        </w:rPr>
        <w:t xml:space="preserve">[31:34] </w:t>
      </w:r>
      <w:r>
        <w:t>sehra mein to sara pani zameen mein chala jayega. sehra mein aap aisa nahi kar sakte jaise hamare up mein, bihar mein, punjab mein hota hai.</w:t>
      </w:r>
    </w:p>
    <w:p>
      <w:pPr>
        <w:jc w:val="right"/>
      </w:pPr>
      <w:r>
        <w:t>صحرا میں تو سارا پانی زمین میں چلا جائے گا۔ صحرا میں آپ ایسا نہیں کر سکتے جیسے ہمارے یو پی میں، بہار میں، پنجاب میں ہوتا ہے۔</w:t>
      </w:r>
    </w:p>
    <w:p>
      <w:r>
        <w:rPr>
          <w:b/>
        </w:rPr>
        <w:t xml:space="preserve">[31:43] </w:t>
      </w:r>
      <w:r>
        <w:t>haryana mein hota hai. woh aisa nahi kar sakte aap abpashi. sab sehra hi sehra hai. woh sare pani ko sokh lega. to unhon ne drip abpashi ka tareeqa nikala.</w:t>
      </w:r>
    </w:p>
    <w:p>
      <w:pPr>
        <w:jc w:val="right"/>
      </w:pPr>
      <w:r>
        <w:t>ہریانہ میں ہوتا ہے۔ وہ ایسا نہیں کر سکتے آپ آبپاشی۔ سب صحرا ہی صحرا ہے۔ وہ سارے پانی کو سوکھ لے گا۔ تو انہوں نے ڈرپ آبپاشی کا طریقہ نکالا۔</w:t>
      </w:r>
    </w:p>
    <w:p>
      <w:r>
        <w:rPr>
          <w:b/>
        </w:rPr>
        <w:t xml:space="preserve">[31:57] </w:t>
      </w:r>
      <w:r>
        <w:t>yani tareekh mein pehli bar, is se pehle kabhi bhi dunya mein, tareekh mein, drip abpashi nahi istemal kiya gaya tha. kitna zabardast zehan hai in logon ka.</w:t>
      </w:r>
    </w:p>
    <w:p>
      <w:pPr>
        <w:jc w:val="right"/>
      </w:pPr>
      <w:r>
        <w:t>یعنی تاریخ میں پہلی بار، اس سے پہلے کبھی بھی دنیا میں، تاریخ میں، ڈرپ آبپاشی نہیں استعمال کیا گیا تھا۔ کتنا زبردست ذہن ہے ان لوگوں کا۔</w:t>
      </w:r>
    </w:p>
    <w:p>
      <w:r>
        <w:rPr>
          <w:b/>
        </w:rPr>
        <w:t xml:space="preserve">[32:09] </w:t>
      </w:r>
      <w:r>
        <w:t>to drip abpashi ke tareeqay ko le kar ke unhon ne apne ilaaqay ko, wahan aap jayen to wahan par sabza hi sabza dikhai dega aap ko.</w:t>
      </w:r>
    </w:p>
    <w:p>
      <w:pPr>
        <w:jc w:val="right"/>
      </w:pPr>
      <w:r>
        <w:t>تو ڈرپ آبپاشی کے طریقے کو لے کر کے انہوں نے اپنے علاقے کو، وہاں آپ جائیں تو وہاں پر سبزہ ہی سبزہ دکھائی دے گا آپ کو۔</w:t>
      </w:r>
    </w:p>
    <w:p>
      <w:r>
        <w:rPr>
          <w:b/>
        </w:rPr>
        <w:t xml:space="preserve">[32:19] </w:t>
      </w:r>
      <w:r>
        <w:t>wahan par garam abpashi ko bohat barha diya unhon ne. har qism ke phal paida karte hain woh. aur jo arab ilaaqa hai woh sookha pada hai. to agar yeh log mil kar kaam karte,</w:t>
      </w:r>
    </w:p>
    <w:p>
      <w:pPr>
        <w:jc w:val="right"/>
      </w:pPr>
      <w:r>
        <w:t>وہاں پر گرم آبپاشی کو بہت بڑھا دیا انہوں نے۔ ہر قسم کے پھل پیدا کرتے ہیں وہ۔ اور جو عرب علاقہ ہے وہ سوکھا پڑا ہے۔ تو اگر یہ لوگ مل کر کام کرتے،</w:t>
      </w:r>
    </w:p>
    <w:p>
      <w:r>
        <w:rPr>
          <w:b/>
        </w:rPr>
        <w:t xml:space="preserve">[32:33] </w:t>
      </w:r>
      <w:r>
        <w:t>jaise pehle mil kar kaam kiya tha, to bohat zyada aage barh chuke hotay yeh log. lekin hua kya? dekhen 1948 mein yahoodi atay hain falasteen mein.</w:t>
      </w:r>
    </w:p>
    <w:p>
      <w:pPr>
        <w:jc w:val="right"/>
      </w:pPr>
      <w:r>
        <w:t>جیسے پہلے مل کر کام کیا تھا، تو بہت زیادہ آگے بڑھ چکے ہوتے یہ لوگ۔ لیکن ہوا کیا؟ دیکھیں 1948 میں یہودی آتے ہیں فلسطین میں۔</w:t>
      </w:r>
    </w:p>
    <w:p>
      <w:r>
        <w:rPr>
          <w:b/>
        </w:rPr>
        <w:t xml:space="preserve">[32:48] </w:t>
      </w:r>
      <w:r>
        <w:t>is waqt wahan aik bohat baray leader thay falasteen mein, is ilaqay mein. yani woh thay, yeh to thay azhar ke, matlab is ilaqay ke.</w:t>
      </w:r>
    </w:p>
    <w:p>
      <w:pPr>
        <w:jc w:val="right"/>
      </w:pPr>
      <w:r>
        <w:t>اس وقت وہاں ایک بہت بڑے لیڈر تھے فلسطین میں، اس علاقے میں۔ یعنی وہ تھے، یہ تو تھے ازہر کے، مطلب اس علاقے کے۔</w:t>
      </w:r>
    </w:p>
    <w:p>
      <w:r>
        <w:rPr>
          <w:b/>
        </w:rPr>
        <w:t xml:space="preserve">[33:00] </w:t>
      </w:r>
      <w:r>
        <w:t>un ka naam tha hasan al banna. hasan al banna ne qairoon mein aik bohat bara muzahira nikala.</w:t>
      </w:r>
    </w:p>
    <w:p>
      <w:pPr>
        <w:jc w:val="right"/>
      </w:pPr>
      <w:r>
        <w:t>ان کا نام تھا حسن البنا۔ حسن البنا نے قیروں میں ایک بہت بڑا مظاہرہ نکالا۔</w:t>
      </w:r>
    </w:p>
    <w:p>
      <w:r>
        <w:rPr>
          <w:b/>
        </w:rPr>
        <w:t xml:space="preserve">[33:10] </w:t>
      </w:r>
      <w:r>
        <w:t>kaha jata hai ke is mein aik lakh arab log shamil thay. aur is mein kya naarah tha? kya naarah tha? labbaik ya falasteen, labbaik ya falasteen.</w:t>
      </w:r>
    </w:p>
    <w:p>
      <w:pPr>
        <w:jc w:val="right"/>
      </w:pPr>
      <w:r>
        <w:t>کہا جاتا ہے کہ اس میں ایک لاکھ عرب لوگ شامل تھے۔ اور اس میں کیا نعرہ تھا؟ کیا نعرہ تھا؟ لبیک یا فلسطین، لبیک یا فلسطین۔</w:t>
      </w:r>
    </w:p>
    <w:p>
      <w:r>
        <w:rPr>
          <w:b/>
        </w:rPr>
        <w:t xml:space="preserve">[33:22] </w:t>
      </w:r>
      <w:r>
        <w:t>yani aye falasteen hum aa rahay hain tumharay liye larnay ke liye. tumharay sath larnay ke liye hum aa rahay hain. is zamanay mein naarah tha arabon ka ke sanrami ko fi bahr, sanrami ko fi bahr hum tum ko samandar mein dhakil dein gay.</w:t>
      </w:r>
    </w:p>
    <w:p>
      <w:pPr>
        <w:jc w:val="right"/>
      </w:pPr>
      <w:r>
        <w:t>یعنی اے فلسطین ہم آ رہے ہیں تمہارے لیے لڑنے کے لیے۔ تمہارے ساتھ لڑنے کے لیے ہم آ رہے ہیں۔ اس زمانے میں نعرہ تھا عربوں کا کہ سنرمی کو فی البحر، سنرمی کو فی البحر ہم تم کو سمندر میں دھکیل دیں گے۔</w:t>
      </w:r>
    </w:p>
    <w:p>
      <w:r>
        <w:rPr>
          <w:b/>
        </w:rPr>
        <w:t xml:space="preserve">[33:40] </w:t>
      </w:r>
      <w:r>
        <w:t>yeh naarah tha jawab abdul nasir ka, yeh naarah tha yasser arafat ka, yeh naarah tha hasan al banna aur syed qutb ka. lekin kya hua?</w:t>
      </w:r>
    </w:p>
    <w:p>
      <w:pPr>
        <w:jc w:val="right"/>
      </w:pPr>
      <w:r>
        <w:t>یہ نعرہ تھا جواب عبدالناصر کا، یہ نعرہ تھا یاسر عرفات کا، یہ نعرہ تھا حسن البنا اور سید قطب کا۔ لیکن کیا ہوا؟</w:t>
      </w:r>
    </w:p>
    <w:p>
      <w:r>
        <w:rPr>
          <w:b/>
        </w:rPr>
        <w:t xml:space="preserve">[33:50] </w:t>
      </w:r>
      <w:r>
        <w:t>khud hi samandar mein chalay gaye. yeh yehin se tawajjuh ka mor shuru hua. yani yeh tha, is ko mein kahoon ga siyasi tawajjuh ka mor.</w:t>
      </w:r>
    </w:p>
    <w:p>
      <w:pPr>
        <w:jc w:val="right"/>
      </w:pPr>
      <w:r>
        <w:t>خود ہی سمندر میں چلے گئے۔ یہ یہیں سے توجہ کا موڑ شروع ہوا۔ یعنی یہ تھا، اس کو میں کہوں گا سیاسی توجہ کا موڑ۔</w:t>
      </w:r>
    </w:p>
    <w:p>
      <w:r>
        <w:rPr>
          <w:b/>
        </w:rPr>
        <w:t xml:space="preserve">[34:01] </w:t>
      </w:r>
      <w:r>
        <w:t>siyasi tawajjuh ka mor. is waqt unhein chahiye tha ke humein apnay bachon ko taleem deni hai, humein jadeed tareekh lagana hai, humein karobar karna hai.</w:t>
      </w:r>
    </w:p>
    <w:p>
      <w:pPr>
        <w:jc w:val="right"/>
      </w:pPr>
      <w:r>
        <w:t>سیاسی توجہ کا موڑ۔ اس وقت انہیں چاہیے تھا کہ ہمیں اپنے بچوں کو تعلیم دینی ہے، ہمیں جدید تاریخ لگانا ہے، ہمیں کاروبار کرنا ہے۔</w:t>
      </w:r>
    </w:p>
    <w:p>
      <w:r>
        <w:rPr>
          <w:b/>
        </w:rPr>
        <w:t xml:space="preserve">[34:16] </w:t>
      </w:r>
      <w:r>
        <w:t>lekin bajaye is ke ke woh taameeri maidan mein સહયોગ ke soch ke sath agay barhtay, takrao, takrao, takrao, yahudiyon ko maro, yahudiyon ko nikalo.</w:t>
      </w:r>
    </w:p>
    <w:p>
      <w:pPr>
        <w:jc w:val="right"/>
      </w:pPr>
      <w:r>
        <w:t>لیکن بجائے اس کے کہ وہ تعمیری میدان میں تعاون کے سوچ کے ساتھ آگے بڑھتے، ٹکراؤ، ٹکراؤ، ٹکراؤ، یہودیوں کو مارو، یہودیوں کو نکالو۔</w:t>
      </w:r>
    </w:p>
    <w:p>
      <w:r>
        <w:rPr>
          <w:b/>
        </w:rPr>
        <w:t xml:space="preserve">[34:29] </w:t>
      </w:r>
      <w:r>
        <w:t>halankay aap dekhen balfour ne jo taqseem kiya tha, woh poori tarah arabon ke haq mein tha woh. kyunke is waqt jo hai aik tihai diya tha unhon ne yahudiyon ko.</w:t>
      </w:r>
    </w:p>
    <w:p>
      <w:pPr>
        <w:jc w:val="right"/>
      </w:pPr>
      <w:r>
        <w:t>حالانکہ آپ دیکھیں بالفور نے جو تقسیم کیا تھا، وہ پوری طرح عربوں کے حق میں تھا وہ۔ کیونکہ اس وقت جو ہے ایک تہائی دیا تھا انہوں نے یہودیوں کو۔</w:t>
      </w:r>
    </w:p>
    <w:p>
      <w:r>
        <w:rPr>
          <w:b/>
        </w:rPr>
        <w:t xml:space="preserve">[34:43] </w:t>
      </w:r>
      <w:r>
        <w:t>aik tihai. aur do tihai jo tha woh diya tha unhon ne arabon ko. aur sara acha ilaaqa jo hai, bashمول yerushalim, bara poora yerushalim jo hai woh de diya tha unhon ne arabon ko.</w:t>
      </w:r>
    </w:p>
    <w:p>
      <w:pPr>
        <w:jc w:val="right"/>
      </w:pPr>
      <w:r>
        <w:t>ایک تہائی۔ اور دو تہائی جو تھا وہ دیا تھا انہوں نے عربوں کو۔ اور سارا اچھا علاقہ جو ہے، بشمول یروشلم، برا پورا یروشلم جو ہے وہ دے دیا تھا انہوں نے عربوں کو۔</w:t>
      </w:r>
    </w:p>
    <w:p>
      <w:r>
        <w:rPr>
          <w:b/>
        </w:rPr>
        <w:t xml:space="preserve">[34:58] </w:t>
      </w:r>
      <w:r>
        <w:t>to yeh faida, jis position mein thay yeh log. do tihai arabon ke pas, aik tihai israel ke pas. aksariyat is waqt arabon ki thi.</w:t>
      </w:r>
    </w:p>
    <w:p>
      <w:pPr>
        <w:jc w:val="right"/>
      </w:pPr>
      <w:r>
        <w:t>تو یہ فائدہ، جس پوزیشن میں تھے یہ لوگ۔ دو تہائی عربوں کے پاس، ایک تہائی اسرائیل کے پاس۔ اکثریت اس وقت عربوں کی تھی۔</w:t>
      </w:r>
    </w:p>
    <w:p>
      <w:r>
        <w:rPr>
          <w:b/>
        </w:rPr>
        <w:t xml:space="preserve">[35:10] </w:t>
      </w:r>
      <w:r>
        <w:t>falasteen mein aksariyat arabon ki thi.</w:t>
      </w:r>
    </w:p>
    <w:p>
      <w:pPr>
        <w:jc w:val="right"/>
      </w:pPr>
      <w:r>
        <w:t>فلسطین میں اکثریت عربوں کی تھی۔</w:t>
      </w:r>
    </w:p>
    <w:p>
      <w:r>
        <w:rPr>
          <w:b/>
        </w:rPr>
        <w:t xml:space="preserve">[35:15] </w:t>
      </w:r>
      <w:r>
        <w:t>to wahin se is ko mein kehta hoon ke siyasi tawajjuh ka mor. yani hasan al banna ne aur woh jo aik wahan par bani aik party jis ko kehtay hain al-ikhwan al-muslimeen, english mein kehtay hain muslim brothers,</w:t>
      </w:r>
    </w:p>
    <w:p>
      <w:pPr>
        <w:jc w:val="right"/>
      </w:pPr>
      <w:r>
        <w:t>تو وہیں سے اس کو میں کہتا ہوں کہ سیاسی توجہ کا موڑ۔ یعنی حسن البنا نے اور وہ جو ایک وہاں پر بنی ایک پارٹی جس کو کہتے ہیں الاخوان المسلمون، انگلش میں کہتے ہیں مسلم برادرز،</w:t>
      </w:r>
    </w:p>
    <w:p>
      <w:r>
        <w:rPr>
          <w:b/>
        </w:rPr>
        <w:t xml:space="preserve">[35:30] </w:t>
      </w:r>
      <w:r>
        <w:t>un logon ne bas al jihad wa manhajuna, un ka naarah tha al jihad wa manhajuna. matlab humein larna hai, larr kar ke unhein nikalna hai aur apna yahan par falasteen ko qabza karna hai.</w:t>
      </w:r>
    </w:p>
    <w:p>
      <w:pPr>
        <w:jc w:val="right"/>
      </w:pPr>
      <w:r>
        <w:t>ان لوگوں نے بس الجہاد و منہجنا، ان کا نعرہ تھا الجہاد و منہجنا۔ مطلب ہمیں لڑنا ہے، لڑ کر کے انہیں نکالنا ہے اور اپنا یہاں پر فلسطین کو قبضہ کرنا ہے۔</w:t>
      </w:r>
    </w:p>
    <w:p>
      <w:r>
        <w:rPr>
          <w:b/>
        </w:rPr>
        <w:t xml:space="preserve">[35:45] </w:t>
      </w:r>
      <w:r>
        <w:t>al jihad wa manhajuna. yeh tha jis mere nazdeek is ko kehtay hain siyasi tawajjuh ka mor. yahi kashmir mein hua.</w:t>
      </w:r>
    </w:p>
    <w:p>
      <w:pPr>
        <w:jc w:val="right"/>
      </w:pPr>
      <w:r>
        <w:t>الجہاد و منہجنا۔ یہ تھا جس میرے نزدیک اس کو کہتے ہیں سیاسی توجہ کا موڑ۔ یہی کاشمیر میں ہوا۔</w:t>
      </w:r>
    </w:p>
    <w:p>
      <w:r>
        <w:rPr>
          <w:b/>
        </w:rPr>
        <w:t xml:space="preserve">[35:54] </w:t>
      </w:r>
      <w:r>
        <w:t>ab aaj kal kashmir kya hai? bilkul tabah ho gaya hai. yani in ko jo, mein samajhta hoon ke yeh khuda ki nemat thi un ke liye ke woh india se jur gaye thay woh.</w:t>
      </w:r>
    </w:p>
    <w:p>
      <w:pPr>
        <w:jc w:val="right"/>
      </w:pPr>
      <w:r>
        <w:t>اب آج کل کاشمیر کیا ہے؟ بالکل تباہ ہو گیا ہے۔ یعنی ان کو جو، میں سمجھتا ہوں کہ یہ خدا کی نعمت تھی ان کے لیے کہ وہ انڈیا سے جڑ گئے تھے وہ۔</w:t>
      </w:r>
    </w:p>
    <w:p>
      <w:r>
        <w:rPr>
          <w:b/>
        </w:rPr>
        <w:t xml:space="preserve">[36:06] </w:t>
      </w:r>
      <w:r>
        <w:t>india bohat bara mulk hai. yahan par taleem hai. aap jantay hain ke is waqt poori duniya mein india jo hai taleem ke aitbar se number teen par hai.</w:t>
      </w:r>
    </w:p>
    <w:p>
      <w:pPr>
        <w:jc w:val="right"/>
      </w:pPr>
      <w:r>
        <w:t>انڈیا بہت بڑا ملک ہے۔ یہاں پر تعلیم ہے۔ آپ جانتے ہیں کہ اس وقت پوری دنیا میں انڈیا جو ہے تعلیم کے اعتبار سے نمبر تین پر ہے۔</w:t>
      </w:r>
    </w:p>
    <w:p>
      <w:r>
        <w:rPr>
          <w:b/>
        </w:rPr>
        <w:t xml:space="preserve">[36:18] </w:t>
      </w:r>
      <w:r>
        <w:t>english taleem. english mein number aik par america hai, number do par britania hai, number teen par india hai.</w:t>
      </w:r>
    </w:p>
    <w:p>
      <w:pPr>
        <w:jc w:val="right"/>
      </w:pPr>
      <w:r>
        <w:t>انگلش تعلیم۔ انگلش میں نمبر ایک پر امریکہ ہے، نمبر دو پر برطانیہ ہے، نمبر تین پر انڈیا ہے۔</w:t>
      </w:r>
    </w:p>
    <w:p>
      <w:r>
        <w:rPr>
          <w:b/>
        </w:rPr>
        <w:t xml:space="preserve">[36:28] </w:t>
      </w:r>
      <w:r>
        <w:t>yani roos ka jo woh aya tha sadar, us ne india mein taqreer ki to kaha ke hum ko aap ki angrezi chahiye. itna bara mulk mila un ko jis ke andar itni taraqqi ho chuki thi, itni taleem aa chuki thi.</w:t>
      </w:r>
    </w:p>
    <w:p>
      <w:pPr>
        <w:jc w:val="right"/>
      </w:pPr>
      <w:r>
        <w:t>یعنی روس کا جو وہ آیا تھا صدر، اس نے انڈیا میں تقریر کی تو کہا کہ ہم کو آپ کی انگریزی چاہیے۔ اتنا بڑا ملک ملا ان کو جس کے اندر اتنی ترقی ہو چکی تھی، اتنی تعلیم آ چکی تھی۔</w:t>
      </w:r>
    </w:p>
    <w:p>
      <w:r>
        <w:rPr>
          <w:b/>
        </w:rPr>
        <w:t xml:space="preserve">[36:44] </w:t>
      </w:r>
      <w:r>
        <w:t>to kashmiriyon ko samajhna chahiye tha, yeh to abu ne hamaray liye, yeh khuda ka tohfa hai hamaray liye. india se jurr kar ke hum taraqqi kar saktay hain ziyada. pakistan se jurr kar hum ziyada taraqqi nahi kar saktay.</w:t>
      </w:r>
    </w:p>
    <w:p>
      <w:pPr>
        <w:jc w:val="right"/>
      </w:pPr>
      <w:r>
        <w:t>تو کشمیریوں کو سمجھنا چاہیے تھا، یہ تو ابو نے ہمارے لیے، یہ خدا کا تحفہ ہے ہمارے لیے۔ انڈیا سے جڑ کر کے ہم ترقی کر سکتے ہیں زیادہ۔ پاکستان سے جڑ کر ہم زیادہ ترقی نہیں کر سکتے۔</w:t>
      </w:r>
    </w:p>
    <w:p>
      <w:r>
        <w:rPr>
          <w:b/>
        </w:rPr>
        <w:t xml:space="preserve">[36:57] </w:t>
      </w:r>
      <w:r>
        <w:t>lekin india se jurr kar hum ziyada taraqqi kar saktay hain. india mein wasail hain, india mein baray baray zehn hain, india mein taleem hai, india mein english hai, industry hai.</w:t>
      </w:r>
    </w:p>
    <w:p>
      <w:pPr>
        <w:jc w:val="right"/>
      </w:pPr>
      <w:r>
        <w:t>لیکن انڈیا سے جڑ کر ہم زیادہ ترقی کر سکتے ہیں۔ انڈیا میں وسائل ہیں، انڈیا میں بڑے بڑے ذہن ہیں، انڈیا میں تعلیم ہے، انڈیا میں انگلش ہے، انڈسٹری ہے۔</w:t>
      </w:r>
    </w:p>
    <w:p>
      <w:r>
        <w:rPr>
          <w:b/>
        </w:rPr>
        <w:t xml:space="preserve">[37:10] </w:t>
      </w:r>
      <w:r>
        <w:t>to jurr jao india se. aap jantay hain kashmir mein shaal banti hai. kashmir mein sab se bara karobar hai woh shaal ka hai.</w:t>
      </w:r>
    </w:p>
    <w:p>
      <w:pPr>
        <w:jc w:val="right"/>
      </w:pPr>
      <w:r>
        <w:t>تو جڑ جاؤ انڈیا سے۔ آپ جانتے ہیں کشمیر میں شال بنتی ہے۔ کشمیر میں سب سے بڑا کاروبار ہے وہ شال کا ہے۔</w:t>
      </w:r>
    </w:p>
    <w:p>
      <w:r>
        <w:rPr>
          <w:b/>
        </w:rPr>
        <w:t xml:space="preserve">[37:21] </w:t>
      </w:r>
      <w:r>
        <w:t>sab se bara karobar. aur shaal bikta kahan hai? shaal ki sari market india mein hai. shaal na pakistan mein bikta hai, na arab mein bikta hai.</w:t>
      </w:r>
    </w:p>
    <w:p>
      <w:pPr>
        <w:jc w:val="right"/>
      </w:pPr>
      <w:r>
        <w:t>سب سے بڑا کاروبار۔ اور شال بکتا کہاں ہے؟ شال کی ساری مارکیٹ انڈیا میں ہے۔ شال نہ پاکستان میں بکتا ہے، نہ عرب میں بکتا ہے۔</w:t>
      </w:r>
    </w:p>
    <w:p>
      <w:r>
        <w:rPr>
          <w:b/>
        </w:rPr>
        <w:t xml:space="preserve">[37:34] </w:t>
      </w:r>
      <w:r>
        <w:t>kahin bhi nahi. na iran mein bikta hai. kashmiri log banatay hain shaal aur market is ka hai india. aur isi india se larnay lagay.</w:t>
      </w:r>
    </w:p>
    <w:p>
      <w:pPr>
        <w:jc w:val="right"/>
      </w:pPr>
      <w:r>
        <w:t>کہیں بھی نہیں۔ نہ ایران میں بکتا ہے۔ کشمیری لوگ بناتے ہیں شال اور مارکیٹ اس کا ہے انڈیا۔ اور اسی انڈیا سے لڑنے لگے۔</w:t>
      </w:r>
    </w:p>
    <w:p>
      <w:r>
        <w:rPr>
          <w:b/>
        </w:rPr>
        <w:t xml:space="preserve">[37:45] </w:t>
      </w:r>
      <w:r>
        <w:t>to yeh kitni bari andaza laganay wali siyasat thi. that was a great destruction. that was a great destruction.</w:t>
      </w:r>
    </w:p>
    <w:p>
      <w:pPr>
        <w:jc w:val="right"/>
      </w:pPr>
      <w:r>
        <w:t>تو یہ کتنی بڑی اندازہ لگانے والی سیاست تھی۔ دیٹ واز اے گریٹ ڈسٹرکشن۔ دیٹ واز اے گریٹ ڈسٹرکشن۔</w:t>
      </w:r>
    </w:p>
    <w:p>
      <w:r>
        <w:rPr>
          <w:b/>
        </w:rPr>
        <w:t xml:space="preserve">[37:56] </w:t>
      </w:r>
      <w:r>
        <w:t>keh India se jurrte, khoob prhte yahan ki universityon mein, khoob yahan par industry lagate. Yani poora India un ka tha.</w:t>
      </w:r>
    </w:p>
    <w:p>
      <w:pPr>
        <w:jc w:val="right"/>
      </w:pPr>
      <w:r>
        <w:t>کہ انڈیا سے جڑتے، خوب پڑھتے یہاں کی یونیورسٹیوں میں، خوب یہاں پر انڈسٹری لگاتے۔ یعنی پورا انڈیا ان کا تھا۔</w:t>
      </w:r>
    </w:p>
    <w:p>
      <w:r>
        <w:rPr>
          <w:b/>
        </w:rPr>
        <w:t xml:space="preserve">[38:07] </w:t>
      </w:r>
      <w:r>
        <w:t>Poora India un ka tha. Abhi tak to woh sirf shaal bech rhe the India mein. Ab aur kya krte? Yani kuch nahi to jo jo siyahat tha, siyahat, wahi un ke liye boht bara zariya tha.</w:t>
      </w:r>
    </w:p>
    <w:p>
      <w:pPr>
        <w:jc w:val="right"/>
      </w:pPr>
      <w:r>
        <w:t>پورا انڈیا ان کا تھا۔ ابھی تک تو وہ صرف شال بیچ رہے تھے انڈیا میں۔ اب اور کیا کرتے؟ یعنی کچھ نہیں تو جو جو سیاحت تھا، سیاحت، وہی ان کے لیے بہت بڑا ذریعہ تھا۔</w:t>
      </w:r>
    </w:p>
    <w:p>
      <w:r>
        <w:rPr>
          <w:b/>
        </w:rPr>
        <w:t xml:space="preserve">[38:20] </w:t>
      </w:r>
      <w:r>
        <w:t>India ke log toot kr jate the Kashmir. Aap jante hain keh jab jang hui to kya hua? Siyahat boht ghat gai.</w:t>
      </w:r>
    </w:p>
    <w:p>
      <w:pPr>
        <w:jc w:val="right"/>
      </w:pPr>
      <w:r>
        <w:t>انڈیا کے لوگ ٹوٹ کر جاتے تھے کشمیر۔ آپ جانتے ہیں کہ جب جنگ ہوئی تو کیا ہوا؟ سیاحت بہت گھٹ گئی۔</w:t>
      </w:r>
    </w:p>
    <w:p>
      <w:r>
        <w:rPr>
          <w:b/>
        </w:rPr>
        <w:t xml:space="preserve">[38:29] </w:t>
      </w:r>
      <w:r>
        <w:t>Jo India ke log Kashmir ka ek woh tha. Agar agar agar firdous bar rooye zameen ast, hamin ast o hamin azn ast o hamin ast.</w:t>
      </w:r>
    </w:p>
    <w:p>
      <w:pPr>
        <w:jc w:val="right"/>
      </w:pPr>
      <w:r>
        <w:t>جو انڈیا کے لوگ کشمیر کا ایک وہ تھا۔ اگر اگر اگر فردوس بر روئے زمین است، همین است و همین ازن است و همین است۔</w:t>
      </w:r>
    </w:p>
    <w:p>
      <w:r>
        <w:rPr>
          <w:b/>
        </w:rPr>
        <w:t xml:space="preserve">[38:41] </w:t>
      </w:r>
      <w:r>
        <w:t>Smjhte hain Kashmir to jannat nazeer hai, Kashmir to jannat hai. To sara India jana chahta tha Kashmir. Ab boht siyahat thi pehle.</w:t>
      </w:r>
    </w:p>
    <w:p>
      <w:pPr>
        <w:jc w:val="right"/>
      </w:pPr>
      <w:r>
        <w:t>سمجھتے ہیں کشمیر تو جنت نظیر ہے، کشمیر تو جنت ہے۔ تو سارا انڈیا جانا چاہتا تھا کشمیر۔ اب بہت سیاحت تھی پہلے۔</w:t>
      </w:r>
    </w:p>
    <w:p>
      <w:r>
        <w:rPr>
          <w:b/>
        </w:rPr>
        <w:t xml:space="preserve">[38:51] </w:t>
      </w:r>
      <w:r>
        <w:t>Ab kya hai? Ab jo itni jang chali to woh siyahat jo hai idhar udhar bikhar gaya. Ab doosre doosre paharon se jane lge.</w:t>
      </w:r>
    </w:p>
    <w:p>
      <w:pPr>
        <w:jc w:val="right"/>
      </w:pPr>
      <w:r>
        <w:t>اب کیا ہے؟ اب جو اتنی جنگ چلی تو وہ سیاحت جو ہے ادھر ادھر بکھر گیا۔ اب دوسرے دوسرے پہاڑوں سے جانے لگے۔</w:t>
      </w:r>
    </w:p>
    <w:p>
      <w:r>
        <w:rPr>
          <w:b/>
        </w:rPr>
        <w:t xml:space="preserve">[39:01] </w:t>
      </w:r>
      <w:r>
        <w:t>Ab Kashmir boht kam log jate hain.</w:t>
      </w:r>
    </w:p>
    <w:p>
      <w:pPr>
        <w:jc w:val="right"/>
      </w:pPr>
      <w:r>
        <w:t>اب کشمیر بہت کم لوگ جاتے ہیں۔</w:t>
      </w:r>
    </w:p>
    <w:p>
      <w:r>
        <w:rPr>
          <w:b/>
        </w:rPr>
        <w:t xml:space="preserve">[39:06] </w:t>
      </w:r>
      <w:r>
        <w:t>Ek martaba mein ek Kashmiri se mein ne poocha to us ne kaha keh sahib pehle ab mein farq mein ne poocha. To us ne kaha keh pehle yeh haal tha keh agar hum pathar le kar beth jate the sarak par to pathar bhi bikta tha.</w:t>
      </w:r>
    </w:p>
    <w:p>
      <w:pPr>
        <w:jc w:val="right"/>
      </w:pPr>
      <w:r>
        <w:t>ایک مرتبہ میں ایک کشمیری سے میں نے پوچھا تو اس نے کہا کہ صاحب پہلے اب میں فرق میں نے پوچھا۔ تو اس نے کہا کہ پہلے یہ حال تھا کہ اگر ہم پتھر لے کر بیٹھ جاتے تھے سڑک پر تو پتھر بھی بکتا تھا۔</w:t>
      </w:r>
    </w:p>
    <w:p>
      <w:r>
        <w:rPr>
          <w:b/>
        </w:rPr>
        <w:t xml:space="preserve">[39:21] </w:t>
      </w:r>
      <w:r>
        <w:t>Ab to hamare saib ko bhi koi khareedta nahi. Kyun keh saib ko khareedne ke liye kya hai? Truck pe lada jaye ga, truck wahan se chal kar kahin pohnche ga bare shehar mein jaise Delhi mein aye ga.</w:t>
      </w:r>
    </w:p>
    <w:p>
      <w:pPr>
        <w:jc w:val="right"/>
      </w:pPr>
      <w:r>
        <w:t>اب تو ہمارے سیب کو بھی کوئی خریدتا نہیں۔ کیونکہ سیب کو خریدنے کے لیے کیا ہے؟ ٹرک پہ لادا جائے گا، ٹرک وہاں سے چل کر کہیں پہنچے گا بڑے شہر میں جیسے دلی میں آئے گا۔</w:t>
      </w:r>
    </w:p>
    <w:p>
      <w:r>
        <w:rPr>
          <w:b/>
        </w:rPr>
        <w:t xml:space="preserve">[39:34] </w:t>
      </w:r>
      <w:r>
        <w:t>Aur beech mein Multan khare hue hain bomb marne ke liye. To us ne kaha keh hamara pathar bhi bikta tha aur ab saib bhi nahi.</w:t>
      </w:r>
    </w:p>
    <w:p>
      <w:pPr>
        <w:jc w:val="right"/>
      </w:pPr>
      <w:r>
        <w:t>اور بیچ میں ملتن کھڑے ہوئے ہیں بم مارنے کے لیے۔ تو اس نے کہا کہ ہمارا پتھر بھی بکتا تھا اور اب سیب بھی نہیں۔</w:t>
      </w:r>
    </w:p>
    <w:p>
      <w:r>
        <w:rPr>
          <w:b/>
        </w:rPr>
        <w:t xml:space="preserve">[39:45] </w:t>
      </w:r>
      <w:r>
        <w:t>Saib ka market bhi nahi raha hamare liye. Aap jante hain keh India ke market mein Kashmir ke saib zyada bikte hain, ek kilo waghera ke saib.</w:t>
      </w:r>
    </w:p>
    <w:p>
      <w:pPr>
        <w:jc w:val="right"/>
      </w:pPr>
      <w:r>
        <w:t>سیب کا مارکیٹ بھی نہیں رہا ہمارے لیے۔ آپ جانتے ہیں کہ انڈیا کے مارکیٹ میں کشمیر کے سیب زیادہ بکتے ہیں، ایک کلو وغیرہ کے سیب۔</w:t>
      </w:r>
    </w:p>
    <w:p>
      <w:r>
        <w:rPr>
          <w:b/>
        </w:rPr>
        <w:t xml:space="preserve">[39:55] </w:t>
      </w:r>
      <w:r>
        <w:t>Himachal ke saib. Kitna bara nuqsan hua. Yeh tha tawajjuh ka mor. Yani taameeri jo sarakain khuli hui thin un ke liye.</w:t>
      </w:r>
    </w:p>
    <w:p>
      <w:pPr>
        <w:jc w:val="right"/>
      </w:pPr>
      <w:r>
        <w:t>ہماچل کے سیب۔ کتنا بڑا نقصان ہوا۔ یہ تھا توجہ کا موڑ۔ یعنی تعمیری جو سڑکیں کھلی ہوئی تھیں ان کے لیے۔</w:t>
      </w:r>
    </w:p>
    <w:p>
      <w:r>
        <w:rPr>
          <w:b/>
        </w:rPr>
        <w:t xml:space="preserve">[40:07] </w:t>
      </w:r>
      <w:r>
        <w:t>Taleem ki, industry ki, karobar ki, ta'amul ki, siyahat ki, is se hat kar ke jangain chala dain unhon ne. That was a great tawajjuh ka mor.</w:t>
      </w:r>
    </w:p>
    <w:p>
      <w:pPr>
        <w:jc w:val="right"/>
      </w:pPr>
      <w:r>
        <w:t>تعلیم کی، انڈسٹری کی، کاروبار کی، تعامل کی، سیاحت کی، اس سے ہٹ کر کے جنگیں چلا دیں انہوں نے۔ دیٹ واز اے گریٹ توجہ کا موڑ۔</w:t>
      </w:r>
    </w:p>
    <w:p>
      <w:r>
        <w:rPr>
          <w:b/>
        </w:rPr>
        <w:t xml:space="preserve">[40:20] </w:t>
      </w:r>
      <w:r>
        <w:t>Yeh misalein mein ne di hain aap ko yani qaumon ki aur bari bari. Yehi muamla afraad ka hai. Afraad ka.</w:t>
      </w:r>
    </w:p>
    <w:p>
      <w:pPr>
        <w:jc w:val="right"/>
      </w:pPr>
      <w:r>
        <w:t>یہ مثالیں میں نے دی ہیں آپ کو یعنی قوموں کی اور بڑی بڑی۔ یہی معاملہ افراد کا ہے۔ افراد کا۔</w:t>
      </w:r>
    </w:p>
    <w:p>
      <w:r>
        <w:rPr>
          <w:b/>
        </w:rPr>
        <w:t xml:space="preserve">[40:33] </w:t>
      </w:r>
      <w:r>
        <w:t>Infradi satah par bhi har aadmi ko yeh sochna hai keh mere liye Khuda ka bataya hua sahi tareen tareeqa kya hai. Isi par lag jao, isi par lag jao.</w:t>
      </w:r>
    </w:p>
    <w:p>
      <w:pPr>
        <w:jc w:val="right"/>
      </w:pPr>
      <w:r>
        <w:t>انفرادی سطح پر بھی ہر آدمی کو یہ سوچنا ہے کہ میرے لیے خدا کا بتایا ہوا صحیح ترین طریقہ کیا ہے۔ اسی پر لگ جاؤ، اسی پر لگ جاؤ۔</w:t>
      </w:r>
    </w:p>
    <w:p>
      <w:r>
        <w:rPr>
          <w:b/>
        </w:rPr>
        <w:t xml:space="preserve">[40:44] </w:t>
      </w:r>
      <w:r>
        <w:t>Jaise meri family mein mere mere woh the, mere mere chacha zad bhai the, un ka naam tha Iqbal Ahmed Sohail.</w:t>
      </w:r>
    </w:p>
    <w:p>
      <w:pPr>
        <w:jc w:val="right"/>
      </w:pPr>
      <w:r>
        <w:t>جیسے میری فیملی میں میرے میرے وہ تھے، میرے میرے چچا زاد بھائی تھے، ان کا نام تھا اقبال احمد سہیل۔</w:t>
      </w:r>
    </w:p>
    <w:p>
      <w:r>
        <w:rPr>
          <w:b/>
        </w:rPr>
        <w:t xml:space="preserve">[40:54] </w:t>
      </w:r>
      <w:r>
        <w:t>Un ka qissa batata hoon mein aap ko. Woh bhi tawajjuh ka mozu ban gaye. Yani infradi satah par mein aap ko ek qissa batata hoon. Infradi satah par.</w:t>
      </w:r>
    </w:p>
    <w:p>
      <w:pPr>
        <w:jc w:val="right"/>
      </w:pPr>
      <w:r>
        <w:t>ان کا قصہ بتاتا ہوں میں آپ کو۔ وہ بھی توجہ کا موضوع بن گئے۔ یعنی انفرادی سطح پر میں آپ کو ایک قصہ بتاتا ہوں۔ انفرادی سطح پر۔</w:t>
      </w:r>
    </w:p>
    <w:p>
      <w:r>
        <w:rPr>
          <w:b/>
        </w:rPr>
        <w:t xml:space="preserve">[41:08] </w:t>
      </w:r>
      <w:r>
        <w:t>Unhon ne Aligarh mein MA LLB kiya tha. Woh Aligarh University mein jo pehla batch tha MA ka, us mein se ek woh the.</w:t>
      </w:r>
    </w:p>
    <w:p>
      <w:pPr>
        <w:jc w:val="right"/>
      </w:pPr>
      <w:r>
        <w:t>انہوں نے علی گڑھ میں ایم اے ایل ایل بی کیا تھا۔ وہ علی گڑھ یونیورسٹی میں جو پہلا بیچ تھا ایم اے کا، اس میں سے ایک وہ تھے۔</w:t>
      </w:r>
    </w:p>
    <w:p>
      <w:r>
        <w:rPr>
          <w:b/>
        </w:rPr>
        <w:t xml:space="preserve">[41:21] </w:t>
      </w:r>
      <w:r>
        <w:t>Doctor Zakir Hussain ke saathi the woh Aligarh mein. Itna zaheen aadmi tha woh, itna zaheen aadmi tha keh ek bar jab un ka jo woh gaya, un ki jo jo imtehan mein jo copy hoti hai us pe likhte hain, kya kehte hain us ko.</w:t>
      </w:r>
    </w:p>
    <w:p>
      <w:pPr>
        <w:jc w:val="right"/>
      </w:pPr>
      <w:r>
        <w:t>ڈاکٹر ذاکر حسین کے ساتھی تھے وہ علی گڑھ میں۔ اتنا ذہین آدمی تھا وہ، اتنا ذہین آدمی تھا کہ ایک بار جب ان کا جو وہ گیا، ان کی جو جو امتحان میں جو کاپی ہوتی ہے اس پہ لکھتے ہیں، کیا کہتے ہیں اس کو۔</w:t>
      </w:r>
    </w:p>
    <w:p>
      <w:r>
        <w:rPr>
          <w:b/>
        </w:rPr>
        <w:t xml:space="preserve">[41:39] </w:t>
      </w:r>
      <w:r>
        <w:t>To jo imtehan lene wala tha us ne likh kar lota diya keh "The examinee is better than the examiner". Us ne kuch us pe number hi nahi diya us ne.</w:t>
      </w:r>
    </w:p>
    <w:p>
      <w:pPr>
        <w:jc w:val="right"/>
      </w:pPr>
      <w:r>
        <w:t>تو جو امتحان لینے والا تھا اس نے لکھ کر لوٹا دیا کہ "The examinee is better than the examiner"۔ اس نے کچھ اس پہ نمبر ہی نہیں دیا اس نے۔</w:t>
      </w:r>
    </w:p>
    <w:p>
      <w:r>
        <w:rPr>
          <w:b/>
        </w:rPr>
        <w:t xml:space="preserve">[41:51] </w:t>
      </w:r>
      <w:r>
        <w:t>Us waqt ki baat hai. "The examinee is better than the examiner".</w:t>
      </w:r>
    </w:p>
    <w:p>
      <w:pPr>
        <w:jc w:val="right"/>
      </w:pPr>
      <w:r>
        <w:t>اس وقت کی بات ہے۔ "The examinee is better than the examiner"۔</w:t>
      </w:r>
    </w:p>
    <w:p>
      <w:r>
        <w:rPr>
          <w:b/>
        </w:rPr>
        <w:t xml:space="preserve">[41:59] </w:t>
      </w:r>
      <w:r>
        <w:t>Phir wahan par jab Aligarh mein yeh the to Khwaja Qamruddin ek the jo Bartania mein rehte the aur dawat ka kaam karte the woh, wahan aaye.</w:t>
      </w:r>
    </w:p>
    <w:p>
      <w:pPr>
        <w:jc w:val="right"/>
      </w:pPr>
      <w:r>
        <w:t>پھر وہاں پر جب علی گڑھ میں یہ تھے تو خواجہ قوم الدین ایک تھے جو برطانیہ میں رہتے تھے اور دعوت کا کام کرتے تھے وہ، وہاں آئے۔</w:t>
      </w:r>
    </w:p>
    <w:p>
      <w:r>
        <w:rPr>
          <w:b/>
        </w:rPr>
        <w:t xml:space="preserve">[42:10] </w:t>
      </w:r>
      <w:r>
        <w:t>To wahan ka jo stage ki hall hai us mein ek taqarib hua. To Khwaja Qamruddin boht zabardast auditor the woh, boht achhe speaker the woh.</w:t>
      </w:r>
    </w:p>
    <w:p>
      <w:pPr>
        <w:jc w:val="right"/>
      </w:pPr>
      <w:r>
        <w:t>تو وہاں کا جو اسٹیج کی ہال ہے اس میں ایک تقریب ہوا۔ تو خواجہ قوم الدین بہت زبردست آڈیٹر تھے وہ، بہت اچھے اسپیکر تھے وہ۔</w:t>
      </w:r>
    </w:p>
    <w:p>
      <w:r>
        <w:rPr>
          <w:b/>
        </w:rPr>
        <w:t xml:space="preserve">[42:19] </w:t>
      </w:r>
      <w:r>
        <w:t>Taqreer ki unhon ne. Aur taqreer ka kya tha? Ek anokha sa mozu tha keh Arabi umm al-alsina hai. Arabi umm al-alsina hai.</w:t>
      </w:r>
    </w:p>
    <w:p>
      <w:pPr>
        <w:jc w:val="right"/>
      </w:pPr>
      <w:r>
        <w:t>تقریر کی انہوں نے۔ اور تقریر کا کیا تھا؟ ایک انوکھا سا موضوع تھا۔ کہ عربی ام الالسنة ہے۔ عربی ام الالسنة ہے۔</w:t>
      </w:r>
    </w:p>
    <w:p>
      <w:r>
        <w:rPr>
          <w:b/>
        </w:rPr>
        <w:t xml:space="preserve">[42:30] </w:t>
      </w:r>
      <w:r>
        <w:t>Yani Arabi zuban jo hai sari zubanon ki maan zuban hai. Mein is ko nahi manta lekin behal yeh tha wahan par mozu.</w:t>
      </w:r>
    </w:p>
    <w:p>
      <w:pPr>
        <w:jc w:val="right"/>
      </w:pPr>
      <w:r>
        <w:t>یعنی عربی زبان جو ہے ساری زبانوں کی ماں زبان ہے۔ میں اس کو نہیں مانتا لیکن بہرحال یہ تھا وہاں پر موضوع۔</w:t>
      </w:r>
    </w:p>
    <w:p>
      <w:r>
        <w:rPr>
          <w:b/>
        </w:rPr>
        <w:t xml:space="preserve">[42:40] </w:t>
      </w:r>
      <w:r>
        <w:t>keh arbi umm al-alsina hai. arbi is the is the mother of all languages. is pe bolay woh.</w:t>
      </w:r>
    </w:p>
    <w:p>
      <w:pPr>
        <w:jc w:val="right"/>
      </w:pPr>
      <w:r>
        <w:t>کہ عربی ام الالسنة ہے۔ عربی is the is the mother of all languages۔ اس پہ بولے وہ۔</w:t>
      </w:r>
    </w:p>
    <w:p>
      <w:r>
        <w:rPr>
          <w:b/>
        </w:rPr>
        <w:t xml:space="preserve">[42:51] </w:t>
      </w:r>
      <w:r>
        <w:t>jab woh jab woh bol chukay to larkon ne iqbal sohail sahib jo us waqt talib-e-ilm thay wahan par. to aik mazaaq ke tor par un ko khara kar diya stage par, khench ke le gaye.</w:t>
      </w:r>
    </w:p>
    <w:p>
      <w:pPr>
        <w:jc w:val="right"/>
      </w:pPr>
      <w:r>
        <w:t>جب وہ جب وہ بول چکے تو لڑکوں نے اقبال سہیل صاحب جو اس وقت طالب علم تھے وہاں پر۔ تو ایک مذاق کے طور پر ان کو کھڑا کر دیا اسٹیج پر، کھینچ کے لے گئے۔</w:t>
      </w:r>
    </w:p>
    <w:p>
      <w:r>
        <w:rPr>
          <w:b/>
        </w:rPr>
        <w:t xml:space="preserve">[43:02] </w:t>
      </w:r>
      <w:r>
        <w:t>woh chahtay samajhtay thay ke kuch ulti seedhi bolain ge yeh aur wahan taliyan baj jayen gi aur bewaqoof ban jayen ge yeh. to mahaz mazaaq ke tor par un ko stage par khara kar diya.</w:t>
      </w:r>
    </w:p>
    <w:p>
      <w:pPr>
        <w:jc w:val="right"/>
      </w:pPr>
      <w:r>
        <w:t>وہ چاہتے سمجھتے تھے کہ کچھ الٹی سیدھی بولیں گے یہ اور وہاں تالیاں بج جائیں گی اور بیوقوف بن جائیں گے یہ۔ تو محض مذاق کے طور پر ان کو اسٹیج پر کھڑا کر دیا۔</w:t>
      </w:r>
    </w:p>
    <w:p>
      <w:r>
        <w:rPr>
          <w:b/>
        </w:rPr>
        <w:t xml:space="preserve">[43:11] </w:t>
      </w:r>
      <w:r>
        <w:t>iqbal sohail sahib ko. woh shibli nomani ke shagird thay aur bohat bohat parha tha unhon ne. yani urdu, arbi, english, kai zabanein bohat achhi jantay thay woh.</w:t>
      </w:r>
    </w:p>
    <w:p>
      <w:pPr>
        <w:jc w:val="right"/>
      </w:pPr>
      <w:r>
        <w:t>اقبال سہیل صاحب کو۔ وہ شبلی نعمانی کے شاگرد تھے اور بہت بہت پڑھا تھا انہوں نے۔ یعنی اردو، عربی، انگلش، کئی زبانیں بہت اچھی جانتے تھے وہ۔</w:t>
      </w:r>
    </w:p>
    <w:p>
      <w:r>
        <w:rPr>
          <w:b/>
        </w:rPr>
        <w:t xml:space="preserve">[43:24] </w:t>
      </w:r>
      <w:r>
        <w:t>to khair wahan kharay hue woh. ab isi mozu par phir se bolna shuru kiya unhon ne. aur naye naye nuqat aur naye naye pehlu, naye naye misalein.</w:t>
      </w:r>
    </w:p>
    <w:p>
      <w:pPr>
        <w:jc w:val="right"/>
      </w:pPr>
      <w:r>
        <w:t>تو خیر وہاں کھڑے ہوئے وہ۔ اب اسی موضوع پر پھر سے بولنا شروع کیا انہوں نے۔ اور نئے نئے نکات اور نئے نئے پہلو، نئے نئے مثالیں۔</w:t>
      </w:r>
    </w:p>
    <w:p>
      <w:r>
        <w:rPr>
          <w:b/>
        </w:rPr>
        <w:t xml:space="preserve">[43:34] </w:t>
      </w:r>
      <w:r>
        <w:t>ab bilkul aik aik jo wahan par samien tha, samien bilkul aik yani pin drop khamoshi ke sath suna un logon ne. jab un ki taqreer khatam hui to khawaja qamruddin uthay.</w:t>
      </w:r>
    </w:p>
    <w:p>
      <w:pPr>
        <w:jc w:val="right"/>
      </w:pPr>
      <w:r>
        <w:t>اب بالکل ایک ایک جو وہاں پر سامعین تھا، سامعین بالکل ایک یعنی پن ڈراپ خاموشی کے ساتھ سنا ان لوگوں نے۔ جب ان کی تقریر ختم ہوئی تو خواجہ قوم الدین اٹھے۔</w:t>
      </w:r>
    </w:p>
    <w:p>
      <w:r>
        <w:rPr>
          <w:b/>
        </w:rPr>
        <w:t xml:space="preserve">[43:47] </w:t>
      </w:r>
      <w:r>
        <w:t>unhon ne un ko gale lagaya aur kaha ke tooba jaisa aadmi agar mil jaye apnay sath kaam karne ke liye to main europe ki sab se oonchi choti par apna jhanda lehra doon.</w:t>
      </w:r>
    </w:p>
    <w:p>
      <w:pPr>
        <w:jc w:val="right"/>
      </w:pPr>
      <w:r>
        <w:t>انہوں نے ان کو گلے لگایا اور کہا کہ طوبیٰ جیسا آدمی اگر مل جائے اپنے ساتھ کام کرنے کے لیے تو میں یورپ کی سب سے اونچی چوٹی پر اپنا جھنڈا لہرا دوں۔</w:t>
      </w:r>
    </w:p>
    <w:p>
      <w:r>
        <w:rPr>
          <w:b/>
        </w:rPr>
        <w:t xml:space="preserve">[43:59] </w:t>
      </w:r>
      <w:r>
        <w:t>lekan aap jantay hain kya hua iqbal sohail ka. woh shayari kartay thay bas aur zila adalat mein vakalat kartay thay.</w:t>
      </w:r>
    </w:p>
    <w:p>
      <w:pPr>
        <w:jc w:val="right"/>
      </w:pPr>
      <w:r>
        <w:t>لیکن آپ جانتے ہیں کیا ہوا اقبال سہیل کا۔ وہ شاعری کرتے تھے بس اور ضلعی عدالت میں وکالت کرتے تھے۔</w:t>
      </w:r>
    </w:p>
    <w:p>
      <w:r>
        <w:rPr>
          <w:b/>
        </w:rPr>
        <w:t xml:space="preserve">[44:11] </w:t>
      </w:r>
      <w:r>
        <w:t>isi mein mar gaye woh. koi bara kaam nahi kar sakay woh. maine aik martaba un se kaha ke aap shayari waghera kyun kartay hain, is ko choriye.</w:t>
      </w:r>
    </w:p>
    <w:p>
      <w:pPr>
        <w:jc w:val="right"/>
      </w:pPr>
      <w:r>
        <w:t>اسی میں مر گئے وہ۔ کوئی بڑا کام نہیں کر سکے وہ۔ میں نے ایک مرتبہ ان سے کہا کہ آپ شاعری وغیرہ کیوں کرتے ہیں، اس کو چھوڑیئے۔</w:t>
      </w:r>
    </w:p>
    <w:p>
      <w:r>
        <w:rPr>
          <w:b/>
        </w:rPr>
        <w:t xml:space="preserve">[44:20] </w:t>
      </w:r>
      <w:r>
        <w:t>koi aur kaam kijiye, koi tehqeeq kijiye, koi aap itni sari zabanein jantay hain, aap itnay zehan aap ke paas hai. to unhon ne kya kaha?</w:t>
      </w:r>
    </w:p>
    <w:p>
      <w:pPr>
        <w:jc w:val="right"/>
      </w:pPr>
      <w:r>
        <w:t>کوئی اور کام کیجیے، کوئی تحقیق کیجیے، کوئی آپ اتنی ساری زبانیں جانتے ہیں، آپ اتنے ذہن آپ کے پاس ہے۔ تو انہوں نے کیا کہا؟</w:t>
      </w:r>
    </w:p>
    <w:p>
      <w:r>
        <w:rPr>
          <w:b/>
        </w:rPr>
        <w:t xml:space="preserve">[44:29] </w:t>
      </w:r>
      <w:r>
        <w:t>arey bhai is ko to parhna paray ga. matlab un ki zindagi aisi ban gayi ke parhna, parhai karna, tehqeeq karna yeh un ko bhata nahi tha.</w:t>
      </w:r>
    </w:p>
    <w:p>
      <w:pPr>
        <w:jc w:val="right"/>
      </w:pPr>
      <w:r>
        <w:t>ارے بھئی اس کو تو پڑھنا پڑے گا۔ مطلب ان کی زندگی ایسی بن گئی کہ پڑھنا، پڑھائی کرنا، تحقیق کرنا یہ ان کو بھاتا نہیں تھا۔</w:t>
      </w:r>
    </w:p>
    <w:p>
      <w:r>
        <w:rPr>
          <w:b/>
        </w:rPr>
        <w:t xml:space="preserve">[44:40] </w:t>
      </w:r>
      <w:r>
        <w:t>unki vakalat bhi kya thi? vakalat bhi yeh thi ke aik martaba wahan bhi shayari kartay thay woh. to un ke paas kafi zameen thi yani abai zameen.</w:t>
      </w:r>
    </w:p>
    <w:p>
      <w:pPr>
        <w:jc w:val="right"/>
      </w:pPr>
      <w:r>
        <w:t>ان کی وکالت بھی کیا تھی؟ وکالت بھی یہ تھی کہ ایک مرتبہ وہاں بھی شاعری کرتے تھے وہ۔ تو ان کے پاس کافی زمین تھی یعنی آبائی زمین۔</w:t>
      </w:r>
    </w:p>
    <w:p>
      <w:r>
        <w:rPr>
          <w:b/>
        </w:rPr>
        <w:t xml:space="preserve">[44:53] </w:t>
      </w:r>
      <w:r>
        <w:t>to is se un ka kaam chalta tha. to aik martaba aik aik case mein aaye woh. civil court mein aik case tha, koi zameen waghera ka qissa tha.</w:t>
      </w:r>
    </w:p>
    <w:p>
      <w:pPr>
        <w:jc w:val="right"/>
      </w:pPr>
      <w:r>
        <w:t>تو اس سے ان کا کام چلتا تھا۔ تو ایک مرتبہ ایک ایک کیس میں آئے وہ۔ سول کورٹ میں ایک کیس تھا، کوئی زمین وغیرہ کا قصہ تھا۔</w:t>
      </w:r>
    </w:p>
    <w:p>
      <w:r>
        <w:rPr>
          <w:b/>
        </w:rPr>
        <w:t xml:space="preserve">[45:06] </w:t>
      </w:r>
      <w:r>
        <w:t>to jo mukhalif party thi us ke wakeel thay, un ka naam tha abdul baqi. abdul baqi. is wakeel ka naam.</w:t>
      </w:r>
    </w:p>
    <w:p>
      <w:pPr>
        <w:jc w:val="right"/>
      </w:pPr>
      <w:r>
        <w:t>تو جو مخالف پارٹی تھی اس کے وکیل تھے، ان کا نام تھا عبدالباقی۔ عبدالباقی۔ اس وکیل کا نام۔</w:t>
      </w:r>
    </w:p>
    <w:p>
      <w:r>
        <w:rPr>
          <w:b/>
        </w:rPr>
        <w:t xml:space="preserve">[45:16] </w:t>
      </w:r>
      <w:r>
        <w:t>to yeh kharay hue to judge ke samnay. to unhon ne kaha ke sir aap dekhiye in ka naam hai abdul baqi.</w:t>
      </w:r>
    </w:p>
    <w:p>
      <w:pPr>
        <w:jc w:val="right"/>
      </w:pPr>
      <w:r>
        <w:t>تو یہ کھڑے ہوئے تو جج کے سامنے۔ تو انہوں نے کہا کہ سر آپ دیکھیے ان کا نام ہے عبدالباقی۔</w:t>
      </w:r>
    </w:p>
    <w:p>
      <w:r>
        <w:rPr>
          <w:b/>
        </w:rPr>
        <w:t xml:space="preserve">[45:28] </w:t>
      </w:r>
      <w:r>
        <w:t>isi se sabit hota hai ke un ke oopar hamara baqi hai. in ka naam in ka naam baqi hai to isi se sabit ho gaya ke hamara un ke oopar baqi hai.</w:t>
      </w:r>
    </w:p>
    <w:p>
      <w:pPr>
        <w:jc w:val="right"/>
      </w:pPr>
      <w:r>
        <w:t>اسی سے ثابت ہوتا ہے کہ ان کے اوپر ہمارا باقی ہے۔ ان کا نام ان کا نام باقی ہے تو اسی سے ثابت ہو گیا کہ ہمارا ان کے اوپر باقی ہے۔</w:t>
      </w:r>
    </w:p>
    <w:p>
      <w:r>
        <w:rPr>
          <w:b/>
        </w:rPr>
        <w:t xml:space="preserve">[45:40] </w:t>
      </w:r>
      <w:r>
        <w:t>to judge ne kaha ke mister sohail yeh yeh koi mushaira nahi hai, yeh adalat hai. yeh sab kartay rahay woh.</w:t>
      </w:r>
    </w:p>
    <w:p>
      <w:pPr>
        <w:jc w:val="right"/>
      </w:pPr>
      <w:r>
        <w:t>تو جج نے کہا کہ مسٹر سہیل یہ یہ کوئی مشاعرہ نہیں ہے، یہ عدالت ہے۔ یہ سب کرتے رہے وہ۔</w:t>
      </w:r>
    </w:p>
    <w:p>
      <w:r>
        <w:rPr>
          <w:b/>
        </w:rPr>
        <w:t xml:space="preserve">[45:51] </w:t>
      </w:r>
      <w:r>
        <w:t>yeh sab kartay rahay woh balkay itna bara talent tha un ke paas, itna bara zehan tha un ke paas. lekin wohi tawajjuh ka mor.</w:t>
      </w:r>
    </w:p>
    <w:p>
      <w:pPr>
        <w:jc w:val="right"/>
      </w:pPr>
      <w:r>
        <w:t>یہ سب کرتے رہے وہ بلکہ اتنا بڑا ٹیلنٹ تھا ان کے پاس، اتنا بڑا ذہن تھا ان کے پاس۔ لیکن وہی توجہ کا موڑ۔</w:t>
      </w:r>
    </w:p>
    <w:p>
      <w:r>
        <w:rPr>
          <w:b/>
        </w:rPr>
        <w:t xml:space="preserve">[46:00] </w:t>
      </w:r>
      <w:r>
        <w:t>ke susti zindagi, halki phulki zindagi. ab ab maine dekha un ko kitchen mein baith kar ke woh saag signifi khate rehtay thay. kitchen mein baith kar sabzi khate rehtay thay.</w:t>
      </w:r>
    </w:p>
    <w:p>
      <w:pPr>
        <w:jc w:val="right"/>
      </w:pPr>
      <w:r>
        <w:t>کہ سستی زندگی، ہلکی پھلکی زندگی۔ اب اب میں نے دیکھا ان کو کچن میں بیٹھ کر کے وہ ساگ سگنیف کھاتے رہتے تھے۔ کچن میں بیٹھ کر سبزی کھاتے رہتے تھے۔</w:t>
      </w:r>
    </w:p>
    <w:p>
      <w:r>
        <w:rPr>
          <w:b/>
        </w:rPr>
        <w:t xml:space="preserve">[46:12] </w:t>
      </w:r>
      <w:r>
        <w:t>is ko main kahoon ke sasta zaiqa, sasta maza, sasta tafreeh.</w:t>
      </w:r>
    </w:p>
    <w:p>
      <w:pPr>
        <w:jc w:val="right"/>
      </w:pPr>
      <w:r>
        <w:t>اس کو میں کہوں کہ سستا ذائقہ، سستا مزہ، سستا تفریح۔</w:t>
      </w:r>
    </w:p>
    <w:p>
      <w:r>
        <w:rPr>
          <w:b/>
        </w:rPr>
        <w:t xml:space="preserve">[46:23] </w:t>
      </w:r>
      <w:r>
        <w:t>is bohat choti cheezon mein ke mushaira ho raha hai, saag kaat rahay hain. aur isi qism ki cheezon mein. aik sahib thay becharay, woh kalay thay, un ka rang kala tha.</w:t>
      </w:r>
    </w:p>
    <w:p>
      <w:pPr>
        <w:jc w:val="right"/>
      </w:pPr>
      <w:r>
        <w:t>اس بہت چھوٹی چیزوں میں کہ مشاعرہ ہو رہا ہے، ساگ کاٹ رہے ہیں۔ اور اسی قسم کی چیزوں میں۔ ایک صاحب تھے بیچارے، وہ کالے تھے، ان کا رنگ کالا تھا۔</w:t>
      </w:r>
    </w:p>
    <w:p>
      <w:r>
        <w:rPr>
          <w:b/>
        </w:rPr>
        <w:t xml:space="preserve">[46:34] </w:t>
      </w:r>
      <w:r>
        <w:t>aik martaba paan kha ke aaye woh, yeh to lal ho gaya tha. yani chehra to kala tha, paan ki wajah se yeh lal ho gaya tha. to is par shair kaha unhon ne ke labon se woh siyahi chehray pe hai numayan,</w:t>
      </w:r>
    </w:p>
    <w:p>
      <w:pPr>
        <w:jc w:val="right"/>
      </w:pPr>
      <w:r>
        <w:t>ایک مرتبہ پان کھا کے آئے وہ، یہ تو لال ہو گیا تھا۔ یعنی چہرہ تو کالا تھا، پان کی وجہ سے یہ لال ہو گیا تھا۔ تو اس پر شعر کہا انہوں نے کہ لبوں سے وہ سیاہی چہرے پہ ہے نمایاں،</w:t>
      </w:r>
    </w:p>
    <w:p>
      <w:r>
        <w:rPr>
          <w:b/>
        </w:rPr>
        <w:t xml:space="preserve">[46:53] </w:t>
      </w:r>
      <w:r>
        <w:t>siyahi chehray pe hai numayan, labon se surkhi lapait gayi hai. siyahi chehray se hai numayan, labon se surkhi lapait gayi hai.</w:t>
      </w:r>
    </w:p>
    <w:p>
      <w:pPr>
        <w:jc w:val="right"/>
      </w:pPr>
      <w:r>
        <w:t>سیاہی چہرے پہ ہے نمایاں، لبوں سے سرخی لپٹ گئی ہے۔ سیاہی چہرے سے ہے نمایاں، لبوں سے سرخی لپٹ گئی ہے۔</w:t>
      </w:r>
    </w:p>
    <w:p>
      <w:r>
        <w:rPr>
          <w:b/>
        </w:rPr>
        <w:t xml:space="preserve">[47:05] </w:t>
      </w:r>
      <w:r>
        <w:t>un ka naam tha noor ul hassan. noor ul hassan. to unhon ne kaha ke siyahi chehray se hai numayan, labon se surkhi lapait gayi hai.</w:t>
      </w:r>
    </w:p>
    <w:p>
      <w:pPr>
        <w:jc w:val="right"/>
      </w:pPr>
      <w:r>
        <w:t>ان کا نام تھا نورالحسن۔ نورالحسن۔ تو انہوں نے کہا کہ سیاہی چہرے سے ہے نمایاں، لبوں سے سرخی لپٹ گئی ہے۔</w:t>
      </w:r>
    </w:p>
    <w:p>
      <w:r>
        <w:rPr>
          <w:b/>
        </w:rPr>
        <w:t xml:space="preserve">[47:14] </w:t>
      </w:r>
      <w:r>
        <w:t>janab noor ul hassan ka munh hai, yahan ki koi bulbul ult gayi hai.</w:t>
      </w:r>
    </w:p>
    <w:p>
      <w:pPr>
        <w:jc w:val="right"/>
      </w:pPr>
      <w:r>
        <w:t>جناب نورالحسن کا منہ ہے، یہاں کی کوئی بلبل الٹ گئی ہے۔</w:t>
      </w:r>
    </w:p>
    <w:p>
      <w:r>
        <w:rPr>
          <w:b/>
        </w:rPr>
        <w:t xml:space="preserve">[47:23] </w:t>
      </w:r>
      <w:r>
        <w:t>yeh kya hai? yani bilkul isi qism ke, yani sustay qism ki cheezon mein rehtay thay woh. Aik martaba mein un ke sath khana kha raha tha to woh chatni bohat pasand karte thay woh.</w:t>
      </w:r>
    </w:p>
    <w:p>
      <w:pPr>
        <w:jc w:val="right"/>
      </w:pPr>
      <w:r>
        <w:t>یہ کیا ہے؟ یعنی بالکل اسی قسم کے، یعنی سستے قسم کی چیزوں میں رہتے تھے وہ۔ ایک مرتبہ میں ان کے ساتھ کھانا کھا رہا تھا تو وہ چٹنی بہت پسند کرتے تھے وہ۔</w:t>
      </w:r>
    </w:p>
    <w:p>
      <w:r>
        <w:rPr>
          <w:b/>
        </w:rPr>
        <w:t xml:space="preserve">[47:33] </w:t>
      </w:r>
      <w:r>
        <w:t>to un ka jo mulazim tha us ka naam tha rehman. to kya kehtay hain? rehman mian dekho to chatni bhi kahin hai. is bhi sher mein.</w:t>
      </w:r>
    </w:p>
    <w:p>
      <w:pPr>
        <w:jc w:val="right"/>
      </w:pPr>
      <w:r>
        <w:t>تو ان کا جو ملازم تھا اس کا نام تھا رحمان۔ تو کیا کہتے ہیں؟ رحمان میاں دیکھو تو چٹنی بھی کہیں ہے۔ اس بھی شعر میں۔</w:t>
      </w:r>
    </w:p>
    <w:p>
      <w:r>
        <w:rPr>
          <w:b/>
        </w:rPr>
        <w:t xml:space="preserve">[47:43] </w:t>
      </w:r>
      <w:r>
        <w:t>yeh chatni mang rahay hain to bhi sher mang rahay hain. ke rehman mian dekho to chatni bhi kahin hai. itna mein samajhta hoon ke mein ne jin logon ko dekha zindagi mein to shayad itna bara zehn mein ne koi nahi dekha.</w:t>
      </w:r>
    </w:p>
    <w:p>
      <w:pPr>
        <w:jc w:val="right"/>
      </w:pPr>
      <w:r>
        <w:t>یہ چٹنی مانگ رہے ہیں تو بھی شعر مانگ رہے ہیں۔ کہ رحمان میاں دیکھو تو چٹنی بھی کہیں ہے۔ اتنا میں سمجھتا ہوں کہ میں نے جن لوگوں کو دیکھا زندگی میں تو شاید اتنا بڑا ذہن میں نے کوئی نہیں دیکھا۔</w:t>
      </w:r>
    </w:p>
    <w:p>
      <w:r>
        <w:rPr>
          <w:b/>
        </w:rPr>
        <w:t xml:space="preserve">[47:57] </w:t>
      </w:r>
      <w:r>
        <w:t>sir shah sulaiman aur iqbal ahmed sohail.</w:t>
      </w:r>
    </w:p>
    <w:p>
      <w:pPr>
        <w:jc w:val="right"/>
      </w:pPr>
      <w:r>
        <w:t>سر شاہ سلیمان اور اقبال احمد سہیل۔</w:t>
      </w:r>
    </w:p>
    <w:p>
      <w:r>
        <w:rPr>
          <w:b/>
        </w:rPr>
        <w:t xml:space="preserve">[48:03] </w:t>
      </w:r>
      <w:r>
        <w:t>to zindagi mein dekhiye susti susti qism ki tafreeh, susti qism ki sargermi se apne ko bachaiye.</w:t>
      </w:r>
    </w:p>
    <w:p>
      <w:pPr>
        <w:jc w:val="right"/>
      </w:pPr>
      <w:r>
        <w:t>تو زندگی میں دیکھیے سستی سستی قسم کی تفریح، سستی قسم کی سرگرمی سے اپنے کو بچائیے۔</w:t>
      </w:r>
    </w:p>
    <w:p>
      <w:r>
        <w:rPr>
          <w:b/>
        </w:rPr>
        <w:t xml:space="preserve">[48:15] </w:t>
      </w:r>
      <w:r>
        <w:t>woh bhi tawajjuh ka morr hai. aaj kal kya hai dekhiye? aaj kal kya hai? shopping. shopping aur fashion aur beauty parlor aur daawatein khana idhar udhar jis ko kehtay hain woh party.</w:t>
      </w:r>
    </w:p>
    <w:p>
      <w:pPr>
        <w:jc w:val="right"/>
      </w:pPr>
      <w:r>
        <w:t>وہ بھی توجہ کا موڑ ہے۔ آج کل کیا ہے دیکھیے؟ آج کل کیا ہے؟ شاپنگ۔ شاپنگ اور فیشن اور بیوٹی پارلر اور دعوتیں کھانا ادھر ادھر جس کو کہتے ہیں وہ پارٹی۔</w:t>
      </w:r>
    </w:p>
    <w:p>
      <w:r>
        <w:rPr>
          <w:b/>
        </w:rPr>
        <w:t xml:space="preserve">[48:33] </w:t>
      </w:r>
      <w:r>
        <w:t>yeh sab kya hai? yeh sab tawajjuh ka morr hai. mujhe aik aadmi mila dilli mein, un ka naam tha professor preetam kumar.</w:t>
      </w:r>
    </w:p>
    <w:p>
      <w:pPr>
        <w:jc w:val="right"/>
      </w:pPr>
      <w:r>
        <w:t>یہ سب کیا ہے؟ یہ سب توجہ کا موڑ ہے۔ مجھے ایک آدمی ملا دلی میں، ان کا نام تھا پروفیسر پریتم کمار۔</w:t>
      </w:r>
    </w:p>
    <w:p>
      <w:r>
        <w:rPr>
          <w:b/>
        </w:rPr>
        <w:t xml:space="preserve">[48:42] </w:t>
      </w:r>
      <w:r>
        <w:t>ab woh mar gaye woh. professor preetam kumar. dilli mein un se mulaqat hui thi, hum log kai log bethe hue thay. to unhon ne kaha ke mein tv nahi dekhta.</w:t>
      </w:r>
    </w:p>
    <w:p>
      <w:pPr>
        <w:jc w:val="right"/>
      </w:pPr>
      <w:r>
        <w:t>اب وہ مر گئے وہ۔ پروفیسر پریتم کمار۔ دلی میں ان سے ملاقات ہوئی تھی، ہم لوگ کئی لوگ بیٹھے ہوئے تھے۔ تو انہوں نے کہا کہ میں ٹی وی نہیں دیکھتا۔</w:t>
      </w:r>
    </w:p>
    <w:p>
      <w:r>
        <w:rPr>
          <w:b/>
        </w:rPr>
        <w:t xml:space="preserve">[48:56] </w:t>
      </w:r>
      <w:r>
        <w:t>ab woh sab parhay likhay log thay wahan par. unhon ne kaha ke mein tv nahi dekhta. ab logon ko kaha ke bhai aadmi kaisa aadmi hai ke tv nahi dekhta yeh aadmi? to unhon ne kaha ke tv mein nahi dekhta kyunke is mein tawajjuh ka morr bohat hota hai.</w:t>
      </w:r>
    </w:p>
    <w:p>
      <w:pPr>
        <w:jc w:val="right"/>
      </w:pPr>
      <w:r>
        <w:t>اب وہ سب پڑھے لکھے لوگ تھے وہاں پر۔ انہوں نے کہا کہ میں ٹی وی نہیں دیکھتا۔ اب لوگوں کو کہا کہ بھئی آدمی کیسا آدمی ہے کہ ٹی وی نہیں دیکھتا یہ آدمی؟ تو انہوں نے کہا کہ ٹی وی میں نہیں دیکھتا کیونکہ اس میں توجہ کا موڑ بہت ہوتا ہے۔</w:t>
      </w:r>
    </w:p>
    <w:p>
      <w:r>
        <w:rPr>
          <w:b/>
        </w:rPr>
        <w:t xml:space="preserve">[49:10] </w:t>
      </w:r>
      <w:r>
        <w:t>tawajjuh ka morr. har waqt aik tafreeh, har waqt aik waqfa. to tv mein chunke tawajjuh ka morr bohat hota hai is liye mein tv nahi dekhta.</w:t>
      </w:r>
    </w:p>
    <w:p>
      <w:pPr>
        <w:jc w:val="right"/>
      </w:pPr>
      <w:r>
        <w:t>توجہ کا موڑ۔ ہر وقت ایک تفریح، ہر وقت ایک وقفہ۔ تو ٹی وی میں چونکہ توجہ کا موڑ بہت ہوتا ہے اس لیے میں ٹی وی نہیں دیکھتا۔</w:t>
      </w:r>
    </w:p>
    <w:p>
      <w:r>
        <w:rPr>
          <w:b/>
        </w:rPr>
        <w:t xml:space="preserve">[49:21] </w:t>
      </w:r>
      <w:r>
        <w:t>ab mein akhbar parhta hoon. akhbar ke liye mein akhbar parhta hoon, mein tv nahi dekhta. balkay jis ko bhi dekhiye woh tawajjuh ka morr para hua hai.</w:t>
      </w:r>
    </w:p>
    <w:p>
      <w:pPr>
        <w:jc w:val="right"/>
      </w:pPr>
      <w:r>
        <w:t>اب میں اخبار پڑھتا ہوں۔ اخبار کے لیے میں اخبار پڑھتا ہوں، میں ٹی وی نہیں دیکھتا۔ بلکہ جس کو بھی دیکھیے وہ توجہ کا موڑ پڑا ہوا ہے۔</w:t>
      </w:r>
    </w:p>
    <w:p>
      <w:r>
        <w:rPr>
          <w:b/>
        </w:rPr>
        <w:t xml:space="preserve">[49:31] </w:t>
      </w:r>
      <w:r>
        <w:t>har aadmi. woh yeh aik aadmi mujhe mila. kuch aur bhi log honge jin ko mein nahi janta. lekin susti maqbooliyat, susti tawajjuh aur aisay hadaf jo hasil na ho saktay hon us ke peechay dorna.</w:t>
      </w:r>
    </w:p>
    <w:p>
      <w:pPr>
        <w:jc w:val="right"/>
      </w:pPr>
      <w:r>
        <w:t>ہر آدمی۔ وہ یہ ایک آدمی مجھے ملا۔ کچھ اور بھی لوگ ہوں گے جن کو میں نہیں جانتا۔ لیکن سستی مقبولیت، سستی توجہ اور ایسے ہدف جو حاصل نہ ہو سکتے ہوں اس کے پیچھے دوڑنا۔</w:t>
      </w:r>
    </w:p>
    <w:p>
      <w:r>
        <w:rPr>
          <w:b/>
        </w:rPr>
        <w:t xml:space="preserve">[49:50] </w:t>
      </w:r>
      <w:r>
        <w:t>yeh sab ka case hai. bohat hi nayab aisay log hain jin ko apni is quality ko daryaft kar ke isi apne ko lagain, isi mein lagain, isi mein lagain.</w:t>
      </w:r>
    </w:p>
    <w:p>
      <w:pPr>
        <w:jc w:val="right"/>
      </w:pPr>
      <w:r>
        <w:t>یہ سب کا کیس ہے۔ بہت ہی نایاب ایسے لوگ ہیں جن کو اپنی اس کوالٹی کو دریافت کر کے اسی اپنے کو لگائیں، اسی میں لگائیں، اسی میں لگائیں۔</w:t>
      </w:r>
    </w:p>
    <w:p>
      <w:r>
        <w:rPr>
          <w:b/>
        </w:rPr>
        <w:t xml:space="preserve">[50:03] </w:t>
      </w:r>
      <w:r>
        <w:t>aur phir isi pe lagay rahen. yani waqfa tareekh ka case na banay woh apni zindagi mein. to mein apne tajurbe se, apne tajurbe se yeh samjha hoon</w:t>
      </w:r>
    </w:p>
    <w:p>
      <w:pPr>
        <w:jc w:val="right"/>
      </w:pPr>
      <w:r>
        <w:t>اور پھر اسی پہ لگے رہیں۔ یعنی وقفہ تاریخ کا کیس نہ بنے وہ اپنی زندگی میں۔ تو میں اپنے تجربے سے، اپنے تجربے سے یہ سمجھا ہوں</w:t>
      </w:r>
    </w:p>
    <w:p>
      <w:r>
        <w:rPr>
          <w:b/>
        </w:rPr>
        <w:t xml:space="preserve">[50:19] </w:t>
      </w:r>
      <w:r>
        <w:t>ke har aadmi ke andar bohat ziyada potential hai. aap jantay hain ke yeh jo zehn hamara hai, aik infiradi zehn mein, aik infiradi zehn mein billion billion billion particle hotay hain.</w:t>
      </w:r>
    </w:p>
    <w:p>
      <w:pPr>
        <w:jc w:val="right"/>
      </w:pPr>
      <w:r>
        <w:t>کہ ہر آدمی کے اندر بہت زیادہ پوٹینشل ہے۔ آپ جانتے ہیں کہ یہ جو ذہن ہمارا ہے، ایک انفرادی ذہن میں، ایک انفرادی ذہن میں بلین بلین بلین پارٹیکل ہوتے ہیں۔</w:t>
      </w:r>
    </w:p>
    <w:p>
      <w:r>
        <w:rPr>
          <w:b/>
        </w:rPr>
        <w:t xml:space="preserve">[50:37] </w:t>
      </w:r>
      <w:r>
        <w:t>yani so billion se bhi ziyada particle hotay hain.</w:t>
      </w:r>
    </w:p>
    <w:p>
      <w:pPr>
        <w:jc w:val="right"/>
      </w:pPr>
      <w:r>
        <w:t>یعنی سو بلین سے بھی زیادہ پارٹیکل ہوتے ہیں۔</w:t>
      </w:r>
    </w:p>
    <w:p>
      <w:r>
        <w:rPr>
          <w:b/>
        </w:rPr>
        <w:t xml:space="preserve">[50:43] </w:t>
      </w:r>
      <w:r>
        <w:t>yeh sab kya hain? yeh sab is mein ilm bhari hui hai, hikmat bhari hui hai. bohat ziyada potential hai har aik infiradi zehn mein.</w:t>
      </w:r>
    </w:p>
    <w:p>
      <w:pPr>
        <w:jc w:val="right"/>
      </w:pPr>
      <w:r>
        <w:t>یہ سب کیا ہیں؟ یہ سب اس میں علم بھری ہوئی ہے، حکمت بھری ہوئی ہے۔ بہت زیادہ پوٹینشل ہے ہر ایک انفرادی ذہن میں۔</w:t>
      </w:r>
    </w:p>
    <w:p>
      <w:r>
        <w:rPr>
          <w:b/>
        </w:rPr>
        <w:t xml:space="preserve">[50:53] </w:t>
      </w:r>
      <w:r>
        <w:t>humain kya karna hai? isi ko kholna hai.</w:t>
      </w:r>
    </w:p>
    <w:p>
      <w:pPr>
        <w:jc w:val="right"/>
      </w:pPr>
      <w:r>
        <w:t>ہمیں کیا کرنا ہے؟ اسی کو کھولنا ہے۔</w:t>
      </w:r>
    </w:p>
    <w:p>
      <w:r>
        <w:rPr>
          <w:b/>
        </w:rPr>
        <w:t xml:space="preserve">[50:59] </w:t>
      </w:r>
      <w:r>
        <w:t>apne zehn ke potential ko kholna hai, yahi hamara kaam hai.</w:t>
      </w:r>
    </w:p>
    <w:p>
      <w:pPr>
        <w:jc w:val="right"/>
      </w:pPr>
      <w:r>
        <w:t>اپنے ذہن کے پوٹینشل کو کھولنا ہے، یہی ہمارا کام ہے۔</w:t>
      </w:r>
    </w:p>
    <w:p>
      <w:r>
        <w:rPr>
          <w:b/>
        </w:rPr>
        <w:t xml:space="preserve">[51:06] </w:t>
      </w:r>
      <w:r>
        <w:t>jo kholta hai wohi newton aur einstein banta hai. jo kholta nahi karta woh bas aisay hi jeeta hai, aisay hi mar jata hai, keeday makoron ki tarah.</w:t>
      </w:r>
    </w:p>
    <w:p>
      <w:pPr>
        <w:jc w:val="right"/>
      </w:pPr>
      <w:r>
        <w:t>جو کھولتا ہے وہی نیوٹن اور آئنسٹائن بنتا ہے۔ جو کھولتا نہیں کرتا وہ بس ایسے ہی جیتا ہے، ایسے ہی مر جاتا ہے، کیڑے مکوڑوں کی طرح۔</w:t>
      </w:r>
    </w:p>
    <w:p>
      <w:r>
        <w:rPr>
          <w:b/>
        </w:rPr>
        <w:t xml:space="preserve">[51:18] </w:t>
      </w:r>
      <w:r>
        <w:t>yahan mein aap ko quran majeed ka aik hawala dena chahoon ga.</w:t>
      </w:r>
    </w:p>
    <w:p>
      <w:pPr>
        <w:jc w:val="right"/>
      </w:pPr>
      <w:r>
        <w:t>یہاں میں آپ کو قرآن مجید کا ایک حوالہ دینا چاہوں گا۔</w:t>
      </w:r>
    </w:p>
    <w:p>
      <w:r>
        <w:rPr>
          <w:b/>
        </w:rPr>
        <w:t xml:space="preserve">[51:24] </w:t>
      </w:r>
      <w:r>
        <w:t>aap jantay hain ke pehla insan adam tha. bible mein bhi aur quran mein bhi. yeh qissa dono mein hai.</w:t>
      </w:r>
    </w:p>
    <w:p>
      <w:pPr>
        <w:jc w:val="right"/>
      </w:pPr>
      <w:r>
        <w:t>آپ جانتے ہیں کہ پہلا انسان آدم تھا۔ بائبل میں بھی اور قرآن میں بھی۔ یہ قصہ دونوں میں ہے۔</w:t>
      </w:r>
    </w:p>
    <w:p>
      <w:r>
        <w:rPr>
          <w:b/>
        </w:rPr>
        <w:t xml:space="preserve">[51:34] </w:t>
      </w:r>
      <w:r>
        <w:t>to khuda ne jab pehle insan ko banaya jis ko hum adam kehtay hain. aur un ki biwi banai jis ko ayub kehtay hain. to khuda ne un ko jannat mein basaya.</w:t>
      </w:r>
    </w:p>
    <w:p>
      <w:pPr>
        <w:jc w:val="right"/>
      </w:pPr>
      <w:r>
        <w:t>تو خدا نے جب پہلے انسان کو بنایا جس کو ہم آدم کہتے ہیں۔ اور ان کی بیوی بنائی جس کو ایوب کہتے ہیں۔ تو خدا نے ان کو جنت میں بسایا۔</w:t>
      </w:r>
    </w:p>
    <w:p>
      <w:r>
        <w:rPr>
          <w:b/>
        </w:rPr>
        <w:t xml:space="preserve">[51:46] </w:t>
      </w:r>
      <w:r>
        <w:t>bible mein bhi yeh qissa hai aur quran mein bhi yeh qissa hai. to khuda ne kaha ke yeh jannat hai jis mein sari cheezain tumhare liye hain.</w:t>
      </w:r>
    </w:p>
    <w:p>
      <w:pPr>
        <w:jc w:val="right"/>
      </w:pPr>
      <w:r>
        <w:t>بائبل میں بھی یہ قصہ ہے اور قرآن میں بھی یہ قصہ ہے۔ تو خدا نے کہا کہ یہ جنت ہے جس میں ساری چیزیں تمہارے لیے ہیں۔</w:t>
      </w:r>
    </w:p>
    <w:p>
      <w:r>
        <w:rPr>
          <w:b/>
        </w:rPr>
        <w:t xml:space="preserve">[51:56] </w:t>
      </w:r>
      <w:r>
        <w:t>sare aaram hain, sare sukh hain, sare sukoon hain.</w:t>
      </w:r>
    </w:p>
    <w:p>
      <w:pPr>
        <w:jc w:val="right"/>
      </w:pPr>
      <w:r>
        <w:t>سارے آرام ہیں، سارے سکھ ہیں، سارے سکون ہیں۔</w:t>
      </w:r>
    </w:p>
    <w:p>
      <w:r>
        <w:rPr>
          <w:b/>
        </w:rPr>
        <w:t xml:space="preserve">[52:02] </w:t>
      </w:r>
      <w:r>
        <w:t>tumhare taraqqi aur taraqqi ke liye sare saman yahan par, sare sadhan hain. to Khuda ne sirf ek pabandi lagai, ek.</w:t>
      </w:r>
    </w:p>
    <w:p>
      <w:pPr>
        <w:jc w:val="right"/>
      </w:pPr>
      <w:r>
        <w:t>تمہارے ترقی اور ترقی کے لیے سارے سامان یہاں پر، سارے سادھن ہیں۔ تو خدا نے صرف ایک پابندی لگائی، ایک۔</w:t>
      </w:r>
    </w:p>
    <w:p>
      <w:r>
        <w:rPr>
          <w:b/>
        </w:rPr>
        <w:t xml:space="preserve">[52:12] </w:t>
      </w:r>
      <w:r>
        <w:t>wo kya? is ke andar ek tha mamnooa darakht. jis ko kehte hain shajar mamnooa. mamnooa darakht.</w:t>
      </w:r>
    </w:p>
    <w:p>
      <w:pPr>
        <w:jc w:val="right"/>
      </w:pPr>
      <w:r>
        <w:t>وہ کیا؟ اس کے اندر ایک تھا ممنوعہ درخت۔ جس کو کہتے ہیں شجر ممنوعہ۔ ممنوعہ درخت۔</w:t>
      </w:r>
    </w:p>
    <w:p>
      <w:r>
        <w:rPr>
          <w:b/>
        </w:rPr>
        <w:t xml:space="preserve">[52:22] </w:t>
      </w:r>
      <w:r>
        <w:t>to Khuda ne kaha ke wala taqrabu hadha al-shajar fa takunu min al-zhalimin.</w:t>
      </w:r>
    </w:p>
    <w:p>
      <w:pPr>
        <w:jc w:val="right"/>
      </w:pPr>
      <w:r>
        <w:t>تو خدا نے کہا کہ ولا تقربا هذا الشجر فتكونوا من الظالمین۔</w:t>
      </w:r>
    </w:p>
    <w:p>
      <w:r>
        <w:rPr>
          <w:b/>
        </w:rPr>
        <w:t xml:space="preserve">[52:32] </w:t>
      </w:r>
      <w:r>
        <w:t>mat qareeb jao is darakht ke, is darakht ke pas na jao, is ka phal na khao. ek hi hidayat diya gaya un ko bas aur koi hidayat nahin.</w:t>
      </w:r>
    </w:p>
    <w:p>
      <w:pPr>
        <w:jc w:val="right"/>
      </w:pPr>
      <w:r>
        <w:t>مت قریب جاؤ اس درخت کے، اس درخت کے پاس نہ جاؤ، اس کا پھل نہ کھاؤ۔ ایک ہی ہدایت دیا گیا ان کو بس اور کوئی ہدایت نہیں۔</w:t>
      </w:r>
    </w:p>
    <w:p>
      <w:r>
        <w:rPr>
          <w:b/>
        </w:rPr>
        <w:t xml:space="preserve">[52:44] </w:t>
      </w:r>
      <w:r>
        <w:t>to unhon ne kha liya aur kha liya to phir jannat se nikal diye gaye. main samajhta hoon ke Khuda ne pehle hi din, yani shuru ke waqt, insan ko ek sabak diya.</w:t>
      </w:r>
    </w:p>
    <w:p>
      <w:pPr>
        <w:jc w:val="right"/>
      </w:pPr>
      <w:r>
        <w:t>تو انہوں نے کھا لیا اور کھا لیا تو پھر جنت سے نکال دیے گئے۔ میں سمجھتا ہوں کہ خدا نے پہلے ہی دن، یعنی شروع کے وقت، انسان کو ایک سبق دیا۔</w:t>
      </w:r>
    </w:p>
    <w:p>
      <w:r>
        <w:rPr>
          <w:b/>
        </w:rPr>
        <w:t xml:space="preserve">[53:02] </w:t>
      </w:r>
      <w:r>
        <w:t>wo is ko main tawajjuh ka mor manta hoon. ke Adam ka is mamnooa darakht ke pas jana aur khana yeh tha tawajjuh ka mor.</w:t>
      </w:r>
    </w:p>
    <w:p>
      <w:pPr>
        <w:jc w:val="right"/>
      </w:pPr>
      <w:r>
        <w:t>وہ اس کو میں توجہ کا موڑ مانتا ہوں۔ کہ آدم کا اس ممنوعہ درخت کے پاس جانا اور کھانا یہ تھا توجہ کا موڑ۔</w:t>
      </w:r>
    </w:p>
    <w:p>
      <w:r>
        <w:rPr>
          <w:b/>
        </w:rPr>
        <w:t xml:space="preserve">[53:13] </w:t>
      </w:r>
      <w:r>
        <w:t>to Khuda ne bataya ke sab se bara jo, sab se bari bhool tumhare liye kya hogi? tum tawajjuh mein par jao. kisi darja hararat ko le kar ke.</w:t>
      </w:r>
    </w:p>
    <w:p>
      <w:pPr>
        <w:jc w:val="right"/>
      </w:pPr>
      <w:r>
        <w:t>تو خدا نے بتایا کہ سب سے بڑا جو، سب سے بڑی بھول تمہارے لیے کیا ہوگی؟ تم توجہ میں پڑ جاؤ۔ کسی درجہ حرارت کو لے کر کے۔</w:t>
      </w:r>
    </w:p>
    <w:p>
      <w:r>
        <w:rPr>
          <w:b/>
        </w:rPr>
        <w:t xml:space="preserve">[53:24] </w:t>
      </w:r>
      <w:r>
        <w:t>to un ko ek darja hararat aya, darja hararat. ke kya baat hai is is is is is ke phal mein?</w:t>
      </w:r>
    </w:p>
    <w:p>
      <w:pPr>
        <w:jc w:val="right"/>
      </w:pPr>
      <w:r>
        <w:t>تو ان کو ایک درجہ حرارت آیا، درجہ حرارت۔ کہ کیا بات ہے اس اس اس اس اس کے پھل میں؟</w:t>
      </w:r>
    </w:p>
    <w:p>
      <w:r>
        <w:rPr>
          <w:b/>
        </w:rPr>
        <w:t xml:space="preserve">[53:32] </w:t>
      </w:r>
      <w:r>
        <w:t>koi khas baat hai shayad? to is darja hararat ko wo muzahamat na kar sake. aur ja kar is ko kha liya to phir kya hua ke phir wo wahan se nikalna pada unhein.</w:t>
      </w:r>
    </w:p>
    <w:p>
      <w:pPr>
        <w:jc w:val="right"/>
      </w:pPr>
      <w:r>
        <w:t>کوئی خاص بات ہے شاید؟ تو اس درجہ حرارت کو وہ مزاحمت نہ کر سکے۔ اور جا کر اس کو کھا لیا تو پھر کیا ہوا کہ پھر وہ وہاں سے نکلنا پڑا انہیں۔</w:t>
      </w:r>
    </w:p>
    <w:p>
      <w:r>
        <w:rPr>
          <w:b/>
        </w:rPr>
        <w:t xml:space="preserve">[53:45] </w:t>
      </w:r>
      <w:r>
        <w:t>to pehle hi din, aakhri din insani tareekh mein, Khuda ne yeh sabak diya insan ko ke tumhara jo potential hai is ko kholo.</w:t>
      </w:r>
    </w:p>
    <w:p>
      <w:pPr>
        <w:jc w:val="right"/>
      </w:pPr>
      <w:r>
        <w:t>تو پہلے ہی دن، آخری دن انسانی تاریخ میں، خدا نے یہ سبق دیا انسان کو کہ تمہارا جو پوٹینشل ہے اس کو کھولو۔</w:t>
      </w:r>
    </w:p>
    <w:p>
      <w:r>
        <w:rPr>
          <w:b/>
        </w:rPr>
        <w:t xml:space="preserve">[53:57] </w:t>
      </w:r>
      <w:r>
        <w:t>isi mein sari taraqqi tumhare liye, sari taraqqi tumhare liye isi mein hai. kyun ke Quran mein yeh bhi hai ke Khuda ne insan ke andar sara ilm rakh diya.</w:t>
      </w:r>
    </w:p>
    <w:p>
      <w:pPr>
        <w:jc w:val="right"/>
      </w:pPr>
      <w:r>
        <w:t>اسی میں ساری ترقی تمہارے لیے، ساری ترقی تمہارے لیے اسی میں ہے۔ کیونکہ قرآن میں یہ بھی ہے کہ خدا نے انسان کے اندر سارا علم رکھ دیا۔</w:t>
      </w:r>
    </w:p>
    <w:p>
      <w:r>
        <w:rPr>
          <w:b/>
        </w:rPr>
        <w:t xml:space="preserve">[54:09] </w:t>
      </w:r>
      <w:r>
        <w:t>wa allama Adam al-asmaa kullaha. ilm Adam al-asmaa kullaha. sara ilm, sara hikmat, sara ilm, sab bhar diya is zehn ke andar.</w:t>
      </w:r>
    </w:p>
    <w:p>
      <w:pPr>
        <w:jc w:val="right"/>
      </w:pPr>
      <w:r>
        <w:t>وعلم آدم الأسماء كلها۔ علم آدم الأسماء كلها۔ سارا علم، سارا حکمت، سارا علم، سب بھر دیا اس ذہن کے اندر۔</w:t>
      </w:r>
    </w:p>
    <w:p>
      <w:r>
        <w:rPr>
          <w:b/>
        </w:rPr>
        <w:t xml:space="preserve">[54:19] </w:t>
      </w:r>
      <w:r>
        <w:t>yeh bhi Quran mein likha hua hai. to har din hum jab paida hote hain to sara ilm le kar paida hote hain. sara hikmat le kar paida hote hain.</w:t>
      </w:r>
    </w:p>
    <w:p>
      <w:pPr>
        <w:jc w:val="right"/>
      </w:pPr>
      <w:r>
        <w:t>یہ بھی قرآن میں لکھا ہوا ہے۔ تو ہر دن ہم جب پیدا ہوتے ہیں تو سارا علم لے کر پیدا ہوتے ہیں۔ سارا حکمت لے کر پیدا ہوتے ہیں۔</w:t>
      </w:r>
    </w:p>
    <w:p>
      <w:r>
        <w:rPr>
          <w:b/>
        </w:rPr>
        <w:t xml:space="preserve">[54:31] </w:t>
      </w:r>
      <w:r>
        <w:t>sara ilm le kar paida hote hain. ab kya kaam hai? is ko kholna. yani lashaoor zehn ko lashaoor zehn banana.</w:t>
      </w:r>
    </w:p>
    <w:p>
      <w:pPr>
        <w:jc w:val="right"/>
      </w:pPr>
      <w:r>
        <w:t>سارا علم لے کر پیدا ہوتے ہیں۔ اب کیا کام ہے؟ اس کو کھولنا۔ یعنی لاشعور ذہن کو لاشعور ذہن بنانا۔</w:t>
      </w:r>
    </w:p>
    <w:p>
      <w:r>
        <w:rPr>
          <w:b/>
        </w:rPr>
        <w:t xml:space="preserve">[54:42] </w:t>
      </w:r>
      <w:r>
        <w:t>lashaoor zehn mein sab cheez maujood hai. ab sirf kya hai? is ko lashaoor zehn mein lao. isi ko main kehta hoon kholna.</w:t>
      </w:r>
    </w:p>
    <w:p>
      <w:pPr>
        <w:jc w:val="right"/>
      </w:pPr>
      <w:r>
        <w:t>لاشعور ذہن میں سب چیز موجود ہے۔ اب صرف کیا ہے؟ اس کو لاشعور ذہن میں لاؤ۔ اسی کو میں کہتا ہوں کھولنا۔</w:t>
      </w:r>
    </w:p>
    <w:p>
      <w:r>
        <w:rPr>
          <w:b/>
        </w:rPr>
        <w:t xml:space="preserve">[54:54] </w:t>
      </w:r>
      <w:r>
        <w:t>The only task before us is to unfold our own mind.</w:t>
      </w:r>
    </w:p>
    <w:p>
      <w:pPr>
        <w:jc w:val="right"/>
      </w:pPr>
      <w:r>
        <w:t>The only task before us is to unfold our own mind.</w:t>
      </w:r>
    </w:p>
    <w:p>
      <w:r>
        <w:rPr>
          <w:b/>
        </w:rPr>
        <w:t xml:space="preserve">[55:03] </w:t>
      </w:r>
      <w:r>
        <w:t>This is the only task ahead. hamara ek hi task hai, ek hi mission hai, ek hi hadaf hai kisi bhi insan ka ke Khuda ke diye hue zehn ko khole wo.</w:t>
      </w:r>
    </w:p>
    <w:p>
      <w:pPr>
        <w:jc w:val="right"/>
      </w:pPr>
      <w:r>
        <w:t>This is the only task ahead. ہمارا ایک ہی ٹاسک ہے، ایک ہی مشن ہے، ایک ہی ہدف ہے کسی بھی انسان کا کہ خدا کے دیئے ہوئے ذہن کو کھولے وہ۔</w:t>
      </w:r>
    </w:p>
    <w:p>
      <w:r>
        <w:rPr>
          <w:b/>
        </w:rPr>
        <w:t xml:space="preserve">[55:17] </w:t>
      </w:r>
      <w:r>
        <w:t>kholne ka jo amal hai, kholne ka. kholne ke amal mein jo jo rukawat banti hai, rukawat banti hai. wo hai tawajjuh ka mor.</w:t>
      </w:r>
    </w:p>
    <w:p>
      <w:pPr>
        <w:jc w:val="right"/>
      </w:pPr>
      <w:r>
        <w:t>کھولنے کا جو عمل ہے، کھولنے کا۔ کھولنے کے عمل میں جو جو رکاوٹ بنتی ہے، رکاوٹ بنتی ہے۔ وہ ہے توجہ کا موڑ۔</w:t>
      </w:r>
    </w:p>
    <w:p>
      <w:r>
        <w:rPr>
          <w:b/>
        </w:rPr>
        <w:t xml:space="preserve">[55:28] </w:t>
      </w:r>
      <w:r>
        <w:t>hamare andar darja hararat aata hai, lalach aata hai, ghussa aata hai.</w:t>
      </w:r>
    </w:p>
    <w:p>
      <w:pPr>
        <w:jc w:val="right"/>
      </w:pPr>
      <w:r>
        <w:t>ہمارے اندر درجہ حرارت آتا ہے، لالچ آتا ہے، غصہ آتا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