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Distraction in God's Cause December 23, 2017</w:t>
      </w:r>
    </w:p>
    <w:p>
      <w:r>
        <w:t>https://www.youtube.com/watch?v=Pl11rnK-PlE</w:t>
      </w:r>
    </w:p>
    <w:p>
      <w:r>
        <w:rPr>
          <w:b/>
        </w:rPr>
        <w:t xml:space="preserve">[00:13] </w:t>
      </w:r>
      <w:r>
        <w:t>an Abdullah ibn Mas'ud qala: "khata lana rasul Allah sallallahu alayhi wa sallam khata, thumma qala: hadha sabil Allah, thumma khata khatootan ayameenihi wa ayashimalihi, thumma qala: hadhihi subul mutfarriqah,</w:t>
      </w:r>
    </w:p>
    <w:p>
      <w:pPr>
        <w:jc w:val="right"/>
      </w:pPr>
      <w:r>
        <w:t>عن عبداللہ ابن مسعود قال: "خط لنا رسول اللہ صلی اللہ علیہ وسلم خطاً، ثم قال:ھذا سبیل اللہ، ثم خط خطوطاً عنیمینہ وعن شمالہ، ثم قال:ھذہ سبل متفرقہ،</w:t>
      </w:r>
    </w:p>
    <w:p>
      <w:r>
        <w:rPr>
          <w:b/>
        </w:rPr>
        <w:t xml:space="preserve">[00:33] </w:t>
      </w:r>
      <w:r>
        <w:t>ala kulli sabilin minha shaytanun yad'u ilayhi, thumma qara: wa anna hadha sirati mustaqiman fattabi'uhu, wa la tattabi'u al-subula fa tafarraqa bikum an sirati." Surah Al-An'am ayat number 153.</w:t>
      </w:r>
    </w:p>
    <w:p>
      <w:pPr>
        <w:jc w:val="right"/>
      </w:pPr>
      <w:r>
        <w:t>علی کل سبیل منہا شیطانیدعو الیہ، ثم قرا: وَأَنَّھذا صِرَاطِي مُسْتَقِيمًا فَاتَّبِعُوهُ، ولا تتبعوا السبل فتفرق بکم عن سبیلی۔" سورہ الانعام آیت نمبر 153۔</w:t>
      </w:r>
    </w:p>
    <w:p>
      <w:r>
        <w:rPr>
          <w:b/>
        </w:rPr>
        <w:t xml:space="preserve">[00:56] </w:t>
      </w:r>
      <w:r>
        <w:t>abdullah bin masood se riwayat hai, unhone kaha ke rasool allah sallallahu alaihi wasallam ne ek</w:t>
      </w:r>
    </w:p>
    <w:p>
      <w:pPr>
        <w:jc w:val="right"/>
      </w:pPr>
      <w:r>
        <w:t>عبداللہ بن مسعود سے روایت ہے، انہوں نے کہا کہ رسول اللہ صلی اللہ علیہ وسلم نے ایک</w:t>
      </w:r>
    </w:p>
    <w:p>
      <w:r>
        <w:rPr>
          <w:b/>
        </w:rPr>
        <w:t xml:space="preserve">[01:02] </w:t>
      </w:r>
      <w:r>
        <w:t>line kheenchi, phir kaha: "yeh allah ka rasta hai."</w:t>
      </w:r>
    </w:p>
    <w:p>
      <w:pPr>
        <w:jc w:val="right"/>
      </w:pPr>
      <w:r>
        <w:t>لائن کھینچی، پھر کہا: "یہ اللہ کا راستہ ہے۔"</w:t>
      </w:r>
    </w:p>
    <w:p>
      <w:r>
        <w:rPr>
          <w:b/>
        </w:rPr>
        <w:t xml:space="preserve">[01:09] </w:t>
      </w:r>
      <w:r>
        <w:t>phir iske dayen aur bayen kuch linein kheenchi aur kaha: "yeh</w:t>
      </w:r>
    </w:p>
    <w:p>
      <w:pPr>
        <w:jc w:val="right"/>
      </w:pPr>
      <w:r>
        <w:t>پھر اس کے دائیں اور بائیں کچھ لائنیں کھینچی اور کہا: "یہ</w:t>
      </w:r>
    </w:p>
    <w:p>
      <w:r>
        <w:rPr>
          <w:b/>
        </w:rPr>
        <w:t xml:space="preserve">[01:18] </w:t>
      </w:r>
      <w:r>
        <w:t>mutfarriq raste hain, in mein se har raste par shaitan hai jo apni taraf bulata hai."</w:t>
      </w:r>
    </w:p>
    <w:p>
      <w:pPr>
        <w:jc w:val="right"/>
      </w:pPr>
      <w:r>
        <w:t>متفرق راستے ہیں، ان میں سے ہر راستے پر شیطان ہے جو اپنی طرف بلاتا ہے۔"</w:t>
      </w:r>
    </w:p>
    <w:p>
      <w:r>
        <w:rPr>
          <w:b/>
        </w:rPr>
        <w:t xml:space="preserve">[01:24] </w:t>
      </w:r>
      <w:r>
        <w:t>phir yeh ayat padhi</w:t>
      </w:r>
    </w:p>
    <w:p>
      <w:pPr>
        <w:jc w:val="right"/>
      </w:pPr>
      <w:r>
        <w:t>پھر یہ آیت پڑھی</w:t>
      </w:r>
    </w:p>
    <w:p>
      <w:r>
        <w:rPr>
          <w:b/>
        </w:rPr>
        <w:t xml:space="preserve">[01:27] </w:t>
      </w:r>
      <w:r>
        <w:t>ke: "yeh mera rasta hai, seedha to iski ittaba karo aur doosre raston ki ittaba na karo</w:t>
      </w:r>
    </w:p>
    <w:p>
      <w:pPr>
        <w:jc w:val="right"/>
      </w:pPr>
      <w:r>
        <w:t>کہ: "یہ میرا راستہ ہے، سیدھا تو اس کی اتباع کرو اور دوسرے راستوں کی اتباع نہ کرو</w:t>
      </w:r>
    </w:p>
    <w:p>
      <w:r>
        <w:rPr>
          <w:b/>
        </w:rPr>
        <w:t xml:space="preserve">[01:35] </w:t>
      </w:r>
      <w:r>
        <w:t>taake woh tum ko is allah ke raste se door le jaaye."</w:t>
      </w:r>
    </w:p>
    <w:p>
      <w:pPr>
        <w:jc w:val="right"/>
      </w:pPr>
      <w:r>
        <w:t>تاکہ وہ تم کو اس اللہ کے راستے سے دور لے جائے۔"</w:t>
      </w:r>
    </w:p>
    <w:p>
      <w:r>
        <w:rPr>
          <w:b/>
        </w:rPr>
        <w:t xml:space="preserve">[01:42] </w:t>
      </w:r>
      <w:r>
        <w:t>musnad</w:t>
      </w:r>
    </w:p>
    <w:p>
      <w:pPr>
        <w:jc w:val="right"/>
      </w:pPr>
      <w:r>
        <w:t>مسند</w:t>
      </w:r>
    </w:p>
    <w:p>
      <w:r>
        <w:rPr>
          <w:b/>
        </w:rPr>
        <w:t xml:space="preserve">[01:43] </w:t>
      </w:r>
      <w:r>
        <w:t>Ahmad hadith number 4142</w:t>
      </w:r>
    </w:p>
    <w:p>
      <w:pPr>
        <w:jc w:val="right"/>
      </w:pPr>
      <w:r>
        <w:t>احمد حدیث نمبر 4142</w:t>
      </w:r>
    </w:p>
    <w:p>
      <w:r>
        <w:rPr>
          <w:b/>
        </w:rPr>
        <w:t xml:space="preserve">[01:49] </w:t>
      </w:r>
      <w:r>
        <w:t>. dekhiye, yeh jo hadith sunai gayi hai aap ko aur ek ayat parhi gayi hai, yeh mere nazdeek wisdom ka pahad hai,</w:t>
      </w:r>
    </w:p>
    <w:p>
      <w:pPr>
        <w:jc w:val="right"/>
      </w:pPr>
      <w:r>
        <w:t>۔ देखिए, यह जो हदीस सुनाई गई है आपको और एक आयत पढ़ी गई है, यह मेरे नजदीक विजडम का पहाड़ है,</w:t>
      </w:r>
    </w:p>
    <w:p>
      <w:r>
        <w:rPr>
          <w:b/>
        </w:rPr>
        <w:t xml:space="preserve">[02:04] </w:t>
      </w:r>
      <w:r>
        <w:t>wisdom ka pahad hai. yani is mein aap ki, aap ke liye poori zindagi ka rasta bata diya gaya hai. is ko follow kar</w:t>
      </w:r>
    </w:p>
    <w:p>
      <w:pPr>
        <w:jc w:val="right"/>
      </w:pPr>
      <w:r>
        <w:t>विजडम का पहाड़ है। यानी इसमें आपकी, आपके लिए पूरी जिंदगी का रास्ता बता दिया गया है। इसको फॉलो कर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