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35-39 December 31, 2017</w:t>
      </w:r>
    </w:p>
    <w:p>
      <w:r>
        <w:t>https://www.youtube.com/watch?v=6FNtbR3EBtc</w:t>
      </w:r>
    </w:p>
    <w:p>
      <w:r>
        <w:rPr>
          <w:b/>
        </w:rPr>
        <w:t xml:space="preserve">[00:10] </w:t>
      </w:r>
      <w:r>
        <w:t>bismillah rehman ir rahim.</w:t>
      </w:r>
    </w:p>
    <w:p>
      <w:pPr>
        <w:jc w:val="right"/>
      </w:pPr>
      <w:r>
        <w:t>بسم اللہ الرحمن الرحیم۔</w:t>
      </w:r>
    </w:p>
    <w:p>
      <w:r>
        <w:rPr>
          <w:b/>
        </w:rPr>
        <w:t xml:space="preserve">[00:18] </w:t>
      </w:r>
      <w:r>
        <w:t>wa salla Allahu ala nabi il karim, 31 december 2017.</w:t>
      </w:r>
    </w:p>
    <w:p>
      <w:pPr>
        <w:jc w:val="right"/>
      </w:pPr>
      <w:r>
        <w:t>وصلی اللہ علی النبی الکریم، 31 دسمبر 2017۔</w:t>
      </w:r>
    </w:p>
    <w:p>
      <w:r>
        <w:rPr>
          <w:b/>
        </w:rPr>
        <w:t xml:space="preserve">[00:28] </w:t>
      </w:r>
      <w:r>
        <w:t>aaj dars e quran ka 11 number hai, number 11.</w:t>
      </w:r>
    </w:p>
    <w:p>
      <w:pPr>
        <w:jc w:val="right"/>
      </w:pPr>
      <w:r>
        <w:t>آج درس قرآن کا 11 نمبر ہے، نمبر 11۔</w:t>
      </w:r>
    </w:p>
    <w:p>
      <w:r>
        <w:rPr>
          <w:b/>
        </w:rPr>
        <w:t xml:space="preserve">[00:40] </w:t>
      </w:r>
      <w:r>
        <w:t>aaj surah baqarah ki</w:t>
      </w:r>
    </w:p>
    <w:p>
      <w:pPr>
        <w:jc w:val="right"/>
      </w:pPr>
      <w:r>
        <w:t>آج سورہ بقرہ کی</w:t>
      </w:r>
    </w:p>
    <w:p>
      <w:r>
        <w:rPr>
          <w:b/>
        </w:rPr>
        <w:t xml:space="preserve">[00:44] </w:t>
      </w:r>
      <w:r>
        <w:t>kuch ayat ko le kar ke us ki wazahat karna hai. to pehle woh surah ki woh ayat parhi jayegi, uska tarjuma, phir inshallah us ki</w:t>
      </w:r>
    </w:p>
    <w:p>
      <w:pPr>
        <w:jc w:val="right"/>
      </w:pPr>
      <w:r>
        <w:t>کچھ آیت کو لے کر کے اس کی وضاحت کرنا ہے۔ تو پہلے وہ سورہ کی وہ آیت پڑھی جائے گی، اس کا ترجمہ، پھر انشاءاللہ اس کی</w:t>
      </w:r>
    </w:p>
    <w:p>
      <w:r>
        <w:rPr>
          <w:b/>
        </w:rPr>
        <w:t xml:space="preserve">[01:02] </w:t>
      </w:r>
      <w:r>
        <w:t>sharah hogi.</w:t>
      </w:r>
    </w:p>
    <w:p>
      <w:pPr>
        <w:jc w:val="right"/>
      </w:pPr>
      <w:r>
        <w:t>شرح ہوگی۔</w:t>
      </w:r>
    </w:p>
    <w:p>
      <w:r>
        <w:rPr>
          <w:b/>
        </w:rPr>
        <w:t xml:space="preserve">[01:04] </w:t>
      </w:r>
      <w:r>
        <w:t>bismillah rehman ir rahim. wa qulna ya adam uskun anta wa zawjuk al jannata wa kula minha raghata haithu shittuma wa la taquraba al shajarata fatakuna min al zhalimin.</w:t>
      </w:r>
    </w:p>
    <w:p>
      <w:pPr>
        <w:jc w:val="right"/>
      </w:pPr>
      <w:r>
        <w:t>بسم اللہ الرحمن الرحیم۔ وقلنا یا آدم اسکن انت وزوجک الجنت وکلا منہا رغتا حيث شئتما ولا تقربا الشجرۃ فتکونا من الظالمین۔</w:t>
      </w:r>
    </w:p>
    <w:p>
      <w:r>
        <w:rPr>
          <w:b/>
        </w:rPr>
        <w:t xml:space="preserve">[01:19] </w:t>
      </w:r>
      <w:r>
        <w:t>fa azalahuma al shaytanu anha fa akhrajahuma mimma kana fi wa qulna bitu ba'dhukum li ba'dh aduwwun wa lakum fi al ardi mustaqarrun wa mata'un ila heen.</w:t>
      </w:r>
    </w:p>
    <w:p>
      <w:pPr>
        <w:jc w:val="right"/>
      </w:pPr>
      <w:r>
        <w:t>فازلہما الشیطان عنہا فاخرجہما مما کان فی وقلنا بتو بعضکم لبعض عدو ولكم فی الارض مستقر ومتاع الہین۔</w:t>
      </w:r>
    </w:p>
    <w:p>
      <w:r>
        <w:rPr>
          <w:b/>
        </w:rPr>
        <w:t xml:space="preserve">[01:32] </w:t>
      </w:r>
      <w:r>
        <w:t>fatalaqqa adamu min rabbihi kalimatin fa tabe alaihi innahu huwa al tawwab al rahim. qulna bitu minha jamee'an fa ma yatiyannakum minni hudan fa man tabi'a hudaya fala khawfun alaihim wa la hum yahzanun.</w:t>
      </w:r>
    </w:p>
    <w:p>
      <w:pPr>
        <w:jc w:val="right"/>
      </w:pPr>
      <w:r>
        <w:t>فتلقی آدم من ربہ کلمات فتاب علیہ انہو التواب الرحیم۔ قلنا بتو منہا جمیعا فما یاتینکم منی ہد فمن تبع ہدای فلا خوف علیہم ولا یحزنون۔</w:t>
      </w:r>
    </w:p>
    <w:p>
      <w:r>
        <w:rPr>
          <w:b/>
        </w:rPr>
        <w:t xml:space="preserve">[01:50] </w:t>
      </w:r>
      <w:r>
        <w:t>wa alladhina kafaru wa kadhabu bi ayatina ula'ika ashabu al nari hum fiha khalidun.</w:t>
      </w:r>
    </w:p>
    <w:p>
      <w:pPr>
        <w:jc w:val="right"/>
      </w:pPr>
      <w:r>
        <w:t>والذین کفرو وکذبو بیاتنا اولئک اصحاب النار فیہا خالدون۔</w:t>
      </w:r>
    </w:p>
    <w:p>
      <w:r>
        <w:rPr>
          <w:b/>
        </w:rPr>
        <w:t xml:space="preserve">[02:06] </w:t>
      </w:r>
      <w:r>
        <w:t>ayaton ka number? surah al baqarah ayat number 35 ta 39.</w:t>
      </w:r>
    </w:p>
    <w:p>
      <w:pPr>
        <w:jc w:val="right"/>
      </w:pPr>
      <w:r>
        <w:t>آیات کا نمبر؟ سورہ البقرہ آیت نمبر 35 تا 39۔</w:t>
      </w:r>
    </w:p>
    <w:p>
      <w:r>
        <w:rPr>
          <w:b/>
        </w:rPr>
        <w:t xml:space="preserve">[02:20] </w:t>
      </w:r>
      <w:r>
        <w:t>aur hum ne adam se kaha aur hum ne kaha aye adam tum aur tumhari biwi dono jannat mein raho aur is mein se khao asudgi ke sath jahan se chaho aur us darakht ke qareeb mat jana warna tum zalimon mein se ho jaoge.</w:t>
      </w:r>
    </w:p>
    <w:p>
      <w:pPr>
        <w:jc w:val="right"/>
      </w:pPr>
      <w:r>
        <w:t>اور ہم نے آدم سے کہا اور ہم نے کہا اے آدم تم اور تمہاری بیوی دونوں جنت میں رہو اور اس میں سے کھاؤ اسودگی کے ساتھ جہاں سے چاہو اور اس درخت کے قریب مت جانا ورنہ تم ظالموں میں سے ہو جاؤ گے۔</w:t>
      </w:r>
    </w:p>
    <w:p>
      <w:r>
        <w:rPr>
          <w:b/>
        </w:rPr>
        <w:t xml:space="preserve">[02:41] </w:t>
      </w:r>
      <w:r>
        <w:t>phir shaitan ne us darakht ke zariye dono ko lagzish mein mubtala kar diya aur un dono ko us aish se nikal diya jis mein woh the.</w:t>
      </w:r>
    </w:p>
    <w:p>
      <w:pPr>
        <w:jc w:val="right"/>
      </w:pPr>
      <w:r>
        <w:t>پھر شیطان نے اس درخت کے ذریعے دونوں کو لغزش میں مبتلا کر دیا اور ان دونوں کو اس عیش سے نکال دیا جس میں وہ تھے۔</w:t>
      </w:r>
    </w:p>
    <w:p>
      <w:r>
        <w:rPr>
          <w:b/>
        </w:rPr>
        <w:t xml:space="preserve">[02:52] </w:t>
      </w:r>
      <w:r>
        <w:t>aur hum ne kaha tum sab utro yahan se tum ek dost dusre ke dushman hoge aur tumhare liye zameen mein thehrna aur kaam chalana hai ek muddat tak.</w:t>
      </w:r>
    </w:p>
    <w:p>
      <w:pPr>
        <w:jc w:val="right"/>
      </w:pPr>
      <w:r>
        <w:t>اور ہم نے کہا تم سب اترو یہاں سے تم ایک دوست دوسرے کے دشمن ہوں گے اور تمہارے لیے زمین میں ٹھہرنا اور کام چلانا ہے ایک مدت تک۔</w:t>
      </w:r>
    </w:p>
    <w:p>
      <w:r>
        <w:rPr>
          <w:b/>
        </w:rPr>
        <w:t xml:space="preserve">[03:06] </w:t>
      </w:r>
      <w:r>
        <w:t>phir adam ne seekh liye apne rab se chand bol to Allah is par mutawajjah hua beshak woh toba qabul karne wala reham karne wala hai.</w:t>
      </w:r>
    </w:p>
    <w:p>
      <w:pPr>
        <w:jc w:val="right"/>
      </w:pPr>
      <w:r>
        <w:t>پھر آدم نے سیکھ لیے اپنے رب سے چند بول تو اللہ اس پر متوجہ ہوا بے شک وہ توبہ قبول کرنے والا رحم کرنے والا ہے۔</w:t>
      </w:r>
    </w:p>
    <w:p>
      <w:r>
        <w:rPr>
          <w:b/>
        </w:rPr>
        <w:t xml:space="preserve">[03:19] </w:t>
      </w:r>
      <w:r>
        <w:t>hum ne kaha tum sab yahan se utro phir jab aaye tumhare paas meri taraf se koi hidayat to jo log meri hidayat ki pairwi karenge un ke liye na koi dar hoga aur na woh ghamgeen honge.</w:t>
      </w:r>
    </w:p>
    <w:p>
      <w:pPr>
        <w:jc w:val="right"/>
      </w:pPr>
      <w:r>
        <w:t>ہم نے کہا تم سب یہاں سے اترو پھر جب آئے تمہارے پاس میری طرف سے کوئی ہدایت تو جو لوگ میری ہدایت کی پیروی کریں گے ان کے لیے نہ کوئی ڈر ہوگا اور نہ وہ غمگین ہوں گے۔</w:t>
      </w:r>
    </w:p>
    <w:p>
      <w:r>
        <w:rPr>
          <w:b/>
        </w:rPr>
        <w:t xml:space="preserve">[03:34] </w:t>
      </w:r>
      <w:r>
        <w:t>aur jo log inkar karenge aur hamari nishaniyon ko jhutlayenge to wahi log dozakh wale hain woh is mein hamesha rahenge.</w:t>
      </w:r>
    </w:p>
    <w:p>
      <w:pPr>
        <w:jc w:val="right"/>
      </w:pPr>
      <w:r>
        <w:t>اور جو لوگ انکار کریں گے اور ہماری نشانیوں کو جھٹلائیں گے تو وہی لوگ دوزخ والے ہیں وہ اس میں ہمیشہ رہیں گے۔</w:t>
      </w:r>
    </w:p>
    <w:p>
      <w:r>
        <w:rPr>
          <w:b/>
        </w:rPr>
        <w:t xml:space="preserve">[03:43] </w:t>
      </w:r>
      <w:r>
        <w:t>dekhiye yeh jo ayaten hain</w:t>
      </w:r>
    </w:p>
    <w:p>
      <w:pPr>
        <w:jc w:val="right"/>
      </w:pPr>
      <w:r>
        <w:t>دیکھیے یہ جو آیتیں ہیں</w:t>
      </w:r>
    </w:p>
    <w:p>
      <w:r>
        <w:rPr>
          <w:b/>
        </w:rPr>
        <w:t xml:space="preserve">[03:48] </w:t>
      </w:r>
      <w:r>
        <w:t>is mein</w:t>
      </w:r>
    </w:p>
    <w:p>
      <w:pPr>
        <w:jc w:val="right"/>
      </w:pPr>
      <w:r>
        <w:t>اس میں</w:t>
      </w:r>
    </w:p>
    <w:p>
      <w:r>
        <w:rPr>
          <w:b/>
        </w:rPr>
        <w:t xml:space="preserve">[03:56] </w:t>
      </w:r>
      <w:r>
        <w:t>khaliq ka yani creator ka</w:t>
      </w:r>
    </w:p>
    <w:p>
      <w:pPr>
        <w:jc w:val="right"/>
      </w:pPr>
      <w:r>
        <w:t>خالق کا یعنی کریٹر کا</w:t>
      </w:r>
    </w:p>
    <w:p>
      <w:r>
        <w:rPr>
          <w:b/>
        </w:rPr>
        <w:t xml:space="preserve">[04:03] </w:t>
      </w:r>
      <w:r>
        <w:t>poora</w:t>
      </w:r>
    </w:p>
    <w:p>
      <w:pPr>
        <w:jc w:val="right"/>
      </w:pPr>
      <w:r>
        <w:t>پورا</w:t>
      </w:r>
    </w:p>
    <w:p>
      <w:r>
        <w:rPr>
          <w:b/>
        </w:rPr>
        <w:t xml:space="preserve">[04:08] </w:t>
      </w:r>
      <w:r>
        <w:t>plan bata diya gaya hai.</w:t>
      </w:r>
    </w:p>
    <w:p>
      <w:pPr>
        <w:jc w:val="right"/>
      </w:pPr>
      <w:r>
        <w:t>پلان بتا دیا گیا ہے۔</w:t>
      </w:r>
    </w:p>
    <w:p>
      <w:r>
        <w:rPr>
          <w:b/>
        </w:rPr>
        <w:t xml:space="preserve">[04:12] </w:t>
      </w:r>
      <w:r>
        <w:t>is ke mutabiq insan ki history adam se shuru hui. bible mein hai ke khuda ne adam eden a.d.e.n eden mein ek bagh lagaya aur is bagh mein adam ko basaya.</w:t>
      </w:r>
    </w:p>
    <w:p>
      <w:pPr>
        <w:jc w:val="right"/>
      </w:pPr>
      <w:r>
        <w:t>اس کے مطابق انسان کی ہسٹری آدم سے شروع ہوئی۔ بائبل میں ہے کہ خدا نے آدم عدن اے ڈی ای این عدن میں ایک باغ لگایا اور اس باغ میں آدم کو بسایا۔</w:t>
      </w:r>
    </w:p>
    <w:p>
      <w:r>
        <w:rPr>
          <w:b/>
        </w:rPr>
        <w:t xml:space="preserve">[04:39] </w:t>
      </w:r>
      <w:r>
        <w:t>hum yun keh sakte hain ke jannat ke bagh mein basaya.</w:t>
      </w:r>
    </w:p>
    <w:p>
      <w:pPr>
        <w:jc w:val="right"/>
      </w:pPr>
      <w:r>
        <w:t>ہم یوں کہہ سکتے ہیں کہ جنت کے باغ میں بسایا۔</w:t>
      </w:r>
    </w:p>
    <w:p>
      <w:r>
        <w:rPr>
          <w:b/>
        </w:rPr>
        <w:t xml:space="preserve">[04:45] </w:t>
      </w:r>
      <w:r>
        <w:t>to un ko yeh kaha gaya ke tum azad ho poori tarah azadi ke sath yahan raho</w:t>
      </w:r>
    </w:p>
    <w:p>
      <w:pPr>
        <w:jc w:val="right"/>
      </w:pPr>
      <w:r>
        <w:t>تو ان کو یہ کہا گیا کہ تم آزاد ہو پوری طرح آزادی کے ساتھ یہاں رہو</w:t>
      </w:r>
    </w:p>
    <w:p>
      <w:r>
        <w:rPr>
          <w:b/>
        </w:rPr>
        <w:t xml:space="preserve">[04:58] </w:t>
      </w:r>
      <w:r>
        <w:t>jo chahe khao pio lekin ek ek ek pehr jannat mein ek pehr tha is ko nominate kar diya khaliq ne is pehr ke pas na jana baqi sare pehr jannat ka pura bagh tumhare liye hai.</w:t>
      </w:r>
    </w:p>
    <w:p>
      <w:pPr>
        <w:jc w:val="right"/>
      </w:pPr>
      <w:r>
        <w:t>جو چاہے کھاؤ پیو لیکن ایک ایک ایک پہڑ جنت میں ایک پہڑ تھا اس کو نومینیٹ کر دیا خالق نے اس پہڑ کے پاس نہ جانا باقی سارے پہڑ جنت کا پورا باغ تمہارے لیے ہے۔</w:t>
      </w:r>
    </w:p>
    <w:p>
      <w:r>
        <w:rPr>
          <w:b/>
        </w:rPr>
        <w:t xml:space="preserve">[05:27] </w:t>
      </w:r>
      <w:r>
        <w:t>to kya hua</w:t>
      </w:r>
    </w:p>
    <w:p>
      <w:pPr>
        <w:jc w:val="right"/>
      </w:pPr>
      <w:r>
        <w:t>تو کیا ہوا</w:t>
      </w:r>
    </w:p>
    <w:p>
      <w:r>
        <w:rPr>
          <w:b/>
        </w:rPr>
        <w:t xml:space="preserve">[05:30] </w:t>
      </w:r>
      <w:r>
        <w:t>ke in ke andar temptation aaya temptation ke is is pehr mein koi khas baat hogi.</w:t>
      </w:r>
    </w:p>
    <w:p>
      <w:pPr>
        <w:jc w:val="right"/>
      </w:pPr>
      <w:r>
        <w:t>کہ ان کے اندر ٹیمپریٹیشن آیا ٹیمپریٹیشن کہ اس اس پہڑ میں کوئی خاص بات ہوگی۔</w:t>
      </w:r>
    </w:p>
    <w:p>
      <w:r>
        <w:rPr>
          <w:b/>
        </w:rPr>
        <w:t xml:space="preserve">[05:41] </w:t>
      </w:r>
      <w:r>
        <w:t>to bohat din tak wo sochte rahe ke is pehr mein kya hai is pehr mein kya hai yahan tak ke</w:t>
      </w:r>
    </w:p>
    <w:p>
      <w:pPr>
        <w:jc w:val="right"/>
      </w:pPr>
      <w:r>
        <w:t>تو بہت دن تک وہ سوچتے رہے کہ اس پہڑ میں کیا ہے اس پہڑ میں کیا ہے یہاں تک کہ</w:t>
      </w:r>
    </w:p>
    <w:p>
      <w:r>
        <w:rPr>
          <w:b/>
        </w:rPr>
        <w:t xml:space="preserve">[05:51] </w:t>
      </w:r>
      <w:r>
        <w:t>in ka temptation in par chha gaya aur dono ek nahi dono gaye is pehr ke pas aur is ka phool kha liya.</w:t>
      </w:r>
    </w:p>
    <w:p>
      <w:pPr>
        <w:jc w:val="right"/>
      </w:pPr>
      <w:r>
        <w:t>ان کا ٹیمپریشن ان پر چھا گیا اور دونوں ایک نہیں دونوں گئے اس پہڑ کے پاس اور اس کا پھل کھا لیا۔</w:t>
      </w:r>
    </w:p>
    <w:p>
      <w:r>
        <w:rPr>
          <w:b/>
        </w:rPr>
        <w:t xml:space="preserve">[06:06] </w:t>
      </w:r>
      <w:r>
        <w:t>is ke baad achank un se jannat chhin gayi main samajhta hoon ke jannat chhinne ka mani yeh nahi ke jannat mein rehna chhin gaya balke</w:t>
      </w:r>
    </w:p>
    <w:p>
      <w:pPr>
        <w:jc w:val="right"/>
      </w:pPr>
      <w:r>
        <w:t>اس کے بعد اچانک ان سے جنت چھن گئی میں سمجھتا ہوں کہ جنت چھننے کا معنی یہ نہیں کہ جنت میں رہنا چھن گیا بلکہ</w:t>
      </w:r>
    </w:p>
    <w:p>
      <w:r>
        <w:rPr>
          <w:b/>
        </w:rPr>
        <w:t xml:space="preserve">[06:20] </w:t>
      </w:r>
      <w:r>
        <w:t>wo aish chhin gaya un se jo un ko mila tha pehle yani paida karne wale ne creator ne insan ko paida kar ke general basis pe in ke liye jannat likh di yani sab ke sab jannat mein general basis par.</w:t>
      </w:r>
    </w:p>
    <w:p>
      <w:pPr>
        <w:jc w:val="right"/>
      </w:pPr>
      <w:r>
        <w:t>وہ عیش چھن گیا ان سے جو ان کو ملا تھا پہلے یعنی پیدا کرنے والے نے کریٹر نے انسان کو پیدا کر کے جنرل بیسز پہ ان کے لیے جنت لکھ دی یعنی سب کے سب جنت میں جنرل بیسز پر۔</w:t>
      </w:r>
    </w:p>
    <w:p>
      <w:r>
        <w:rPr>
          <w:b/>
        </w:rPr>
        <w:t xml:space="preserve">[06:46] </w:t>
      </w:r>
      <w:r>
        <w:t>lekin jab adam aur un ki biwi hawa se jis ki bible mein eve ka lafz aata hai unhon ne ghalati ki aur forbidden tree ko ruke nahi wahan ja kar is ka phool kha liya.</w:t>
      </w:r>
    </w:p>
    <w:p>
      <w:pPr>
        <w:jc w:val="right"/>
      </w:pPr>
      <w:r>
        <w:t>لیکن جب آدم اور ان کی بیوی حوا سے جس کی بائبل میں ای وی ای کا لفظ آتا ہے انہوں نے غلطی کی اور فاربیڈن ٹری کو رکے نہیں وہاں جا کر اس کا پھل کھا لیا۔</w:t>
      </w:r>
    </w:p>
    <w:p>
      <w:r>
        <w:rPr>
          <w:b/>
        </w:rPr>
        <w:t xml:space="preserve">[07:14] </w:t>
      </w:r>
      <w:r>
        <w:t>to wo wo daur khatam ho gaya yani general basis par paradise mein entry khatam ho gayi.</w:t>
      </w:r>
    </w:p>
    <w:p>
      <w:pPr>
        <w:jc w:val="right"/>
      </w:pPr>
      <w:r>
        <w:t>تو وہ وہ دور ختم ہو گیا یعنی جنرل بیسز پر پیراڈائز میں انٹری ختم ہوگئی۔</w:t>
      </w:r>
    </w:p>
    <w:p>
      <w:r>
        <w:rPr>
          <w:b/>
        </w:rPr>
        <w:t xml:space="preserve">[07:25] </w:t>
      </w:r>
      <w:r>
        <w:t>ab ab jo entry hai wo selective basis par hai</w:t>
      </w:r>
    </w:p>
    <w:p>
      <w:pPr>
        <w:jc w:val="right"/>
      </w:pPr>
      <w:r>
        <w:t>اب اب جو انٹری ہے وہ سلیکٹو بیس پر ہے</w:t>
      </w:r>
    </w:p>
    <w:p>
      <w:r>
        <w:rPr>
          <w:b/>
        </w:rPr>
        <w:t xml:space="preserve">[07:33] </w:t>
      </w:r>
      <w:r>
        <w:t>yani ab jo apne aap ko prove kare ke wo waqai is ke andar wo discipline hai wo discipline jis ke mutabiq paradise mein rehna matloob hai.</w:t>
      </w:r>
    </w:p>
    <w:p>
      <w:pPr>
        <w:jc w:val="right"/>
      </w:pPr>
      <w:r>
        <w:t>یعنی اب جو اپنے آپ کو پروف کرے کہ وہ واقعی اس کے اندر وہ ڈسپلن ہے وہ ڈسپلن جس کے مطابق پیراڈائز میں رہنا مطلوب ہے۔</w:t>
      </w:r>
    </w:p>
    <w:p>
      <w:r>
        <w:rPr>
          <w:b/>
        </w:rPr>
        <w:t xml:space="preserve">[07:55] </w:t>
      </w:r>
      <w:r>
        <w:t>to jo wo jo pehr tha wo ek symbolic pehr tha symbolic yeh dekhne ke liye ke adam aur hawa kya discipline ke sath self imposed discipline darhaqiqat wo self imposed discipline ka test tha.</w:t>
      </w:r>
    </w:p>
    <w:p>
      <w:pPr>
        <w:jc w:val="right"/>
      </w:pPr>
      <w:r>
        <w:t>تو جو وہ جو پیڑ تھا وہ ایک سمبالک پیڑ تھا سمبالک یہ دیکھنے کے لیے کہ آدم اور حوا کیا ڈسپلن کے ساتھ سیلف امپوز ڈسپلن درحقیقت وہ سیلف امپوزڈ ڈسپلن کا ٹیسٹ تھا۔</w:t>
      </w:r>
    </w:p>
    <w:p>
      <w:r>
        <w:rPr>
          <w:b/>
        </w:rPr>
        <w:t xml:space="preserve">[08:22] </w:t>
      </w:r>
      <w:r>
        <w:t>yahan par hum azad hain lekin azad hone ke sath sath hamein ek self imposed discipline ko lena hai.</w:t>
      </w:r>
    </w:p>
    <w:p>
      <w:pPr>
        <w:jc w:val="right"/>
      </w:pPr>
      <w:r>
        <w:t>یہاں پر ہم آزاد ہیں لیکن آزاد ہونے کے ساتھ ساتھ ہمیں ایک سیلف امپوزڈ ڈسپلن کو لینا ہے۔</w:t>
      </w:r>
    </w:p>
    <w:p>
      <w:r>
        <w:rPr>
          <w:b/>
        </w:rPr>
        <w:t xml:space="preserve">[08:33] </w:t>
      </w:r>
      <w:r>
        <w:t>to ab jo hai period first period jo tha tab to general basis par paradise in ke liye likh di gayi thi.</w:t>
      </w:r>
    </w:p>
    <w:p>
      <w:pPr>
        <w:jc w:val="right"/>
      </w:pPr>
      <w:r>
        <w:t>تو اب جو ہے پیریڈ فرسٹ پیریڈ جو تھا تب تو جنرل بیس پر پیراڈائز ان کے لیے لکھ دی گئی تھی۔</w:t>
      </w:r>
    </w:p>
    <w:p>
      <w:r>
        <w:rPr>
          <w:b/>
        </w:rPr>
        <w:t xml:space="preserve">[08:44] </w:t>
      </w:r>
      <w:r>
        <w:t>ab jo hai yeh dekha jayega ke kon mard ya kon عورت self imposed discipline discipline ke test mein poora utarte hain to un ke liye paradise hai yani selective basis par pehle thi general basis par ab hai selective basis par.</w:t>
      </w:r>
    </w:p>
    <w:p>
      <w:pPr>
        <w:jc w:val="right"/>
      </w:pPr>
      <w:r>
        <w:t>اب جو ہے یہ دیکھا جائے گا کہ کون مرد یا کون عورت سیلف امپوزڈ ڈسپلن ڈسپلن کے ٹیسٹ میں پورا اترتے ہیں تو ان کے لیے پیراڈائز ہے یعنی سلیکٹو بیس پر پہلے تھی جنرل بیسز پر اب ہے سلیکٹو بیسز پر۔</w:t>
      </w:r>
    </w:p>
    <w:p>
      <w:r>
        <w:rPr>
          <w:b/>
        </w:rPr>
        <w:t xml:space="preserve">[09:13] </w:t>
      </w:r>
      <w:r>
        <w:t>to yeh daur jo chal raha hai hamara wahi daur hai yahan tak ke</w:t>
      </w:r>
    </w:p>
    <w:p>
      <w:pPr>
        <w:jc w:val="right"/>
      </w:pPr>
      <w:r>
        <w:t>تو یہ دور جو چل رہا ہے ہمارا وہی دور ہے یہاں تک کہ</w:t>
      </w:r>
    </w:p>
    <w:p>
      <w:r>
        <w:rPr>
          <w:b/>
        </w:rPr>
        <w:t xml:space="preserve">[09:22] </w:t>
      </w:r>
      <w:r>
        <w:t>qayamat aa jaye.</w:t>
      </w:r>
    </w:p>
    <w:p>
      <w:pPr>
        <w:jc w:val="right"/>
      </w:pPr>
      <w:r>
        <w:t>قامت آ جائے۔</w:t>
      </w:r>
    </w:p>
    <w:p>
      <w:r>
        <w:rPr>
          <w:b/>
        </w:rPr>
        <w:t xml:space="preserve">[09:27] </w:t>
      </w:r>
      <w:r>
        <w:t>to phir kya hua quran ke mutabiq jab unhon ne forbidden tree ka phool kha liya to un ke andar kya hua bohat zyada repentance aaya repentance bohat zyada.</w:t>
      </w:r>
    </w:p>
    <w:p>
      <w:pPr>
        <w:jc w:val="right"/>
      </w:pPr>
      <w:r>
        <w:t>تو پھر کیا ہوا قرآن کے مطابق جب انہوں نے فاربیڈن ٹری کا پھل کھا لیا تو ان کے اندر کیا ہوا بہت زیادہ ریپیٹنس آیا ریپیٹنس بہت زیادہ۔</w:t>
      </w:r>
    </w:p>
    <w:p>
      <w:r>
        <w:rPr>
          <w:b/>
        </w:rPr>
        <w:t xml:space="preserve">[09:46] </w:t>
      </w:r>
      <w:r>
        <w:t>wo rone lage bohat din tak rone rote rahe dua karte rahe maafii mangte rahe phir god un ki taraf rujoo hua aur un ki jo maafii mang rahe the us ko qabool kiya aur un ke liye dobara entry likh di.</w:t>
      </w:r>
    </w:p>
    <w:p>
      <w:pPr>
        <w:jc w:val="right"/>
      </w:pPr>
      <w:r>
        <w:t>وہ رونے لگے بہت دن تک رونے روتے رہے دعا کرتے رہے معافی مانگتے رہے۔ پھر گاڈ ان کی طرف رجوع ہوا اور ان کی جو معافی مانگ رہے تھے اس کو قبول کیا اور ان کے لیے دوبارہ انٹری لکھ دیا۔</w:t>
      </w:r>
    </w:p>
    <w:p>
      <w:r>
        <w:rPr>
          <w:b/>
        </w:rPr>
        <w:t xml:space="preserve">[10:10] </w:t>
      </w:r>
      <w:r>
        <w:t>lekin ek farq hua ke pehle thi entry paradise mein entry general basis par ab entry hogi selective basis par selective basis par.</w:t>
      </w:r>
    </w:p>
    <w:p>
      <w:pPr>
        <w:jc w:val="right"/>
      </w:pPr>
      <w:r>
        <w:t>لیکن ایک فرق ہوا کہ پہلے تھی انٹری پیراڈائز میں انٹری جنرل بیس پر اب انٹری ہوگی سلیکٹو بیس پر سلیکٹو بیس پر۔</w:t>
      </w:r>
    </w:p>
    <w:p>
      <w:r>
        <w:rPr>
          <w:b/>
        </w:rPr>
        <w:t xml:space="preserve">[10:25] </w:t>
      </w:r>
      <w:r>
        <w:t>yeh to saada taur par yeh waqia hai</w:t>
      </w:r>
    </w:p>
    <w:p>
      <w:pPr>
        <w:jc w:val="right"/>
      </w:pPr>
      <w:r>
        <w:t>یہ تو سادہ طور پر یہ واقعہ ہے</w:t>
      </w:r>
    </w:p>
    <w:p>
      <w:r>
        <w:rPr>
          <w:b/>
        </w:rPr>
        <w:t xml:space="preserve">[10:32] </w:t>
      </w:r>
      <w:r>
        <w:t>lekin yeh bohat gehri baat hai itni sadha baat nahi hai yeh.</w:t>
      </w:r>
    </w:p>
    <w:p>
      <w:pPr>
        <w:jc w:val="right"/>
      </w:pPr>
      <w:r>
        <w:t>لیکن یہ بہت گہری بات ہے اتنی سادہ بات نہیں ہے یہ۔</w:t>
      </w:r>
    </w:p>
    <w:p>
      <w:r>
        <w:rPr>
          <w:b/>
        </w:rPr>
        <w:t xml:space="preserve">[10:39] </w:t>
      </w:r>
      <w:r>
        <w:t>is is test mein ek bohat bohat hi</w:t>
      </w:r>
    </w:p>
    <w:p>
      <w:pPr>
        <w:jc w:val="right"/>
      </w:pPr>
      <w:r>
        <w:t>اس اس ٹیسٹ میں ایک بہت بہت ہی</w:t>
      </w:r>
    </w:p>
    <w:p>
      <w:r>
        <w:rPr>
          <w:b/>
        </w:rPr>
        <w:t xml:space="preserve">[10:43] </w:t>
      </w:r>
      <w:r>
        <w:t>gehri baat chupi hui hai woh kya</w:t>
      </w:r>
    </w:p>
    <w:p>
      <w:pPr>
        <w:jc w:val="right"/>
      </w:pPr>
      <w:r>
        <w:t>گہری بات چھپی ہوئی ہے وہ کیا</w:t>
      </w:r>
    </w:p>
    <w:p>
      <w:r>
        <w:rPr>
          <w:b/>
        </w:rPr>
        <w:t xml:space="preserve">[10:49] </w:t>
      </w:r>
      <w:r>
        <w:t>is mein insan ko yeh sabak diya gaya hai ke</w:t>
      </w:r>
    </w:p>
    <w:p>
      <w:pPr>
        <w:jc w:val="right"/>
      </w:pPr>
      <w:r>
        <w:t>اس میں انسان کو یہ سبق دیا گیا ہے کہ</w:t>
      </w:r>
    </w:p>
    <w:p>
      <w:r>
        <w:rPr>
          <w:b/>
        </w:rPr>
        <w:t xml:space="preserve">[10:54] </w:t>
      </w:r>
      <w:r>
        <w:t>is duniya mein koi bara kaam woh log karte hain jin ke andar bohat hi zabardast qism ka</w:t>
      </w:r>
    </w:p>
    <w:p>
      <w:pPr>
        <w:jc w:val="right"/>
      </w:pPr>
      <w:r>
        <w:t>اس دنیا میں کوئی بڑا کام وہ لوگ کرتے ہیں جن کے اندر بہت ہی زبردست قسم کا</w:t>
      </w:r>
    </w:p>
    <w:p>
      <w:r>
        <w:rPr>
          <w:b/>
        </w:rPr>
        <w:t xml:space="preserve">[10:59] </w:t>
      </w:r>
      <w:r>
        <w:t>impetus paida ho muharrik impetus</w:t>
      </w:r>
    </w:p>
    <w:p>
      <w:pPr>
        <w:jc w:val="right"/>
      </w:pPr>
      <w:r>
        <w:t>ایمپیٹس پیدا ہو محرک ایمپیٹس</w:t>
      </w:r>
    </w:p>
    <w:p>
      <w:r>
        <w:rPr>
          <w:b/>
        </w:rPr>
        <w:t xml:space="preserve">[11:04] </w:t>
      </w:r>
      <w:r>
        <w:t>ai impetus</w:t>
      </w:r>
    </w:p>
    <w:p>
      <w:pPr>
        <w:jc w:val="right"/>
      </w:pPr>
      <w:r>
        <w:t>ائی ایم پی ٹی یو ایس۔</w:t>
      </w:r>
    </w:p>
    <w:p>
      <w:r>
        <w:rPr>
          <w:b/>
        </w:rPr>
        <w:t xml:space="preserve">[11:08] </w:t>
      </w:r>
      <w:r>
        <w:t>to impetus gehra paida hota hai kis ke andar jis ko koi ehsas ho marhoom maloomi ka</w:t>
      </w:r>
    </w:p>
    <w:p>
      <w:pPr>
        <w:jc w:val="right"/>
      </w:pPr>
      <w:r>
        <w:t>تو ایمپیٹس گہرا پیدا ہوتا ہے کس کے اندر جس کو کوئی احساس ہو مرحوم معلومی کا</w:t>
      </w:r>
    </w:p>
    <w:p>
      <w:r>
        <w:rPr>
          <w:b/>
        </w:rPr>
        <w:t xml:space="preserve">[11:20] </w:t>
      </w:r>
      <w:r>
        <w:t>baghair maloom maloomi ke ehsas ke gehra impetus paida nahi hota jo us ko motivate kare. misaal dekhiye milton andha ho gaya tha lekin andhe pan ne is ke andar ek bohat gehra impetus paida kiya.</w:t>
      </w:r>
    </w:p>
    <w:p>
      <w:pPr>
        <w:jc w:val="right"/>
      </w:pPr>
      <w:r>
        <w:t>بغیر معلوم معلومی کے احساس کے گہرا ایمپیٹس پیدا نہیں ہوتا جو اس کو موٹیویٹ کرے۔ مثال دیکھیے ملٹن اندھا ہو گیا تھا لیکن اندھے پن نے اس کے اندر ایک بہت گرا ایمپیٹس پیدا کیا۔</w:t>
      </w:r>
    </w:p>
    <w:p>
      <w:r>
        <w:rPr>
          <w:b/>
        </w:rPr>
        <w:t xml:space="preserve">[11:41] </w:t>
      </w:r>
      <w:r>
        <w:t>us ke dil mein jo khayalat the</w:t>
      </w:r>
    </w:p>
    <w:p>
      <w:pPr>
        <w:jc w:val="right"/>
      </w:pPr>
      <w:r>
        <w:t>اس کے دل میں جو خیالات تھے</w:t>
      </w:r>
    </w:p>
    <w:p>
      <w:r>
        <w:rPr>
          <w:b/>
        </w:rPr>
        <w:t xml:space="preserve">[11:46] </w:t>
      </w:r>
      <w:r>
        <w:t>paradise last ko likhne ke liye aur zyada taqat ubhar aaye</w:t>
      </w:r>
    </w:p>
    <w:p>
      <w:pPr>
        <w:jc w:val="right"/>
      </w:pPr>
      <w:r>
        <w:t>پیراڈائز لاسٹ کو لکھنے کے لیے اور زیادہ طاقت ابھر آئے</w:t>
      </w:r>
    </w:p>
    <w:p>
      <w:r>
        <w:rPr>
          <w:b/>
        </w:rPr>
        <w:t xml:space="preserve">[11:54] </w:t>
      </w:r>
      <w:r>
        <w:t>yani is ke andar ek ek spirit jaagi ke agarche main andha ho gaya hoon lekin phir bhi main likhoon ga paradise last phir bhi likhoon ga to is ke mind ki sari khidkiyan khul gayeen.</w:t>
      </w:r>
    </w:p>
    <w:p>
      <w:pPr>
        <w:jc w:val="right"/>
      </w:pPr>
      <w:r>
        <w:t>یعنی اس کے اندر ایک ایک اسپرٹ جاگی کہ اگرچہ میں اندھا ہو گیا ہوں لیکن پھر بھی میں لکھوں گا پیراڈائز لاسٹ پھر بھی لکھوں گا تو اس کے مائنڈ کی ساری کھڑکیاں کھل گئیں۔</w:t>
      </w:r>
    </w:p>
    <w:p>
      <w:r>
        <w:rPr>
          <w:b/>
        </w:rPr>
        <w:t xml:space="preserve">[12:10] </w:t>
      </w:r>
      <w:r>
        <w:t>is is ki jo personality thi woh super personality ban gayi.</w:t>
      </w:r>
    </w:p>
    <w:p>
      <w:pPr>
        <w:jc w:val="right"/>
      </w:pPr>
      <w:r>
        <w:t>اس اس کی جو پرسنیلٹی تھی وہ سپر پرسنیلٹی بن گئی۔</w:t>
      </w:r>
    </w:p>
    <w:p>
      <w:r>
        <w:rPr>
          <w:b/>
        </w:rPr>
        <w:t xml:space="preserve">[12:17] </w:t>
      </w:r>
      <w:r>
        <w:t>to is ne kya kiya phir ke woh sochne writer nahi ban saka tha woh apne haath se likhne ke liye to kaha ke main writer nahi ban sakta to thinker to ban sakta hoon main.</w:t>
      </w:r>
    </w:p>
    <w:p>
      <w:pPr>
        <w:jc w:val="right"/>
      </w:pPr>
      <w:r>
        <w:t>تو اس نے کیا کیا پھر کہ وہ سوچنے رائٹر نہیں بن سکا تھا وہ اپنے ہاتھ سے لکھنے کے لیے تو کہا کہ میں رائٹر نہیں بن سکتا تو تھنکر تو بن سکتا ہوں میں۔</w:t>
      </w:r>
    </w:p>
    <w:p>
      <w:r>
        <w:rPr>
          <w:b/>
        </w:rPr>
        <w:t xml:space="preserve">[12:32] </w:t>
      </w:r>
      <w:r>
        <w:t>yahi hai impetus ka faida ke jaise aap ke paas paisa jo tha woh khatm ho jaye to aap sochein ke agar mere paas paisa nahi hai to mere paas hard work to hai paisa agar mere paas nahi hai to hard work to hai to sara focus aap daal dein hard work hard work par.</w:t>
      </w:r>
    </w:p>
    <w:p>
      <w:pPr>
        <w:jc w:val="right"/>
      </w:pPr>
      <w:r>
        <w:t>یہی ہے ایمپیٹس کا فائدہ کہ جیسے آپ کے پاس پیسہ جو تھا وہ ختم ہو جائے تو آپ سوچیں کہ اگر میرے پاس پیسہ نہیں ہے تو میرے پاس ہارڈ ورک تو ہے پیسہ اگر میرے پاس نہیں ہے تو ہارڈ ورک تو ہے تو سارا فوکس آپ ڈال دیں ہارڈ ورک ہارڈ ورک پر۔</w:t>
      </w:r>
    </w:p>
    <w:p>
      <w:r>
        <w:rPr>
          <w:b/>
        </w:rPr>
        <w:t xml:space="preserve">[12:58] </w:t>
      </w:r>
      <w:r>
        <w:t>to milton ne socha ke agar main writer nahi ban sakta to main thinker to ban sakta hoon. to is ne sochne ko bohat zyada badha diya ya badh gaya.</w:t>
      </w:r>
    </w:p>
    <w:p>
      <w:pPr>
        <w:jc w:val="right"/>
      </w:pPr>
      <w:r>
        <w:t>تو ملٹن نے سوچا کہ اگر میں رائٹر نہیں بن سکتا تو میں تھنکر تو بن سکتا ہوں۔ تو اس نے سوچنے کو بہت زیادہ بڑھا دیا یا بڑھ گیا۔</w:t>
      </w:r>
    </w:p>
    <w:p>
      <w:r>
        <w:rPr>
          <w:b/>
        </w:rPr>
        <w:t xml:space="preserve">[13:15] </w:t>
      </w:r>
      <w:r>
        <w:t>likhne ke liye is ne apne ek kisi ghar ke kisi member ko chun liya ghar ka koi family member yeh bolta tha woh likhte thay to is ne paradise last likhi jo ke masterpiece maani jaati hai poori history mein.</w:t>
      </w:r>
    </w:p>
    <w:p>
      <w:pPr>
        <w:jc w:val="right"/>
      </w:pPr>
      <w:r>
        <w:t>لکھنے کے لیے اس نے اپنے ایک کسی گھر کے کسی ممبر کو چن لیا گھر کا کوئی فیملی ممبر یہ بولتا تھا وہ لکھتے تھے تو اس نے پیراڈائز لاسٹ لکھی جو کہ ماسٹر پیس مانی جاتی ہے پوری ہسٹری میں۔</w:t>
      </w:r>
    </w:p>
    <w:p>
      <w:r>
        <w:rPr>
          <w:b/>
        </w:rPr>
        <w:t xml:space="preserve">[13:34] </w:t>
      </w:r>
      <w:r>
        <w:t>to yeh waqea yeh sabak dene ke liye tha ke agar tumhari zindagi mein mehroomi ka tajurba ho</w:t>
      </w:r>
    </w:p>
    <w:p>
      <w:pPr>
        <w:jc w:val="right"/>
      </w:pPr>
      <w:r>
        <w:t>تو یہ واقعہ یہ سبق دینے کے لیے تھا کہ اگر تمہاری زندگی میں محرومی کا تجربہ ہو</w:t>
      </w:r>
    </w:p>
    <w:p>
      <w:r>
        <w:rPr>
          <w:b/>
        </w:rPr>
        <w:t xml:space="preserve">[13:43] </w:t>
      </w:r>
      <w:r>
        <w:t>to ise koi cheez kho hi jaye</w:t>
      </w:r>
    </w:p>
    <w:p>
      <w:pPr>
        <w:jc w:val="right"/>
      </w:pPr>
      <w:r>
        <w:t>تو اسے کوئی چیز کھو ہی جائے</w:t>
      </w:r>
    </w:p>
    <w:p>
      <w:r>
        <w:rPr>
          <w:b/>
        </w:rPr>
        <w:t xml:space="preserve">[13:47] </w:t>
      </w:r>
      <w:r>
        <w:t>zameen khoi jaye mulk khoya jaye</w:t>
      </w:r>
    </w:p>
    <w:p>
      <w:pPr>
        <w:jc w:val="right"/>
      </w:pPr>
      <w:r>
        <w:t>زمین کھوئی جائے ملک کھویا جائے</w:t>
      </w:r>
    </w:p>
    <w:p>
      <w:r>
        <w:rPr>
          <w:b/>
        </w:rPr>
        <w:t xml:space="preserve">[13:51] </w:t>
      </w:r>
      <w:r>
        <w:t>daulat khoi jaye</w:t>
      </w:r>
    </w:p>
    <w:p>
      <w:pPr>
        <w:jc w:val="right"/>
      </w:pPr>
      <w:r>
        <w:t>دولت کھوئی جائے</w:t>
      </w:r>
    </w:p>
    <w:p>
      <w:r>
        <w:rPr>
          <w:b/>
        </w:rPr>
        <w:t xml:space="preserve">[13:53] </w:t>
      </w:r>
      <w:r>
        <w:t>to mat samjho ke</w:t>
      </w:r>
    </w:p>
    <w:p>
      <w:pPr>
        <w:jc w:val="right"/>
      </w:pPr>
      <w:r>
        <w:t>تو مت سمجھو کہ</w:t>
      </w:r>
    </w:p>
    <w:p>
      <w:r>
        <w:rPr>
          <w:b/>
        </w:rPr>
        <w:t xml:space="preserve">[13:56] </w:t>
      </w:r>
      <w:r>
        <w:t>ke story tumhari khatm ho gayi</w:t>
      </w:r>
    </w:p>
    <w:p>
      <w:pPr>
        <w:jc w:val="right"/>
      </w:pPr>
      <w:r>
        <w:t>کہ سٹوری تمہاری ختم ہو گئی</w:t>
      </w:r>
    </w:p>
    <w:p>
      <w:r>
        <w:rPr>
          <w:b/>
        </w:rPr>
        <w:t xml:space="preserve">[13:59] </w:t>
      </w:r>
      <w:r>
        <w:t>nahi aap apne andar woh cheez paida karo</w:t>
      </w:r>
    </w:p>
    <w:p>
      <w:pPr>
        <w:jc w:val="right"/>
      </w:pPr>
      <w:r>
        <w:t>نہیں آپ اپنے اندر وہ چیز پیدا کرو</w:t>
      </w:r>
    </w:p>
    <w:p>
      <w:r>
        <w:rPr>
          <w:b/>
        </w:rPr>
        <w:t xml:space="preserve">[14:06] </w:t>
      </w:r>
      <w:r>
        <w:t>jisko milton ne paida kiya</w:t>
      </w:r>
    </w:p>
    <w:p>
      <w:pPr>
        <w:jc w:val="right"/>
      </w:pPr>
      <w:r>
        <w:t>جس کو ملٹن نے پیدا کیا</w:t>
      </w:r>
    </w:p>
    <w:p>
      <w:r>
        <w:rPr>
          <w:b/>
        </w:rPr>
        <w:t xml:space="preserve">[14:08] </w:t>
      </w:r>
      <w:r>
        <w:t>yani impetus insentiv motivation</w:t>
      </w:r>
    </w:p>
    <w:p>
      <w:pPr>
        <w:jc w:val="right"/>
      </w:pPr>
      <w:r>
        <w:t>یعنی ایمپیٹس انسینٹیو موٹیویشن</w:t>
      </w:r>
    </w:p>
    <w:p>
      <w:r>
        <w:rPr>
          <w:b/>
        </w:rPr>
        <w:t xml:space="preserve">[14:15] </w:t>
      </w:r>
      <w:r>
        <w:t>aur ab jo aap ke paas hai us us</w:t>
      </w:r>
    </w:p>
    <w:p>
      <w:pPr>
        <w:jc w:val="right"/>
      </w:pPr>
      <w:r>
        <w:t>اور اب جو آپ کے پاس ہے اس اس</w:t>
      </w:r>
    </w:p>
    <w:p>
      <w:r>
        <w:rPr>
          <w:b/>
        </w:rPr>
        <w:t xml:space="preserve">[14:19] </w:t>
      </w:r>
      <w:r>
        <w:t>ko le kar kaam karo</w:t>
      </w:r>
    </w:p>
    <w:p>
      <w:pPr>
        <w:jc w:val="right"/>
      </w:pPr>
      <w:r>
        <w:t>کو لے کر کام کرو۔</w:t>
      </w:r>
    </w:p>
    <w:p>
      <w:r>
        <w:rPr>
          <w:b/>
        </w:rPr>
        <w:t xml:space="preserve">[14:22] </w:t>
      </w:r>
      <w:r>
        <w:t>jaise germany mein mein skill war war mein involve hua aur iske bare bare hosle the bare</w:t>
      </w:r>
    </w:p>
    <w:p>
      <w:pPr>
        <w:jc w:val="right"/>
      </w:pPr>
      <w:r>
        <w:t>جیسے جرمنی میں میں سکل وار وار میں انوالو ہوا اور اس کے بڑے بڑے حوصلے تھے بڑے</w:t>
      </w:r>
    </w:p>
    <w:p>
      <w:r>
        <w:rPr>
          <w:b/>
        </w:rPr>
        <w:t xml:space="preserve">[14:31] </w:t>
      </w:r>
      <w:r>
        <w:t>bare iske</w:t>
      </w:r>
    </w:p>
    <w:p>
      <w:pPr>
        <w:jc w:val="right"/>
      </w:pPr>
      <w:r>
        <w:t>بڑے اس کے</w:t>
      </w:r>
    </w:p>
    <w:p>
      <w:r>
        <w:rPr>
          <w:b/>
        </w:rPr>
        <w:t xml:space="preserve">[14:34] </w:t>
      </w:r>
      <w:r>
        <w:t>irade the lekin woh buri tarah haar gaya paradise</w:t>
      </w:r>
    </w:p>
    <w:p>
      <w:pPr>
        <w:jc w:val="right"/>
      </w:pPr>
      <w:r>
        <w:t>ارادے تھے لیکن وہ بری طرح ہار گیا پیراڈائز</w:t>
      </w:r>
    </w:p>
    <w:p>
      <w:r>
        <w:rPr>
          <w:b/>
        </w:rPr>
        <w:t xml:space="preserve">[14:41] </w:t>
      </w:r>
      <w:r>
        <w:t>skill war war mein woh buri tarah haar gaya yani iska jo iski jo land tha</w:t>
      </w:r>
    </w:p>
    <w:p>
      <w:pPr>
        <w:jc w:val="right"/>
      </w:pPr>
      <w:r>
        <w:t>سکل وار وار میں وہ بری طرح ہار گیا یعنی اس کا جو اس کی جو لینڈ تھا</w:t>
      </w:r>
    </w:p>
    <w:p>
      <w:r>
        <w:rPr>
          <w:b/>
        </w:rPr>
        <w:t xml:space="preserve">[14:49] </w:t>
      </w:r>
      <w:r>
        <w:t>yani germany iska one third kho diya isne</w:t>
      </w:r>
    </w:p>
    <w:p>
      <w:pPr>
        <w:jc w:val="right"/>
      </w:pPr>
      <w:r>
        <w:t>یعنی جرمنی اس کا ون تھرڈ کھو دیا اس نے</w:t>
      </w:r>
    </w:p>
    <w:p>
      <w:r>
        <w:rPr>
          <w:b/>
        </w:rPr>
        <w:t xml:space="preserve">[14:57] </w:t>
      </w:r>
      <w:r>
        <w:t>jis ko ab hum east germany ke naam se jantay hain is ke paas sirf west germany tha. to is ne haar nahi maani ke chalo bhai east germany mere paas nahi hai to west germany to hai mere paas.</w:t>
      </w:r>
    </w:p>
    <w:p>
      <w:pPr>
        <w:jc w:val="right"/>
      </w:pPr>
      <w:r>
        <w:t>جس کو اب ہم ایسٹ جرمنی کے نام سے جانتے ہیں اس کے پاس صرف ویسٹ جرمنی تھا۔ تو اس نے ہار نہیں مانی کہ چلو بھئی ایسٹ جرمنی میرے پاس نہیں ہے تو ویسٹ جرمنی تو ہے میرے پاس۔</w:t>
      </w:r>
    </w:p>
    <w:p>
      <w:r>
        <w:rPr>
          <w:b/>
        </w:rPr>
        <w:t xml:space="preserve">[15:14] </w:t>
      </w:r>
      <w:r>
        <w:t>to jo remaining part tha us ki country ka us ke remaining part of us ki jo land thi us ka jo country tha us ka jo remaining part tha jis ko hum ab west germany ke naam se jantay hain us par sara focus daal diya is ne</w:t>
      </w:r>
    </w:p>
    <w:p>
      <w:pPr>
        <w:jc w:val="right"/>
      </w:pPr>
      <w:r>
        <w:t>تو جو ریمیننگ پارٹ تھا اس کی کنٹری کا اس کے ریمیننگ پارٹ اف اس کی جو لینڈ تھی اس کا جو کنٹری تھا اس کا جو ریمیننگ پارٹ تھا جس کو ہم اب ویسٹ جرمنی کے نام سے جانتے ہیں اس پر سارا فوکس ڈال دیا اس نے</w:t>
      </w:r>
    </w:p>
    <w:p>
      <w:r>
        <w:rPr>
          <w:b/>
        </w:rPr>
        <w:t xml:space="preserve">[15:37] </w:t>
      </w:r>
      <w:r>
        <w:t>aur</w:t>
      </w:r>
    </w:p>
    <w:p>
      <w:pPr>
        <w:jc w:val="right"/>
      </w:pPr>
      <w:r>
        <w:t>اور</w:t>
      </w:r>
    </w:p>
    <w:p>
      <w:r>
        <w:rPr>
          <w:b/>
        </w:rPr>
        <w:t xml:space="preserve">[15:40] </w:t>
      </w:r>
      <w:r>
        <w:t>walid ko chhod diya peace ko pakda ab jo is ne kaam shuru kiya woh walid ko chhod kar ke peace ke andaaz mein technology ko istemaal kiya is ne aur ab aap jantay hain ke germany</w:t>
      </w:r>
    </w:p>
    <w:p>
      <w:pPr>
        <w:jc w:val="right"/>
      </w:pPr>
      <w:r>
        <w:t>والد کو چھوڑ دیا پیس کو پکڑا اب جو اس نے کام شروع کیا وہ والد کو چھوڑ کر کے پیس کے انداز میں ٹیکنالوجی کو استعمال کیا اس نے اور اب آپ جانتے ہیں کہ جرمنی</w:t>
      </w:r>
    </w:p>
    <w:p>
      <w:r>
        <w:rPr>
          <w:b/>
        </w:rPr>
        <w:t xml:space="preserve">[16:00] </w:t>
      </w:r>
      <w:r>
        <w:t>poore europe ka number one country bana hua hai</w:t>
      </w:r>
    </w:p>
    <w:p>
      <w:pPr>
        <w:jc w:val="right"/>
      </w:pPr>
      <w:r>
        <w:t>پورے یورپ کا نمبر ون کنٹری بنا ہوا ہے</w:t>
      </w:r>
    </w:p>
    <w:p>
      <w:r>
        <w:rPr>
          <w:b/>
        </w:rPr>
        <w:t xml:space="preserve">[16:06] </w:t>
      </w:r>
      <w:r>
        <w:t>to yeh sabak diya gaya insaan ko pehle din mein</w:t>
      </w:r>
    </w:p>
    <w:p>
      <w:pPr>
        <w:jc w:val="right"/>
      </w:pPr>
      <w:r>
        <w:t>تو یہ سبق دیا گیا انسان کو پہلے دن میں</w:t>
      </w:r>
    </w:p>
    <w:p>
      <w:r>
        <w:rPr>
          <w:b/>
        </w:rPr>
        <w:t xml:space="preserve">[16:12] </w:t>
      </w:r>
      <w:r>
        <w:t>ke agar tum koi ghalati ho gayi hai agar tum se koi cheez khoi gayi hai agar tum kisi mehroomi ka shikar ho gaye ho to yeh mat samjho ke full stop lag gaya nahi woh comma hai</w:t>
      </w:r>
    </w:p>
    <w:p>
      <w:pPr>
        <w:jc w:val="right"/>
      </w:pPr>
      <w:r>
        <w:t>کہ اگر تم کوئی غلطی ہو گئی ہے اگر تم سے کوئی چیز کھوئی گئی ہے اگر تم کسی محرومی کا شکار ہو گئے ہو تو یہ مت سمجھو کہ فل سٹاپ لگ گیا نہیں وہ کامہ ہے</w:t>
      </w:r>
    </w:p>
    <w:p>
      <w:r>
        <w:rPr>
          <w:b/>
        </w:rPr>
        <w:t xml:space="preserve">[16:30] </w:t>
      </w:r>
      <w:r>
        <w:t>yani second war war jo hai full stop nahi thi germany ke liye woh comma tha ek nayi planning naya motivation naya shauq naya hausla aur is ne itni bari kamyabi haasil kar li.</w:t>
      </w:r>
    </w:p>
    <w:p>
      <w:pPr>
        <w:jc w:val="right"/>
      </w:pPr>
      <w:r>
        <w:t>یعنی سیکنڈ وار وار جو ہے فل سٹاپ نہیں تھی جرمنی کے لیے وہ کامہ تھا ایک نئی پلاننگ نیا موٹیویشن نیا شوق نیا حوصلہ اور اس نے اتنی بڑی کامیابی حاصل کر لی۔</w:t>
      </w:r>
    </w:p>
    <w:p>
      <w:r>
        <w:rPr>
          <w:b/>
        </w:rPr>
        <w:t xml:space="preserve">[16:48] </w:t>
      </w:r>
      <w:r>
        <w:t>to yeh bohat bara raaz is mein bataya gaya hai</w:t>
      </w:r>
    </w:p>
    <w:p>
      <w:pPr>
        <w:jc w:val="right"/>
      </w:pPr>
      <w:r>
        <w:t>تو یہ بہت بڑا راز اس میں بتایا گیا ہے</w:t>
      </w:r>
    </w:p>
    <w:p>
      <w:r>
        <w:rPr>
          <w:b/>
        </w:rPr>
        <w:t xml:space="preserve">[16:51] </w:t>
      </w:r>
      <w:r>
        <w:t>ke asal cheez jo aadmi se koi kaam karwati hai woh impetus hai</w:t>
      </w:r>
    </w:p>
    <w:p>
      <w:pPr>
        <w:jc w:val="right"/>
      </w:pPr>
      <w:r>
        <w:t>کہ اصل چیز جو ادمی سے کوئی کام کرواتی ہے وہ ایمپیٹس ہے</w:t>
      </w:r>
    </w:p>
    <w:p>
      <w:r>
        <w:rPr>
          <w:b/>
        </w:rPr>
        <w:t xml:space="preserve">[16:58] </w:t>
      </w:r>
      <w:r>
        <w:t>andar ka hosla</w:t>
      </w:r>
    </w:p>
    <w:p>
      <w:pPr>
        <w:jc w:val="right"/>
      </w:pPr>
      <w:r>
        <w:t>اندر کا حوصلہ</w:t>
      </w:r>
    </w:p>
    <w:p>
      <w:r>
        <w:rPr>
          <w:b/>
        </w:rPr>
        <w:t xml:space="preserve">[17:00] </w:t>
      </w:r>
      <w:r>
        <w:t>jisko hum impetus kehte hain woh impetus aap ko motivate karta hai</w:t>
      </w:r>
    </w:p>
    <w:p>
      <w:pPr>
        <w:jc w:val="right"/>
      </w:pPr>
      <w:r>
        <w:t>جس کو ہم ایمپیٹس کہتے ہیں وہ ایمپیٹس اپ کو موٹیویٹ کرتا ہے</w:t>
      </w:r>
    </w:p>
    <w:p>
      <w:r>
        <w:rPr>
          <w:b/>
        </w:rPr>
        <w:t xml:space="preserve">[17:07] </w:t>
      </w:r>
      <w:r>
        <w:t>aur tajurba yeh batata hai ke impetus sab se bara aata hai mehroomi ke baad</w:t>
      </w:r>
    </w:p>
    <w:p>
      <w:pPr>
        <w:jc w:val="right"/>
      </w:pPr>
      <w:r>
        <w:t>اور تجربہ یہ بتاتا ہے کہ ایمپیٹس سب سے بڑا اتا ہے محرومی کے بعد</w:t>
      </w:r>
    </w:p>
    <w:p>
      <w:r>
        <w:rPr>
          <w:b/>
        </w:rPr>
        <w:t xml:space="preserve">[17:14] </w:t>
      </w:r>
      <w:r>
        <w:t>aap ne kuch gain kiya hua</w:t>
      </w:r>
    </w:p>
    <w:p>
      <w:pPr>
        <w:jc w:val="right"/>
      </w:pPr>
      <w:r>
        <w:t>اپ نے کچھ گین کیا ہوا</w:t>
      </w:r>
    </w:p>
    <w:p>
      <w:r>
        <w:rPr>
          <w:b/>
        </w:rPr>
        <w:t xml:space="preserve">[17:18] </w:t>
      </w:r>
      <w:r>
        <w:t>gain kiya ho to is se koi impetus nahi aayega</w:t>
      </w:r>
    </w:p>
    <w:p>
      <w:pPr>
        <w:jc w:val="right"/>
      </w:pPr>
      <w:r>
        <w:t>گین کیا ہو تو اس سے کوئی ایمپیٹس نہیں ائے گا</w:t>
      </w:r>
    </w:p>
    <w:p>
      <w:r>
        <w:rPr>
          <w:b/>
        </w:rPr>
        <w:t xml:space="preserve">[17:22] </w:t>
      </w:r>
      <w:r>
        <w:t>keh ap khote hain tab ata hai impetus</w:t>
      </w:r>
    </w:p>
    <w:p>
      <w:pPr>
        <w:jc w:val="right"/>
      </w:pPr>
      <w:r>
        <w:t>کہ اپ کھوتے ہیں تب اتا ہے ایمپیٹس</w:t>
      </w:r>
    </w:p>
    <w:p>
      <w:r>
        <w:rPr>
          <w:b/>
        </w:rPr>
        <w:t xml:space="preserve">[17:26] </w:t>
      </w:r>
      <w:r>
        <w:t>to khone ke hazar shakal hain</w:t>
      </w:r>
    </w:p>
    <w:p>
      <w:pPr>
        <w:jc w:val="right"/>
      </w:pPr>
      <w:r>
        <w:t>تو کھونے کے ہزار شکل ہیں</w:t>
      </w:r>
    </w:p>
    <w:p>
      <w:r>
        <w:rPr>
          <w:b/>
        </w:rPr>
        <w:t xml:space="preserve">[17:31] </w:t>
      </w:r>
      <w:r>
        <w:t>adam ki shakal mein is ke ek gunah ho gaya ek ghalati ho gayi us ghalati se un ke andar impetus aaya</w:t>
      </w:r>
    </w:p>
    <w:p>
      <w:pPr>
        <w:jc w:val="right"/>
      </w:pPr>
      <w:r>
        <w:t>ادم کی شکل میں اس کے ایک گناہ ہو گیا ایک غلطی ہو گئی اس غلطی سے ان کے اندر ایمپیٹس ایا</w:t>
      </w:r>
    </w:p>
    <w:p>
      <w:r>
        <w:rPr>
          <w:b/>
        </w:rPr>
        <w:t xml:space="preserve">[17:42] </w:t>
      </w:r>
      <w:r>
        <w:t>milton ki surat mein yeh hua keh uss ne iss ki roshni chali gayi adha ho gaya woh</w:t>
      </w:r>
    </w:p>
    <w:p>
      <w:pPr>
        <w:jc w:val="right"/>
      </w:pPr>
      <w:r>
        <w:t>ملٹن کی صورت میں یہ ہوا کہ اس نے اس کی روشنی چلی گئی ادھا ہو گیا وہ</w:t>
      </w:r>
    </w:p>
    <w:p>
      <w:r>
        <w:rPr>
          <w:b/>
        </w:rPr>
        <w:t xml:space="preserve">[17:46] </w:t>
      </w:r>
      <w:r>
        <w:t>ise impetus aa gaya</w:t>
      </w:r>
    </w:p>
    <w:p>
      <w:pPr>
        <w:jc w:val="right"/>
      </w:pPr>
      <w:r>
        <w:t>اسے ایمپیٹس ا گیا</w:t>
      </w:r>
    </w:p>
    <w:p>
      <w:r>
        <w:rPr>
          <w:b/>
        </w:rPr>
        <w:t xml:space="preserve">[17:51] </w:t>
      </w:r>
      <w:r>
        <w:t>germany mein haar se aaya impetus</w:t>
      </w:r>
    </w:p>
    <w:p>
      <w:pPr>
        <w:jc w:val="right"/>
      </w:pPr>
      <w:r>
        <w:t>جرمنی میں ہار سے ایا ایمپیٹس</w:t>
      </w:r>
    </w:p>
    <w:p>
      <w:r>
        <w:rPr>
          <w:b/>
        </w:rPr>
        <w:t xml:space="preserve">[17:55] </w:t>
      </w:r>
      <w:r>
        <w:t>to zindagi ka sab se bara sabak jo iss mein jo hai woh adam ki story mein diya</w:t>
      </w:r>
    </w:p>
    <w:p>
      <w:pPr>
        <w:jc w:val="right"/>
      </w:pPr>
      <w:r>
        <w:t>تو زندگی کا سب سے بڑا سبق جو اس میں جو ہے وہ ادم کی سٹوری میں دیا</w:t>
      </w:r>
    </w:p>
    <w:p>
      <w:r>
        <w:rPr>
          <w:b/>
        </w:rPr>
        <w:t xml:space="preserve">[18:01] </w:t>
      </w:r>
      <w:r>
        <w:t>gaya hai kyunkeh dekhein yeh dunya challenge ki jagah hai haar jeet ki jagah hai</w:t>
      </w:r>
    </w:p>
    <w:p>
      <w:pPr>
        <w:jc w:val="right"/>
      </w:pPr>
      <w:r>
        <w:t>گیا ہے کیونکہ دیکھیں یہ دنیا چیلنج کی جگہ ہے ہار جیت کی جگہ ہے</w:t>
      </w:r>
    </w:p>
    <w:p>
      <w:r>
        <w:rPr>
          <w:b/>
        </w:rPr>
        <w:t xml:space="preserve">[18:10] </w:t>
      </w:r>
      <w:r>
        <w:t>yahan kabhi bhi mumkin nahi keh kisi aadmi ke liye hamesha sab jeet hi jeet ho</w:t>
      </w:r>
    </w:p>
    <w:p>
      <w:pPr>
        <w:jc w:val="right"/>
      </w:pPr>
      <w:r>
        <w:t>یہاں کبھی بھی ممکن نہیں کہ کسی ادمی کے لیے ہمیشہ سب جیت ہی جیت ہو</w:t>
      </w:r>
    </w:p>
    <w:p>
      <w:r>
        <w:rPr>
          <w:b/>
        </w:rPr>
        <w:t xml:space="preserve">[18:17] </w:t>
      </w:r>
      <w:r>
        <w:t>ya to haar bhi hogi</w:t>
      </w:r>
    </w:p>
    <w:p>
      <w:pPr>
        <w:jc w:val="right"/>
      </w:pPr>
      <w:r>
        <w:t>یا تو ہار بھی ہوگی</w:t>
      </w:r>
    </w:p>
    <w:p>
      <w:r>
        <w:rPr>
          <w:b/>
        </w:rPr>
        <w:t xml:space="preserve">[18:19] </w:t>
      </w:r>
      <w:r>
        <w:t>downfall bhi hoga</w:t>
      </w:r>
    </w:p>
    <w:p>
      <w:pPr>
        <w:jc w:val="right"/>
      </w:pPr>
      <w:r>
        <w:t>ڈاؤن فال بھی ہوگا</w:t>
      </w:r>
    </w:p>
    <w:p>
      <w:r>
        <w:rPr>
          <w:b/>
        </w:rPr>
        <w:t xml:space="preserve">[18:22] </w:t>
      </w:r>
      <w:r>
        <w:t>ap girenge bhi yeh sab hoga</w:t>
      </w:r>
    </w:p>
    <w:p>
      <w:pPr>
        <w:jc w:val="right"/>
      </w:pPr>
      <w:r>
        <w:t>اپ گریں گے بھی یہ سب ہوگا</w:t>
      </w:r>
    </w:p>
    <w:p>
      <w:r>
        <w:rPr>
          <w:b/>
        </w:rPr>
        <w:t xml:space="preserve">[18:25] </w:t>
      </w:r>
      <w:r>
        <w:t>to aisa waqea jo</w:t>
      </w:r>
    </w:p>
    <w:p>
      <w:pPr>
        <w:jc w:val="right"/>
      </w:pPr>
      <w:r>
        <w:t>تو ایسا واقعہ جو</w:t>
      </w:r>
    </w:p>
    <w:p>
      <w:r>
        <w:rPr>
          <w:b/>
        </w:rPr>
        <w:t xml:space="preserve">[18:27] </w:t>
      </w:r>
      <w:r>
        <w:t>hota hai woh law of nature ke mutabiq hota hai law of nature ke mutabiq</w:t>
      </w:r>
    </w:p>
    <w:p>
      <w:pPr>
        <w:jc w:val="right"/>
      </w:pPr>
      <w:r>
        <w:t>ہوتا ہے وہ لاء اف نیچر کے مطابق ہوتا ہے لاء اف نیچر کے مطابق</w:t>
      </w:r>
    </w:p>
    <w:p>
      <w:r>
        <w:rPr>
          <w:b/>
        </w:rPr>
        <w:t xml:space="preserve">[18:37] </w:t>
      </w:r>
      <w:r>
        <w:t>to is woh law of nature is liye hota hai ke aap ko mind se superman banaye aap ko impetus paida kar ke aap ko bohat zyada hausla barha de aap ka</w:t>
      </w:r>
    </w:p>
    <w:p>
      <w:pPr>
        <w:jc w:val="right"/>
      </w:pPr>
      <w:r>
        <w:t>تو اس وہ لاء اف نیچر اس لیے ہوتا ہے کہ اپ کو مائنڈ سے سپرمین بنائے اپ کو ایمپیٹس پیدا کر کے اپ کو بہت زیادہ حوصلہ بڑھا دے اپ کا</w:t>
      </w:r>
    </w:p>
    <w:p>
      <w:r>
        <w:rPr>
          <w:b/>
        </w:rPr>
        <w:t xml:space="preserve">[18:50] </w:t>
      </w:r>
      <w:r>
        <w:t>is ki misaal mein doon ga palestine palestine mein jo leader uthay woh</w:t>
      </w:r>
    </w:p>
    <w:p>
      <w:pPr>
        <w:jc w:val="right"/>
      </w:pPr>
      <w:r>
        <w:t>اس کی مثال میں دوں گا فلسطین فلسطین میں جو لیڈر اٹھے وہ</w:t>
      </w:r>
    </w:p>
    <w:p>
      <w:r>
        <w:rPr>
          <w:b/>
        </w:rPr>
        <w:t xml:space="preserve">[19:01] </w:t>
      </w:r>
      <w:r>
        <w:t>unfortunately iss nature ke iss law ko nahi jante the woh sirf josh jazba</w:t>
      </w:r>
    </w:p>
    <w:p>
      <w:pPr>
        <w:jc w:val="right"/>
      </w:pPr>
      <w:r>
        <w:t>انفارچونیٹلی اس نیچر کے اس لا کو نہیں جانتے تھے وہ صرف جوش جذبہ</w:t>
      </w:r>
    </w:p>
    <w:p>
      <w:r>
        <w:rPr>
          <w:b/>
        </w:rPr>
        <w:t xml:space="preserve">[19:10] </w:t>
      </w:r>
      <w:r>
        <w:t>palestine ke leaders ka iss masla yeh tha keh unke paas aise leader unko nahi mile</w:t>
      </w:r>
    </w:p>
    <w:p>
      <w:pPr>
        <w:jc w:val="right"/>
      </w:pPr>
      <w:r>
        <w:t>فلسطین کے لیڈروں کا اس مسئلہ یہ تھا کہ ان کے پاس ایسے لیڈر ان کو نہیں ملے</w:t>
      </w:r>
    </w:p>
    <w:p>
      <w:r>
        <w:rPr>
          <w:b/>
        </w:rPr>
        <w:t xml:space="preserve">[19:16] </w:t>
      </w:r>
      <w:r>
        <w:t>jo batayein keh what is the secret of life</w:t>
      </w:r>
    </w:p>
    <w:p>
      <w:pPr>
        <w:jc w:val="right"/>
      </w:pPr>
      <w:r>
        <w:t>جو بتائیں کہ واٹ از دا سیکرٹ اف لائف</w:t>
      </w:r>
    </w:p>
    <w:p>
      <w:r>
        <w:rPr>
          <w:b/>
        </w:rPr>
        <w:t xml:space="preserve">[19:22] </w:t>
      </w:r>
      <w:r>
        <w:t>to woh batate</w:t>
      </w:r>
    </w:p>
    <w:p>
      <w:pPr>
        <w:jc w:val="right"/>
      </w:pPr>
      <w:r>
        <w:t>تو وہ بتاتے</w:t>
      </w:r>
    </w:p>
    <w:p>
      <w:r>
        <w:rPr>
          <w:b/>
        </w:rPr>
        <w:t xml:space="preserve">[19:24] </w:t>
      </w:r>
      <w:r>
        <w:t>keh bar for world war dictator jo kiya woh yahi to kiya hai keh paradise ko</w:t>
      </w:r>
    </w:p>
    <w:p>
      <w:pPr>
        <w:jc w:val="right"/>
      </w:pPr>
      <w:r>
        <w:t>کہ بار فور ورلڈ وار ڈکٹر جو کیا وہ یہی تو کیا ہے کہ پیراڈائز کو</w:t>
      </w:r>
    </w:p>
    <w:p>
      <w:r>
        <w:rPr>
          <w:b/>
        </w:rPr>
        <w:t xml:space="preserve">[19:35] </w:t>
      </w:r>
      <w:r>
        <w:t>baant diya do hissay mein ek hissa tum ko diya ek hissa yahood ko diya to baantnay do</w:t>
      </w:r>
    </w:p>
    <w:p>
      <w:pPr>
        <w:jc w:val="right"/>
      </w:pPr>
      <w:r>
        <w:t>بانٹ دیا دو حصے میں ایک حصہ تم کو دیا ایک حصہ یہود کو دیا تو بانٹنے دو</w:t>
      </w:r>
    </w:p>
    <w:p>
      <w:r>
        <w:rPr>
          <w:b/>
        </w:rPr>
        <w:t xml:space="preserve">[19:45] </w:t>
      </w:r>
      <w:r>
        <w:t>yani half of the palestine to abhi bhi apke paas hai</w:t>
      </w:r>
    </w:p>
    <w:p>
      <w:pPr>
        <w:jc w:val="right"/>
      </w:pPr>
      <w:r>
        <w:t>یعنی ہاف اف دا فلسطین تو ابھی بھی اپ کے پاس ہے</w:t>
      </w:r>
    </w:p>
    <w:p>
      <w:r>
        <w:rPr>
          <w:b/>
        </w:rPr>
        <w:t xml:space="preserve">[19:49] </w:t>
      </w:r>
      <w:r>
        <w:t>agar half mulk ke paas chala gaya to jaane do</w:t>
      </w:r>
    </w:p>
    <w:p>
      <w:pPr>
        <w:jc w:val="right"/>
      </w:pPr>
      <w:r>
        <w:t>اگر ہاف ملک کے پاس چلا گیا تو جانے دو</w:t>
      </w:r>
    </w:p>
    <w:p>
      <w:r>
        <w:rPr>
          <w:b/>
        </w:rPr>
        <w:t xml:space="preserve">[19:54] </w:t>
      </w:r>
      <w:r>
        <w:t>germany ke se one third chhin gaya tha chhinne do abhi hamare paas two third to baqi hai</w:t>
      </w:r>
    </w:p>
    <w:p>
      <w:pPr>
        <w:jc w:val="right"/>
      </w:pPr>
      <w:r>
        <w:t>جرمنی کے سے ون تھرڈ چھن گیا تھا چھننے دو ابھی ہمارے پاس ٹو تھرڈ تو باقی ہے</w:t>
      </w:r>
    </w:p>
    <w:p>
      <w:r>
        <w:rPr>
          <w:b/>
        </w:rPr>
        <w:t xml:space="preserve">[20:04] </w:t>
      </w:r>
      <w:r>
        <w:t>to palestine ke log palestine ke log yeh agar unko lead believe hoti</w:t>
      </w:r>
    </w:p>
    <w:p>
      <w:pPr>
        <w:jc w:val="right"/>
      </w:pPr>
      <w:r>
        <w:t>تو فلسطین کے لوگ فلسطین کے لوگ یہ اگر ان کو لیڈ بیلیو ہوتی</w:t>
      </w:r>
    </w:p>
    <w:p>
      <w:r>
        <w:rPr>
          <w:b/>
        </w:rPr>
        <w:t xml:space="preserve">[20:12] </w:t>
      </w:r>
      <w:r>
        <w:t>yeh lead believe hoti to sara focus woh remaining part jo unko mila hai uss par kar</w:t>
      </w:r>
    </w:p>
    <w:p>
      <w:pPr>
        <w:jc w:val="right"/>
      </w:pPr>
      <w:r>
        <w:t>یہ لیڈ بیلیو ہوتی تو سارا فوکس وہ ریمیننگ پارٹ جو ان کو ملا ہے اس پر کر</w:t>
      </w:r>
    </w:p>
    <w:p>
      <w:r>
        <w:rPr>
          <w:b/>
        </w:rPr>
        <w:t xml:space="preserve">[20:18] </w:t>
      </w:r>
      <w:r>
        <w:t>dete to jo mila tha unko woh to ek bohat bara</w:t>
      </w:r>
    </w:p>
    <w:p>
      <w:pPr>
        <w:jc w:val="right"/>
      </w:pPr>
      <w:r>
        <w:t>دیتے تو جو ملا تھا ان کو وہ تو ایک بہت بڑا</w:t>
      </w:r>
    </w:p>
    <w:p>
      <w:r>
        <w:rPr>
          <w:b/>
        </w:rPr>
        <w:t xml:space="preserve">[20:27] </w:t>
      </w:r>
      <w:r>
        <w:t>yani sone ka khazana tha kyunkeh isi</w:t>
      </w:r>
    </w:p>
    <w:p>
      <w:pPr>
        <w:jc w:val="right"/>
      </w:pPr>
      <w:r>
        <w:t>یعنی سونے کا خزانہ تھا کیونکہ اسی</w:t>
      </w:r>
    </w:p>
    <w:p>
      <w:r>
        <w:rPr>
          <w:b/>
        </w:rPr>
        <w:t xml:space="preserve">[20:31] </w:t>
      </w:r>
      <w:r>
        <w:t>hi wo part hai jis mein tamam historical monument hain tamam historical cheezein hain aur historical cheezein kamane hain ke in ke paas tourist industry ka bohat hi bara scope hai</w:t>
      </w:r>
    </w:p>
    <w:p>
      <w:pPr>
        <w:jc w:val="right"/>
      </w:pPr>
      <w:r>
        <w:t>ہی وہ پارٹ ہے جس میں تمام ہسٹوریکل مونومنٹ ہیں تمام ہسٹوریکل چیزیں ہیں اور ہسٹوریکل چیزیں کمانے ہیں کہ ان کے پاس ٹورسٹ انڈسٹری کا بہت ہی بڑا اسکوپ ہے</w:t>
      </w:r>
    </w:p>
    <w:p>
      <w:r>
        <w:rPr>
          <w:b/>
        </w:rPr>
        <w:t xml:space="preserve">[20:52] </w:t>
      </w:r>
      <w:r>
        <w:t>mein to samajhta hoon ke dunya mein sab ka scope tourist industry ka isi area mein hai</w:t>
      </w:r>
    </w:p>
    <w:p>
      <w:pPr>
        <w:jc w:val="right"/>
      </w:pPr>
      <w:r>
        <w:t>میں تو سمجھتا ہوں کہ دنیا میں سب کا اسکوپ ٹورسٹ انڈسٹری کا اسی ایریا میں ہے</w:t>
      </w:r>
    </w:p>
    <w:p>
      <w:r>
        <w:rPr>
          <w:b/>
        </w:rPr>
        <w:t xml:space="preserve">[21:00] </w:t>
      </w:r>
      <w:r>
        <w:t>kyunke yahan par dekhiye islam ki tareekh hai</w:t>
      </w:r>
    </w:p>
    <w:p>
      <w:pPr>
        <w:jc w:val="right"/>
      </w:pPr>
      <w:r>
        <w:t>کیونکہ یہاں پر دیکھیے اسلام کی تاریخ ہے</w:t>
      </w:r>
    </w:p>
    <w:p>
      <w:r>
        <w:rPr>
          <w:b/>
        </w:rPr>
        <w:t xml:space="preserve">[21:08] </w:t>
      </w:r>
      <w:r>
        <w:t>aur christianity ki tareekh hai yahood ki tareekh hai aksar anbiya ke haan par qabrein hain</w:t>
      </w:r>
    </w:p>
    <w:p>
      <w:pPr>
        <w:jc w:val="right"/>
      </w:pPr>
      <w:r>
        <w:t>اور کرسچینٹی کی تاریخ ہے یہود کی تاریخ ہے اکثر انبیاء کے ہاں پر قبریں ہیں</w:t>
      </w:r>
    </w:p>
    <w:p>
      <w:r>
        <w:rPr>
          <w:b/>
        </w:rPr>
        <w:t xml:space="preserve">[21:17] </w:t>
      </w:r>
      <w:r>
        <w:t>bohat si aisi cheezein hain jo bohat hi zyada</w:t>
      </w:r>
    </w:p>
    <w:p>
      <w:pPr>
        <w:jc w:val="right"/>
      </w:pPr>
      <w:r>
        <w:t>بہت سی ایسی چیزیں ہیں جو بہت ہی زیادہ</w:t>
      </w:r>
    </w:p>
    <w:p>
      <w:r>
        <w:rPr>
          <w:b/>
        </w:rPr>
        <w:t xml:space="preserve">[21:22] </w:t>
      </w:r>
      <w:r>
        <w:t>attraction jin mein hai touriston touriston ke liye yeh to is ka bohat bari industry wahan tourist industry</w:t>
      </w:r>
    </w:p>
    <w:p>
      <w:pPr>
        <w:jc w:val="right"/>
      </w:pPr>
      <w:r>
        <w:t>اٹریکشن جن میں ہے ٹورسٹوں ٹورسٹوں کے لیے یہ تو اس کا بہت بڑی انڈسٹری وہاں ٹورسٹ انڈسٹری</w:t>
      </w:r>
    </w:p>
    <w:p>
      <w:r>
        <w:rPr>
          <w:b/>
        </w:rPr>
        <w:t xml:space="preserve">[21:32] </w:t>
      </w:r>
      <w:r>
        <w:t>ke liye sab ka scope isi area mein tha jo falasteen aur aur suriya ka jo area hai</w:t>
      </w:r>
    </w:p>
    <w:p>
      <w:pPr>
        <w:jc w:val="right"/>
      </w:pPr>
      <w:r>
        <w:t>کے لیے سب کا اسکوپ اسی ایریا میں تھا جو فلسطین اور اور سیریا کا جو ایریا ہے</w:t>
      </w:r>
    </w:p>
    <w:p>
      <w:r>
        <w:rPr>
          <w:b/>
        </w:rPr>
        <w:t xml:space="preserve">[21:39] </w:t>
      </w:r>
      <w:r>
        <w:t>shaam aur falasteen ka to in ko achhe leader mile hotay</w:t>
      </w:r>
    </w:p>
    <w:p>
      <w:pPr>
        <w:jc w:val="right"/>
      </w:pPr>
      <w:r>
        <w:t>شام اور فلسطین کا تو ان کو اچھے لیڈر ملے ہوتے</w:t>
      </w:r>
    </w:p>
    <w:p>
      <w:r>
        <w:rPr>
          <w:b/>
        </w:rPr>
        <w:t xml:space="preserve">[21:45] </w:t>
      </w:r>
      <w:r>
        <w:t>achhe leader jaisay milay japan ko germany ko to aaj falasteen jo hai aik developed country hota</w:t>
      </w:r>
    </w:p>
    <w:p>
      <w:pPr>
        <w:jc w:val="right"/>
      </w:pPr>
      <w:r>
        <w:t>اچھے لیڈر جیسے ملے جاپان کو جرمنی کو تو اج فلسطین جو ہے ایک ڈیولپڈ کنٹری ہوتا</w:t>
      </w:r>
    </w:p>
    <w:p>
      <w:r>
        <w:rPr>
          <w:b/>
        </w:rPr>
        <w:t xml:space="preserve">[21:56] </w:t>
      </w:r>
      <w:r>
        <w:t>barbaad country na hota</w:t>
      </w:r>
    </w:p>
    <w:p>
      <w:pPr>
        <w:jc w:val="right"/>
      </w:pPr>
      <w:r>
        <w:t>برباد کنٹری نہ ہوتا</w:t>
      </w:r>
    </w:p>
    <w:p>
      <w:r>
        <w:rPr>
          <w:b/>
        </w:rPr>
        <w:t xml:space="preserve">[22:00] </w:t>
      </w:r>
      <w:r>
        <w:t>barbaad country is liye hua ke jo leader milay</w:t>
      </w:r>
    </w:p>
    <w:p>
      <w:pPr>
        <w:jc w:val="right"/>
      </w:pPr>
      <w:r>
        <w:t>برباد کنٹری اس لیے ہوا کہ جو لیڈر ملے</w:t>
      </w:r>
    </w:p>
    <w:p>
      <w:r>
        <w:rPr>
          <w:b/>
        </w:rPr>
        <w:t xml:space="preserve">[22:03] </w:t>
      </w:r>
      <w:r>
        <w:t>badqismati se falasteen ko woh wohi thay jo yeh jantay thay ke</w:t>
      </w:r>
    </w:p>
    <w:p>
      <w:pPr>
        <w:jc w:val="right"/>
      </w:pPr>
      <w:r>
        <w:t>بدقسمتی سے فلسطین کو وہ وہی تھے جو یہ جانتے تھے کہ</w:t>
      </w:r>
    </w:p>
    <w:p>
      <w:r>
        <w:rPr>
          <w:b/>
        </w:rPr>
        <w:t xml:space="preserve">[22:08] </w:t>
      </w:r>
      <w:r>
        <w:t>hum se aadha hissa chhin gaya haaye aadha hissa haaye aadha hissa bhai baqiya aadha hissa jo jo</w:t>
      </w:r>
    </w:p>
    <w:p>
      <w:pPr>
        <w:jc w:val="right"/>
      </w:pPr>
      <w:r>
        <w:t>ہم سے ادھا حصہ چھن گیا ہائے ادھا حصہ ہائے ادھا حصہ بھئی بقیہ ادھا حصہ جو جو</w:t>
      </w:r>
    </w:p>
    <w:p>
      <w:r>
        <w:rPr>
          <w:b/>
        </w:rPr>
        <w:t xml:space="preserve">[22:17] </w:t>
      </w:r>
      <w:r>
        <w:t>ke ziyada behtar hai</w:t>
      </w:r>
    </w:p>
    <w:p>
      <w:pPr>
        <w:jc w:val="right"/>
      </w:pPr>
      <w:r>
        <w:t>کہ زیادہ بہتر ہے</w:t>
      </w:r>
    </w:p>
    <w:p>
      <w:r>
        <w:rPr>
          <w:b/>
        </w:rPr>
        <w:t xml:space="preserve">[22:24] </w:t>
      </w:r>
      <w:r>
        <w:t>har lehaz se woh to hamaray paas bhi hai</w:t>
      </w:r>
    </w:p>
    <w:p>
      <w:pPr>
        <w:jc w:val="right"/>
      </w:pPr>
      <w:r>
        <w:t>ہر لحاظ سے وہ تو ہمارے پاس بھی ہے</w:t>
      </w:r>
    </w:p>
    <w:p>
      <w:r>
        <w:rPr>
          <w:b/>
        </w:rPr>
        <w:t xml:space="preserve">[22:28] </w:t>
      </w:r>
      <w:r>
        <w:t>yani quds ka poora area masjid aqsa</w:t>
      </w:r>
    </w:p>
    <w:p>
      <w:pPr>
        <w:jc w:val="right"/>
      </w:pPr>
      <w:r>
        <w:t>یعنی قدس کا پورا ایریا مسجد اقصی</w:t>
      </w:r>
    </w:p>
    <w:p>
      <w:r>
        <w:rPr>
          <w:b/>
        </w:rPr>
        <w:t xml:space="preserve">[22:32] </w:t>
      </w:r>
      <w:r>
        <w:t>aur had had had eesa ka ke jo yaadgarain hain aur jo israel ki yaadgarain hain sab mili</w:t>
      </w:r>
    </w:p>
    <w:p>
      <w:pPr>
        <w:jc w:val="right"/>
      </w:pPr>
      <w:r>
        <w:t>اور حد حد حد عیسی کا کے جو یادگاریں ہیں اور جو اسرائیل کی یادگاریں ہیں سب ملی</w:t>
      </w:r>
    </w:p>
    <w:p>
      <w:r>
        <w:rPr>
          <w:b/>
        </w:rPr>
        <w:t xml:space="preserve">[22:41] </w:t>
      </w:r>
      <w:r>
        <w:t>ke hissay mein tha</w:t>
      </w:r>
    </w:p>
    <w:p>
      <w:pPr>
        <w:jc w:val="right"/>
      </w:pPr>
      <w:r>
        <w:t>کے حصے میں تھا</w:t>
      </w:r>
    </w:p>
    <w:p>
      <w:r>
        <w:rPr>
          <w:b/>
        </w:rPr>
        <w:t xml:space="preserve">[22:45] </w:t>
      </w:r>
      <w:r>
        <w:t>yehood ko to aik desert ka area mila tha</w:t>
      </w:r>
    </w:p>
    <w:p>
      <w:pPr>
        <w:jc w:val="right"/>
      </w:pPr>
      <w:r>
        <w:t>یہود کو تو ایک ڈیزرٹ کا ایریا ملا تھا</w:t>
      </w:r>
    </w:p>
    <w:p>
      <w:r>
        <w:rPr>
          <w:b/>
        </w:rPr>
        <w:t xml:space="preserve">[22:50] </w:t>
      </w:r>
      <w:r>
        <w:t>jahan</w:t>
      </w:r>
    </w:p>
    <w:p>
      <w:pPr>
        <w:jc w:val="right"/>
      </w:pPr>
      <w:r>
        <w:t>جہاں</w:t>
      </w:r>
    </w:p>
    <w:p>
      <w:r>
        <w:rPr>
          <w:b/>
        </w:rPr>
        <w:t xml:space="preserve">[22:50] </w:t>
      </w:r>
      <w:r>
        <w:t>aaj tel aviv hai</w:t>
      </w:r>
    </w:p>
    <w:p>
      <w:pPr>
        <w:jc w:val="right"/>
      </w:pPr>
      <w:r>
        <w:t>اج تلویب ہے</w:t>
      </w:r>
    </w:p>
    <w:p>
      <w:r>
        <w:rPr>
          <w:b/>
        </w:rPr>
        <w:t xml:space="preserve">[22:52] </w:t>
      </w:r>
      <w:r>
        <w:t>woh woh to desert tha</w:t>
      </w:r>
    </w:p>
    <w:p>
      <w:pPr>
        <w:jc w:val="right"/>
      </w:pPr>
      <w:r>
        <w:t>وہ وہ تو ڈیزرٹ تھا</w:t>
      </w:r>
    </w:p>
    <w:p>
      <w:r>
        <w:rPr>
          <w:b/>
        </w:rPr>
        <w:t xml:space="preserve">[22:56] </w:t>
      </w:r>
      <w:r>
        <w:t>to yehood ne is par focus kiya apnay ko jo mila tha un ko to aaj israel ka</w:t>
      </w:r>
    </w:p>
    <w:p>
      <w:pPr>
        <w:jc w:val="right"/>
      </w:pPr>
      <w:r>
        <w:t>تو یہود نے اس پر فوکس کیا اپنے کو جو ملا تھا ان کو تو اج اسرائیل کا</w:t>
      </w:r>
    </w:p>
    <w:p>
      <w:r>
        <w:rPr>
          <w:b/>
        </w:rPr>
        <w:t xml:space="preserve">[23:02] </w:t>
      </w:r>
      <w:r>
        <w:t>ilaka aik developed ilaka hai</w:t>
      </w:r>
    </w:p>
    <w:p>
      <w:pPr>
        <w:jc w:val="right"/>
      </w:pPr>
      <w:r>
        <w:t>علاقہ ایک ڈیولپڈ علاقہ ہے</w:t>
      </w:r>
    </w:p>
    <w:p>
      <w:r>
        <w:rPr>
          <w:b/>
        </w:rPr>
        <w:t xml:space="preserve">[23:05] </w:t>
      </w:r>
      <w:r>
        <w:t>aur falasteen ke leader thay unhon ne focus kiya jo chhin gaya tha nateeja hai ke wahan kuch</w:t>
      </w:r>
    </w:p>
    <w:p>
      <w:pPr>
        <w:jc w:val="right"/>
      </w:pPr>
      <w:r>
        <w:t>اور فلسطین کے لیڈر تھے انہوں نے فوکس کیا جو چھن گیا تھا نتیجہ ہے کہ وہاں کچھ</w:t>
      </w:r>
    </w:p>
    <w:p>
      <w:r>
        <w:rPr>
          <w:b/>
        </w:rPr>
        <w:t xml:space="preserve">[23:11] </w:t>
      </w:r>
      <w:r>
        <w:t>bhi nahi yeh pehlay hi din Allah creator ne bata diya tha ke kabhi bhi</w:t>
      </w:r>
    </w:p>
    <w:p>
      <w:pPr>
        <w:jc w:val="right"/>
      </w:pPr>
      <w:r>
        <w:t>بھی نہیں یہ پہلے ہی دن اللہ کریٹر نے بتا دیا تھا کہ کبھی بھی</w:t>
      </w:r>
    </w:p>
    <w:p>
      <w:r>
        <w:rPr>
          <w:b/>
        </w:rPr>
        <w:t xml:space="preserve">[23:21] </w:t>
      </w:r>
      <w:r>
        <w:t>past par na focus karo future pe focus karo</w:t>
      </w:r>
    </w:p>
    <w:p>
      <w:pPr>
        <w:jc w:val="right"/>
      </w:pPr>
      <w:r>
        <w:t>پاسٹ پر نہ فوکس کرو فیوچر پہ فوکس کرو</w:t>
      </w:r>
    </w:p>
    <w:p>
      <w:r>
        <w:rPr>
          <w:b/>
        </w:rPr>
        <w:t xml:space="preserve">[23:27] </w:t>
      </w:r>
      <w:r>
        <w:t>past par mat focus karo future pe focus karo</w:t>
      </w:r>
    </w:p>
    <w:p>
      <w:pPr>
        <w:jc w:val="right"/>
      </w:pPr>
      <w:r>
        <w:t>پاسٹ پر مت فوکس کرو فیوچر پہ فوکس کرو</w:t>
      </w:r>
    </w:p>
    <w:p>
      <w:r>
        <w:rPr>
          <w:b/>
        </w:rPr>
        <w:t xml:space="preserve">[23:32] </w:t>
      </w:r>
      <w:r>
        <w:t>ke jo gaya woh to gaya lekin jo maujood hai woh</w:t>
      </w:r>
    </w:p>
    <w:p>
      <w:pPr>
        <w:jc w:val="right"/>
      </w:pPr>
      <w:r>
        <w:t>کہ جو گیا وہ تو گیا لیکن جو موجود ہے وہ</w:t>
      </w:r>
    </w:p>
    <w:p>
      <w:r>
        <w:rPr>
          <w:b/>
        </w:rPr>
        <w:t xml:space="preserve">[23:35] </w:t>
      </w:r>
      <w:r>
        <w:t>to maujood hai</w:t>
      </w:r>
    </w:p>
    <w:p>
      <w:pPr>
        <w:jc w:val="right"/>
      </w:pPr>
      <w:r>
        <w:t>تو موجود ہے</w:t>
      </w:r>
    </w:p>
    <w:p>
      <w:r>
        <w:rPr>
          <w:b/>
        </w:rPr>
        <w:t xml:space="preserve">[23:42] </w:t>
      </w:r>
      <w:r>
        <w:t>to ye sabaq hai jo adam ki kahani mein hamein diya gaya tha</w:t>
      </w:r>
    </w:p>
    <w:p>
      <w:pPr>
        <w:jc w:val="right"/>
      </w:pPr>
      <w:r>
        <w:t>تو یہ سبق ہے جو ادم کی کہانی میں ہمیں دیا گیا تھا</w:t>
      </w:r>
    </w:p>
    <w:p>
      <w:r>
        <w:rPr>
          <w:b/>
        </w:rPr>
        <w:t xml:space="preserve">[23:52] </w:t>
      </w:r>
      <w:r>
        <w:t>bohat hi bari baat hai ye aur is ko mein agar lafz badal kahoon ga kahoon to ye kahoon ga ke</w:t>
      </w:r>
    </w:p>
    <w:p>
      <w:pPr>
        <w:jc w:val="right"/>
      </w:pPr>
      <w:r>
        <w:t>بہت ہی بڑی بات ہے یہ اور اس کو میں اگر لفظ بدل کہوں گا کہوں تو یہ کہوں گا کہ</w:t>
      </w:r>
    </w:p>
    <w:p>
      <w:r>
        <w:rPr>
          <w:b/>
        </w:rPr>
        <w:t xml:space="preserve">[24:03] </w:t>
      </w:r>
      <w:r>
        <w:t>wo ye hai ke second chance ko avail karo first chance agar khoya gaya hai us ko bhulao aur second chance jo abhi bhi baqi hai us ko us ko avail karo</w:t>
      </w:r>
    </w:p>
    <w:p>
      <w:pPr>
        <w:jc w:val="right"/>
      </w:pPr>
      <w:r>
        <w:t>وہ یہ ہے کہ سیکنڈ چانس کو اویل کرو فرسٹ چانس اگر کھویا گیا ہے اس کو بھلاؤ اور سیکنڈ چانس جو ابھی بھی باقی ہے اس کو اس کو اویل کرو</w:t>
      </w:r>
    </w:p>
    <w:p>
      <w:r>
        <w:rPr>
          <w:b/>
        </w:rPr>
        <w:t xml:space="preserve">[24:23] </w:t>
      </w:r>
      <w:r>
        <w:t>adam ke liye</w:t>
      </w:r>
    </w:p>
    <w:p>
      <w:pPr>
        <w:jc w:val="right"/>
      </w:pPr>
      <w:r>
        <w:t>ادم کے لیے</w:t>
      </w:r>
    </w:p>
    <w:p>
      <w:r>
        <w:rPr>
          <w:b/>
        </w:rPr>
        <w:t xml:space="preserve">[24:26] </w:t>
      </w:r>
      <w:r>
        <w:t>jo first chance tha</w:t>
      </w:r>
    </w:p>
    <w:p>
      <w:pPr>
        <w:jc w:val="right"/>
      </w:pPr>
      <w:r>
        <w:t>جو فرسٹ چانس تھا</w:t>
      </w:r>
    </w:p>
    <w:p>
      <w:r>
        <w:rPr>
          <w:b/>
        </w:rPr>
        <w:t xml:space="preserve">[24:28] </w:t>
      </w:r>
      <w:r>
        <w:t>woh usay khoya gaya ghalati karne ki bina par lekin second chance baqi tha</w:t>
      </w:r>
    </w:p>
    <w:p>
      <w:pPr>
        <w:jc w:val="right"/>
      </w:pPr>
      <w:r>
        <w:t>وہ اسے کھویا گیا غلطی کرنے کی بنا پر لیکن سیکنڈ چانس باقی تھا</w:t>
      </w:r>
    </w:p>
    <w:p>
      <w:r>
        <w:rPr>
          <w:b/>
        </w:rPr>
        <w:t xml:space="preserve">[24:35] </w:t>
      </w:r>
      <w:r>
        <w:t>aur woh toba ab shuru ho gaya</w:t>
      </w:r>
    </w:p>
    <w:p>
      <w:pPr>
        <w:jc w:val="right"/>
      </w:pPr>
      <w:r>
        <w:t>اور وہ توبہ اب شروع ہو گیا</w:t>
      </w:r>
    </w:p>
    <w:p>
      <w:r>
        <w:rPr>
          <w:b/>
        </w:rPr>
        <w:t xml:space="preserve">[24:38] </w:t>
      </w:r>
      <w:r>
        <w:t>jis ko hum toba kehte hain toh log samajhte hain ke toba koi yani mysterious religious thought hai</w:t>
      </w:r>
    </w:p>
    <w:p>
      <w:pPr>
        <w:jc w:val="right"/>
      </w:pPr>
      <w:r>
        <w:t>جس کو ہم توبہ کہتے ہیں تو لوگ سمجھتے ہیں کہ توبہ کوئی یعنی مسٹیریس ریلیجس تھاٹ ہے</w:t>
      </w:r>
    </w:p>
    <w:p>
      <w:r>
        <w:rPr>
          <w:b/>
        </w:rPr>
        <w:t xml:space="preserve">[24:46] </w:t>
      </w:r>
      <w:r>
        <w:t>mein mis miss mysterious</w:t>
      </w:r>
    </w:p>
    <w:p>
      <w:pPr>
        <w:jc w:val="right"/>
      </w:pPr>
      <w:r>
        <w:t>میں مس مسٹیریس</w:t>
      </w:r>
    </w:p>
    <w:p>
      <w:r>
        <w:rPr>
          <w:b/>
        </w:rPr>
        <w:t xml:space="preserve">[24:51] </w:t>
      </w:r>
      <w:r>
        <w:t>aik religious idea hai toba nahi toba ka matlab kya hai second chance ko avail karne ke liye</w:t>
      </w:r>
    </w:p>
    <w:p>
      <w:pPr>
        <w:jc w:val="right"/>
      </w:pPr>
      <w:r>
        <w:t>ایک ریلیجس ائیڈیا ہے توبہ نہیں توبہ کا مطلب کیا ہے سیکنڈ چانس کو اویل کرنے کے لیے</w:t>
      </w:r>
    </w:p>
    <w:p>
      <w:r>
        <w:rPr>
          <w:b/>
        </w:rPr>
        <w:t xml:space="preserve">[24:58] </w:t>
      </w:r>
      <w:r>
        <w:t>aap logon ko motivate karna</w:t>
      </w:r>
    </w:p>
    <w:p>
      <w:pPr>
        <w:jc w:val="right"/>
      </w:pPr>
      <w:r>
        <w:t>اپ لوگوں کو موٹیویٹ کرنا</w:t>
      </w:r>
    </w:p>
    <w:p>
      <w:r>
        <w:rPr>
          <w:b/>
        </w:rPr>
        <w:t xml:space="preserve">[25:03] </w:t>
      </w:r>
      <w:r>
        <w:t>ye bohat revolutionary idea hai ye tauba tauba bohat revolutionary idea hai ke agar tum se pehla chance khoya gaya hai to us ko bhulao second chance ko focus karo</w:t>
      </w:r>
    </w:p>
    <w:p>
      <w:pPr>
        <w:jc w:val="right"/>
      </w:pPr>
      <w:r>
        <w:t>یہ بہت ریوشری ائیڈیا ہے یہ توبہ توبہ بہت ریوشری ائیڈیا ہے کہ اگر تم سے پہلا چانس کھویا گیا ہے تو اس کو بھلاؤ سیکنڈ چانس کو فوکس کرو</w:t>
      </w:r>
    </w:p>
    <w:p>
      <w:r>
        <w:rPr>
          <w:b/>
        </w:rPr>
        <w:t xml:space="preserve">[25:25] </w:t>
      </w:r>
      <w:r>
        <w:t>first chance agar tum avail nahi kar sake toh toh koi baat nahi second chance ko avail karo</w:t>
      </w:r>
    </w:p>
    <w:p>
      <w:pPr>
        <w:jc w:val="right"/>
      </w:pPr>
      <w:r>
        <w:t>فرسٹ چانس اگر تم اویل نہیں کر سکے تو تو کوئی بات نہیں سیکنڈ چانس کو اویل کرو</w:t>
      </w:r>
    </w:p>
    <w:p>
      <w:r>
        <w:rPr>
          <w:b/>
        </w:rPr>
        <w:t xml:space="preserve">[25:32] </w:t>
      </w:r>
      <w:r>
        <w:t>aur yeh hua adam ke qisse mein</w:t>
      </w:r>
    </w:p>
    <w:p>
      <w:pPr>
        <w:jc w:val="right"/>
      </w:pPr>
      <w:r>
        <w:t>اور یہ ہوا ادم کے قصے میں</w:t>
      </w:r>
    </w:p>
    <w:p>
      <w:r>
        <w:rPr>
          <w:b/>
        </w:rPr>
        <w:t xml:space="preserve">[25:36] </w:t>
      </w:r>
      <w:r>
        <w:t>duniya mein yaad rakhiye</w:t>
      </w:r>
    </w:p>
    <w:p>
      <w:pPr>
        <w:jc w:val="right"/>
      </w:pPr>
      <w:r>
        <w:t>دنیا میں یاد رکھیے</w:t>
      </w:r>
    </w:p>
    <w:p>
      <w:r>
        <w:rPr>
          <w:b/>
        </w:rPr>
        <w:t xml:space="preserve">[25:39] </w:t>
      </w:r>
      <w:r>
        <w:t>first chance toh khota hi hai aadmi koi bhi shakhs first chance ko khota hai</w:t>
      </w:r>
    </w:p>
    <w:p>
      <w:pPr>
        <w:jc w:val="right"/>
      </w:pPr>
      <w:r>
        <w:t>فرسٹ چانس تو کھوتا ہی ہے ادمی کوئی بھی شخص فرسٹ چانس کو کھوتا ہے</w:t>
      </w:r>
    </w:p>
    <w:p>
      <w:r>
        <w:rPr>
          <w:b/>
        </w:rPr>
        <w:t xml:space="preserve">[25:46] </w:t>
      </w:r>
      <w:r>
        <w:t>khud rasool Allah ke dekhiye aap aap ne shuru kiya apni tehreek apna mission makka mein toh makka</w:t>
      </w:r>
    </w:p>
    <w:p>
      <w:pPr>
        <w:jc w:val="right"/>
      </w:pPr>
      <w:r>
        <w:t>خود رسول اللہ کے دیکھیے اپ اپ نے شروع کیا اپنی تحریک اپنا مشن مکہ میں تو مکہ</w:t>
      </w:r>
    </w:p>
    <w:p>
      <w:r>
        <w:rPr>
          <w:b/>
        </w:rPr>
        <w:t xml:space="preserve">[25:55] </w:t>
      </w:r>
      <w:r>
        <w:t>mein toh hua nahi kuch chhodna pada makka ko jo hua woh madine mein hua</w:t>
      </w:r>
    </w:p>
    <w:p>
      <w:pPr>
        <w:jc w:val="right"/>
      </w:pPr>
      <w:r>
        <w:t>میں تو ہوا نہیں کچھ چھوڑنا پڑا مکہ کو جو ہوا وہ مدینے میں ہوا</w:t>
      </w:r>
    </w:p>
    <w:p>
      <w:r>
        <w:rPr>
          <w:b/>
        </w:rPr>
        <w:t xml:space="preserve">[26:03] </w:t>
      </w:r>
      <w:r>
        <w:t>aap ne 610 mein apna mission shuru kiya makka</w:t>
      </w:r>
    </w:p>
    <w:p>
      <w:pPr>
        <w:jc w:val="right"/>
      </w:pPr>
      <w:r>
        <w:t>اپ نے 610 میں اپنا مشن شروع کیا مکہ</w:t>
      </w:r>
    </w:p>
    <w:p>
      <w:r>
        <w:rPr>
          <w:b/>
        </w:rPr>
        <w:t xml:space="preserve">[26:10] </w:t>
      </w:r>
      <w:r>
        <w:t>mein 13 saal tak koshish karte rahe</w:t>
      </w:r>
    </w:p>
    <w:p>
      <w:pPr>
        <w:jc w:val="right"/>
      </w:pPr>
      <w:r>
        <w:t>میں 13 سال تک کوشش کرتے رہے</w:t>
      </w:r>
    </w:p>
    <w:p>
      <w:r>
        <w:rPr>
          <w:b/>
        </w:rPr>
        <w:t xml:space="preserve">[26:15] </w:t>
      </w:r>
      <w:r>
        <w:t>magar wahan par aap mission jadh nahi pakar saka</w:t>
      </w:r>
    </w:p>
    <w:p>
      <w:pPr>
        <w:jc w:val="right"/>
      </w:pPr>
      <w:r>
        <w:t>مگر وہاں پر اپ مشن جڑ نہیں پکڑ سکا</w:t>
      </w:r>
    </w:p>
    <w:p>
      <w:r>
        <w:rPr>
          <w:b/>
        </w:rPr>
        <w:t xml:space="preserve">[26:20] </w:t>
      </w:r>
      <w:r>
        <w:t>toh aap ne hijrat ki chhod diya makka ko madine mein aa kar abad hui hai</w:t>
      </w:r>
    </w:p>
    <w:p>
      <w:pPr>
        <w:jc w:val="right"/>
      </w:pPr>
      <w:r>
        <w:t>تو اپ نے ہجرت کی چھوڑ دیا مکہ کو مدینے میں ا کر اباد ہوئی ہے</w:t>
      </w:r>
    </w:p>
    <w:p>
      <w:r>
        <w:rPr>
          <w:b/>
        </w:rPr>
        <w:t xml:space="preserve">[26:27] </w:t>
      </w:r>
      <w:r>
        <w:t>us waqt aap ne kaha tha</w:t>
      </w:r>
    </w:p>
    <w:p>
      <w:pPr>
        <w:jc w:val="right"/>
      </w:pPr>
      <w:r>
        <w:t>اس وقت اپ نے کہا تھا</w:t>
      </w:r>
    </w:p>
    <w:p>
      <w:r>
        <w:rPr>
          <w:b/>
        </w:rPr>
        <w:t xml:space="preserve">[26:30] </w:t>
      </w:r>
      <w:r>
        <w:t>yeh bukhari mein riwayat hai ke umar to baqara</w:t>
      </w:r>
    </w:p>
    <w:p>
      <w:pPr>
        <w:jc w:val="right"/>
      </w:pPr>
      <w:r>
        <w:t>یہ بخاری میں روایت ہے کہ عمر تو بقرۃ</w:t>
      </w:r>
    </w:p>
    <w:p>
      <w:r>
        <w:rPr>
          <w:b/>
        </w:rPr>
        <w:t xml:space="preserve">[26:36] </w:t>
      </w:r>
      <w:r>
        <w:t>al qaraa yaquloon yasrib al madina</w:t>
      </w:r>
    </w:p>
    <w:p>
      <w:pPr>
        <w:jc w:val="right"/>
      </w:pPr>
      <w:r>
        <w:t>القراء یقولون یسرب المدینہ</w:t>
      </w:r>
    </w:p>
    <w:p>
      <w:r>
        <w:rPr>
          <w:b/>
        </w:rPr>
        <w:t xml:space="preserve">[26:40] </w:t>
      </w:r>
      <w:r>
        <w:t>mujhe hukum diya gaya hai ke main aik aur basti mein jaon</w:t>
      </w:r>
    </w:p>
    <w:p>
      <w:pPr>
        <w:jc w:val="right"/>
      </w:pPr>
      <w:r>
        <w:t>مجھے حکم دیا گیا ہے کہ میں ایک اور بستی میں جاؤں</w:t>
      </w:r>
    </w:p>
    <w:p>
      <w:r>
        <w:rPr>
          <w:b/>
        </w:rPr>
        <w:t xml:space="preserve">[26:46] </w:t>
      </w:r>
      <w:r>
        <w:t>yeh basti tamam bastiyon ko kha jaye gi</w:t>
      </w:r>
    </w:p>
    <w:p>
      <w:pPr>
        <w:jc w:val="right"/>
      </w:pPr>
      <w:r>
        <w:t>یہ بستی تمام بستیوں کو کھا جائے گی</w:t>
      </w:r>
    </w:p>
    <w:p>
      <w:r>
        <w:rPr>
          <w:b/>
        </w:rPr>
        <w:t xml:space="preserve">[26:51] </w:t>
      </w:r>
      <w:r>
        <w:t>log is ko kehte hain yasrib aur yeh banegi yani present mein is ka naam yasrib</w:t>
      </w:r>
    </w:p>
    <w:p>
      <w:pPr>
        <w:jc w:val="right"/>
      </w:pPr>
      <w:r>
        <w:t>لوگ اس کو کہتے ہیں یسرب اور یہ بنے گی یعنی پریزنٹ میں اس کا نام یسرب</w:t>
      </w:r>
    </w:p>
    <w:p>
      <w:r>
        <w:rPr>
          <w:b/>
        </w:rPr>
        <w:t xml:space="preserve">[26:56] </w:t>
      </w:r>
      <w:r>
        <w:t>hai future mein is ka naam madina banega madinat al nabi</w:t>
      </w:r>
    </w:p>
    <w:p>
      <w:pPr>
        <w:jc w:val="right"/>
      </w:pPr>
      <w:r>
        <w:t>ہے فیوچر میں اس کا نام مدینہ بنے گا مدینۃ النبی</w:t>
      </w:r>
    </w:p>
    <w:p>
      <w:r>
        <w:rPr>
          <w:b/>
        </w:rPr>
        <w:t xml:space="preserve">[27:01] </w:t>
      </w:r>
      <w:r>
        <w:t>is ka is ko aap lafz badliye</w:t>
      </w:r>
    </w:p>
    <w:p>
      <w:pPr>
        <w:jc w:val="right"/>
      </w:pPr>
      <w:r>
        <w:t>اس کا اس کو اپ لفظ بدلیے</w:t>
      </w:r>
    </w:p>
    <w:p>
      <w:r>
        <w:rPr>
          <w:b/>
        </w:rPr>
        <w:t xml:space="preserve">[27:05] </w:t>
      </w:r>
      <w:r>
        <w:t>is hadith ko lafz badal kar samjhiye woh yeh hai</w:t>
      </w:r>
    </w:p>
    <w:p>
      <w:pPr>
        <w:jc w:val="right"/>
      </w:pPr>
      <w:r>
        <w:t>اس حدیث کو لفظ بدل کر سمجھیے وہ یہ ہے</w:t>
      </w:r>
    </w:p>
    <w:p>
      <w:r>
        <w:rPr>
          <w:b/>
        </w:rPr>
        <w:t xml:space="preserve">[27:10] </w:t>
      </w:r>
      <w:r>
        <w:t>ke mujh se yeh kaha gaya hai ke first chance khoye ga to khone do second chance ko</w:t>
      </w:r>
    </w:p>
    <w:p>
      <w:pPr>
        <w:jc w:val="right"/>
      </w:pPr>
      <w:r>
        <w:t>کہ مجھ سے یہ کہا گیا ہے کہ فرسٹ چانس کھوئے گا تو کھونے دو سیکنڈ چانس کو</w:t>
      </w:r>
    </w:p>
    <w:p>
      <w:r>
        <w:rPr>
          <w:b/>
        </w:rPr>
        <w:t xml:space="preserve">[27:14] </w:t>
      </w:r>
      <w:r>
        <w:t>avail karo to rasool Allah ke liye first chance makka tha aur second chance madina tha</w:t>
      </w:r>
    </w:p>
    <w:p>
      <w:pPr>
        <w:jc w:val="right"/>
      </w:pPr>
      <w:r>
        <w:t>اویل کرو تو رسول اللہ کے لیے فرسٹ چانس مکہ تھا اور سیکنڈ چانس مدینہ تھا</w:t>
      </w:r>
    </w:p>
    <w:p>
      <w:r>
        <w:rPr>
          <w:b/>
        </w:rPr>
        <w:t xml:space="preserve">[27:23] </w:t>
      </w:r>
      <w:r>
        <w:t>yeh hadith jo hai bohat zabardast hadith hai yeh</w:t>
      </w:r>
    </w:p>
    <w:p>
      <w:pPr>
        <w:jc w:val="right"/>
      </w:pPr>
      <w:r>
        <w:t>یہ حدیث جو ہے بہت زبردست حدیث ہے یہ</w:t>
      </w:r>
    </w:p>
    <w:p>
      <w:r>
        <w:rPr>
          <w:b/>
        </w:rPr>
        <w:t xml:space="preserve">[27:28] </w:t>
      </w:r>
      <w:r>
        <w:t>umar to baqarat al qara' yequloon yasrib al madina yeh wohi story hai jo madina jo adam ki story thi</w:t>
      </w:r>
    </w:p>
    <w:p>
      <w:pPr>
        <w:jc w:val="right"/>
      </w:pPr>
      <w:r>
        <w:t>عمر تو بقرۃ القراء یقولون یسرب المدینہ یہ وہی سٹوری ہے جو مدینہ جو ادم کی سٹوری تھی</w:t>
      </w:r>
    </w:p>
    <w:p>
      <w:r>
        <w:rPr>
          <w:b/>
        </w:rPr>
        <w:t xml:space="preserve">[27:38] </w:t>
      </w:r>
      <w:r>
        <w:t>adam ki toba ko Allah ne jab qabool kiya to is ka matlab</w:t>
      </w:r>
    </w:p>
    <w:p>
      <w:pPr>
        <w:jc w:val="right"/>
      </w:pPr>
      <w:r>
        <w:t>ادم کی توبہ کو اللہ نے جب قبول کیا تو اس کا مطلب</w:t>
      </w:r>
    </w:p>
    <w:p>
      <w:r>
        <w:rPr>
          <w:b/>
        </w:rPr>
        <w:t xml:space="preserve">[27:41] </w:t>
      </w:r>
      <w:r>
        <w:t>kya tha ek bakhshish diya ke aye adam agar tum se first chance khoya gaya hai to us ko chhodo second chance baqi hai us ko avail karo</w:t>
      </w:r>
    </w:p>
    <w:p>
      <w:pPr>
        <w:jc w:val="right"/>
      </w:pPr>
      <w:r>
        <w:t>کیا تھا ایک بخشش دیا کہ اے ادم اگر تم سے فرسٹ چانس کھویا گیا ہے تو اس کو چھوڑو سیکنڈ چانس باقی ہے اس کو اویل کرو</w:t>
      </w:r>
    </w:p>
    <w:p>
      <w:r>
        <w:rPr>
          <w:b/>
        </w:rPr>
        <w:t xml:space="preserve">[27:57] </w:t>
      </w:r>
      <w:r>
        <w:t>yehi baat rasool allah ke mamle mein hui ke makkah mein 13 saal koshish karte rahe wahan aap ka mission jo hai</w:t>
      </w:r>
    </w:p>
    <w:p>
      <w:pPr>
        <w:jc w:val="right"/>
      </w:pPr>
      <w:r>
        <w:t>یہی بات رسول اللہ کے معاملے میں ہوئی کہ مکہ میں 13 سال کوشش کرتے رہے وہاں اپ کا مشن جو ہے</w:t>
      </w:r>
    </w:p>
    <w:p>
      <w:r>
        <w:rPr>
          <w:b/>
        </w:rPr>
        <w:t xml:space="preserve">[28:09] </w:t>
      </w:r>
      <w:r>
        <w:t>jar nahi pakar saka paya to Allah taala ne kaha ke chodo makka ko jao madina</w:t>
      </w:r>
    </w:p>
    <w:p>
      <w:pPr>
        <w:jc w:val="right"/>
      </w:pPr>
      <w:r>
        <w:t>جڑ نہیں پکڑ سکا پایا تو اللہ تعالی نے کہا کہ چھوڑو مکہ کو جاؤ مدینہ</w:t>
      </w:r>
    </w:p>
    <w:p>
      <w:r>
        <w:rPr>
          <w:b/>
        </w:rPr>
        <w:t xml:space="preserve">[28:15] </w:t>
      </w:r>
      <w:r>
        <w:t>isi ko aap ne in lafzon mein kaha tha ke umar to baqarat al qara' yequloon yasrib al madina</w:t>
      </w:r>
    </w:p>
    <w:p>
      <w:pPr>
        <w:jc w:val="right"/>
      </w:pPr>
      <w:r>
        <w:t>اسی کو اپ نے ان لفظوں میں کہا تھا کہ عمر تو بقرۃ القراء یقولون یسرب المدینہ</w:t>
      </w:r>
    </w:p>
    <w:p>
      <w:r>
        <w:rPr>
          <w:b/>
        </w:rPr>
        <w:t xml:space="preserve">[28:25] </w:t>
      </w:r>
      <w:r>
        <w:t>yani is ka matlab yahi tha</w:t>
      </w:r>
    </w:p>
    <w:p>
      <w:pPr>
        <w:jc w:val="right"/>
      </w:pPr>
      <w:r>
        <w:t>یعنی اس کا مطلب یہی تھا</w:t>
      </w:r>
    </w:p>
    <w:p>
      <w:r>
        <w:rPr>
          <w:b/>
        </w:rPr>
        <w:t xml:space="preserve">[28:28] </w:t>
      </w:r>
      <w:r>
        <w:t>ke aye Muhammad agar first chance khoya gaya hai to mat is ki gham mein apne ko ndhaal</w:t>
      </w:r>
    </w:p>
    <w:p>
      <w:pPr>
        <w:jc w:val="right"/>
      </w:pPr>
      <w:r>
        <w:t>کہ اے محمد اگر فرسٹ چانس کھویا گیا ہے تو مت اس کی غم میں اپنے کو نڈھال</w:t>
      </w:r>
    </w:p>
    <w:p>
      <w:r>
        <w:rPr>
          <w:b/>
        </w:rPr>
        <w:t xml:space="preserve">[28:35] </w:t>
      </w:r>
      <w:r>
        <w:t>karo second chance baqi ho avail karo is ko</w:t>
      </w:r>
    </w:p>
    <w:p>
      <w:pPr>
        <w:jc w:val="right"/>
      </w:pPr>
      <w:r>
        <w:t>کرو سیکنڈ چانس باقی ہو اویل کرو اس کو</w:t>
      </w:r>
    </w:p>
    <w:p>
      <w:r>
        <w:rPr>
          <w:b/>
        </w:rPr>
        <w:t xml:space="preserve">[28:40] </w:t>
      </w:r>
      <w:r>
        <w:t>yani makka ko chodo madina ja kar ke apna mission</w:t>
      </w:r>
    </w:p>
    <w:p>
      <w:pPr>
        <w:jc w:val="right"/>
      </w:pPr>
      <w:r>
        <w:t>یعنی مکہ کو چھوڑو مدینہ جا کر کے اپنا مشن</w:t>
      </w:r>
    </w:p>
    <w:p>
      <w:r>
        <w:rPr>
          <w:b/>
        </w:rPr>
        <w:t xml:space="preserve">[28:45] </w:t>
      </w:r>
      <w:r>
        <w:t>shuru karo</w:t>
      </w:r>
    </w:p>
    <w:p>
      <w:pPr>
        <w:jc w:val="right"/>
      </w:pPr>
      <w:r>
        <w:t>شروع کرو</w:t>
      </w:r>
    </w:p>
    <w:p>
      <w:r>
        <w:rPr>
          <w:b/>
        </w:rPr>
        <w:t xml:space="preserve">[28:50] </w:t>
      </w:r>
      <w:r>
        <w:t>aur dekhiye is mein yeh bhi hai ke</w:t>
      </w:r>
    </w:p>
    <w:p>
      <w:pPr>
        <w:jc w:val="right"/>
      </w:pPr>
      <w:r>
        <w:t>اور دیکھیے اس میں یہ بھی ہے کہ</w:t>
      </w:r>
    </w:p>
    <w:p>
      <w:r>
        <w:rPr>
          <w:b/>
        </w:rPr>
        <w:t xml:space="preserve">[28:54] </w:t>
      </w:r>
      <w:r>
        <w:t>khoye ka gham mat karo jo maujood hai is par focus karo</w:t>
      </w:r>
    </w:p>
    <w:p>
      <w:pPr>
        <w:jc w:val="right"/>
      </w:pPr>
      <w:r>
        <w:t>کھوئے کا غم مت کرو جو موجود ہے اس پر فوکس کرو</w:t>
      </w:r>
    </w:p>
    <w:p>
      <w:r>
        <w:rPr>
          <w:b/>
        </w:rPr>
        <w:t xml:space="preserve">[29:00] </w:t>
      </w:r>
      <w:r>
        <w:t>to rasool Allah jab aaye</w:t>
      </w:r>
    </w:p>
    <w:p>
      <w:pPr>
        <w:jc w:val="right"/>
      </w:pPr>
      <w:r>
        <w:t>تو رسول اللہ جب ائے</w:t>
      </w:r>
    </w:p>
    <w:p>
      <w:r>
        <w:rPr>
          <w:b/>
        </w:rPr>
        <w:t xml:space="preserve">[29:02] </w:t>
      </w:r>
      <w:r>
        <w:t>madina to koi hadith aap nahi bata sakte ke aap ne makke ke ka zulm makka mein hum</w:t>
      </w:r>
    </w:p>
    <w:p>
      <w:pPr>
        <w:jc w:val="right"/>
      </w:pPr>
      <w:r>
        <w:t>مدینہ تو کوئی حدیث اپ نہیں بتا سکتے کہ اپ نے مکے کے کا ظلم مکہ میں ہم</w:t>
      </w:r>
    </w:p>
    <w:p>
      <w:r>
        <w:rPr>
          <w:b/>
        </w:rPr>
        <w:t xml:space="preserve">[29:09] </w:t>
      </w:r>
      <w:r>
        <w:t>par zulm hua hai makka wale hum par</w:t>
      </w:r>
    </w:p>
    <w:p>
      <w:pPr>
        <w:jc w:val="right"/>
      </w:pPr>
      <w:r>
        <w:t>پر ظلم ہوا ہے مکہ والے ہم پر</w:t>
      </w:r>
    </w:p>
    <w:p>
      <w:r>
        <w:rPr>
          <w:b/>
        </w:rPr>
        <w:t xml:space="preserve">[29:14] </w:t>
      </w:r>
      <w:r>
        <w:t>sazish kar rahe hain waghera yeh kahin nahi kabhi yeh lafz bole nahi aap</w:t>
      </w:r>
    </w:p>
    <w:p>
      <w:pPr>
        <w:jc w:val="right"/>
      </w:pPr>
      <w:r>
        <w:t>سازش کر رہے ہیں وغیرہ یہ کہیں نہیں کبھی یہ لفظ بولے نہیں اپ</w:t>
      </w:r>
    </w:p>
    <w:p>
      <w:r>
        <w:rPr>
          <w:b/>
        </w:rPr>
        <w:t xml:space="preserve">[29:21] </w:t>
      </w:r>
      <w:r>
        <w:t>yeh makke ka</w:t>
      </w:r>
    </w:p>
    <w:p>
      <w:pPr>
        <w:jc w:val="right"/>
      </w:pPr>
      <w:r>
        <w:t>یہ مکے کا</w:t>
      </w:r>
    </w:p>
    <w:p>
      <w:r>
        <w:rPr>
          <w:b/>
        </w:rPr>
        <w:t xml:space="preserve">[29:23] </w:t>
      </w:r>
      <w:r>
        <w:t>ke zulm ka koi tazkara nahi kiya aap ne</w:t>
      </w:r>
    </w:p>
    <w:p>
      <w:pPr>
        <w:jc w:val="right"/>
      </w:pPr>
      <w:r>
        <w:t>کہ ظلم کا کوئی تذکرہ نہیں کیا اپ نے</w:t>
      </w:r>
    </w:p>
    <w:p>
      <w:r>
        <w:rPr>
          <w:b/>
        </w:rPr>
        <w:t xml:space="preserve">[29:27] </w:t>
      </w:r>
      <w:r>
        <w:t>kuch bhi nahi</w:t>
      </w:r>
    </w:p>
    <w:p>
      <w:pPr>
        <w:jc w:val="right"/>
      </w:pPr>
      <w:r>
        <w:t>کچھ بھی نہیں</w:t>
      </w:r>
    </w:p>
    <w:p>
      <w:r>
        <w:rPr>
          <w:b/>
        </w:rPr>
        <w:t xml:space="preserve">[29:29] </w:t>
      </w:r>
      <w:r>
        <w:t>balkeh sara zor aap ne diya kis par</w:t>
      </w:r>
    </w:p>
    <w:p>
      <w:pPr>
        <w:jc w:val="right"/>
      </w:pPr>
      <w:r>
        <w:t>بلکہ سارا زور اپ نے دیا کس پر</w:t>
      </w:r>
    </w:p>
    <w:p>
      <w:r>
        <w:rPr>
          <w:b/>
        </w:rPr>
        <w:t xml:space="preserve">[29:34] </w:t>
      </w:r>
      <w:r>
        <w:t>hijrat ke baad jo</w:t>
      </w:r>
    </w:p>
    <w:p>
      <w:pPr>
        <w:jc w:val="right"/>
      </w:pPr>
      <w:r>
        <w:t>ہجرت کے بعد جو</w:t>
      </w:r>
    </w:p>
    <w:p>
      <w:r>
        <w:rPr>
          <w:b/>
        </w:rPr>
        <w:t xml:space="preserve">[29:36] </w:t>
      </w:r>
      <w:r>
        <w:t>jo opportunities hain us ki planning hijrat ke baad madina ko base bana kar ke jo opportunities aap ke liye they us ki planning yani re planning mein kahoon ga us ko re planning to adam ki story mein aap ko re planning ka raaz bataya gaya hai</w:t>
      </w:r>
    </w:p>
    <w:p>
      <w:pPr>
        <w:jc w:val="right"/>
      </w:pPr>
      <w:r>
        <w:t>جو اپرچونیٹیز ہیں اس کی پلاننگ ہجرت کے بعد مدینہ کو بیس بنا کر کے جو اپرچونیٹیز اپ کے لیے تھیں اس کی پلاننگ یعنی ری پلاننگ میں کہوں گا اس کو ری پلاننگ تو ادم کی سٹوری میں اپ کو ری پلاننگ کا راز بتایا گیا ہے</w:t>
      </w:r>
    </w:p>
    <w:p>
      <w:r>
        <w:rPr>
          <w:b/>
        </w:rPr>
        <w:t xml:space="preserve">[30:03] </w:t>
      </w:r>
      <w:r>
        <w:t>adam ki story jo hai quran mein is mein adam ko replanning ka raaz bataya gaya hai</w:t>
      </w:r>
    </w:p>
    <w:p>
      <w:pPr>
        <w:jc w:val="right"/>
      </w:pPr>
      <w:r>
        <w:t>ادم کی سٹوری جو ہے قران میں اس میں ادم کو ری پلاننگ کا راز بتایا گیا ہے</w:t>
      </w:r>
    </w:p>
    <w:p>
      <w:r>
        <w:rPr>
          <w:b/>
        </w:rPr>
        <w:t xml:space="preserve">[30:12] </w:t>
      </w:r>
      <w:r>
        <w:t>is isi ko dohra rasool Allah sallallahu alaihi wasallam ne makka madina mein</w:t>
      </w:r>
    </w:p>
    <w:p>
      <w:pPr>
        <w:jc w:val="right"/>
      </w:pPr>
      <w:r>
        <w:t>اس اسی کو دہرا رسول اللہ صلی اللہ علیہ وسلم نے مکہ مدینہ میں</w:t>
      </w:r>
    </w:p>
    <w:p>
      <w:r>
        <w:rPr>
          <w:b/>
        </w:rPr>
        <w:t xml:space="preserve">[30:18] </w:t>
      </w:r>
      <w:r>
        <w:t>aur phir Allah Ta'ala ne secular world mein secular is ki misalein qayam kar din Germany mein Japan</w:t>
      </w:r>
    </w:p>
    <w:p>
      <w:pPr>
        <w:jc w:val="right"/>
      </w:pPr>
      <w:r>
        <w:t>اور پھر اللہ تعالی نے سیکولر ورلڈ میں سیکولر اس کی مثالیں قائم کر دیں جرمنی میں جاپان</w:t>
      </w:r>
    </w:p>
    <w:p>
      <w:r>
        <w:rPr>
          <w:b/>
        </w:rPr>
        <w:t xml:space="preserve">[30:25] </w:t>
      </w:r>
      <w:r>
        <w:t>mein bad qismati se hamare muslim mulk jo hain woh is ko jante hi nahin lad rahe hain woh</w:t>
      </w:r>
    </w:p>
    <w:p>
      <w:pPr>
        <w:jc w:val="right"/>
      </w:pPr>
      <w:r>
        <w:t>میں بدقسمتی سے ہمارے مسلم ملک جو ہیں وہ اس کو جانتے ہی نہیں لڑ رہے ہیں وہ</w:t>
      </w:r>
    </w:p>
    <w:p>
      <w:r>
        <w:rPr>
          <w:b/>
        </w:rPr>
        <w:t xml:space="preserve">[30:32] </w:t>
      </w:r>
      <w:r>
        <w:t>barh rahe hain lad rahe hain mar rahe hain</w:t>
      </w:r>
    </w:p>
    <w:p>
      <w:pPr>
        <w:jc w:val="right"/>
      </w:pPr>
      <w:r>
        <w:t>بڑھ رہے ہیں لڑ رہے ہیں مر رہے ہیں</w:t>
      </w:r>
    </w:p>
    <w:p>
      <w:r>
        <w:rPr>
          <w:b/>
        </w:rPr>
        <w:t xml:space="preserve">[30:35] </w:t>
      </w:r>
      <w:r>
        <w:t>Kisi ko pata nahin ki remaining part jo hai usko lekar ke usko focus karo</w:t>
      </w:r>
    </w:p>
    <w:p>
      <w:pPr>
        <w:jc w:val="right"/>
      </w:pPr>
      <w:r>
        <w:t>کسی کو پتہ نہیں کہ ریمیننگ پارٹ جو ہے اس کو لے کر کے اس کو فوکس کرو</w:t>
      </w:r>
    </w:p>
    <w:p>
      <w:r>
        <w:rPr>
          <w:b/>
        </w:rPr>
        <w:t xml:space="preserve">[30:40] </w:t>
      </w:r>
      <w:r>
        <w:t>aur re planning karo</w:t>
      </w:r>
    </w:p>
    <w:p>
      <w:pPr>
        <w:jc w:val="right"/>
      </w:pPr>
      <w:r>
        <w:t>اور ری پلاننگ کرو</w:t>
      </w:r>
    </w:p>
    <w:p>
      <w:r>
        <w:rPr>
          <w:b/>
        </w:rPr>
        <w:t xml:space="preserve">[30:43] </w:t>
      </w:r>
      <w:r>
        <w:t>to pehle se zyada bari kamyabi hasil ho sakti hai</w:t>
      </w:r>
    </w:p>
    <w:p>
      <w:pPr>
        <w:jc w:val="right"/>
      </w:pPr>
      <w:r>
        <w:t>تو پہلے سے زیادہ بڑی کامیابی حاصل ہو سکتی ہے</w:t>
      </w:r>
    </w:p>
    <w:p>
      <w:r>
        <w:rPr>
          <w:b/>
        </w:rPr>
        <w:t xml:space="preserve">[30:48] </w:t>
      </w:r>
      <w:r>
        <w:t>jaise</w:t>
      </w:r>
    </w:p>
    <w:p>
      <w:pPr>
        <w:jc w:val="right"/>
      </w:pPr>
      <w:r>
        <w:t>جیسے</w:t>
      </w:r>
    </w:p>
    <w:p>
      <w:r>
        <w:rPr>
          <w:b/>
        </w:rPr>
        <w:t xml:space="preserve">[30:49] </w:t>
      </w:r>
      <w:r>
        <w:t>falasteen jo tha</w:t>
      </w:r>
    </w:p>
    <w:p>
      <w:pPr>
        <w:jc w:val="right"/>
      </w:pPr>
      <w:r>
        <w:t>فلسطین جو تھا</w:t>
      </w:r>
    </w:p>
    <w:p>
      <w:r>
        <w:rPr>
          <w:b/>
        </w:rPr>
        <w:t xml:space="preserve">[30:53] </w:t>
      </w:r>
      <w:r>
        <w:t>bal force se pehle dunya mein tourist industry itne bade paimane pe aayi hi nahi thi tourist industry jo hai wo aayi jab technology aayi jab technology aayi jab safar ki sahoolatein paida huin jab communication aaya</w:t>
      </w:r>
    </w:p>
    <w:p>
      <w:pPr>
        <w:jc w:val="right"/>
      </w:pPr>
      <w:r>
        <w:t>بال فورس سے پہلے دنیا میں ٹورسٹ انڈسٹری اتنے بڑے پونے پہ ائی ہی نہیں تھی ٹورسٹ انڈسٹری جو ہے وہ ائی جب ٹیکنالوجی ائی جب ٹیکنالوجی ائی جب سفر کی سہولتیں پیدا ہوئیں جب کمیونیکیشن ایا</w:t>
      </w:r>
    </w:p>
    <w:p>
      <w:r>
        <w:rPr>
          <w:b/>
        </w:rPr>
        <w:t xml:space="preserve">[31:14] </w:t>
      </w:r>
      <w:r>
        <w:t>to jab ball phone ka</w:t>
      </w:r>
    </w:p>
    <w:p>
      <w:pPr>
        <w:jc w:val="right"/>
      </w:pPr>
      <w:r>
        <w:t>تو جب بال فون کا</w:t>
      </w:r>
    </w:p>
    <w:p>
      <w:r>
        <w:rPr>
          <w:b/>
        </w:rPr>
        <w:t xml:space="preserve">[31:18] </w:t>
      </w:r>
      <w:r>
        <w:t>جو budget ہوا تھا 1948 میں اس وقت ایک نئی opportunity کھل گئی تھی ایک ایک explosion آیا</w:t>
      </w:r>
    </w:p>
    <w:p>
      <w:pPr>
        <w:jc w:val="right"/>
      </w:pPr>
      <w:r>
        <w:t>جو باڈٹ ہوا تھا 1948 میں اس وقت ایک نئی اپرچونیٹی کھل گئی تھی ایک ایک ایکسپلوژن ایا</w:t>
      </w:r>
    </w:p>
    <w:p>
      <w:r>
        <w:rPr>
          <w:b/>
        </w:rPr>
        <w:t xml:space="preserve">[31:27] </w:t>
      </w:r>
      <w:r>
        <w:t>تھا نئی opportunity کا وہ communication کی وجہ سے ازادی communication</w:t>
      </w:r>
    </w:p>
    <w:p>
      <w:pPr>
        <w:jc w:val="right"/>
      </w:pPr>
      <w:r>
        <w:t>تھا نئی اپرچونیٹی کا وہ کمیونیکیشن کی وجہ سے ازادی کمیونیکیشن</w:t>
      </w:r>
    </w:p>
    <w:p>
      <w:r>
        <w:rPr>
          <w:b/>
        </w:rPr>
        <w:t xml:space="preserve">[31:35] </w:t>
      </w:r>
      <w:r>
        <w:t>barden concept of industry</w:t>
      </w:r>
    </w:p>
    <w:p>
      <w:pPr>
        <w:jc w:val="right"/>
      </w:pPr>
      <w:r>
        <w:t>بارڈن کانسپٹ اف انڈسٹری</w:t>
      </w:r>
    </w:p>
    <w:p>
      <w:r>
        <w:rPr>
          <w:b/>
        </w:rPr>
        <w:t xml:space="preserve">[31:38] </w:t>
      </w:r>
      <w:r>
        <w:t>tourist industry yeh naya daur aa chuka tha</w:t>
      </w:r>
    </w:p>
    <w:p>
      <w:pPr>
        <w:jc w:val="right"/>
      </w:pPr>
      <w:r>
        <w:t>ٹورسٹ انڈسٹری یہ نیا دور ا چکا تھا</w:t>
      </w:r>
    </w:p>
    <w:p>
      <w:r>
        <w:rPr>
          <w:b/>
        </w:rPr>
        <w:t xml:space="preserve">[31:42] </w:t>
      </w:r>
      <w:r>
        <w:t>to falasteen ke leaders ko kehna chahiye tha ke chalo makka chhora makka chhod kar chhod chhod do is</w:t>
      </w:r>
    </w:p>
    <w:p>
      <w:pPr>
        <w:jc w:val="right"/>
      </w:pPr>
      <w:r>
        <w:t>تو فلسطین کے لیڈروں کو کہنا چاہیے تھا کہ چلو مکہ چھوڑا مکہ چھوڑ کر چھوڑ چھوڑو اس</w:t>
      </w:r>
    </w:p>
    <w:p>
      <w:r>
        <w:rPr>
          <w:b/>
        </w:rPr>
        <w:t xml:space="preserve">[31:51] </w:t>
      </w:r>
      <w:r>
        <w:t>ko madina to hazir hai hamare paas</w:t>
      </w:r>
    </w:p>
    <w:p>
      <w:pPr>
        <w:jc w:val="right"/>
      </w:pPr>
      <w:r>
        <w:t>کو مدینہ تو حاضر ہے ہمارے پاس</w:t>
      </w:r>
    </w:p>
    <w:p>
      <w:r>
        <w:rPr>
          <w:b/>
        </w:rPr>
        <w:t xml:space="preserve">[31:55] </w:t>
      </w:r>
      <w:r>
        <w:t>yani poora falasteen agar nahin hamare paas raha to aadha falasteen hai hamare paas</w:t>
      </w:r>
    </w:p>
    <w:p>
      <w:pPr>
        <w:jc w:val="right"/>
      </w:pPr>
      <w:r>
        <w:t>یعنی پورا فلسطین اگر نہیں ہمارے پاس رہا تو ادھا فلسطین ہے ہمارے پاس</w:t>
      </w:r>
    </w:p>
    <w:p>
      <w:r>
        <w:rPr>
          <w:b/>
        </w:rPr>
        <w:t xml:space="preserve">[32:02] </w:t>
      </w:r>
      <w:r>
        <w:t>yeh</w:t>
      </w:r>
    </w:p>
    <w:p>
      <w:pPr>
        <w:jc w:val="right"/>
      </w:pPr>
      <w:r>
        <w:t>یہ</w:t>
      </w:r>
    </w:p>
    <w:p>
      <w:r>
        <w:rPr>
          <w:b/>
        </w:rPr>
        <w:t xml:space="preserve">[32:02] </w:t>
      </w:r>
      <w:r>
        <w:t>to tha makka aadha tha madina aadha tha</w:t>
      </w:r>
    </w:p>
    <w:p>
      <w:pPr>
        <w:jc w:val="right"/>
      </w:pPr>
      <w:r>
        <w:t>تو تھا مکہ ادھا تھا مدینہ ادھا تھا</w:t>
      </w:r>
    </w:p>
    <w:p>
      <w:r>
        <w:rPr>
          <w:b/>
        </w:rPr>
        <w:t xml:space="preserve">[32:08] </w:t>
      </w:r>
      <w:r>
        <w:t>to makka ka risk jo tha woh chhin gaya tha makka jo hai ek hissa tha woh chhin</w:t>
      </w:r>
    </w:p>
    <w:p>
      <w:pPr>
        <w:jc w:val="right"/>
      </w:pPr>
      <w:r>
        <w:t>تو مکہ کا رسک جو تھا وہ چھن گیا تھا مکہ جو ہے ایک حصہ تھا وہ چھن</w:t>
      </w:r>
    </w:p>
    <w:p>
      <w:r>
        <w:rPr>
          <w:b/>
        </w:rPr>
        <w:t xml:space="preserve">[32:16] </w:t>
      </w:r>
      <w:r>
        <w:t>gaya ke madina jo second part tha woh to abhi bhi mere paas hai to chalo madina ko</w:t>
      </w:r>
    </w:p>
    <w:p>
      <w:pPr>
        <w:jc w:val="right"/>
      </w:pPr>
      <w:r>
        <w:t>گیا کہ مدینہ جو سیکنڈ پارٹ تھا وہ تو ابھی بھی میرے پاس ہے تو چلو مدینہ کو</w:t>
      </w:r>
    </w:p>
    <w:p>
      <w:r>
        <w:rPr>
          <w:b/>
        </w:rPr>
        <w:t xml:space="preserve">[32:23] </w:t>
      </w:r>
      <w:r>
        <w:t>le kar hum planning karte hain</w:t>
      </w:r>
    </w:p>
    <w:p>
      <w:pPr>
        <w:jc w:val="right"/>
      </w:pPr>
      <w:r>
        <w:t>لے کر ہم پلاننگ کرتے ہیں</w:t>
      </w:r>
    </w:p>
    <w:p>
      <w:r>
        <w:rPr>
          <w:b/>
        </w:rPr>
        <w:t xml:space="preserve">[32:28] </w:t>
      </w:r>
      <w:r>
        <w:t>kitni bari raaz hai is ke andar is ko falasteen walon ne jana mar rahe hain mar rahe</w:t>
      </w:r>
    </w:p>
    <w:p>
      <w:pPr>
        <w:jc w:val="right"/>
      </w:pPr>
      <w:r>
        <w:t>کتنی بڑی راز ہے اس کے اندر اس کو فلسطین والوں نے جانا مر رہے ہیں مر رہے</w:t>
      </w:r>
    </w:p>
    <w:p>
      <w:r>
        <w:rPr>
          <w:b/>
        </w:rPr>
        <w:t xml:space="preserve">[32:34] </w:t>
      </w:r>
      <w:r>
        <w:t>hain mar rahe hain</w:t>
      </w:r>
    </w:p>
    <w:p>
      <w:pPr>
        <w:jc w:val="right"/>
      </w:pPr>
      <w:r>
        <w:t>ہیں مر رہے ہیں</w:t>
      </w:r>
    </w:p>
    <w:p>
      <w:r>
        <w:rPr>
          <w:b/>
        </w:rPr>
        <w:t xml:space="preserve">[32:36] </w:t>
      </w:r>
      <w:r>
        <w:t>apne log tabah kar rahe hain</w:t>
      </w:r>
    </w:p>
    <w:p>
      <w:pPr>
        <w:jc w:val="right"/>
      </w:pPr>
      <w:r>
        <w:t>اپنے لوگ تباہ کر رہے ہیں</w:t>
      </w:r>
    </w:p>
    <w:p>
      <w:r>
        <w:rPr>
          <w:b/>
        </w:rPr>
        <w:t xml:space="preserve">[32:39] </w:t>
      </w:r>
      <w:r>
        <w:t>duniya ka sab se zyada developed country ban sakta tha</w:t>
      </w:r>
    </w:p>
    <w:p>
      <w:pPr>
        <w:jc w:val="right"/>
      </w:pPr>
      <w:r>
        <w:t>دنیا کا سب سے زیادہ ڈیولپڈ کنٹری بن سکتا تھا</w:t>
      </w:r>
    </w:p>
    <w:p>
      <w:r>
        <w:rPr>
          <w:b/>
        </w:rPr>
        <w:t xml:space="preserve">[32:46] </w:t>
      </w:r>
      <w:r>
        <w:t>falasteen kyunke</w:t>
      </w:r>
    </w:p>
    <w:p>
      <w:pPr>
        <w:jc w:val="right"/>
      </w:pPr>
      <w:r>
        <w:t>فلسطین کیونکہ</w:t>
      </w:r>
    </w:p>
    <w:p>
      <w:r>
        <w:rPr>
          <w:b/>
        </w:rPr>
        <w:t xml:space="preserve">[32:48] </w:t>
      </w:r>
      <w:r>
        <w:t>wahan arbon ke paas petrol aa gaya modern in tourism ka daur aa gaya azadi aa gayi communication aa gaya to yeh yeh jo the opportunities ka pahad tha opportunities ko avail karo aur falasteen ko dunya ka number one country bana do</w:t>
      </w:r>
    </w:p>
    <w:p>
      <w:pPr>
        <w:jc w:val="right"/>
      </w:pPr>
      <w:r>
        <w:t>وہاں عربوں کے پاس پیٹرول ا گیا ماڈرن ان ٹورزم کا دور ا گیا ازادی ا گئی کمیونیکیشن ا گیا تو یہ یہ جو تھے اپرچونیٹیز کا پہاڑ تھا اپرچونیٹیز کو اویل کرو اور فلسطین کو دنیا کا نمبر ون کنٹری بنا دو</w:t>
      </w:r>
    </w:p>
    <w:p>
      <w:r>
        <w:rPr>
          <w:b/>
        </w:rPr>
        <w:t xml:space="preserve">[33:18] </w:t>
      </w:r>
      <w:r>
        <w:t>to aap ghor kijiye ke kitna bara yeh</w:t>
      </w:r>
    </w:p>
    <w:p>
      <w:pPr>
        <w:jc w:val="right"/>
      </w:pPr>
      <w:r>
        <w:t>تو اپ غور کیجئے کہ کتنا بڑا یہ</w:t>
      </w:r>
    </w:p>
    <w:p>
      <w:r>
        <w:rPr>
          <w:b/>
        </w:rPr>
        <w:t xml:space="preserve">[33:24] </w:t>
      </w:r>
      <w:r>
        <w:t>lesson hai jo adam ke is qisse mein bayan kiya gaya hai</w:t>
      </w:r>
    </w:p>
    <w:p>
      <w:pPr>
        <w:jc w:val="right"/>
      </w:pPr>
      <w:r>
        <w:t>لیسن ہے جو ادم کے اس قصے میں بیان کیا گیا ہے</w:t>
      </w:r>
    </w:p>
    <w:p>
      <w:r>
        <w:rPr>
          <w:b/>
        </w:rPr>
        <w:t xml:space="preserve">[33:32] </w:t>
      </w:r>
      <w:r>
        <w:t>ke adam ko bible ke mutabiq adan bible mein hai ke adan ko khawand</w:t>
      </w:r>
    </w:p>
    <w:p>
      <w:pPr>
        <w:jc w:val="right"/>
      </w:pPr>
      <w:r>
        <w:t>کہ ادم کو بائبل کے مطابق ادن بائبل میں ہے کہ ادن کو خداوند</w:t>
      </w:r>
    </w:p>
    <w:p>
      <w:r>
        <w:rPr>
          <w:b/>
        </w:rPr>
        <w:t xml:space="preserve">[33:41] </w:t>
      </w:r>
      <w:r>
        <w:t>ne adan ke area mein ek bagh basaya</w:t>
      </w:r>
    </w:p>
    <w:p>
      <w:pPr>
        <w:jc w:val="right"/>
      </w:pPr>
      <w:r>
        <w:t>نے ادن کے ایریا میں ایک باغ بسایا</w:t>
      </w:r>
    </w:p>
    <w:p>
      <w:r>
        <w:rPr>
          <w:b/>
        </w:rPr>
        <w:t xml:space="preserve">[33:46] </w:t>
      </w:r>
      <w:r>
        <w:t>to adan to ek chhota sa part hai</w:t>
      </w:r>
    </w:p>
    <w:p>
      <w:pPr>
        <w:jc w:val="right"/>
      </w:pPr>
      <w:r>
        <w:t>تو ادن تو ایک چھوٹا سا پارٹ ہے</w:t>
      </w:r>
    </w:p>
    <w:p>
      <w:r>
        <w:rPr>
          <w:b/>
        </w:rPr>
        <w:t xml:space="preserve">[33:50] </w:t>
      </w:r>
      <w:r>
        <w:t>ke aaj adam ke nasal sare duniya mein</w:t>
      </w:r>
    </w:p>
    <w:p>
      <w:pPr>
        <w:jc w:val="right"/>
      </w:pPr>
      <w:r>
        <w:t>کہ اج ادم کے نسل سارے دنیا میں</w:t>
      </w:r>
    </w:p>
    <w:p>
      <w:r>
        <w:rPr>
          <w:b/>
        </w:rPr>
        <w:t xml:space="preserve">[33:54] </w:t>
      </w:r>
      <w:r>
        <w:t>modern civilization paida kiya is ne duniya mein inqalab laya</w:t>
      </w:r>
    </w:p>
    <w:p>
      <w:pPr>
        <w:jc w:val="right"/>
      </w:pPr>
      <w:r>
        <w:t>ماڈرن سولائزیشن پیدا کیا اس نے دنیا میں انقلاب لایا</w:t>
      </w:r>
    </w:p>
    <w:p>
      <w:r>
        <w:rPr>
          <w:b/>
        </w:rPr>
        <w:t xml:space="preserve">[34:00] </w:t>
      </w:r>
      <w:r>
        <w:t>adam ki nasal jo pehle adan</w:t>
      </w:r>
    </w:p>
    <w:p>
      <w:pPr>
        <w:jc w:val="right"/>
      </w:pPr>
      <w:r>
        <w:t>ادم کی نسل جو پہلے ادن</w:t>
      </w:r>
    </w:p>
    <w:p>
      <w:r>
        <w:rPr>
          <w:b/>
        </w:rPr>
        <w:t xml:space="preserve">[34:03] </w:t>
      </w:r>
      <w:r>
        <w:t>mein thi ek limited area mein aur sirf is ke paas agriculture tha aur kuch nahi tha jab adam ko basaya gaya tha adan mein to is is waqt insan ke paas agriculture tha kuch horticulture tha aaj to poori industry dunya ki insan ke hath mein hai</w:t>
      </w:r>
    </w:p>
    <w:p>
      <w:pPr>
        <w:jc w:val="right"/>
      </w:pPr>
      <w:r>
        <w:t>میں تھی ایک لمیٹڈ ایریا میں اور صرف اس کے پاس ایگریکلچر تھا اور کچھ نہیں تھا جب ادم کو بسایا گیا تھا ادن میں تو اس اس وقت انسان کے پاس ایگریکلچر تھا کچھ ہارٹیکلچر تھا اج تو پوری انڈسٹری دنیا کی انسان کے ہاتھ میں ہے</w:t>
      </w:r>
    </w:p>
    <w:p>
      <w:r>
        <w:rPr>
          <w:b/>
        </w:rPr>
        <w:t xml:space="preserve">[34:31] </w:t>
      </w:r>
      <w:r>
        <w:t>kitna farq hai is is daur hai insan ke is daur mein jab ke woh adan mein hoga</w:t>
      </w:r>
    </w:p>
    <w:p>
      <w:pPr>
        <w:jc w:val="right"/>
      </w:pPr>
      <w:r>
        <w:t>کتنا فرق ہے اس اس دور ہے انسان کے اس دور میں جب کہ وہ ادن میں ہوگا</w:t>
      </w:r>
    </w:p>
    <w:p>
      <w:r>
        <w:rPr>
          <w:b/>
        </w:rPr>
        <w:t xml:space="preserve">[34:39] </w:t>
      </w:r>
      <w:r>
        <w:t>aur is ke paas sirf horticulture hoga ya kuch</w:t>
      </w:r>
    </w:p>
    <w:p>
      <w:pPr>
        <w:jc w:val="right"/>
      </w:pPr>
      <w:r>
        <w:t>اور اس کے پاس صرف ہارٹیکلچر ہوگا یا کچھ</w:t>
      </w:r>
    </w:p>
    <w:p>
      <w:r>
        <w:rPr>
          <w:b/>
        </w:rPr>
        <w:t xml:space="preserve">[34:43] </w:t>
      </w:r>
      <w:r>
        <w:t>agriculture hoga mamooli woh bhi mamooli sa mamooli sa</w:t>
      </w:r>
    </w:p>
    <w:p>
      <w:pPr>
        <w:jc w:val="right"/>
      </w:pPr>
      <w:r>
        <w:t>ایگریکلچر ہوگا معمولی وہ بھی معمولی سا معمولی سا</w:t>
      </w:r>
    </w:p>
    <w:p>
      <w:r>
        <w:rPr>
          <w:b/>
        </w:rPr>
        <w:t xml:space="preserve">[34:49] </w:t>
      </w:r>
      <w:r>
        <w:t>aaj isi insan ke paas pura group hai puri duniya hai</w:t>
      </w:r>
    </w:p>
    <w:p>
      <w:pPr>
        <w:jc w:val="right"/>
      </w:pPr>
      <w:r>
        <w:t>اج اسی انسان کے پاس پورا گروپ ہے پوری دنیا ہے</w:t>
      </w:r>
    </w:p>
    <w:p>
      <w:r>
        <w:rPr>
          <w:b/>
        </w:rPr>
        <w:t xml:space="preserve">[34:54] </w:t>
      </w:r>
      <w:r>
        <w:t>aur hazaron qism ki industries hain</w:t>
      </w:r>
    </w:p>
    <w:p>
      <w:pPr>
        <w:jc w:val="right"/>
      </w:pPr>
      <w:r>
        <w:t>اور ہزاروں قسم کی انڈسٹریز ہیں</w:t>
      </w:r>
    </w:p>
    <w:p>
      <w:r>
        <w:rPr>
          <w:b/>
        </w:rPr>
        <w:t xml:space="preserve">[34:59] </w:t>
      </w:r>
      <w:r>
        <w:t>to yahi to hai yani second chance ko avail karna</w:t>
      </w:r>
    </w:p>
    <w:p>
      <w:pPr>
        <w:jc w:val="right"/>
      </w:pPr>
      <w:r>
        <w:t>تو یہی تو ہے یعنی سیکنڈ چانس کو اویل کرنا</w:t>
      </w:r>
    </w:p>
    <w:p>
      <w:r>
        <w:rPr>
          <w:b/>
        </w:rPr>
        <w:t xml:space="preserve">[35:05] </w:t>
      </w:r>
      <w:r>
        <w:t>yeh to hai second chance ko avail karna</w:t>
      </w:r>
    </w:p>
    <w:p>
      <w:pPr>
        <w:jc w:val="right"/>
      </w:pPr>
      <w:r>
        <w:t>یہ تو ہے سیکنڈ چانس کو اویل کرنا</w:t>
      </w:r>
    </w:p>
    <w:p>
      <w:r>
        <w:rPr>
          <w:b/>
        </w:rPr>
        <w:t xml:space="preserve">[35:09] </w:t>
      </w:r>
      <w:r>
        <w:t>pehla chance jo mila tha adam ko is mein in ko mili thi traditional qism ki agriculture traditional qism ki</w:t>
      </w:r>
    </w:p>
    <w:p>
      <w:pPr>
        <w:jc w:val="right"/>
      </w:pPr>
      <w:r>
        <w:t>پہلا چانس جو ملا تھا ادم کو اس میں ان کو ملی تھی ٹریڈشل قسم کی ایگریکلچر ٹریڈشل قسم کی</w:t>
      </w:r>
    </w:p>
    <w:p>
      <w:r>
        <w:rPr>
          <w:b/>
        </w:rPr>
        <w:t xml:space="preserve">[35:21] </w:t>
      </w:r>
      <w:r>
        <w:t>kapde ke bajaye in ke paas patte hua karte the ab to har cheez</w:t>
      </w:r>
    </w:p>
    <w:p>
      <w:pPr>
        <w:jc w:val="right"/>
      </w:pPr>
      <w:r>
        <w:t>کپڑے کے بجائے ان کے پاس پتے ہوا کرتے تھے اب تو ہر چیز</w:t>
      </w:r>
    </w:p>
    <w:p>
      <w:r>
        <w:rPr>
          <w:b/>
        </w:rPr>
        <w:t xml:space="preserve">[35:30] </w:t>
      </w:r>
      <w:r>
        <w:t>bahut zyada develop kar chuki hai to is second chance hi to hua yeh adam se adam ko lijiye aap insan</w:t>
      </w:r>
    </w:p>
    <w:p>
      <w:pPr>
        <w:jc w:val="right"/>
      </w:pPr>
      <w:r>
        <w:t>بہت زیادہ ڈیولپ کر چکی ہے تو اس سیکنڈ چانس ہی تو ہوا یہ ادم سے ادم کو لیجئے اپ انسان</w:t>
      </w:r>
    </w:p>
    <w:p>
      <w:r>
        <w:rPr>
          <w:b/>
        </w:rPr>
        <w:t xml:space="preserve">[35:47] </w:t>
      </w:r>
      <w:r>
        <w:t>insan se first chance khoya gaya tha jo bahut hi babooli tha</w:t>
      </w:r>
    </w:p>
    <w:p>
      <w:pPr>
        <w:jc w:val="right"/>
      </w:pPr>
      <w:r>
        <w:t>انسان سے فرسٹ چانس کھویا گیا تھا جو بہت ہی بابولی تھا</w:t>
      </w:r>
    </w:p>
    <w:p>
      <w:r>
        <w:rPr>
          <w:b/>
        </w:rPr>
        <w:t xml:space="preserve">[35:54] </w:t>
      </w:r>
      <w:r>
        <w:t>phir Allah ne in ko jo tauba qabool kar ke is rukh par dala</w:t>
      </w:r>
    </w:p>
    <w:p>
      <w:pPr>
        <w:jc w:val="right"/>
      </w:pPr>
      <w:r>
        <w:t>پھر اللہ نے ان کو جو توبہ قبول کر کے اس رخ پر ڈالا</w:t>
      </w:r>
    </w:p>
    <w:p>
      <w:r>
        <w:rPr>
          <w:b/>
        </w:rPr>
        <w:t xml:space="preserve">[36:00] </w:t>
      </w:r>
      <w:r>
        <w:t>second chance ko avail karne par dala</w:t>
      </w:r>
    </w:p>
    <w:p>
      <w:pPr>
        <w:jc w:val="right"/>
      </w:pPr>
      <w:r>
        <w:t>سیکنڈ چانس کو اویل کرنے پر ڈالا</w:t>
      </w:r>
    </w:p>
    <w:p>
      <w:r>
        <w:rPr>
          <w:b/>
        </w:rPr>
        <w:t xml:space="preserve">[36:03] </w:t>
      </w:r>
      <w:r>
        <w:t>jab Allah taala ne adam ki tauba qabool kiya to goya ke Allah ne in ko dala second</w:t>
      </w:r>
    </w:p>
    <w:p>
      <w:pPr>
        <w:jc w:val="right"/>
      </w:pPr>
      <w:r>
        <w:t>جب اللہ تعالی نے ادم کی توبہ قبول کیا تو گویا کہ اللہ نے ان کو ڈالا سیکنڈ</w:t>
      </w:r>
    </w:p>
    <w:p>
      <w:r>
        <w:rPr>
          <w:b/>
        </w:rPr>
        <w:t xml:space="preserve">[36:08] </w:t>
      </w:r>
      <w:r>
        <w:t>chance ko avail karo</w:t>
      </w:r>
    </w:p>
    <w:p>
      <w:pPr>
        <w:jc w:val="right"/>
      </w:pPr>
      <w:r>
        <w:t>چانس کو اویل کرو</w:t>
      </w:r>
    </w:p>
    <w:p>
      <w:r>
        <w:rPr>
          <w:b/>
        </w:rPr>
        <w:t xml:space="preserve">[36:10] </w:t>
      </w:r>
      <w:r>
        <w:t>aur second chance ko avail kar ke insan aaj pure group ka master bana hua hai balkeh khala</w:t>
      </w:r>
    </w:p>
    <w:p>
      <w:pPr>
        <w:jc w:val="right"/>
      </w:pPr>
      <w:r>
        <w:t>اور سیکنڈ چانس کو اویل کر کے انسان اج پورے گروپ کا ماسٹر بنا ہوا ہے بلکہ خلا</w:t>
      </w:r>
    </w:p>
    <w:p>
      <w:r>
        <w:rPr>
          <w:b/>
        </w:rPr>
        <w:t xml:space="preserve">[36:17] </w:t>
      </w:r>
      <w:r>
        <w:t>mein pahunch raha hai</w:t>
      </w:r>
    </w:p>
    <w:p>
      <w:pPr>
        <w:jc w:val="right"/>
      </w:pPr>
      <w:r>
        <w:t>میں پہنچ رہا ہے</w:t>
      </w:r>
    </w:p>
    <w:p>
      <w:r>
        <w:rPr>
          <w:b/>
        </w:rPr>
        <w:t xml:space="preserve">[36:20] </w:t>
      </w:r>
      <w:r>
        <w:t>yeh sare sabak is mein hain</w:t>
      </w:r>
    </w:p>
    <w:p>
      <w:pPr>
        <w:jc w:val="right"/>
      </w:pPr>
      <w:r>
        <w:t>یہ سارے سبق اس میں ہیں</w:t>
      </w:r>
    </w:p>
    <w:p>
      <w:r>
        <w:rPr>
          <w:b/>
        </w:rPr>
        <w:t xml:space="preserve">[36:24] </w:t>
      </w:r>
      <w:r>
        <w:t>ke first chance khoya gaya hai to khoya gaya second chance ko focus karo</w:t>
      </w:r>
    </w:p>
    <w:p>
      <w:pPr>
        <w:jc w:val="right"/>
      </w:pPr>
      <w:r>
        <w:t>کہ فرسٹ چانس کھویا گیا ہے تو کھویا گیا سیکنڈ چانس کو فوکس کرو</w:t>
      </w:r>
    </w:p>
    <w:p>
      <w:r>
        <w:rPr>
          <w:b/>
        </w:rPr>
        <w:t xml:space="preserve">[36:30] </w:t>
      </w:r>
      <w:r>
        <w:t>badqismati se hamare aishiai</w:t>
      </w:r>
    </w:p>
    <w:p>
      <w:pPr>
        <w:jc w:val="right"/>
      </w:pPr>
      <w:r>
        <w:t>بدقسمتی سے ہمارے ایشیائی</w:t>
      </w:r>
    </w:p>
    <w:p>
      <w:r>
        <w:rPr>
          <w:b/>
        </w:rPr>
        <w:t xml:space="preserve">[36:32] </w:t>
      </w:r>
      <w:r>
        <w:t>countries nahi janti is cheez ko</w:t>
      </w:r>
    </w:p>
    <w:p>
      <w:pPr>
        <w:jc w:val="right"/>
      </w:pPr>
      <w:r>
        <w:t>کنٹریز نہیں جانتی اس چیز کو</w:t>
      </w:r>
    </w:p>
    <w:p>
      <w:r>
        <w:rPr>
          <w:b/>
        </w:rPr>
        <w:t xml:space="preserve">[36:35] </w:t>
      </w:r>
      <w:r>
        <w:t>to yeh hai</w:t>
      </w:r>
    </w:p>
    <w:p>
      <w:pPr>
        <w:jc w:val="right"/>
      </w:pPr>
      <w:r>
        <w:t>تو یہ ہے</w:t>
      </w:r>
    </w:p>
    <w:p>
      <w:r>
        <w:rPr>
          <w:b/>
        </w:rPr>
        <w:t xml:space="preserve">[36:38] </w:t>
      </w:r>
      <w:r>
        <w:t>sabak yeh hai lesson</w:t>
      </w:r>
    </w:p>
    <w:p>
      <w:pPr>
        <w:jc w:val="right"/>
      </w:pPr>
      <w:r>
        <w:t>سبق یہ ہے لیسن</w:t>
      </w:r>
    </w:p>
    <w:p>
      <w:r>
        <w:rPr>
          <w:b/>
        </w:rPr>
        <w:t xml:space="preserve">[36:41] </w:t>
      </w:r>
      <w:r>
        <w:t>jo adam ke is qisse mein bayan kiya gaya hai</w:t>
      </w:r>
    </w:p>
    <w:p>
      <w:pPr>
        <w:jc w:val="right"/>
      </w:pPr>
      <w:r>
        <w:t>جو ادم کے اس قصے میں بیان کیا گیا ہے</w:t>
      </w:r>
    </w:p>
    <w:p>
      <w:r>
        <w:rPr>
          <w:b/>
        </w:rPr>
        <w:t xml:space="preserve">[36:47] </w:t>
      </w:r>
      <w:r>
        <w:t>adam ka qissa jis tarah se quran mein hai jis tarah bible mein bhi hai thoda sa</w:t>
      </w:r>
    </w:p>
    <w:p>
      <w:pPr>
        <w:jc w:val="right"/>
      </w:pPr>
      <w:r>
        <w:t>ادم کا قصہ جس طرح سے قران میں ہے جس طرح بائبل میں بھی ہے تھوڑا سا</w:t>
      </w:r>
    </w:p>
    <w:p>
      <w:r>
        <w:rPr>
          <w:b/>
        </w:rPr>
        <w:t xml:space="preserve">[36:55] </w:t>
      </w:r>
      <w:r>
        <w:t>yani detail mein thoda sa farq hai</w:t>
      </w:r>
    </w:p>
    <w:p>
      <w:pPr>
        <w:jc w:val="right"/>
      </w:pPr>
      <w:r>
        <w:t>یعنی ڈیٹیل میں تھوڑا سا فرق ہے</w:t>
      </w:r>
    </w:p>
    <w:p>
      <w:r>
        <w:rPr>
          <w:b/>
        </w:rPr>
        <w:t xml:space="preserve">[36:58] </w:t>
      </w:r>
      <w:r>
        <w:t>lekin aslan to wahi hai same</w:t>
      </w:r>
    </w:p>
    <w:p>
      <w:pPr>
        <w:jc w:val="right"/>
      </w:pPr>
      <w:r>
        <w:t>لیکن اصلا تو وہی ہے سیم</w:t>
      </w:r>
    </w:p>
    <w:p>
      <w:r>
        <w:rPr>
          <w:b/>
        </w:rPr>
        <w:t xml:space="preserve">[37:02] </w:t>
      </w:r>
      <w:r>
        <w:t>lekin is par ghor kijiye dono ko mila kar ghor kijiye aap bible ko bhi padhiye quran ko</w:t>
      </w:r>
    </w:p>
    <w:p>
      <w:pPr>
        <w:jc w:val="right"/>
      </w:pPr>
      <w:r>
        <w:t>لیکن اس پر غور کیجئے دونوں کو ملا کر غور کیجئے اپ بائبل کو بھی پڑھیے قران کو</w:t>
      </w:r>
    </w:p>
    <w:p>
      <w:r>
        <w:rPr>
          <w:b/>
        </w:rPr>
        <w:t xml:space="preserve">[37:08] </w:t>
      </w:r>
      <w:r>
        <w:t>bhi padhiye aur phir tareekh ko mila ke dekhiye</w:t>
      </w:r>
    </w:p>
    <w:p>
      <w:pPr>
        <w:jc w:val="right"/>
      </w:pPr>
      <w:r>
        <w:t>بھی پڑھیے اور پھر تاریخ کو ملا کے دیکھیے</w:t>
      </w:r>
    </w:p>
    <w:p>
      <w:r>
        <w:rPr>
          <w:b/>
        </w:rPr>
        <w:t xml:space="preserve">[37:13] </w:t>
      </w:r>
      <w:r>
        <w:t>tareekh tab aap ko yeh discovery hogi ke</w:t>
      </w:r>
    </w:p>
    <w:p>
      <w:pPr>
        <w:jc w:val="right"/>
      </w:pPr>
      <w:r>
        <w:t>تاریخ تب اپ کو یہ ڈسکوری ہوگی کہ</w:t>
      </w:r>
    </w:p>
    <w:p>
      <w:r>
        <w:rPr>
          <w:b/>
        </w:rPr>
        <w:t xml:space="preserve">[37:18] </w:t>
      </w:r>
      <w:r>
        <w:t>adam ke qisse mein sab se bada jo sabak hai wo yeh hai ke adam ne first chance khoya lekin un ke andar phir toba aayi impetus aaya ek naya motivation aaya phir kaam shuru kiya ho yani adam se murad insan</w:t>
      </w:r>
    </w:p>
    <w:p>
      <w:pPr>
        <w:jc w:val="right"/>
      </w:pPr>
      <w:r>
        <w:t>ادم کے قصے میں سب سے بڑا جو سبق ہے وہ یہ ہے کہ ادم نے فرسٹ چانس کھویا لیکن ان کے اندر پھر توبہ ائی امپیٹس ایا ایک نیا موٹیویشن ایا پھر کام شروع کیا ہو یعنی ادم سے مراد انسان</w:t>
      </w:r>
    </w:p>
    <w:p>
      <w:r>
        <w:rPr>
          <w:b/>
        </w:rPr>
        <w:t xml:space="preserve">[37:41] </w:t>
      </w:r>
      <w:r>
        <w:t>to ab second chance avail karne ke liye jab unhone replanning ki insan ne to poora globe is ke paas ho gaya yani adam ka adan ka ek part nahi poora globe balkeh space tak</w:t>
      </w:r>
    </w:p>
    <w:p>
      <w:pPr>
        <w:jc w:val="right"/>
      </w:pPr>
      <w:r>
        <w:t>تو اب سیکنڈ چانس اویل کرنے کے لیے جب انہوں نے ری پلاننگ کی انسان نے تو پورا گلوب اس کے پاس ہو گیا یعنی ادم کا ادن کا ایک پارٹ نہیں پورا گلوب بلکہ اسپیس تک</w:t>
      </w:r>
    </w:p>
    <w:p>
      <w:r>
        <w:rPr>
          <w:b/>
        </w:rPr>
        <w:t xml:space="preserve">[37:59] </w:t>
      </w:r>
      <w:r>
        <w:t>aap ghor kijiye ke insan agar yeh is sabak ko le le sare raay waghera khatam nafrat khatam tashaddud khatam kyun</w:t>
      </w:r>
    </w:p>
    <w:p>
      <w:pPr>
        <w:jc w:val="right"/>
      </w:pPr>
      <w:r>
        <w:t>اپ غور کیجئے کہ انسان اگر یہ اس سبق کو لے لے سارے رائے وغیرہ ختم نفرت ختم تشدد ختم کیوں</w:t>
      </w:r>
    </w:p>
    <w:p>
      <w:r>
        <w:rPr>
          <w:b/>
        </w:rPr>
        <w:t xml:space="preserve">[38:14] </w:t>
      </w:r>
      <w:r>
        <w:t>tab insan yeh sochega ke first chance khoyega to jaane do second chance maujood hai aur main pehle se bhi zyada badi taraqqi kar sakta hoon</w:t>
      </w:r>
    </w:p>
    <w:p>
      <w:pPr>
        <w:jc w:val="right"/>
      </w:pPr>
      <w:r>
        <w:t>تب انسان یہ سوچے گا کہ فرسٹ چانس کھوئے گا تو جانے دو سیکنڈ چانس موجود ہے اور میں پہلے سے بھی زیادہ بڑی ترقی کر سکتا ہوں</w:t>
      </w:r>
    </w:p>
    <w:p>
      <w:r>
        <w:rPr>
          <w:b/>
        </w:rPr>
        <w:t xml:space="preserve">[38:29] </w:t>
      </w:r>
      <w:r>
        <w:t>yani milton ne andha hone ke baad jo kaam kiya shayad woh agar unki aankhein zinda hoti</w:t>
      </w:r>
    </w:p>
    <w:p>
      <w:pPr>
        <w:jc w:val="right"/>
      </w:pPr>
      <w:r>
        <w:t>یعنی ملٹن نے اندھا ہونے کے بعد جو کام کیا شاید وہ اگر ان کی انکھیں زندہ ہوتی</w:t>
      </w:r>
    </w:p>
    <w:p>
      <w:r>
        <w:rPr>
          <w:b/>
        </w:rPr>
        <w:t xml:space="preserve">[38:38] </w:t>
      </w:r>
      <w:r>
        <w:t>toh na kar paate</w:t>
      </w:r>
    </w:p>
    <w:p>
      <w:pPr>
        <w:jc w:val="right"/>
      </w:pPr>
      <w:r>
        <w:t>تو نہ کر پاتے</w:t>
      </w:r>
    </w:p>
    <w:p>
      <w:r>
        <w:rPr>
          <w:b/>
        </w:rPr>
        <w:t xml:space="preserve">[38:41] </w:t>
      </w:r>
      <w:r>
        <w:t>history ka ek masterpiece unhone tayyar kiya kyunke impetence badh gaya unka</w:t>
      </w:r>
    </w:p>
    <w:p>
      <w:pPr>
        <w:jc w:val="right"/>
      </w:pPr>
      <w:r>
        <w:t>ہسٹری کا ایک ماسٹر پیس انہوں نے تیار کیا کیونکہ امپیٹنس بڑھ گیا ان کا</w:t>
      </w:r>
    </w:p>
    <w:p>
      <w:r>
        <w:rPr>
          <w:b/>
        </w:rPr>
        <w:t xml:space="preserve">[38:49] </w:t>
      </w:r>
      <w:r>
        <w:t>aisi har insaan ke liye</w:t>
      </w:r>
    </w:p>
    <w:p>
      <w:pPr>
        <w:jc w:val="right"/>
      </w:pPr>
      <w:r>
        <w:t>ایسی ہر انسان کے لیے</w:t>
      </w:r>
    </w:p>
    <w:p>
      <w:r>
        <w:rPr>
          <w:b/>
        </w:rPr>
        <w:t xml:space="preserve">[38:53] </w:t>
      </w:r>
      <w:r>
        <w:t>ke first insaan ne jab</w:t>
      </w:r>
    </w:p>
    <w:p>
      <w:pPr>
        <w:jc w:val="right"/>
      </w:pPr>
      <w:r>
        <w:t>کہ فرسٹ انسان نے جب</w:t>
      </w:r>
    </w:p>
    <w:p>
      <w:r>
        <w:rPr>
          <w:b/>
        </w:rPr>
        <w:t xml:space="preserve">[38:59] </w:t>
      </w:r>
      <w:r>
        <w:t>ghalti is mein yeh bhi ek sabak hai dekhiye ke hamara jo creator hai uska concern result hai uska concern result hai yani wo result ko dekhta hai yeh nahi ke us ne galti ki hai us ne gunah kiya hai nahi yeh nahi dekhta gunah ke baad kya hua wo dekhta hai</w:t>
      </w:r>
    </w:p>
    <w:p>
      <w:pPr>
        <w:jc w:val="right"/>
      </w:pPr>
      <w:r>
        <w:t>غلطی اس میں یہ بھی ایک سبق ہے دیکھیے کہ ہمارا جو کریٹر ہے اس کا کنسرن رزلٹ ہے اس کا کنسرن رزلٹ ہے یعنی وہ رزلٹ کو دیکھتا ہے یہ نہیں کہ اس نے غلطی کی ہے اس نے گناہ کیا ہے نہیں یہ نہیں دیکھتا گناہ کے بعد کیا ہوا وہ دیکھتا ہے</w:t>
      </w:r>
    </w:p>
    <w:p>
      <w:r>
        <w:rPr>
          <w:b/>
        </w:rPr>
        <w:t xml:space="preserve">[39:26] </w:t>
      </w:r>
      <w:r>
        <w:t>yeh quran mein yeh ayat aaye isi maani mein hai ke olaye ka yabadal allahu sayyidat hasanat</w:t>
      </w:r>
    </w:p>
    <w:p>
      <w:pPr>
        <w:jc w:val="right"/>
      </w:pPr>
      <w:r>
        <w:t>یہ قران میں یہ ایت ائے اسی معنی میں ہے کہ اولائے کا یبدل اللہ سیاط حسنات</w:t>
      </w:r>
    </w:p>
    <w:p>
      <w:r>
        <w:rPr>
          <w:b/>
        </w:rPr>
        <w:t xml:space="preserve">[39:35] </w:t>
      </w:r>
      <w:r>
        <w:t>yani sayyid jo hasanat ban gaya kaisi ajeeb baat hai</w:t>
      </w:r>
    </w:p>
    <w:p>
      <w:pPr>
        <w:jc w:val="right"/>
      </w:pPr>
      <w:r>
        <w:t>یعنی سیاہ جو حسنہ بن گیا کیسی عجیب بات ہے</w:t>
      </w:r>
    </w:p>
    <w:p>
      <w:r>
        <w:rPr>
          <w:b/>
        </w:rPr>
        <w:t xml:space="preserve">[39:40] </w:t>
      </w:r>
      <w:r>
        <w:t>sayyid hasanat ban gaya</w:t>
      </w:r>
    </w:p>
    <w:p>
      <w:pPr>
        <w:jc w:val="right"/>
      </w:pPr>
      <w:r>
        <w:t>سیاہ حسنہ بن گیا</w:t>
      </w:r>
    </w:p>
    <w:p>
      <w:r>
        <w:rPr>
          <w:b/>
        </w:rPr>
        <w:t xml:space="preserve">[39:43] </w:t>
      </w:r>
      <w:r>
        <w:t>kaisi ajeeb baat hai kyunke use impetence diya</w:t>
      </w:r>
    </w:p>
    <w:p>
      <w:pPr>
        <w:jc w:val="right"/>
      </w:pPr>
      <w:r>
        <w:t>کیسی عجیب بات ہے کیونکہ اسے امپیٹنس دیا</w:t>
      </w:r>
    </w:p>
    <w:p>
      <w:r>
        <w:rPr>
          <w:b/>
        </w:rPr>
        <w:t xml:space="preserve">[39:48] </w:t>
      </w:r>
      <w:r>
        <w:t>ghalti ke baad ek gehra muharrik paida hua motivation impetence</w:t>
      </w:r>
    </w:p>
    <w:p>
      <w:pPr>
        <w:jc w:val="right"/>
      </w:pPr>
      <w:r>
        <w:t>غلطی کے بعد ایک گہرا محرک پیدا ہوا موٹیویشن امپیٹس</w:t>
      </w:r>
    </w:p>
    <w:p>
      <w:r>
        <w:rPr>
          <w:b/>
        </w:rPr>
        <w:t xml:space="preserve">[39:56] </w:t>
      </w:r>
      <w:r>
        <w:t>ke mujhe haar qabool nahi hui</w:t>
      </w:r>
    </w:p>
    <w:p>
      <w:pPr>
        <w:jc w:val="right"/>
      </w:pPr>
      <w:r>
        <w:t>کہ مجھے ہار قبول نہیں ہوئی</w:t>
      </w:r>
    </w:p>
    <w:p>
      <w:r>
        <w:rPr>
          <w:b/>
        </w:rPr>
        <w:t xml:space="preserve">[40:00] </w:t>
      </w:r>
      <w:r>
        <w:t>yani woh aap ko jo impetence jaagta hai</w:t>
      </w:r>
    </w:p>
    <w:p>
      <w:pPr>
        <w:jc w:val="right"/>
      </w:pPr>
      <w:r>
        <w:t>یعنی وہ اپ کو جو امپیٹس جاگتا ہے</w:t>
      </w:r>
    </w:p>
    <w:p>
      <w:r>
        <w:rPr>
          <w:b/>
        </w:rPr>
        <w:t xml:space="preserve">[40:03] </w:t>
      </w:r>
      <w:r>
        <w:t>jaise aadmi jab tauba karta hai ghalti ke baad gunah ke baad toh woh kya kehta hai</w:t>
      </w:r>
    </w:p>
    <w:p>
      <w:pPr>
        <w:jc w:val="right"/>
      </w:pPr>
      <w:r>
        <w:t>جیسے ادمی جب توبہ کرتا ہے غلطی کے بعد گناہ کے بعد تو وہ کیا کہتا ہے</w:t>
      </w:r>
    </w:p>
    <w:p>
      <w:r>
        <w:rPr>
          <w:b/>
        </w:rPr>
        <w:t xml:space="preserve">[40:11] </w:t>
      </w:r>
      <w:r>
        <w:t>woh yeh</w:t>
      </w:r>
    </w:p>
    <w:p>
      <w:pPr>
        <w:jc w:val="right"/>
      </w:pPr>
      <w:r>
        <w:t>وہ یہ</w:t>
      </w:r>
    </w:p>
    <w:p>
      <w:r>
        <w:rPr>
          <w:b/>
        </w:rPr>
        <w:t xml:space="preserve">[40:12] </w:t>
      </w:r>
      <w:r>
        <w:t>kehta hai ke mujhe jahannum qabool nahi hai mujhe ab jannat mein jana hai</w:t>
      </w:r>
    </w:p>
    <w:p>
      <w:pPr>
        <w:jc w:val="right"/>
      </w:pPr>
      <w:r>
        <w:t>کہتا ہے کہ مجھے جہنم قبول نہیں ہے مجھے اب جنت میں جانا ہے</w:t>
      </w:r>
    </w:p>
    <w:p>
      <w:r>
        <w:rPr>
          <w:b/>
        </w:rPr>
        <w:t xml:space="preserve">[40:20] </w:t>
      </w:r>
      <w:r>
        <w:t>jab ek insan koi bada gunah kar le jis ke liye Allah ne azab likha hai akhirat mein</w:t>
      </w:r>
    </w:p>
    <w:p>
      <w:pPr>
        <w:jc w:val="right"/>
      </w:pPr>
      <w:r>
        <w:t>جب ایک انسان کوئی بڑا گناہ کر لے جس کے لیے اللہ نے عذاب لکھا ہے اخرت میں</w:t>
      </w:r>
    </w:p>
    <w:p>
      <w:r>
        <w:rPr>
          <w:b/>
        </w:rPr>
        <w:t xml:space="preserve">[40:30] </w:t>
      </w:r>
      <w:r>
        <w:t>jaise ek misaal mein deta hoon aap ko sahaba mein ek sahabi the un ka naam tha abdul rahman ibn auf wo tajir the aur kafi paisa kamaya tha unhone to ek baar aisa hua rasool Allah ki wafat ke baad</w:t>
      </w:r>
    </w:p>
    <w:p>
      <w:pPr>
        <w:jc w:val="right"/>
      </w:pPr>
      <w:r>
        <w:t>جیسے ایک مثال میں دیتا ہوں اپ کو صحابہ میں ایک صحاب تھے ان کا نام تھا عبدالرحمن ابن عوف وہ تاجر تھے اور کافی پیسہ کمایا تھا انہوں نے تو ایک بار ایسا ہوا رسول اللہ کی وفات کے بعد</w:t>
      </w:r>
    </w:p>
    <w:p>
      <w:r>
        <w:rPr>
          <w:b/>
        </w:rPr>
        <w:t xml:space="preserve">[40:50] </w:t>
      </w:r>
      <w:r>
        <w:t>ke madine mein bohat bara</w:t>
      </w:r>
    </w:p>
    <w:p>
      <w:pPr>
        <w:jc w:val="right"/>
      </w:pPr>
      <w:r>
        <w:t>کہ مدینے میں بہت بڑا</w:t>
      </w:r>
    </w:p>
    <w:p>
      <w:r>
        <w:rPr>
          <w:b/>
        </w:rPr>
        <w:t xml:space="preserve">[40:55] </w:t>
      </w:r>
      <w:r>
        <w:t>qafila aaya oonton ka tijarti maal le kar ke</w:t>
      </w:r>
    </w:p>
    <w:p>
      <w:pPr>
        <w:jc w:val="right"/>
      </w:pPr>
      <w:r>
        <w:t>قافلہ ایا اونٹوں کا تجارتی مال لے کر کے</w:t>
      </w:r>
    </w:p>
    <w:p>
      <w:r>
        <w:rPr>
          <w:b/>
        </w:rPr>
        <w:t xml:space="preserve">[41:00] </w:t>
      </w:r>
      <w:r>
        <w:t>aur madine mein iska poora madine mein halchal mach gayi</w:t>
      </w:r>
    </w:p>
    <w:p>
      <w:pPr>
        <w:jc w:val="right"/>
      </w:pPr>
      <w:r>
        <w:t>اور مدینے میں اس کا پورا مدینے میں ہلچل مچ گئی</w:t>
      </w:r>
    </w:p>
    <w:p>
      <w:r>
        <w:rPr>
          <w:b/>
        </w:rPr>
        <w:t xml:space="preserve">[41:07] </w:t>
      </w:r>
      <w:r>
        <w:t>toh hazrat aisha ne poocha ke kis ka qafila aaya hai</w:t>
      </w:r>
    </w:p>
    <w:p>
      <w:pPr>
        <w:jc w:val="right"/>
      </w:pPr>
      <w:r>
        <w:t>تو حضرت عائشہ نے پوچھا کہ کس کا قافلہ ایا ہے</w:t>
      </w:r>
    </w:p>
    <w:p>
      <w:r>
        <w:rPr>
          <w:b/>
        </w:rPr>
        <w:t xml:space="preserve">[41:14] </w:t>
      </w:r>
      <w:r>
        <w:t>tijarti qafila toh kisi ne kaha ke yeh abdul rehman ne aap ka</w:t>
      </w:r>
    </w:p>
    <w:p>
      <w:pPr>
        <w:jc w:val="right"/>
      </w:pPr>
      <w:r>
        <w:t>تجارتی قافلہ تو کسی نے کہا کہ یہ عبدالرحمن نے اپ کا</w:t>
      </w:r>
    </w:p>
    <w:p>
      <w:r>
        <w:rPr>
          <w:b/>
        </w:rPr>
        <w:t xml:space="preserve">[41:23] </w:t>
      </w:r>
      <w:r>
        <w:t>to hazrat aisha ne kaha</w:t>
      </w:r>
    </w:p>
    <w:p>
      <w:pPr>
        <w:jc w:val="right"/>
      </w:pPr>
      <w:r>
        <w:t>تو حضرت عائشہ نے کہا</w:t>
      </w:r>
    </w:p>
    <w:p>
      <w:r>
        <w:rPr>
          <w:b/>
        </w:rPr>
        <w:t xml:space="preserve">[41:27] </w:t>
      </w:r>
      <w:r>
        <w:t>ke maine rasool Allah se yeh kehte hue suna hai</w:t>
      </w:r>
    </w:p>
    <w:p>
      <w:pPr>
        <w:jc w:val="right"/>
      </w:pPr>
      <w:r>
        <w:t>کہ میں نے رسول اللہ سے یہ کہتے ہوئے سنا ہے</w:t>
      </w:r>
    </w:p>
    <w:p>
      <w:r>
        <w:rPr>
          <w:b/>
        </w:rPr>
        <w:t xml:space="preserve">[41:33] </w:t>
      </w:r>
      <w:r>
        <w:t>ke abdul rahman bin auf</w:t>
      </w:r>
    </w:p>
    <w:p>
      <w:pPr>
        <w:jc w:val="right"/>
      </w:pPr>
      <w:r>
        <w:t>کہ عبدالرحمن بن عوف</w:t>
      </w:r>
    </w:p>
    <w:p>
      <w:r>
        <w:rPr>
          <w:b/>
        </w:rPr>
        <w:t xml:space="preserve">[41:39] </w:t>
      </w:r>
      <w:r>
        <w:t>ghutnon par chalte hue jannat mein jayenge</w:t>
      </w:r>
    </w:p>
    <w:p>
      <w:pPr>
        <w:jc w:val="right"/>
      </w:pPr>
      <w:r>
        <w:t>گھٹنوں پر چلتے ہوئے جنت میں جائیں گے</w:t>
      </w:r>
    </w:p>
    <w:p>
      <w:r>
        <w:rPr>
          <w:b/>
        </w:rPr>
        <w:t xml:space="preserve">[41:46] </w:t>
      </w:r>
      <w:r>
        <w:t>hazrat aisha ne kaha ke rasool allah ne yeh kaha tha kaha tha ke abdul rehman bin auf yeh bohat bara tajir tha is daur mein ghutnon par chalte hue ghasitte hue jannat mein jayenge yeh kis ne bataya abdul rehman auf ko</w:t>
      </w:r>
    </w:p>
    <w:p>
      <w:pPr>
        <w:jc w:val="right"/>
      </w:pPr>
      <w:r>
        <w:t>حضرت عائشہ نے کہا کہ رسول اللہ نے یہ کہا تھا کہا تھا کہ عبدالرحمن بن عوف یہ بہت بڑا تاجر تھا اس دور میں گھٹنوں پر چلتے ہوئے گھسیٹتے ہوئے جنت میں جائیں گے یہ کس نے بتایا عبدالرحمن عوف کو</w:t>
      </w:r>
    </w:p>
    <w:p>
      <w:r>
        <w:rPr>
          <w:b/>
        </w:rPr>
        <w:t xml:space="preserve">[42:07] </w:t>
      </w:r>
      <w:r>
        <w:t>ke aisha ne aisa kaha hai</w:t>
      </w:r>
    </w:p>
    <w:p>
      <w:pPr>
        <w:jc w:val="right"/>
      </w:pPr>
      <w:r>
        <w:t>کہ عائشہ نے ایسا کہا ہے</w:t>
      </w:r>
    </w:p>
    <w:p>
      <w:r>
        <w:rPr>
          <w:b/>
        </w:rPr>
        <w:t xml:space="preserve">[42:13] </w:t>
      </w:r>
      <w:r>
        <w:t>to jante hain kya hua unhon ne kaha to ek ajib cheez paida hui unhon ne kaha ke main inshallah</w:t>
      </w:r>
    </w:p>
    <w:p>
      <w:pPr>
        <w:jc w:val="right"/>
      </w:pPr>
      <w:r>
        <w:t>تو جانتے ہیں کیا ہوا انہوں نے کہا تو ایک عجیب چیز پیدا ہوئی انہوں نے کہا کہ میں انشاءاللہ</w:t>
      </w:r>
    </w:p>
    <w:p>
      <w:r>
        <w:rPr>
          <w:b/>
        </w:rPr>
        <w:t xml:space="preserve">[42:24] </w:t>
      </w:r>
      <w:r>
        <w:t>khade ho kar jannat mein jaunga aur sara jo maal tehrt tha sab unhon ne logon ko de diya takht sadqa kar diya</w:t>
      </w:r>
    </w:p>
    <w:p>
      <w:pPr>
        <w:jc w:val="right"/>
      </w:pPr>
      <w:r>
        <w:t>کھڑے ہو کر جنت میں جاؤں گا اور سارا جو مال تہرت تھا سب انہوں نے لوگوں کو دے دیا تخت صدقہ کر دیا</w:t>
      </w:r>
    </w:p>
    <w:p>
      <w:r>
        <w:rPr>
          <w:b/>
        </w:rPr>
        <w:t xml:space="preserve">[42:38] </w:t>
      </w:r>
      <w:r>
        <w:t>yahi to hai</w:t>
      </w:r>
    </w:p>
    <w:p>
      <w:pPr>
        <w:jc w:val="right"/>
      </w:pPr>
      <w:r>
        <w:t>یہی تو ہے</w:t>
      </w:r>
    </w:p>
    <w:p>
      <w:r>
        <w:rPr>
          <w:b/>
        </w:rPr>
        <w:t xml:space="preserve">[42:43] </w:t>
      </w:r>
      <w:r>
        <w:t>main jannat mein nahi jaunga main main main dozakh mein nahi jaane wala hoon main jannat mein</w:t>
      </w:r>
    </w:p>
    <w:p>
      <w:pPr>
        <w:jc w:val="right"/>
      </w:pPr>
      <w:r>
        <w:t>میں جنت میں نہیں جاؤں گا میں میں میں دوزخ میں نہیں جانے والا ہوں میں جنت میں</w:t>
      </w:r>
    </w:p>
    <w:p>
      <w:r>
        <w:rPr>
          <w:b/>
        </w:rPr>
        <w:t xml:space="preserve">[42:48] </w:t>
      </w:r>
      <w:r>
        <w:t>jaunga jab toba aadmi karta hai to yeh iske andar jaagta hai</w:t>
      </w:r>
    </w:p>
    <w:p>
      <w:pPr>
        <w:jc w:val="right"/>
      </w:pPr>
      <w:r>
        <w:t>جاؤں گا جب توبہ ادمی کرتا ہے تو یہ اس کے اندر جاگتا ہے</w:t>
      </w:r>
    </w:p>
    <w:p>
      <w:r>
        <w:rPr>
          <w:b/>
        </w:rPr>
        <w:t xml:space="preserve">[42:54] </w:t>
      </w:r>
      <w:r>
        <w:t>jab aadam ne toba ki to goya ke unhon ne yeh kaha ke inshallah</w:t>
      </w:r>
    </w:p>
    <w:p>
      <w:pPr>
        <w:jc w:val="right"/>
      </w:pPr>
      <w:r>
        <w:t>جب ادم نے توبہ کی تو گویا کہ انہوں نے یہ کہا کہ انشاءاللہ</w:t>
      </w:r>
    </w:p>
    <w:p>
      <w:r>
        <w:rPr>
          <w:b/>
        </w:rPr>
        <w:t xml:space="preserve">[43:02] </w:t>
      </w:r>
      <w:r>
        <w:t>main dozakh mein nahi jaunga inshallah main jannat mein jaunga</w:t>
      </w:r>
    </w:p>
    <w:p>
      <w:pPr>
        <w:jc w:val="right"/>
      </w:pPr>
      <w:r>
        <w:t>میں دوزخ میں نہیں جاؤں گا انشاءاللہ میں جنت میں جاؤں گا</w:t>
      </w:r>
    </w:p>
    <w:p>
      <w:r>
        <w:rPr>
          <w:b/>
        </w:rPr>
        <w:t xml:space="preserve">[43:08] </w:t>
      </w:r>
      <w:r>
        <w:t>aur phir unhon ne toba kiya repentance aaya aur ek itna zyada unhon ne taraqqi ki ke un</w:t>
      </w:r>
    </w:p>
    <w:p>
      <w:pPr>
        <w:jc w:val="right"/>
      </w:pPr>
      <w:r>
        <w:t>اور پھر انہوں نے توبہ کیا ریپینڈنس ایا اور ایک اتنا زیادہ انہوں نے ترقی کی کہ ان</w:t>
      </w:r>
    </w:p>
    <w:p>
      <w:r>
        <w:rPr>
          <w:b/>
        </w:rPr>
        <w:t xml:space="preserve">[43:15] </w:t>
      </w:r>
      <w:r>
        <w:t>ko paighambar bana diya gaya aap jante hain ke aadam paighambar bane baad ko</w:t>
      </w:r>
    </w:p>
    <w:p>
      <w:pPr>
        <w:jc w:val="right"/>
      </w:pPr>
      <w:r>
        <w:t>کو پیغمبر بنا دیا گیا اپ جانتے ہیں کہ ادم پیغمبر بنے بعد کو</w:t>
      </w:r>
    </w:p>
    <w:p>
      <w:r>
        <w:rPr>
          <w:b/>
        </w:rPr>
        <w:t xml:space="preserve">[43:24] </w:t>
      </w:r>
      <w:r>
        <w:t>jis aadam se galti hui thi</w:t>
      </w:r>
    </w:p>
    <w:p>
      <w:pPr>
        <w:jc w:val="right"/>
      </w:pPr>
      <w:r>
        <w:t>جس ادم سے غلطی ہوئی تھی</w:t>
      </w:r>
    </w:p>
    <w:p>
      <w:r>
        <w:rPr>
          <w:b/>
        </w:rPr>
        <w:t xml:space="preserve">[43:29] </w:t>
      </w:r>
      <w:r>
        <w:t>main samajhta hoon ke un se jo galti hui thi woh woh bohat hi badi galti thi kyunke</w:t>
      </w:r>
    </w:p>
    <w:p>
      <w:pPr>
        <w:jc w:val="right"/>
      </w:pPr>
      <w:r>
        <w:t>میں سمجھتا ہوں کہ ان سے جو غلطی ہوئی تھی وہ وہ بہت ہی بڑی غلطی تھی کیونکہ</w:t>
      </w:r>
    </w:p>
    <w:p>
      <w:r>
        <w:rPr>
          <w:b/>
        </w:rPr>
        <w:t xml:space="preserve">[43:35] </w:t>
      </w:r>
      <w:r>
        <w:t>Allah ne direct un se kaha tha ke dekho is peed ke paas mat jana yeh tumhare liye</w:t>
      </w:r>
    </w:p>
    <w:p>
      <w:pPr>
        <w:jc w:val="right"/>
      </w:pPr>
      <w:r>
        <w:t>اللہ نے ڈائریکٹ ان سے کہا تھا کہ دیکھو اس پیڑ کے پاس مت جانا یہ تمہارے لیے</w:t>
      </w:r>
    </w:p>
    <w:p>
      <w:r>
        <w:rPr>
          <w:b/>
        </w:rPr>
        <w:t xml:space="preserve">[43:42] </w:t>
      </w:r>
      <w:r>
        <w:t>forbidden area hai direct kaha tha direct phir bhi ja ke unhon ne iska phal kha liya</w:t>
      </w:r>
    </w:p>
    <w:p>
      <w:pPr>
        <w:jc w:val="right"/>
      </w:pPr>
      <w:r>
        <w:t>فائبرنٹ ایریا ہے ڈائریکٹ کہا تھا ڈائریکٹ پھر بھی جا کے انہوں نے اس کا پھل کھا لیا</w:t>
      </w:r>
    </w:p>
    <w:p>
      <w:r>
        <w:rPr>
          <w:b/>
        </w:rPr>
        <w:t xml:space="preserve">[43:51] </w:t>
      </w:r>
      <w:r>
        <w:t>to aap gaur kijiye kitni badi galti thi</w:t>
      </w:r>
    </w:p>
    <w:p>
      <w:pPr>
        <w:jc w:val="right"/>
      </w:pPr>
      <w:r>
        <w:t>تو اپ غور کیجئے کتنی بڑی غلطی تھی</w:t>
      </w:r>
    </w:p>
    <w:p>
      <w:r>
        <w:rPr>
          <w:b/>
        </w:rPr>
        <w:t xml:space="preserve">[43:56] </w:t>
      </w:r>
      <w:r>
        <w:t>kitni badi galti thi humein to indirect way mein Quran se milta hai ke yeh karo woh</w:t>
      </w:r>
    </w:p>
    <w:p>
      <w:pPr>
        <w:jc w:val="right"/>
      </w:pPr>
      <w:r>
        <w:t>کتنی بڑی غلطی تھی ہمیں تو ان ڈائریکٹ وے میں قران سے ملتا ہے کہ یہ کرو وہ</w:t>
      </w:r>
    </w:p>
    <w:p>
      <w:r>
        <w:rPr>
          <w:b/>
        </w:rPr>
        <w:t xml:space="preserve">[44:01] </w:t>
      </w:r>
      <w:r>
        <w:t>na karo hamara do and don't jo hai indirect way hum ko pahuncha hai aadam ko to</w:t>
      </w:r>
    </w:p>
    <w:p>
      <w:pPr>
        <w:jc w:val="right"/>
      </w:pPr>
      <w:r>
        <w:t>نہ کرو ہمارا ڈو اینڈ ڈونٹ جو ہے ان ڈائریکٹ وے ہم کو پہنچا ہے ادم کو تو</w:t>
      </w:r>
    </w:p>
    <w:p>
      <w:r>
        <w:rPr>
          <w:b/>
        </w:rPr>
        <w:t xml:space="preserve">[44:09] </w:t>
      </w:r>
      <w:r>
        <w:t>direct pahuncha tha aey aadam is peed ko to maine chhoona hai</w:t>
      </w:r>
    </w:p>
    <w:p>
      <w:pPr>
        <w:jc w:val="right"/>
      </w:pPr>
      <w:r>
        <w:t>ڈائریکٹ پہنچا تھا اے ادم اس پیڑ کو تو میں نے چھونا ہے</w:t>
      </w:r>
    </w:p>
    <w:p>
      <w:r>
        <w:rPr>
          <w:b/>
        </w:rPr>
        <w:t xml:space="preserve">[44:16] </w:t>
      </w:r>
      <w:r>
        <w:t>itni badi galti</w:t>
      </w:r>
    </w:p>
    <w:p>
      <w:pPr>
        <w:jc w:val="right"/>
      </w:pPr>
      <w:r>
        <w:t>اتنی بڑی غلطی</w:t>
      </w:r>
    </w:p>
    <w:p>
      <w:r>
        <w:rPr>
          <w:b/>
        </w:rPr>
        <w:t xml:space="preserve">[44:19] </w:t>
      </w:r>
      <w:r>
        <w:t>lekin aadam ke andar jab yeh</w:t>
      </w:r>
    </w:p>
    <w:p>
      <w:pPr>
        <w:jc w:val="right"/>
      </w:pPr>
      <w:r>
        <w:t>لیکن ادم کے اندر جب یہ</w:t>
      </w:r>
    </w:p>
    <w:p>
      <w:r>
        <w:rPr>
          <w:b/>
        </w:rPr>
        <w:t xml:space="preserve">[44:22] </w:t>
      </w:r>
      <w:r>
        <w:t>incentive aaya jab woh motivate hui aur toba kiya to goya ke goya ke unhon ne kaha ke</w:t>
      </w:r>
    </w:p>
    <w:p>
      <w:pPr>
        <w:jc w:val="right"/>
      </w:pPr>
      <w:r>
        <w:t>انسینٹیو ایا جب وہ موٹیویٹ ہوئی اور توبہ کیا تو گویا کہ گویا کہ انہوں نے کہا کہ</w:t>
      </w:r>
    </w:p>
    <w:p>
      <w:r>
        <w:rPr>
          <w:b/>
        </w:rPr>
        <w:t xml:space="preserve">[44:32] </w:t>
      </w:r>
      <w:r>
        <w:t>main dozakh mein jaane wala nahi hoon main jannat mein jaunga</w:t>
      </w:r>
    </w:p>
    <w:p>
      <w:pPr>
        <w:jc w:val="right"/>
      </w:pPr>
      <w:r>
        <w:t>میں دوزخ میں جانے والا نہیں ہوں میں جنت میں جاؤں گا</w:t>
      </w:r>
    </w:p>
    <w:p>
      <w:r>
        <w:rPr>
          <w:b/>
        </w:rPr>
        <w:t xml:space="preserve">[44:38] </w:t>
      </w:r>
      <w:r>
        <w:t>aur phir apne ko badal diya itna badla itna badla itna badla</w:t>
      </w:r>
    </w:p>
    <w:p>
      <w:pPr>
        <w:jc w:val="right"/>
      </w:pPr>
      <w:r>
        <w:t>اور پھر اپنے کو بدل دیا اتنا بدلا اتنا بدلا اتنا بدلا</w:t>
      </w:r>
    </w:p>
    <w:p>
      <w:r>
        <w:rPr>
          <w:b/>
        </w:rPr>
        <w:t xml:space="preserve">[44:41] </w:t>
      </w:r>
      <w:r>
        <w:t>ke paighambar bana diye gaye paighambar bana diye gaye wahi gunhegar adam first paighambar hain aap ghor kijiye first prophet adam hai puri human history mein jo first prophet tha woh adam the</w:t>
      </w:r>
    </w:p>
    <w:p>
      <w:pPr>
        <w:jc w:val="right"/>
      </w:pPr>
      <w:r>
        <w:t>کہ پیغمبر بنا دیے گئے پیغمبر بنا دیے گئے وہی گنہگار ادم فرسٹ پیغمبر ہیں اپ غور کیجئے فرسٹ پرافٹ ادم ہے پوری ہیومن ہسٹری میں جو فرسٹ پرافٹ تھا وہ ادم تھے</w:t>
      </w:r>
    </w:p>
    <w:p>
      <w:r>
        <w:rPr>
          <w:b/>
        </w:rPr>
        <w:t xml:space="preserve">[45:06] </w:t>
      </w:r>
      <w:r>
        <w:t>aap ghor kijiye ke woh insan jis ne itni bari ghalati ki thi yeh dafa gunah kiya tha lekin jab uske andar tauba aayi jab nabuwat jab naya impetus aaya jab to naya incentive jaaga woh motivate hui to apne aap ko itna badla itna badla ke khuda ki rehmat us par toot padi</w:t>
      </w:r>
    </w:p>
    <w:p>
      <w:pPr>
        <w:jc w:val="right"/>
      </w:pPr>
      <w:r>
        <w:t>اپ غور کیجئے کہ وہ انسان جس نے اتنی بڑی غلطی کی تھی یہ دفعہ گناہ کیا تھا لیکن جب اس کے اندر توبہ ائی جب نبوت جب نیا امپیٹس ایا جب تو نیا انسینٹیو جاگا وہ موٹیویٹ ہوئی تو اپنے اپ کو اتنا بدلا اتنا بدلا کہ خدا کی رحمت اس پر ٹوٹ پڑی</w:t>
      </w:r>
    </w:p>
    <w:p>
      <w:r>
        <w:rPr>
          <w:b/>
        </w:rPr>
        <w:t xml:space="preserve">[45:34] </w:t>
      </w:r>
      <w:r>
        <w:t>yaani woh insaan jo ban gaya tha</w:t>
      </w:r>
    </w:p>
    <w:p>
      <w:pPr>
        <w:jc w:val="right"/>
      </w:pPr>
      <w:r>
        <w:t>یعنی وہ انسان جو بن گیا تھا</w:t>
      </w:r>
    </w:p>
    <w:p>
      <w:r>
        <w:rPr>
          <w:b/>
        </w:rPr>
        <w:t xml:space="preserve">[45:37] </w:t>
      </w:r>
      <w:r>
        <w:t>qabil saza us ke upar Khuda ki rehmat toot padi</w:t>
      </w:r>
    </w:p>
    <w:p>
      <w:pPr>
        <w:jc w:val="right"/>
      </w:pPr>
      <w:r>
        <w:t>قابل سزا اس کے اوپر خدا کی رحمت ٹوٹ پڑی</w:t>
      </w:r>
    </w:p>
    <w:p>
      <w:r>
        <w:rPr>
          <w:b/>
        </w:rPr>
        <w:t xml:space="preserve">[45:44] </w:t>
      </w:r>
      <w:r>
        <w:t>itna zyada rehmat aayi aadam ke upar</w:t>
      </w:r>
    </w:p>
    <w:p>
      <w:pPr>
        <w:jc w:val="right"/>
      </w:pPr>
      <w:r>
        <w:t>اتنا زیادہ رحمت ائی ادم کے اوپر</w:t>
      </w:r>
    </w:p>
    <w:p>
      <w:r>
        <w:rPr>
          <w:b/>
        </w:rPr>
        <w:t xml:space="preserve">[45:48] </w:t>
      </w:r>
      <w:r>
        <w:t>ke Allah Rabbul Alameen ne</w:t>
      </w:r>
    </w:p>
    <w:p>
      <w:pPr>
        <w:jc w:val="right"/>
      </w:pPr>
      <w:r>
        <w:t>کہ اللہ رب العالمین نے</w:t>
      </w:r>
    </w:p>
    <w:p>
      <w:r>
        <w:rPr>
          <w:b/>
        </w:rPr>
        <w:t xml:space="preserve">[45:50] </w:t>
      </w:r>
      <w:r>
        <w:t>un ko first paighambar declare kiya</w:t>
      </w:r>
    </w:p>
    <w:p>
      <w:pPr>
        <w:jc w:val="right"/>
      </w:pPr>
      <w:r>
        <w:t>ان کو فرسٹ پیغمبر ڈیکلیئر کیا</w:t>
      </w:r>
    </w:p>
    <w:p>
      <w:r>
        <w:rPr>
          <w:b/>
        </w:rPr>
        <w:t xml:space="preserve">[45:54] </w:t>
      </w:r>
      <w:r>
        <w:t>first prophet declare kiya kar diya un ko</w:t>
      </w:r>
    </w:p>
    <w:p>
      <w:pPr>
        <w:jc w:val="right"/>
      </w:pPr>
      <w:r>
        <w:t>فرسٹ پرافٹ ڈیکلیئر کیا کر دیا ان کو</w:t>
      </w:r>
    </w:p>
    <w:p>
      <w:r>
        <w:rPr>
          <w:b/>
        </w:rPr>
        <w:t xml:space="preserve">[45:59] </w:t>
      </w:r>
      <w:r>
        <w:t>kisi ajeeb baat hai</w:t>
      </w:r>
    </w:p>
    <w:p>
      <w:pPr>
        <w:jc w:val="right"/>
      </w:pPr>
      <w:r>
        <w:t>کیسی عجیب بات ہے</w:t>
      </w:r>
    </w:p>
    <w:p>
      <w:r>
        <w:rPr>
          <w:b/>
        </w:rPr>
        <w:t xml:space="preserve">[46:02] </w:t>
      </w:r>
      <w:r>
        <w:t>doosre log yeh keh sakte hain ke woh insaan jis ne shayad tareekh ka sab se bara gunah</w:t>
      </w:r>
    </w:p>
    <w:p>
      <w:pPr>
        <w:jc w:val="right"/>
      </w:pPr>
      <w:r>
        <w:t>دوسرے لوگ یہ کہہ سکتے ہیں کہ وہ انسان جس نے شاید تاریخ کا سب سے بڑا گناہ</w:t>
      </w:r>
    </w:p>
    <w:p>
      <w:r>
        <w:rPr>
          <w:b/>
        </w:rPr>
        <w:t xml:space="preserve">[46:09] </w:t>
      </w:r>
      <w:r>
        <w:t>kiya tha yani khuda ke direct khuda se un ko aik direct hukum mila tha direct aye adam</w:t>
      </w:r>
    </w:p>
    <w:p>
      <w:pPr>
        <w:jc w:val="right"/>
      </w:pPr>
      <w:r>
        <w:t>کیا تھا یعنی خدا کے ڈائریکٹ خدا سے ان کو ایک ڈائریکٹ حکم ملا تھا ڈائریکٹ اے ادم</w:t>
      </w:r>
    </w:p>
    <w:p>
      <w:r>
        <w:rPr>
          <w:b/>
        </w:rPr>
        <w:t xml:space="preserve">[46:19] </w:t>
      </w:r>
      <w:r>
        <w:t>is</w:t>
      </w:r>
    </w:p>
    <w:p>
      <w:pPr>
        <w:jc w:val="right"/>
      </w:pPr>
      <w:r>
        <w:t>اس</w:t>
      </w:r>
    </w:p>
    <w:p>
      <w:r>
        <w:rPr>
          <w:b/>
        </w:rPr>
        <w:t xml:space="preserve">[46:20] </w:t>
      </w:r>
      <w:r>
        <w:t>forbidden tree ke paas mat jana direct hukum mila tha</w:t>
      </w:r>
    </w:p>
    <w:p>
      <w:pPr>
        <w:jc w:val="right"/>
      </w:pPr>
      <w:r>
        <w:t>فائبرنٹری کے پاس مت جانا ڈائریکٹ حکم ملا تھا</w:t>
      </w:r>
    </w:p>
    <w:p>
      <w:r>
        <w:rPr>
          <w:b/>
        </w:rPr>
        <w:t xml:space="preserve">[46:26] </w:t>
      </w:r>
      <w:r>
        <w:t>unhon ne is ke khilaaf kiya to ghor kijiye ke kitna bara gunah hoga yeh is gunah ko</w:t>
      </w:r>
    </w:p>
    <w:p>
      <w:pPr>
        <w:jc w:val="right"/>
      </w:pPr>
      <w:r>
        <w:t>انہوں نے اس کے خلاف کیا تو غور کیجئے کہ کتنا بڑا گناہ ہوگا یہ اس گناہ کو</w:t>
      </w:r>
    </w:p>
    <w:p>
      <w:r>
        <w:rPr>
          <w:b/>
        </w:rPr>
        <w:t xml:space="preserve">[46:32] </w:t>
      </w:r>
      <w:r>
        <w:t>aap hamare paas naap nahi sakte</w:t>
      </w:r>
    </w:p>
    <w:p>
      <w:pPr>
        <w:jc w:val="right"/>
      </w:pPr>
      <w:r>
        <w:t>اپ ہمارے پاس ناپ نہیں سکتے</w:t>
      </w:r>
    </w:p>
    <w:p>
      <w:r>
        <w:rPr>
          <w:b/>
        </w:rPr>
        <w:t xml:space="preserve">[46:37] </w:t>
      </w:r>
      <w:r>
        <w:t>lekin unhon ne toba kiya roye maafi mangi</w:t>
      </w:r>
    </w:p>
    <w:p>
      <w:pPr>
        <w:jc w:val="right"/>
      </w:pPr>
      <w:r>
        <w:t>لیکن انہوں نے توبہ کیا روئے معافی مانگی</w:t>
      </w:r>
    </w:p>
    <w:p>
      <w:r>
        <w:rPr>
          <w:b/>
        </w:rPr>
        <w:t xml:space="preserve">[46:44] </w:t>
      </w:r>
      <w:r>
        <w:t>to Allah ne un ko first paighambar declare kar diya</w:t>
      </w:r>
    </w:p>
    <w:p>
      <w:pPr>
        <w:jc w:val="right"/>
      </w:pPr>
      <w:r>
        <w:t>تو اللہ نے ان کو فرسٹ پیغمبر ڈیکلیئر کر دیا</w:t>
      </w:r>
    </w:p>
    <w:p>
      <w:r>
        <w:rPr>
          <w:b/>
        </w:rPr>
        <w:t xml:space="preserve">[46:52] </w:t>
      </w:r>
      <w:r>
        <w:t>to main kahunga ke is surah se adam ki history se sabak lijiye aur apni zindagi ki re planning kijiye re planning kijiye re planning kijiye assalam o alaikum wa rehmatullah</w:t>
      </w:r>
    </w:p>
    <w:p>
      <w:pPr>
        <w:jc w:val="right"/>
      </w:pPr>
      <w:r>
        <w:t>تو میں کہوں گا کہ اس سورہ سے ادم کی ہسٹری سے سبق لیجئے اور اپنی زندگی کی ری پلاننگ کیجئے ری پلاننگ کیجئے ری پلاننگ کیجئے السلام علیکم ورحمۃ اللہ</w:t>
      </w:r>
    </w:p>
    <w:p>
      <w:r>
        <w:rPr>
          <w:b/>
        </w:rPr>
        <w:t xml:space="preserve">[47:19] </w:t>
      </w:r>
      <w:r>
        <w:t>Okay, so we will start with the question answer session. Before I start reading the comments,</w:t>
      </w:r>
    </w:p>
    <w:p>
      <w:pPr>
        <w:jc w:val="right"/>
      </w:pPr>
      <w:r>
        <w:t>اوکے سو وی ویل سٹارٹ ود دی کوسچن انسر سیشن اہ بیفور ائی سٹارٹ اہ ریڈنگ دی کمنٹس</w:t>
      </w:r>
    </w:p>
    <w:p>
      <w:r>
        <w:rPr>
          <w:b/>
        </w:rPr>
        <w:t xml:space="preserve">[47:26] </w:t>
      </w:r>
      <w:r>
        <w:t>an today talk ah one announcement that Maulana talk will be held three times a week ah Friday</w:t>
      </w:r>
    </w:p>
    <w:p>
      <w:pPr>
        <w:jc w:val="right"/>
      </w:pPr>
      <w:r>
        <w:t>ان ٹوڈے ٹاک اہ ون اناؤنسمنٹ دیٹ مولانا ٹاک ول بی ہیلڈ تھری ٹائمز ا ویک اہ فرائیڈے</w:t>
      </w:r>
    </w:p>
    <w:p>
      <w:r>
        <w:rPr>
          <w:b/>
        </w:rPr>
        <w:t xml:space="preserve">[47:35] </w:t>
      </w:r>
      <w:r>
        <w:t>the session will be live at seven pm and on Saturday the session will start at six</w:t>
      </w:r>
    </w:p>
    <w:p>
      <w:pPr>
        <w:jc w:val="right"/>
      </w:pPr>
      <w:r>
        <w:t>دی سیشن ول بی لائیو ایٹ سیون پی ایم اینڈ ان سیٹرڈے دی سیشن ول سٹارٹ ایٹ سکس</w:t>
      </w:r>
    </w:p>
    <w:p>
      <w:r>
        <w:rPr>
          <w:b/>
        </w:rPr>
        <w:t xml:space="preserve">[47:42] </w:t>
      </w:r>
      <w:r>
        <w:t>pm and Sunday the sessions will be conducted at the usual time which is 10:30 am</w:t>
      </w:r>
    </w:p>
    <w:p>
      <w:pPr>
        <w:jc w:val="right"/>
      </w:pPr>
      <w:r>
        <w:t>پی ایم اینڈ سنڈے دا سیشنز ول بی کنڈکٹڈ ایٹ دا یوزل ٹائم وچ از 10:30 اے ایم</w:t>
      </w:r>
    </w:p>
    <w:p>
      <w:r>
        <w:rPr>
          <w:b/>
        </w:rPr>
        <w:t xml:space="preserve">[47:49] </w:t>
      </w:r>
      <w:r>
        <w:t>as per Indian standard time so I will now start with the comments</w:t>
      </w:r>
    </w:p>
    <w:p>
      <w:pPr>
        <w:jc w:val="right"/>
      </w:pPr>
      <w:r>
        <w:t>ایز پر انڈین سٹینڈرڈ ٹائم سو ائی ویل ناؤ سٹارٹ ود دی کمنٹس</w:t>
      </w:r>
    </w:p>
    <w:p>
      <w:r>
        <w:rPr>
          <w:b/>
        </w:rPr>
        <w:t xml:space="preserve">[47:55] </w:t>
      </w:r>
      <w:r>
        <w:t>ah Maulana pehla comment hum Maulana Abdul Basit Umri ka lenge Doha Qatar se unhon ne kal jo</w:t>
      </w:r>
    </w:p>
    <w:p>
      <w:pPr>
        <w:jc w:val="right"/>
      </w:pPr>
      <w:r>
        <w:t>اہ مولانا پہلا کمنٹ ہم مولانا عبدالباسط عمری کا لیں گے دوحہ قطر سے انہوں نے کل جو</w:t>
      </w:r>
    </w:p>
    <w:p>
      <w:r>
        <w:rPr>
          <w:b/>
        </w:rPr>
        <w:t xml:space="preserve">[48:03] </w:t>
      </w:r>
      <w:r>
        <w:t>ap ka talk tha</w:t>
      </w:r>
    </w:p>
    <w:p>
      <w:pPr>
        <w:jc w:val="right"/>
      </w:pPr>
      <w:r>
        <w:t>اپ کا ٹاک تھا</w:t>
      </w:r>
    </w:p>
    <w:p>
      <w:r>
        <w:rPr>
          <w:b/>
        </w:rPr>
        <w:t xml:space="preserve">[48:04] </w:t>
      </w:r>
      <w:r>
        <w:t>is ke baray mein apna comment bheja hai</w:t>
      </w:r>
    </w:p>
    <w:p>
      <w:pPr>
        <w:jc w:val="right"/>
      </w:pPr>
      <w:r>
        <w:t>اس کے بارے میں اپنا کمنٹ بھیجا ہے</w:t>
      </w:r>
    </w:p>
    <w:p>
      <w:r>
        <w:rPr>
          <w:b/>
        </w:rPr>
        <w:t xml:space="preserve">[48:08] </w:t>
      </w:r>
      <w:r>
        <w:t>ah kal ka jo topic tha woh tha remembrance of God</w:t>
      </w:r>
    </w:p>
    <w:p>
      <w:pPr>
        <w:jc w:val="right"/>
      </w:pPr>
      <w:r>
        <w:t>اہ کل کا جو ٹاپک تھا وہ تھا ریممبرنس اف گاڈ</w:t>
      </w:r>
    </w:p>
    <w:p>
      <w:r>
        <w:rPr>
          <w:b/>
        </w:rPr>
        <w:t xml:space="preserve">[48:14] </w:t>
      </w:r>
      <w:r>
        <w:t>unhon ne likha hai</w:t>
      </w:r>
    </w:p>
    <w:p>
      <w:pPr>
        <w:jc w:val="right"/>
      </w:pPr>
      <w:r>
        <w:t>انہوں نے لکھا ہے</w:t>
      </w:r>
    </w:p>
    <w:p>
      <w:r>
        <w:rPr>
          <w:b/>
        </w:rPr>
        <w:t xml:space="preserve">[48:17] </w:t>
      </w:r>
      <w:r>
        <w:t>Maulana kal aap ne apne lecture remembrance of God mein jo baat batai ke Allah ka zikr yeh</w:t>
      </w:r>
    </w:p>
    <w:p>
      <w:pPr>
        <w:jc w:val="right"/>
      </w:pPr>
      <w:r>
        <w:t>مولانا کل اپ نے اپنے لیکچر ریممبرنس اف گاڈ میں جو بات بتائی کہ اللہ کا ذکر یہ</w:t>
      </w:r>
    </w:p>
    <w:p>
      <w:r>
        <w:rPr>
          <w:b/>
        </w:rPr>
        <w:t xml:space="preserve">[48:24] </w:t>
      </w:r>
      <w:r>
        <w:t>nahi hai ke hum Allah Allah ka wird karte rahein balke zikr yeh hai ke hum har experience</w:t>
      </w:r>
    </w:p>
    <w:p>
      <w:pPr>
        <w:jc w:val="right"/>
      </w:pPr>
      <w:r>
        <w:t>نہیں ہے کہ ہم اللہ اللہ کا ورد کرتے رہیں بلکہ ذکر یہ ہے کہ ہم ہر ایکسپیرینس</w:t>
      </w:r>
    </w:p>
    <w:p>
      <w:r>
        <w:rPr>
          <w:b/>
        </w:rPr>
        <w:t xml:space="preserve">[48:31] </w:t>
      </w:r>
      <w:r>
        <w:t>ko Khuda ke zikr mein convert karein Maulana aap ki yeh rehnumai</w:t>
      </w:r>
    </w:p>
    <w:p>
      <w:pPr>
        <w:jc w:val="right"/>
      </w:pPr>
      <w:r>
        <w:t>کو خدا کے ذکر میں کنورٹ کریں مولانا اپ کی یہ رہنمائی</w:t>
      </w:r>
    </w:p>
    <w:p>
      <w:r>
        <w:rPr>
          <w:b/>
        </w:rPr>
        <w:t xml:space="preserve">[48:38] </w:t>
      </w:r>
      <w:r>
        <w:t>zinda zikr ki taraf rehnumai hai yeh takhleeqi zikr ki taraf rehnumai hai sare ulama masnoon aur zabani</w:t>
      </w:r>
    </w:p>
    <w:p>
      <w:pPr>
        <w:jc w:val="right"/>
      </w:pPr>
      <w:r>
        <w:t>زندہ ذکر کی طرف رہنمائی ہے یہ تخلیقی ذکر کی طرف رہنمائی ہے سارے علماء مسنون اور زبانی</w:t>
      </w:r>
    </w:p>
    <w:p>
      <w:r>
        <w:rPr>
          <w:b/>
        </w:rPr>
        <w:t xml:space="preserve">[48:46] </w:t>
      </w:r>
      <w:r>
        <w:t>zikr ki taraf rehnumai karte hain lekin</w:t>
      </w:r>
    </w:p>
    <w:p>
      <w:pPr>
        <w:jc w:val="right"/>
      </w:pPr>
      <w:r>
        <w:t>ذکر کی طرف رہنمائی کرتے ہیں لیکن</w:t>
      </w:r>
    </w:p>
    <w:p>
      <w:r>
        <w:rPr>
          <w:b/>
        </w:rPr>
        <w:t xml:space="preserve">[48:50] </w:t>
      </w:r>
      <w:r>
        <w:t>aap shoori zikr ki taraf rehnumai kar rahe hain dono mein zameen asman ka farq hai jab bhi</w:t>
      </w:r>
    </w:p>
    <w:p>
      <w:pPr>
        <w:jc w:val="right"/>
      </w:pPr>
      <w:r>
        <w:t>اپ شعوری ذکر کی طرف رہنمائی کر رہے ہیں دونوں میں زمین اسمان کا فرق ہے جب بھی</w:t>
      </w:r>
    </w:p>
    <w:p>
      <w:r>
        <w:rPr>
          <w:b/>
        </w:rPr>
        <w:t xml:space="preserve">[48:58] </w:t>
      </w:r>
      <w:r>
        <w:t>hamare zehn mein khuda ka zikr ke bare mein ehsas hota tha to hum masnoon azkar ka wird</w:t>
      </w:r>
    </w:p>
    <w:p>
      <w:pPr>
        <w:jc w:val="right"/>
      </w:pPr>
      <w:r>
        <w:t>ہمارے ذہن میں خدا کا ذکر کے بارے میں احساس ہوتا تھا تو ہم مسنون اذکار کا ورد</w:t>
      </w:r>
    </w:p>
    <w:p>
      <w:r>
        <w:rPr>
          <w:b/>
        </w:rPr>
        <w:t xml:space="preserve">[49:04] </w:t>
      </w:r>
      <w:r>
        <w:t>shuru kar dete the lekin hamara yeh zikr sirf oopri hota tha woh kisi gehre ehsas ka nateeja</w:t>
      </w:r>
    </w:p>
    <w:p>
      <w:pPr>
        <w:jc w:val="right"/>
      </w:pPr>
      <w:r>
        <w:t>شروع کر دیتے تھے لیکن ہمارا یہ ذکر صرف اوپری ہوتا تھا وہ کسی گہرے احساس کا نتیجہ</w:t>
      </w:r>
    </w:p>
    <w:p>
      <w:r>
        <w:rPr>
          <w:b/>
        </w:rPr>
        <w:t xml:space="preserve">[49:13] </w:t>
      </w:r>
      <w:r>
        <w:t>nahi hota tha aur kuch der hi mein zikr ek taraf ek taraf rehta hai aur zehn doosri</w:t>
      </w:r>
    </w:p>
    <w:p>
      <w:pPr>
        <w:jc w:val="right"/>
      </w:pPr>
      <w:r>
        <w:t>نہیں ہوتا تھا اور کچھ دیر ہی میں ذکر ایک طرف ایک طرف رہتا ہے اور ذہن دوسری</w:t>
      </w:r>
    </w:p>
    <w:p>
      <w:r>
        <w:rPr>
          <w:b/>
        </w:rPr>
        <w:t xml:space="preserve">[49:21] </w:t>
      </w:r>
      <w:r>
        <w:t>taraf chala jata hai zaban par to allah allah rehta hai lekin dimagh kisi aur taraf soch raha</w:t>
      </w:r>
    </w:p>
    <w:p>
      <w:pPr>
        <w:jc w:val="right"/>
      </w:pPr>
      <w:r>
        <w:t>طرف چلا جاتا ہے زبان پر تو اللہ اللہ رہتا ہے لیکن دماغ کسی اور طرف سوچ رہا</w:t>
      </w:r>
    </w:p>
    <w:p>
      <w:r>
        <w:rPr>
          <w:b/>
        </w:rPr>
        <w:t xml:space="preserve">[49:29] </w:t>
      </w:r>
      <w:r>
        <w:t>hota hai alfaaz be zikr mein zaban aur dimagh bohat jald</w:t>
      </w:r>
    </w:p>
    <w:p>
      <w:pPr>
        <w:jc w:val="right"/>
      </w:pPr>
      <w:r>
        <w:t>ہوتا ہے الفاظ بے ذکر میں زبان اور دماغ بہت جلد</w:t>
      </w:r>
    </w:p>
    <w:p>
      <w:r>
        <w:rPr>
          <w:b/>
        </w:rPr>
        <w:t xml:space="preserve">[49:35] </w:t>
      </w:r>
      <w:r>
        <w:t>ek doosre se alag ho jate hain lekin aap ne jo bataya ke khuda ka zikr karna ho</w:t>
      </w:r>
    </w:p>
    <w:p>
      <w:pPr>
        <w:jc w:val="right"/>
      </w:pPr>
      <w:r>
        <w:t>ایک دوسرے سے الگ ہو جاتے ہیں لیکن اپ نے جو بتایا کہ خدا کا ذکر کرنا ہو</w:t>
      </w:r>
    </w:p>
    <w:p>
      <w:r>
        <w:rPr>
          <w:b/>
        </w:rPr>
        <w:t xml:space="preserve">[49:42] </w:t>
      </w:r>
      <w:r>
        <w:t>to waqiat mein talash karo waqiat mein khuda jhalakta hai is tarike se zikr mein gehrai ati hai</w:t>
      </w:r>
    </w:p>
    <w:p>
      <w:pPr>
        <w:jc w:val="right"/>
      </w:pPr>
      <w:r>
        <w:t>تو واقعات میں تلاش کرو واقعات میں خدا جھلکتا ہے اس طریقے سے ذکر میں گہرائی اتی ہے</w:t>
      </w:r>
    </w:p>
    <w:p>
      <w:r>
        <w:rPr>
          <w:b/>
        </w:rPr>
        <w:t xml:space="preserve">[49:52] </w:t>
      </w:r>
      <w:r>
        <w:t>ankhon se ansu beh padte hain aur yeh zikr bohat der tak jari rehta hai zaban aur dimagh</w:t>
      </w:r>
    </w:p>
    <w:p>
      <w:pPr>
        <w:jc w:val="right"/>
      </w:pPr>
      <w:r>
        <w:t>انکھوں سے انسو بہہ پڑتے ہیں اور یہ ذکر بہت دیر تک جاری رہتا ہے زبان اور دماغ</w:t>
      </w:r>
    </w:p>
    <w:p>
      <w:r>
        <w:rPr>
          <w:b/>
        </w:rPr>
        <w:t xml:space="preserve">[50:01] </w:t>
      </w:r>
      <w:r>
        <w:t>dono ek ho jate hain behal mujhe aap ke lecture se bohat badi rehnumai mili aap ne goya</w:t>
      </w:r>
    </w:p>
    <w:p>
      <w:pPr>
        <w:jc w:val="right"/>
      </w:pPr>
      <w:r>
        <w:t>دونوں ایک ہو جاتے ہیں بہرحال مجھے اپ کے لیکچر سے بہت بڑی رہنمائی ملی اپ نے گویا</w:t>
      </w:r>
    </w:p>
    <w:p>
      <w:r>
        <w:rPr>
          <w:b/>
        </w:rPr>
        <w:t xml:space="preserve">[50:09] </w:t>
      </w:r>
      <w:r>
        <w:t>mere zehn ko mutharrik kar diya zaban be zikr ke bajaye mind be zikr ka shoor diya jazak</w:t>
      </w:r>
    </w:p>
    <w:p>
      <w:pPr>
        <w:jc w:val="right"/>
      </w:pPr>
      <w:r>
        <w:t>میرے ذہن کو متحرک کر دیا زبان بے ذکر کے بجائے مائنڈ بے ذکر کا شعور دیا جزاک</w:t>
      </w:r>
    </w:p>
    <w:p>
      <w:r>
        <w:rPr>
          <w:b/>
        </w:rPr>
        <w:t xml:space="preserve">[50:18] </w:t>
      </w:r>
      <w:r>
        <w:t>allah</w:t>
      </w:r>
    </w:p>
    <w:p>
      <w:pPr>
        <w:jc w:val="right"/>
      </w:pPr>
      <w:r>
        <w:t>اللہ</w:t>
      </w:r>
    </w:p>
    <w:p>
      <w:r>
        <w:rPr>
          <w:b/>
        </w:rPr>
        <w:t xml:space="preserve">[50:24] </w:t>
      </w:r>
      <w:r>
        <w:t>maulana doosra comment lete hain</w:t>
      </w:r>
    </w:p>
    <w:p>
      <w:pPr>
        <w:jc w:val="right"/>
      </w:pPr>
      <w:r>
        <w:t>مولانا دوسرا کمنٹ لیتے ہیں</w:t>
      </w:r>
    </w:p>
    <w:p>
      <w:r>
        <w:rPr>
          <w:b/>
        </w:rPr>
        <w:t xml:space="preserve">[50:29] </w:t>
      </w:r>
      <w:r>
        <w:t>yeh mahboob bhai ne bheja hai mumbai se unhon ne likha hai maulana your last sunday lecture waz</w:t>
      </w:r>
    </w:p>
    <w:p>
      <w:pPr>
        <w:jc w:val="right"/>
      </w:pPr>
      <w:r>
        <w:t>یہ محبوب بھائی نے بھیجا ہے ممبئی سے انہوں نے لکھا ہے مولانا یور لاسٹ سنڈے لیکچر واز</w:t>
      </w:r>
    </w:p>
    <w:p>
      <w:r>
        <w:rPr>
          <w:b/>
        </w:rPr>
        <w:t xml:space="preserve">[50:36] </w:t>
      </w:r>
      <w:r>
        <w:t>simply an amazing lecture god has put a faculty of conceptual thinking so that we can discover</w:t>
      </w:r>
    </w:p>
    <w:p>
      <w:pPr>
        <w:jc w:val="right"/>
      </w:pPr>
      <w:r>
        <w:t>سمپلی این امیزنگ لیکچر گاڈ ہیز پٹ ا فیکلٹی اف کنسیپچول تھنکنگ سو دیٹ وی کین ڈسکور ہم</w:t>
      </w:r>
    </w:p>
    <w:p>
      <w:r>
        <w:rPr>
          <w:b/>
        </w:rPr>
        <w:t xml:space="preserve">[50:46] </w:t>
      </w:r>
      <w:r>
        <w:t>Otherwise it is not possible to see him. From your personal examples, it was very clear to understand.</w:t>
      </w:r>
    </w:p>
    <w:p>
      <w:pPr>
        <w:jc w:val="right"/>
      </w:pPr>
      <w:r>
        <w:t>ادروائز اٹ از ناٹ پوسیبل ٹو سی ہم فرام یور پرسنل ایگزیمپلز اٹ واز ویری کلیئر ٹو انڈرسٹینڈ</w:t>
      </w:r>
    </w:p>
    <w:p>
      <w:r>
        <w:rPr>
          <w:b/>
        </w:rPr>
        <w:t xml:space="preserve">[50:55] </w:t>
      </w:r>
      <w:r>
        <w:t>him</w:t>
      </w:r>
    </w:p>
    <w:p>
      <w:pPr>
        <w:jc w:val="right"/>
      </w:pPr>
      <w:r>
        <w:t>اٹ</w:t>
      </w:r>
    </w:p>
    <w:p>
      <w:r>
        <w:rPr>
          <w:b/>
        </w:rPr>
        <w:t xml:space="preserve">[50:58] </w:t>
      </w:r>
      <w:r>
        <w:t>maulana abdul basit omar ne pichle sunday lecture ke bare mein bhi comment likha hai unhon ne likha</w:t>
      </w:r>
    </w:p>
    <w:p>
      <w:pPr>
        <w:jc w:val="right"/>
      </w:pPr>
      <w:r>
        <w:t>مولانا عبدالباسط عمری نے اہ پچھلے سنڈے لیکچر کے بارے میں بھی کمنٹ لکھا ہے انہوں نے لکھا</w:t>
      </w:r>
    </w:p>
    <w:p>
      <w:r>
        <w:rPr>
          <w:b/>
        </w:rPr>
        <w:t xml:space="preserve">[51:04] </w:t>
      </w:r>
      <w:r>
        <w:t>hai maulana aap ka jo lecture tha distraction ke bare mein woh mere liye bohat zabardast tha meri</w:t>
      </w:r>
    </w:p>
    <w:p>
      <w:pPr>
        <w:jc w:val="right"/>
      </w:pPr>
      <w:r>
        <w:t>ہے مولانا اپ کا جو لیکچر تھا ڈسٹریکشن کے بارے میں وہ میرے لیے بہت زبردست تھا میری</w:t>
      </w:r>
    </w:p>
    <w:p>
      <w:r>
        <w:rPr>
          <w:b/>
        </w:rPr>
        <w:t xml:space="preserve">[51:13] </w:t>
      </w:r>
      <w:r>
        <w:t>ankhein kholne wala tha main ne kal is lecture ko panch bar suna ab distraction mera khauf awwal</w:t>
      </w:r>
    </w:p>
    <w:p>
      <w:pPr>
        <w:jc w:val="right"/>
      </w:pPr>
      <w:r>
        <w:t>انکھیں کھولنے والا تھا میں نے کل اس لیکچر کو پانچ بار سنا اب ڈسٹریکشن میرا خوف اول</w:t>
      </w:r>
    </w:p>
    <w:p>
      <w:r>
        <w:rPr>
          <w:b/>
        </w:rPr>
        <w:t xml:space="preserve">[51:22] </w:t>
      </w:r>
      <w:r>
        <w:t>hai maulana aap ne jo marifat ke mozu par hamein shoor diya aisa shoor kahin bhi nahi milta</w:t>
      </w:r>
    </w:p>
    <w:p>
      <w:pPr>
        <w:jc w:val="right"/>
      </w:pPr>
      <w:r>
        <w:t>ہے مولانا اپ نے جو معرفت کے موضوع پر ہمیں شعور دیا ایسا شعور کہیں بھی نہیں ملتا</w:t>
      </w:r>
    </w:p>
    <w:p>
      <w:r>
        <w:rPr>
          <w:b/>
        </w:rPr>
        <w:t xml:space="preserve">[51:32] </w:t>
      </w:r>
      <w:r>
        <w:t>khuda ke bare mein zinda lectures sunna hai aur khuda ke bare mein zinda tehreeron ko padhna hai</w:t>
      </w:r>
    </w:p>
    <w:p>
      <w:pPr>
        <w:jc w:val="right"/>
      </w:pPr>
      <w:r>
        <w:t>خدا کے بارے میں زندہ لیکچرز سننا ہے اور خدا کے بارے میں زندہ تحریروں کو پڑھنا ہے</w:t>
      </w:r>
    </w:p>
    <w:p>
      <w:r>
        <w:rPr>
          <w:b/>
        </w:rPr>
        <w:t xml:space="preserve">[51:39] </w:t>
      </w:r>
      <w:r>
        <w:t>to woh aap ke lecture aur aap ki tehreerein hain aap</w:t>
      </w:r>
    </w:p>
    <w:p>
      <w:pPr>
        <w:jc w:val="right"/>
      </w:pPr>
      <w:r>
        <w:t>تو وہ اپ کے لیکچر اور اپ کی تحریریں ہیں اپ</w:t>
      </w:r>
    </w:p>
    <w:p>
      <w:r>
        <w:rPr>
          <w:b/>
        </w:rPr>
        <w:t xml:space="preserve">[51:43] </w:t>
      </w:r>
      <w:r>
        <w:t>ne bilkul sahi kaha ke agar koi khuda ke bare mein bolta ya likhta bhi rehta hai to woh majmua alfaaz hote hain na ke majmua maani</w:t>
      </w:r>
    </w:p>
    <w:p>
      <w:pPr>
        <w:jc w:val="right"/>
      </w:pPr>
      <w:r>
        <w:t>نے بالکل صحیح کہا کہ اگر کوئی خدا کے بارے میں بولتا یا لکھتا بھی رہتا ہے تو وہ مجموعہ الفاظ ہوتے ہیں نہ کہ مجموعہ معنی</w:t>
      </w:r>
    </w:p>
    <w:p>
      <w:r>
        <w:rPr>
          <w:b/>
        </w:rPr>
        <w:t xml:space="preserve">[51:59] </w:t>
      </w:r>
      <w:r>
        <w:t>miss shabana ansari ne pakistan se comment bheja hai unhon ne likha hai</w:t>
      </w:r>
    </w:p>
    <w:p>
      <w:pPr>
        <w:jc w:val="right"/>
      </w:pPr>
      <w:r>
        <w:t>مس شبانہ انصاری نے پاکستان سے کمنٹ بھیجا ہے انہوں نے لکھا ہے</w:t>
      </w:r>
    </w:p>
    <w:p>
      <w:r>
        <w:rPr>
          <w:b/>
        </w:rPr>
        <w:t xml:space="preserve">[52:07] </w:t>
      </w:r>
      <w:r>
        <w:t>mehroomi insan ko deep thinking ata karti hai aur deep thinking insan ko hosla deta hai to do</w:t>
      </w:r>
    </w:p>
    <w:p>
      <w:pPr>
        <w:jc w:val="right"/>
      </w:pPr>
      <w:r>
        <w:t>محرومی انسان کو ڈیپ تھنکنگ عطا کرتی ہے اور ڈیپ تھنکنگ انسان کو حوصلہ دیتا ہے ٹو ڈو</w:t>
      </w:r>
    </w:p>
    <w:p>
      <w:r>
        <w:rPr>
          <w:b/>
        </w:rPr>
        <w:t xml:space="preserve">[52:16] </w:t>
      </w:r>
      <w:r>
        <w:t>something new jazak allah maulana sahib hain faraz khan sahib ne kolkata se likha hai maulana ne jo</w:t>
      </w:r>
    </w:p>
    <w:p>
      <w:pPr>
        <w:jc w:val="right"/>
      </w:pPr>
      <w:r>
        <w:t>سمتھنگ نیو جزاک اللہ مولانا صاحب ہیں فراز خان صاحب نے کلکتہ سے لکھا ہے مولانا نے جو</w:t>
      </w:r>
    </w:p>
    <w:p>
      <w:r>
        <w:rPr>
          <w:b/>
        </w:rPr>
        <w:t xml:space="preserve">[52:24] </w:t>
      </w:r>
      <w:r>
        <w:t>kaha woh ek kadwa sach hai jo logon ke zehni shakal par chot karta hai jazak allah muhammad</w:t>
      </w:r>
    </w:p>
    <w:p>
      <w:pPr>
        <w:jc w:val="right"/>
      </w:pPr>
      <w:r>
        <w:t>کہا وہ ایک کڑوا سچ ہے جو لوگوں کے ذہنی شکل پر چوٹ کرتا ہے جزاک اللہ محمد</w:t>
      </w:r>
    </w:p>
    <w:p>
      <w:r>
        <w:rPr>
          <w:b/>
        </w:rPr>
        <w:t xml:space="preserve">[52:33] </w:t>
      </w:r>
      <w:r>
        <w:t>irfan rashidi sahib ne nakpoor se likha hai mahroomi par react karne ke do tareeqe hain</w:t>
      </w:r>
    </w:p>
    <w:p>
      <w:pPr>
        <w:jc w:val="right"/>
      </w:pPr>
      <w:r>
        <w:t>عرفان رشیدی صاحب نے ناکپور سے لکھا ہے محرومی پر ری ایکٹ کرنے کے دو طریقے ہیں</w:t>
      </w:r>
    </w:p>
    <w:p>
      <w:r>
        <w:rPr>
          <w:b/>
        </w:rPr>
        <w:t xml:space="preserve">[52:41] </w:t>
      </w:r>
      <w:r>
        <w:t>ek hai mayoosi</w:t>
      </w:r>
    </w:p>
    <w:p>
      <w:pPr>
        <w:jc w:val="right"/>
      </w:pPr>
      <w:r>
        <w:t>ایک ہے مایوسی</w:t>
      </w:r>
    </w:p>
    <w:p>
      <w:r>
        <w:rPr>
          <w:b/>
        </w:rPr>
        <w:t xml:space="preserve">[52:44] </w:t>
      </w:r>
      <w:r>
        <w:t>doosra is se muharrik impetus lena jo ke ek positive tarz amal hai yeh impetus insaan ko koi</w:t>
      </w:r>
    </w:p>
    <w:p>
      <w:pPr>
        <w:jc w:val="right"/>
      </w:pPr>
      <w:r>
        <w:t>دوسرا اس سے محرک ایمپیٹس لینا جو کہ ایک پوزیٹیو طرز عمل ہے یہ ایمپیٹس انسان کو کوئی</w:t>
      </w:r>
    </w:p>
    <w:p>
      <w:r>
        <w:rPr>
          <w:b/>
        </w:rPr>
        <w:t xml:space="preserve">[52:52] </w:t>
      </w:r>
      <w:r>
        <w:t>bada</w:t>
      </w:r>
    </w:p>
    <w:p>
      <w:pPr>
        <w:jc w:val="right"/>
      </w:pPr>
      <w:r>
        <w:t>بڑا</w:t>
      </w:r>
    </w:p>
    <w:p>
      <w:r>
        <w:rPr>
          <w:b/>
        </w:rPr>
        <w:t xml:space="preserve">[52:53] </w:t>
      </w:r>
      <w:r>
        <w:t>kaam karne par aksata hai jazak Allah</w:t>
      </w:r>
    </w:p>
    <w:p>
      <w:pPr>
        <w:jc w:val="right"/>
      </w:pPr>
      <w:r>
        <w:t>کام کرنے پر اکساتا ہے جزاک اللہ</w:t>
      </w:r>
    </w:p>
    <w:p>
      <w:r>
        <w:rPr>
          <w:b/>
        </w:rPr>
        <w:t xml:space="preserve">[52:58] </w:t>
      </w:r>
      <w:r>
        <w:t>maulana farhad umri ne dili se likha hai maulana aap ne kaha ke toba ka matlab hai second</w:t>
      </w:r>
    </w:p>
    <w:p>
      <w:pPr>
        <w:jc w:val="right"/>
      </w:pPr>
      <w:r>
        <w:t>مولانا فرہاد عمری نے دلی سے لکھا ہے مولانا اپ نے کہا کہ توبہ کا مطلب ہے سیکنڈ</w:t>
      </w:r>
    </w:p>
    <w:p>
      <w:r>
        <w:rPr>
          <w:b/>
        </w:rPr>
        <w:t xml:space="preserve">[53:06] </w:t>
      </w:r>
      <w:r>
        <w:t>chance ko avail karne ke liye apne aap ko motivate karna yeh pehli martaba mein ne suna hai</w:t>
      </w:r>
    </w:p>
    <w:p>
      <w:pPr>
        <w:jc w:val="right"/>
      </w:pPr>
      <w:r>
        <w:t>چانس کو اویل کرنے کے لیے اپنے اپ کو موٹیویٹ کرنا یہ پہلی مرتبہ میں نے سنا ہے</w:t>
      </w:r>
    </w:p>
    <w:p>
      <w:r>
        <w:rPr>
          <w:b/>
        </w:rPr>
        <w:t xml:space="preserve">[53:15] </w:t>
      </w:r>
      <w:r>
        <w:t>engineer altaf sahib ne kashmir se comment bheja hai unho ne likha hai maulana is always positive he</w:t>
      </w:r>
    </w:p>
    <w:p>
      <w:pPr>
        <w:jc w:val="right"/>
      </w:pPr>
      <w:r>
        <w:t>انجینئر الطاف صاحب نے کشمیر سے کمنٹ بھیجا ہے انہوں نے لکھا ہے مولانا از الویز پوزیٹیو ہی</w:t>
      </w:r>
    </w:p>
    <w:p>
      <w:r>
        <w:rPr>
          <w:b/>
        </w:rPr>
        <w:t xml:space="preserve">[53:23] </w:t>
      </w:r>
      <w:r>
        <w:t>has taken extraordinary extraction of lessons from quran and sirah of prophet there is no match for</w:t>
      </w:r>
    </w:p>
    <w:p>
      <w:pPr>
        <w:jc w:val="right"/>
      </w:pPr>
      <w:r>
        <w:t>ہیز ٹیکن ایکسٹرا ارڈینری ایکسٹریکشن اف لیسنز فرام قران اینڈ سیرہ اف پرافٹ دیر از نو میچ فار</w:t>
      </w:r>
    </w:p>
    <w:p>
      <w:r>
        <w:rPr>
          <w:b/>
        </w:rPr>
        <w:t xml:space="preserve">[53:33] </w:t>
      </w:r>
      <w:r>
        <w:t>such guidance may Allah bless Maulana and his team</w:t>
      </w:r>
    </w:p>
    <w:p>
      <w:pPr>
        <w:jc w:val="right"/>
      </w:pPr>
      <w:r>
        <w:t>سچ گائیڈنس می اللہ بلیس مولانا اینڈ ہز ٹیم</w:t>
      </w:r>
    </w:p>
    <w:p>
      <w:r>
        <w:rPr>
          <w:b/>
        </w:rPr>
        <w:t xml:space="preserve">[53:39] </w:t>
      </w:r>
      <w:r>
        <w:t>mis</w:t>
      </w:r>
    </w:p>
    <w:p>
      <w:pPr>
        <w:jc w:val="right"/>
      </w:pPr>
      <w:r>
        <w:t>مس</w:t>
      </w:r>
    </w:p>
    <w:p>
      <w:r>
        <w:rPr>
          <w:b/>
        </w:rPr>
        <w:t xml:space="preserve">[53:40] </w:t>
      </w:r>
      <w:r>
        <w:t>shabina ali ne kolkata se likha hai innumerable examples are embedded in the entire human history right</w:t>
      </w:r>
    </w:p>
    <w:p>
      <w:pPr>
        <w:jc w:val="right"/>
      </w:pPr>
      <w:r>
        <w:t>شبینہ علی نے کلکتہ سے لکھا ہے ان نیومریبل ایگزیمپلز ار ایمبیڈڈ ان دی انٹائر ہیومن ہسٹری رائٹ</w:t>
      </w:r>
    </w:p>
    <w:p>
      <w:r>
        <w:rPr>
          <w:b/>
        </w:rPr>
        <w:t xml:space="preserve">[53:47] </w:t>
      </w:r>
      <w:r>
        <w:t>from the days of prophet adam to prophet muhammad from second world war to this day the lessons</w:t>
      </w:r>
    </w:p>
    <w:p>
      <w:pPr>
        <w:jc w:val="right"/>
      </w:pPr>
      <w:r>
        <w:t>فرام دا ڈیز اف پرافٹ ادم ٹو پرافٹ محمد فرام سیکنڈ ورلڈ وار ٹو دس ڈے دا لیسنز</w:t>
      </w:r>
    </w:p>
    <w:p>
      <w:r>
        <w:rPr>
          <w:b/>
        </w:rPr>
        <w:t xml:space="preserve">[53:56] </w:t>
      </w:r>
      <w:r>
        <w:t>that we perceive is that it is always possible to lose the first chance and which gives the</w:t>
      </w:r>
    </w:p>
    <w:p>
      <w:pPr>
        <w:jc w:val="right"/>
      </w:pPr>
      <w:r>
        <w:t>دیٹ وی پرسیو از دیٹ اٹ از الویز پوسیبل ٹو لوز دا فرسٹ چانس اینڈ وچ گوز دی</w:t>
      </w:r>
    </w:p>
    <w:p>
      <w:r>
        <w:rPr>
          <w:b/>
        </w:rPr>
        <w:t xml:space="preserve">[54:04] </w:t>
      </w:r>
      <w:r>
        <w:t>impetus to come out with new motivation</w:t>
      </w:r>
    </w:p>
    <w:p>
      <w:pPr>
        <w:jc w:val="right"/>
      </w:pPr>
      <w:r>
        <w:t>ایمپیٹس ٹو کم اؤٹ ود نیو موٹیویشن</w:t>
      </w:r>
    </w:p>
    <w:p>
      <w:r>
        <w:rPr>
          <w:b/>
        </w:rPr>
        <w:t xml:space="preserve">[54:08] </w:t>
      </w:r>
      <w:r>
        <w:t>to replan and again get bigger success jazak Allah Maulana for such a big truth we need</w:t>
      </w:r>
    </w:p>
    <w:p>
      <w:pPr>
        <w:jc w:val="right"/>
      </w:pPr>
      <w:r>
        <w:t>ٹو ری پلان اینڈ اگین گیٹ بگر سکسیس جزاک اللہ مولانا فار سچ ا بگ ٹروتھ وی نیڈ</w:t>
      </w:r>
    </w:p>
    <w:p>
      <w:r>
        <w:rPr>
          <w:b/>
        </w:rPr>
        <w:t xml:space="preserve">[54:16] </w:t>
      </w:r>
      <w:r>
        <w:t>to contemplate and strive hard in</w:t>
      </w:r>
    </w:p>
    <w:p>
      <w:pPr>
        <w:jc w:val="right"/>
      </w:pPr>
      <w:r>
        <w:t>ٹو کنٹیمپلیٹ اینڈ سٹرائیو ہارڈ ان</w:t>
      </w:r>
    </w:p>
    <w:p>
      <w:r>
        <w:rPr>
          <w:b/>
        </w:rPr>
        <w:t xml:space="preserve">[54:20] </w:t>
      </w:r>
      <w:r>
        <w:t>riaz bhat sahib ne kashmir se likha hai the impetus born out of first failure</w:t>
      </w:r>
    </w:p>
    <w:p>
      <w:pPr>
        <w:jc w:val="right"/>
      </w:pPr>
      <w:r>
        <w:t>ریاض بھٹ صاحب نے کشمیر سے لکھا ہے دی ایمپیٹس بورن اؤٹ اف فرسٹ فیلیر</w:t>
      </w:r>
    </w:p>
    <w:p>
      <w:r>
        <w:rPr>
          <w:b/>
        </w:rPr>
        <w:t xml:space="preserve">[54:25] </w:t>
      </w:r>
      <w:r>
        <w:t>is an opportunity to capitalize on the second chance this revealing interpretation of quranic verses is sufficient to</w:t>
      </w:r>
    </w:p>
    <w:p>
      <w:pPr>
        <w:jc w:val="right"/>
      </w:pPr>
      <w:r>
        <w:t>از این اپرچونیٹی ٹو کیپیٹلائز ان دا سیکنڈ چانس دس ریویلنگ انٹرپریٹیشن اف قرانک ورسز از سفیشنٹ ٹو</w:t>
      </w:r>
    </w:p>
    <w:p>
      <w:r>
        <w:rPr>
          <w:b/>
        </w:rPr>
        <w:t xml:space="preserve">[54:35] </w:t>
      </w:r>
      <w:r>
        <w:t>guide a believer to paradise</w:t>
      </w:r>
    </w:p>
    <w:p>
      <w:pPr>
        <w:jc w:val="right"/>
      </w:pPr>
      <w:r>
        <w:t>گائیڈ ا بیلیور ٹو پیراڈائز</w:t>
      </w:r>
    </w:p>
    <w:p>
      <w:r>
        <w:rPr>
          <w:b/>
        </w:rPr>
        <w:t xml:space="preserve">[54:38] </w:t>
      </w:r>
      <w:r>
        <w:t>But unfortunately, modern population in majority is engulfed in negative state of mind which will lead it to</w:t>
      </w:r>
    </w:p>
    <w:p>
      <w:pPr>
        <w:jc w:val="right"/>
      </w:pPr>
      <w:r>
        <w:t>بٹ انفارچونیٹلی ماڈرن پاپولیشن ان میجورٹی از انگلف ان نیگیٹیو سٹیٹ اف مائنڈ وچ ول لیڈ اٹ ٹو</w:t>
      </w:r>
    </w:p>
    <w:p>
      <w:r>
        <w:rPr>
          <w:b/>
        </w:rPr>
        <w:t xml:space="preserve">[54:48] </w:t>
      </w:r>
      <w:r>
        <w:t>hell Maulana ab hum sawal lete hain</w:t>
      </w:r>
    </w:p>
    <w:p>
      <w:pPr>
        <w:jc w:val="right"/>
      </w:pPr>
      <w:r>
        <w:t>ہیل مولانا اب ہم سوال لیتے ہیں</w:t>
      </w:r>
    </w:p>
    <w:p>
      <w:r>
        <w:rPr>
          <w:b/>
        </w:rPr>
        <w:t xml:space="preserve">[54:56] </w:t>
      </w:r>
      <w:r>
        <w:t>doctor waqar alam ne ah new york america se question likha hai</w:t>
      </w:r>
    </w:p>
    <w:p>
      <w:pPr>
        <w:jc w:val="right"/>
      </w:pPr>
      <w:r>
        <w:t>ڈاکٹر وقار عالم نے اہ نیویارک امریکہ سے کوئسچن لکھا ہے</w:t>
      </w:r>
    </w:p>
    <w:p>
      <w:r>
        <w:rPr>
          <w:b/>
        </w:rPr>
        <w:t xml:space="preserve">[55:04] </w:t>
      </w:r>
      <w:r>
        <w:t>انہوں نے لکھا ہے مولانا صاحب Do you think that doing tafakkur and tadabbur in Asma-e-Husna that</w:t>
      </w:r>
    </w:p>
    <w:p>
      <w:pPr>
        <w:jc w:val="right"/>
      </w:pPr>
      <w:r>
        <w:t>انہوں نے لکھا ہے مولانا صاحب ڈو یو تھنک دیٹ ڈوئنگ تفکر اینڈ تدبر ان اسمائے حسنی دیٹ</w:t>
      </w:r>
    </w:p>
    <w:p>
      <w:r>
        <w:rPr>
          <w:b/>
        </w:rPr>
        <w:t xml:space="preserve">[55:12] </w:t>
      </w:r>
      <w:r>
        <w:t>is names and qualities of Allah mentioned in the quran is one of the way of achieving marifat</w:t>
      </w:r>
    </w:p>
    <w:p>
      <w:pPr>
        <w:jc w:val="right"/>
      </w:pPr>
      <w:r>
        <w:t>از نیمز اینڈ کوالٹیز اف اللہ مینشن ان دا قران از ون اف دا وے اف اچیونگ معرفت</w:t>
      </w:r>
    </w:p>
    <w:p>
      <w:r>
        <w:rPr>
          <w:b/>
        </w:rPr>
        <w:t xml:space="preserve">[55:19] </w:t>
      </w:r>
      <w:r>
        <w:t>of Allah what is your opinion in this ha sahi baat hai</w:t>
      </w:r>
    </w:p>
    <w:p>
      <w:pPr>
        <w:jc w:val="right"/>
      </w:pPr>
      <w:r>
        <w:t>اف اللہ واٹ از یور اوپینین ان دس ہاں صحیح بات ہے</w:t>
      </w:r>
    </w:p>
    <w:p>
      <w:r>
        <w:rPr>
          <w:b/>
        </w:rPr>
        <w:t xml:space="preserve">[55:26] </w:t>
      </w:r>
      <w:r>
        <w:t>yeh to baat bilkul theek hai</w:t>
      </w:r>
    </w:p>
    <w:p>
      <w:pPr>
        <w:jc w:val="right"/>
      </w:pPr>
      <w:r>
        <w:t>یہ تو بات بالکل ٹھیک ہے</w:t>
      </w:r>
    </w:p>
    <w:p>
      <w:r>
        <w:rPr>
          <w:b/>
        </w:rPr>
        <w:t xml:space="preserve">[55:30] </w:t>
      </w:r>
      <w:r>
        <w:t>ji woh marifat ka zariya hai</w:t>
      </w:r>
    </w:p>
    <w:p>
      <w:pPr>
        <w:jc w:val="right"/>
      </w:pPr>
      <w:r>
        <w:t>جی وہ معرفت کا ذریعہ ہے</w:t>
      </w:r>
    </w:p>
    <w:p>
      <w:r>
        <w:rPr>
          <w:b/>
        </w:rPr>
        <w:t xml:space="preserve">[55:36] </w:t>
      </w:r>
      <w:r>
        <w:t>is mein to koi shakk nahi</w:t>
      </w:r>
    </w:p>
    <w:p>
      <w:pPr>
        <w:jc w:val="right"/>
      </w:pPr>
      <w:r>
        <w:t>اس میں تو کوئی شک نہیں</w:t>
      </w:r>
    </w:p>
    <w:p>
      <w:r>
        <w:rPr>
          <w:b/>
        </w:rPr>
        <w:t xml:space="preserve">[55:40] </w:t>
      </w:r>
      <w:r>
        <w:t>maulana agla sawal faraz</w:t>
      </w:r>
    </w:p>
    <w:p>
      <w:pPr>
        <w:jc w:val="right"/>
      </w:pPr>
      <w:r>
        <w:t>مولانا اگلا سوال فراز</w:t>
      </w:r>
    </w:p>
    <w:p>
      <w:r>
        <w:rPr>
          <w:b/>
        </w:rPr>
        <w:t xml:space="preserve">[55:42] </w:t>
      </w:r>
      <w:r>
        <w:t>ahmad sahib ne kiya hai kolkatta se unhon ne likha hai</w:t>
      </w:r>
    </w:p>
    <w:p>
      <w:pPr>
        <w:jc w:val="right"/>
      </w:pPr>
      <w:r>
        <w:t>احمد صاحب نے کیا ہے کلکتہ سے انہوں نے لکھا ہے</w:t>
      </w:r>
    </w:p>
    <w:p>
      <w:r>
        <w:rPr>
          <w:b/>
        </w:rPr>
        <w:t xml:space="preserve">[55:46] </w:t>
      </w:r>
      <w:r>
        <w:t>میرا سوال یہ ہے کہ کیا وندے ماترم نیشنل اینتھم یا نمستے کہنا کیا شرک ہے آج کی</w:t>
      </w:r>
    </w:p>
    <w:p>
      <w:pPr>
        <w:jc w:val="right"/>
      </w:pPr>
      <w:r>
        <w:t>میرا سوال یہ ہے کہ کیا وندے ماترم نیشنل اینتھم یا نمستے کہنا کیا شرک ہے اج کی</w:t>
      </w:r>
    </w:p>
    <w:p>
      <w:r>
        <w:rPr>
          <w:b/>
        </w:rPr>
        <w:t xml:space="preserve">[55:57] </w:t>
      </w:r>
      <w:r>
        <w:t>parastiti mein hum kya karein quran hadith ki hikmat ki roshni mein hamari rehnumai karein</w:t>
      </w:r>
    </w:p>
    <w:p>
      <w:pPr>
        <w:jc w:val="right"/>
      </w:pPr>
      <w:r>
        <w:t>پرستیتی میں ہم کیا کریں قران حدیث کی حکمت کی روشنی میں ہماری رہنمائی کریں</w:t>
      </w:r>
    </w:p>
    <w:p>
      <w:r>
        <w:rPr>
          <w:b/>
        </w:rPr>
        <w:t xml:space="preserve">[56:06] </w:t>
      </w:r>
      <w:r>
        <w:t>hargiz shirk nahi hai woh bilkul jo yeh kahe ke woh shirk hai woh na shirk ko janta</w:t>
      </w:r>
    </w:p>
    <w:p>
      <w:pPr>
        <w:jc w:val="right"/>
      </w:pPr>
      <w:r>
        <w:t>ہرگز شرک نہیں ہے وہ بالکل جو یہ کہے کہ وہ شرک ہے وہ نہ شرک کو جانتا</w:t>
      </w:r>
    </w:p>
    <w:p>
      <w:r>
        <w:rPr>
          <w:b/>
        </w:rPr>
        <w:t xml:space="preserve">[56:13] </w:t>
      </w:r>
      <w:r>
        <w:t>hai na mad matro ko janta hai dono se bekhabar hai jis ko kehte hain angrezi mein</w:t>
      </w:r>
    </w:p>
    <w:p>
      <w:pPr>
        <w:jc w:val="right"/>
      </w:pPr>
      <w:r>
        <w:t>ہے نہ مد ماترو کو جانتا ہے دونوں سے بے خبر ہے جس کو کہتے ہیں انگریزی میں</w:t>
      </w:r>
    </w:p>
    <w:p>
      <w:r>
        <w:rPr>
          <w:b/>
        </w:rPr>
        <w:t xml:space="preserve">[56:18] </w:t>
      </w:r>
      <w:r>
        <w:t>minus marking minus marking ke mustahiq hain woh log minus marking yeh hai ke aapse question kiya</w:t>
      </w:r>
    </w:p>
    <w:p>
      <w:pPr>
        <w:jc w:val="right"/>
      </w:pPr>
      <w:r>
        <w:t>مائنس مارکنگ مائنس مارکنگ کے مستحق ہیں وہ لوگ مائنس مارکنگ یہ ہے کہ اپ سے کوئسچن کیا</w:t>
      </w:r>
    </w:p>
    <w:p>
      <w:r>
        <w:rPr>
          <w:b/>
        </w:rPr>
        <w:t xml:space="preserve">[56:26] </w:t>
      </w:r>
      <w:r>
        <w:t>jae hawajat</w:t>
      </w:r>
    </w:p>
    <w:p>
      <w:pPr>
        <w:jc w:val="right"/>
      </w:pPr>
      <w:r>
        <w:t>جائے حواجات</w:t>
      </w:r>
    </w:p>
    <w:p>
      <w:r>
        <w:rPr>
          <w:b/>
        </w:rPr>
        <w:t xml:space="preserve">[56:28] </w:t>
      </w:r>
      <w:r>
        <w:t>ke bare mein aur aap jawab dein motor car ka to yeh matlab yeh ke aap dono se</w:t>
      </w:r>
    </w:p>
    <w:p>
      <w:pPr>
        <w:jc w:val="right"/>
      </w:pPr>
      <w:r>
        <w:t>کے بارے میں اور اپ جواب دیں موٹر کار کا تو یہ مطلب یہ کہ اپ دونوں سے</w:t>
      </w:r>
    </w:p>
    <w:p>
      <w:r>
        <w:rPr>
          <w:b/>
        </w:rPr>
        <w:t xml:space="preserve">[56:34] </w:t>
      </w:r>
      <w:r>
        <w:t>bekhabar hain aap nahi jante ke hawajat kya hai motor car kya hai to us ko kehte</w:t>
      </w:r>
    </w:p>
    <w:p>
      <w:pPr>
        <w:jc w:val="right"/>
      </w:pPr>
      <w:r>
        <w:t>بے خبر ہیں اپ نہیں جانتے کہ حواجات کیا ہے موٹر کار کیا ہے تو اس کو کہتے</w:t>
      </w:r>
    </w:p>
    <w:p>
      <w:r>
        <w:rPr>
          <w:b/>
        </w:rPr>
        <w:t xml:space="preserve">[56:40] </w:t>
      </w:r>
      <w:r>
        <w:t>hain minus marking yani jo number milne wala hota hai cut cut jata hai</w:t>
      </w:r>
    </w:p>
    <w:p>
      <w:pPr>
        <w:jc w:val="right"/>
      </w:pPr>
      <w:r>
        <w:t>ہیں مائنس مارکنگ یعنی جو نمبر ملنے والا ہوتا ہے کٹ کٹ جاتا ہے</w:t>
      </w:r>
    </w:p>
    <w:p>
      <w:r>
        <w:rPr>
          <w:b/>
        </w:rPr>
        <w:t xml:space="preserve">[56:46] </w:t>
      </w:r>
      <w:r>
        <w:t>aisi baat hai jo log kehte hain unhein un ke liye farz hai ke woh chup rahein</w:t>
      </w:r>
    </w:p>
    <w:p>
      <w:pPr>
        <w:jc w:val="right"/>
      </w:pPr>
      <w:r>
        <w:t>ایسی بات ہے جو لوگ کہتے ہیں انہیں ان کے لیے فرض ہے کہ وہ چپ رہیں</w:t>
      </w:r>
    </w:p>
    <w:p>
      <w:r>
        <w:rPr>
          <w:b/>
        </w:rPr>
        <w:t xml:space="preserve">[56:50] </w:t>
      </w:r>
      <w:r>
        <w:t>kam az kam chup rahein bolein nahi</w:t>
      </w:r>
    </w:p>
    <w:p>
      <w:pPr>
        <w:jc w:val="right"/>
      </w:pPr>
      <w:r>
        <w:t>کم از کم چپ رہیں بولیں نہیں</w:t>
      </w:r>
    </w:p>
    <w:p>
      <w:r>
        <w:rPr>
          <w:b/>
        </w:rPr>
        <w:t xml:space="preserve">[56:55] </w:t>
      </w:r>
      <w:r>
        <w:t>falqul khair awliya smooth</w:t>
      </w:r>
    </w:p>
    <w:p>
      <w:pPr>
        <w:jc w:val="right"/>
      </w:pPr>
      <w:r>
        <w:t>فلقول خیر اولیاء سموتھ</w:t>
      </w:r>
    </w:p>
    <w:p>
      <w:r>
        <w:rPr>
          <w:b/>
        </w:rPr>
        <w:t xml:space="preserve">[56:59] </w:t>
      </w:r>
      <w:r>
        <w:t>kuch se jante hain log ke bad watrum kya hai aur</w:t>
      </w:r>
    </w:p>
    <w:p>
      <w:pPr>
        <w:jc w:val="right"/>
      </w:pPr>
      <w:r>
        <w:t>کچھ سے جانتے ہیں لوگ کہ بد واترم کیا ہے اور</w:t>
      </w:r>
    </w:p>
    <w:p>
      <w:r>
        <w:rPr>
          <w:b/>
        </w:rPr>
        <w:t xml:space="preserve">[57:07] </w:t>
      </w:r>
      <w:r>
        <w:t>shirk kya hai bas kuch jazbat mein jeete hain aur phir jazbat ko undelte hain bas</w:t>
      </w:r>
    </w:p>
    <w:p>
      <w:pPr>
        <w:jc w:val="right"/>
      </w:pPr>
      <w:r>
        <w:t>شرک کیا ہے بس کچھ جذبات میں جیتے ہیں اور پھر جذبات کو انڈیلتے ہیں بس</w:t>
      </w:r>
    </w:p>
    <w:p>
      <w:r>
        <w:rPr>
          <w:b/>
        </w:rPr>
        <w:t xml:space="preserve">[57:19] </w:t>
      </w:r>
      <w:r>
        <w:t>maulana zakariya sahib ne srinagar se comment bheja hai unhon ne likha hai such a thrilling idea</w:t>
      </w:r>
    </w:p>
    <w:p>
      <w:pPr>
        <w:jc w:val="right"/>
      </w:pPr>
      <w:r>
        <w:t>مولانا زکریا صاحب نے سری نگر سے کمنٹ بھیجا ہے انہوں نے لکھا ہے سچ ا تھرلنگ ائیڈیا</w:t>
      </w:r>
    </w:p>
    <w:p>
      <w:r>
        <w:rPr>
          <w:b/>
        </w:rPr>
        <w:t xml:space="preserve">[57:27] </w:t>
      </w:r>
      <w:r>
        <w:t>and interpretation in today lecture it will definitely help us individually</w:t>
      </w:r>
    </w:p>
    <w:p>
      <w:pPr>
        <w:jc w:val="right"/>
      </w:pPr>
      <w:r>
        <w:t>اینڈ انٹرپریٹیشن ان ٹوڈے لیکچر اٹ ول ڈیفینیٹلی ہیلپ اس انڈیویجولی</w:t>
      </w:r>
    </w:p>
    <w:p>
      <w:r>
        <w:rPr>
          <w:b/>
        </w:rPr>
        <w:t xml:space="preserve">[57:34] </w:t>
      </w:r>
      <w:r>
        <w:t>nationally and internationally</w:t>
      </w:r>
    </w:p>
    <w:p>
      <w:pPr>
        <w:jc w:val="right"/>
      </w:pPr>
      <w:r>
        <w:t>نیشنلی اینڈ انٹرنیشنلی</w:t>
      </w:r>
    </w:p>
    <w:p>
      <w:r>
        <w:rPr>
          <w:b/>
        </w:rPr>
        <w:t xml:space="preserve">[57:36] </w:t>
      </w:r>
      <w:r>
        <w:t>maulana such a tremendous lecture it was</w:t>
      </w:r>
    </w:p>
    <w:p>
      <w:pPr>
        <w:jc w:val="right"/>
      </w:pPr>
      <w:r>
        <w:t>مولانا سچ ا ٹریمنڈس لیکچر اٹ واز</w:t>
      </w:r>
    </w:p>
    <w:p>
      <w:r>
        <w:rPr>
          <w:b/>
        </w:rPr>
        <w:t xml:space="preserve">[57:42] </w:t>
      </w:r>
      <w:r>
        <w:t>aamir mori sahib ne maulana comment aur question bheja hai srinagar se unhon ne likha hai today</w:t>
      </w:r>
    </w:p>
    <w:p>
      <w:pPr>
        <w:jc w:val="right"/>
      </w:pPr>
      <w:r>
        <w:t>عامر موری صاحب نے مولانا کمنٹ اور کوئسچن بھیجا ہے سری نگر سے انہوں نے لکھا ہے ٹوڈے</w:t>
      </w:r>
    </w:p>
    <w:p>
      <w:r>
        <w:rPr>
          <w:b/>
        </w:rPr>
        <w:t xml:space="preserve">[57:49] </w:t>
      </w:r>
      <w:r>
        <w:t>lecture was really hopeful and a motivating lecture for me</w:t>
      </w:r>
    </w:p>
    <w:p>
      <w:pPr>
        <w:jc w:val="right"/>
      </w:pPr>
      <w:r>
        <w:t>لیکچر واز ریلی ہوپ فل اینڈ ا موٹیویٹنگ لیکچر فار می</w:t>
      </w:r>
    </w:p>
    <w:p>
      <w:r>
        <w:rPr>
          <w:b/>
        </w:rPr>
        <w:t xml:space="preserve">[57:55] </w:t>
      </w:r>
      <w:r>
        <w:t>my question is maulana sahib how can a person come to know that he has lost his first</w:t>
      </w:r>
    </w:p>
    <w:p>
      <w:pPr>
        <w:jc w:val="right"/>
      </w:pPr>
      <w:r>
        <w:t>مائی کوئسچن از مولانا صاحب ہاؤ کین ا پرسن کم ٹو نو دیٹ ہی ہیز لاسٹ ہز فرسٹ</w:t>
      </w:r>
    </w:p>
    <w:p>
      <w:r>
        <w:rPr>
          <w:b/>
        </w:rPr>
        <w:t xml:space="preserve">[58:03] </w:t>
      </w:r>
      <w:r>
        <w:t>chance and how</w:t>
      </w:r>
    </w:p>
    <w:p>
      <w:pPr>
        <w:jc w:val="right"/>
      </w:pPr>
      <w:r>
        <w:t>چانس اینڈ ہاؤ</w:t>
      </w:r>
    </w:p>
    <w:p>
      <w:r>
        <w:rPr>
          <w:b/>
        </w:rPr>
        <w:t xml:space="preserve">[58:05] </w:t>
      </w:r>
      <w:r>
        <w:t>can he identify and avail the second chance kindly guide us in this regard is mein koi yani zyada badi aql ki zaroorat nahi hai jab aap jab aap kho dein aap ne ek dhoom machai jaise kashmir mein 47 ke baad hi ek dhoom machai gayi</w:t>
      </w:r>
    </w:p>
    <w:p>
      <w:pPr>
        <w:jc w:val="right"/>
      </w:pPr>
      <w:r>
        <w:t>کین ہی ائیڈینٹیفائی اینڈ اویل دا سیکنڈ چانس کائنڈلی گائیڈ اس ان دس ریگارڈ اس میں کوئی یعنی زیادہ بڑی عقل کی ضرورت نہیں ہے جب اپ جب اپ کھو دیں اپ نے ایک دھوم مچائی جیسے کشمیر میں 47 کے بعد ہی ایک دھوم مچائی گئی</w:t>
      </w:r>
    </w:p>
    <w:p>
      <w:r>
        <w:rPr>
          <w:b/>
        </w:rPr>
        <w:t xml:space="preserve">[58:34] </w:t>
      </w:r>
      <w:r>
        <w:t>aur mulla k</w:t>
      </w:r>
    </w:p>
    <w:p>
      <w:pPr>
        <w:jc w:val="right"/>
      </w:pPr>
      <w:r>
        <w:t>اور ملا ک</w:t>
      </w:r>
    </w:p>
    <w:p>
      <w:r>
        <w:rPr>
          <w:b/>
        </w:rPr>
        <w:t xml:space="preserve">[58:35] </w:t>
      </w:r>
      <w:r>
        <w:t>chhi nahi. idea and interpretation kis ko ne first chance khoya gaya</w:t>
      </w:r>
    </w:p>
    <w:p>
      <w:pPr>
        <w:jc w:val="right"/>
      </w:pPr>
      <w:r>
        <w:t>چھ نہیں. ائیڈیا اینڈ انٹرپریٹیشن کس کو نے فرسٹ چانس کھویا گیا</w:t>
      </w:r>
    </w:p>
    <w:p>
      <w:r>
        <w:rPr>
          <w:b/>
        </w:rPr>
        <w:t xml:space="preserve">[58:41] </w:t>
      </w:r>
      <w:r>
        <w:t>yani partition ke baad kashmir ke naam par bahut zyada sacrifice kiya gaya lekin mulla kuch bhi nahi balki kho aur khoya gaya jitni mili hui thi woh bhi chali gayi to yahi to hai ke first chance kho diya ab is ko</w:t>
      </w:r>
    </w:p>
    <w:p>
      <w:pPr>
        <w:jc w:val="right"/>
      </w:pPr>
      <w:r>
        <w:t>یعنی پارٹیشن کے بعد کشمیر کے نام پر بہت زیادہ سیکریفائس کیا گیا لیکن ملا کچھ بھی نہیں بلکہ کھو اور کھویا گیا جتنی ملی ہوئی تھی وہ بھی چلی گئی تو یہی تو ہے کہ فرسٹ چانس کھو دیا اب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