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Life of The Prophet | July 31, 2007</w:t>
      </w:r>
    </w:p>
    <w:p>
      <w:r>
        <w:t>https://www.youtube.com/watch?v=IY9aEQThos0</w:t>
      </w:r>
    </w:p>
    <w:p>
      <w:r>
        <w:rPr>
          <w:b/>
        </w:rPr>
        <w:t xml:space="preserve">[00:09] </w:t>
      </w:r>
      <w:r>
        <w:t>wasallallahu ala nabiyyil karim, rabbishrah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[00:26] </w:t>
      </w:r>
      <w:r>
        <w:t>The topic for this day is the life of the Prophet of Islam.</w:t>
      </w:r>
    </w:p>
    <w:p>
      <w:pPr>
        <w:jc w:val="right"/>
      </w:pPr>
      <w:r>
        <w:t>The topic for this day is the life of the Prophet of Islam.</w:t>
      </w:r>
    </w:p>
    <w:p>
      <w:r>
        <w:rPr>
          <w:b/>
        </w:rPr>
        <w:t xml:space="preserve">[00:42] </w:t>
      </w:r>
      <w:r>
        <w:t>I would like to say some, you know, life of the Prophet is a very vast topic. There are numerous aspects. At present, I would like to say about only some aspects. You know, the Prophet of Islam, Muhammad bin Abdullah bin Abdul Muttalib, was</w:t>
      </w:r>
    </w:p>
    <w:p>
      <w:pPr>
        <w:jc w:val="right"/>
      </w:pPr>
      <w:r>
        <w:t>I would like to say some, you know, life of the Prophet is a very vast topic. There are numerous aspects. At present, I would like to say about only some aspects. You know, the Prophet of Islam, Muhammad bin Abdullah bin Abdul Muttalib, was</w:t>
      </w:r>
    </w:p>
    <w:p>
      <w:r>
        <w:rPr>
          <w:b/>
        </w:rPr>
        <w:t xml:space="preserve">[01:12] </w:t>
      </w:r>
      <w:r>
        <w:t>born in Makkah in 570 AD, and he was appointed by God as a Prophet in 610 AD.</w:t>
      </w:r>
    </w:p>
    <w:p>
      <w:pPr>
        <w:jc w:val="right"/>
      </w:pPr>
      <w:r>
        <w:t>born in Makkah in 570 AD, and he was appointed by God as a Prophet in 610 AD.</w:t>
      </w:r>
    </w:p>
    <w:p>
      <w:r>
        <w:rPr>
          <w:b/>
        </w:rPr>
        <w:t xml:space="preserve">[01:28] </w:t>
      </w:r>
      <w:r>
        <w:t>He started his mission in Makkah. He</w:t>
      </w:r>
    </w:p>
    <w:p>
      <w:pPr>
        <w:jc w:val="right"/>
      </w:pPr>
      <w:r>
        <w:t>He started his mission in Makkah. He</w:t>
      </w:r>
    </w:p>
    <w:p>
      <w:r>
        <w:rPr>
          <w:b/>
        </w:rPr>
        <w:t xml:space="preserve">[01:43] </w:t>
      </w:r>
      <w:r>
        <w:t>lived in Makkah up to thirteen years.</w:t>
      </w:r>
    </w:p>
    <w:p>
      <w:pPr>
        <w:jc w:val="right"/>
      </w:pPr>
      <w:r>
        <w:t>lived in Makkah up to thirteen years.</w:t>
      </w:r>
    </w:p>
    <w:p>
      <w:r>
        <w:rPr>
          <w:b/>
        </w:rPr>
        <w:t xml:space="preserve">[01:53] </w:t>
      </w:r>
      <w:r>
        <w:t>Then he migrated to Madinah, and after ten years, he died in Madinah in 632.</w:t>
      </w:r>
    </w:p>
    <w:p>
      <w:pPr>
        <w:jc w:val="right"/>
      </w:pPr>
      <w:r>
        <w:t>Then he migrated to Madinah, and after ten years, he died in Madinah in 632.</w:t>
      </w:r>
    </w:p>
    <w:p>
      <w:r>
        <w:rPr>
          <w:b/>
        </w:rPr>
        <w:t xml:space="preserve">[02:03] </w:t>
      </w:r>
      <w:r>
        <w:t>His life was a very eventful life, perhaps all kinds of events you</w:t>
      </w:r>
    </w:p>
    <w:p>
      <w:pPr>
        <w:jc w:val="right"/>
      </w:pPr>
      <w:r>
        <w:t>His life was a very eventful life, perhaps all kinds of events you</w:t>
      </w:r>
    </w:p>
    <w:p>
      <w:r>
        <w:rPr>
          <w:b/>
        </w:rPr>
        <w:t xml:space="preserve">[02:13] </w:t>
      </w:r>
      <w:r>
        <w:t>can find in his life.</w:t>
      </w:r>
    </w:p>
    <w:p>
      <w:pPr>
        <w:jc w:val="right"/>
      </w:pPr>
      <w:r>
        <w:t>can find in his life.</w:t>
      </w:r>
    </w:p>
    <w:p>
      <w:r>
        <w:rPr>
          <w:b/>
        </w:rPr>
        <w:t xml:space="preserve">[02:21] </w:t>
      </w:r>
      <w:r>
        <w:t>So he is an example for our life in every aspect.</w:t>
      </w:r>
    </w:p>
    <w:p>
      <w:pPr>
        <w:jc w:val="right"/>
      </w:pPr>
      <w:r>
        <w:t>So he is an example for our life in every aspect.</w:t>
      </w:r>
    </w:p>
    <w:p>
      <w:r>
        <w:rPr>
          <w:b/>
        </w:rPr>
        <w:t xml:space="preserve">[02:30] </w:t>
      </w:r>
      <w:r>
        <w:t>His life is preserved.</w:t>
      </w:r>
    </w:p>
    <w:p>
      <w:pPr>
        <w:jc w:val="right"/>
      </w:pPr>
      <w:r>
        <w:t>His life is preserved.</w:t>
      </w:r>
    </w:p>
    <w:p>
      <w:r>
        <w:rPr>
          <w:b/>
        </w:rPr>
        <w:t xml:space="preserve">[02:38] </w:t>
      </w:r>
      <w:r>
        <w:t>It is very exceptional. There were</w:t>
      </w:r>
    </w:p>
    <w:p>
      <w:pPr>
        <w:jc w:val="right"/>
      </w:pPr>
      <w:r>
        <w:t>It is very exceptional. There were</w:t>
      </w:r>
    </w:p>
    <w:p>
      <w:r>
        <w:rPr>
          <w:b/>
        </w:rPr>
        <w:t xml:space="preserve">[02:46] </w:t>
      </w:r>
      <w:r>
        <w:t>thousands and thousands of Prophets in the previous history, but no Prophet was recorded in history except Muhammad.</w:t>
      </w:r>
    </w:p>
    <w:p>
      <w:pPr>
        <w:jc w:val="right"/>
      </w:pPr>
      <w:r>
        <w:t>thousands and thousands of Prophets in the previous history, but no Prophet was recorded in history except Muhammad.</w:t>
      </w:r>
    </w:p>
    <w:p>
      <w:r>
        <w:rPr>
          <w:b/>
        </w:rPr>
        <w:t xml:space="preserve">[03:02] </w:t>
      </w:r>
      <w:r>
        <w:t>The events of his life were, first of all,</w:t>
      </w:r>
    </w:p>
    <w:p>
      <w:pPr>
        <w:jc w:val="right"/>
      </w:pPr>
      <w:r>
        <w:t>The events of his life were, first of all,</w:t>
      </w:r>
    </w:p>
    <w:p>
      <w:r>
        <w:rPr>
          <w:b/>
        </w:rPr>
        <w:t xml:space="preserve">[03:17] </w:t>
      </w:r>
      <w:r>
        <w:t>it was reported in Hadith.</w:t>
      </w:r>
    </w:p>
    <w:p>
      <w:pPr>
        <w:jc w:val="right"/>
      </w:pPr>
      <w:r>
        <w:t>it was reported in Hadith.</w:t>
      </w:r>
    </w:p>
    <w:p>
      <w:r>
        <w:rPr>
          <w:b/>
        </w:rPr>
        <w:t xml:space="preserve">[03:24] </w:t>
      </w:r>
      <w:r>
        <w:t>You know, there is a book of Hadith that is called Musnad Ahmad bin Hanbal.</w:t>
      </w:r>
    </w:p>
    <w:p>
      <w:pPr>
        <w:jc w:val="right"/>
      </w:pPr>
      <w:r>
        <w:t>You know, there is a book of Hadith that is called Musnad Ahmad bin Hanbal.</w:t>
      </w:r>
    </w:p>
    <w:p>
      <w:r>
        <w:rPr>
          <w:b/>
        </w:rPr>
        <w:t xml:space="preserve">[03:30] </w:t>
      </w:r>
      <w:r>
        <w:t>In this book, there are thirty thousand Hadiths, thirty thousand, and there are many, many events related to</w:t>
      </w:r>
    </w:p>
    <w:p>
      <w:pPr>
        <w:jc w:val="right"/>
      </w:pPr>
      <w:r>
        <w:t>In this book, there are thirty thousand Hadiths, thirty thousand, and there are many, many events related to</w:t>
      </w:r>
    </w:p>
    <w:p>
      <w:r>
        <w:rPr>
          <w:b/>
        </w:rPr>
        <w:t xml:space="preserve">[03:36] </w:t>
      </w:r>
      <w:r>
        <w:t>the life of the Prophet of Islam.</w:t>
      </w:r>
    </w:p>
    <w:p>
      <w:pPr>
        <w:jc w:val="right"/>
      </w:pPr>
      <w:r>
        <w:t>the life of the Prophet of Islam.</w:t>
      </w:r>
    </w:p>
    <w:p>
      <w:r>
        <w:rPr>
          <w:b/>
        </w:rPr>
        <w:t xml:space="preserve">[03:42] </w:t>
      </w:r>
      <w:r>
        <w:t>So Musnad Ahmad is a kind of</w:t>
      </w:r>
    </w:p>
    <w:p>
      <w:pPr>
        <w:jc w:val="right"/>
      </w:pPr>
      <w:r>
        <w:t>So Musnad Ahmad is a kind of</w:t>
      </w:r>
    </w:p>
    <w:p>
      <w:r>
        <w:rPr>
          <w:b/>
        </w:rPr>
        <w:t xml:space="preserve">[03:48] </w:t>
      </w:r>
      <w:r>
        <w:t>encyclopedia of Hadiths, also of Sirah.</w:t>
      </w:r>
    </w:p>
    <w:p>
      <w:pPr>
        <w:jc w:val="right"/>
      </w:pPr>
      <w:r>
        <w:t>encyclopedia of Hadiths, also of Sirah.</w:t>
      </w:r>
    </w:p>
    <w:p>
      <w:r>
        <w:rPr>
          <w:b/>
        </w:rPr>
        <w:t xml:space="preserve">[03:58] </w:t>
      </w:r>
      <w:r>
        <w:t>So the first person who prepared a book on Sirah was Ibn Ishaq, Muhammad bin Ishaq.</w:t>
      </w:r>
    </w:p>
    <w:p>
      <w:pPr>
        <w:jc w:val="right"/>
      </w:pPr>
      <w:r>
        <w:t>So the first person who prepared a book on Sirah was Ibn Ishaq, Muhammad bin Ishaq.</w:t>
      </w:r>
    </w:p>
    <w:p>
      <w:r>
        <w:rPr>
          <w:b/>
        </w:rPr>
        <w:t xml:space="preserve">[04:09] </w:t>
      </w:r>
      <w:r>
        <w:t>He was a Tabi'i, that is</w:t>
      </w:r>
    </w:p>
    <w:p>
      <w:pPr>
        <w:jc w:val="right"/>
      </w:pPr>
      <w:r>
        <w:t>He was a Tabi'i, that is</w:t>
      </w:r>
    </w:p>
    <w:p>
      <w:r>
        <w:rPr>
          <w:b/>
        </w:rPr>
        <w:t xml:space="preserve">[04:19] </w:t>
      </w:r>
      <w:r>
        <w:t>, Companion of the Companions.</w:t>
      </w:r>
    </w:p>
    <w:p>
      <w:pPr>
        <w:jc w:val="right"/>
      </w:pPr>
      <w:r>
        <w:t>, Companion of the Companions.</w:t>
      </w:r>
    </w:p>
    <w:p>
      <w:r>
        <w:rPr>
          <w:b/>
        </w:rPr>
        <w:t xml:space="preserve">[04:26] </w:t>
      </w:r>
      <w:r>
        <w:t>So he was the first who prepared a life.</w:t>
      </w:r>
    </w:p>
    <w:p>
      <w:pPr>
        <w:jc w:val="right"/>
      </w:pPr>
      <w:r>
        <w:t>So he was the first who prepared a life.</w:t>
      </w:r>
    </w:p>
    <w:p>
      <w:r>
        <w:rPr>
          <w:b/>
        </w:rPr>
        <w:t xml:space="preserve">[04:34] </w:t>
      </w:r>
      <w:r>
        <w:t>Ibn Ishaq was the first.</w:t>
      </w:r>
    </w:p>
    <w:p>
      <w:pPr>
        <w:jc w:val="right"/>
      </w:pPr>
      <w:r>
        <w:t>Ibn Ishaq was the first.</w:t>
      </w:r>
    </w:p>
    <w:p>
      <w:r>
        <w:rPr>
          <w:b/>
        </w:rPr>
        <w:t xml:space="preserve">[04:42] </w:t>
      </w:r>
      <w:r>
        <w:t>He was a Tabi'i, that is, Companion of the Companions.</w:t>
      </w:r>
    </w:p>
    <w:p>
      <w:pPr>
        <w:jc w:val="right"/>
      </w:pPr>
      <w:r>
        <w:t>He was a Tabi'i, that is, Companion of the Companions.</w:t>
      </w:r>
    </w:p>
    <w:p>
      <w:r>
        <w:rPr>
          <w:b/>
        </w:rPr>
        <w:t xml:space="preserve">[04:49] </w:t>
      </w:r>
      <w:r>
        <w:t>Then his disciple was Ibn Hisham.</w:t>
      </w:r>
    </w:p>
    <w:p>
      <w:pPr>
        <w:jc w:val="right"/>
      </w:pPr>
      <w:r>
        <w:t>Then his disciple was Ibn Hisham.</w:t>
      </w:r>
    </w:p>
    <w:p>
      <w:r>
        <w:rPr>
          <w:b/>
        </w:rPr>
        <w:t xml:space="preserve">[04:57] </w:t>
      </w:r>
      <w:r>
        <w:t>He prepared the second book.</w:t>
      </w:r>
    </w:p>
    <w:p>
      <w:pPr>
        <w:jc w:val="right"/>
      </w:pPr>
      <w:r>
        <w:t>He prepared the second book.</w:t>
      </w:r>
    </w:p>
    <w:p>
      <w:r>
        <w:rPr>
          <w:b/>
        </w:rPr>
        <w:t xml:space="preserve">[05:04] </w:t>
      </w:r>
      <w:r>
        <w:t>It is called Sirat Ibn Hisham in four volumes.</w:t>
      </w:r>
    </w:p>
    <w:p>
      <w:pPr>
        <w:jc w:val="right"/>
      </w:pPr>
      <w:r>
        <w:t>It is called Sirat Ibn Hisham in four volumes.</w:t>
      </w:r>
    </w:p>
    <w:p>
      <w:r>
        <w:rPr>
          <w:b/>
        </w:rPr>
        <w:t xml:space="preserve">[05:12] </w:t>
      </w:r>
      <w:r>
        <w:t>Then there was Ibn Sa'd, he also recorded the</w:t>
      </w:r>
    </w:p>
    <w:p>
      <w:pPr>
        <w:jc w:val="right"/>
      </w:pPr>
      <w:r>
        <w:t>Then there was Ibn Sa'd, he also recorded the</w:t>
      </w:r>
    </w:p>
    <w:p>
      <w:r>
        <w:rPr>
          <w:b/>
        </w:rPr>
        <w:t xml:space="preserve">[05:20] </w:t>
      </w:r>
      <w:r>
        <w:t>life of the Prophet of Islam in his book of history.</w:t>
      </w:r>
    </w:p>
    <w:p>
      <w:pPr>
        <w:jc w:val="right"/>
      </w:pPr>
      <w:r>
        <w:t>life of the Prophet of Islam in his book of history.</w:t>
      </w:r>
    </w:p>
    <w:p>
      <w:r>
        <w:rPr>
          <w:b/>
        </w:rPr>
        <w:t xml:space="preserve">[05:31] </w:t>
      </w:r>
      <w:r>
        <w:t>Then, you know, Ibn Jarir Tabari recorded the life of the Prophet of Islam in his history.</w:t>
      </w:r>
    </w:p>
    <w:p>
      <w:pPr>
        <w:jc w:val="right"/>
      </w:pPr>
      <w:r>
        <w:t>Then, you know, Ibn Jarir Tabari recorded the life of the Prophet of Islam in his history.</w:t>
      </w:r>
    </w:p>
    <w:p>
      <w:r>
        <w:rPr>
          <w:b/>
        </w:rPr>
        <w:t xml:space="preserve">[05:41] </w:t>
      </w:r>
      <w:r>
        <w:t>So Ibn Ishaq, Ibn Hisham, Ibn Sa'd, Ibn Jarir, they were the first biographers of the Prophet of Islam. Then</w:t>
      </w:r>
    </w:p>
    <w:p>
      <w:pPr>
        <w:jc w:val="right"/>
      </w:pPr>
      <w:r>
        <w:t>So Ibn Ishaq, Ibn Hisham, Ibn Sa'd, Ibn Jarir, they were the first biographers of the Prophet of Islam. Then</w:t>
      </w:r>
    </w:p>
    <w:p>
      <w:r>
        <w:rPr>
          <w:b/>
        </w:rPr>
        <w:t xml:space="preserve">[05:52] </w:t>
      </w:r>
      <w:r>
        <w:t>in history, you find thousands and thousands of biographers.</w:t>
      </w:r>
    </w:p>
    <w:p>
      <w:pPr>
        <w:jc w:val="right"/>
      </w:pPr>
      <w:r>
        <w:t>in history, you find thousands and thousands of biographers.</w:t>
      </w:r>
    </w:p>
    <w:p>
      <w:r>
        <w:rPr>
          <w:b/>
        </w:rPr>
        <w:t xml:space="preserve">[06:00] </w:t>
      </w:r>
      <w:r>
        <w:t>There are numerous books in different languages: in Arabic, in Persian, in Urdu, in Turkish, in English, in</w:t>
      </w:r>
    </w:p>
    <w:p>
      <w:pPr>
        <w:jc w:val="right"/>
      </w:pPr>
      <w:r>
        <w:t>There are numerous books in different languages: in Arabic, in Persian, in Urdu, in Turkish, in English, in</w:t>
      </w:r>
    </w:p>
    <w:p>
      <w:r>
        <w:rPr>
          <w:b/>
        </w:rPr>
        <w:t xml:space="preserve">[06:07] </w:t>
      </w:r>
      <w:r>
        <w:t>every language to mention some aspects from the life of the Prophet of Islam.</w:t>
      </w:r>
    </w:p>
    <w:p>
      <w:pPr>
        <w:jc w:val="right"/>
      </w:pPr>
      <w:r>
        <w:t>every language to mention some aspects from the life of the Prophet of Islam.</w:t>
      </w:r>
    </w:p>
    <w:p>
      <w:r>
        <w:rPr>
          <w:b/>
        </w:rPr>
        <w:t xml:space="preserve">[06:15] </w:t>
      </w:r>
      <w:r>
        <w:t>When the Prophet started his</w:t>
      </w:r>
    </w:p>
    <w:p>
      <w:pPr>
        <w:jc w:val="right"/>
      </w:pPr>
      <w:r>
        <w:t>When the Prophet started his</w:t>
      </w:r>
    </w:p>
    <w:p>
      <w:r>
        <w:rPr>
          <w:b/>
        </w:rPr>
        <w:t xml:space="preserve">[06:22] </w:t>
      </w:r>
      <w:r>
        <w:t>mission in Makkah, there was a great problem.</w:t>
      </w:r>
    </w:p>
    <w:p>
      <w:pPr>
        <w:jc w:val="right"/>
      </w:pPr>
      <w:r>
        <w:t>mission in Makkah, there was a great problem.</w:t>
      </w:r>
    </w:p>
    <w:p>
      <w:r>
        <w:rPr>
          <w:b/>
        </w:rPr>
        <w:t xml:space="preserve">[06:30] </w:t>
      </w:r>
      <w:r>
        <w:t>Makkah was built by Prophet Ibrahim as a center of Tawhid.</w:t>
      </w:r>
    </w:p>
    <w:p>
      <w:pPr>
        <w:jc w:val="right"/>
      </w:pPr>
      <w:r>
        <w:t>Makkah was built by Prophet Ibrahim as a center of Tawhid.</w:t>
      </w:r>
    </w:p>
    <w:p>
      <w:r>
        <w:rPr>
          <w:b/>
        </w:rPr>
        <w:t xml:space="preserve">[06:37] </w:t>
      </w:r>
      <w:r>
        <w:t>He built Kaaba.</w:t>
      </w:r>
    </w:p>
    <w:p>
      <w:pPr>
        <w:jc w:val="right"/>
      </w:pPr>
      <w:r>
        <w:t>He built Kaaba.</w:t>
      </w:r>
    </w:p>
    <w:p>
      <w:r>
        <w:rPr>
          <w:b/>
        </w:rPr>
        <w:t xml:space="preserve">[06:45] </w:t>
      </w:r>
      <w:r>
        <w:t>Kaaba was the center of Tawhid. But</w:t>
      </w:r>
    </w:p>
    <w:p>
      <w:pPr>
        <w:jc w:val="right"/>
      </w:pPr>
      <w:r>
        <w:t>Kaaba was the center of Tawhid. But</w:t>
      </w:r>
    </w:p>
    <w:p>
      <w:r>
        <w:rPr>
          <w:b/>
        </w:rPr>
        <w:t xml:space="preserve">[06:52] </w:t>
      </w:r>
      <w:r>
        <w:t>in later periods, people were influenced by the Mushrik civilization.</w:t>
      </w:r>
    </w:p>
    <w:p>
      <w:pPr>
        <w:jc w:val="right"/>
      </w:pPr>
      <w:r>
        <w:t>in later periods, people were influenced by the Mushrik civilization.</w:t>
      </w:r>
    </w:p>
    <w:p>
      <w:r>
        <w:rPr>
          <w:b/>
        </w:rPr>
        <w:t xml:space="preserve">[07:03] </w:t>
      </w:r>
      <w:r>
        <w:t>At that time, everywhere there was Mushrikana civilization, civilization based on polytheism.</w:t>
      </w:r>
    </w:p>
    <w:p>
      <w:pPr>
        <w:jc w:val="right"/>
      </w:pPr>
      <w:r>
        <w:t>At that time, everywhere there was Mushrikana civilization, civilization based on polytheism.</w:t>
      </w:r>
    </w:p>
    <w:p>
      <w:r>
        <w:rPr>
          <w:b/>
        </w:rPr>
        <w:t xml:space="preserve">[07:13] </w:t>
      </w:r>
      <w:r>
        <w:t>At that time, Shirk was the domin</w:t>
      </w:r>
    </w:p>
    <w:p>
      <w:pPr>
        <w:jc w:val="right"/>
      </w:pPr>
      <w:r>
        <w:t>At that time, Shirk was the domin</w:t>
      </w:r>
    </w:p>
    <w:p>
      <w:r>
        <w:rPr>
          <w:b/>
        </w:rPr>
        <w:t xml:space="preserve">[07:23] </w:t>
      </w:r>
      <w:r>
        <w:t>ating force everywhere in the world.</w:t>
      </w:r>
    </w:p>
    <w:p>
      <w:pPr>
        <w:jc w:val="right"/>
      </w:pPr>
      <w:r>
        <w:t>ating force everywhere in the world.</w:t>
      </w:r>
    </w:p>
    <w:p>
      <w:r>
        <w:rPr>
          <w:b/>
        </w:rPr>
        <w:t xml:space="preserve">[07:33] </w:t>
      </w:r>
      <w:r>
        <w:t>So Makkan people became influenced by this civilization.</w:t>
      </w:r>
    </w:p>
    <w:p>
      <w:pPr>
        <w:jc w:val="right"/>
      </w:pPr>
      <w:r>
        <w:t>So Makkan people became influenced by this civilization.</w:t>
      </w:r>
    </w:p>
    <w:p>
      <w:r>
        <w:rPr>
          <w:b/>
        </w:rPr>
        <w:t xml:space="preserve">[07:43] </w:t>
      </w:r>
      <w:r>
        <w:t>So they placed some idols in the Kaaba, and the number of these idols reached</w:t>
      </w:r>
    </w:p>
    <w:p>
      <w:pPr>
        <w:jc w:val="right"/>
      </w:pPr>
      <w:r>
        <w:t>So they placed some idols in the Kaaba, and the number of these idols reached</w:t>
      </w:r>
    </w:p>
    <w:p>
      <w:r>
        <w:rPr>
          <w:b/>
        </w:rPr>
        <w:t xml:space="preserve">[07:53] </w:t>
      </w:r>
      <w:r>
        <w:t>to 360.</w:t>
      </w:r>
    </w:p>
    <w:p>
      <w:pPr>
        <w:jc w:val="right"/>
      </w:pPr>
      <w:r>
        <w:t>to 360.</w:t>
      </w:r>
    </w:p>
    <w:p>
      <w:r>
        <w:rPr>
          <w:b/>
        </w:rPr>
        <w:t xml:space="preserve">[08:00] </w:t>
      </w:r>
      <w:r>
        <w:t>So when the Prophet of Islam came, there were 360 idols in the premises of Kaaba.</w:t>
      </w:r>
    </w:p>
    <w:p>
      <w:pPr>
        <w:jc w:val="right"/>
      </w:pPr>
      <w:r>
        <w:t>So when the Prophet of Islam came, there were 360 idols in the premises of Kaaba.</w:t>
      </w:r>
    </w:p>
    <w:p>
      <w:r>
        <w:rPr>
          <w:b/>
        </w:rPr>
        <w:t xml:space="preserve">[08:06] </w:t>
      </w:r>
      <w:r>
        <w:t>The Prophet of Islam was a Prophet of Tawhid.</w:t>
      </w:r>
    </w:p>
    <w:p>
      <w:pPr>
        <w:jc w:val="right"/>
      </w:pPr>
      <w:r>
        <w:t>The Prophet of Islam was a Prophet of Tawhid.</w:t>
      </w:r>
    </w:p>
    <w:p>
      <w:r>
        <w:rPr>
          <w:b/>
        </w:rPr>
        <w:t xml:space="preserve">[08:12] </w:t>
      </w:r>
      <w:r>
        <w:t>His mission was based on the theory of Oneness of God.</w:t>
      </w:r>
    </w:p>
    <w:p>
      <w:pPr>
        <w:jc w:val="right"/>
      </w:pPr>
      <w:r>
        <w:t>His mission was based on the theory of Oneness of God.</w:t>
      </w:r>
    </w:p>
    <w:p>
      <w:r>
        <w:rPr>
          <w:b/>
        </w:rPr>
        <w:t xml:space="preserve">[08:18] </w:t>
      </w:r>
      <w:r>
        <w:t>He was against the idol worship</w:t>
      </w:r>
    </w:p>
    <w:p>
      <w:pPr>
        <w:jc w:val="right"/>
      </w:pPr>
      <w:r>
        <w:t>He was against the idol worship</w:t>
      </w:r>
    </w:p>
    <w:p>
      <w:r>
        <w:rPr>
          <w:b/>
        </w:rPr>
        <w:t xml:space="preserve">[08:24] </w:t>
      </w:r>
      <w:r>
        <w:t>.</w:t>
      </w:r>
    </w:p>
    <w:p>
      <w:pPr>
        <w:jc w:val="right"/>
      </w:pPr>
      <w:r>
        <w:t>.</w:t>
      </w:r>
    </w:p>
    <w:p>
      <w:r>
        <w:rPr>
          <w:b/>
        </w:rPr>
        <w:t xml:space="preserve">[08:32] </w:t>
      </w:r>
      <w:r>
        <w:t>So how to do?</w:t>
      </w:r>
    </w:p>
    <w:p>
      <w:pPr>
        <w:jc w:val="right"/>
      </w:pPr>
      <w:r>
        <w:t>So how to do?</w:t>
      </w:r>
    </w:p>
    <w:p>
      <w:r>
        <w:rPr>
          <w:b/>
        </w:rPr>
        <w:t xml:space="preserve">[08:39] </w:t>
      </w:r>
      <w:r>
        <w:t>The Prophet of Islam was given a very unique formula from God.</w:t>
      </w:r>
    </w:p>
    <w:p>
      <w:pPr>
        <w:jc w:val="right"/>
      </w:pPr>
      <w:r>
        <w:t>The Prophet of Islam was given a very unique formula from God.</w:t>
      </w:r>
    </w:p>
    <w:p>
      <w:r>
        <w:rPr>
          <w:b/>
        </w:rPr>
        <w:t xml:space="preserve">[08:47] </w:t>
      </w:r>
      <w:r>
        <w:t>God sent this verse in the Quran, this guiding verse, "Innamal Usra Yusra, Innamal Usra Yusra." It means that</w:t>
      </w:r>
    </w:p>
    <w:p>
      <w:pPr>
        <w:jc w:val="right"/>
      </w:pPr>
      <w:r>
        <w:t>God sent this verse in the Quran, this guiding verse, "Innamal Usra Yusra, Innamal Usra Yusra." It means that</w:t>
      </w:r>
    </w:p>
    <w:p>
      <w:r>
        <w:rPr>
          <w:b/>
        </w:rPr>
        <w:t xml:space="preserve">[08:54] </w:t>
      </w:r>
      <w:r>
        <w:t>this ayat, this Quranic verse refers to a law of nature, universal law of nature. This Quranic verse refers to a universal law of nature. And what is that universal law of nature? It is that this world was created in such a way that with ever</w:t>
      </w:r>
    </w:p>
    <w:p>
      <w:pPr>
        <w:jc w:val="right"/>
      </w:pPr>
      <w:r>
        <w:t>this ayat, this Quranic verse refers to a law of nature, universal law of nature. This Quranic verse refers to a universal law of nature. And what is that universal law of nature? It is that this world was created in such a way that with ever</w:t>
      </w:r>
    </w:p>
    <w:p>
      <w:r>
        <w:rPr>
          <w:b/>
        </w:rPr>
        <w:t xml:space="preserve">[09:24] </w:t>
      </w:r>
      <w:r>
        <w:t>y thorn, there are flowers.</w:t>
      </w:r>
    </w:p>
    <w:p>
      <w:pPr>
        <w:jc w:val="right"/>
      </w:pPr>
      <w:r>
        <w:t>y thorn, there are flowers.</w:t>
      </w:r>
    </w:p>
    <w:p>
      <w:r>
        <w:rPr>
          <w:b/>
        </w:rPr>
        <w:t xml:space="preserve">[09:29] </w:t>
      </w:r>
      <w:r>
        <w:t>So with every problem, there are opportunities.</w:t>
      </w:r>
    </w:p>
    <w:p>
      <w:pPr>
        <w:jc w:val="right"/>
      </w:pPr>
      <w:r>
        <w:t>So with every problem, there are opportunities.</w:t>
      </w:r>
    </w:p>
    <w:p>
      <w:r>
        <w:rPr>
          <w:b/>
        </w:rPr>
        <w:t xml:space="preserve">[09:35] </w:t>
      </w:r>
      <w:r>
        <w:t>So the rose plant is a demonstration from God.</w:t>
      </w:r>
    </w:p>
    <w:p>
      <w:pPr>
        <w:jc w:val="right"/>
      </w:pPr>
      <w:r>
        <w:t>So the rose plant is a demonstration from God.</w:t>
      </w:r>
    </w:p>
    <w:p>
      <w:r>
        <w:rPr>
          <w:b/>
        </w:rPr>
        <w:t xml:space="preserve">[09:40] </w:t>
      </w:r>
      <w:r>
        <w:t>It is a demonstration of the law of nature.</w:t>
      </w:r>
    </w:p>
    <w:p>
      <w:pPr>
        <w:jc w:val="right"/>
      </w:pPr>
      <w:r>
        <w:t>It is a demonstration of the law of nature.</w:t>
      </w:r>
    </w:p>
    <w:p>
      <w:r>
        <w:rPr>
          <w:b/>
        </w:rPr>
        <w:t xml:space="preserve">[09:45] </w:t>
      </w:r>
      <w:r>
        <w:t>We see that with every branch of the rose plant, there are thorns, and at the same time,</w:t>
      </w:r>
    </w:p>
    <w:p>
      <w:pPr>
        <w:jc w:val="right"/>
      </w:pPr>
      <w:r>
        <w:t>We see that with every branch of the rose plant, there are thorns, and at the same time,</w:t>
      </w:r>
    </w:p>
    <w:p>
      <w:r>
        <w:rPr>
          <w:b/>
        </w:rPr>
        <w:t xml:space="preserve">[09:50] </w:t>
      </w:r>
      <w:r>
        <w:t>there are flowers.</w:t>
      </w:r>
    </w:p>
    <w:p>
      <w:pPr>
        <w:jc w:val="right"/>
      </w:pPr>
      <w:r>
        <w:t>there are flowers.</w:t>
      </w:r>
    </w:p>
    <w:p>
      <w:r>
        <w:rPr>
          <w:b/>
        </w:rPr>
        <w:t xml:space="preserve">[09:55] </w:t>
      </w:r>
      <w:r>
        <w:t>So is the position of human life, human society.</w:t>
      </w:r>
    </w:p>
    <w:p>
      <w:pPr>
        <w:jc w:val="right"/>
      </w:pPr>
      <w:r>
        <w:t>So is the position of human life, human society.</w:t>
      </w:r>
    </w:p>
    <w:p>
      <w:r>
        <w:rPr>
          <w:b/>
        </w:rPr>
        <w:t xml:space="preserve">[10:05] </w:t>
      </w:r>
      <w:r>
        <w:t>In human society, if there are problems, at the same time, there are opportunities.</w:t>
      </w:r>
    </w:p>
    <w:p>
      <w:pPr>
        <w:jc w:val="right"/>
      </w:pPr>
      <w:r>
        <w:t>In human society, if there are problems, at the same time, there are opportunities.</w:t>
      </w:r>
    </w:p>
    <w:p>
      <w:r>
        <w:rPr>
          <w:b/>
        </w:rPr>
        <w:t xml:space="preserve">[10:15] </w:t>
      </w:r>
      <w:r>
        <w:t>So the Prophet of Islam was directly directed by God that you have to ignore the problem</w:t>
      </w:r>
    </w:p>
    <w:p>
      <w:pPr>
        <w:jc w:val="right"/>
      </w:pPr>
      <w:r>
        <w:t>So the Prophet of Islam was directly directed by God that you have to ignore the problem</w:t>
      </w:r>
    </w:p>
    <w:p>
      <w:r>
        <w:rPr>
          <w:b/>
        </w:rPr>
        <w:t xml:space="preserve">[10:25] </w:t>
      </w:r>
      <w:r>
        <w:t>and you have to avail the opportunities.</w:t>
      </w:r>
    </w:p>
    <w:p>
      <w:pPr>
        <w:jc w:val="right"/>
      </w:pPr>
      <w:r>
        <w:t>and you have to avail the opportunities.</w:t>
      </w:r>
    </w:p>
    <w:p>
      <w:r>
        <w:rPr>
          <w:b/>
        </w:rPr>
        <w:t xml:space="preserve">[10:34] </w:t>
      </w:r>
      <w:r>
        <w:t>So the Prophet adopted this formula.</w:t>
      </w:r>
    </w:p>
    <w:p>
      <w:pPr>
        <w:jc w:val="right"/>
      </w:pPr>
      <w:r>
        <w:t>So the Prophet adopted this formula.</w:t>
      </w:r>
    </w:p>
    <w:p>
      <w:r>
        <w:rPr>
          <w:b/>
        </w:rPr>
        <w:t xml:space="preserve">[10:42] </w:t>
      </w:r>
      <w:r>
        <w:t>At that time, what was the situation at Kaaba?</w:t>
      </w:r>
    </w:p>
    <w:p>
      <w:pPr>
        <w:jc w:val="right"/>
      </w:pPr>
      <w:r>
        <w:t>At that time, what was the situation at Kaaba?</w:t>
      </w:r>
    </w:p>
    <w:p>
      <w:r>
        <w:rPr>
          <w:b/>
        </w:rPr>
        <w:t xml:space="preserve">[10:51] </w:t>
      </w:r>
      <w:r>
        <w:t>As there were 360 idols, people turned out every day to visit their idols, to</w:t>
      </w:r>
    </w:p>
    <w:p>
      <w:pPr>
        <w:jc w:val="right"/>
      </w:pPr>
      <w:r>
        <w:t>As there were 360 idols, people turned out every day to visit their idols, to</w:t>
      </w:r>
    </w:p>
    <w:p>
      <w:r>
        <w:rPr>
          <w:b/>
        </w:rPr>
        <w:t xml:space="preserve">[10:59] </w:t>
      </w:r>
      <w:r>
        <w:t>worship their idols.</w:t>
      </w:r>
    </w:p>
    <w:p>
      <w:pPr>
        <w:jc w:val="right"/>
      </w:pPr>
      <w:r>
        <w:t>worship their idols.</w:t>
      </w:r>
    </w:p>
    <w:p>
      <w:r>
        <w:rPr>
          <w:b/>
        </w:rPr>
        <w:t xml:space="preserve">[11:06] </w:t>
      </w:r>
      <w:r>
        <w:t>So Kaaba became a place of assembly, a place of gathering.</w:t>
      </w:r>
    </w:p>
    <w:p>
      <w:pPr>
        <w:jc w:val="right"/>
      </w:pPr>
      <w:r>
        <w:t>So Kaaba became a place of assembly, a place of gathering.</w:t>
      </w:r>
    </w:p>
    <w:p>
      <w:r>
        <w:rPr>
          <w:b/>
        </w:rPr>
        <w:t xml:space="preserve">[11:12] </w:t>
      </w:r>
      <w:r>
        <w:t>So the Prophet of Islam followed this formula that he simply ignored the presence of idols, and he</w:t>
      </w:r>
    </w:p>
    <w:p>
      <w:pPr>
        <w:jc w:val="right"/>
      </w:pPr>
      <w:r>
        <w:t>So the Prophet of Islam followed this formula that he simply ignored the presence of idols, and he</w:t>
      </w:r>
    </w:p>
    <w:p>
      <w:r>
        <w:rPr>
          <w:b/>
        </w:rPr>
        <w:t xml:space="preserve">[11:19] </w:t>
      </w:r>
      <w:r>
        <w:t>tried those assemblies as his audience.</w:t>
      </w:r>
    </w:p>
    <w:p>
      <w:pPr>
        <w:jc w:val="right"/>
      </w:pPr>
      <w:r>
        <w:t>tried those assemblies as his audience.</w:t>
      </w:r>
    </w:p>
    <w:p>
      <w:r>
        <w:rPr>
          <w:b/>
        </w:rPr>
        <w:t xml:space="preserve">[11:25] </w:t>
      </w:r>
      <w:r>
        <w:t>This was the formula.</w:t>
      </w:r>
    </w:p>
    <w:p>
      <w:pPr>
        <w:jc w:val="right"/>
      </w:pPr>
      <w:r>
        <w:t>This was the formula.</w:t>
      </w:r>
    </w:p>
    <w:p>
      <w:r>
        <w:rPr>
          <w:b/>
        </w:rPr>
        <w:t xml:space="preserve">[11:31] </w:t>
      </w:r>
      <w:r>
        <w:t>So the Prophet introduced in history, first time in the history, this formula.</w:t>
      </w:r>
    </w:p>
    <w:p>
      <w:pPr>
        <w:jc w:val="right"/>
      </w:pPr>
      <w:r>
        <w:t>So the Prophet introduced in history, first time in the history, this formula.</w:t>
      </w:r>
    </w:p>
    <w:p>
      <w:r>
        <w:rPr>
          <w:b/>
        </w:rPr>
        <w:t xml:space="preserve">[11:39] </w:t>
      </w:r>
      <w:r>
        <w:t>Any philosopher, any thinker, any reformer failed to discover this formula.</w:t>
      </w:r>
    </w:p>
    <w:p>
      <w:pPr>
        <w:jc w:val="right"/>
      </w:pPr>
      <w:r>
        <w:t>Any philosopher, any thinker, any reformer failed to discover this formula.</w:t>
      </w:r>
    </w:p>
    <w:p>
      <w:r>
        <w:rPr>
          <w:b/>
        </w:rPr>
        <w:t xml:space="preserve">[11:47] </w:t>
      </w:r>
      <w:r>
        <w:t>All the reformers were obsessed with problems.</w:t>
      </w:r>
    </w:p>
    <w:p>
      <w:pPr>
        <w:jc w:val="right"/>
      </w:pPr>
      <w:r>
        <w:t>All the reformers were obsessed with problems.</w:t>
      </w:r>
    </w:p>
    <w:p>
      <w:r>
        <w:rPr>
          <w:b/>
        </w:rPr>
        <w:t xml:space="preserve">[11:54] </w:t>
      </w:r>
      <w:r>
        <w:t>According to their thinking, their starting point was to remove the ob</w:t>
      </w:r>
    </w:p>
    <w:p>
      <w:pPr>
        <w:jc w:val="right"/>
      </w:pPr>
      <w:r>
        <w:t>According to their thinking, their starting point was to remove the ob</w:t>
      </w:r>
    </w:p>
    <w:p>
      <w:r>
        <w:rPr>
          <w:b/>
        </w:rPr>
        <w:t xml:space="preserve">[12:02] </w:t>
      </w:r>
      <w:r>
        <w:t>stacle, to eliminate the problem.</w:t>
      </w:r>
    </w:p>
    <w:p>
      <w:pPr>
        <w:jc w:val="right"/>
      </w:pPr>
      <w:r>
        <w:t>stacle, to eliminate the problem.</w:t>
      </w:r>
    </w:p>
    <w:p>
      <w:r>
        <w:rPr>
          <w:b/>
        </w:rPr>
        <w:t xml:space="preserve">[12:08] </w:t>
      </w:r>
      <w:r>
        <w:t>This was their starting point according to their thinking.</w:t>
      </w:r>
    </w:p>
    <w:p>
      <w:pPr>
        <w:jc w:val="right"/>
      </w:pPr>
      <w:r>
        <w:t>This was their starting point according to their thinking.</w:t>
      </w:r>
    </w:p>
    <w:p>
      <w:r>
        <w:rPr>
          <w:b/>
        </w:rPr>
        <w:t xml:space="preserve">[12:14] </w:t>
      </w:r>
      <w:r>
        <w:t>The Prophet of Islam introduced a new kind of strategy.</w:t>
      </w:r>
    </w:p>
    <w:p>
      <w:pPr>
        <w:jc w:val="right"/>
      </w:pPr>
      <w:r>
        <w:t>The Prophet of Islam introduced a new kind of strategy.</w:t>
      </w:r>
    </w:p>
    <w:p>
      <w:r>
        <w:rPr>
          <w:b/>
        </w:rPr>
        <w:t xml:space="preserve">[12:20] </w:t>
      </w:r>
      <w:r>
        <w:t>That is, he said that the starting point is not removing the obstacles.</w:t>
      </w:r>
    </w:p>
    <w:p>
      <w:pPr>
        <w:jc w:val="right"/>
      </w:pPr>
      <w:r>
        <w:t>That is, he said that the starting point is not removing the obstacles.</w:t>
      </w:r>
    </w:p>
    <w:p>
      <w:r>
        <w:rPr>
          <w:b/>
        </w:rPr>
        <w:t xml:space="preserve">[12:26] </w:t>
      </w:r>
      <w:r>
        <w:t>The starting point is to avail the opport</w:t>
      </w:r>
    </w:p>
    <w:p>
      <w:pPr>
        <w:jc w:val="right"/>
      </w:pPr>
      <w:r>
        <w:t>The starting point is to avail the opport</w:t>
      </w:r>
    </w:p>
    <w:p>
      <w:r>
        <w:rPr>
          <w:b/>
        </w:rPr>
        <w:t xml:space="preserve">[12:32] </w:t>
      </w:r>
      <w:r>
        <w:t>unities.</w:t>
      </w:r>
    </w:p>
    <w:p>
      <w:pPr>
        <w:jc w:val="right"/>
      </w:pPr>
      <w:r>
        <w:t>unities.</w:t>
      </w:r>
    </w:p>
    <w:p>
      <w:r>
        <w:rPr>
          <w:b/>
        </w:rPr>
        <w:t xml:space="preserve">[12:36] </w:t>
      </w:r>
      <w:r>
        <w:t>This was the first time in history.</w:t>
      </w:r>
    </w:p>
    <w:p>
      <w:pPr>
        <w:jc w:val="right"/>
      </w:pPr>
      <w:r>
        <w:t>This was the first time in history.</w:t>
      </w:r>
    </w:p>
    <w:p>
      <w:r>
        <w:rPr>
          <w:b/>
        </w:rPr>
        <w:t xml:space="preserve">[12:41] </w:t>
      </w:r>
      <w:r>
        <w:t>Never in history before Muhammad, anyone was able to discover this formula.</w:t>
      </w:r>
    </w:p>
    <w:p>
      <w:pPr>
        <w:jc w:val="right"/>
      </w:pPr>
      <w:r>
        <w:t>Never in history before Muhammad, anyone was able to discover this formula.</w:t>
      </w:r>
    </w:p>
    <w:p>
      <w:r>
        <w:rPr>
          <w:b/>
        </w:rPr>
        <w:t xml:space="preserve">[12:45] </w:t>
      </w:r>
      <w:r>
        <w:t>So the Prophet of Islam introduced a new formula.</w:t>
      </w:r>
    </w:p>
    <w:p>
      <w:pPr>
        <w:jc w:val="right"/>
      </w:pPr>
      <w:r>
        <w:t>So the Prophet of Islam introduced a new formula.</w:t>
      </w:r>
    </w:p>
    <w:p>
      <w:r>
        <w:rPr>
          <w:b/>
        </w:rPr>
        <w:t xml:space="preserve">[12:49] </w:t>
      </w:r>
      <w:r>
        <w:t>From where to begin?</w:t>
      </w:r>
    </w:p>
    <w:p>
      <w:pPr>
        <w:jc w:val="right"/>
      </w:pPr>
      <w:r>
        <w:t>From where to begin?</w:t>
      </w:r>
    </w:p>
    <w:p>
      <w:r>
        <w:rPr>
          <w:b/>
        </w:rPr>
        <w:t xml:space="preserve">[12:53] </w:t>
      </w:r>
      <w:r>
        <w:t>Every time you face this question, from where to begin?</w:t>
      </w:r>
    </w:p>
    <w:p>
      <w:pPr>
        <w:jc w:val="right"/>
      </w:pPr>
      <w:r>
        <w:t>Every time you face this question, from where to begin?</w:t>
      </w:r>
    </w:p>
    <w:p>
      <w:r>
        <w:rPr>
          <w:b/>
        </w:rPr>
        <w:t xml:space="preserve">[12:58] </w:t>
      </w:r>
      <w:r>
        <w:t>What is the starting point?</w:t>
      </w:r>
    </w:p>
    <w:p>
      <w:pPr>
        <w:jc w:val="right"/>
      </w:pPr>
      <w:r>
        <w:t>What is the starting point?</w:t>
      </w:r>
    </w:p>
    <w:p>
      <w:r>
        <w:rPr>
          <w:b/>
        </w:rPr>
        <w:t xml:space="preserve">[13:02] </w:t>
      </w:r>
      <w:r>
        <w:t>So the starting point is to ignore the problems, ignore the obstacles, and avail the opportunities.</w:t>
      </w:r>
    </w:p>
    <w:p>
      <w:pPr>
        <w:jc w:val="right"/>
      </w:pPr>
      <w:r>
        <w:t>So the starting point is to ignore the problems, ignore the obstacles, and avail the opportunities.</w:t>
      </w:r>
    </w:p>
    <w:p>
      <w:r>
        <w:rPr>
          <w:b/>
        </w:rPr>
        <w:t xml:space="preserve">[13:10] </w:t>
      </w:r>
      <w:r>
        <w:t>This kind of starting point was first introduced in history by the Prophet of Islam.</w:t>
      </w:r>
    </w:p>
    <w:p>
      <w:pPr>
        <w:jc w:val="right"/>
      </w:pPr>
      <w:r>
        <w:t>This kind of starting point was first introduced in history by the Prophet of Islam.</w:t>
      </w:r>
    </w:p>
    <w:p>
      <w:r>
        <w:rPr>
          <w:b/>
        </w:rPr>
        <w:t xml:space="preserve">[13:17] </w:t>
      </w:r>
      <w:r>
        <w:t>Everyone was obsessed with problems.</w:t>
      </w:r>
    </w:p>
    <w:p>
      <w:pPr>
        <w:jc w:val="right"/>
      </w:pPr>
      <w:r>
        <w:t>Everyone was obsessed with problems.</w:t>
      </w:r>
    </w:p>
    <w:p>
      <w:r>
        <w:rPr>
          <w:b/>
        </w:rPr>
        <w:t xml:space="preserve">[13:25] </w:t>
      </w:r>
      <w:r>
        <w:t>Everyone wanted to confront problem</w:t>
      </w:r>
    </w:p>
    <w:p>
      <w:pPr>
        <w:jc w:val="right"/>
      </w:pPr>
      <w:r>
        <w:t>Everyone wanted to confront problem</w:t>
      </w:r>
    </w:p>
    <w:p>
      <w:r>
        <w:rPr>
          <w:b/>
        </w:rPr>
        <w:t xml:space="preserve">[13:32] </w:t>
      </w:r>
      <w:r>
        <w:t>s. Everyone wanted to remove problems, to remove obstacles. So they wasted time because problems are part of life. You cannot remove problems permanently from life. So life is just like the rose plant. You cannot remove thorns from the rose plant</w:t>
      </w:r>
    </w:p>
    <w:p>
      <w:pPr>
        <w:jc w:val="right"/>
      </w:pPr>
      <w:r>
        <w:t>s. Everyone wanted to remove problems, to remove obstacles. So they wasted time because problems are part of life. You cannot remove problems permanently from life. So life is just like the rose plant. You cannot remove thorns from the rose plant</w:t>
      </w:r>
    </w:p>
    <w:p>
      <w:r>
        <w:rPr>
          <w:b/>
        </w:rPr>
        <w:t xml:space="preserve">[14:02] </w:t>
      </w:r>
      <w:r>
        <w:t>.</w:t>
      </w:r>
    </w:p>
    <w:p>
      <w:pPr>
        <w:jc w:val="right"/>
      </w:pPr>
      <w:r>
        <w:t>.</w:t>
      </w:r>
    </w:p>
    <w:p>
      <w:r>
        <w:rPr>
          <w:b/>
        </w:rPr>
        <w:t xml:space="preserve">[14:09] </w:t>
      </w:r>
      <w:r>
        <w:t>Thorns are an integral part of the plant.</w:t>
      </w:r>
    </w:p>
    <w:p>
      <w:pPr>
        <w:jc w:val="right"/>
      </w:pPr>
      <w:r>
        <w:t>Thorns are an integral part of the plant.</w:t>
      </w:r>
    </w:p>
    <w:p>
      <w:r>
        <w:rPr>
          <w:b/>
        </w:rPr>
        <w:t xml:space="preserve">[14:15] </w:t>
      </w:r>
      <w:r>
        <w:t>So is the case of human society.</w:t>
      </w:r>
    </w:p>
    <w:p>
      <w:pPr>
        <w:jc w:val="right"/>
      </w:pPr>
      <w:r>
        <w:t>So is the case of human society.</w:t>
      </w:r>
    </w:p>
    <w:p>
      <w:r>
        <w:rPr>
          <w:b/>
        </w:rPr>
        <w:t xml:space="preserve">[14:21] </w:t>
      </w:r>
      <w:r>
        <w:t>You cannot remove the problems from human society.</w:t>
      </w:r>
    </w:p>
    <w:p>
      <w:pPr>
        <w:jc w:val="right"/>
      </w:pPr>
      <w:r>
        <w:t>You cannot remove the problems from human society.</w:t>
      </w:r>
    </w:p>
    <w:p>
      <w:r>
        <w:rPr>
          <w:b/>
        </w:rPr>
        <w:t xml:space="preserve">[14:27] </w:t>
      </w:r>
      <w:r>
        <w:t>So you have to find some other formula, and that formula is to ignore the problem and avail the opportunities</w:t>
      </w:r>
    </w:p>
    <w:p>
      <w:pPr>
        <w:jc w:val="right"/>
      </w:pPr>
      <w:r>
        <w:t>So you have to find some other formula, and that formula is to ignore the problem and avail the opportunities</w:t>
      </w:r>
    </w:p>
    <w:p>
      <w:r>
        <w:rPr>
          <w:b/>
        </w:rPr>
        <w:t xml:space="preserve">[14:33] </w:t>
      </w:r>
      <w:r>
        <w:t>. So the Prophet of Islam ignored the presence of idols, and he availed those meetings, those gatherings as his audience. Thus, he was able to perform Dao work from the very beginning. He never wasted his time to remove the obstacles, to rem</w:t>
      </w:r>
    </w:p>
    <w:p>
      <w:pPr>
        <w:jc w:val="right"/>
      </w:pPr>
      <w:r>
        <w:t>. So the Prophet of Islam ignored the presence of idols, and he availed those meetings, those gatherings as his audience. Thus, he was able to perform Dao work from the very beginning. He never wasted his time to remove the obstacles, to rem</w:t>
      </w:r>
    </w:p>
    <w:p>
      <w:r>
        <w:rPr>
          <w:b/>
        </w:rPr>
        <w:t xml:space="preserve">[15:03] </w:t>
      </w:r>
      <w:r>
        <w:t>ove those idols.</w:t>
      </w:r>
    </w:p>
    <w:p>
      <w:pPr>
        <w:jc w:val="right"/>
      </w:pPr>
      <w:r>
        <w:t>ove those idols.</w:t>
      </w:r>
    </w:p>
    <w:p>
      <w:r>
        <w:rPr>
          <w:b/>
        </w:rPr>
        <w:t xml:space="preserve">[15:11] </w:t>
      </w:r>
      <w:r>
        <w:t>He never wasted his time.</w:t>
      </w:r>
    </w:p>
    <w:p>
      <w:pPr>
        <w:jc w:val="right"/>
      </w:pPr>
      <w:r>
        <w:t>He never wasted his time.</w:t>
      </w:r>
    </w:p>
    <w:p>
      <w:r>
        <w:rPr>
          <w:b/>
        </w:rPr>
        <w:t xml:space="preserve">[15:20] </w:t>
      </w:r>
      <w:r>
        <w:t>From day one, he was able to start his mission.</w:t>
      </w:r>
    </w:p>
    <w:p>
      <w:pPr>
        <w:jc w:val="right"/>
      </w:pPr>
      <w:r>
        <w:t>From day one, he was able to start his mission.</w:t>
      </w:r>
    </w:p>
    <w:p>
      <w:r>
        <w:rPr>
          <w:b/>
        </w:rPr>
        <w:t xml:space="preserve">[15:28] </w:t>
      </w:r>
      <w:r>
        <w:t>This was the first great contribution of the Prophet of Islam to humanity. Then</w:t>
      </w:r>
    </w:p>
    <w:p>
      <w:pPr>
        <w:jc w:val="right"/>
      </w:pPr>
      <w:r>
        <w:t>This was the first great contribution of the Prophet of Islam to humanity. Then</w:t>
      </w:r>
    </w:p>
    <w:p>
      <w:r>
        <w:rPr>
          <w:b/>
        </w:rPr>
        <w:t xml:space="preserve">[15:36] </w:t>
      </w:r>
      <w:r>
        <w:t>in Makkah, there were some other problems, some common problems.</w:t>
      </w:r>
    </w:p>
    <w:p>
      <w:pPr>
        <w:jc w:val="right"/>
      </w:pPr>
      <w:r>
        <w:t>in Makkah, there were some other problems, some common problems.</w:t>
      </w:r>
    </w:p>
    <w:p>
      <w:r>
        <w:rPr>
          <w:b/>
        </w:rPr>
        <w:t xml:space="preserve">[15:44] </w:t>
      </w:r>
      <w:r>
        <w:t>For example, there was no irrigation, so there was no agriculture.</w:t>
      </w:r>
    </w:p>
    <w:p>
      <w:pPr>
        <w:jc w:val="right"/>
      </w:pPr>
      <w:r>
        <w:t>For example, there was no irrigation, so there was no agriculture.</w:t>
      </w:r>
    </w:p>
    <w:p>
      <w:r>
        <w:rPr>
          <w:b/>
        </w:rPr>
        <w:t xml:space="preserve">[15:52] </w:t>
      </w:r>
      <w:r>
        <w:t>There was no irrigation, so there was no agriculture.</w:t>
      </w:r>
    </w:p>
    <w:p>
      <w:pPr>
        <w:jc w:val="right"/>
      </w:pPr>
      <w:r>
        <w:t>There was no irrigation, so there was no agriculture.</w:t>
      </w:r>
    </w:p>
    <w:p>
      <w:r>
        <w:rPr>
          <w:b/>
        </w:rPr>
        <w:t xml:space="preserve">[16:00] </w:t>
      </w:r>
      <w:r>
        <w:t>Then there were some social problems, some social problems.</w:t>
      </w:r>
    </w:p>
    <w:p>
      <w:pPr>
        <w:jc w:val="right"/>
      </w:pPr>
      <w:r>
        <w:t>Then there were some social problems, some social problems.</w:t>
      </w:r>
    </w:p>
    <w:p>
      <w:r>
        <w:rPr>
          <w:b/>
        </w:rPr>
        <w:t xml:space="preserve">[16:07] </w:t>
      </w:r>
      <w:r>
        <w:t>So the Makkan people asked the Prophet of Islam to involve them in these problems.</w:t>
      </w:r>
    </w:p>
    <w:p>
      <w:pPr>
        <w:jc w:val="right"/>
      </w:pPr>
      <w:r>
        <w:t>So the Makkan people asked the Prophet of Islam to involve them in these problems.</w:t>
      </w:r>
    </w:p>
    <w:p>
      <w:r>
        <w:rPr>
          <w:b/>
        </w:rPr>
        <w:t xml:space="preserve">[16:18] </w:t>
      </w:r>
      <w:r>
        <w:t>They said that we are facing here very, very some other common problems.</w:t>
      </w:r>
    </w:p>
    <w:p>
      <w:pPr>
        <w:jc w:val="right"/>
      </w:pPr>
      <w:r>
        <w:t>They said that we are facing here very, very some other common problems.</w:t>
      </w:r>
    </w:p>
    <w:p>
      <w:r>
        <w:rPr>
          <w:b/>
        </w:rPr>
        <w:t xml:space="preserve">[16:28] </w:t>
      </w:r>
      <w:r>
        <w:t>We have to do, we have to solve these problems by irrigation problem</w:t>
      </w:r>
    </w:p>
    <w:p>
      <w:pPr>
        <w:jc w:val="right"/>
      </w:pPr>
      <w:r>
        <w:t>We have to do, we have to solve these problems by irrigation problem</w:t>
      </w:r>
    </w:p>
    <w:p>
      <w:r>
        <w:rPr>
          <w:b/>
        </w:rPr>
        <w:t xml:space="preserve">[16:38] </w:t>
      </w:r>
      <w:r>
        <w:t>s and other problems.</w:t>
      </w:r>
    </w:p>
    <w:p>
      <w:pPr>
        <w:jc w:val="right"/>
      </w:pPr>
      <w:r>
        <w:t>s and other problems.</w:t>
      </w:r>
    </w:p>
    <w:p>
      <w:r>
        <w:rPr>
          <w:b/>
        </w:rPr>
        <w:t xml:space="preserve">[16:48] </w:t>
      </w:r>
      <w:r>
        <w:t>They were ready to appoint him as the King of Makkah, as the leader of Makkah, but he refused.</w:t>
      </w:r>
    </w:p>
    <w:p>
      <w:pPr>
        <w:jc w:val="right"/>
      </w:pPr>
      <w:r>
        <w:t>They were ready to appoint him as the King of Makkah, as the leader of Makkah, but he refused.</w:t>
      </w:r>
    </w:p>
    <w:p>
      <w:r>
        <w:rPr>
          <w:b/>
        </w:rPr>
        <w:t xml:space="preserve">[16:58] </w:t>
      </w:r>
      <w:r>
        <w:t>He said, "Ma Mla Lahaza Boistu Alaikum, I was not sent to you for this purpose." Thus, he</w:t>
      </w:r>
    </w:p>
    <w:p>
      <w:pPr>
        <w:jc w:val="right"/>
      </w:pPr>
      <w:r>
        <w:t>He said, "Ma Mla Lahaza Boistu Alaikum, I was not sent to you for this purpose." Thus, he</w:t>
      </w:r>
    </w:p>
    <w:p>
      <w:r>
        <w:rPr>
          <w:b/>
        </w:rPr>
        <w:t xml:space="preserve">[17:08] </w:t>
      </w:r>
      <w:r>
        <w:t>set a very important example that we call priority, the principle of priority.</w:t>
      </w:r>
    </w:p>
    <w:p>
      <w:pPr>
        <w:jc w:val="right"/>
      </w:pPr>
      <w:r>
        <w:t>set a very important example that we call priority, the principle of priority.</w:t>
      </w:r>
    </w:p>
    <w:p>
      <w:r>
        <w:rPr>
          <w:b/>
        </w:rPr>
        <w:t xml:space="preserve">[17:16] </w:t>
      </w:r>
      <w:r>
        <w:t>Although all these problems were important, to find some ways of irrigation to remove the social evils, these</w:t>
      </w:r>
    </w:p>
    <w:p>
      <w:pPr>
        <w:jc w:val="right"/>
      </w:pPr>
      <w:r>
        <w:t>Although all these problems were important, to find some ways of irrigation to remove the social evils, these</w:t>
      </w:r>
    </w:p>
    <w:p>
      <w:r>
        <w:rPr>
          <w:b/>
        </w:rPr>
        <w:t xml:space="preserve">[17:24] </w:t>
      </w:r>
      <w:r>
        <w:t>were very important.</w:t>
      </w:r>
    </w:p>
    <w:p>
      <w:pPr>
        <w:jc w:val="right"/>
      </w:pPr>
      <w:r>
        <w:t>were very important.</w:t>
      </w:r>
    </w:p>
    <w:p>
      <w:r>
        <w:rPr>
          <w:b/>
        </w:rPr>
        <w:t xml:space="preserve">[17:32] </w:t>
      </w:r>
      <w:r>
        <w:t>It was not haram,</w:t>
      </w:r>
    </w:p>
    <w:p>
      <w:pPr>
        <w:jc w:val="right"/>
      </w:pPr>
      <w:r>
        <w:t>It was not haram,</w:t>
      </w:r>
    </w:p>
    <w:p>
      <w:r>
        <w:rPr>
          <w:b/>
        </w:rPr>
        <w:t xml:space="preserve">[17:40] </w:t>
      </w:r>
      <w:r>
        <w:t>but it was lawful.</w:t>
      </w:r>
    </w:p>
    <w:p>
      <w:pPr>
        <w:jc w:val="right"/>
      </w:pPr>
      <w:r>
        <w:t>but it was lawful.</w:t>
      </w:r>
    </w:p>
    <w:p>
      <w:r>
        <w:rPr>
          <w:b/>
        </w:rPr>
        <w:t xml:space="preserve">[17:46] </w:t>
      </w:r>
      <w:r>
        <w:t>But the Prophet refused to indulge in these things.</w:t>
      </w:r>
    </w:p>
    <w:p>
      <w:pPr>
        <w:jc w:val="right"/>
      </w:pPr>
      <w:r>
        <w:t>But the Prophet refused to indulge in these things.</w:t>
      </w:r>
    </w:p>
    <w:p>
      <w:r>
        <w:rPr>
          <w:b/>
        </w:rPr>
        <w:t xml:space="preserve">[17:52] </w:t>
      </w:r>
      <w:r>
        <w:t>He said, "Ma Lahaza Boistu Alaikum, I was not sent to you for this purpose." It means that</w:t>
      </w:r>
    </w:p>
    <w:p>
      <w:pPr>
        <w:jc w:val="right"/>
      </w:pPr>
      <w:r>
        <w:t>He said, "Ma Lahaza Boistu Alaikum, I was not sent to you for this purpose." It means that</w:t>
      </w:r>
    </w:p>
    <w:p>
      <w:r>
        <w:rPr>
          <w:b/>
        </w:rPr>
        <w:t xml:space="preserve">[17:58] </w:t>
      </w:r>
      <w:r>
        <w:t>this is not my priority when he said that I was not sent for this purpose.</w:t>
      </w:r>
    </w:p>
    <w:p>
      <w:pPr>
        <w:jc w:val="right"/>
      </w:pPr>
      <w:r>
        <w:t>this is not my priority when he said that I was not sent for this purpose.</w:t>
      </w:r>
    </w:p>
    <w:p>
      <w:r>
        <w:rPr>
          <w:b/>
        </w:rPr>
        <w:t xml:space="preserve">[18:04] </w:t>
      </w:r>
      <w:r>
        <w:t>In other words, he said, "This is not my priority." In other words, he said</w:t>
      </w:r>
    </w:p>
    <w:p>
      <w:pPr>
        <w:jc w:val="right"/>
      </w:pPr>
      <w:r>
        <w:t>In other words, he said, "This is not my priority." In other words, he said</w:t>
      </w:r>
    </w:p>
    <w:p>
      <w:r>
        <w:rPr>
          <w:b/>
        </w:rPr>
        <w:t xml:space="preserve">[18:10] </w:t>
      </w:r>
      <w:r>
        <w:t>that this is not my priority.</w:t>
      </w:r>
    </w:p>
    <w:p>
      <w:pPr>
        <w:jc w:val="right"/>
      </w:pPr>
      <w:r>
        <w:t>that this is not my priority.</w:t>
      </w:r>
    </w:p>
    <w:p>
      <w:r>
        <w:rPr>
          <w:b/>
        </w:rPr>
        <w:t xml:space="preserve">[18:13] </w:t>
      </w:r>
      <w:r>
        <w:t>My priority is Dao work.</w:t>
      </w:r>
    </w:p>
    <w:p>
      <w:pPr>
        <w:jc w:val="right"/>
      </w:pPr>
      <w:r>
        <w:t>My priority is Dao work.</w:t>
      </w:r>
    </w:p>
    <w:p>
      <w:r>
        <w:rPr>
          <w:b/>
        </w:rPr>
        <w:t xml:space="preserve">[18:17] </w:t>
      </w:r>
      <w:r>
        <w:t>You can do social work.</w:t>
      </w:r>
    </w:p>
    <w:p>
      <w:pPr>
        <w:jc w:val="right"/>
      </w:pPr>
      <w:r>
        <w:t>You can do social work.</w:t>
      </w:r>
    </w:p>
    <w:p>
      <w:r>
        <w:rPr>
          <w:b/>
        </w:rPr>
        <w:t xml:space="preserve">[18:20] </w:t>
      </w:r>
      <w:r>
        <w:t>You can do for irrigation.</w:t>
      </w:r>
    </w:p>
    <w:p>
      <w:pPr>
        <w:jc w:val="right"/>
      </w:pPr>
      <w:r>
        <w:t>You can do for irrigation.</w:t>
      </w:r>
    </w:p>
    <w:p>
      <w:r>
        <w:rPr>
          <w:b/>
        </w:rPr>
        <w:t xml:space="preserve">[18:23] </w:t>
      </w:r>
      <w:r>
        <w:t>You can do something to evolve our agricultural system.</w:t>
      </w:r>
    </w:p>
    <w:p>
      <w:pPr>
        <w:jc w:val="right"/>
      </w:pPr>
      <w:r>
        <w:t>You can do something to evolve our agricultural system.</w:t>
      </w:r>
    </w:p>
    <w:p>
      <w:r>
        <w:rPr>
          <w:b/>
        </w:rPr>
        <w:t xml:space="preserve">[18:27] </w:t>
      </w:r>
      <w:r>
        <w:t>You can do.</w:t>
      </w:r>
    </w:p>
    <w:p>
      <w:pPr>
        <w:jc w:val="right"/>
      </w:pPr>
      <w:r>
        <w:t>You can do.</w:t>
      </w:r>
    </w:p>
    <w:p>
      <w:r>
        <w:rPr>
          <w:b/>
        </w:rPr>
        <w:t xml:space="preserve">[18:30] </w:t>
      </w:r>
      <w:r>
        <w:t>You are free.</w:t>
      </w:r>
    </w:p>
    <w:p>
      <w:pPr>
        <w:jc w:val="right"/>
      </w:pPr>
      <w:r>
        <w:t>You are free.</w:t>
      </w:r>
    </w:p>
    <w:p>
      <w:r>
        <w:rPr>
          <w:b/>
        </w:rPr>
        <w:t xml:space="preserve">[18:33] </w:t>
      </w:r>
      <w:r>
        <w:t>But it is not my priority.</w:t>
      </w:r>
    </w:p>
    <w:p>
      <w:pPr>
        <w:jc w:val="right"/>
      </w:pPr>
      <w:r>
        <w:t>But it is not my priority.</w:t>
      </w:r>
    </w:p>
    <w:p>
      <w:r>
        <w:rPr>
          <w:b/>
        </w:rPr>
        <w:t xml:space="preserve">[18:37] </w:t>
      </w:r>
      <w:r>
        <w:t>My priority is</w:t>
      </w:r>
    </w:p>
    <w:p>
      <w:pPr>
        <w:jc w:val="right"/>
      </w:pPr>
      <w:r>
        <w:t>My priority is</w:t>
      </w:r>
    </w:p>
    <w:p>
      <w:r>
        <w:rPr>
          <w:b/>
        </w:rPr>
        <w:t xml:space="preserve">[18:40] </w:t>
      </w:r>
      <w:r>
        <w:t>Dao work. My priority is in Zarah Tafsir. My priority is to convey the message of God to all mankind. This is my priority. So priority is a very important principle. If you want to do something in an effective manner, if you want to do something and want</w:t>
      </w:r>
    </w:p>
    <w:p>
      <w:pPr>
        <w:jc w:val="right"/>
      </w:pPr>
      <w:r>
        <w:t>Dao work. My priority is in Zarah Tafsir. My priority is to convey the message of God to all mankind. This is my priority. So priority is a very important principle. If you want to do something in an effective manner, if you want to do something and want</w:t>
      </w:r>
    </w:p>
    <w:p>
      <w:r>
        <w:rPr>
          <w:b/>
        </w:rPr>
        <w:t xml:space="preserve">[19:10] </w:t>
      </w:r>
      <w:r>
        <w:t>to bring about a result, then you have to adopt this principle that is priority.</w:t>
      </w:r>
    </w:p>
    <w:p>
      <w:pPr>
        <w:jc w:val="right"/>
      </w:pPr>
      <w:r>
        <w:t>to bring about a result, then you have to adopt this principle that is priority.</w:t>
      </w:r>
    </w:p>
    <w:p>
      <w:r>
        <w:rPr>
          <w:b/>
        </w:rPr>
        <w:t xml:space="preserve">[19:20] </w:t>
      </w:r>
      <w:r>
        <w:t>So the Prophet of Islam never indulged himself in social work, in community work, in agricultural work.</w:t>
      </w:r>
    </w:p>
    <w:p>
      <w:pPr>
        <w:jc w:val="right"/>
      </w:pPr>
      <w:r>
        <w:t>So the Prophet of Islam never indulged himself in social work, in community work, in agricultural work.</w:t>
      </w:r>
    </w:p>
    <w:p>
      <w:r>
        <w:rPr>
          <w:b/>
        </w:rPr>
        <w:t xml:space="preserve">[19:30] </w:t>
      </w:r>
      <w:r>
        <w:t>Although all these things were good, but</w:t>
      </w:r>
    </w:p>
    <w:p>
      <w:pPr>
        <w:jc w:val="right"/>
      </w:pPr>
      <w:r>
        <w:t>Although all these things were good, but</w:t>
      </w:r>
    </w:p>
    <w:p>
      <w:r>
        <w:rPr>
          <w:b/>
        </w:rPr>
        <w:t xml:space="preserve">[19:40] </w:t>
      </w:r>
      <w:r>
        <w:t>it was a matter of priority.</w:t>
      </w:r>
    </w:p>
    <w:p>
      <w:pPr>
        <w:jc w:val="right"/>
      </w:pPr>
      <w:r>
        <w:t>it was a matter of priority.</w:t>
      </w:r>
    </w:p>
    <w:p>
      <w:r>
        <w:rPr>
          <w:b/>
        </w:rPr>
        <w:t xml:space="preserve">[19:48] </w:t>
      </w:r>
      <w:r>
        <w:t>It was a matter of priority.</w:t>
      </w:r>
    </w:p>
    <w:p>
      <w:pPr>
        <w:jc w:val="right"/>
      </w:pPr>
      <w:r>
        <w:t>It was a matter of priority.</w:t>
      </w:r>
    </w:p>
    <w:p>
      <w:r>
        <w:rPr>
          <w:b/>
        </w:rPr>
        <w:t xml:space="preserve">[19:55] </w:t>
      </w:r>
      <w:r>
        <w:t>So he adopted Dao work.</w:t>
      </w:r>
    </w:p>
    <w:p>
      <w:pPr>
        <w:jc w:val="right"/>
      </w:pPr>
      <w:r>
        <w:t>So he adopted Dao work.</w:t>
      </w:r>
    </w:p>
    <w:p>
      <w:r>
        <w:rPr>
          <w:b/>
        </w:rPr>
        <w:t xml:space="preserve">[20:03] </w:t>
      </w:r>
      <w:r>
        <w:t>Then you know, in every society, there are different issues, different problems. If you</w:t>
      </w:r>
    </w:p>
    <w:p>
      <w:pPr>
        <w:jc w:val="right"/>
      </w:pPr>
      <w:r>
        <w:t>Then you know, in every society, there are different issues, different problems. If you</w:t>
      </w:r>
    </w:p>
    <w:p>
      <w:r>
        <w:rPr>
          <w:b/>
        </w:rPr>
        <w:t xml:space="preserve">[20:10] </w:t>
      </w:r>
      <w:r>
        <w:t>indulge yourself in all these problems, in all these issues, then you will be like a—then you will</w:t>
      </w:r>
    </w:p>
    <w:p>
      <w:pPr>
        <w:jc w:val="right"/>
      </w:pPr>
      <w:r>
        <w:t>indulge yourself in all these problems, in all these issues, then you will be like a—then you will</w:t>
      </w:r>
    </w:p>
    <w:p>
      <w:r>
        <w:rPr>
          <w:b/>
        </w:rPr>
        <w:t xml:space="preserve">[20:18] </w:t>
      </w:r>
      <w:r>
        <w:t>waste your time.</w:t>
      </w:r>
    </w:p>
    <w:p>
      <w:pPr>
        <w:jc w:val="right"/>
      </w:pPr>
      <w:r>
        <w:t>waste your time.</w:t>
      </w:r>
    </w:p>
    <w:p>
      <w:r>
        <w:rPr>
          <w:b/>
        </w:rPr>
        <w:t xml:space="preserve">[20:25] </w:t>
      </w:r>
      <w:r>
        <w:t>You cannot perform your duty effectively.</w:t>
      </w:r>
    </w:p>
    <w:p>
      <w:pPr>
        <w:jc w:val="right"/>
      </w:pPr>
      <w:r>
        <w:t>You cannot perform your duty effectively.</w:t>
      </w:r>
    </w:p>
    <w:p>
      <w:r>
        <w:rPr>
          <w:b/>
        </w:rPr>
        <w:t xml:space="preserve">[20:33] </w:t>
      </w:r>
      <w:r>
        <w:t>Then you will become a jack of all</w:t>
      </w:r>
    </w:p>
    <w:p>
      <w:pPr>
        <w:jc w:val="right"/>
      </w:pPr>
      <w:r>
        <w:t>Then you will become a jack of all</w:t>
      </w:r>
    </w:p>
    <w:p>
      <w:r>
        <w:rPr>
          <w:b/>
        </w:rPr>
        <w:t xml:space="preserve">[20:40] </w:t>
      </w:r>
      <w:r>
        <w:t>and master of none.</w:t>
      </w:r>
    </w:p>
    <w:p>
      <w:pPr>
        <w:jc w:val="right"/>
      </w:pPr>
      <w:r>
        <w:t>and master of none.</w:t>
      </w:r>
    </w:p>
    <w:p>
      <w:r>
        <w:rPr>
          <w:b/>
        </w:rPr>
        <w:t xml:space="preserve">[20:51] </w:t>
      </w:r>
      <w:r>
        <w:t>If you involve yourself in different issues, then you will become a jack of all and master of none.</w:t>
      </w:r>
    </w:p>
    <w:p>
      <w:pPr>
        <w:jc w:val="right"/>
      </w:pPr>
      <w:r>
        <w:t>If you involve yourself in different issues, then you will become a jack of all and master of none.</w:t>
      </w:r>
    </w:p>
    <w:p>
      <w:r>
        <w:rPr>
          <w:b/>
        </w:rPr>
        <w:t xml:space="preserve">[21:01] </w:t>
      </w:r>
      <w:r>
        <w:t>So the Prophet adopted the formula of priority, priority, and his priority was Dao work.</w:t>
      </w:r>
    </w:p>
    <w:p>
      <w:pPr>
        <w:jc w:val="right"/>
      </w:pPr>
      <w:r>
        <w:t>So the Prophet adopted the formula of priority, priority, and his priority was Dao work.</w:t>
      </w:r>
    </w:p>
    <w:p>
      <w:r>
        <w:rPr>
          <w:b/>
        </w:rPr>
        <w:t xml:space="preserve">[21:11] </w:t>
      </w:r>
      <w:r>
        <w:t>His priority was Dao work. Then there were some atrocities in Makkah. The Makkan people were idol worshippers, and the message of the Prophet of Islam was that we have to worship one God. There is no God but one God. So there</w:t>
      </w:r>
    </w:p>
    <w:p>
      <w:pPr>
        <w:jc w:val="right"/>
      </w:pPr>
      <w:r>
        <w:t>His priority was Dao work. Then there were some atrocities in Makkah. The Makkan people were idol worshippers, and the message of the Prophet of Islam was that we have to worship one God. There is no God but one God. So there</w:t>
      </w:r>
    </w:p>
    <w:p>
      <w:r>
        <w:rPr>
          <w:b/>
        </w:rPr>
        <w:t xml:space="preserve">[21:41] </w:t>
      </w:r>
      <w:r>
        <w:t>was contradiction.</w:t>
      </w:r>
    </w:p>
    <w:p>
      <w:pPr>
        <w:jc w:val="right"/>
      </w:pPr>
      <w:r>
        <w:t>was contradiction.</w:t>
      </w:r>
    </w:p>
    <w:p>
      <w:r>
        <w:rPr>
          <w:b/>
        </w:rPr>
        <w:t xml:space="preserve">[21:47] </w:t>
      </w:r>
      <w:r>
        <w:t>There was a great difference between the two.</w:t>
      </w:r>
    </w:p>
    <w:p>
      <w:pPr>
        <w:jc w:val="right"/>
      </w:pPr>
      <w:r>
        <w:t>There was a great difference between the two.</w:t>
      </w:r>
    </w:p>
    <w:p>
      <w:r>
        <w:rPr>
          <w:b/>
        </w:rPr>
        <w:t xml:space="preserve">[21:53] </w:t>
      </w:r>
      <w:r>
        <w:t>So they turned hostile.</w:t>
      </w:r>
    </w:p>
    <w:p>
      <w:pPr>
        <w:jc w:val="right"/>
      </w:pPr>
      <w:r>
        <w:t>So they turned hostile.</w:t>
      </w:r>
    </w:p>
    <w:p>
      <w:r>
        <w:rPr>
          <w:b/>
        </w:rPr>
        <w:t xml:space="preserve">[21:59] </w:t>
      </w:r>
      <w:r>
        <w:t>They became enemies.</w:t>
      </w:r>
    </w:p>
    <w:p>
      <w:pPr>
        <w:jc w:val="right"/>
      </w:pPr>
      <w:r>
        <w:t>They became enemies.</w:t>
      </w:r>
    </w:p>
    <w:p>
      <w:r>
        <w:rPr>
          <w:b/>
        </w:rPr>
        <w:t xml:space="preserve">[22:05] </w:t>
      </w:r>
      <w:r>
        <w:t>Even they wanted to kill the Prophet of Islam. So</w:t>
      </w:r>
    </w:p>
    <w:p>
      <w:pPr>
        <w:jc w:val="right"/>
      </w:pPr>
      <w:r>
        <w:t>Even they wanted to kill the Prophet of Islam. So</w:t>
      </w:r>
    </w:p>
    <w:p>
      <w:r>
        <w:rPr>
          <w:b/>
        </w:rPr>
        <w:t xml:space="preserve">[22:11] </w:t>
      </w:r>
      <w:r>
        <w:t>he was facing all kinds of difficulties in Makkah.</w:t>
      </w:r>
    </w:p>
    <w:p>
      <w:pPr>
        <w:jc w:val="right"/>
      </w:pPr>
      <w:r>
        <w:t>he was facing all kinds of difficulties in Makkah.</w:t>
      </w:r>
    </w:p>
    <w:p>
      <w:r>
        <w:rPr>
          <w:b/>
        </w:rPr>
        <w:t xml:space="preserve">[22:17] </w:t>
      </w:r>
      <w:r>
        <w:t>At that time, there were more than 200 companions with the Prophet, some from Makkah, some from the</w:t>
      </w:r>
    </w:p>
    <w:p>
      <w:pPr>
        <w:jc w:val="right"/>
      </w:pPr>
      <w:r>
        <w:t>At that time, there were more than 200 companions with the Prophet, some from Makkah, some from the</w:t>
      </w:r>
    </w:p>
    <w:p>
      <w:r>
        <w:rPr>
          <w:b/>
        </w:rPr>
        <w:t xml:space="preserve">[22:24] </w:t>
      </w:r>
      <w:r>
        <w:t>other side, some also from Madinah.</w:t>
      </w:r>
    </w:p>
    <w:p>
      <w:pPr>
        <w:jc w:val="right"/>
      </w:pPr>
      <w:r>
        <w:t>other side, some also from Madinah.</w:t>
      </w:r>
    </w:p>
    <w:p>
      <w:r>
        <w:rPr>
          <w:b/>
        </w:rPr>
        <w:t xml:space="preserve">[22:30] </w:t>
      </w:r>
      <w:r>
        <w:t>So they wanted to do Jihad.</w:t>
      </w:r>
    </w:p>
    <w:p>
      <w:pPr>
        <w:jc w:val="right"/>
      </w:pPr>
      <w:r>
        <w:t>So they wanted to do Jihad.</w:t>
      </w:r>
    </w:p>
    <w:p>
      <w:r>
        <w:rPr>
          <w:b/>
        </w:rPr>
        <w:t xml:space="preserve">[22:36] </w:t>
      </w:r>
      <w:r>
        <w:t>His companions wanted to do Jihad against those Makkan people because they were committing</w:t>
      </w:r>
    </w:p>
    <w:p>
      <w:pPr>
        <w:jc w:val="right"/>
      </w:pPr>
      <w:r>
        <w:t>His companions wanted to do Jihad against those Makkan people because they were committing</w:t>
      </w:r>
    </w:p>
    <w:p>
      <w:r>
        <w:rPr>
          <w:b/>
        </w:rPr>
        <w:t xml:space="preserve">[22:42] </w:t>
      </w:r>
      <w:r>
        <w:t>Zulm, atrocities.</w:t>
      </w:r>
    </w:p>
    <w:p>
      <w:pPr>
        <w:jc w:val="right"/>
      </w:pPr>
      <w:r>
        <w:t>Zulm, atrocities.</w:t>
      </w:r>
    </w:p>
    <w:p>
      <w:r>
        <w:rPr>
          <w:b/>
        </w:rPr>
        <w:t xml:space="preserve">[22:53] </w:t>
      </w:r>
      <w:r>
        <w:t>So they said that we do Jihad.</w:t>
      </w:r>
    </w:p>
    <w:p>
      <w:pPr>
        <w:jc w:val="right"/>
      </w:pPr>
      <w:r>
        <w:t>So they said that we do Jihad.</w:t>
      </w:r>
    </w:p>
    <w:p>
      <w:r>
        <w:rPr>
          <w:b/>
        </w:rPr>
        <w:t xml:space="preserve">[23:04] </w:t>
      </w:r>
      <w:r>
        <w:t>But the Prophet of Islam has said every time he said, "Isbiru fayni lam yu umar bil qatal." Keep patience. Keep patience.</w:t>
      </w:r>
    </w:p>
    <w:p>
      <w:pPr>
        <w:jc w:val="right"/>
      </w:pPr>
      <w:r>
        <w:t>But the Prophet of Islam has said every time he said, "Isbiru fayni lam yu umar bil qatal." Keep patience. Keep patience.</w:t>
      </w:r>
    </w:p>
    <w:p>
      <w:r>
        <w:rPr>
          <w:b/>
        </w:rPr>
        <w:t xml:space="preserve">[23:14] </w:t>
      </w:r>
      <w:r>
        <w:t>I am not allowed to go to Qatal, to war, to fighting. Here the Prophet gave a very important formula, a very, very important formula. That is, war is a department of state</w:t>
      </w:r>
    </w:p>
    <w:p>
      <w:pPr>
        <w:jc w:val="right"/>
      </w:pPr>
      <w:r>
        <w:t>I am not allowed to go to Qatal, to war, to fighting. Here the Prophet gave a very important formula, a very, very important formula. That is, war is a department of state</w:t>
      </w:r>
    </w:p>
    <w:p>
      <w:r>
        <w:rPr>
          <w:b/>
        </w:rPr>
        <w:t xml:space="preserve">[23:44] </w:t>
      </w:r>
      <w:r>
        <w:t>and not individuals.</w:t>
      </w:r>
    </w:p>
    <w:p>
      <w:pPr>
        <w:jc w:val="right"/>
      </w:pPr>
      <w:r>
        <w:t>and not individuals.</w:t>
      </w:r>
    </w:p>
    <w:p>
      <w:r>
        <w:rPr>
          <w:b/>
        </w:rPr>
        <w:t xml:space="preserve">[23:52] </w:t>
      </w:r>
      <w:r>
        <w:t>At that time, the Prophet was simply an individual.</w:t>
      </w:r>
    </w:p>
    <w:p>
      <w:pPr>
        <w:jc w:val="right"/>
      </w:pPr>
      <w:r>
        <w:t>At that time, the Prophet was simply an individual.</w:t>
      </w:r>
    </w:p>
    <w:p>
      <w:r>
        <w:rPr>
          <w:b/>
        </w:rPr>
        <w:t xml:space="preserve">[24:00] </w:t>
      </w:r>
      <w:r>
        <w:t>His companions were not government or state.</w:t>
      </w:r>
    </w:p>
    <w:p>
      <w:pPr>
        <w:jc w:val="right"/>
      </w:pPr>
      <w:r>
        <w:t>His companions were not government or state.</w:t>
      </w:r>
    </w:p>
    <w:p>
      <w:r>
        <w:rPr>
          <w:b/>
        </w:rPr>
        <w:t xml:space="preserve">[24:08] </w:t>
      </w:r>
      <w:r>
        <w:t>So he set this example that war is a prerogative of a state and not of individuals.</w:t>
      </w:r>
    </w:p>
    <w:p>
      <w:pPr>
        <w:jc w:val="right"/>
      </w:pPr>
      <w:r>
        <w:t>So he set this example that war is a prerogative of a state and not of individuals.</w:t>
      </w:r>
    </w:p>
    <w:p>
      <w:r>
        <w:rPr>
          <w:b/>
        </w:rPr>
        <w:t xml:space="preserve">[24:15] </w:t>
      </w:r>
      <w:r>
        <w:t>If individuals go to war, then the result will be anarchy.</w:t>
      </w:r>
    </w:p>
    <w:p>
      <w:pPr>
        <w:jc w:val="right"/>
      </w:pPr>
      <w:r>
        <w:t>If individuals go to war, then the result will be anarchy.</w:t>
      </w:r>
    </w:p>
    <w:p>
      <w:r>
        <w:rPr>
          <w:b/>
        </w:rPr>
        <w:t xml:space="preserve">[24:23] </w:t>
      </w:r>
      <w:r>
        <w:t>Only the state has that kind of sources that are needed for war.</w:t>
      </w:r>
    </w:p>
    <w:p>
      <w:pPr>
        <w:jc w:val="right"/>
      </w:pPr>
      <w:r>
        <w:t>Only the state has that kind of sources that are needed for war.</w:t>
      </w:r>
    </w:p>
    <w:p>
      <w:r>
        <w:rPr>
          <w:b/>
        </w:rPr>
        <w:t xml:space="preserve">[24:31] </w:t>
      </w:r>
      <w:r>
        <w:t>So he never accepted their offer that we want to do Jihad.</w:t>
      </w:r>
    </w:p>
    <w:p>
      <w:pPr>
        <w:jc w:val="right"/>
      </w:pPr>
      <w:r>
        <w:t>So he never accepted their offer that we want to do Jihad.</w:t>
      </w:r>
    </w:p>
    <w:p>
      <w:r>
        <w:rPr>
          <w:b/>
        </w:rPr>
        <w:t xml:space="preserve">[24:38] </w:t>
      </w:r>
      <w:r>
        <w:t>He said, "No." Then</w:t>
      </w:r>
    </w:p>
    <w:p>
      <w:pPr>
        <w:jc w:val="right"/>
      </w:pPr>
      <w:r>
        <w:t>He said, "No." Then</w:t>
      </w:r>
    </w:p>
    <w:p>
      <w:r>
        <w:rPr>
          <w:b/>
        </w:rPr>
        <w:t xml:space="preserve">[24:46] </w:t>
      </w:r>
      <w:r>
        <w:t>when he migrated from Makkah to Madinah, and there he was able to establish a state.</w:t>
      </w:r>
    </w:p>
    <w:p>
      <w:pPr>
        <w:jc w:val="right"/>
      </w:pPr>
      <w:r>
        <w:t>when he migrated from Makkah to Madinah, and there he was able to establish a state.</w:t>
      </w:r>
    </w:p>
    <w:p>
      <w:r>
        <w:rPr>
          <w:b/>
        </w:rPr>
        <w:t xml:space="preserve">[24:57] </w:t>
      </w:r>
      <w:r>
        <w:t>So Madinah was a city-state at that time.</w:t>
      </w:r>
    </w:p>
    <w:p>
      <w:pPr>
        <w:jc w:val="right"/>
      </w:pPr>
      <w:r>
        <w:t>So Madinah was a city-state at that time.</w:t>
      </w:r>
    </w:p>
    <w:p>
      <w:r>
        <w:rPr>
          <w:b/>
        </w:rPr>
        <w:t xml:space="preserve">[25:07] </w:t>
      </w:r>
      <w:r>
        <w:t>So at that time, when he was able to establish a state in Madinah,</w:t>
      </w:r>
    </w:p>
    <w:p>
      <w:pPr>
        <w:jc w:val="right"/>
      </w:pPr>
      <w:r>
        <w:t>So at that time, when he was able to establish a state in Madinah,</w:t>
      </w:r>
    </w:p>
    <w:p>
      <w:r>
        <w:rPr>
          <w:b/>
        </w:rPr>
        <w:t xml:space="preserve">[25:18] </w:t>
      </w:r>
      <w:r>
        <w:t>the Makkan people became enemies of this state.</w:t>
      </w:r>
    </w:p>
    <w:p>
      <w:pPr>
        <w:jc w:val="right"/>
      </w:pPr>
      <w:r>
        <w:t>the Makkan people became enemies of this state.</w:t>
      </w:r>
    </w:p>
    <w:p>
      <w:r>
        <w:rPr>
          <w:b/>
        </w:rPr>
        <w:t xml:space="preserve">[25:26] </w:t>
      </w:r>
      <w:r>
        <w:t>So they attacked several times.</w:t>
      </w:r>
    </w:p>
    <w:p>
      <w:pPr>
        <w:jc w:val="right"/>
      </w:pPr>
      <w:r>
        <w:t>So they attacked several times.</w:t>
      </w:r>
    </w:p>
    <w:p>
      <w:r>
        <w:rPr>
          <w:b/>
        </w:rPr>
        <w:t xml:space="preserve">[25:33] </w:t>
      </w:r>
      <w:r>
        <w:t>Then the Prophet wore a defensive war.</w:t>
      </w:r>
    </w:p>
    <w:p>
      <w:pPr>
        <w:jc w:val="right"/>
      </w:pPr>
      <w:r>
        <w:t>Then the Prophet wore a defensive war.</w:t>
      </w:r>
    </w:p>
    <w:p>
      <w:r>
        <w:rPr>
          <w:b/>
        </w:rPr>
        <w:t xml:space="preserve">[25:41] </w:t>
      </w:r>
      <w:r>
        <w:t>When he was ahead of the state and they attacked from Makkah, then he engaged himself in a defensive war.</w:t>
      </w:r>
    </w:p>
    <w:p>
      <w:pPr>
        <w:jc w:val="right"/>
      </w:pPr>
      <w:r>
        <w:t>When he was ahead of the state and they attacked from Makkah, then he engaged himself in a defensive war.</w:t>
      </w:r>
    </w:p>
    <w:p>
      <w:r>
        <w:rPr>
          <w:b/>
        </w:rPr>
        <w:t xml:space="preserve">[25:49] </w:t>
      </w:r>
      <w:r>
        <w:t>So by this, he set a very, very important example that war is a prerogative of a state.</w:t>
      </w:r>
    </w:p>
    <w:p>
      <w:pPr>
        <w:jc w:val="right"/>
      </w:pPr>
      <w:r>
        <w:t>So by this, he set a very, very important example that war is a prerogative of a state.</w:t>
      </w:r>
    </w:p>
    <w:p>
      <w:r>
        <w:rPr>
          <w:b/>
        </w:rPr>
        <w:t xml:space="preserve">[25:59] </w:t>
      </w:r>
      <w:r>
        <w:t>No individual, no agencies other than the state are allowed to go to war.</w:t>
      </w:r>
    </w:p>
    <w:p>
      <w:pPr>
        <w:jc w:val="right"/>
      </w:pPr>
      <w:r>
        <w:t>No individual, no agencies other than the state are allowed to go to war.</w:t>
      </w:r>
    </w:p>
    <w:p>
      <w:r>
        <w:rPr>
          <w:b/>
        </w:rPr>
        <w:t xml:space="preserve">[26:09] </w:t>
      </w:r>
      <w:r>
        <w:t>So he never allowed his companions to go to war, to go to fighting, to go to violence. Never,</w:t>
      </w:r>
    </w:p>
    <w:p>
      <w:pPr>
        <w:jc w:val="right"/>
      </w:pPr>
      <w:r>
        <w:t>So he never allowed his companions to go to war, to go to fighting, to go to violence. Never,</w:t>
      </w:r>
    </w:p>
    <w:p>
      <w:r>
        <w:rPr>
          <w:b/>
        </w:rPr>
        <w:t xml:space="preserve">[26:19] </w:t>
      </w:r>
      <w:r>
        <w:t>never, never.</w:t>
      </w:r>
    </w:p>
    <w:p>
      <w:pPr>
        <w:jc w:val="right"/>
      </w:pPr>
      <w:r>
        <w:t>never, never.</w:t>
      </w:r>
    </w:p>
    <w:p>
      <w:r>
        <w:rPr>
          <w:b/>
        </w:rPr>
        <w:t xml:space="preserve">[26:27] </w:t>
      </w:r>
      <w:r>
        <w:t>It is very important.</w:t>
      </w:r>
    </w:p>
    <w:p>
      <w:pPr>
        <w:jc w:val="right"/>
      </w:pPr>
      <w:r>
        <w:t>It is very important.</w:t>
      </w:r>
    </w:p>
    <w:p>
      <w:r>
        <w:rPr>
          <w:b/>
        </w:rPr>
        <w:t xml:space="preserve">[26:35] </w:t>
      </w:r>
      <w:r>
        <w:t>So all kinds of those guerrilla wars, proxy wars are unlawful in Islam because these are useless.</w:t>
      </w:r>
    </w:p>
    <w:p>
      <w:pPr>
        <w:jc w:val="right"/>
      </w:pPr>
      <w:r>
        <w:t>So all kinds of those guerrilla wars, proxy wars are unlawful in Islam because these are useless.</w:t>
      </w:r>
    </w:p>
    <w:p>
      <w:r>
        <w:rPr>
          <w:b/>
        </w:rPr>
        <w:t xml:space="preserve">[26:43] </w:t>
      </w:r>
      <w:r>
        <w:t>Through guerrilla war or proxy war, you can achieve a positive result.</w:t>
      </w:r>
    </w:p>
    <w:p>
      <w:pPr>
        <w:jc w:val="right"/>
      </w:pPr>
      <w:r>
        <w:t>Through guerrilla war or proxy war, you can achieve a positive result.</w:t>
      </w:r>
    </w:p>
    <w:p>
      <w:r>
        <w:rPr>
          <w:b/>
        </w:rPr>
        <w:t xml:space="preserve">[26:51] </w:t>
      </w:r>
      <w:r>
        <w:t>It is simply an outburst.</w:t>
      </w:r>
    </w:p>
    <w:p>
      <w:pPr>
        <w:jc w:val="right"/>
      </w:pPr>
      <w:r>
        <w:t>It is simply an outburst.</w:t>
      </w:r>
    </w:p>
    <w:p>
      <w:r>
        <w:rPr>
          <w:b/>
        </w:rPr>
        <w:t xml:space="preserve">[26:57] </w:t>
      </w:r>
      <w:r>
        <w:t>All those so-called guerrilla wars or so-called proxy wars, or so-called secret wars, are nothing but useless outbursts.</w:t>
      </w:r>
    </w:p>
    <w:p>
      <w:pPr>
        <w:jc w:val="right"/>
      </w:pPr>
      <w:r>
        <w:t>All those so-called guerrilla wars or so-called proxy wars, or so-called secret wars, are nothing but useless outbursts.</w:t>
      </w:r>
    </w:p>
    <w:p>
      <w:r>
        <w:rPr>
          <w:b/>
        </w:rPr>
        <w:t xml:space="preserve">[27:03] </w:t>
      </w:r>
      <w:r>
        <w:t>In that war, it is self-killing.</w:t>
      </w:r>
    </w:p>
    <w:p>
      <w:pPr>
        <w:jc w:val="right"/>
      </w:pPr>
      <w:r>
        <w:t>In that war, it is self-killing.</w:t>
      </w:r>
    </w:p>
    <w:p>
      <w:r>
        <w:rPr>
          <w:b/>
        </w:rPr>
        <w:t xml:space="preserve">[27:09] </w:t>
      </w:r>
      <w:r>
        <w:t>It is self-killing.</w:t>
      </w:r>
    </w:p>
    <w:p>
      <w:pPr>
        <w:jc w:val="right"/>
      </w:pPr>
      <w:r>
        <w:t>It is self-killing.</w:t>
      </w:r>
    </w:p>
    <w:p>
      <w:r>
        <w:rPr>
          <w:b/>
        </w:rPr>
        <w:t xml:space="preserve">[27:15] </w:t>
      </w:r>
      <w:r>
        <w:t>Through guerrilla war, through proxy war, through</w:t>
      </w:r>
    </w:p>
    <w:p>
      <w:pPr>
        <w:jc w:val="right"/>
      </w:pPr>
      <w:r>
        <w:t>Through guerrilla war, through proxy war, through</w:t>
      </w:r>
    </w:p>
    <w:p>
      <w:r>
        <w:rPr>
          <w:b/>
        </w:rPr>
        <w:t xml:space="preserve">[27:21] </w:t>
      </w:r>
      <w:r>
        <w:t>secret wars, you cannot get a positive result.</w:t>
      </w:r>
    </w:p>
    <w:p>
      <w:pPr>
        <w:jc w:val="right"/>
      </w:pPr>
      <w:r>
        <w:t>secret wars, you cannot get a positive result.</w:t>
      </w:r>
    </w:p>
    <w:p>
      <w:r>
        <w:rPr>
          <w:b/>
        </w:rPr>
        <w:t xml:space="preserve">[27:29] </w:t>
      </w:r>
      <w:r>
        <w:t>So the Prophet of Islam prohibited all these kinds of wars.</w:t>
      </w:r>
    </w:p>
    <w:p>
      <w:pPr>
        <w:jc w:val="right"/>
      </w:pPr>
      <w:r>
        <w:t>So the Prophet of Islam prohibited all these kinds of wars.</w:t>
      </w:r>
    </w:p>
    <w:p>
      <w:r>
        <w:rPr>
          <w:b/>
        </w:rPr>
        <w:t xml:space="preserve">[27:36] </w:t>
      </w:r>
      <w:r>
        <w:t>He allowed only one war, that is, war by a state.</w:t>
      </w:r>
    </w:p>
    <w:p>
      <w:pPr>
        <w:jc w:val="right"/>
      </w:pPr>
      <w:r>
        <w:t>He allowed only one war, that is, war by a state.</w:t>
      </w:r>
    </w:p>
    <w:p>
      <w:r>
        <w:rPr>
          <w:b/>
        </w:rPr>
        <w:t xml:space="preserve">[27:44] </w:t>
      </w:r>
      <w:r>
        <w:t>This example was set by the Prophet perhaps</w:t>
      </w:r>
    </w:p>
    <w:p>
      <w:pPr>
        <w:jc w:val="right"/>
      </w:pPr>
      <w:r>
        <w:t>This example was set by the Prophet perhaps</w:t>
      </w:r>
    </w:p>
    <w:p>
      <w:r>
        <w:rPr>
          <w:b/>
        </w:rPr>
        <w:t xml:space="preserve">[27:52] </w:t>
      </w:r>
      <w:r>
        <w:t>first in his—he was the first in history.</w:t>
      </w:r>
    </w:p>
    <w:p>
      <w:pPr>
        <w:jc w:val="right"/>
      </w:pPr>
      <w:r>
        <w:t>first in his—he was the first in history.</w:t>
      </w:r>
    </w:p>
    <w:p>
      <w:r>
        <w:rPr>
          <w:b/>
        </w:rPr>
        <w:t xml:space="preserve">[27:58] </w:t>
      </w:r>
      <w:r>
        <w:t>Perhaps he was the first in history to differentiate between state war and individual war.</w:t>
      </w:r>
    </w:p>
    <w:p>
      <w:pPr>
        <w:jc w:val="right"/>
      </w:pPr>
      <w:r>
        <w:t>Perhaps he was the first in history to differentiate between state war and individual war.</w:t>
      </w:r>
    </w:p>
    <w:p>
      <w:r>
        <w:rPr>
          <w:b/>
        </w:rPr>
        <w:t xml:space="preserve">[28:04] </w:t>
      </w:r>
      <w:r>
        <w:t>He was first in history to differentiate between state war and individual war.</w:t>
      </w:r>
    </w:p>
    <w:p>
      <w:pPr>
        <w:jc w:val="right"/>
      </w:pPr>
      <w:r>
        <w:t>He was first in history to differentiate between state war and individual war.</w:t>
      </w:r>
    </w:p>
    <w:p>
      <w:r>
        <w:rPr>
          <w:b/>
        </w:rPr>
        <w:t xml:space="preserve">[28:10] </w:t>
      </w:r>
      <w:r>
        <w:t>He said individuals have noright to go to war.</w:t>
      </w:r>
    </w:p>
    <w:p>
      <w:pPr>
        <w:jc w:val="right"/>
      </w:pPr>
      <w:r>
        <w:t>He said individuals have noright to go to war.</w:t>
      </w:r>
    </w:p>
    <w:p>
      <w:r>
        <w:rPr>
          <w:b/>
        </w:rPr>
        <w:t xml:space="preserve">[28:16] </w:t>
      </w:r>
      <w:r>
        <w:t>Organizations other than the state have noright</w:t>
      </w:r>
    </w:p>
    <w:p>
      <w:pPr>
        <w:jc w:val="right"/>
      </w:pPr>
      <w:r>
        <w:t>Organizations other than the state have noright</w:t>
      </w:r>
    </w:p>
    <w:p>
      <w:r>
        <w:rPr>
          <w:b/>
        </w:rPr>
        <w:t xml:space="preserve">[28:22] </w:t>
      </w:r>
      <w:r>
        <w:t>to go to war.</w:t>
      </w:r>
    </w:p>
    <w:p>
      <w:pPr>
        <w:jc w:val="right"/>
      </w:pPr>
      <w:r>
        <w:t>to go to war.</w:t>
      </w:r>
    </w:p>
    <w:p>
      <w:r>
        <w:rPr>
          <w:b/>
        </w:rPr>
        <w:t xml:space="preserve">[28:28] </w:t>
      </w:r>
      <w:r>
        <w:t>Only the state has theright to war.</w:t>
      </w:r>
    </w:p>
    <w:p>
      <w:pPr>
        <w:jc w:val="right"/>
      </w:pPr>
      <w:r>
        <w:t>Only the state has theright to war.</w:t>
      </w:r>
    </w:p>
    <w:p>
      <w:r>
        <w:rPr>
          <w:b/>
        </w:rPr>
        <w:t xml:space="preserve">[28:34] </w:t>
      </w:r>
      <w:r>
        <w:t>Only the state has theright to go to war.</w:t>
      </w:r>
    </w:p>
    <w:p>
      <w:pPr>
        <w:jc w:val="right"/>
      </w:pPr>
      <w:r>
        <w:t>Only the state has theright to go to war.</w:t>
      </w:r>
    </w:p>
    <w:p>
      <w:r>
        <w:rPr>
          <w:b/>
        </w:rPr>
        <w:t xml:space="preserve">[28:40] </w:t>
      </w:r>
      <w:r>
        <w:t>This example was set by the Prophet of Islam perhaps first in the history, first time in the history.</w:t>
      </w:r>
    </w:p>
    <w:p>
      <w:pPr>
        <w:jc w:val="right"/>
      </w:pPr>
      <w:r>
        <w:t>This example was set by the Prophet of Islam perhaps first in the history, first time in the history.</w:t>
      </w:r>
    </w:p>
    <w:p>
      <w:r>
        <w:rPr>
          <w:b/>
        </w:rPr>
        <w:t xml:space="preserve">[28:46] </w:t>
      </w:r>
      <w:r>
        <w:t>Then the Prophet of Islam set another example that there is no</w:t>
      </w:r>
    </w:p>
    <w:p>
      <w:pPr>
        <w:jc w:val="right"/>
      </w:pPr>
      <w:r>
        <w:t>Then the Prophet of Islam set another example that there is no</w:t>
      </w:r>
    </w:p>
    <w:p>
      <w:r>
        <w:rPr>
          <w:b/>
        </w:rPr>
        <w:t xml:space="preserve">[28:52] </w:t>
      </w:r>
      <w:r>
        <w:t>war except defensive war.</w:t>
      </w:r>
    </w:p>
    <w:p>
      <w:pPr>
        <w:jc w:val="right"/>
      </w:pPr>
      <w:r>
        <w:t>war except defensive war.</w:t>
      </w:r>
    </w:p>
    <w:p>
      <w:r>
        <w:rPr>
          <w:b/>
        </w:rPr>
        <w:t xml:space="preserve">[29:01] </w:t>
      </w:r>
      <w:r>
        <w:t>Even a state is not allowed to go to war as an aggression.</w:t>
      </w:r>
    </w:p>
    <w:p>
      <w:pPr>
        <w:jc w:val="right"/>
      </w:pPr>
      <w:r>
        <w:t>Even a state is not allowed to go to war as an aggression.</w:t>
      </w:r>
    </w:p>
    <w:p>
      <w:r>
        <w:rPr>
          <w:b/>
        </w:rPr>
        <w:t xml:space="preserve">[29:09] </w:t>
      </w:r>
      <w:r>
        <w:t>Even a state is allowed to go to war in a defensive situation.</w:t>
      </w:r>
    </w:p>
    <w:p>
      <w:pPr>
        <w:jc w:val="right"/>
      </w:pPr>
      <w:r>
        <w:t>Even a state is allowed to go to war in a defensive situation.</w:t>
      </w:r>
    </w:p>
    <w:p>
      <w:r>
        <w:rPr>
          <w:b/>
        </w:rPr>
        <w:t xml:space="preserve">[29:18] </w:t>
      </w:r>
      <w:r>
        <w:t>Other than defensive war, it is not allowed.</w:t>
      </w:r>
    </w:p>
    <w:p>
      <w:pPr>
        <w:jc w:val="right"/>
      </w:pPr>
      <w:r>
        <w:t>Other than defensive war, it is not allowed.</w:t>
      </w:r>
    </w:p>
    <w:p>
      <w:r>
        <w:rPr>
          <w:b/>
        </w:rPr>
        <w:t xml:space="preserve">[29:27] </w:t>
      </w:r>
      <w:r>
        <w:t>It is haram in Islam.</w:t>
      </w:r>
    </w:p>
    <w:p>
      <w:pPr>
        <w:jc w:val="right"/>
      </w:pPr>
      <w:r>
        <w:t>It is haram in Islam.</w:t>
      </w:r>
    </w:p>
    <w:p>
      <w:r>
        <w:rPr>
          <w:b/>
        </w:rPr>
        <w:t xml:space="preserve">[29:35] </w:t>
      </w:r>
      <w:r>
        <w:t>So this was also a very important example set by the Prophet of Islam.</w:t>
      </w:r>
    </w:p>
    <w:p>
      <w:pPr>
        <w:jc w:val="right"/>
      </w:pPr>
      <w:r>
        <w:t>So this was also a very important example set by the Prophet of Islam.</w:t>
      </w:r>
    </w:p>
    <w:p>
      <w:r>
        <w:rPr>
          <w:b/>
        </w:rPr>
        <w:t xml:space="preserve">[29:43] </w:t>
      </w:r>
      <w:r>
        <w:t>Then also he adopted a very unique formula, that is, avoidance.</w:t>
      </w:r>
    </w:p>
    <w:p>
      <w:pPr>
        <w:jc w:val="right"/>
      </w:pPr>
      <w:r>
        <w:t>Then also he adopted a very unique formula, that is, avoidance.</w:t>
      </w:r>
    </w:p>
    <w:p>
      <w:r>
        <w:rPr>
          <w:b/>
        </w:rPr>
        <w:t xml:space="preserve">[29:51] </w:t>
      </w:r>
      <w:r>
        <w:t>According to the record, the Makkan people tried to</w:t>
      </w:r>
    </w:p>
    <w:p>
      <w:pPr>
        <w:jc w:val="right"/>
      </w:pPr>
      <w:r>
        <w:t>According to the record, the Makkan people tried to</w:t>
      </w:r>
    </w:p>
    <w:p>
      <w:r>
        <w:rPr>
          <w:b/>
        </w:rPr>
        <w:t xml:space="preserve">[30:00] </w:t>
      </w:r>
      <w:r>
        <w:t>attack Madinah no less than 83 times, but the Prophet of Islam also avoided, avoided, avoided.</w:t>
      </w:r>
    </w:p>
    <w:p>
      <w:pPr>
        <w:jc w:val="right"/>
      </w:pPr>
      <w:r>
        <w:t>attack Madinah no less than 83 times, but the Prophet of Islam also avoided, avoided, avoided.</w:t>
      </w:r>
    </w:p>
    <w:p>
      <w:r>
        <w:rPr>
          <w:b/>
        </w:rPr>
        <w:t xml:space="preserve">[30:10] </w:t>
      </w:r>
      <w:r>
        <w:t>Only there were only three wars: the Battle of Badr, the Battle of Uhud, and the Battle of Hunayn.</w:t>
      </w:r>
    </w:p>
    <w:p>
      <w:pPr>
        <w:jc w:val="right"/>
      </w:pPr>
      <w:r>
        <w:t>Only there were only three wars: the Battle of Badr, the Battle of Uhud, and the Battle of Hunayn.</w:t>
      </w:r>
    </w:p>
    <w:p>
      <w:r>
        <w:rPr>
          <w:b/>
        </w:rPr>
        <w:t xml:space="preserve">[30:20] </w:t>
      </w:r>
      <w:r>
        <w:t>Other than three wars, there were no wars between the Prophet of Islam and</w:t>
      </w:r>
    </w:p>
    <w:p>
      <w:pPr>
        <w:jc w:val="right"/>
      </w:pPr>
      <w:r>
        <w:t>Other than three wars, there were no wars between the Prophet of Islam and</w:t>
      </w:r>
    </w:p>
    <w:p>
      <w:r>
        <w:rPr>
          <w:b/>
        </w:rPr>
        <w:t xml:space="preserve">[30:30] </w:t>
      </w:r>
      <w:r>
        <w:t>Quraish.</w:t>
      </w:r>
    </w:p>
    <w:p>
      <w:pPr>
        <w:jc w:val="right"/>
      </w:pPr>
      <w:r>
        <w:t>Quraish.</w:t>
      </w:r>
    </w:p>
    <w:p>
      <w:r>
        <w:rPr>
          <w:b/>
        </w:rPr>
        <w:t xml:space="preserve">[30:35] </w:t>
      </w:r>
      <w:r>
        <w:t>So avoidance is also a way of defense.</w:t>
      </w:r>
    </w:p>
    <w:p>
      <w:pPr>
        <w:jc w:val="right"/>
      </w:pPr>
      <w:r>
        <w:t>So avoidance is also a way of defense.</w:t>
      </w:r>
    </w:p>
    <w:p>
      <w:r>
        <w:rPr>
          <w:b/>
        </w:rPr>
        <w:t xml:space="preserve">[30:40] </w:t>
      </w:r>
      <w:r>
        <w:t>This is a unique concept given by the Prophet of Islam.</w:t>
      </w:r>
    </w:p>
    <w:p>
      <w:pPr>
        <w:jc w:val="right"/>
      </w:pPr>
      <w:r>
        <w:t>This is a unique concept given by the Prophet of Islam.</w:t>
      </w:r>
    </w:p>
    <w:p>
      <w:r>
        <w:rPr>
          <w:b/>
        </w:rPr>
        <w:t xml:space="preserve">[30:45] </w:t>
      </w:r>
      <w:r>
        <w:t>If there is an attack, if there is aggression, then first of all you have to avoid war.</w:t>
      </w:r>
    </w:p>
    <w:p>
      <w:pPr>
        <w:jc w:val="right"/>
      </w:pPr>
      <w:r>
        <w:t>If there is an attack, if there is aggression, then first of all you have to avoid war.</w:t>
      </w:r>
    </w:p>
    <w:p>
      <w:r>
        <w:rPr>
          <w:b/>
        </w:rPr>
        <w:t xml:space="preserve">[30:50] </w:t>
      </w:r>
      <w:r>
        <w:t>Avoidance is also a way of defense.</w:t>
      </w:r>
    </w:p>
    <w:p>
      <w:pPr>
        <w:jc w:val="right"/>
      </w:pPr>
      <w:r>
        <w:t>Avoidance is also a way of defense.</w:t>
      </w:r>
    </w:p>
    <w:p>
      <w:r>
        <w:rPr>
          <w:b/>
        </w:rPr>
        <w:t xml:space="preserve">[30:55] </w:t>
      </w:r>
      <w:r>
        <w:t>It is a unique concep</w:t>
      </w:r>
    </w:p>
    <w:p>
      <w:pPr>
        <w:jc w:val="right"/>
      </w:pPr>
      <w:r>
        <w:t>It is a unique concep</w:t>
      </w:r>
    </w:p>
    <w:p>
      <w:r>
        <w:rPr>
          <w:b/>
        </w:rPr>
        <w:t xml:space="preserve">[31:00] </w:t>
      </w:r>
      <w:r>
        <w:t>t.</w:t>
      </w:r>
    </w:p>
    <w:p>
      <w:pPr>
        <w:jc w:val="right"/>
      </w:pPr>
      <w:r>
        <w:t>t.</w:t>
      </w:r>
    </w:p>
    <w:p>
      <w:r>
        <w:rPr>
          <w:b/>
        </w:rPr>
        <w:t xml:space="preserve">[31:08] </w:t>
      </w:r>
      <w:r>
        <w:t>I will give you an example of this kind of principle.</w:t>
      </w:r>
    </w:p>
    <w:p>
      <w:pPr>
        <w:jc w:val="right"/>
      </w:pPr>
      <w:r>
        <w:t>I will give you an example of this kind of principle.</w:t>
      </w:r>
    </w:p>
    <w:p>
      <w:r>
        <w:rPr>
          <w:b/>
        </w:rPr>
        <w:t xml:space="preserve">[31:15] </w:t>
      </w:r>
      <w:r>
        <w:t>You know, the Makkan people attacked Madinah with a great army that consisted of 12,000 people.</w:t>
      </w:r>
    </w:p>
    <w:p>
      <w:pPr>
        <w:jc w:val="right"/>
      </w:pPr>
      <w:r>
        <w:t>You know, the Makkan people attacked Madinah with a great army that consisted of 12,000 people.</w:t>
      </w:r>
    </w:p>
    <w:p>
      <w:r>
        <w:rPr>
          <w:b/>
        </w:rPr>
        <w:t xml:space="preserve">[31:23] </w:t>
      </w:r>
      <w:r>
        <w:t>It was a very</w:t>
      </w:r>
    </w:p>
    <w:p>
      <w:pPr>
        <w:jc w:val="right"/>
      </w:pPr>
      <w:r>
        <w:t>It was a very</w:t>
      </w:r>
    </w:p>
    <w:p>
      <w:r>
        <w:rPr>
          <w:b/>
        </w:rPr>
        <w:t xml:space="preserve">[31:31] </w:t>
      </w:r>
      <w:r>
        <w:t>dangerous situation.</w:t>
      </w:r>
    </w:p>
    <w:p>
      <w:pPr>
        <w:jc w:val="right"/>
      </w:pPr>
      <w:r>
        <w:t>dangerous situation.</w:t>
      </w:r>
    </w:p>
    <w:p>
      <w:r>
        <w:rPr>
          <w:b/>
        </w:rPr>
        <w:t xml:space="preserve">[31:41] </w:t>
      </w:r>
      <w:r>
        <w:t>But the Prophet of Islam, what was his strategy at that time?</w:t>
      </w:r>
    </w:p>
    <w:p>
      <w:pPr>
        <w:jc w:val="right"/>
      </w:pPr>
      <w:r>
        <w:t>But the Prophet of Islam, what was his strategy at that time?</w:t>
      </w:r>
    </w:p>
    <w:p>
      <w:r>
        <w:rPr>
          <w:b/>
        </w:rPr>
        <w:t xml:space="preserve">[31:51] </w:t>
      </w:r>
      <w:r>
        <w:t>When he became aware that the Makkan people have planned to</w:t>
      </w:r>
    </w:p>
    <w:p>
      <w:pPr>
        <w:jc w:val="right"/>
      </w:pPr>
      <w:r>
        <w:t>When he became aware that the Makkan people have planned to</w:t>
      </w:r>
    </w:p>
    <w:p>
      <w:r>
        <w:rPr>
          <w:b/>
        </w:rPr>
        <w:t xml:space="preserve">[32:01] </w:t>
      </w:r>
      <w:r>
        <w:t>attack Madinah, so he dug a trench.</w:t>
      </w:r>
    </w:p>
    <w:p>
      <w:pPr>
        <w:jc w:val="right"/>
      </w:pPr>
      <w:r>
        <w:t>attack Madinah, so he dug a trench.</w:t>
      </w:r>
    </w:p>
    <w:p>
      <w:r>
        <w:rPr>
          <w:b/>
        </w:rPr>
        <w:t xml:space="preserve">[32:09] </w:t>
      </w:r>
      <w:r>
        <w:t>After great labor, after great labor, he dug a trench.</w:t>
      </w:r>
    </w:p>
    <w:p>
      <w:pPr>
        <w:jc w:val="right"/>
      </w:pPr>
      <w:r>
        <w:t>After great labor, after great labor, he dug a trench.</w:t>
      </w:r>
    </w:p>
    <w:p>
      <w:r>
        <w:rPr>
          <w:b/>
        </w:rPr>
        <w:t xml:space="preserve">[32:17] </w:t>
      </w:r>
      <w:r>
        <w:t>You know, so Madinah was a very unique type of city.</w:t>
      </w:r>
    </w:p>
    <w:p>
      <w:pPr>
        <w:jc w:val="right"/>
      </w:pPr>
      <w:r>
        <w:t>You know, so Madinah was a very unique type of city.</w:t>
      </w:r>
    </w:p>
    <w:p>
      <w:r>
        <w:rPr>
          <w:b/>
        </w:rPr>
        <w:t xml:space="preserve">[32:24] </w:t>
      </w:r>
      <w:r>
        <w:t>Madinah was surrounded by three sides.</w:t>
      </w:r>
    </w:p>
    <w:p>
      <w:pPr>
        <w:jc w:val="right"/>
      </w:pPr>
      <w:r>
        <w:t>Madinah was surrounded by three sides.</w:t>
      </w:r>
    </w:p>
    <w:p>
      <w:r>
        <w:rPr>
          <w:b/>
        </w:rPr>
        <w:t xml:space="preserve">[32:32] </w:t>
      </w:r>
      <w:r>
        <w:t>On one side, there were mountains.</w:t>
      </w:r>
    </w:p>
    <w:p>
      <w:pPr>
        <w:jc w:val="right"/>
      </w:pPr>
      <w:r>
        <w:t>On one side, there were mountains.</w:t>
      </w:r>
    </w:p>
    <w:p>
      <w:r>
        <w:rPr>
          <w:b/>
        </w:rPr>
        <w:t xml:space="preserve">[32:38] </w:t>
      </w:r>
      <w:r>
        <w:t>On one side, there were mountains.</w:t>
      </w:r>
    </w:p>
    <w:p>
      <w:pPr>
        <w:jc w:val="right"/>
      </w:pPr>
      <w:r>
        <w:t>On one side, there were mountains.</w:t>
      </w:r>
    </w:p>
    <w:p>
      <w:r>
        <w:rPr>
          <w:b/>
        </w:rPr>
        <w:t xml:space="preserve">[32:44] </w:t>
      </w:r>
      <w:r>
        <w:t>On two sides, there were jungles of dead trees.</w:t>
      </w:r>
    </w:p>
    <w:p>
      <w:pPr>
        <w:jc w:val="right"/>
      </w:pPr>
      <w:r>
        <w:t>On two sides, there were jungles of dead trees.</w:t>
      </w:r>
    </w:p>
    <w:p>
      <w:r>
        <w:rPr>
          <w:b/>
        </w:rPr>
        <w:t xml:space="preserve">[32:51] </w:t>
      </w:r>
      <w:r>
        <w:t>So Madinah was, in this sense, a unique city.</w:t>
      </w:r>
    </w:p>
    <w:p>
      <w:pPr>
        <w:jc w:val="right"/>
      </w:pPr>
      <w:r>
        <w:t>So Madinah was, in this sense, a unique city.</w:t>
      </w:r>
    </w:p>
    <w:p>
      <w:r>
        <w:rPr>
          <w:b/>
        </w:rPr>
        <w:t xml:space="preserve">[32:57] </w:t>
      </w:r>
      <w:r>
        <w:t>It was surrounded by</w:t>
      </w:r>
    </w:p>
    <w:p>
      <w:pPr>
        <w:jc w:val="right"/>
      </w:pPr>
      <w:r>
        <w:t>It was surrounded by</w:t>
      </w:r>
    </w:p>
    <w:p>
      <w:r>
        <w:rPr>
          <w:b/>
        </w:rPr>
        <w:t xml:space="preserve">[33:03] </w:t>
      </w:r>
      <w:r>
        <w:t>trees and jungles and mountains from three sides.</w:t>
      </w:r>
    </w:p>
    <w:p>
      <w:pPr>
        <w:jc w:val="right"/>
      </w:pPr>
      <w:r>
        <w:t>trees and jungles and mountains from three sides.</w:t>
      </w:r>
    </w:p>
    <w:p>
      <w:r>
        <w:rPr>
          <w:b/>
        </w:rPr>
        <w:t xml:space="preserve">[33:08] </w:t>
      </w:r>
      <w:r>
        <w:t>So only one side was open.</w:t>
      </w:r>
    </w:p>
    <w:p>
      <w:pPr>
        <w:jc w:val="right"/>
      </w:pPr>
      <w:r>
        <w:t>So only one side was open.</w:t>
      </w:r>
    </w:p>
    <w:p>
      <w:r>
        <w:rPr>
          <w:b/>
        </w:rPr>
        <w:t xml:space="preserve">[33:14] </w:t>
      </w:r>
      <w:r>
        <w:t>So he dug a trench.</w:t>
      </w:r>
    </w:p>
    <w:p>
      <w:pPr>
        <w:jc w:val="right"/>
      </w:pPr>
      <w:r>
        <w:t>So he dug a trench.</w:t>
      </w:r>
    </w:p>
    <w:p>
      <w:r>
        <w:rPr>
          <w:b/>
        </w:rPr>
        <w:t xml:space="preserve">[33:19] </w:t>
      </w:r>
      <w:r>
        <w:t>You know, at that time, there were no helicopters, so it was not accessible.</w:t>
      </w:r>
    </w:p>
    <w:p>
      <w:pPr>
        <w:jc w:val="right"/>
      </w:pPr>
      <w:r>
        <w:t>You know, at that time, there were no helicopters, so it was not accessible.</w:t>
      </w:r>
    </w:p>
    <w:p>
      <w:r>
        <w:rPr>
          <w:b/>
        </w:rPr>
        <w:t xml:space="preserve">[33:24] </w:t>
      </w:r>
      <w:r>
        <w:t>It became accessible.</w:t>
      </w:r>
    </w:p>
    <w:p>
      <w:pPr>
        <w:jc w:val="right"/>
      </w:pPr>
      <w:r>
        <w:t>It became accessible.</w:t>
      </w:r>
    </w:p>
    <w:p>
      <w:r>
        <w:rPr>
          <w:b/>
        </w:rPr>
        <w:t xml:space="preserve">[33:29] </w:t>
      </w:r>
      <w:r>
        <w:t>They came with their army of 12,000,</w:t>
      </w:r>
    </w:p>
    <w:p>
      <w:pPr>
        <w:jc w:val="right"/>
      </w:pPr>
      <w:r>
        <w:t>They came with their army of 12,000,</w:t>
      </w:r>
    </w:p>
    <w:p>
      <w:r>
        <w:rPr>
          <w:b/>
        </w:rPr>
        <w:t xml:space="preserve">[33:35] </w:t>
      </w:r>
      <w:r>
        <w:t>but when they said that there is a trench and they cannot, so they stopped their march.</w:t>
      </w:r>
    </w:p>
    <w:p>
      <w:pPr>
        <w:jc w:val="right"/>
      </w:pPr>
      <w:r>
        <w:t>but when they said that there is a trench and they cannot, so they stopped their march.</w:t>
      </w:r>
    </w:p>
    <w:p>
      <w:r>
        <w:rPr>
          <w:b/>
        </w:rPr>
        <w:t xml:space="preserve">[33:42] </w:t>
      </w:r>
      <w:r>
        <w:t>They were not able to cross the trench and attack Madinah.</w:t>
      </w:r>
    </w:p>
    <w:p>
      <w:pPr>
        <w:jc w:val="right"/>
      </w:pPr>
      <w:r>
        <w:t>They were not able to cross the trench and attack Madinah.</w:t>
      </w:r>
    </w:p>
    <w:p>
      <w:r>
        <w:rPr>
          <w:b/>
        </w:rPr>
        <w:t xml:space="preserve">[33:50] </w:t>
      </w:r>
      <w:r>
        <w:t>So it was a way of avoidance.</w:t>
      </w:r>
    </w:p>
    <w:p>
      <w:pPr>
        <w:jc w:val="right"/>
      </w:pPr>
      <w:r>
        <w:t>So it was a way of avoidance.</w:t>
      </w:r>
    </w:p>
    <w:p>
      <w:r>
        <w:rPr>
          <w:b/>
        </w:rPr>
        <w:t xml:space="preserve">[33:57] </w:t>
      </w:r>
      <w:r>
        <w:t>Our books refer to this event as</w:t>
      </w:r>
    </w:p>
    <w:p>
      <w:pPr>
        <w:jc w:val="right"/>
      </w:pPr>
      <w:r>
        <w:t>Our books refer to this event as</w:t>
      </w:r>
    </w:p>
    <w:p>
      <w:r>
        <w:rPr>
          <w:b/>
        </w:rPr>
        <w:t xml:space="preserve">[34:05] </w:t>
      </w:r>
      <w:r>
        <w:t>a battle of, but of trench.</w:t>
      </w:r>
    </w:p>
    <w:p>
      <w:pPr>
        <w:jc w:val="right"/>
      </w:pPr>
      <w:r>
        <w:t>a battle of, but of trench.</w:t>
      </w:r>
    </w:p>
    <w:p>
      <w:r>
        <w:rPr>
          <w:b/>
        </w:rPr>
        <w:t xml:space="preserve">[34:11] </w:t>
      </w:r>
      <w:r>
        <w:t>But it was not a battle.</w:t>
      </w:r>
    </w:p>
    <w:p>
      <w:pPr>
        <w:jc w:val="right"/>
      </w:pPr>
      <w:r>
        <w:t>But it was not a battle.</w:t>
      </w:r>
    </w:p>
    <w:p>
      <w:r>
        <w:rPr>
          <w:b/>
        </w:rPr>
        <w:t xml:space="preserve">[34:17] </w:t>
      </w:r>
      <w:r>
        <w:t>It is a kind of avoidance.</w:t>
      </w:r>
    </w:p>
    <w:p>
      <w:pPr>
        <w:jc w:val="right"/>
      </w:pPr>
      <w:r>
        <w:t>It is a kind of avoidance.</w:t>
      </w:r>
    </w:p>
    <w:p>
      <w:r>
        <w:rPr>
          <w:b/>
        </w:rPr>
        <w:t xml:space="preserve">[34:23] </w:t>
      </w:r>
      <w:r>
        <w:t>So every time the Prophet avoided, so although the Makkan people tried to involve him in war more</w:t>
      </w:r>
    </w:p>
    <w:p>
      <w:pPr>
        <w:jc w:val="right"/>
      </w:pPr>
      <w:r>
        <w:t>So every time the Prophet avoided, so although the Makkan people tried to involve him in war more</w:t>
      </w:r>
    </w:p>
    <w:p>
      <w:r>
        <w:rPr>
          <w:b/>
        </w:rPr>
        <w:t xml:space="preserve">[34:29] </w:t>
      </w:r>
      <w:r>
        <w:t>than 80 times, but he avoided, avoided, avoided.</w:t>
      </w:r>
    </w:p>
    <w:p>
      <w:pPr>
        <w:jc w:val="right"/>
      </w:pPr>
      <w:r>
        <w:t>than 80 times, but he avoided, avoided, avoided.</w:t>
      </w:r>
    </w:p>
    <w:p>
      <w:r>
        <w:rPr>
          <w:b/>
        </w:rPr>
        <w:t xml:space="preserve">[34:35] </w:t>
      </w:r>
      <w:r>
        <w:t>Only three times there was defensive war, full-fledged war.</w:t>
      </w:r>
    </w:p>
    <w:p>
      <w:pPr>
        <w:jc w:val="right"/>
      </w:pPr>
      <w:r>
        <w:t>Only three times there was defensive war, full-fledged war.</w:t>
      </w:r>
    </w:p>
    <w:p>
      <w:r>
        <w:rPr>
          <w:b/>
        </w:rPr>
        <w:t xml:space="preserve">[34:43] </w:t>
      </w:r>
      <w:r>
        <w:t>There were three full-fledged wars.</w:t>
      </w:r>
    </w:p>
    <w:p>
      <w:pPr>
        <w:jc w:val="right"/>
      </w:pPr>
      <w:r>
        <w:t>There were three full-fledged wars.</w:t>
      </w:r>
    </w:p>
    <w:p>
      <w:r>
        <w:rPr>
          <w:b/>
        </w:rPr>
        <w:t xml:space="preserve">[34:51] </w:t>
      </w:r>
      <w:r>
        <w:t>So the Prophet of Islam introduced a very unique concept in the history of battles, that is, avoidance.</w:t>
      </w:r>
    </w:p>
    <w:p>
      <w:pPr>
        <w:jc w:val="right"/>
      </w:pPr>
      <w:r>
        <w:t>So the Prophet of Islam introduced a very unique concept in the history of battles, that is, avoidance.</w:t>
      </w:r>
    </w:p>
    <w:p>
      <w:r>
        <w:rPr>
          <w:b/>
        </w:rPr>
        <w:t xml:space="preserve">[34:59] </w:t>
      </w:r>
      <w:r>
        <w:t>So when it means that when there is an attack from the enemy, there is aggression from the enemy,</w:t>
      </w:r>
    </w:p>
    <w:p>
      <w:pPr>
        <w:jc w:val="right"/>
      </w:pPr>
      <w:r>
        <w:t>So when it means that when there is an attack from the enemy, there is aggression from the enemy,</w:t>
      </w:r>
    </w:p>
    <w:p>
      <w:r>
        <w:rPr>
          <w:b/>
        </w:rPr>
        <w:t xml:space="preserve">[35:07] </w:t>
      </w:r>
      <w:r>
        <w:t>so don't go to fight. Before fighting, you try to avoid war, avoid fighting. So the Prophet always entered in fighting in compulsive situations. For the Prophet of Islam, war</w:t>
      </w:r>
    </w:p>
    <w:p>
      <w:pPr>
        <w:jc w:val="right"/>
      </w:pPr>
      <w:r>
        <w:t>so don't go to fight. Before fighting, you try to avoid war, avoid fighting. So the Prophet always entered in fighting in compulsive situations. For the Prophet of Islam, war</w:t>
      </w:r>
    </w:p>
    <w:p>
      <w:r>
        <w:rPr>
          <w:b/>
        </w:rPr>
        <w:t xml:space="preserve">[35:37] </w:t>
      </w:r>
      <w:r>
        <w:t>was a compulsive option, a compulsive option.</w:t>
      </w:r>
    </w:p>
    <w:p>
      <w:pPr>
        <w:jc w:val="right"/>
      </w:pPr>
      <w:r>
        <w:t>was a compulsive option, a compulsive option.</w:t>
      </w:r>
    </w:p>
    <w:p>
      <w:r>
        <w:rPr>
          <w:b/>
        </w:rPr>
        <w:t xml:space="preserve">[35:45] </w:t>
      </w:r>
      <w:r>
        <w:t>So this was unknown in history before Muhammadan era.</w:t>
      </w:r>
    </w:p>
    <w:p>
      <w:pPr>
        <w:jc w:val="right"/>
      </w:pPr>
      <w:r>
        <w:t>So this was unknown in history before Muhammadan era.</w:t>
      </w:r>
    </w:p>
    <w:p>
      <w:r>
        <w:rPr>
          <w:b/>
        </w:rPr>
        <w:t xml:space="preserve">[35:52] </w:t>
      </w:r>
      <w:r>
        <w:t>This was quite unknown that when war becomes compulsion, then you can go to defensive war.</w:t>
      </w:r>
    </w:p>
    <w:p>
      <w:pPr>
        <w:jc w:val="right"/>
      </w:pPr>
      <w:r>
        <w:t>This was quite unknown that when war becomes compulsion, then you can go to defensive war.</w:t>
      </w:r>
    </w:p>
    <w:p>
      <w:r>
        <w:rPr>
          <w:b/>
        </w:rPr>
        <w:t xml:space="preserve">[36:00] </w:t>
      </w:r>
      <w:r>
        <w:t>Otherwise, you have to engage your</w:t>
      </w:r>
    </w:p>
    <w:p>
      <w:pPr>
        <w:jc w:val="right"/>
      </w:pPr>
      <w:r>
        <w:t>Otherwise, you have to engage your</w:t>
      </w:r>
    </w:p>
    <w:p>
      <w:r>
        <w:rPr>
          <w:b/>
        </w:rPr>
        <w:t xml:space="preserve">[36:07] </w:t>
      </w:r>
      <w:r>
        <w:t>self in constructive activities.</w:t>
      </w:r>
    </w:p>
    <w:p>
      <w:pPr>
        <w:jc w:val="right"/>
      </w:pPr>
      <w:r>
        <w:t>self in constructive activities.</w:t>
      </w:r>
    </w:p>
    <w:p>
      <w:r>
        <w:rPr>
          <w:b/>
        </w:rPr>
        <w:t xml:space="preserve">[36:12] </w:t>
      </w:r>
      <w:r>
        <w:t>There are so many activities other than war in terms of education, in terms of da'wah, in terms</w:t>
      </w:r>
    </w:p>
    <w:p>
      <w:pPr>
        <w:jc w:val="right"/>
      </w:pPr>
      <w:r>
        <w:t>There are so many activities other than war in terms of education, in terms of da'wah, in terms</w:t>
      </w:r>
    </w:p>
    <w:p>
      <w:r>
        <w:rPr>
          <w:b/>
        </w:rPr>
        <w:t xml:space="preserve">[36:17] </w:t>
      </w:r>
      <w:r>
        <w:t>of agriculture, in terms of history, in terms of business.</w:t>
      </w:r>
    </w:p>
    <w:p>
      <w:pPr>
        <w:jc w:val="right"/>
      </w:pPr>
      <w:r>
        <w:t>of agriculture, in terms of history, in terms of business.</w:t>
      </w:r>
    </w:p>
    <w:p>
      <w:r>
        <w:rPr>
          <w:b/>
        </w:rPr>
        <w:t xml:space="preserve">[36:22] </w:t>
      </w:r>
      <w:r>
        <w:t>There are so many fields.</w:t>
      </w:r>
    </w:p>
    <w:p>
      <w:pPr>
        <w:jc w:val="right"/>
      </w:pPr>
      <w:r>
        <w:t>There are so many fields.</w:t>
      </w:r>
    </w:p>
    <w:p>
      <w:r>
        <w:rPr>
          <w:b/>
        </w:rPr>
        <w:t xml:space="preserve">[36:27] </w:t>
      </w:r>
      <w:r>
        <w:t>So you have to engage in these fields.</w:t>
      </w:r>
    </w:p>
    <w:p>
      <w:pPr>
        <w:jc w:val="right"/>
      </w:pPr>
      <w:r>
        <w:t>So you have to engage in these fields.</w:t>
      </w:r>
    </w:p>
    <w:p>
      <w:r>
        <w:rPr>
          <w:b/>
        </w:rPr>
        <w:t xml:space="preserve">[36:32] </w:t>
      </w:r>
      <w:r>
        <w:t>You have to consolid</w:t>
      </w:r>
    </w:p>
    <w:p>
      <w:pPr>
        <w:jc w:val="right"/>
      </w:pPr>
      <w:r>
        <w:t>You have to consolid</w:t>
      </w:r>
    </w:p>
    <w:p>
      <w:r>
        <w:rPr>
          <w:b/>
        </w:rPr>
        <w:t xml:space="preserve">[36:37] </w:t>
      </w:r>
      <w:r>
        <w:t>ate your position.</w:t>
      </w:r>
    </w:p>
    <w:p>
      <w:pPr>
        <w:jc w:val="right"/>
      </w:pPr>
      <w:r>
        <w:t>ate your position.</w:t>
      </w:r>
    </w:p>
    <w:p>
      <w:r>
        <w:rPr>
          <w:b/>
        </w:rPr>
        <w:t xml:space="preserve">[36:43] </w:t>
      </w:r>
      <w:r>
        <w:t>Consolidation is also a very important aspect of life.</w:t>
      </w:r>
    </w:p>
    <w:p>
      <w:pPr>
        <w:jc w:val="right"/>
      </w:pPr>
      <w:r>
        <w:t>Consolidation is also a very important aspect of life.</w:t>
      </w:r>
    </w:p>
    <w:p>
      <w:r>
        <w:rPr>
          <w:b/>
        </w:rPr>
        <w:t xml:space="preserve">[36:49] </w:t>
      </w:r>
      <w:r>
        <w:t>Why go to war?</w:t>
      </w:r>
    </w:p>
    <w:p>
      <w:pPr>
        <w:jc w:val="right"/>
      </w:pPr>
      <w:r>
        <w:t>Why go to war?</w:t>
      </w:r>
    </w:p>
    <w:p>
      <w:r>
        <w:rPr>
          <w:b/>
        </w:rPr>
        <w:t xml:space="preserve">[36:55] </w:t>
      </w:r>
      <w:r>
        <w:t>So the Prophet of Islam adopted this formula that consolidate your position, engage yourself in constructive fields, don't</w:t>
      </w:r>
    </w:p>
    <w:p>
      <w:pPr>
        <w:jc w:val="right"/>
      </w:pPr>
      <w:r>
        <w:t>So the Prophet of Islam adopted this formula that consolidate your position, engage yourself in constructive fields, don't</w:t>
      </w:r>
    </w:p>
    <w:p>
      <w:r>
        <w:rPr>
          <w:b/>
        </w:rPr>
        <w:t xml:space="preserve">[37:01] </w:t>
      </w:r>
      <w:r>
        <w:t>go to war except it becomes</w:t>
      </w:r>
    </w:p>
    <w:p>
      <w:pPr>
        <w:jc w:val="right"/>
      </w:pPr>
      <w:r>
        <w:t>go to war except it becomes</w:t>
      </w:r>
    </w:p>
    <w:p>
      <w:r>
        <w:rPr>
          <w:b/>
        </w:rPr>
        <w:t xml:space="preserve">[37:07] </w:t>
      </w:r>
      <w:r>
        <w:t>a compulsion. Then the Prophet of Islam also set a very important example: how to build a better society, how to organize a society, how to implement those religious norms, spiritual norms in</w:t>
      </w:r>
    </w:p>
    <w:p>
      <w:pPr>
        <w:jc w:val="right"/>
      </w:pPr>
      <w:r>
        <w:t>a compulsion. Then the Prophet of Islam also set a very important example: how to build a better society, how to organize a society, how to implement those religious norms, spiritual norms in</w:t>
      </w:r>
    </w:p>
    <w:p>
      <w:r>
        <w:rPr>
          <w:b/>
        </w:rPr>
        <w:t xml:space="preserve">[37:37] </w:t>
      </w:r>
      <w:r>
        <w:t>a society.</w:t>
      </w:r>
    </w:p>
    <w:p>
      <w:pPr>
        <w:jc w:val="right"/>
      </w:pPr>
      <w:r>
        <w:t>a society.</w:t>
      </w:r>
    </w:p>
    <w:p>
      <w:r>
        <w:rPr>
          <w:b/>
        </w:rPr>
        <w:t xml:space="preserve">[37:46] </w:t>
      </w:r>
      <w:r>
        <w:t>The Prophet of Islam never tried to implement these norms by force.</w:t>
      </w:r>
    </w:p>
    <w:p>
      <w:pPr>
        <w:jc w:val="right"/>
      </w:pPr>
      <w:r>
        <w:t>The Prophet of Islam never tried to implement these norms by force.</w:t>
      </w:r>
    </w:p>
    <w:p>
      <w:r>
        <w:rPr>
          <w:b/>
        </w:rPr>
        <w:t xml:space="preserve">[37:54] </w:t>
      </w:r>
      <w:r>
        <w:t>It was common in the previous history.</w:t>
      </w:r>
    </w:p>
    <w:p>
      <w:pPr>
        <w:jc w:val="right"/>
      </w:pPr>
      <w:r>
        <w:t>It was common in the previous history.</w:t>
      </w:r>
    </w:p>
    <w:p>
      <w:r>
        <w:rPr>
          <w:b/>
        </w:rPr>
        <w:t xml:space="preserve">[38:02] </w:t>
      </w:r>
      <w:r>
        <w:t>People always wanted to implement their required system</w:t>
      </w:r>
    </w:p>
    <w:p>
      <w:pPr>
        <w:jc w:val="right"/>
      </w:pPr>
      <w:r>
        <w:t>People always wanted to implement their required system</w:t>
      </w:r>
    </w:p>
    <w:p>
      <w:r>
        <w:rPr>
          <w:b/>
        </w:rPr>
        <w:t xml:space="preserve">[38:10] </w:t>
      </w:r>
      <w:r>
        <w:t>by force.</w:t>
      </w:r>
    </w:p>
    <w:p>
      <w:pPr>
        <w:jc w:val="right"/>
      </w:pPr>
      <w:r>
        <w:t>by force.</w:t>
      </w:r>
    </w:p>
    <w:p>
      <w:r>
        <w:rPr>
          <w:b/>
        </w:rPr>
        <w:t xml:space="preserve">[38:16] </w:t>
      </w:r>
      <w:r>
        <w:t>But the Prophet of Islam set a new example that first of all you have to persuade people,</w:t>
      </w:r>
    </w:p>
    <w:p>
      <w:pPr>
        <w:jc w:val="right"/>
      </w:pPr>
      <w:r>
        <w:t>But the Prophet of Islam set a new example that first of all you have to persuade people,</w:t>
      </w:r>
    </w:p>
    <w:p>
      <w:r>
        <w:rPr>
          <w:b/>
        </w:rPr>
        <w:t xml:space="preserve">[38:22] </w:t>
      </w:r>
      <w:r>
        <w:t>you have to prepare the society, you have to change the mind of the peoples, you have to</w:t>
      </w:r>
    </w:p>
    <w:p>
      <w:pPr>
        <w:jc w:val="right"/>
      </w:pPr>
      <w:r>
        <w:t>you have to prepare the society, you have to change the mind of the peoples, you have to</w:t>
      </w:r>
    </w:p>
    <w:p>
      <w:r>
        <w:rPr>
          <w:b/>
        </w:rPr>
        <w:t xml:space="preserve">[38:28] </w:t>
      </w:r>
      <w:r>
        <w:t>change the people's mind, their heart, their mind, their thinking.</w:t>
      </w:r>
    </w:p>
    <w:p>
      <w:pPr>
        <w:jc w:val="right"/>
      </w:pPr>
      <w:r>
        <w:t>change the people's mind, their heart, their mind, their thinking.</w:t>
      </w:r>
    </w:p>
    <w:p>
      <w:r>
        <w:rPr>
          <w:b/>
        </w:rPr>
        <w:t xml:space="preserve">[38:34] </w:t>
      </w:r>
      <w:r>
        <w:t>Then you can implement those laws</w:t>
      </w:r>
    </w:p>
    <w:p>
      <w:pPr>
        <w:jc w:val="right"/>
      </w:pPr>
      <w:r>
        <w:t>Then you can implement those laws</w:t>
      </w:r>
    </w:p>
    <w:p>
      <w:r>
        <w:rPr>
          <w:b/>
        </w:rPr>
        <w:t xml:space="preserve">[38:40] </w:t>
      </w:r>
      <w:r>
        <w:t>and those principles. There is a very relevant hadith in Bukhari narrated by Aisha. He says that although Islam wanted to ban on wine, to impose ban on adultery, but</w:t>
      </w:r>
    </w:p>
    <w:p>
      <w:pPr>
        <w:jc w:val="right"/>
      </w:pPr>
      <w:r>
        <w:t>and those principles. There is a very relevant hadith in Bukhari narrated by Aisha. He says that although Islam wanted to ban on wine, to impose ban on adultery, but</w:t>
      </w:r>
    </w:p>
    <w:p>
      <w:r>
        <w:rPr>
          <w:b/>
        </w:rPr>
        <w:t xml:space="preserve">[39:10] </w:t>
      </w:r>
      <w:r>
        <w:t>she says that God Almighty never revealed this kind of verses in the Quran in early periods. So from Makkah to Madinah, the Prophet was engaged in the work of da'wah. He wanted to</w:t>
      </w:r>
    </w:p>
    <w:p>
      <w:pPr>
        <w:jc w:val="right"/>
      </w:pPr>
      <w:r>
        <w:t>she says that God Almighty never revealed this kind of verses in the Quran in early periods. So from Makkah to Madinah, the Prophet was engaged in the work of da'wah. He wanted to</w:t>
      </w:r>
    </w:p>
    <w:p>
      <w:r>
        <w:rPr>
          <w:b/>
        </w:rPr>
        <w:t xml:space="preserve">[39:40] </w:t>
      </w:r>
      <w:r>
        <w:t>persuade people, he wanted to prepare the mind, he wanted to change the heart of the people, he wanted to make them prepare. So the first target was to prepare a society in an intellectual term, in an intellectual sense. So first he prepared a society, first he changed the people's th</w:t>
      </w:r>
    </w:p>
    <w:p>
      <w:pPr>
        <w:jc w:val="right"/>
      </w:pPr>
      <w:r>
        <w:t>persuade people, he wanted to prepare the mind, he wanted to change the heart of the people, he wanted to make them prepare. So the first target was to prepare a society in an intellectual term, in an intellectual sense. So first he prepared a society, first he changed the people's th</w:t>
      </w:r>
    </w:p>
    <w:p>
      <w:r>
        <w:rPr>
          <w:b/>
        </w:rPr>
        <w:t xml:space="preserve">[40:10] </w:t>
      </w:r>
      <w:r>
        <w:t>inking.</w:t>
      </w:r>
    </w:p>
    <w:p>
      <w:pPr>
        <w:jc w:val="right"/>
      </w:pPr>
      <w:r>
        <w:t>inking.</w:t>
      </w:r>
    </w:p>
    <w:p>
      <w:r>
        <w:rPr>
          <w:b/>
        </w:rPr>
        <w:t xml:space="preserve">[40:18] </w:t>
      </w:r>
      <w:r>
        <w:t>Then these verses were revealed that don't that adultery is haram and wine is haram.</w:t>
      </w:r>
    </w:p>
    <w:p>
      <w:pPr>
        <w:jc w:val="right"/>
      </w:pPr>
      <w:r>
        <w:t>Then these verses were revealed that don't that adultery is haram and wine is haram.</w:t>
      </w:r>
    </w:p>
    <w:p>
      <w:r>
        <w:rPr>
          <w:b/>
        </w:rPr>
        <w:t xml:space="preserve">[40:26] </w:t>
      </w:r>
      <w:r>
        <w:t>So she says that if these verses were revealed before the preparation of society, they would say, "La</w:t>
      </w:r>
    </w:p>
    <w:p>
      <w:pPr>
        <w:jc w:val="right"/>
      </w:pPr>
      <w:r>
        <w:t>So she says that if these verses were revealed before the preparation of society, they would say, "La</w:t>
      </w:r>
    </w:p>
    <w:p>
      <w:r>
        <w:rPr>
          <w:b/>
        </w:rPr>
        <w:t xml:space="preserve">[40:34] </w:t>
      </w:r>
      <w:r>
        <w:t>nada'ud zena abadan, la nada'ul khamar abadan."</w:t>
      </w:r>
    </w:p>
    <w:p>
      <w:pPr>
        <w:jc w:val="right"/>
      </w:pPr>
      <w:r>
        <w:t>nada'ud zena abadan, la nada'ul khamar abadan."</w:t>
      </w:r>
    </w:p>
    <w:p>
      <w:r>
        <w:rPr>
          <w:b/>
        </w:rPr>
        <w:t xml:space="preserve">[40:41] </w:t>
      </w:r>
      <w:r>
        <w:t>We are not going to abandon adultery, we are not going to abandon wine, alcohol.</w:t>
      </w:r>
    </w:p>
    <w:p>
      <w:pPr>
        <w:jc w:val="right"/>
      </w:pPr>
      <w:r>
        <w:t>We are not going to abandon adultery, we are not going to abandon wine, alcohol.</w:t>
      </w:r>
    </w:p>
    <w:p>
      <w:r>
        <w:rPr>
          <w:b/>
        </w:rPr>
        <w:t xml:space="preserve">[40:49] </w:t>
      </w:r>
      <w:r>
        <w:t>So this was also a very important example set by the Prophet of Islam.</w:t>
      </w:r>
    </w:p>
    <w:p>
      <w:pPr>
        <w:jc w:val="right"/>
      </w:pPr>
      <w:r>
        <w:t>So this was also a very important example set by the Prophet of Islam.</w:t>
      </w:r>
    </w:p>
    <w:p>
      <w:r>
        <w:rPr>
          <w:b/>
        </w:rPr>
        <w:t xml:space="preserve">[40:57] </w:t>
      </w:r>
      <w:r>
        <w:t>What is the correct way of bringing about a reform in society?</w:t>
      </w:r>
    </w:p>
    <w:p>
      <w:pPr>
        <w:jc w:val="right"/>
      </w:pPr>
      <w:r>
        <w:t>What is the correct way of bringing about a reform in society?</w:t>
      </w:r>
    </w:p>
    <w:p>
      <w:r>
        <w:rPr>
          <w:b/>
        </w:rPr>
        <w:t xml:space="preserve">[41:05] </w:t>
      </w:r>
      <w:r>
        <w:t>How can you build a better society?</w:t>
      </w:r>
    </w:p>
    <w:p>
      <w:pPr>
        <w:jc w:val="right"/>
      </w:pPr>
      <w:r>
        <w:t>How can you build a better society?</w:t>
      </w:r>
    </w:p>
    <w:p>
      <w:r>
        <w:rPr>
          <w:b/>
        </w:rPr>
        <w:t xml:space="preserve">[41:13] </w:t>
      </w:r>
      <w:r>
        <w:t>Everyone tries to bring about change in society.</w:t>
      </w:r>
    </w:p>
    <w:p>
      <w:pPr>
        <w:jc w:val="right"/>
      </w:pPr>
      <w:r>
        <w:t>Everyone tries to bring about change in society.</w:t>
      </w:r>
    </w:p>
    <w:p>
      <w:r>
        <w:rPr>
          <w:b/>
        </w:rPr>
        <w:t xml:space="preserve">[41:21] </w:t>
      </w:r>
      <w:r>
        <w:t>Everyone wants to bring about reform in society.</w:t>
      </w:r>
    </w:p>
    <w:p>
      <w:pPr>
        <w:jc w:val="right"/>
      </w:pPr>
      <w:r>
        <w:t>Everyone wants to bring about reform in society.</w:t>
      </w:r>
    </w:p>
    <w:p>
      <w:r>
        <w:rPr>
          <w:b/>
        </w:rPr>
        <w:t xml:space="preserve">[41:29] </w:t>
      </w:r>
      <w:r>
        <w:t>But everyone tries to bring about this through laws.</w:t>
      </w:r>
    </w:p>
    <w:p>
      <w:pPr>
        <w:jc w:val="right"/>
      </w:pPr>
      <w:r>
        <w:t>But everyone tries to bring about this through laws.</w:t>
      </w:r>
    </w:p>
    <w:p>
      <w:r>
        <w:rPr>
          <w:b/>
        </w:rPr>
        <w:t xml:space="preserve">[41:36] </w:t>
      </w:r>
      <w:r>
        <w:t>People know nothing except legal activism,</w:t>
      </w:r>
    </w:p>
    <w:p>
      <w:pPr>
        <w:jc w:val="right"/>
      </w:pPr>
      <w:r>
        <w:t>People know nothing except legal activism,</w:t>
      </w:r>
    </w:p>
    <w:p>
      <w:r>
        <w:rPr>
          <w:b/>
        </w:rPr>
        <w:t xml:space="preserve">[41:44] </w:t>
      </w:r>
      <w:r>
        <w:t>judicial activism, and legal activism.</w:t>
      </w:r>
    </w:p>
    <w:p>
      <w:pPr>
        <w:jc w:val="right"/>
      </w:pPr>
      <w:r>
        <w:t>judicial activism, and legal activism.</w:t>
      </w:r>
    </w:p>
    <w:p>
      <w:r>
        <w:rPr>
          <w:b/>
        </w:rPr>
        <w:t xml:space="preserve">[41:50] </w:t>
      </w:r>
      <w:r>
        <w:t>So they try to implement these principles, these laws through by force.</w:t>
      </w:r>
    </w:p>
    <w:p>
      <w:pPr>
        <w:jc w:val="right"/>
      </w:pPr>
      <w:r>
        <w:t>So they try to implement these principles, these laws through by force.</w:t>
      </w:r>
    </w:p>
    <w:p>
      <w:r>
        <w:rPr>
          <w:b/>
        </w:rPr>
        <w:t xml:space="preserve">[41:56] </w:t>
      </w:r>
      <w:r>
        <w:t>And you know everyone fails.</w:t>
      </w:r>
    </w:p>
    <w:p>
      <w:pPr>
        <w:jc w:val="right"/>
      </w:pPr>
      <w:r>
        <w:t>And you know everyone fails.</w:t>
      </w:r>
    </w:p>
    <w:p>
      <w:r>
        <w:rPr>
          <w:b/>
        </w:rPr>
        <w:t xml:space="preserve">[42:02] </w:t>
      </w:r>
      <w:r>
        <w:t>No one was able to establish a better society.</w:t>
      </w:r>
    </w:p>
    <w:p>
      <w:pPr>
        <w:jc w:val="right"/>
      </w:pPr>
      <w:r>
        <w:t>No one was able to establish a better society.</w:t>
      </w:r>
    </w:p>
    <w:p>
      <w:r>
        <w:rPr>
          <w:b/>
        </w:rPr>
        <w:t xml:space="preserve">[42:08] </w:t>
      </w:r>
      <w:r>
        <w:t>Here I would like to give a comparative example.</w:t>
      </w:r>
    </w:p>
    <w:p>
      <w:pPr>
        <w:jc w:val="right"/>
      </w:pPr>
      <w:r>
        <w:t>Here I would like to give a comparative example.</w:t>
      </w:r>
    </w:p>
    <w:p>
      <w:r>
        <w:rPr>
          <w:b/>
        </w:rPr>
        <w:t xml:space="preserve">[42:15] </w:t>
      </w:r>
      <w:r>
        <w:t>The United States of America wanted to prohibit alcohol on a national scale.</w:t>
      </w:r>
    </w:p>
    <w:p>
      <w:pPr>
        <w:jc w:val="right"/>
      </w:pPr>
      <w:r>
        <w:t>The United States of America wanted to prohibit alcohol on a national scale.</w:t>
      </w:r>
    </w:p>
    <w:p>
      <w:r>
        <w:rPr>
          <w:b/>
        </w:rPr>
        <w:t xml:space="preserve">[42:25] </w:t>
      </w:r>
      <w:r>
        <w:t>So they made a law of prohibition against alcohol.</w:t>
      </w:r>
    </w:p>
    <w:p>
      <w:pPr>
        <w:jc w:val="right"/>
      </w:pPr>
      <w:r>
        <w:t>So they made a law of prohibition against alcohol.</w:t>
      </w:r>
    </w:p>
    <w:p>
      <w:r>
        <w:rPr>
          <w:b/>
        </w:rPr>
        <w:t xml:space="preserve">[42:35] </w:t>
      </w:r>
      <w:r>
        <w:t>This prohibition law was passed by their parliament in</w:t>
      </w:r>
    </w:p>
    <w:p>
      <w:pPr>
        <w:jc w:val="right"/>
      </w:pPr>
      <w:r>
        <w:t>This prohibition law was passed by their parliament in</w:t>
      </w:r>
    </w:p>
    <w:p>
      <w:r>
        <w:rPr>
          <w:b/>
        </w:rPr>
        <w:t xml:space="preserve">[42:45] </w:t>
      </w:r>
      <w:r>
        <w:t>1919.</w:t>
      </w:r>
    </w:p>
    <w:p>
      <w:pPr>
        <w:jc w:val="right"/>
      </w:pPr>
      <w:r>
        <w:t>1919.</w:t>
      </w:r>
    </w:p>
    <w:p>
      <w:r>
        <w:rPr>
          <w:b/>
        </w:rPr>
        <w:t xml:space="preserve">[42:56] </w:t>
      </w:r>
      <w:r>
        <w:t>Then from 1919 up to 1938, from 1919 up to 1938, the whole administration was engaged in this task.</w:t>
      </w:r>
    </w:p>
    <w:p>
      <w:pPr>
        <w:jc w:val="right"/>
      </w:pPr>
      <w:r>
        <w:t>Then from 1919 up to 1938, from 1919 up to 1938, the whole administration was engaged in this task.</w:t>
      </w:r>
    </w:p>
    <w:p>
      <w:r>
        <w:rPr>
          <w:b/>
        </w:rPr>
        <w:t xml:space="preserve">[43:06] </w:t>
      </w:r>
      <w:r>
        <w:t>The United States of America wanted to eradicate</w:t>
      </w:r>
    </w:p>
    <w:p>
      <w:pPr>
        <w:jc w:val="right"/>
      </w:pPr>
      <w:r>
        <w:t>The United States of America wanted to eradicate</w:t>
      </w:r>
    </w:p>
    <w:p>
      <w:r>
        <w:rPr>
          <w:b/>
        </w:rPr>
        <w:t xml:space="preserve">[43:17] </w:t>
      </w:r>
      <w:r>
        <w:t>alcohol from its territory through law, through force, but they failed.</w:t>
      </w:r>
    </w:p>
    <w:p>
      <w:pPr>
        <w:jc w:val="right"/>
      </w:pPr>
      <w:r>
        <w:t>alcohol from its territory through law, through force, but they failed.</w:t>
      </w:r>
    </w:p>
    <w:p>
      <w:r>
        <w:rPr>
          <w:b/>
        </w:rPr>
        <w:t xml:space="preserve">[43:33] </w:t>
      </w:r>
      <w:r>
        <w:t>They spent all their strength to implement prohibitory laws, but they failed</w:t>
      </w:r>
    </w:p>
    <w:p>
      <w:pPr>
        <w:jc w:val="right"/>
      </w:pPr>
      <w:r>
        <w:t>They spent all their strength to implement prohibitory laws, but they failed</w:t>
      </w:r>
    </w:p>
    <w:p>
      <w:r>
        <w:rPr>
          <w:b/>
        </w:rPr>
        <w:t xml:space="preserve">[43:48] </w:t>
      </w:r>
      <w:r>
        <w:t>from 1919 up to 1983.</w:t>
      </w:r>
    </w:p>
    <w:p>
      <w:pPr>
        <w:jc w:val="right"/>
      </w:pPr>
      <w:r>
        <w:t>from 1919 up to 1983.</w:t>
      </w:r>
    </w:p>
    <w:p>
      <w:r>
        <w:rPr>
          <w:b/>
        </w:rPr>
        <w:t xml:space="preserve">[43:56] </w:t>
      </w:r>
      <w:r>
        <w:t>It is a very interesting story.</w:t>
      </w:r>
    </w:p>
    <w:p>
      <w:pPr>
        <w:jc w:val="right"/>
      </w:pPr>
      <w:r>
        <w:t>It is a very interesting story.</w:t>
      </w:r>
    </w:p>
    <w:p>
      <w:r>
        <w:rPr>
          <w:b/>
        </w:rPr>
        <w:t xml:space="preserve">[44:03] </w:t>
      </w:r>
      <w:r>
        <w:t>You can see it in any book like Encyclopedia Britannica under the prohibition law.</w:t>
      </w:r>
    </w:p>
    <w:p>
      <w:pPr>
        <w:jc w:val="right"/>
      </w:pPr>
      <w:r>
        <w:t>You can see it in any book like Encyclopedia Britannica under the prohibition law.</w:t>
      </w:r>
    </w:p>
    <w:p>
      <w:r>
        <w:rPr>
          <w:b/>
        </w:rPr>
        <w:t xml:space="preserve">[44:11] </w:t>
      </w:r>
      <w:r>
        <w:t>They failed, and then they removed that law in 1938, and they allowed the society</w:t>
      </w:r>
    </w:p>
    <w:p>
      <w:pPr>
        <w:jc w:val="right"/>
      </w:pPr>
      <w:r>
        <w:t>They failed, and then they removed that law in 1938, and they allowed the society</w:t>
      </w:r>
    </w:p>
    <w:p>
      <w:r>
        <w:rPr>
          <w:b/>
        </w:rPr>
        <w:t xml:space="preserve">[44:19] </w:t>
      </w:r>
      <w:r>
        <w:t>because they failed.</w:t>
      </w:r>
    </w:p>
    <w:p>
      <w:pPr>
        <w:jc w:val="right"/>
      </w:pPr>
      <w:r>
        <w:t>because they failed.</w:t>
      </w:r>
    </w:p>
    <w:p>
      <w:r>
        <w:rPr>
          <w:b/>
        </w:rPr>
        <w:t xml:space="preserve">[44:29] </w:t>
      </w:r>
      <w:r>
        <w:t>There were illegal—there flourished an illegal, unlawful industry.</w:t>
      </w:r>
    </w:p>
    <w:p>
      <w:pPr>
        <w:jc w:val="right"/>
      </w:pPr>
      <w:r>
        <w:t>There were illegal—there flourished an illegal, unlawful industry.</w:t>
      </w:r>
    </w:p>
    <w:p>
      <w:r>
        <w:rPr>
          <w:b/>
        </w:rPr>
        <w:t xml:space="preserve">[44:39] </w:t>
      </w:r>
      <w:r>
        <w:t>So people refused that we are not going to</w:t>
      </w:r>
    </w:p>
    <w:p>
      <w:pPr>
        <w:jc w:val="right"/>
      </w:pPr>
      <w:r>
        <w:t>So people refused that we are not going to</w:t>
      </w:r>
    </w:p>
    <w:p>
      <w:r>
        <w:rPr>
          <w:b/>
        </w:rPr>
        <w:t xml:space="preserve">[44:49] </w:t>
      </w:r>
      <w:r>
        <w:t>abandon alcohol.</w:t>
      </w:r>
    </w:p>
    <w:p>
      <w:pPr>
        <w:jc w:val="right"/>
      </w:pPr>
      <w:r>
        <w:t>abandon alcohol.</w:t>
      </w:r>
    </w:p>
    <w:p>
      <w:r>
        <w:rPr>
          <w:b/>
        </w:rPr>
        <w:t xml:space="preserve">[44:57] </w:t>
      </w:r>
      <w:r>
        <w:t>So the administration failed. The U.S. administration failed.</w:t>
      </w:r>
    </w:p>
    <w:p>
      <w:pPr>
        <w:jc w:val="right"/>
      </w:pPr>
      <w:r>
        <w:t>So the administration failed. The U.S. administration failed.</w:t>
      </w:r>
    </w:p>
    <w:p>
      <w:r>
        <w:rPr>
          <w:b/>
        </w:rPr>
        <w:t xml:space="preserve">[45:05] </w:t>
      </w:r>
      <w:r>
        <w:t>So they said that there is no use of this kind of law.</w:t>
      </w:r>
    </w:p>
    <w:p>
      <w:pPr>
        <w:jc w:val="right"/>
      </w:pPr>
      <w:r>
        <w:t>So they said that there is no use of this kind of law.</w:t>
      </w:r>
    </w:p>
    <w:p>
      <w:r>
        <w:rPr>
          <w:b/>
        </w:rPr>
        <w:t xml:space="preserve">[45:13] </w:t>
      </w:r>
      <w:r>
        <w:t>So they removed all those laws, and they gave freedom to the American people</w:t>
      </w:r>
    </w:p>
    <w:p>
      <w:pPr>
        <w:jc w:val="right"/>
      </w:pPr>
      <w:r>
        <w:t>So they removed all those laws, and they gave freedom to the American people</w:t>
      </w:r>
    </w:p>
    <w:p>
      <w:r>
        <w:rPr>
          <w:b/>
        </w:rPr>
        <w:t xml:space="preserve">[45:21] </w:t>
      </w:r>
      <w:r>
        <w:t>—</w:t>
      </w:r>
    </w:p>
    <w:p>
      <w:pPr>
        <w:jc w:val="right"/>
      </w:pPr>
      <w:r>
        <w:t>.</w:t>
      </w:r>
    </w:p>
    <w:p>
      <w:r>
        <w:rPr>
          <w:b/>
        </w:rPr>
        <w:t xml:space="preserve">[45:27] </w:t>
      </w:r>
      <w:r>
        <w:t>This was the fate of America.</w:t>
      </w:r>
    </w:p>
    <w:p>
      <w:pPr>
        <w:jc w:val="right"/>
      </w:pPr>
      <w:r>
        <w:t>This was the fate of America.</w:t>
      </w:r>
    </w:p>
    <w:p>
      <w:r>
        <w:rPr>
          <w:b/>
        </w:rPr>
        <w:t xml:space="preserve">[45:34] </w:t>
      </w:r>
      <w:r>
        <w:t>This was the fate of America's struggle from 1919 up to 1983.</w:t>
      </w:r>
    </w:p>
    <w:p>
      <w:pPr>
        <w:jc w:val="right"/>
      </w:pPr>
      <w:r>
        <w:t>This was the fate of America's struggle from 1919 up to 1983.</w:t>
      </w:r>
    </w:p>
    <w:p>
      <w:r>
        <w:rPr>
          <w:b/>
        </w:rPr>
        <w:t xml:space="preserve">[45:40] </w:t>
      </w:r>
      <w:r>
        <w:t>They wanted to impose prohibition, but they failed.</w:t>
      </w:r>
    </w:p>
    <w:p>
      <w:pPr>
        <w:jc w:val="right"/>
      </w:pPr>
      <w:r>
        <w:t>They wanted to impose prohibition, but they failed.</w:t>
      </w:r>
    </w:p>
    <w:p>
      <w:r>
        <w:rPr>
          <w:b/>
        </w:rPr>
        <w:t xml:space="preserve">[45:47] </w:t>
      </w:r>
      <w:r>
        <w:t>But now there is another story,</w:t>
      </w:r>
    </w:p>
    <w:p>
      <w:pPr>
        <w:jc w:val="right"/>
      </w:pPr>
      <w:r>
        <w:t>But now there is another story,</w:t>
      </w:r>
    </w:p>
    <w:p>
      <w:r>
        <w:rPr>
          <w:b/>
        </w:rPr>
        <w:t xml:space="preserve">[45:53] </w:t>
      </w:r>
      <w:r>
        <w:t>and that story you can read in the early history of Islam.</w:t>
      </w:r>
    </w:p>
    <w:p>
      <w:pPr>
        <w:jc w:val="right"/>
      </w:pPr>
      <w:r>
        <w:t>and that story you can read in the early history of Islam.</w:t>
      </w:r>
    </w:p>
    <w:p>
      <w:r>
        <w:rPr>
          <w:b/>
        </w:rPr>
        <w:t xml:space="preserve">[46:04] </w:t>
      </w:r>
      <w:r>
        <w:t>The Prophet of Islam was against alcohol.</w:t>
      </w:r>
    </w:p>
    <w:p>
      <w:pPr>
        <w:jc w:val="right"/>
      </w:pPr>
      <w:r>
        <w:t>The Prophet of Islam was against alcohol.</w:t>
      </w:r>
    </w:p>
    <w:p>
      <w:r>
        <w:rPr>
          <w:b/>
        </w:rPr>
        <w:t xml:space="preserve">[46:15] </w:t>
      </w:r>
      <w:r>
        <w:t>He wanted to eradicate alcohol, but he never tried to implement this principle by force. No.</w:t>
      </w:r>
    </w:p>
    <w:p>
      <w:pPr>
        <w:jc w:val="right"/>
      </w:pPr>
      <w:r>
        <w:t>He wanted to eradicate alcohol, but he never tried to implement this principle by force. No.</w:t>
      </w:r>
    </w:p>
    <w:p>
      <w:r>
        <w:rPr>
          <w:b/>
        </w:rPr>
        <w:t xml:space="preserve">[46:26] </w:t>
      </w:r>
      <w:r>
        <w:t>He persuaded his people.</w:t>
      </w:r>
    </w:p>
    <w:p>
      <w:pPr>
        <w:jc w:val="right"/>
      </w:pPr>
      <w:r>
        <w:t>He persuaded his people.</w:t>
      </w:r>
    </w:p>
    <w:p>
      <w:r>
        <w:rPr>
          <w:b/>
        </w:rPr>
        <w:t xml:space="preserve">[46:32] </w:t>
      </w:r>
      <w:r>
        <w:t>He prepared their mind.</w:t>
      </w:r>
    </w:p>
    <w:p>
      <w:pPr>
        <w:jc w:val="right"/>
      </w:pPr>
      <w:r>
        <w:t>He prepared their mind.</w:t>
      </w:r>
    </w:p>
    <w:p>
      <w:r>
        <w:rPr>
          <w:b/>
        </w:rPr>
        <w:t xml:space="preserve">[46:38] </w:t>
      </w:r>
      <w:r>
        <w:t>He told them that it is harmless, it is a harmful practice for you in this world and</w:t>
      </w:r>
    </w:p>
    <w:p>
      <w:pPr>
        <w:jc w:val="right"/>
      </w:pPr>
      <w:r>
        <w:t>He told them that it is harmless, it is a harmful practice for you in this world and</w:t>
      </w:r>
    </w:p>
    <w:p>
      <w:r>
        <w:rPr>
          <w:b/>
        </w:rPr>
        <w:t xml:space="preserve">[46:44] </w:t>
      </w:r>
      <w:r>
        <w:t>also in the world hereafter.</w:t>
      </w:r>
    </w:p>
    <w:p>
      <w:pPr>
        <w:jc w:val="right"/>
      </w:pPr>
      <w:r>
        <w:t>also in the world hereafter.</w:t>
      </w:r>
    </w:p>
    <w:p>
      <w:r>
        <w:rPr>
          <w:b/>
        </w:rPr>
        <w:t xml:space="preserve">[46:50] </w:t>
      </w:r>
      <w:r>
        <w:t>He made them believe that</w:t>
      </w:r>
    </w:p>
    <w:p>
      <w:pPr>
        <w:jc w:val="right"/>
      </w:pPr>
      <w:r>
        <w:t>He made them believe that</w:t>
      </w:r>
    </w:p>
    <w:p>
      <w:r>
        <w:rPr>
          <w:b/>
        </w:rPr>
        <w:t xml:space="preserve">[46:57] </w:t>
      </w:r>
      <w:r>
        <w:t>alcohol is a harmless habit, a harmless practice for you in this world and also in the world hereafter.</w:t>
      </w:r>
    </w:p>
    <w:p>
      <w:pPr>
        <w:jc w:val="right"/>
      </w:pPr>
      <w:r>
        <w:t>alcohol is a harmless habit, a harmless practice for you in this world and also in the world hereafter.</w:t>
      </w:r>
    </w:p>
    <w:p>
      <w:r>
        <w:rPr>
          <w:b/>
        </w:rPr>
        <w:t xml:space="preserve">[47:12] </w:t>
      </w:r>
      <w:r>
        <w:t>So after—so when he successfully changed the heart of the people</w:t>
      </w:r>
    </w:p>
    <w:p>
      <w:pPr>
        <w:jc w:val="right"/>
      </w:pPr>
      <w:r>
        <w:t>So after—so when he successfully changed the heart of the people</w:t>
      </w:r>
    </w:p>
    <w:p>
      <w:r>
        <w:rPr>
          <w:b/>
        </w:rPr>
        <w:t xml:space="preserve">[47:27] </w:t>
      </w:r>
      <w:r>
        <w:t>and the mind of the people, when he was able to change their thinking, then those verses were</w:t>
      </w:r>
    </w:p>
    <w:p>
      <w:pPr>
        <w:jc w:val="right"/>
      </w:pPr>
      <w:r>
        <w:t>and the mind of the people, when he was able to change their thinking, then those verses were</w:t>
      </w:r>
    </w:p>
    <w:p>
      <w:r>
        <w:rPr>
          <w:b/>
        </w:rPr>
        <w:t xml:space="preserve">[47:38] </w:t>
      </w:r>
      <w:r>
        <w:t>revealed in the Quran that alcohol is haram.</w:t>
      </w:r>
    </w:p>
    <w:p>
      <w:pPr>
        <w:jc w:val="right"/>
      </w:pPr>
      <w:r>
        <w:t>revealed in the Quran that alcohol is haram.</w:t>
      </w:r>
    </w:p>
    <w:p>
      <w:r>
        <w:rPr>
          <w:b/>
        </w:rPr>
        <w:t xml:space="preserve">[47:48] </w:t>
      </w:r>
      <w:r>
        <w:t>So when this verse was revealed in the Quran, all the people suddenly abandoned alcohol.</w:t>
      </w:r>
    </w:p>
    <w:p>
      <w:pPr>
        <w:jc w:val="right"/>
      </w:pPr>
      <w:r>
        <w:t>So when this verse was revealed in the Quran, all the people suddenly abandoned alcohol.</w:t>
      </w:r>
    </w:p>
    <w:p>
      <w:r>
        <w:rPr>
          <w:b/>
        </w:rPr>
        <w:t xml:space="preserve">[47:58] </w:t>
      </w:r>
      <w:r>
        <w:t>After this verse, no one took alcohol.</w:t>
      </w:r>
    </w:p>
    <w:p>
      <w:pPr>
        <w:jc w:val="right"/>
      </w:pPr>
      <w:r>
        <w:t>After this verse, no one took alcohol.</w:t>
      </w:r>
    </w:p>
    <w:p>
      <w:r>
        <w:rPr>
          <w:b/>
        </w:rPr>
        <w:t xml:space="preserve">[48:08] </w:t>
      </w:r>
      <w:r>
        <w:t>So it is the—by this comparative study, you can understand that what was the Prophet's method.</w:t>
      </w:r>
    </w:p>
    <w:p>
      <w:pPr>
        <w:jc w:val="right"/>
      </w:pPr>
      <w:r>
        <w:t>So it is the—by this comparative study, you can understand that what was the Prophet's method.</w:t>
      </w:r>
    </w:p>
    <w:p>
      <w:r>
        <w:rPr>
          <w:b/>
        </w:rPr>
        <w:t xml:space="preserve">[48:18] </w:t>
      </w:r>
      <w:r>
        <w:t>All the other people, all the reformers, all the leaders wanted to</w:t>
      </w:r>
    </w:p>
    <w:p>
      <w:pPr>
        <w:jc w:val="right"/>
      </w:pPr>
      <w:r>
        <w:t>All the other people, all the reformers, all the leaders wanted to</w:t>
      </w:r>
    </w:p>
    <w:p>
      <w:r>
        <w:rPr>
          <w:b/>
        </w:rPr>
        <w:t xml:space="preserve">[48:28] </w:t>
      </w:r>
      <w:r>
        <w:t>implement their principles by force, by law, and their failure, their failure.</w:t>
      </w:r>
    </w:p>
    <w:p>
      <w:pPr>
        <w:jc w:val="right"/>
      </w:pPr>
      <w:r>
        <w:t>implement their principles by force, by law, and their failure, their failure.</w:t>
      </w:r>
    </w:p>
    <w:p>
      <w:r>
        <w:rPr>
          <w:b/>
        </w:rPr>
        <w:t xml:space="preserve">[48:39] </w:t>
      </w:r>
      <w:r>
        <w:t>But the Prophet of Islam gained complete success.</w:t>
      </w:r>
    </w:p>
    <w:p>
      <w:pPr>
        <w:jc w:val="right"/>
      </w:pPr>
      <w:r>
        <w:t>But the Prophet of Islam gained complete success.</w:t>
      </w:r>
    </w:p>
    <w:p>
      <w:r>
        <w:rPr>
          <w:b/>
        </w:rPr>
        <w:t xml:space="preserve">[48:50] </w:t>
      </w:r>
      <w:r>
        <w:t>You know, there was an</w:t>
      </w:r>
    </w:p>
    <w:p>
      <w:pPr>
        <w:jc w:val="right"/>
      </w:pPr>
      <w:r>
        <w:t>You know, there was an</w:t>
      </w:r>
    </w:p>
    <w:p>
      <w:r>
        <w:rPr>
          <w:b/>
        </w:rPr>
        <w:t xml:space="preserve">[49:00] </w:t>
      </w:r>
      <w:r>
        <w:t>Indian leader, M. N. Roy.</w:t>
      </w:r>
    </w:p>
    <w:p>
      <w:pPr>
        <w:jc w:val="right"/>
      </w:pPr>
      <w:r>
        <w:t>Indian leader, M. N. Roy.</w:t>
      </w:r>
    </w:p>
    <w:p>
      <w:r>
        <w:rPr>
          <w:b/>
        </w:rPr>
        <w:t xml:space="preserve">[49:08] </w:t>
      </w:r>
      <w:r>
        <w:t>He published a book with the name—with the title "Historical Role of Islam." In this book, he says</w:t>
      </w:r>
    </w:p>
    <w:p>
      <w:pPr>
        <w:jc w:val="right"/>
      </w:pPr>
      <w:r>
        <w:t>He published a book with the name—with the title "Historical Role of Islam." In this book, he says</w:t>
      </w:r>
    </w:p>
    <w:p>
      <w:r>
        <w:rPr>
          <w:b/>
        </w:rPr>
        <w:t xml:space="preserve">[49:16] </w:t>
      </w:r>
      <w:r>
        <w:t>about Muhammad that he performed a great miracle.</w:t>
      </w:r>
    </w:p>
    <w:p>
      <w:pPr>
        <w:jc w:val="right"/>
      </w:pPr>
      <w:r>
        <w:t>about Muhammad that he performed a great miracle.</w:t>
      </w:r>
    </w:p>
    <w:p>
      <w:r>
        <w:rPr>
          <w:b/>
        </w:rPr>
        <w:t xml:space="preserve">[49:23] </w:t>
      </w:r>
      <w:r>
        <w:t>He changed the societ</w:t>
      </w:r>
    </w:p>
    <w:p>
      <w:pPr>
        <w:jc w:val="right"/>
      </w:pPr>
      <w:r>
        <w:t>He changed the societ</w:t>
      </w:r>
    </w:p>
    <w:p>
      <w:r>
        <w:rPr>
          <w:b/>
        </w:rPr>
        <w:t xml:space="preserve">[49:31] </w:t>
      </w:r>
      <w:r>
        <w:t>y.</w:t>
      </w:r>
    </w:p>
    <w:p>
      <w:pPr>
        <w:jc w:val="right"/>
      </w:pPr>
      <w:r>
        <w:t>y.</w:t>
      </w:r>
    </w:p>
    <w:p>
      <w:r>
        <w:rPr>
          <w:b/>
        </w:rPr>
        <w:t xml:space="preserve">[49:41] </w:t>
      </w:r>
      <w:r>
        <w:t>His wording is that the most miraculous of all miracles.</w:t>
      </w:r>
    </w:p>
    <w:p>
      <w:pPr>
        <w:jc w:val="right"/>
      </w:pPr>
      <w:r>
        <w:t>His wording is that the most miraculous of all miracles.</w:t>
      </w:r>
    </w:p>
    <w:p>
      <w:r>
        <w:rPr>
          <w:b/>
        </w:rPr>
        <w:t xml:space="preserve">[49:51] </w:t>
      </w:r>
      <w:r>
        <w:t>He refers to Prophet Muhammad's revolution and says about it that it was the most miraculous of all miracles. Then Dr. Hart of</w:t>
      </w:r>
    </w:p>
    <w:p>
      <w:pPr>
        <w:jc w:val="right"/>
      </w:pPr>
      <w:r>
        <w:t>He refers to Prophet Muhammad's revolution and says about it that it was the most miraculous of all miracles. Then Dr. Hart of</w:t>
      </w:r>
    </w:p>
    <w:p>
      <w:r>
        <w:rPr>
          <w:b/>
        </w:rPr>
        <w:t xml:space="preserve">[50:01] </w:t>
      </w:r>
      <w:r>
        <w:t>Dr.</w:t>
      </w:r>
    </w:p>
    <w:p>
      <w:pPr>
        <w:jc w:val="right"/>
      </w:pPr>
      <w:r>
        <w:t>Dr.</w:t>
      </w:r>
    </w:p>
    <w:p>
      <w:r>
        <w:rPr>
          <w:b/>
        </w:rPr>
        <w:t xml:space="preserve">[50:06] </w:t>
      </w:r>
      <w:r>
        <w:t>Michael Hart of America says that Muhammad was supremely successful even in secular matters.</w:t>
      </w:r>
    </w:p>
    <w:p>
      <w:pPr>
        <w:jc w:val="right"/>
      </w:pPr>
      <w:r>
        <w:t>Michael Hart of America says that Muhammad was supremely successful even in secular matters.</w:t>
      </w:r>
    </w:p>
    <w:p>
      <w:r>
        <w:rPr>
          <w:b/>
        </w:rPr>
        <w:t xml:space="preserve">[50:11] </w:t>
      </w:r>
      <w:r>
        <w:t>But what was the method?</w:t>
      </w:r>
    </w:p>
    <w:p>
      <w:pPr>
        <w:jc w:val="right"/>
      </w:pPr>
      <w:r>
        <w:t>But what was the method?</w:t>
      </w:r>
    </w:p>
    <w:p>
      <w:r>
        <w:rPr>
          <w:b/>
        </w:rPr>
        <w:t xml:space="preserve">[50:16] </w:t>
      </w:r>
      <w:r>
        <w:t>How was he so successful?</w:t>
      </w:r>
    </w:p>
    <w:p>
      <w:pPr>
        <w:jc w:val="right"/>
      </w:pPr>
      <w:r>
        <w:t>How was he so successful?</w:t>
      </w:r>
    </w:p>
    <w:p>
      <w:r>
        <w:rPr>
          <w:b/>
        </w:rPr>
        <w:t xml:space="preserve">[50:21] </w:t>
      </w:r>
      <w:r>
        <w:t>So I tried to give some examples of his methodology.</w:t>
      </w:r>
    </w:p>
    <w:p>
      <w:pPr>
        <w:jc w:val="right"/>
      </w:pPr>
      <w:r>
        <w:t>So I tried to give some examples of his methodology.</w:t>
      </w:r>
    </w:p>
    <w:p>
      <w:r>
        <w:rPr>
          <w:b/>
        </w:rPr>
        <w:t xml:space="preserve">[50:26] </w:t>
      </w:r>
      <w:r>
        <w:t>By these references, you can understand how the Prophet of Islam</w:t>
      </w:r>
    </w:p>
    <w:p>
      <w:pPr>
        <w:jc w:val="right"/>
      </w:pPr>
      <w:r>
        <w:t>By these references, you can understand how the Prophet of Islam</w:t>
      </w:r>
    </w:p>
    <w:p>
      <w:r>
        <w:rPr>
          <w:b/>
        </w:rPr>
        <w:t xml:space="preserve">[50:31] </w:t>
      </w:r>
      <w:r>
        <w:t>was so successful. So we have to follow his methodology. Aqoola qouli haza, Wastaghfirullah nihi wal ikum ajma'in.</w:t>
      </w:r>
    </w:p>
    <w:p>
      <w:pPr>
        <w:jc w:val="right"/>
      </w:pPr>
      <w:r>
        <w:t>was so successful. So we have to follow his methodology. Aqoola qouli haza, Wastaghfirullah nihi wal ikum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