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Taleef in Islam August 3, 2007</w:t>
      </w:r>
    </w:p>
    <w:p>
      <w:r>
        <w:t>https://www.youtube.com/watch?v=IHAeOuCThHg</w:t>
      </w:r>
    </w:p>
    <w:p>
      <w:r>
        <w:rPr>
          <w:b/>
        </w:rPr>
        <w:t xml:space="preserve">[00:09] </w:t>
      </w:r>
      <w:r>
        <w:t>bismillah rahman rahim, wasallallahu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The theme for the present talk is the concept of TALEEF in Islam</w:t>
      </w:r>
    </w:p>
    <w:p>
      <w:pPr>
        <w:jc w:val="right"/>
      </w:pPr>
      <w:r>
        <w:t>The theme for the present talk is the concept of TALEEF in Islam</w:t>
      </w:r>
    </w:p>
    <w:p>
      <w:r>
        <w:rPr>
          <w:b/>
        </w:rPr>
        <w:t xml:space="preserve">[00:41] </w:t>
      </w:r>
      <w:r>
        <w:t>. TALEEF: T-A-L-E-E-F. The concept of TALEEF in Islam.</w:t>
      </w:r>
    </w:p>
    <w:p>
      <w:pPr>
        <w:jc w:val="right"/>
      </w:pPr>
      <w:r>
        <w:t>. TALEEF: T-A-L-E-E-F. The concept of TALEEF in Islam.</w:t>
      </w:r>
    </w:p>
    <w:p>
      <w:r>
        <w:rPr>
          <w:b/>
        </w:rPr>
        <w:t xml:space="preserve">[00:52] </w:t>
      </w:r>
      <w:r>
        <w:t>Its a very important concept.</w:t>
      </w:r>
    </w:p>
    <w:p>
      <w:pPr>
        <w:jc w:val="right"/>
      </w:pPr>
      <w:r>
        <w:t>It's a very important concept.</w:t>
      </w:r>
    </w:p>
    <w:p>
      <w:r>
        <w:rPr>
          <w:b/>
        </w:rPr>
        <w:t xml:space="preserve">[00:57] </w:t>
      </w:r>
      <w:r>
        <w:t>TALEEF literally means softening the heart of the people.</w:t>
      </w:r>
    </w:p>
    <w:p>
      <w:pPr>
        <w:jc w:val="right"/>
      </w:pPr>
      <w:r>
        <w:t>TALEEF literally means softening the heart of the people.</w:t>
      </w:r>
    </w:p>
    <w:p>
      <w:r>
        <w:rPr>
          <w:b/>
        </w:rPr>
        <w:t xml:space="preserve">[01:06] </w:t>
      </w:r>
      <w:r>
        <w:t>Softening the heart of the people</w:t>
      </w:r>
    </w:p>
    <w:p>
      <w:pPr>
        <w:jc w:val="right"/>
      </w:pPr>
      <w:r>
        <w:t>Softening the heart of the people</w:t>
      </w:r>
    </w:p>
    <w:p>
      <w:r>
        <w:rPr>
          <w:b/>
        </w:rPr>
        <w:t xml:space="preserve">[01:10] </w:t>
      </w:r>
      <w:r>
        <w:t>. When God sent Moses to Pharaoh, the contemporary king, so God said</w:t>
      </w:r>
    </w:p>
    <w:p>
      <w:pPr>
        <w:jc w:val="right"/>
      </w:pPr>
      <w:r>
        <w:t>. When God sent Moses to Pharaoh, the contemporary king, so God said</w:t>
      </w:r>
    </w:p>
    <w:p>
      <w:r>
        <w:rPr>
          <w:b/>
        </w:rPr>
        <w:t xml:space="preserve">[01:31] </w:t>
      </w:r>
      <w:r>
        <w:t>that "qoola lahu qawlan layyinan"</w:t>
      </w:r>
    </w:p>
    <w:p>
      <w:pPr>
        <w:jc w:val="right"/>
      </w:pPr>
      <w:r>
        <w:t>that "قُولَ لَهُ قَوْلاً لَيِّنًا"</w:t>
      </w:r>
    </w:p>
    <w:p>
      <w:r>
        <w:rPr>
          <w:b/>
        </w:rPr>
        <w:t xml:space="preserve">[01:37] </w:t>
      </w:r>
      <w:r>
        <w:t>O Moses, say in a soft manner.</w:t>
      </w:r>
    </w:p>
    <w:p>
      <w:pPr>
        <w:jc w:val="right"/>
      </w:pPr>
      <w:r>
        <w:t>O Moses, say in a soft manner.</w:t>
      </w:r>
    </w:p>
    <w:p>
      <w:r>
        <w:rPr>
          <w:b/>
        </w:rPr>
        <w:t xml:space="preserve">[01:48] </w:t>
      </w:r>
      <w:r>
        <w:t>Convey your message in a soft manner. "qoola lahu qawlan layyinan" So this is the TALEEF-u-Qalb.</w:t>
      </w:r>
    </w:p>
    <w:p>
      <w:pPr>
        <w:jc w:val="right"/>
      </w:pPr>
      <w:r>
        <w:t>Convey your message in a soft manner. "قُولَ لَهُ قَوْلاً لَيِّنًا" So this is the TALEEF-u-Qalb.</w:t>
      </w:r>
    </w:p>
    <w:p>
      <w:r>
        <w:rPr>
          <w:b/>
        </w:rPr>
        <w:t xml:space="preserve">[02:03] </w:t>
      </w:r>
      <w:r>
        <w:t>The original source of this principle is in Chapter At-Tawbah, that is Chapter number 8 of the Quran.</w:t>
      </w:r>
    </w:p>
    <w:p>
      <w:pPr>
        <w:jc w:val="right"/>
      </w:pPr>
      <w:r>
        <w:t>The original source of this principle is in Chapter At-Tawbah, that is Chapter number 8 of the Quran.</w:t>
      </w:r>
    </w:p>
    <w:p>
      <w:r>
        <w:rPr>
          <w:b/>
        </w:rPr>
        <w:t xml:space="preserve">[02:21] </w:t>
      </w:r>
      <w:r>
        <w:t>In this chapter,</w:t>
      </w:r>
    </w:p>
    <w:p>
      <w:pPr>
        <w:jc w:val="right"/>
      </w:pPr>
      <w:r>
        <w:t>In this chapter,</w:t>
      </w:r>
    </w:p>
    <w:p>
      <w:r>
        <w:rPr>
          <w:b/>
        </w:rPr>
        <w:t xml:space="preserve">[02:26] </w:t>
      </w:r>
      <w:r>
        <w:t>if you read</w:t>
      </w:r>
    </w:p>
    <w:p>
      <w:pPr>
        <w:jc w:val="right"/>
      </w:pPr>
      <w:r>
        <w:t>if you read</w:t>
      </w:r>
    </w:p>
    <w:p>
      <w:r>
        <w:rPr>
          <w:b/>
        </w:rPr>
        <w:t xml:space="preserve">[02:31] </w:t>
      </w:r>
      <w:r>
        <w:t>the verse number 60, you will find "wa lil mu'allafati qulubuhum".</w:t>
      </w:r>
    </w:p>
    <w:p>
      <w:pPr>
        <w:jc w:val="right"/>
      </w:pPr>
      <w:r>
        <w:t>the verse number 60, you will find "وَلِلْمَؤَلِّفَةِ قُلُوبُهُمْ".</w:t>
      </w:r>
    </w:p>
    <w:p>
      <w:r>
        <w:rPr>
          <w:b/>
        </w:rPr>
        <w:t xml:space="preserve">[02:41] </w:t>
      </w:r>
      <w:r>
        <w:t>In this Quranic verse, God has given the</w:t>
      </w:r>
    </w:p>
    <w:p>
      <w:pPr>
        <w:jc w:val="right"/>
      </w:pPr>
      <w:r>
        <w:t>In this Quranic verse, God has given the</w:t>
      </w:r>
    </w:p>
    <w:p>
      <w:r>
        <w:rPr>
          <w:b/>
        </w:rPr>
        <w:t xml:space="preserve">[02:53] </w:t>
      </w:r>
      <w:r>
        <w:t>teachings of Zakat, how to spend Zakat. So there are eight heads of Zakat.</w:t>
      </w:r>
    </w:p>
    <w:p>
      <w:pPr>
        <w:jc w:val="right"/>
      </w:pPr>
      <w:r>
        <w:t>teachings of Zakat, how to spend Zakat. So there are eight heads of Zakat.</w:t>
      </w:r>
    </w:p>
    <w:p>
      <w:r>
        <w:rPr>
          <w:b/>
        </w:rPr>
        <w:t xml:space="preserve">[03:08] </w:t>
      </w:r>
      <w:r>
        <w:t>In this verse of the Quran, there are eight heads mentioned. One of these is "wa lil mu'allafati qulubuhum", that is TALEEF-u-Qalb.</w:t>
      </w:r>
    </w:p>
    <w:p>
      <w:pPr>
        <w:jc w:val="right"/>
      </w:pPr>
      <w:r>
        <w:t>In this verse of the Quran, there are eight heads mentioned. One of these is "وَلِلْمَؤَلِّفَةِ قُلُوبُهُمْ", that is TALEEF-u-Qalb.</w:t>
      </w:r>
    </w:p>
    <w:p>
      <w:r>
        <w:rPr>
          <w:b/>
        </w:rPr>
        <w:t xml:space="preserve">[03:26] </w:t>
      </w:r>
      <w:r>
        <w:t>TALEF-u-Qalb.</w:t>
      </w:r>
    </w:p>
    <w:p>
      <w:pPr>
        <w:jc w:val="right"/>
      </w:pPr>
      <w:r>
        <w:t>TALEEF-u-Qalb.</w:t>
      </w:r>
    </w:p>
    <w:p>
      <w:r>
        <w:rPr>
          <w:b/>
        </w:rPr>
        <w:t xml:space="preserve">[03:31] </w:t>
      </w:r>
      <w:r>
        <w:t>Softening the mind of people</w:t>
      </w:r>
    </w:p>
    <w:p>
      <w:pPr>
        <w:jc w:val="right"/>
      </w:pPr>
      <w:r>
        <w:t>Softening the mind of people</w:t>
      </w:r>
    </w:p>
    <w:p>
      <w:r>
        <w:rPr>
          <w:b/>
        </w:rPr>
        <w:t xml:space="preserve">[03:34] </w:t>
      </w:r>
      <w:r>
        <w:t>. Softening the heart of the madho. So this is a very important principle in Islam.</w:t>
      </w:r>
    </w:p>
    <w:p>
      <w:pPr>
        <w:jc w:val="right"/>
      </w:pPr>
      <w:r>
        <w:t>. Softening the heart of the madho. So this is a very important principle in Islam.</w:t>
      </w:r>
    </w:p>
    <w:p>
      <w:r>
        <w:rPr>
          <w:b/>
        </w:rPr>
        <w:t xml:space="preserve">[03:45] </w:t>
      </w:r>
      <w:r>
        <w:t>People generally relate this principle to Zakat, and then now</w:t>
      </w:r>
    </w:p>
    <w:p>
      <w:pPr>
        <w:jc w:val="right"/>
      </w:pPr>
      <w:r>
        <w:t>People generally relate this principle to Zakat, and then now</w:t>
      </w:r>
    </w:p>
    <w:p>
      <w:r>
        <w:rPr>
          <w:b/>
        </w:rPr>
        <w:t xml:space="preserve">[03:59] </w:t>
      </w:r>
      <w:r>
        <w:t>almost all the commentators have declared that now TALEF-u-Qalb is abolished.</w:t>
      </w:r>
    </w:p>
    <w:p>
      <w:pPr>
        <w:jc w:val="right"/>
      </w:pPr>
      <w:r>
        <w:t>almost all the commentators have declared that now TALEEF-u-Qalb is abolished.</w:t>
      </w:r>
    </w:p>
    <w:p>
      <w:r>
        <w:rPr>
          <w:b/>
        </w:rPr>
        <w:t xml:space="preserve">[04:09] </w:t>
      </w:r>
      <w:r>
        <w:t>There is no TALEF-u-Qalb. It is completely wrong. Their argument is that TALEF-u-Qalb was at that time when Islam was weak,</w:t>
      </w:r>
    </w:p>
    <w:p>
      <w:pPr>
        <w:jc w:val="right"/>
      </w:pPr>
      <w:r>
        <w:t>There is no TALEEF-u-Qalb. It is completely wrong. Their argument is that TALEEF-u-Qalb was at that time when Islam was weak,</w:t>
      </w:r>
    </w:p>
    <w:p>
      <w:r>
        <w:rPr>
          <w:b/>
        </w:rPr>
        <w:t xml:space="preserve">[04:26] </w:t>
      </w:r>
      <w:r>
        <w:t>zaeef, but now Islam is qavi, strong. So there is no need of softening people</w:t>
      </w:r>
    </w:p>
    <w:p>
      <w:pPr>
        <w:jc w:val="right"/>
      </w:pPr>
      <w:r>
        <w:t>ضعیف, but now Islam is قوی, strong. So there is no need of softening people</w:t>
      </w:r>
    </w:p>
    <w:p>
      <w:r>
        <w:rPr>
          <w:b/>
        </w:rPr>
        <w:t xml:space="preserve">[04:36] </w:t>
      </w:r>
      <w:r>
        <w:t>. So there is no need of TALEF-u-Qalb.</w:t>
      </w:r>
    </w:p>
    <w:p>
      <w:pPr>
        <w:jc w:val="right"/>
      </w:pPr>
      <w:r>
        <w:t>. So there is no need of TALEEF-u-Qalb.</w:t>
      </w:r>
    </w:p>
    <w:p>
      <w:r>
        <w:rPr>
          <w:b/>
        </w:rPr>
        <w:t xml:space="preserve">[04:42] </w:t>
      </w:r>
      <w:r>
        <w:t>This is completely wrong. The principle of TALEF is an eternal principle of Islam.</w:t>
      </w:r>
    </w:p>
    <w:p>
      <w:pPr>
        <w:jc w:val="right"/>
      </w:pPr>
      <w:r>
        <w:t>This is completely wrong. The principle of TALEEF is an eternal principle of Islam.</w:t>
      </w:r>
    </w:p>
    <w:p>
      <w:r>
        <w:rPr>
          <w:b/>
        </w:rPr>
        <w:t xml:space="preserve">[04:55] </w:t>
      </w:r>
      <w:r>
        <w:t>It is not a temporary principle. It was not a temporary principle.</w:t>
      </w:r>
    </w:p>
    <w:p>
      <w:pPr>
        <w:jc w:val="right"/>
      </w:pPr>
      <w:r>
        <w:t>It is not a temporary principle. It was not a temporary principle.</w:t>
      </w:r>
    </w:p>
    <w:p>
      <w:r>
        <w:rPr>
          <w:b/>
        </w:rPr>
        <w:t xml:space="preserve">[05:04] </w:t>
      </w:r>
      <w:r>
        <w:t>It means that</w:t>
      </w:r>
    </w:p>
    <w:p>
      <w:pPr>
        <w:jc w:val="right"/>
      </w:pPr>
      <w:r>
        <w:t>It means that</w:t>
      </w:r>
    </w:p>
    <w:p>
      <w:r>
        <w:rPr>
          <w:b/>
        </w:rPr>
        <w:t xml:space="preserve">[05:08] </w:t>
      </w:r>
      <w:r>
        <w:t>every Muslim is a zaeef, all other people are madho. So we have to establish normal relationships with other people</w:t>
      </w:r>
    </w:p>
    <w:p>
      <w:pPr>
        <w:jc w:val="right"/>
      </w:pPr>
      <w:r>
        <w:t>every Muslim is a ضعیف, all other people are madho. So we have to establish normal relationships with other people</w:t>
      </w:r>
    </w:p>
    <w:p>
      <w:r>
        <w:rPr>
          <w:b/>
        </w:rPr>
        <w:t xml:space="preserve">[05:24] </w:t>
      </w:r>
      <w:r>
        <w:t>. So TALEF, according to my study, TALEF is a title of a culture.</w:t>
      </w:r>
    </w:p>
    <w:p>
      <w:pPr>
        <w:jc w:val="right"/>
      </w:pPr>
      <w:r>
        <w:t>. So TALEEF, according to my study, TALEEF is a title of a culture.</w:t>
      </w:r>
    </w:p>
    <w:p>
      <w:r>
        <w:rPr>
          <w:b/>
        </w:rPr>
        <w:t xml:space="preserve">[05:35] </w:t>
      </w:r>
      <w:r>
        <w:t>TALEF is a culture, a complete culture. Dawah culture.</w:t>
      </w:r>
    </w:p>
    <w:p>
      <w:pPr>
        <w:jc w:val="right"/>
      </w:pPr>
      <w:r>
        <w:t>TALEEF is a culture, a complete culture. Dawah culture.</w:t>
      </w:r>
    </w:p>
    <w:p>
      <w:r>
        <w:rPr>
          <w:b/>
        </w:rPr>
        <w:t xml:space="preserve">[05:42] </w:t>
      </w:r>
      <w:r>
        <w:t>Prophet of Islam always adopted TALEF. He went to this extent that when he migrated from Makkah and settled in Madinah,</w:t>
      </w:r>
    </w:p>
    <w:p>
      <w:pPr>
        <w:jc w:val="right"/>
      </w:pPr>
      <w:r>
        <w:t>Prophet of Islam always adopted TALEEF. He went to this extent that when he migrated from Makkah and settled in Madinah,</w:t>
      </w:r>
    </w:p>
    <w:p>
      <w:r>
        <w:rPr>
          <w:b/>
        </w:rPr>
        <w:t xml:space="preserve">[06:00] </w:t>
      </w:r>
      <w:r>
        <w:t>so at that time there were some Jewish tribes in Madinah. Jewish people were worshipping by directing their face to Baitul Maqdis,</w:t>
      </w:r>
    </w:p>
    <w:p>
      <w:pPr>
        <w:jc w:val="right"/>
      </w:pPr>
      <w:r>
        <w:t>so at that time there were some Jewish tribes in Madinah. Jewish people were worshipping by directing their face to Baitul Maqdis,</w:t>
      </w:r>
    </w:p>
    <w:p>
      <w:r>
        <w:rPr>
          <w:b/>
        </w:rPr>
        <w:t xml:space="preserve">[06:18] </w:t>
      </w:r>
      <w:r>
        <w:t>that is Jerusalem. So although Prophet used to worship by directing his face towards Kaaba when he was in Makkah, but when Prophet settled in Madinah</w:t>
      </w:r>
    </w:p>
    <w:p>
      <w:pPr>
        <w:jc w:val="right"/>
      </w:pPr>
      <w:r>
        <w:t>that is Jerusalem. So although Prophet used to worship by directing his face towards Kaaba when he was in Makkah, but when Prophet settled in Madinah</w:t>
      </w:r>
    </w:p>
    <w:p>
      <w:r>
        <w:rPr>
          <w:b/>
        </w:rPr>
        <w:t xml:space="preserve">[06:38] </w:t>
      </w:r>
      <w:r>
        <w:t>and he started living among Yahudi, so he himself adopted their Qibla.</w:t>
      </w:r>
    </w:p>
    <w:p>
      <w:pPr>
        <w:jc w:val="right"/>
      </w:pPr>
      <w:r>
        <w:t>and he started living among Yahudi, so he himself adopted their Qibla.</w:t>
      </w:r>
    </w:p>
    <w:p>
      <w:r>
        <w:rPr>
          <w:b/>
        </w:rPr>
        <w:t xml:space="preserve">[06:48] </w:t>
      </w:r>
      <w:r>
        <w:t>Our books tell us that up to sixteen years or seventeen years, Prophet used to worship by facing towards</w:t>
      </w:r>
    </w:p>
    <w:p>
      <w:pPr>
        <w:jc w:val="right"/>
      </w:pPr>
      <w:r>
        <w:t>Our books tell us that up to sixteen years or seventeen years, Prophet used to worship by facing towards</w:t>
      </w:r>
    </w:p>
    <w:p>
      <w:r>
        <w:rPr>
          <w:b/>
        </w:rPr>
        <w:t xml:space="preserve">[07:09] </w:t>
      </w:r>
      <w:r>
        <w:t>Baitul Maqdis, that is Jerusalem.</w:t>
      </w:r>
    </w:p>
    <w:p>
      <w:pPr>
        <w:jc w:val="right"/>
      </w:pPr>
      <w:r>
        <w:t>Baitul Maqdis, that is Jerusalem.</w:t>
      </w:r>
    </w:p>
    <w:p>
      <w:r>
        <w:rPr>
          <w:b/>
        </w:rPr>
        <w:t xml:space="preserve">[07:14] </w:t>
      </w:r>
      <w:r>
        <w:t>The Tafsir al-Qurtubi says by explaining why Prophet did this.</w:t>
      </w:r>
    </w:p>
    <w:p>
      <w:pPr>
        <w:jc w:val="right"/>
      </w:pPr>
      <w:r>
        <w:t>The Tafsir al-Qurtubi says by explaining why Prophet did this.</w:t>
      </w:r>
    </w:p>
    <w:p>
      <w:r>
        <w:rPr>
          <w:b/>
        </w:rPr>
        <w:t xml:space="preserve">[07:23] </w:t>
      </w:r>
      <w:r>
        <w:t>So Tafsir al-Qurtubi says that "tamnun fi imanil yahud".</w:t>
      </w:r>
    </w:p>
    <w:p>
      <w:pPr>
        <w:jc w:val="right"/>
      </w:pPr>
      <w:r>
        <w:t>So Tafsir al-Qurtubi says that "طَمَانٌ فِي إِيمَانِ الْيَهُودِ".</w:t>
      </w:r>
    </w:p>
    <w:p>
      <w:r>
        <w:rPr>
          <w:b/>
        </w:rPr>
        <w:t xml:space="preserve">[07:33] </w:t>
      </w:r>
      <w:r>
        <w:t>tamnun, you know why he adopted Quds or Baitul Maqdis or Jerusalem as his Qibla instead of Kaaba.</w:t>
      </w:r>
    </w:p>
    <w:p>
      <w:pPr>
        <w:jc w:val="right"/>
      </w:pPr>
      <w:r>
        <w:t>طَمَانٌ, you know why he adopted Quds or Baitul Maqdis or Jerusalem as his Qibla instead of Kaaba.</w:t>
      </w:r>
    </w:p>
    <w:p>
      <w:r>
        <w:rPr>
          <w:b/>
        </w:rPr>
        <w:t xml:space="preserve">[07:45] </w:t>
      </w:r>
      <w:r>
        <w:t>So he says that this was "tamnun fi imanil yahud". It was</w:t>
      </w:r>
    </w:p>
    <w:p>
      <w:pPr>
        <w:jc w:val="right"/>
      </w:pPr>
      <w:r>
        <w:t>So he says that this was "طَمَانٌ فِي إِيمَانِ الْيَهُودِ". It was</w:t>
      </w:r>
    </w:p>
    <w:p>
      <w:r>
        <w:rPr>
          <w:b/>
        </w:rPr>
        <w:t xml:space="preserve">[07:54] </w:t>
      </w:r>
      <w:r>
        <w:t>due to</w:t>
      </w:r>
    </w:p>
    <w:p>
      <w:pPr>
        <w:jc w:val="right"/>
      </w:pPr>
      <w:r>
        <w:t>due to</w:t>
      </w:r>
    </w:p>
    <w:p>
      <w:r>
        <w:rPr>
          <w:b/>
        </w:rPr>
        <w:t xml:space="preserve">[07:59] </w:t>
      </w:r>
      <w:r>
        <w:t>induce Jewish people</w:t>
      </w:r>
    </w:p>
    <w:p>
      <w:pPr>
        <w:jc w:val="right"/>
      </w:pPr>
      <w:r>
        <w:t>induce Jewish people</w:t>
      </w:r>
    </w:p>
    <w:p>
      <w:r>
        <w:rPr>
          <w:b/>
        </w:rPr>
        <w:t xml:space="preserve">[08:04] </w:t>
      </w:r>
      <w:r>
        <w:t>. It was</w:t>
      </w:r>
    </w:p>
    <w:p>
      <w:pPr>
        <w:jc w:val="right"/>
      </w:pPr>
      <w:r>
        <w:t>. It was</w:t>
      </w:r>
    </w:p>
    <w:p>
      <w:r>
        <w:rPr>
          <w:b/>
        </w:rPr>
        <w:t xml:space="preserve">[08:08] </w:t>
      </w:r>
      <w:r>
        <w:t>to soften the heart of Jewish people so that they may accept Prophet's message. This was the extremist example of TALEEF.</w:t>
      </w:r>
    </w:p>
    <w:p>
      <w:pPr>
        <w:jc w:val="right"/>
      </w:pPr>
      <w:r>
        <w:t>to soften the heart of Jewish people so that they may accept Prophet's message. This was the extremist example of TALEEF.</w:t>
      </w:r>
    </w:p>
    <w:p>
      <w:r>
        <w:rPr>
          <w:b/>
        </w:rPr>
        <w:t xml:space="preserve">[08:23] </w:t>
      </w:r>
      <w:r>
        <w:t>Now Dawah is not abolished, so TALEEF is also not abolished.</w:t>
      </w:r>
    </w:p>
    <w:p>
      <w:pPr>
        <w:jc w:val="right"/>
      </w:pPr>
      <w:r>
        <w:t>Now Dawah is not abolished, so TALEEF is also not abolished.</w:t>
      </w:r>
    </w:p>
    <w:p>
      <w:r>
        <w:rPr>
          <w:b/>
        </w:rPr>
        <w:t xml:space="preserve">[08:31] </w:t>
      </w:r>
      <w:r>
        <w:t>Dawah is an eternal principle of Islam. So TALEEF is also an eternal principle of Islam because TALEEF, that is softening the heart of the people, is an integral part of Dawah work.</w:t>
      </w:r>
    </w:p>
    <w:p>
      <w:pPr>
        <w:jc w:val="right"/>
      </w:pPr>
      <w:r>
        <w:t>Dawah is an eternal principle of Islam. So TALEEF is also an eternal principle of Islam because TALEEF, that is softening the heart of the people, is an integral part of Dawah work.</w:t>
      </w:r>
    </w:p>
    <w:p>
      <w:r>
        <w:rPr>
          <w:b/>
        </w:rPr>
        <w:t xml:space="preserve">[08:56] </w:t>
      </w:r>
      <w:r>
        <w:t>No TALEEF, no Dawah. How you can do Dawah work if there is no normal relationship between the za'eef and the mad'u?</w:t>
      </w:r>
    </w:p>
    <w:p>
      <w:pPr>
        <w:jc w:val="right"/>
      </w:pPr>
      <w:r>
        <w:t>No TALEEF, no Dawah. How you can do Dawah work if there is no normal relationship between the ضعیف and the madho?</w:t>
      </w:r>
    </w:p>
    <w:p>
      <w:r>
        <w:rPr>
          <w:b/>
        </w:rPr>
        <w:t xml:space="preserve">[09:08] </w:t>
      </w:r>
      <w:r>
        <w:t>So TALEEF means friendship culture between the za'eef and the mad'u.</w:t>
      </w:r>
    </w:p>
    <w:p>
      <w:pPr>
        <w:jc w:val="right"/>
      </w:pPr>
      <w:r>
        <w:t>So TALEEF means friendship culture between the ضعیف and the madho.</w:t>
      </w:r>
    </w:p>
    <w:p>
      <w:r>
        <w:rPr>
          <w:b/>
        </w:rPr>
        <w:t xml:space="preserve">[09:16] </w:t>
      </w:r>
      <w:r>
        <w:t>TALEEF is not something mysterious or temporary. No. TALEEF is an integral part of Dawah work.</w:t>
      </w:r>
    </w:p>
    <w:p>
      <w:pPr>
        <w:jc w:val="right"/>
      </w:pPr>
      <w:r>
        <w:t>TALEEF is not something mysterious or temporary. No. TALEEF is an integral part of Dawah work.</w:t>
      </w:r>
    </w:p>
    <w:p>
      <w:r>
        <w:rPr>
          <w:b/>
        </w:rPr>
        <w:t xml:space="preserve">[09:30] </w:t>
      </w:r>
      <w:r>
        <w:t>Dawah work is between two in Dawah work, there are two parties. za'eef and mad'u.</w:t>
      </w:r>
    </w:p>
    <w:p>
      <w:pPr>
        <w:jc w:val="right"/>
      </w:pPr>
      <w:r>
        <w:t>Dawah work is between two in Dawah work, there are two parties. ضعیف and madho.</w:t>
      </w:r>
    </w:p>
    <w:p>
      <w:r>
        <w:rPr>
          <w:b/>
        </w:rPr>
        <w:t xml:space="preserve">[09:41] </w:t>
      </w:r>
      <w:r>
        <w:t>Addresser and addressee. za'eef is the addresser and mad'u is the addressee. So in Dawah work, there are two parties.</w:t>
      </w:r>
    </w:p>
    <w:p>
      <w:pPr>
        <w:jc w:val="right"/>
      </w:pPr>
      <w:r>
        <w:t>Addresser and addressee. ضعیف is the addresser and madho is the addressee. So in Dawah work, there are two parties.</w:t>
      </w:r>
    </w:p>
    <w:p>
      <w:r>
        <w:rPr>
          <w:b/>
        </w:rPr>
        <w:t xml:space="preserve">[09:57] </w:t>
      </w:r>
      <w:r>
        <w:t>za'eef and mad'u.</w:t>
      </w:r>
    </w:p>
    <w:p>
      <w:pPr>
        <w:jc w:val="right"/>
      </w:pPr>
      <w:r>
        <w:t>ضعیف and madho.</w:t>
      </w:r>
    </w:p>
    <w:p>
      <w:r>
        <w:rPr>
          <w:b/>
        </w:rPr>
        <w:t xml:space="preserve">[10:00] </w:t>
      </w:r>
      <w:r>
        <w:t>So</w:t>
      </w:r>
    </w:p>
    <w:p>
      <w:pPr>
        <w:jc w:val="right"/>
      </w:pPr>
      <w:r>
        <w:t>So</w:t>
      </w:r>
    </w:p>
    <w:p>
      <w:r>
        <w:rPr>
          <w:b/>
        </w:rPr>
        <w:t xml:space="preserve">[10:03] </w:t>
      </w:r>
      <w:r>
        <w:t>Dawah, the wisdom of Dawah requires normal relationship between the za'eef and the mad'u.</w:t>
      </w:r>
    </w:p>
    <w:p>
      <w:pPr>
        <w:jc w:val="right"/>
      </w:pPr>
      <w:r>
        <w:t>Dawah, the wisdom of Dawah requires normal relationship between the ضعیف and the madho.</w:t>
      </w:r>
    </w:p>
    <w:p>
      <w:r>
        <w:rPr>
          <w:b/>
        </w:rPr>
        <w:t xml:space="preserve">[10:14] </w:t>
      </w:r>
      <w:r>
        <w:t>So I can say that TALEEF means friendship culture. Friendship culture. Just like commercial activities.</w:t>
      </w:r>
    </w:p>
    <w:p>
      <w:pPr>
        <w:jc w:val="right"/>
      </w:pPr>
      <w:r>
        <w:t>So I can say that TALEEF means friendship culture. Friendship culture. Just like commercial activities.</w:t>
      </w:r>
    </w:p>
    <w:p>
      <w:r>
        <w:rPr>
          <w:b/>
        </w:rPr>
        <w:t xml:space="preserve">[10:26] </w:t>
      </w:r>
      <w:r>
        <w:t>You know there is no commercial activities without friendship culture. There is a well-known formula among traders that "Customer is alwaysright." Customer is alwaysright.</w:t>
      </w:r>
    </w:p>
    <w:p>
      <w:pPr>
        <w:jc w:val="right"/>
      </w:pPr>
      <w:r>
        <w:t>You know there is no commercial activities without friendship culture. There is a well-known formula among traders that "Customer is alwaysright." Customer is alwaysright.</w:t>
      </w:r>
    </w:p>
    <w:p>
      <w:r>
        <w:rPr>
          <w:b/>
        </w:rPr>
        <w:t xml:space="preserve">[10:49] </w:t>
      </w:r>
      <w:r>
        <w:t>So it is friendship culture.</w:t>
      </w:r>
    </w:p>
    <w:p>
      <w:pPr>
        <w:jc w:val="right"/>
      </w:pPr>
      <w:r>
        <w:t>So it is friendship culture.</w:t>
      </w:r>
    </w:p>
    <w:p>
      <w:r>
        <w:rPr>
          <w:b/>
        </w:rPr>
        <w:t xml:space="preserve">[10:55] </w:t>
      </w:r>
      <w:r>
        <w:t>Commercial activities require friendship culture between both the parties. Shopkeepers and customers.</w:t>
      </w:r>
    </w:p>
    <w:p>
      <w:pPr>
        <w:jc w:val="right"/>
      </w:pPr>
      <w:r>
        <w:t>Commercial activities require friendship culture between both the parties. Shopkeepers and customers.</w:t>
      </w:r>
    </w:p>
    <w:p>
      <w:r>
        <w:rPr>
          <w:b/>
        </w:rPr>
        <w:t xml:space="preserve">[11:08] </w:t>
      </w:r>
      <w:r>
        <w:t>So is the case of Dawah. One scholar hasrightly said that "God makes commerce His missionary." So what is required in commerce, it is also required in Dawah.</w:t>
      </w:r>
    </w:p>
    <w:p>
      <w:pPr>
        <w:jc w:val="right"/>
      </w:pPr>
      <w:r>
        <w:t>So is the case of Dawah. One scholar hasrightly said that "God makes commerce His missionary." So what is required in commerce, it is also required in Dawah.</w:t>
      </w:r>
    </w:p>
    <w:p>
      <w:r>
        <w:rPr>
          <w:b/>
        </w:rPr>
        <w:t xml:space="preserve">[11:30] </w:t>
      </w:r>
      <w:r>
        <w:t>So TALEEF means friendship culture between the za'eef and the mad'u.</w:t>
      </w:r>
    </w:p>
    <w:p>
      <w:pPr>
        <w:jc w:val="right"/>
      </w:pPr>
      <w:r>
        <w:t>So TALEEF means friendship culture between the ضعیف and the madho.</w:t>
      </w:r>
    </w:p>
    <w:p>
      <w:r>
        <w:rPr>
          <w:b/>
        </w:rPr>
        <w:t xml:space="preserve">[11:37] </w:t>
      </w:r>
      <w:r>
        <w:t>So in this sense, TALEEF is an integral part of Dawah work. Without TALEEF, there is no Dawah.</w:t>
      </w:r>
    </w:p>
    <w:p>
      <w:pPr>
        <w:jc w:val="right"/>
      </w:pPr>
      <w:r>
        <w:t>So in this sense, TALEEF is an integral part of Dawah work. Without TALEEF, there is no Dawah.</w:t>
      </w:r>
    </w:p>
    <w:p>
      <w:r>
        <w:rPr>
          <w:b/>
        </w:rPr>
        <w:t xml:space="preserve">[11:50] </w:t>
      </w:r>
      <w:r>
        <w:t>Then TALEEF is not confined to Zakat or to giving some money. It is very important to know that TALEEF is not confined simply to give some money, to give some money from Zakat.</w:t>
      </w:r>
    </w:p>
    <w:p>
      <w:pPr>
        <w:jc w:val="right"/>
      </w:pPr>
      <w:r>
        <w:t>Then TALEEF is not confined to Zakat or to giving some money. It is very important to know that TALEEF is not confined simply to give some money, to give some money from Zakat.</w:t>
      </w:r>
    </w:p>
    <w:p>
      <w:r>
        <w:rPr>
          <w:b/>
        </w:rPr>
        <w:t xml:space="preserve">[12:14] </w:t>
      </w:r>
      <w:r>
        <w:t>No. It is a comprehensive behaviour of the za'eef.</w:t>
      </w:r>
    </w:p>
    <w:p>
      <w:pPr>
        <w:jc w:val="right"/>
      </w:pPr>
      <w:r>
        <w:t>No. It is a comprehensive behaviour of the ضعیف.</w:t>
      </w:r>
    </w:p>
    <w:p>
      <w:r>
        <w:rPr>
          <w:b/>
        </w:rPr>
        <w:t xml:space="preserve">[12:21] </w:t>
      </w:r>
      <w:r>
        <w:t>It is a comprehensive culture. It is a friendship culture in a comprehensive sense.</w:t>
      </w:r>
    </w:p>
    <w:p>
      <w:pPr>
        <w:jc w:val="right"/>
      </w:pPr>
      <w:r>
        <w:t>It is a comprehensive culture. It is a friendship culture in a comprehensive sense.</w:t>
      </w:r>
    </w:p>
    <w:p>
      <w:r>
        <w:rPr>
          <w:b/>
        </w:rPr>
        <w:t xml:space="preserve">[12:34] </w:t>
      </w:r>
      <w:r>
        <w:t>So all those activities we see in the life of the Prophet of Islam always were examples of TALEEF.</w:t>
      </w:r>
    </w:p>
    <w:p>
      <w:pPr>
        <w:jc w:val="right"/>
      </w:pPr>
      <w:r>
        <w:t>So all those activities we see in the life of the Prophet of Islam always were examples of TALEEF.</w:t>
      </w:r>
    </w:p>
    <w:p>
      <w:r>
        <w:rPr>
          <w:b/>
        </w:rPr>
        <w:t xml:space="preserve">[12:47] </w:t>
      </w:r>
      <w:r>
        <w:t>His interaction, his dua, his behaviour, his dialogue, his conversation,</w:t>
      </w:r>
    </w:p>
    <w:p>
      <w:pPr>
        <w:jc w:val="right"/>
      </w:pPr>
      <w:r>
        <w:t>His interaction, his dua, his behaviour, his dialogue, his conversation,</w:t>
      </w:r>
    </w:p>
    <w:p>
      <w:r>
        <w:rPr>
          <w:b/>
        </w:rPr>
        <w:t xml:space="preserve">[13:01] </w:t>
      </w:r>
      <w:r>
        <w:t>all was covered by TALEEF. I will give you some examples.</w:t>
      </w:r>
    </w:p>
    <w:p>
      <w:pPr>
        <w:jc w:val="right"/>
      </w:pPr>
      <w:r>
        <w:t>all was covered by TALEEF. I will give you some examples.</w:t>
      </w:r>
    </w:p>
    <w:p>
      <w:r>
        <w:rPr>
          <w:b/>
        </w:rPr>
        <w:t xml:space="preserve">[13:14] </w:t>
      </w:r>
      <w:r>
        <w:t>To illustrate this point, I will give you some practical examples from the life of the Prophet of Islam.</w:t>
      </w:r>
    </w:p>
    <w:p>
      <w:pPr>
        <w:jc w:val="right"/>
      </w:pPr>
      <w:r>
        <w:t>To illustrate this point, I will give you some practical examples from the life of the Prophet of Islam.</w:t>
      </w:r>
    </w:p>
    <w:p>
      <w:r>
        <w:rPr>
          <w:b/>
        </w:rPr>
        <w:t xml:space="preserve">[13:22] </w:t>
      </w:r>
      <w:r>
        <w:t>You know Prophet of Islam, Muhammad bin Abdullah (sallallahu alaihi wasallam), was appointed as a Prophet in 610 AD.</w:t>
      </w:r>
    </w:p>
    <w:p>
      <w:pPr>
        <w:jc w:val="right"/>
      </w:pPr>
      <w:r>
        <w:t>You know Prophet of Islam, Muhammad bin Abdullah (صلى الله عليه وسلم), was appointed as a Prophet in 610 AD.</w:t>
      </w:r>
    </w:p>
    <w:p>
      <w:r>
        <w:rPr>
          <w:b/>
        </w:rPr>
        <w:t xml:space="preserve">[13:37] </w:t>
      </w:r>
      <w:r>
        <w:t>At that time, he was in Makkah. His clan was Banu Hashim.</w:t>
      </w:r>
    </w:p>
    <w:p>
      <w:pPr>
        <w:jc w:val="right"/>
      </w:pPr>
      <w:r>
        <w:t>At that time, he was in Makkah. His clan was Banu Hashim.</w:t>
      </w:r>
    </w:p>
    <w:p>
      <w:r>
        <w:rPr>
          <w:b/>
        </w:rPr>
        <w:t xml:space="preserve">[13:46] </w:t>
      </w:r>
      <w:r>
        <w:t>He was born in Banu Hashim.</w:t>
      </w:r>
    </w:p>
    <w:p>
      <w:pPr>
        <w:jc w:val="right"/>
      </w:pPr>
      <w:r>
        <w:t>He was born in Banu Hashim.</w:t>
      </w:r>
    </w:p>
    <w:p>
      <w:r>
        <w:rPr>
          <w:b/>
        </w:rPr>
        <w:t xml:space="preserve">[13:49] </w:t>
      </w:r>
      <w:r>
        <w:t>So when he was appointed as a Prophet, he was ordered by God, "Anzir Ashiratak al-Laqnabeen," convey your message to your relatives,</w:t>
      </w:r>
    </w:p>
    <w:p>
      <w:pPr>
        <w:jc w:val="right"/>
      </w:pPr>
      <w:r>
        <w:t>So when he was appointed as a Prophet, he was ordered by God, "Anzir Ashiratak al-Laqnabeen," convey your message to your relatives,</w:t>
      </w:r>
    </w:p>
    <w:p>
      <w:r>
        <w:rPr>
          <w:b/>
        </w:rPr>
        <w:t xml:space="preserve">[14:05] </w:t>
      </w:r>
      <w:r>
        <w:t>to the members of your clan.</w:t>
      </w:r>
    </w:p>
    <w:p>
      <w:pPr>
        <w:jc w:val="right"/>
      </w:pPr>
      <w:r>
        <w:t>to the members of your clan.</w:t>
      </w:r>
    </w:p>
    <w:p>
      <w:r>
        <w:rPr>
          <w:b/>
        </w:rPr>
        <w:t xml:space="preserve">[14:09] </w:t>
      </w:r>
      <w:r>
        <w:t>"Anzir Ashiratak al-Laqnabeen." So he organised a meeting.</w:t>
      </w:r>
    </w:p>
    <w:p>
      <w:pPr>
        <w:jc w:val="right"/>
      </w:pPr>
      <w:r>
        <w:t>"Anzir Ashiratak al-Laqnabeen." So he organised a meeting.</w:t>
      </w:r>
    </w:p>
    <w:p>
      <w:r>
        <w:rPr>
          <w:b/>
        </w:rPr>
        <w:t xml:space="preserve">[14:22] </w:t>
      </w:r>
      <w:r>
        <w:t>He asked all those members of his clan and members of his family to gather at his house. And do you know what was the beginning of this gathering</w:t>
      </w:r>
    </w:p>
    <w:p>
      <w:pPr>
        <w:jc w:val="right"/>
      </w:pPr>
      <w:r>
        <w:t>He asked all those members of his clan and members of his family to gather at his house. And do you know what was the beginning of this gathering</w:t>
      </w:r>
    </w:p>
    <w:p>
      <w:r>
        <w:rPr>
          <w:b/>
        </w:rPr>
        <w:t xml:space="preserve">[14:38] </w:t>
      </w:r>
      <w:r>
        <w:t>? Prophet of Islam served soft drink to all those participants of this meeting. That soft drink was milk.</w:t>
      </w:r>
    </w:p>
    <w:p>
      <w:pPr>
        <w:jc w:val="right"/>
      </w:pPr>
      <w:r>
        <w:t>? Prophet of Islam served soft drink to all those participants of this meeting. That soft drink was milk.</w:t>
      </w:r>
    </w:p>
    <w:p>
      <w:r>
        <w:rPr>
          <w:b/>
        </w:rPr>
        <w:t xml:space="preserve">[14:50] </w:t>
      </w:r>
      <w:r>
        <w:t>There is a natural drink.</w:t>
      </w:r>
    </w:p>
    <w:p>
      <w:pPr>
        <w:jc w:val="right"/>
      </w:pPr>
      <w:r>
        <w:t>There is a natural drink.</w:t>
      </w:r>
    </w:p>
    <w:p>
      <w:r>
        <w:rPr>
          <w:b/>
        </w:rPr>
        <w:t xml:space="preserve">[14:55] </w:t>
      </w:r>
      <w:r>
        <w:t>Milk is a natural kind of soft drink.</w:t>
      </w:r>
    </w:p>
    <w:p>
      <w:pPr>
        <w:jc w:val="right"/>
      </w:pPr>
      <w:r>
        <w:t>Milk is a natural kind of soft drink.</w:t>
      </w:r>
    </w:p>
    <w:p>
      <w:r>
        <w:rPr>
          <w:b/>
        </w:rPr>
        <w:t xml:space="preserve">[15:01] </w:t>
      </w:r>
      <w:r>
        <w:t>So when all these people gathered at his house in Makkah, he ordered Ali to serve a drink of milk as a soft drink to all those participants.</w:t>
      </w:r>
    </w:p>
    <w:p>
      <w:pPr>
        <w:jc w:val="right"/>
      </w:pPr>
      <w:r>
        <w:t>So when all these people gathered at his house in Makkah, he ordered Ali to serve a drink of milk as a soft drink to all those participants.</w:t>
      </w:r>
    </w:p>
    <w:p>
      <w:r>
        <w:rPr>
          <w:b/>
        </w:rPr>
        <w:t xml:space="preserve">[15:27] </w:t>
      </w:r>
      <w:r>
        <w:t>This was the beginning of that</w:t>
      </w:r>
    </w:p>
    <w:p>
      <w:pPr>
        <w:jc w:val="right"/>
      </w:pPr>
      <w:r>
        <w:t>This was the beginning of that</w:t>
      </w:r>
    </w:p>
    <w:p>
      <w:r>
        <w:rPr>
          <w:b/>
        </w:rPr>
        <w:t xml:space="preserve">[15:32] </w:t>
      </w:r>
      <w:r>
        <w:t>meeting. This was TALEEF-u-Qalb. It was clearly a TALEEF-u-Qalb. A clear example of TALEEF-u-Qalb, that is softening the heart of the people</w:t>
      </w:r>
    </w:p>
    <w:p>
      <w:pPr>
        <w:jc w:val="right"/>
      </w:pPr>
      <w:r>
        <w:t>meeting. This was TALEEF-u-Qalb. It was clearly a TALEEF-u-Qalb. A clear example of TALEEF-u-Qalb, that is softening the heart of the people</w:t>
      </w:r>
    </w:p>
    <w:p>
      <w:r>
        <w:rPr>
          <w:b/>
        </w:rPr>
        <w:t xml:space="preserve">[15:48] </w:t>
      </w:r>
      <w:r>
        <w:t>. Why he served milk as a soft drink? Only for the purpose of TALEEF, that is softening their heart so that they may listen to his message with a normal mind,</w:t>
      </w:r>
    </w:p>
    <w:p>
      <w:pPr>
        <w:jc w:val="right"/>
      </w:pPr>
      <w:r>
        <w:t>. Why he served milk as a soft drink? Only for the purpose of TALEEF, that is softening their heart so that they may listen to his message with a normal mind,</w:t>
      </w:r>
    </w:p>
    <w:p>
      <w:r>
        <w:rPr>
          <w:b/>
        </w:rPr>
        <w:t xml:space="preserve">[16:14] </w:t>
      </w:r>
      <w:r>
        <w:t>with a friendly he wanted to create a friendly environment by serving this drink, that is a natural drink</w:t>
      </w:r>
    </w:p>
    <w:p>
      <w:pPr>
        <w:jc w:val="right"/>
      </w:pPr>
      <w:r>
        <w:t>with a friendly he wanted to create a friendly environment by serving this drink, that is a natural drink</w:t>
      </w:r>
    </w:p>
    <w:p>
      <w:r>
        <w:rPr>
          <w:b/>
        </w:rPr>
        <w:t xml:space="preserve">[16:28] </w:t>
      </w:r>
      <w:r>
        <w:t>. By serving this natural drink, Prophet of Islam wanted to create a normal relationship between the two.</w:t>
      </w:r>
    </w:p>
    <w:p>
      <w:pPr>
        <w:jc w:val="right"/>
      </w:pPr>
      <w:r>
        <w:t>. By serving this natural drink, Prophet of Islam wanted to create a normal relationship between the two.</w:t>
      </w:r>
    </w:p>
    <w:p>
      <w:r>
        <w:rPr>
          <w:b/>
        </w:rPr>
        <w:t xml:space="preserve">[16:42] </w:t>
      </w:r>
      <w:r>
        <w:t>A friendship environment.</w:t>
      </w:r>
    </w:p>
    <w:p>
      <w:pPr>
        <w:jc w:val="right"/>
      </w:pPr>
      <w:r>
        <w:t>A friendship environment.</w:t>
      </w:r>
    </w:p>
    <w:p>
      <w:r>
        <w:rPr>
          <w:b/>
        </w:rPr>
        <w:t xml:space="preserve">[16:48] </w:t>
      </w:r>
      <w:r>
        <w:t>So this was TALEEF. So according to my study, TALEEF is not confined to Zakat or to giving some money.</w:t>
      </w:r>
    </w:p>
    <w:p>
      <w:pPr>
        <w:jc w:val="right"/>
      </w:pPr>
      <w:r>
        <w:t>So this was TALEEF. So according to my study, TALEEF is not confined to Zakat or to giving some money.</w:t>
      </w:r>
    </w:p>
    <w:p>
      <w:r>
        <w:rPr>
          <w:b/>
        </w:rPr>
        <w:t xml:space="preserve">[17:02] </w:t>
      </w:r>
      <w:r>
        <w:t>No. TALEEF is a very comprehensive teaching of Islam.</w:t>
      </w:r>
    </w:p>
    <w:p>
      <w:pPr>
        <w:jc w:val="right"/>
      </w:pPr>
      <w:r>
        <w:t>No. TALEEF is a very comprehensive teaching of Islam.</w:t>
      </w:r>
    </w:p>
    <w:p>
      <w:r>
        <w:rPr>
          <w:b/>
        </w:rPr>
        <w:t xml:space="preserve">[17:09] </w:t>
      </w:r>
      <w:r>
        <w:t>So when Prophet of Islam served a natural drink to those madhous, it was an act of TALEEF.</w:t>
      </w:r>
    </w:p>
    <w:p>
      <w:pPr>
        <w:jc w:val="right"/>
      </w:pPr>
      <w:r>
        <w:t>So when Prophet of Islam served a natural drink to those madhous, it was an act of TALEEF.</w:t>
      </w:r>
    </w:p>
    <w:p>
      <w:r>
        <w:rPr>
          <w:b/>
        </w:rPr>
        <w:t xml:space="preserve">[17:23] </w:t>
      </w:r>
      <w:r>
        <w:t>Then the whole life of the Prophet of Islam may be traced under this principle.</w:t>
      </w:r>
    </w:p>
    <w:p>
      <w:pPr>
        <w:jc w:val="right"/>
      </w:pPr>
      <w:r>
        <w:t>Then the whole life of the Prophet of Islam may be traced under this principle.</w:t>
      </w:r>
    </w:p>
    <w:p>
      <w:r>
        <w:rPr>
          <w:b/>
        </w:rPr>
        <w:t xml:space="preserve">[17:33] </w:t>
      </w:r>
      <w:r>
        <w:t>Prophet of Islam was Prophet of Tauhid.</w:t>
      </w:r>
    </w:p>
    <w:p>
      <w:pPr>
        <w:jc w:val="right"/>
      </w:pPr>
      <w:r>
        <w:t>Prophet of Islam was Prophet of Tauhid.</w:t>
      </w:r>
    </w:p>
    <w:p>
      <w:r>
        <w:rPr>
          <w:b/>
        </w:rPr>
        <w:t xml:space="preserve">[17:39] </w:t>
      </w:r>
      <w:r>
        <w:t>His mission was the mission of Tauhid, there is oneness of God.</w:t>
      </w:r>
    </w:p>
    <w:p>
      <w:pPr>
        <w:jc w:val="right"/>
      </w:pPr>
      <w:r>
        <w:t>His mission was the mission of Tauhid, there is oneness of God.</w:t>
      </w:r>
    </w:p>
    <w:p>
      <w:r>
        <w:rPr>
          <w:b/>
        </w:rPr>
        <w:t xml:space="preserve">[17:49] </w:t>
      </w:r>
      <w:r>
        <w:t>But at that time, Makkah was</w:t>
      </w:r>
    </w:p>
    <w:p>
      <w:pPr>
        <w:jc w:val="right"/>
      </w:pPr>
      <w:r>
        <w:t>But at that time, Makkah was</w:t>
      </w:r>
    </w:p>
    <w:p>
      <w:r>
        <w:rPr>
          <w:b/>
        </w:rPr>
        <w:t xml:space="preserve">[17:55] </w:t>
      </w:r>
      <w:r>
        <w:t>all the people at Makkah were idol worshippers. And Kaaba, that was situated in Makkah, Kaaba was built by Prophet Ibrahim</w:t>
      </w:r>
    </w:p>
    <w:p>
      <w:pPr>
        <w:jc w:val="right"/>
      </w:pPr>
      <w:r>
        <w:t>all the people at Makkah were idol worshippers. And Kaaba, that was situated in Makkah, Kaaba was built by Prophet Ibrahim</w:t>
      </w:r>
    </w:p>
    <w:p>
      <w:r>
        <w:rPr>
          <w:b/>
        </w:rPr>
        <w:t xml:space="preserve">[18:12] </w:t>
      </w:r>
      <w:r>
        <w:t>. But at that time, Kaaba was also filled with idols.</w:t>
      </w:r>
    </w:p>
    <w:p>
      <w:pPr>
        <w:jc w:val="right"/>
      </w:pPr>
      <w:r>
        <w:t>. But at that time, Kaaba was also filled with idols.</w:t>
      </w:r>
    </w:p>
    <w:p>
      <w:r>
        <w:rPr>
          <w:b/>
        </w:rPr>
        <w:t xml:space="preserve">[18:21] </w:t>
      </w:r>
      <w:r>
        <w:t>There were 360 idols in the Kaaba premises. Prophet of Islam</w:t>
      </w:r>
    </w:p>
    <w:p>
      <w:pPr>
        <w:jc w:val="right"/>
      </w:pPr>
      <w:r>
        <w:t>There were 360 idols in the Kaaba premises. Prophet of Islam</w:t>
      </w:r>
    </w:p>
    <w:p>
      <w:r>
        <w:rPr>
          <w:b/>
        </w:rPr>
        <w:t xml:space="preserve">[18:35] </w:t>
      </w:r>
      <w:r>
        <w:t>was</w:t>
      </w:r>
    </w:p>
    <w:p>
      <w:pPr>
        <w:jc w:val="right"/>
      </w:pPr>
      <w:r>
        <w:t>was</w:t>
      </w:r>
    </w:p>
    <w:p>
      <w:r>
        <w:rPr>
          <w:b/>
        </w:rPr>
        <w:t xml:space="preserve">[18:38] </w:t>
      </w:r>
      <w:r>
        <w:t>born in this city, in the neighbourhood of Kaaba. But he never objected. He simply avoided.</w:t>
      </w:r>
    </w:p>
    <w:p>
      <w:pPr>
        <w:jc w:val="right"/>
      </w:pPr>
      <w:r>
        <w:t>born in this city, in the neighbourhood of Kaaba. But he never objected. He simply avoided.</w:t>
      </w:r>
    </w:p>
    <w:p>
      <w:r>
        <w:rPr>
          <w:b/>
        </w:rPr>
        <w:t xml:space="preserve">[18:48] </w:t>
      </w:r>
      <w:r>
        <w:t>This was also TALEEF. This act of avoidance was also a TALEEF, an example of TALEEF. He never said any word against those idols.</w:t>
      </w:r>
    </w:p>
    <w:p>
      <w:pPr>
        <w:jc w:val="right"/>
      </w:pPr>
      <w:r>
        <w:t>This was also TALEEF. This act of avoidance was also a TALEEF, an example of TALEEF. He never said any word against those idols.</w:t>
      </w:r>
    </w:p>
    <w:p>
      <w:r>
        <w:rPr>
          <w:b/>
        </w:rPr>
        <w:t xml:space="preserve">[19:06] </w:t>
      </w:r>
      <w:r>
        <w:t>He never wanted to destroy all those idols.</w:t>
      </w:r>
    </w:p>
    <w:p>
      <w:pPr>
        <w:jc w:val="right"/>
      </w:pPr>
      <w:r>
        <w:t>He never wanted to destroy all those idols.</w:t>
      </w:r>
    </w:p>
    <w:p>
      <w:r>
        <w:rPr>
          <w:b/>
        </w:rPr>
        <w:t xml:space="preserve">[19:14] </w:t>
      </w:r>
      <w:r>
        <w:t>Nothing.</w:t>
      </w:r>
    </w:p>
    <w:p>
      <w:pPr>
        <w:jc w:val="right"/>
      </w:pPr>
      <w:r>
        <w:t>Nothing.</w:t>
      </w:r>
    </w:p>
    <w:p>
      <w:r>
        <w:rPr>
          <w:b/>
        </w:rPr>
        <w:t xml:space="preserve">[19:18] </w:t>
      </w:r>
      <w:r>
        <w:t>He simply tried to convey his message. He used to say, "Ayyuhal-naas, qulu la la ilaha tufluwu." "O people, say there is no God but one God and you will be success</w:t>
      </w:r>
    </w:p>
    <w:p>
      <w:pPr>
        <w:jc w:val="right"/>
      </w:pPr>
      <w:r>
        <w:t>He simply tried to convey his message. He used to say, "Ayyuhal-naas, qulu la la ilaha tufluwu." "O people, say there is no God but one God and you will be success</w:t>
      </w:r>
    </w:p>
    <w:p>
      <w:r>
        <w:rPr>
          <w:b/>
        </w:rPr>
        <w:t xml:space="preserve">[19:37] </w:t>
      </w:r>
      <w:r>
        <w:t>ful."</w:t>
      </w:r>
    </w:p>
    <w:p>
      <w:pPr>
        <w:jc w:val="right"/>
      </w:pPr>
      <w:r>
        <w:t>ful."</w:t>
      </w:r>
    </w:p>
    <w:p>
      <w:r>
        <w:rPr>
          <w:b/>
        </w:rPr>
        <w:t xml:space="preserve">[19:40] </w:t>
      </w:r>
      <w:r>
        <w:t>So up to 13 years, the Prophet of Islam lived in Makkah up to 13 years.</w:t>
      </w:r>
    </w:p>
    <w:p>
      <w:pPr>
        <w:jc w:val="right"/>
      </w:pPr>
      <w:r>
        <w:t>So up to 13 years, the Prophet of Islam lived in Makkah up to 13 years.</w:t>
      </w:r>
    </w:p>
    <w:p>
      <w:r>
        <w:rPr>
          <w:b/>
        </w:rPr>
        <w:t xml:space="preserve">[19:52] </w:t>
      </w:r>
      <w:r>
        <w:t>And during these 13 years, Prophet of Islam never</w:t>
      </w:r>
    </w:p>
    <w:p>
      <w:pPr>
        <w:jc w:val="right"/>
      </w:pPr>
      <w:r>
        <w:t>And during these 13 years, Prophet of Islam never</w:t>
      </w:r>
    </w:p>
    <w:p>
      <w:r>
        <w:rPr>
          <w:b/>
        </w:rPr>
        <w:t xml:space="preserve">[20:04] </w:t>
      </w:r>
      <w:r>
        <w:t>said anything against those idols. This was TALEEF because those people were very much obsessed with these idols.</w:t>
      </w:r>
    </w:p>
    <w:p>
      <w:pPr>
        <w:jc w:val="right"/>
      </w:pPr>
      <w:r>
        <w:t>said anything against those idols. This was TALEEF because those people were very much obsessed with these idols.</w:t>
      </w:r>
    </w:p>
    <w:p>
      <w:r>
        <w:rPr>
          <w:b/>
        </w:rPr>
        <w:t xml:space="preserve">[20:18] </w:t>
      </w:r>
      <w:r>
        <w:t>They were conditioned in idol worships.</w:t>
      </w:r>
    </w:p>
    <w:p>
      <w:pPr>
        <w:jc w:val="right"/>
      </w:pPr>
      <w:r>
        <w:t>They were conditioned in idol worships.</w:t>
      </w:r>
    </w:p>
    <w:p>
      <w:r>
        <w:rPr>
          <w:b/>
        </w:rPr>
        <w:t xml:space="preserve">[20:25] </w:t>
      </w:r>
      <w:r>
        <w:t>These people of Makkah were conditioned in idol worships. It was in their heart</w:t>
      </w:r>
    </w:p>
    <w:p>
      <w:pPr>
        <w:jc w:val="right"/>
      </w:pPr>
      <w:r>
        <w:t>These people of Makkah were conditioned in idol worships. It was in their heart</w:t>
      </w:r>
    </w:p>
    <w:p>
      <w:r>
        <w:rPr>
          <w:b/>
        </w:rPr>
        <w:t xml:space="preserve">[20:36] </w:t>
      </w:r>
      <w:r>
        <w:t>. Idol worshipping was in their heart. So he wanted to establish a rapport, a good relationship.</w:t>
      </w:r>
    </w:p>
    <w:p>
      <w:pPr>
        <w:jc w:val="right"/>
      </w:pPr>
      <w:r>
        <w:t>. Idol worshipping was in their heart. So he wanted to establish a rapport, a good relationship.</w:t>
      </w:r>
    </w:p>
    <w:p>
      <w:r>
        <w:rPr>
          <w:b/>
        </w:rPr>
        <w:t xml:space="preserve">[20:50] </w:t>
      </w:r>
      <w:r>
        <w:t>He wanted to establish a friendship atmosphere. So he avoided to say anything against those idols. This was also an act of TALEEF.</w:t>
      </w:r>
    </w:p>
    <w:p>
      <w:pPr>
        <w:jc w:val="right"/>
      </w:pPr>
      <w:r>
        <w:t>He wanted to establish a friendship atmosphere. So he avoided to say anything against those idols. This was also an act of TALEEF.</w:t>
      </w:r>
    </w:p>
    <w:p>
      <w:r>
        <w:rPr>
          <w:b/>
        </w:rPr>
        <w:t xml:space="preserve">[21:04] </w:t>
      </w:r>
      <w:r>
        <w:t>An act of TALEEF.</w:t>
      </w:r>
    </w:p>
    <w:p>
      <w:pPr>
        <w:jc w:val="right"/>
      </w:pPr>
      <w:r>
        <w:t>An act of TALEEF.</w:t>
      </w:r>
    </w:p>
    <w:p>
      <w:r>
        <w:rPr>
          <w:b/>
        </w:rPr>
        <w:t xml:space="preserve">[21:10] </w:t>
      </w:r>
      <w:r>
        <w:t>Then he used to address with these words, "Ya Qawme," "O my people." "Ya Qawme," "O my people." It is also a word of TALEEF.</w:t>
      </w:r>
    </w:p>
    <w:p>
      <w:pPr>
        <w:jc w:val="right"/>
      </w:pPr>
      <w:r>
        <w:t>Then he used to address with these words, "Ya Qawme," "O my people." "Ya Qawme," "O my people." It is also a word of TALEEF.</w:t>
      </w:r>
    </w:p>
    <w:p>
      <w:r>
        <w:rPr>
          <w:b/>
        </w:rPr>
        <w:t xml:space="preserve">[21:28] </w:t>
      </w:r>
      <w:r>
        <w:t>He never said, "O idol worshippers." Never, never, never. Although those Makkan people were idol worshippers.</w:t>
      </w:r>
    </w:p>
    <w:p>
      <w:pPr>
        <w:jc w:val="right"/>
      </w:pPr>
      <w:r>
        <w:t>He never said, "O idol worshippers." Never, never, never. Although those Makkan people were idol worshippers.</w:t>
      </w:r>
    </w:p>
    <w:p>
      <w:r>
        <w:rPr>
          <w:b/>
        </w:rPr>
        <w:t xml:space="preserve">[21:40] </w:t>
      </w:r>
      <w:r>
        <w:t>But Prophet of Islam never said, "O idol worshippers."</w:t>
      </w:r>
    </w:p>
    <w:p>
      <w:pPr>
        <w:jc w:val="right"/>
      </w:pPr>
      <w:r>
        <w:t>But Prophet of Islam never said, "O idol worshippers."</w:t>
      </w:r>
    </w:p>
    <w:p>
      <w:r>
        <w:rPr>
          <w:b/>
        </w:rPr>
        <w:t xml:space="preserve">[21:48] </w:t>
      </w:r>
      <w:r>
        <w:t>He used to say, "Ya Qawme," "O my people." "O my people." This was also a word of TALEEF to maintain friendship between addresser and addressee.</w:t>
      </w:r>
    </w:p>
    <w:p>
      <w:pPr>
        <w:jc w:val="right"/>
      </w:pPr>
      <w:r>
        <w:t>He used to say, "Ya Qawme," "O my people." "O my people." This was also a word of TALEEF to maintain friendship between addresser and addressee.</w:t>
      </w:r>
    </w:p>
    <w:p>
      <w:r>
        <w:rPr>
          <w:b/>
        </w:rPr>
        <w:t xml:space="preserve">[22:08] </w:t>
      </w:r>
      <w:r>
        <w:t>So TALEEF is a comprehensive culture</w:t>
      </w:r>
    </w:p>
    <w:p>
      <w:pPr>
        <w:jc w:val="right"/>
      </w:pPr>
      <w:r>
        <w:t>So TALEEF is a comprehensive culture</w:t>
      </w:r>
    </w:p>
    <w:p>
      <w:r>
        <w:rPr>
          <w:b/>
        </w:rPr>
        <w:t xml:space="preserve">[22:12] </w:t>
      </w:r>
      <w:r>
        <w:t>. TALEEF is a Dawah culture. TALEEF is a friendship culture between the zayeef and the madhoo. How you can abolish TALEEF</w:t>
      </w:r>
    </w:p>
    <w:p>
      <w:pPr>
        <w:jc w:val="right"/>
      </w:pPr>
      <w:r>
        <w:t>. TALEEF is a Dawah culture. TALEEF is a friendship culture between the ضعیف and the madhoo. How you can abolish TALEEF</w:t>
      </w:r>
    </w:p>
    <w:p>
      <w:r>
        <w:rPr>
          <w:b/>
        </w:rPr>
        <w:t xml:space="preserve">[22:26] </w:t>
      </w:r>
      <w:r>
        <w:t>? It is nonsense to say that now there is no TALEEF. In fact, TALEEF is not confined with Zakat.</w:t>
      </w:r>
    </w:p>
    <w:p>
      <w:pPr>
        <w:jc w:val="right"/>
      </w:pPr>
      <w:r>
        <w:t>? It is nonsense to say that now there is no TALEEF. In fact, TALEEF is not confined with Zakat.</w:t>
      </w:r>
    </w:p>
    <w:p>
      <w:r>
        <w:rPr>
          <w:b/>
        </w:rPr>
        <w:t xml:space="preserve">[22:39] </w:t>
      </w:r>
      <w:r>
        <w:t>It is not confined with giving some money. TALEEF is a complete culture</w:t>
      </w:r>
    </w:p>
    <w:p>
      <w:pPr>
        <w:jc w:val="right"/>
      </w:pPr>
      <w:r>
        <w:t>It is not confined with giving some money. TALEEF is a complete culture</w:t>
      </w:r>
    </w:p>
    <w:p>
      <w:r>
        <w:rPr>
          <w:b/>
        </w:rPr>
        <w:t xml:space="preserve">[22:49] </w:t>
      </w:r>
      <w:r>
        <w:t>. It requires a nice behaviour. It requires a soft speech.</w:t>
      </w:r>
    </w:p>
    <w:p>
      <w:pPr>
        <w:jc w:val="right"/>
      </w:pPr>
      <w:r>
        <w:t>. It requires a nice behaviour. It requires a soft speech.</w:t>
      </w:r>
    </w:p>
    <w:p>
      <w:r>
        <w:rPr>
          <w:b/>
        </w:rPr>
        <w:t xml:space="preserve">[22:58] </w:t>
      </w:r>
      <w:r>
        <w:t>It requires a friendship relationship</w:t>
      </w:r>
    </w:p>
    <w:p>
      <w:pPr>
        <w:jc w:val="right"/>
      </w:pPr>
      <w:r>
        <w:t>It requires a friendship relationship</w:t>
      </w:r>
    </w:p>
    <w:p>
      <w:r>
        <w:rPr>
          <w:b/>
        </w:rPr>
        <w:t xml:space="preserve">[23:03] </w:t>
      </w:r>
      <w:r>
        <w:t>. It requires a positive behaviour. So all these things are TALEEF.</w:t>
      </w:r>
    </w:p>
    <w:p>
      <w:pPr>
        <w:jc w:val="right"/>
      </w:pPr>
      <w:r>
        <w:t>. It requires a positive behaviour. So all these things are TALEEF.</w:t>
      </w:r>
    </w:p>
    <w:p>
      <w:r>
        <w:rPr>
          <w:b/>
        </w:rPr>
        <w:t xml:space="preserve">[23:16] </w:t>
      </w:r>
      <w:r>
        <w:t>TALEEF covers all the behaviours of the za'eef.</w:t>
      </w:r>
    </w:p>
    <w:p>
      <w:pPr>
        <w:jc w:val="right"/>
      </w:pPr>
      <w:r>
        <w:t>TALEEF covers all the behaviours of the ضعیف.</w:t>
      </w:r>
    </w:p>
    <w:p>
      <w:r>
        <w:rPr>
          <w:b/>
        </w:rPr>
        <w:t xml:space="preserve">[23:22] </w:t>
      </w:r>
      <w:r>
        <w:t>Just like. Friendship covers all the behaviours of a trader. Of a trader.</w:t>
      </w:r>
    </w:p>
    <w:p>
      <w:pPr>
        <w:jc w:val="right"/>
      </w:pPr>
      <w:r>
        <w:t>Just like. Friendship covers all the behaviours of a trader. Of a trader.</w:t>
      </w:r>
    </w:p>
    <w:p>
      <w:r>
        <w:rPr>
          <w:b/>
        </w:rPr>
        <w:t xml:space="preserve">[23:35] </w:t>
      </w:r>
      <w:r>
        <w:t>For a trader, friendship is a culture, a complete culture. So is the case of the za'eef.</w:t>
      </w:r>
    </w:p>
    <w:p>
      <w:pPr>
        <w:jc w:val="right"/>
      </w:pPr>
      <w:r>
        <w:t>For a trader, friendship is a culture, a complete culture. So is the case of the ضعیف.</w:t>
      </w:r>
    </w:p>
    <w:p>
      <w:r>
        <w:rPr>
          <w:b/>
        </w:rPr>
        <w:t xml:space="preserve">[23:45] </w:t>
      </w:r>
      <w:r>
        <w:t>Friendship is a complete culture for a za'eef.</w:t>
      </w:r>
    </w:p>
    <w:p>
      <w:pPr>
        <w:jc w:val="right"/>
      </w:pPr>
      <w:r>
        <w:t>Friendship is a complete culture for a ضعیف.</w:t>
      </w:r>
    </w:p>
    <w:p>
      <w:r>
        <w:rPr>
          <w:b/>
        </w:rPr>
        <w:t xml:space="preserve">[23:51] </w:t>
      </w:r>
      <w:r>
        <w:t>So TALEEF cannot be abolished. TALEEF is a permanent feature of Islam.</w:t>
      </w:r>
    </w:p>
    <w:p>
      <w:pPr>
        <w:jc w:val="right"/>
      </w:pPr>
      <w:r>
        <w:t>So TALEEF cannot be abolished. TALEEF is a permanent feature of Islam.</w:t>
      </w:r>
    </w:p>
    <w:p>
      <w:r>
        <w:rPr>
          <w:b/>
        </w:rPr>
        <w:t xml:space="preserve">[24:01] </w:t>
      </w:r>
      <w:r>
        <w:t>Then you know when Prophet was in Makkah, so there were Muslims and there were Mushriks.</w:t>
      </w:r>
    </w:p>
    <w:p>
      <w:pPr>
        <w:jc w:val="right"/>
      </w:pPr>
      <w:r>
        <w:t>Then you know when Prophet was in Makkah, so there were Muslims and there were Mushriks.</w:t>
      </w:r>
    </w:p>
    <w:p>
      <w:r>
        <w:rPr>
          <w:b/>
        </w:rPr>
        <w:t xml:space="preserve">[24:12] </w:t>
      </w:r>
      <w:r>
        <w:t>Some of the Makkan people have embraced Islam. So they became followers of the Prophet of Islam.</w:t>
      </w:r>
    </w:p>
    <w:p>
      <w:pPr>
        <w:jc w:val="right"/>
      </w:pPr>
      <w:r>
        <w:t>Some of the Makkan people have embraced Islam. So they became followers of the Prophet of Islam.</w:t>
      </w:r>
    </w:p>
    <w:p>
      <w:r>
        <w:rPr>
          <w:b/>
        </w:rPr>
        <w:t xml:space="preserve">[24:19] </w:t>
      </w:r>
      <w:r>
        <w:t>We call them Sahaba. Although they were in a minority group, but they were.</w:t>
      </w:r>
    </w:p>
    <w:p>
      <w:pPr>
        <w:jc w:val="right"/>
      </w:pPr>
      <w:r>
        <w:t>We call them Sahaba. Although they were in a minority group, but they were.</w:t>
      </w:r>
    </w:p>
    <w:p>
      <w:r>
        <w:rPr>
          <w:b/>
        </w:rPr>
        <w:t xml:space="preserve">[24:28] </w:t>
      </w:r>
      <w:r>
        <w:t>Then other people of Makkah were idol worshippers. So at that time,</w:t>
      </w:r>
    </w:p>
    <w:p>
      <w:pPr>
        <w:jc w:val="right"/>
      </w:pPr>
      <w:r>
        <w:t>Then other people of Makkah were idol worshippers. So at that time,</w:t>
      </w:r>
    </w:p>
    <w:p>
      <w:r>
        <w:rPr>
          <w:b/>
        </w:rPr>
        <w:t xml:space="preserve">[24:38] </w:t>
      </w:r>
      <w:r>
        <w:t>God revealed a verse in the Quran, "Lakum dinukum wali adheen." "Lakum dinukum wali adheen." "For you, your religion.</w:t>
      </w:r>
    </w:p>
    <w:p>
      <w:pPr>
        <w:jc w:val="right"/>
      </w:pPr>
      <w:r>
        <w:t>God revealed a verse in the Quran, "Lakum dinukum wali adheen." "Lakum dinukum wali adheen." "For you, your religion.</w:t>
      </w:r>
    </w:p>
    <w:p>
      <w:r>
        <w:rPr>
          <w:b/>
        </w:rPr>
        <w:t xml:space="preserve">[24:53] </w:t>
      </w:r>
      <w:r>
        <w:t>For me, mine." This is also a matter of TALEEF. Although the Prophet was a great believer that idol worship is wrong.</w:t>
      </w:r>
    </w:p>
    <w:p>
      <w:pPr>
        <w:jc w:val="right"/>
      </w:pPr>
      <w:r>
        <w:t>For me, mine." This is also a matter of TALEEF. Although the Prophet was a great believer that idol worship is wrong.</w:t>
      </w:r>
    </w:p>
    <w:p>
      <w:r>
        <w:rPr>
          <w:b/>
        </w:rPr>
        <w:t xml:space="preserve">[25:14] </w:t>
      </w:r>
      <w:r>
        <w:t>Idol worship is completely wrong. But he said, "Lakum dinukum wali adheen." "For you, your religion.</w:t>
      </w:r>
    </w:p>
    <w:p>
      <w:pPr>
        <w:jc w:val="right"/>
      </w:pPr>
      <w:r>
        <w:t>Idol worship is completely wrong. But he said, "Lakum dinukum wali adheen." "For you, your religion.</w:t>
      </w:r>
    </w:p>
    <w:p>
      <w:r>
        <w:rPr>
          <w:b/>
        </w:rPr>
        <w:t xml:space="preserve">[25:25] </w:t>
      </w:r>
      <w:r>
        <w:t>For me, mine." It means that follow one and respect all</w:t>
      </w:r>
    </w:p>
    <w:p>
      <w:pPr>
        <w:jc w:val="right"/>
      </w:pPr>
      <w:r>
        <w:t>For me, mine." It means that follow one and respect all</w:t>
      </w:r>
    </w:p>
    <w:p>
      <w:r>
        <w:rPr>
          <w:b/>
        </w:rPr>
        <w:t xml:space="preserve">[25:33] </w:t>
      </w:r>
      <w:r>
        <w:t>. Follow one and respect all. It means that I will follow my religion and at the same time I will pay respect for you.</w:t>
      </w:r>
    </w:p>
    <w:p>
      <w:pPr>
        <w:jc w:val="right"/>
      </w:pPr>
      <w:r>
        <w:t>. Follow one and respect all. It means that I will follow my religion and at the same time I will pay respect for you.</w:t>
      </w:r>
    </w:p>
    <w:p>
      <w:r>
        <w:rPr>
          <w:b/>
        </w:rPr>
        <w:t xml:space="preserve">[25:46] </w:t>
      </w:r>
      <w:r>
        <w:t>So it was a respect culture, a mutual respect culture.</w:t>
      </w:r>
    </w:p>
    <w:p>
      <w:pPr>
        <w:jc w:val="right"/>
      </w:pPr>
      <w:r>
        <w:t>So it was a respect culture, a mutual respect culture.</w:t>
      </w:r>
    </w:p>
    <w:p>
      <w:r>
        <w:rPr>
          <w:b/>
        </w:rPr>
        <w:t xml:space="preserve">[25:51] </w:t>
      </w:r>
      <w:r>
        <w:t>So the Prophet promulgated a mutual respect culture in Makkah.</w:t>
      </w:r>
    </w:p>
    <w:p>
      <w:pPr>
        <w:jc w:val="right"/>
      </w:pPr>
      <w:r>
        <w:t>So the Prophet promulgated a mutual respect culture in Makkah.</w:t>
      </w:r>
    </w:p>
    <w:p>
      <w:r>
        <w:rPr>
          <w:b/>
        </w:rPr>
        <w:t xml:space="preserve">[26:01] </w:t>
      </w:r>
      <w:r>
        <w:t>"Lakum dinukum wali adheen." "For you, your religion. For me, mine." That is follow one and respect all.</w:t>
      </w:r>
    </w:p>
    <w:p>
      <w:pPr>
        <w:jc w:val="right"/>
      </w:pPr>
      <w:r>
        <w:t>"Lakum dinukum wali adheen." "For you, your religion. For me, mine." That is follow one and respect all.</w:t>
      </w:r>
    </w:p>
    <w:p>
      <w:r>
        <w:rPr>
          <w:b/>
        </w:rPr>
        <w:t xml:space="preserve">[26:13] </w:t>
      </w:r>
      <w:r>
        <w:t>So when the Prophet was in Makkah, although there were some Muslims, a majority were idol worshippers, but he promoted a respect</w:t>
      </w:r>
    </w:p>
    <w:p>
      <w:pPr>
        <w:jc w:val="right"/>
      </w:pPr>
      <w:r>
        <w:t>So when the Prophet was in Makkah, although there were some Muslims, a majority were idol worshippers, but he promoted a respect</w:t>
      </w:r>
    </w:p>
    <w:p>
      <w:r>
        <w:rPr>
          <w:b/>
        </w:rPr>
        <w:t xml:space="preserve">[26:32] </w:t>
      </w:r>
      <w:r>
        <w:t>culture based on respect, based on mutual respect. So it was a mutual respect culture.</w:t>
      </w:r>
    </w:p>
    <w:p>
      <w:pPr>
        <w:jc w:val="right"/>
      </w:pPr>
      <w:r>
        <w:t>culture based on respect, based on mutual respect. So it was a mutual respect culture.</w:t>
      </w:r>
    </w:p>
    <w:p>
      <w:r>
        <w:rPr>
          <w:b/>
        </w:rPr>
        <w:t xml:space="preserve">[26:40] </w:t>
      </w:r>
      <w:r>
        <w:t>I can say that it was a mutual respect behaviour. It is also a TALEEF. It is also a TALEEF, a way of TALEEF.</w:t>
      </w:r>
    </w:p>
    <w:p>
      <w:pPr>
        <w:jc w:val="right"/>
      </w:pPr>
      <w:r>
        <w:t>I can say that it was a mutual respect behaviour. It is also a TALEEF. It is also a TALEEF, a way of TALEEF.</w:t>
      </w:r>
    </w:p>
    <w:p>
      <w:r>
        <w:rPr>
          <w:b/>
        </w:rPr>
        <w:t xml:space="preserve">[26:55] </w:t>
      </w:r>
      <w:r>
        <w:t>TALEEF literally means softening the heart.</w:t>
      </w:r>
    </w:p>
    <w:p>
      <w:pPr>
        <w:jc w:val="right"/>
      </w:pPr>
      <w:r>
        <w:t>TALEEF literally means softening the heart.</w:t>
      </w:r>
    </w:p>
    <w:p>
      <w:r>
        <w:rPr>
          <w:b/>
        </w:rPr>
        <w:t xml:space="preserve">[27:01] </w:t>
      </w:r>
      <w:r>
        <w:t>The word TALEEF is found in Chapter 8 and Verse 60.</w:t>
      </w:r>
    </w:p>
    <w:p>
      <w:pPr>
        <w:jc w:val="right"/>
      </w:pPr>
      <w:r>
        <w:t>The word TALEEF is found in Chapter 8 and Verse 60.</w:t>
      </w:r>
    </w:p>
    <w:p>
      <w:r>
        <w:rPr>
          <w:b/>
        </w:rPr>
        <w:t xml:space="preserve">[27:10] </w:t>
      </w:r>
      <w:r>
        <w:t>TALEEF literally means softening the heart.</w:t>
      </w:r>
    </w:p>
    <w:p>
      <w:pPr>
        <w:jc w:val="right"/>
      </w:pPr>
      <w:r>
        <w:t>TALEEF literally means softening the heart.</w:t>
      </w:r>
    </w:p>
    <w:p>
      <w:r>
        <w:rPr>
          <w:b/>
        </w:rPr>
        <w:t xml:space="preserve">[27:16] </w:t>
      </w:r>
      <w:r>
        <w:t>So when the Prophet of Islam adopted this principle, follow one and respect all, he adopted a principle of mutual respect.</w:t>
      </w:r>
    </w:p>
    <w:p>
      <w:pPr>
        <w:jc w:val="right"/>
      </w:pPr>
      <w:r>
        <w:t>So when the Prophet of Islam adopted this principle, follow one and respect all, he adopted a principle of mutual respect.</w:t>
      </w:r>
    </w:p>
    <w:p>
      <w:r>
        <w:rPr>
          <w:b/>
        </w:rPr>
        <w:t xml:space="preserve">[27:29] </w:t>
      </w:r>
      <w:r>
        <w:t>So mutual respect was also a principle of TALEEF.</w:t>
      </w:r>
    </w:p>
    <w:p>
      <w:pPr>
        <w:jc w:val="right"/>
      </w:pPr>
      <w:r>
        <w:t>So mutual respect was also a principle of TALEEF.</w:t>
      </w:r>
    </w:p>
    <w:p>
      <w:r>
        <w:rPr>
          <w:b/>
        </w:rPr>
        <w:t xml:space="preserve">[27:39] </w:t>
      </w:r>
      <w:r>
        <w:t>Mutual respect culture was also</w:t>
      </w:r>
    </w:p>
    <w:p>
      <w:pPr>
        <w:jc w:val="right"/>
      </w:pPr>
      <w:r>
        <w:t>Mutual respect culture was also</w:t>
      </w:r>
    </w:p>
    <w:p>
      <w:r>
        <w:rPr>
          <w:b/>
        </w:rPr>
        <w:t xml:space="preserve">[27:46] </w:t>
      </w:r>
      <w:r>
        <w:t>a part of TALEEF. So here you can say that the Prophet of Islam adopted the principle of TALEEF in every aspect of his mission.</w:t>
      </w:r>
    </w:p>
    <w:p>
      <w:pPr>
        <w:jc w:val="right"/>
      </w:pPr>
      <w:r>
        <w:t>a part of TALEEF. So here you can say that the Prophet of Islam adopted the principle of TALEEF in every aspect of his mission.</w:t>
      </w:r>
    </w:p>
    <w:p>
      <w:r>
        <w:rPr>
          <w:b/>
        </w:rPr>
        <w:t xml:space="preserve">[28:04] </w:t>
      </w:r>
      <w:r>
        <w:t>So how you can say that it is now abolished?</w:t>
      </w:r>
    </w:p>
    <w:p>
      <w:pPr>
        <w:jc w:val="right"/>
      </w:pPr>
      <w:r>
        <w:t>So how you can say that it is now abolished?</w:t>
      </w:r>
    </w:p>
    <w:p>
      <w:r>
        <w:rPr>
          <w:b/>
        </w:rPr>
        <w:t xml:space="preserve">[28:10] </w:t>
      </w:r>
      <w:r>
        <w:t>If you say that TALEEF-u-Qalb is abolished, then you have to say that Dawah work is abolished. No Dawah duty, no Dawah work.</w:t>
      </w:r>
    </w:p>
    <w:p>
      <w:pPr>
        <w:jc w:val="right"/>
      </w:pPr>
      <w:r>
        <w:t>If you say that TALEEF-u-Qalb is abolished, then you have to say that Dawah work is abolished. No Dawah duty, no Dawah work.</w:t>
      </w:r>
    </w:p>
    <w:p>
      <w:r>
        <w:rPr>
          <w:b/>
        </w:rPr>
        <w:t xml:space="preserve">[28:22] </w:t>
      </w:r>
      <w:r>
        <w:t>If Dawah work is our duty, if Dawah work is to be continued up to the end of the history, so TALEEF is also</w:t>
      </w:r>
    </w:p>
    <w:p>
      <w:pPr>
        <w:jc w:val="right"/>
      </w:pPr>
      <w:r>
        <w:t>If Dawah work is our duty, if Dawah work is to be continued up to the end of the history, so TALEEF is also</w:t>
      </w:r>
    </w:p>
    <w:p>
      <w:r>
        <w:rPr>
          <w:b/>
        </w:rPr>
        <w:t xml:space="preserve">[28:38] </w:t>
      </w:r>
      <w:r>
        <w:t>to be continued. Without TALEEF, there is no Dawah. Without normal condition, without friendship culture,</w:t>
      </w:r>
    </w:p>
    <w:p>
      <w:pPr>
        <w:jc w:val="right"/>
      </w:pPr>
      <w:r>
        <w:t>to be continued. Without TALEEF, there is no Dawah. Without normal condition, without friendship culture,</w:t>
      </w:r>
    </w:p>
    <w:p>
      <w:r>
        <w:rPr>
          <w:b/>
        </w:rPr>
        <w:t xml:space="preserve">[28:56] </w:t>
      </w:r>
      <w:r>
        <w:t>there is no Dawah. So TALEEF is the culture of Dawah. TALEEF is an integral part of Dawah culture.</w:t>
      </w:r>
    </w:p>
    <w:p>
      <w:pPr>
        <w:jc w:val="right"/>
      </w:pPr>
      <w:r>
        <w:t>there is no Dawah. So TALEEF is the culture of Dawah. TALEEF is an integral part of Dawah culture.</w:t>
      </w:r>
    </w:p>
    <w:p>
      <w:r>
        <w:rPr>
          <w:b/>
        </w:rPr>
        <w:t xml:space="preserve">[29:11] </w:t>
      </w:r>
      <w:r>
        <w:t>Then when the Prophet of Islam</w:t>
      </w:r>
    </w:p>
    <w:p>
      <w:pPr>
        <w:jc w:val="right"/>
      </w:pPr>
      <w:r>
        <w:t>Then when the Prophet of Islam</w:t>
      </w:r>
    </w:p>
    <w:p>
      <w:r>
        <w:rPr>
          <w:b/>
        </w:rPr>
        <w:t xml:space="preserve">[29:17] </w:t>
      </w:r>
      <w:r>
        <w:t>migrated from Makkah and settled in Madinah, so at that time</w:t>
      </w:r>
    </w:p>
    <w:p>
      <w:pPr>
        <w:jc w:val="right"/>
      </w:pPr>
      <w:r>
        <w:t>migrated from Makkah and settled in Madinah, so at that time</w:t>
      </w:r>
    </w:p>
    <w:p>
      <w:r>
        <w:rPr>
          <w:b/>
        </w:rPr>
        <w:t xml:space="preserve">[29:28] </w:t>
      </w:r>
      <w:r>
        <w:t>there were some Jewish tribes in Madinah. There were Muslims and at the same time there were Jews.</w:t>
      </w:r>
    </w:p>
    <w:p>
      <w:pPr>
        <w:jc w:val="right"/>
      </w:pPr>
      <w:r>
        <w:t>there were some Jewish tribes in Madinah. There were Muslims and at the same time there were Jews.</w:t>
      </w:r>
    </w:p>
    <w:p>
      <w:r>
        <w:rPr>
          <w:b/>
        </w:rPr>
        <w:t xml:space="preserve">[29:39] </w:t>
      </w:r>
      <w:r>
        <w:t>So the Prophet of Islam was head of the Madinah Society. The Prophet of Islam became head of the Madinah Society.</w:t>
      </w:r>
    </w:p>
    <w:p>
      <w:pPr>
        <w:jc w:val="right"/>
      </w:pPr>
      <w:r>
        <w:t>So the Prophet of Islam was head of the Madinah Society. The Prophet of Islam became head of the Madinah Society.</w:t>
      </w:r>
    </w:p>
    <w:p>
      <w:r>
        <w:rPr>
          <w:b/>
        </w:rPr>
        <w:t xml:space="preserve">[29:53] </w:t>
      </w:r>
      <w:r>
        <w:t>As the head of this society, he declared—he issued a declaration.</w:t>
      </w:r>
    </w:p>
    <w:p>
      <w:pPr>
        <w:jc w:val="right"/>
      </w:pPr>
      <w:r>
        <w:t>As the head of this society, he declared—he issued a declaration.</w:t>
      </w:r>
    </w:p>
    <w:p>
      <w:r>
        <w:rPr>
          <w:b/>
        </w:rPr>
        <w:t xml:space="preserve">[30:06] </w:t>
      </w:r>
      <w:r>
        <w:t>This declaration is known in the books, in the Islamic books as Sahifatul Madinah.</w:t>
      </w:r>
    </w:p>
    <w:p>
      <w:pPr>
        <w:jc w:val="right"/>
      </w:pPr>
      <w:r>
        <w:t>This declaration is known in the books, in the Islamic books as Sahifatul Madinah.</w:t>
      </w:r>
    </w:p>
    <w:p>
      <w:r>
        <w:rPr>
          <w:b/>
        </w:rPr>
        <w:t xml:space="preserve">[30:18] </w:t>
      </w:r>
      <w:r>
        <w:t>Sahifatul Madinah means Madinah Declaration. Madinah Declaration. So in this declaration, there was a provision in these words,</w:t>
      </w:r>
    </w:p>
    <w:p>
      <w:pPr>
        <w:jc w:val="right"/>
      </w:pPr>
      <w:r>
        <w:t>Sahifatul Madinah means Madinah Declaration. Madinah Declaration. So in this declaration, there was a provision in these words,</w:t>
      </w:r>
    </w:p>
    <w:p>
      <w:r>
        <w:rPr>
          <w:b/>
        </w:rPr>
        <w:t xml:space="preserve">[30:33] </w:t>
      </w:r>
      <w:r>
        <w:t>"Lil Yahud dinum walil Muslimin dinum." For</w:t>
      </w:r>
    </w:p>
    <w:p>
      <w:pPr>
        <w:jc w:val="right"/>
      </w:pPr>
      <w:r>
        <w:t>"Lil Yahud dinum walil Muslimin dinum." For</w:t>
      </w:r>
    </w:p>
    <w:p>
      <w:r>
        <w:rPr>
          <w:b/>
        </w:rPr>
        <w:t xml:space="preserve">[30:43] </w:t>
      </w:r>
      <w:r>
        <w:t>Jews, their religion. For Muslims, their religion. For Yahudis, their religion. For Muslims, their religion.</w:t>
      </w:r>
    </w:p>
    <w:p>
      <w:pPr>
        <w:jc w:val="right"/>
      </w:pPr>
      <w:r>
        <w:t>Jews, their religion. For Muslims, their religion. For Yahudis, their religion. For Muslims, their religion.</w:t>
      </w:r>
    </w:p>
    <w:p>
      <w:r>
        <w:rPr>
          <w:b/>
        </w:rPr>
        <w:t xml:space="preserve">[30:53] </w:t>
      </w:r>
      <w:r>
        <w:t>It is also a formula of coexistence.</w:t>
      </w:r>
    </w:p>
    <w:p>
      <w:pPr>
        <w:jc w:val="right"/>
      </w:pPr>
      <w:r>
        <w:t>It is also a formula of coexistence.</w:t>
      </w:r>
    </w:p>
    <w:p>
      <w:r>
        <w:rPr>
          <w:b/>
        </w:rPr>
        <w:t xml:space="preserve">[30:59] </w:t>
      </w:r>
      <w:r>
        <w:t>It is a formula of peaceful coexistence. "Lil Yahud dinum walil Muslimin dinum." For Yahudis, their religion.</w:t>
      </w:r>
    </w:p>
    <w:p>
      <w:pPr>
        <w:jc w:val="right"/>
      </w:pPr>
      <w:r>
        <w:t>It is a formula of peaceful coexistence. "Lil Yahud dinum walil Muslimin dinum." For Yahudis, their religion.</w:t>
      </w:r>
    </w:p>
    <w:p>
      <w:r>
        <w:rPr>
          <w:b/>
        </w:rPr>
        <w:t xml:space="preserve">[31:12] </w:t>
      </w:r>
      <w:r>
        <w:t>For Muslims, their religion. In other words, it was a formula of peaceful coexistence.</w:t>
      </w:r>
    </w:p>
    <w:p>
      <w:pPr>
        <w:jc w:val="right"/>
      </w:pPr>
      <w:r>
        <w:t>For Muslims, their religion. In other words, it was a formula of peaceful coexistence.</w:t>
      </w:r>
    </w:p>
    <w:p>
      <w:r>
        <w:rPr>
          <w:b/>
        </w:rPr>
        <w:t xml:space="preserve">[31:21] </w:t>
      </w:r>
      <w:r>
        <w:t>This is TALEEF. It was also a part of TALEEF. So when he settled in Madinah at that time, although he was head of that society,</w:t>
      </w:r>
    </w:p>
    <w:p>
      <w:pPr>
        <w:jc w:val="right"/>
      </w:pPr>
      <w:r>
        <w:t>This is TALEEF. It was also a part of TALEEF. So when he settled in Madinah at that time, although he was head of that society,</w:t>
      </w:r>
    </w:p>
    <w:p>
      <w:r>
        <w:rPr>
          <w:b/>
        </w:rPr>
        <w:t xml:space="preserve">[31:36] </w:t>
      </w:r>
      <w:r>
        <w:t>he adopted the same formula, formula of TALEEF. He said that Muslim and Jew both will live in Madinah by following this principle,</w:t>
      </w:r>
    </w:p>
    <w:p>
      <w:pPr>
        <w:jc w:val="right"/>
      </w:pPr>
      <w:r>
        <w:t>he adopted the same formula, formula of TALEEF. He said that Muslim and Jew both will live in Madinah by following this principle,</w:t>
      </w:r>
    </w:p>
    <w:p>
      <w:r>
        <w:rPr>
          <w:b/>
        </w:rPr>
        <w:t xml:space="preserve">[31:54] </w:t>
      </w:r>
      <w:r>
        <w:t>peaceful coexistence.</w:t>
      </w:r>
    </w:p>
    <w:p>
      <w:pPr>
        <w:jc w:val="right"/>
      </w:pPr>
      <w:r>
        <w:t>peaceful coexistence.</w:t>
      </w:r>
    </w:p>
    <w:p>
      <w:r>
        <w:rPr>
          <w:b/>
        </w:rPr>
        <w:t xml:space="preserve">[32:00] </w:t>
      </w:r>
      <w:r>
        <w:t>I can say that peaceful coexistence is the only way of existence in this world.</w:t>
      </w:r>
    </w:p>
    <w:p>
      <w:pPr>
        <w:jc w:val="right"/>
      </w:pPr>
      <w:r>
        <w:t>I can say that peaceful coexistence is the only way of existence in this world.</w:t>
      </w:r>
    </w:p>
    <w:p>
      <w:r>
        <w:rPr>
          <w:b/>
        </w:rPr>
        <w:t xml:space="preserve">[32:10] </w:t>
      </w:r>
      <w:r>
        <w:t>Peaceful coexistence is the only way of existence in this world.</w:t>
      </w:r>
    </w:p>
    <w:p>
      <w:pPr>
        <w:jc w:val="right"/>
      </w:pPr>
      <w:r>
        <w:t>Peaceful coexistence is the only way of existence in this world.</w:t>
      </w:r>
    </w:p>
    <w:p>
      <w:r>
        <w:rPr>
          <w:b/>
        </w:rPr>
        <w:t xml:space="preserve">[32:17] </w:t>
      </w:r>
      <w:r>
        <w:t>And this principle was published—this principle was established by the Prophet perhaps for the first time in history.</w:t>
      </w:r>
    </w:p>
    <w:p>
      <w:pPr>
        <w:jc w:val="right"/>
      </w:pPr>
      <w:r>
        <w:t>And this principle was published—this principle was established by the Prophet perhaps for the first time in history.</w:t>
      </w:r>
    </w:p>
    <w:p>
      <w:r>
        <w:rPr>
          <w:b/>
        </w:rPr>
        <w:t xml:space="preserve">[32:30] </w:t>
      </w:r>
      <w:r>
        <w:t>So what is peaceful coexistence</w:t>
      </w:r>
    </w:p>
    <w:p>
      <w:pPr>
        <w:jc w:val="right"/>
      </w:pPr>
      <w:r>
        <w:t>So what is peaceful coexistence</w:t>
      </w:r>
    </w:p>
    <w:p>
      <w:r>
        <w:rPr>
          <w:b/>
        </w:rPr>
        <w:t xml:space="preserve">[32:32] </w:t>
      </w:r>
      <w:r>
        <w:t>? It is TALEEF. It is TALEEF.</w:t>
      </w:r>
    </w:p>
    <w:p>
      <w:pPr>
        <w:jc w:val="right"/>
      </w:pPr>
      <w:r>
        <w:t>? It is TALEEF. It is TALEEF.</w:t>
      </w:r>
    </w:p>
    <w:p>
      <w:r>
        <w:rPr>
          <w:b/>
        </w:rPr>
        <w:t xml:space="preserve">[32:40] </w:t>
      </w:r>
      <w:r>
        <w:t>So the Prophet adopted this formula, "Lil Yahud dinum walil Muslimin dinum." "For Yahudis, their religion.</w:t>
      </w:r>
    </w:p>
    <w:p>
      <w:pPr>
        <w:jc w:val="right"/>
      </w:pPr>
      <w:r>
        <w:t>So the Prophet adopted this formula, "Lil Yahud dinum walil Muslimin dinum." "For Yahudis, their religion.</w:t>
      </w:r>
    </w:p>
    <w:p>
      <w:r>
        <w:rPr>
          <w:b/>
        </w:rPr>
        <w:t xml:space="preserve">[32:51] </w:t>
      </w:r>
      <w:r>
        <w:t>For Muslims, their religion."</w:t>
      </w:r>
    </w:p>
    <w:p>
      <w:pPr>
        <w:jc w:val="right"/>
      </w:pPr>
      <w:r>
        <w:t>For Muslims, their religion."</w:t>
      </w:r>
    </w:p>
    <w:p>
      <w:r>
        <w:rPr>
          <w:b/>
        </w:rPr>
        <w:t xml:space="preserve">[32:55] </w:t>
      </w:r>
      <w:r>
        <w:t>Coexistence between Muslims and Yahudis. So it was TALEEF.</w:t>
      </w:r>
    </w:p>
    <w:p>
      <w:pPr>
        <w:jc w:val="right"/>
      </w:pPr>
      <w:r>
        <w:t>Coexistence between Muslims and Yahudis. So it was TALEEF.</w:t>
      </w:r>
    </w:p>
    <w:p>
      <w:r>
        <w:rPr>
          <w:b/>
        </w:rPr>
        <w:t xml:space="preserve">[33:05] </w:t>
      </w:r>
      <w:r>
        <w:t>There are so many examples, so many examples,</w:t>
      </w:r>
    </w:p>
    <w:p>
      <w:pPr>
        <w:jc w:val="right"/>
      </w:pPr>
      <w:r>
        <w:t>There are so many examples, so many examples,</w:t>
      </w:r>
    </w:p>
    <w:p>
      <w:r>
        <w:rPr>
          <w:b/>
        </w:rPr>
        <w:t xml:space="preserve">[33:10] </w:t>
      </w:r>
      <w:r>
        <w:t>that the Prophet of Islam always followed the principle of TALEEF</w:t>
      </w:r>
    </w:p>
    <w:p>
      <w:pPr>
        <w:jc w:val="right"/>
      </w:pPr>
      <w:r>
        <w:t>that the Prophet of Islam always followed the principle of TALEEF</w:t>
      </w:r>
    </w:p>
    <w:p>
      <w:r>
        <w:rPr>
          <w:b/>
        </w:rPr>
        <w:t xml:space="preserve">[33:23] </w:t>
      </w:r>
      <w:r>
        <w:t>throughout his mission</w:t>
      </w:r>
    </w:p>
    <w:p>
      <w:pPr>
        <w:jc w:val="right"/>
      </w:pPr>
      <w:r>
        <w:t>throughout his mission</w:t>
      </w:r>
    </w:p>
    <w:p>
      <w:r>
        <w:rPr>
          <w:b/>
        </w:rPr>
        <w:t xml:space="preserve">[33:27] </w:t>
      </w:r>
      <w:r>
        <w:t>. Now when the Prophet was in Madinah and there were some Jewish tribes, so what happened?</w:t>
      </w:r>
    </w:p>
    <w:p>
      <w:pPr>
        <w:jc w:val="right"/>
      </w:pPr>
      <w:r>
        <w:t>. Now when the Prophet was in Madinah and there were some Jewish tribes, so what happened?</w:t>
      </w:r>
    </w:p>
    <w:p>
      <w:r>
        <w:rPr>
          <w:b/>
        </w:rPr>
        <w:t xml:space="preserve">[33:39] </w:t>
      </w:r>
      <w:r>
        <w:t>One day the Prophet of Islam saw a funeral procession, jenazah procession.</w:t>
      </w:r>
    </w:p>
    <w:p>
      <w:pPr>
        <w:jc w:val="right"/>
      </w:pPr>
      <w:r>
        <w:t>One day the Prophet of Islam saw a funeral procession, jenazah procession.</w:t>
      </w:r>
    </w:p>
    <w:p>
      <w:r>
        <w:rPr>
          <w:b/>
        </w:rPr>
        <w:t xml:space="preserve">[33:51] </w:t>
      </w:r>
      <w:r>
        <w:t>He saw a funeral procession passing through a street in Madinah.</w:t>
      </w:r>
    </w:p>
    <w:p>
      <w:pPr>
        <w:jc w:val="right"/>
      </w:pPr>
      <w:r>
        <w:t>He saw a funeral procession passing through a street in Madinah.</w:t>
      </w:r>
    </w:p>
    <w:p>
      <w:r>
        <w:rPr>
          <w:b/>
        </w:rPr>
        <w:t xml:space="preserve">[34:02] </w:t>
      </w:r>
      <w:r>
        <w:t>So the Prophet was seated at that time. When he saw this procession, he stood up in respect.</w:t>
      </w:r>
    </w:p>
    <w:p>
      <w:pPr>
        <w:jc w:val="right"/>
      </w:pPr>
      <w:r>
        <w:t>So the Prophet was seated at that time. When he saw this procession, he stood up in respect.</w:t>
      </w:r>
    </w:p>
    <w:p>
      <w:r>
        <w:rPr>
          <w:b/>
        </w:rPr>
        <w:t xml:space="preserve">[34:14] </w:t>
      </w:r>
      <w:r>
        <w:t>He stood up in respect.</w:t>
      </w:r>
    </w:p>
    <w:p>
      <w:pPr>
        <w:jc w:val="right"/>
      </w:pPr>
      <w:r>
        <w:t>He stood up in respect.</w:t>
      </w:r>
    </w:p>
    <w:p>
      <w:r>
        <w:rPr>
          <w:b/>
        </w:rPr>
        <w:t xml:space="preserve">[34:19] </w:t>
      </w:r>
      <w:r>
        <w:t>So one of his companions said, "O Prophet, it was the funeral of a Jew, not a Muslim.</w:t>
      </w:r>
    </w:p>
    <w:p>
      <w:pPr>
        <w:jc w:val="right"/>
      </w:pPr>
      <w:r>
        <w:t>So one of his companions said, "O Prophet, it was the funeral of a Jew, not a Muslim.</w:t>
      </w:r>
    </w:p>
    <w:p>
      <w:r>
        <w:rPr>
          <w:b/>
        </w:rPr>
        <w:t xml:space="preserve">[34:28] </w:t>
      </w:r>
      <w:r>
        <w:t>It was the funeral of a non-Muslim and not a Muslim."</w:t>
      </w:r>
    </w:p>
    <w:p>
      <w:pPr>
        <w:jc w:val="right"/>
      </w:pPr>
      <w:r>
        <w:t>It was the funeral of a non-Muslim and not a Muslim."</w:t>
      </w:r>
    </w:p>
    <w:p>
      <w:r>
        <w:rPr>
          <w:b/>
        </w:rPr>
        <w:t xml:space="preserve">[34:34] </w:t>
      </w:r>
      <w:r>
        <w:t>The Prophet replied, "Alaisat nafsan, was he not a human being?" "Alaisat nafsan,</w:t>
      </w:r>
    </w:p>
    <w:p>
      <w:pPr>
        <w:jc w:val="right"/>
      </w:pPr>
      <w:r>
        <w:t>The Prophet replied, "Alaisat nafsan, was he not a human being?" "Alaisat nafsan,</w:t>
      </w:r>
    </w:p>
    <w:p>
      <w:r>
        <w:rPr>
          <w:b/>
        </w:rPr>
        <w:t xml:space="preserve">[34:48] </w:t>
      </w:r>
      <w:r>
        <w:t>was he not a human being?</w:t>
      </w:r>
    </w:p>
    <w:p>
      <w:pPr>
        <w:jc w:val="right"/>
      </w:pPr>
      <w:r>
        <w:t>was he not a human being?</w:t>
      </w:r>
    </w:p>
    <w:p>
      <w:r>
        <w:rPr>
          <w:b/>
        </w:rPr>
        <w:t xml:space="preserve">[34:52] </w:t>
      </w:r>
      <w:r>
        <w:t>" This story you can see in Sahih al-Bukhari. Now what it means is also a part of TALEEF-u-Qalb.</w:t>
      </w:r>
    </w:p>
    <w:p>
      <w:pPr>
        <w:jc w:val="right"/>
      </w:pPr>
      <w:r>
        <w:t>" This story you can see in Sahih al-Bukhari. Now what it means is also a part of TALEEF-u-Qalb.</w:t>
      </w:r>
    </w:p>
    <w:p>
      <w:r>
        <w:rPr>
          <w:b/>
        </w:rPr>
        <w:t xml:space="preserve">[35:07] </w:t>
      </w:r>
      <w:r>
        <w:t>It is also an example of TALEEF. So the Prophet wanted to maintain a rapport between himself and those non-Muslims,</w:t>
      </w:r>
    </w:p>
    <w:p>
      <w:pPr>
        <w:jc w:val="right"/>
      </w:pPr>
      <w:r>
        <w:t>It is also an example of TALEEF. So the Prophet wanted to maintain a rapport between himself and those non-Muslims,</w:t>
      </w:r>
    </w:p>
    <w:p>
      <w:r>
        <w:rPr>
          <w:b/>
        </w:rPr>
        <w:t xml:space="preserve">[35:25] </w:t>
      </w:r>
      <w:r>
        <w:t>a normal relationship, a friendship environment</w:t>
      </w:r>
    </w:p>
    <w:p>
      <w:pPr>
        <w:jc w:val="right"/>
      </w:pPr>
      <w:r>
        <w:t>a normal relationship, a friendship environment</w:t>
      </w:r>
    </w:p>
    <w:p>
      <w:r>
        <w:rPr>
          <w:b/>
        </w:rPr>
        <w:t xml:space="preserve">[35:31] </w:t>
      </w:r>
      <w:r>
        <w:t>. So he went to the extent that he</w:t>
      </w:r>
    </w:p>
    <w:p>
      <w:pPr>
        <w:jc w:val="right"/>
      </w:pPr>
      <w:r>
        <w:t>. So he went to the extent that he</w:t>
      </w:r>
    </w:p>
    <w:p>
      <w:r>
        <w:rPr>
          <w:b/>
        </w:rPr>
        <w:t xml:space="preserve">[35:37] </w:t>
      </w:r>
      <w:r>
        <w:t>discovered a commonality between the Muslims and non-Muslims, commonality. And what was that commonality?</w:t>
      </w:r>
    </w:p>
    <w:p>
      <w:pPr>
        <w:jc w:val="right"/>
      </w:pPr>
      <w:r>
        <w:t>discovered a commonality between the Muslims and non-Muslims, commonality. And what was that commonality?</w:t>
      </w:r>
    </w:p>
    <w:p>
      <w:r>
        <w:rPr>
          <w:b/>
        </w:rPr>
        <w:t xml:space="preserve">[35:45] </w:t>
      </w:r>
      <w:r>
        <w:t>That commonality was that Muslims are also human beings and non-Muslims are also non-human beings. So he gave the logic,</w:t>
      </w:r>
    </w:p>
    <w:p>
      <w:pPr>
        <w:jc w:val="right"/>
      </w:pPr>
      <w:r>
        <w:t>That commonality was that Muslims are also human beings and non-Muslims are also non-human beings. So he gave the logic,</w:t>
      </w:r>
    </w:p>
    <w:p>
      <w:r>
        <w:rPr>
          <w:b/>
        </w:rPr>
        <w:t xml:space="preserve">[35:58] </w:t>
      </w:r>
      <w:r>
        <w:t>"I am a human being." And also the non-Muslim is a human being.</w:t>
      </w:r>
    </w:p>
    <w:p>
      <w:pPr>
        <w:jc w:val="right"/>
      </w:pPr>
      <w:r>
        <w:t>"I am a human being." And also the non-Muslim is a human being.</w:t>
      </w:r>
    </w:p>
    <w:p>
      <w:r>
        <w:rPr>
          <w:b/>
        </w:rPr>
        <w:t xml:space="preserve">[36:08] </w:t>
      </w:r>
      <w:r>
        <w:t>So both are human, both are men, both were created by God Almighty.</w:t>
      </w:r>
    </w:p>
    <w:p>
      <w:pPr>
        <w:jc w:val="right"/>
      </w:pPr>
      <w:r>
        <w:t>So both are human, both are men, both were created by God Almighty.</w:t>
      </w:r>
    </w:p>
    <w:p>
      <w:r>
        <w:rPr>
          <w:b/>
        </w:rPr>
        <w:t xml:space="preserve">[36:19] </w:t>
      </w:r>
      <w:r>
        <w:t>So here is the commonality. Thus he gave the logic of his respect.</w:t>
      </w:r>
    </w:p>
    <w:p>
      <w:pPr>
        <w:jc w:val="right"/>
      </w:pPr>
      <w:r>
        <w:t>So here is the commonality. Thus he gave the logic of his respect.</w:t>
      </w:r>
    </w:p>
    <w:p>
      <w:r>
        <w:rPr>
          <w:b/>
        </w:rPr>
        <w:t xml:space="preserve">[36:31] </w:t>
      </w:r>
      <w:r>
        <w:t>Thus he gave the logic of his respect. Thus he gave the logic of the TALEEF culture, the friendship culture</w:t>
      </w:r>
    </w:p>
    <w:p>
      <w:pPr>
        <w:jc w:val="right"/>
      </w:pPr>
      <w:r>
        <w:t>Thus he gave the logic of his respect. Thus he gave the logic of the TALEEF culture, the friendship culture</w:t>
      </w:r>
    </w:p>
    <w:p>
      <w:r>
        <w:rPr>
          <w:b/>
        </w:rPr>
        <w:t xml:space="preserve">[36:44] </w:t>
      </w:r>
      <w:r>
        <w:t>. This is the life of the Prophet of Islam.</w:t>
      </w:r>
    </w:p>
    <w:p>
      <w:pPr>
        <w:jc w:val="right"/>
      </w:pPr>
      <w:r>
        <w:t>. This is the life of the Prophet of Islam.</w:t>
      </w:r>
    </w:p>
    <w:p>
      <w:r>
        <w:rPr>
          <w:b/>
        </w:rPr>
        <w:t xml:space="preserve">[36:54] </w:t>
      </w:r>
      <w:r>
        <w:t>So those who</w:t>
      </w:r>
    </w:p>
    <w:p>
      <w:pPr>
        <w:jc w:val="right"/>
      </w:pPr>
      <w:r>
        <w:t>So those who</w:t>
      </w:r>
    </w:p>
    <w:p>
      <w:r>
        <w:rPr>
          <w:b/>
        </w:rPr>
        <w:t xml:space="preserve">[36:59] </w:t>
      </w:r>
      <w:r>
        <w:t>see the principle of TALEEF in</w:t>
      </w:r>
    </w:p>
    <w:p>
      <w:pPr>
        <w:jc w:val="right"/>
      </w:pPr>
      <w:r>
        <w:t>see the principle of TALEEF in</w:t>
      </w:r>
    </w:p>
    <w:p>
      <w:r>
        <w:rPr>
          <w:b/>
        </w:rPr>
        <w:t xml:space="preserve">[37:06] </w:t>
      </w:r>
      <w:r>
        <w:t>context of zakat or mal, they cannot understand; they fail to understand the comprehensive nature of this principle.</w:t>
      </w:r>
    </w:p>
    <w:p>
      <w:pPr>
        <w:jc w:val="right"/>
      </w:pPr>
      <w:r>
        <w:t>context of zakat or mal, they cannot understand; they fail to understand the comprehensive nature of this principle.</w:t>
      </w:r>
    </w:p>
    <w:p>
      <w:r>
        <w:rPr>
          <w:b/>
        </w:rPr>
        <w:t xml:space="preserve">[37:21] </w:t>
      </w:r>
      <w:r>
        <w:t>They bracketed this principle with zakat, or some money, maal ghanimat. So due to this, they failed to understand the universality of the TALEEF.</w:t>
      </w:r>
    </w:p>
    <w:p>
      <w:pPr>
        <w:jc w:val="right"/>
      </w:pPr>
      <w:r>
        <w:t>They bracketed this principle with zakat, or some money, maal ghanimat. So due to this, they failed to understand the universality of the TALEEF.</w:t>
      </w:r>
    </w:p>
    <w:p>
      <w:r>
        <w:rPr>
          <w:b/>
        </w:rPr>
        <w:t xml:space="preserve">[37:42] </w:t>
      </w:r>
      <w:r>
        <w:t>TALEEF is a universal culture</w:t>
      </w:r>
    </w:p>
    <w:p>
      <w:pPr>
        <w:jc w:val="right"/>
      </w:pPr>
      <w:r>
        <w:t>TALEEF is a universal culture</w:t>
      </w:r>
    </w:p>
    <w:p>
      <w:r>
        <w:rPr>
          <w:b/>
        </w:rPr>
        <w:t xml:space="preserve">[37:47] </w:t>
      </w:r>
      <w:r>
        <w:t>. TALEEF is an eternal requirement. TALEEF means friendship behaviour, human behaviour, normal behaviour.</w:t>
      </w:r>
    </w:p>
    <w:p>
      <w:pPr>
        <w:jc w:val="right"/>
      </w:pPr>
      <w:r>
        <w:t>. TALEEF is an eternal requirement. TALEEF means friendship behaviour, human behaviour, normal behaviour.</w:t>
      </w:r>
    </w:p>
    <w:p>
      <w:r>
        <w:rPr>
          <w:b/>
        </w:rPr>
        <w:t xml:space="preserve">[38:05] </w:t>
      </w:r>
      <w:r>
        <w:t>So this is how you can abolish this. The Prophet of Islam has said, "Ashrin nasab bikhulqin hasanin." "Ashrin nasab bikhulqin hasanin." O people, live among others with good behaviour.</w:t>
      </w:r>
    </w:p>
    <w:p>
      <w:pPr>
        <w:jc w:val="right"/>
      </w:pPr>
      <w:r>
        <w:t>So this is how you can abolish this. The Prophet of Islam has said, "Ashrin nasab bikhulqin hasanin." "Ashrin nasab bikhulqin hasanin." O people, live among others with good behaviour.</w:t>
      </w:r>
    </w:p>
    <w:p>
      <w:r>
        <w:rPr>
          <w:b/>
        </w:rPr>
        <w:t xml:space="preserve">[38:30] </w:t>
      </w:r>
      <w:r>
        <w:t>"Ashrin nasab bikhulqin hasanin." Live with others, live among people with good behaviour.</w:t>
      </w:r>
    </w:p>
    <w:p>
      <w:pPr>
        <w:jc w:val="right"/>
      </w:pPr>
      <w:r>
        <w:t>"Ashrin nasab bikhulqin hasanin." Live with others, live among people with good behaviour.</w:t>
      </w:r>
    </w:p>
    <w:p>
      <w:r>
        <w:rPr>
          <w:b/>
        </w:rPr>
        <w:t xml:space="preserve">[38:40] </w:t>
      </w:r>
      <w:r>
        <w:t>It is also TALEEF. It is an eternal teaching. The Prophet of Islam has said, "Al-Muslimum al-Salamun nasib al-Lisanihi wayadhi." A true Muslim is one by whose hands and tongue people are safe.</w:t>
      </w:r>
    </w:p>
    <w:p>
      <w:pPr>
        <w:jc w:val="right"/>
      </w:pPr>
      <w:r>
        <w:t>It is also TALEEF. It is an eternal teaching. The Prophet of Islam has said, "Al-Muslimum al-Salamun nasib al-Lisanihi wayadhi." A true Muslim is one by whose hands and tongue people are safe.</w:t>
      </w:r>
    </w:p>
    <w:p>
      <w:r>
        <w:rPr>
          <w:b/>
        </w:rPr>
        <w:t xml:space="preserve">[39:01] </w:t>
      </w:r>
      <w:r>
        <w:t>It is an eternal teaching of Islam.</w:t>
      </w:r>
    </w:p>
    <w:p>
      <w:pPr>
        <w:jc w:val="right"/>
      </w:pPr>
      <w:r>
        <w:t>It is an eternal teaching of Islam.</w:t>
      </w:r>
    </w:p>
    <w:p>
      <w:r>
        <w:rPr>
          <w:b/>
        </w:rPr>
        <w:t xml:space="preserve">[39:04] </w:t>
      </w:r>
      <w:r>
        <w:t>And at the same time, it is a part of TALEEF. It is a part of TALEEF. So TALEEF is a permanent culture.</w:t>
      </w:r>
    </w:p>
    <w:p>
      <w:pPr>
        <w:jc w:val="right"/>
      </w:pPr>
      <w:r>
        <w:t>And at the same time, it is a part of TALEEF. It is a part of TALEEF. So TALEEF is a permanent culture.</w:t>
      </w:r>
    </w:p>
    <w:p>
      <w:r>
        <w:rPr>
          <w:b/>
        </w:rPr>
        <w:t xml:space="preserve">[39:16] </w:t>
      </w:r>
      <w:r>
        <w:t>TALEEF is an eternal culture. TALEEF is an integral part of Islamic life. And TALEEF is an integral part of Dawah work.</w:t>
      </w:r>
    </w:p>
    <w:p>
      <w:pPr>
        <w:jc w:val="right"/>
      </w:pPr>
      <w:r>
        <w:t>TALEEF is an eternal culture. TALEEF is an integral part of Islamic life. And TALEEF is an integral part of Dawah work.</w:t>
      </w:r>
    </w:p>
    <w:p>
      <w:r>
        <w:rPr>
          <w:b/>
        </w:rPr>
        <w:t xml:space="preserve">[39:30] </w:t>
      </w:r>
      <w:r>
        <w:t>How you can abolish TALEEF?</w:t>
      </w:r>
    </w:p>
    <w:p>
      <w:pPr>
        <w:jc w:val="right"/>
      </w:pPr>
      <w:r>
        <w:t>How you can abolish TALEEF?</w:t>
      </w:r>
    </w:p>
    <w:p>
      <w:r>
        <w:rPr>
          <w:b/>
        </w:rPr>
        <w:t xml:space="preserve">[39:33] </w:t>
      </w:r>
      <w:r>
        <w:t>Then you see,</w:t>
      </w:r>
    </w:p>
    <w:p>
      <w:pPr>
        <w:jc w:val="right"/>
      </w:pPr>
      <w:r>
        <w:t>Then you see,</w:t>
      </w:r>
    </w:p>
    <w:p>
      <w:r>
        <w:rPr>
          <w:b/>
        </w:rPr>
        <w:t xml:space="preserve">[39:37] </w:t>
      </w:r>
      <w:r>
        <w:t>I can say that all the activities of the Prophet of Islam can be traced under this principle that is TALEEF.</w:t>
      </w:r>
    </w:p>
    <w:p>
      <w:pPr>
        <w:jc w:val="right"/>
      </w:pPr>
      <w:r>
        <w:t>I can say that all the activities of the Prophet of Islam can be traced under this principle that is TALEEF.</w:t>
      </w:r>
    </w:p>
    <w:p>
      <w:r>
        <w:rPr>
          <w:b/>
        </w:rPr>
        <w:t xml:space="preserve">[39:48] </w:t>
      </w:r>
      <w:r>
        <w:t>All those principles. For example, once a Baddu, that is a villager, visited Madinah and he entered the mosque,</w:t>
      </w:r>
    </w:p>
    <w:p>
      <w:pPr>
        <w:jc w:val="right"/>
      </w:pPr>
      <w:r>
        <w:t>All those principles. For example, once a Baddu, that is a villager, visited Madinah and he entered the mosque,</w:t>
      </w:r>
    </w:p>
    <w:p>
      <w:r>
        <w:rPr>
          <w:b/>
        </w:rPr>
        <w:t xml:space="preserve">[40:07] </w:t>
      </w:r>
      <w:r>
        <w:t>the mosque of Masjid Nabawi,</w:t>
      </w:r>
    </w:p>
    <w:p>
      <w:pPr>
        <w:jc w:val="right"/>
      </w:pPr>
      <w:r>
        <w:t>the mosque of Masjid Nabawi,</w:t>
      </w:r>
    </w:p>
    <w:p>
      <w:r>
        <w:rPr>
          <w:b/>
        </w:rPr>
        <w:t xml:space="preserve">[40:13] </w:t>
      </w:r>
      <w:r>
        <w:t>the most</w:t>
      </w:r>
    </w:p>
    <w:p>
      <w:pPr>
        <w:jc w:val="right"/>
      </w:pPr>
      <w:r>
        <w:t>the most</w:t>
      </w:r>
    </w:p>
    <w:p>
      <w:r>
        <w:rPr>
          <w:b/>
        </w:rPr>
        <w:t xml:space="preserve">[40:20] </w:t>
      </w:r>
      <w:r>
        <w:t>holy mosque according to Muslim belief</w:t>
      </w:r>
    </w:p>
    <w:p>
      <w:pPr>
        <w:jc w:val="right"/>
      </w:pPr>
      <w:r>
        <w:t>holy mosque according to Muslim belief</w:t>
      </w:r>
    </w:p>
    <w:p>
      <w:r>
        <w:rPr>
          <w:b/>
        </w:rPr>
        <w:t xml:space="preserve">[40:25] </w:t>
      </w:r>
      <w:r>
        <w:t>. So he polluted this mosque. So the Sahaba, or the contemporary Muslims that are Sahaba, wanted to beat him</w:t>
      </w:r>
    </w:p>
    <w:p>
      <w:pPr>
        <w:jc w:val="right"/>
      </w:pPr>
      <w:r>
        <w:t>. So he polluted this mosque. So the Sahaba, or the contemporary Muslims that are Sahaba, wanted to beat him</w:t>
      </w:r>
    </w:p>
    <w:p>
      <w:r>
        <w:rPr>
          <w:b/>
        </w:rPr>
        <w:t xml:space="preserve">[40:39] </w:t>
      </w:r>
      <w:r>
        <w:t>. The Prophet said, "No, leave him." So the Prophet never abused him and he was able to leave the masjid with a peaceful manner.</w:t>
      </w:r>
    </w:p>
    <w:p>
      <w:pPr>
        <w:jc w:val="right"/>
      </w:pPr>
      <w:r>
        <w:t>. The Prophet said, "No, leave him." So the Prophet never abused him and he was able to leave the masjid with a peaceful manner.</w:t>
      </w:r>
    </w:p>
    <w:p>
      <w:r>
        <w:rPr>
          <w:b/>
        </w:rPr>
        <w:t xml:space="preserve">[40:55] </w:t>
      </w:r>
      <w:r>
        <w:t>So when he reached his tribe, he said, "This story, he told this story that I went to Madinah,</w:t>
      </w:r>
    </w:p>
    <w:p>
      <w:pPr>
        <w:jc w:val="right"/>
      </w:pPr>
      <w:r>
        <w:t>So when he reached his tribe, he said, "This story, he told this story that I went to Madinah,</w:t>
      </w:r>
    </w:p>
    <w:p>
      <w:r>
        <w:rPr>
          <w:b/>
        </w:rPr>
        <w:t xml:space="preserve">[41:09] </w:t>
      </w:r>
      <w:r>
        <w:t>I visited their mosque and I polluted their mosque. But they never beat me.</w:t>
      </w:r>
    </w:p>
    <w:p>
      <w:pPr>
        <w:jc w:val="right"/>
      </w:pPr>
      <w:r>
        <w:t>I visited their mosque and I polluted their mosque. But they never beat me.</w:t>
      </w:r>
    </w:p>
    <w:p>
      <w:r>
        <w:rPr>
          <w:b/>
        </w:rPr>
        <w:t xml:space="preserve">[41:18] </w:t>
      </w:r>
      <w:r>
        <w:t>They never abused me. Nothing." So this behaviour was a miraculous effect.</w:t>
      </w:r>
    </w:p>
    <w:p>
      <w:pPr>
        <w:jc w:val="right"/>
      </w:pPr>
      <w:r>
        <w:t>They never abused me. Nothing." So this behaviour was a miraculous effect.</w:t>
      </w:r>
    </w:p>
    <w:p>
      <w:r>
        <w:rPr>
          <w:b/>
        </w:rPr>
        <w:t xml:space="preserve">[41:29] </w:t>
      </w:r>
      <w:r>
        <w:t>This behaviour made a miraculous effect. Those people, the members of his tribe, when they heard this story, they were greatly impressed by this behaviour of the Prophet and his companions.</w:t>
      </w:r>
    </w:p>
    <w:p>
      <w:pPr>
        <w:jc w:val="right"/>
      </w:pPr>
      <w:r>
        <w:t>This behaviour made a miraculous effect. Those people, the members of his tribe, when they heard this story, they were greatly impressed by this behaviour of the Prophet and his companions.</w:t>
      </w:r>
    </w:p>
    <w:p>
      <w:r>
        <w:rPr>
          <w:b/>
        </w:rPr>
        <w:t xml:space="preserve">[41:52] </w:t>
      </w:r>
      <w:r>
        <w:t>So</w:t>
      </w:r>
    </w:p>
    <w:p>
      <w:pPr>
        <w:jc w:val="right"/>
      </w:pPr>
      <w:r>
        <w:t>So</w:t>
      </w:r>
    </w:p>
    <w:p>
      <w:r>
        <w:rPr>
          <w:b/>
        </w:rPr>
        <w:t xml:space="preserve">[41:56] </w:t>
      </w:r>
      <w:r>
        <w:t>they sent some people from their tribe. They came to Madinah. They inquired about the religion of Islam</w:t>
      </w:r>
    </w:p>
    <w:p>
      <w:pPr>
        <w:jc w:val="right"/>
      </w:pPr>
      <w:r>
        <w:t>they sent some people from their tribe. They came to Madinah. They inquired about the religion of Islam</w:t>
      </w:r>
    </w:p>
    <w:p>
      <w:r>
        <w:rPr>
          <w:b/>
        </w:rPr>
        <w:t xml:space="preserve">[42:10] </w:t>
      </w:r>
      <w:r>
        <w:t>. And what was the result? All the tribe embraced Islam. This was a miracle of TALEEF.</w:t>
      </w:r>
    </w:p>
    <w:p>
      <w:pPr>
        <w:jc w:val="right"/>
      </w:pPr>
      <w:r>
        <w:t>. And what was the result? All the tribe embraced Islam. This was a miracle of TALEEF.</w:t>
      </w:r>
    </w:p>
    <w:p>
      <w:r>
        <w:rPr>
          <w:b/>
        </w:rPr>
        <w:t xml:space="preserve">[42:20] </w:t>
      </w:r>
      <w:r>
        <w:t>So what happened in the masjid, that was TALEEF. And this TALEEF</w:t>
      </w:r>
    </w:p>
    <w:p>
      <w:pPr>
        <w:jc w:val="right"/>
      </w:pPr>
      <w:r>
        <w:t>So what happened in the masjid, that was TALEEF. And this TALEEF</w:t>
      </w:r>
    </w:p>
    <w:p>
      <w:r>
        <w:rPr>
          <w:b/>
        </w:rPr>
        <w:t xml:space="preserve">[42:30] </w:t>
      </w:r>
      <w:r>
        <w:t>was an integral part of Dawah work.</w:t>
      </w:r>
    </w:p>
    <w:p>
      <w:pPr>
        <w:jc w:val="right"/>
      </w:pPr>
      <w:r>
        <w:t>was an integral part of Dawah work.</w:t>
      </w:r>
    </w:p>
    <w:p>
      <w:r>
        <w:rPr>
          <w:b/>
        </w:rPr>
        <w:t xml:space="preserve">[42:37] </w:t>
      </w:r>
      <w:r>
        <w:t>So TALEEF has a miraculous effect. Without TALEEF, there is no Dawah, no Dawah.</w:t>
      </w:r>
    </w:p>
    <w:p>
      <w:pPr>
        <w:jc w:val="right"/>
      </w:pPr>
      <w:r>
        <w:t>So TALEEF has a miraculous effect. Without TALEEF, there is no Dawah, no Dawah.</w:t>
      </w:r>
    </w:p>
    <w:p>
      <w:r>
        <w:rPr>
          <w:b/>
        </w:rPr>
        <w:t xml:space="preserve">[42:49] </w:t>
      </w:r>
      <w:r>
        <w:t>So this was also an example of TALEEF, an example of TALEEF culture.</w:t>
      </w:r>
    </w:p>
    <w:p>
      <w:pPr>
        <w:jc w:val="right"/>
      </w:pPr>
      <w:r>
        <w:t>So this was also an example of TALEEF, an example of TALEEF culture.</w:t>
      </w:r>
    </w:p>
    <w:p>
      <w:r>
        <w:rPr>
          <w:b/>
        </w:rPr>
        <w:t xml:space="preserve">[43:01] </w:t>
      </w:r>
      <w:r>
        <w:t>Then you know the Prophet of Islam</w:t>
      </w:r>
    </w:p>
    <w:p>
      <w:pPr>
        <w:jc w:val="right"/>
      </w:pPr>
      <w:r>
        <w:t>Then you know the Prophet of Islam</w:t>
      </w:r>
    </w:p>
    <w:p>
      <w:r>
        <w:rPr>
          <w:b/>
        </w:rPr>
        <w:t xml:space="preserve">[43:12] </w:t>
      </w:r>
      <w:r>
        <w:t>wanted to negotiate with his enemies,</w:t>
      </w:r>
    </w:p>
    <w:p>
      <w:pPr>
        <w:jc w:val="right"/>
      </w:pPr>
      <w:r>
        <w:t>wanted to negotiate with his enemies,</w:t>
      </w:r>
    </w:p>
    <w:p>
      <w:r>
        <w:rPr>
          <w:b/>
        </w:rPr>
        <w:t xml:space="preserve">[43:21] </w:t>
      </w:r>
      <w:r>
        <w:t>that is Quraish. So there was a negotiation between the Prophet and Quraish. And the place was Hudaybiyyah, which is called Hudaybiyyah.</w:t>
      </w:r>
    </w:p>
    <w:p>
      <w:pPr>
        <w:jc w:val="right"/>
      </w:pPr>
      <w:r>
        <w:t>that is Quraish. So there was a negotiation between the Prophet and Quraish. And the place was Hudaybiyyah, which is called Hudaybiyyah.</w:t>
      </w:r>
    </w:p>
    <w:p>
      <w:r>
        <w:rPr>
          <w:b/>
        </w:rPr>
        <w:t xml:space="preserve">[43:39] </w:t>
      </w:r>
      <w:r>
        <w:t>This negotiation</w:t>
      </w:r>
    </w:p>
    <w:p>
      <w:pPr>
        <w:jc w:val="right"/>
      </w:pPr>
      <w:r>
        <w:t>This negotiation</w:t>
      </w:r>
    </w:p>
    <w:p>
      <w:r>
        <w:rPr>
          <w:b/>
        </w:rPr>
        <w:t xml:space="preserve">[43:43] </w:t>
      </w:r>
      <w:r>
        <w:t>persisted up to two weeks. So what happened?</w:t>
      </w:r>
    </w:p>
    <w:p>
      <w:pPr>
        <w:jc w:val="right"/>
      </w:pPr>
      <w:r>
        <w:t>persisted up to two weeks. So what happened?</w:t>
      </w:r>
    </w:p>
    <w:p>
      <w:r>
        <w:rPr>
          <w:b/>
        </w:rPr>
        <w:t xml:space="preserve">[43:52] </w:t>
      </w:r>
      <w:r>
        <w:t>They demanded that all their conditions must be accepted by the Prophet of Islam.</w:t>
      </w:r>
    </w:p>
    <w:p>
      <w:pPr>
        <w:jc w:val="right"/>
      </w:pPr>
      <w:r>
        <w:t>They demanded that all their conditions must be accepted by the Prophet of Islam.</w:t>
      </w:r>
    </w:p>
    <w:p>
      <w:r>
        <w:rPr>
          <w:b/>
        </w:rPr>
        <w:t xml:space="preserve">[44:02] </w:t>
      </w:r>
      <w:r>
        <w:t>So the Prophet of Islam agreed to all those conditions, all those conditions presented by Quraish.</w:t>
      </w:r>
    </w:p>
    <w:p>
      <w:pPr>
        <w:jc w:val="right"/>
      </w:pPr>
      <w:r>
        <w:t>So the Prophet of Islam agreed to all those conditions, all those conditions presented by Quraish.</w:t>
      </w:r>
    </w:p>
    <w:p>
      <w:r>
        <w:rPr>
          <w:b/>
        </w:rPr>
        <w:t xml:space="preserve">[44:18] </w:t>
      </w:r>
      <w:r>
        <w:t>This was also TALEEF.</w:t>
      </w:r>
    </w:p>
    <w:p>
      <w:pPr>
        <w:jc w:val="right"/>
      </w:pPr>
      <w:r>
        <w:t>This was also TALEEF.</w:t>
      </w:r>
    </w:p>
    <w:p>
      <w:r>
        <w:rPr>
          <w:b/>
        </w:rPr>
        <w:t xml:space="preserve">[44:24] </w:t>
      </w:r>
      <w:r>
        <w:t>He never refused any condition presented by Quraish. He accepted all their demands only to soften their heart, to establish a rapport between himself and Quraish.</w:t>
      </w:r>
    </w:p>
    <w:p>
      <w:pPr>
        <w:jc w:val="right"/>
      </w:pPr>
      <w:r>
        <w:t>He never refused any condition presented by Quraish. He accepted all their demands only to soften their heart, to establish a rapport between himself and Quraish.</w:t>
      </w:r>
    </w:p>
    <w:p>
      <w:r>
        <w:rPr>
          <w:b/>
        </w:rPr>
        <w:t xml:space="preserve">[44:44] </w:t>
      </w:r>
      <w:r>
        <w:t>So you know after this policy of TALEEF, TALEEF is a general policy of the Prophet of Islam.</w:t>
      </w:r>
    </w:p>
    <w:p>
      <w:pPr>
        <w:jc w:val="right"/>
      </w:pPr>
      <w:r>
        <w:t>So you know after this policy of TALEEF, TALEEF is a general policy of the Prophet of Islam.</w:t>
      </w:r>
    </w:p>
    <w:p>
      <w:r>
        <w:rPr>
          <w:b/>
        </w:rPr>
        <w:t xml:space="preserve">[44:55] </w:t>
      </w:r>
      <w:r>
        <w:t>So by adopting this policy, he</w:t>
      </w:r>
    </w:p>
    <w:p>
      <w:pPr>
        <w:jc w:val="right"/>
      </w:pPr>
      <w:r>
        <w:t>So by adopting this policy, he</w:t>
      </w:r>
    </w:p>
    <w:p>
      <w:r>
        <w:rPr>
          <w:b/>
        </w:rPr>
        <w:t xml:space="preserve">[45:06] </w:t>
      </w:r>
      <w:r>
        <w:t>finalized the agreement which is called the Hudaybiyyah agreement</w:t>
      </w:r>
    </w:p>
    <w:p>
      <w:pPr>
        <w:jc w:val="right"/>
      </w:pPr>
      <w:r>
        <w:t>finalized the agreement which is called the Hudaybiyyah agreement</w:t>
      </w:r>
    </w:p>
    <w:p>
      <w:r>
        <w:rPr>
          <w:b/>
        </w:rPr>
        <w:t xml:space="preserve">[45:11] </w:t>
      </w:r>
      <w:r>
        <w:t>. And you know after finalizing this agreement,</w:t>
      </w:r>
    </w:p>
    <w:p>
      <w:pPr>
        <w:jc w:val="right"/>
      </w:pPr>
      <w:r>
        <w:t>. And you know after finalizing this agreement,</w:t>
      </w:r>
    </w:p>
    <w:p>
      <w:r>
        <w:rPr>
          <w:b/>
        </w:rPr>
        <w:t xml:space="preserve">[45:20] </w:t>
      </w:r>
      <w:r>
        <w:t>all the people embraced Islam. This was a great example of TALEEF, that the Prophet of Islam accepted all their conditions unilaterally, all their conditions unilaterally.</w:t>
      </w:r>
    </w:p>
    <w:p>
      <w:pPr>
        <w:jc w:val="right"/>
      </w:pPr>
      <w:r>
        <w:t>all the people embraced Islam. This was a great example of TALEEF, that the Prophet of Islam accepted all their conditions unilaterally, all their conditions unilaterally.</w:t>
      </w:r>
    </w:p>
    <w:p>
      <w:r>
        <w:rPr>
          <w:b/>
        </w:rPr>
        <w:t xml:space="preserve">[45:42] </w:t>
      </w:r>
      <w:r>
        <w:t>But the result was favorable to the Prophet Muhammad (صلى الله عليه وسلم).</w:t>
      </w:r>
    </w:p>
    <w:p>
      <w:pPr>
        <w:jc w:val="right"/>
      </w:pPr>
      <w:r>
        <w:t>But the result was favorable to the Prophet Muhammad (صلى الله عليه وسلم).</w:t>
      </w:r>
    </w:p>
    <w:p>
      <w:r>
        <w:rPr>
          <w:b/>
        </w:rPr>
        <w:t xml:space="preserve">[45:50] </w:t>
      </w:r>
      <w:r>
        <w:t>Apparently, this agreement was favorable to Quraish.</w:t>
      </w:r>
    </w:p>
    <w:p>
      <w:pPr>
        <w:jc w:val="right"/>
      </w:pPr>
      <w:r>
        <w:t>Apparently, this agreement was favorable to Quraish.</w:t>
      </w:r>
    </w:p>
    <w:p>
      <w:r>
        <w:rPr>
          <w:b/>
        </w:rPr>
        <w:t xml:space="preserve">[45:58] </w:t>
      </w:r>
      <w:r>
        <w:t>Apparently, this agreement, this Hudaybiyyah agreement, was favorable to Quraish. But the result was favorable to the Prophet of Islam.</w:t>
      </w:r>
    </w:p>
    <w:p>
      <w:pPr>
        <w:jc w:val="right"/>
      </w:pPr>
      <w:r>
        <w:t>Apparently, this agreement, this Hudaybiyyah agreement, was favorable to Quraish. But the result was favorable to the Prophet of Islam.</w:t>
      </w:r>
    </w:p>
    <w:p>
      <w:r>
        <w:rPr>
          <w:b/>
        </w:rPr>
        <w:t xml:space="preserve">[46:10] </w:t>
      </w:r>
      <w:r>
        <w:t>This is a miracle of TALEEF. This is a miracle of TALEEF.</w:t>
      </w:r>
    </w:p>
    <w:p>
      <w:pPr>
        <w:jc w:val="right"/>
      </w:pPr>
      <w:r>
        <w:t>This is a miracle of TALEEF. This is a miracle of TALEEF.</w:t>
      </w:r>
    </w:p>
    <w:p>
      <w:r>
        <w:rPr>
          <w:b/>
        </w:rPr>
        <w:t xml:space="preserve">[46:20] </w:t>
      </w:r>
      <w:r>
        <w:t>This is a miracle of TALEEF.</w:t>
      </w:r>
    </w:p>
    <w:p>
      <w:pPr>
        <w:jc w:val="right"/>
      </w:pPr>
      <w:r>
        <w:t>This is a miracle of TALEEF.</w:t>
      </w:r>
    </w:p>
    <w:p>
      <w:r>
        <w:rPr>
          <w:b/>
        </w:rPr>
        <w:t xml:space="preserve">[46:24] </w:t>
      </w:r>
      <w:r>
        <w:t>The Prophet accepted all their demands. But after two years, the result was completely in favour of the Prophet of Islam.</w:t>
      </w:r>
    </w:p>
    <w:p>
      <w:pPr>
        <w:jc w:val="right"/>
      </w:pPr>
      <w:r>
        <w:t>The Prophet accepted all their demands. But after two years, the result was completely in favour of the Prophet of Islam.</w:t>
      </w:r>
    </w:p>
    <w:p>
      <w:r>
        <w:rPr>
          <w:b/>
        </w:rPr>
        <w:t xml:space="preserve">[46:43] </w:t>
      </w:r>
      <w:r>
        <w:t>This is the miracle of the principle that is called TALEEF-u-Qalb.</w:t>
      </w:r>
    </w:p>
    <w:p>
      <w:pPr>
        <w:jc w:val="right"/>
      </w:pPr>
      <w:r>
        <w:t>This is the miracle of the principle that is called TALEEF-u-Qalb.</w:t>
      </w:r>
    </w:p>
    <w:p>
      <w:r>
        <w:rPr>
          <w:b/>
        </w:rPr>
        <w:t xml:space="preserve">[46:53] </w:t>
      </w:r>
      <w:r>
        <w:t>So those people who say that TALEEF is now abolished, there is no TALEEF, they are completely wrong, completely wrong.</w:t>
      </w:r>
    </w:p>
    <w:p>
      <w:pPr>
        <w:jc w:val="right"/>
      </w:pPr>
      <w:r>
        <w:t>So those people who say that TALEEF is now abolished, there is no TALEEF, they are completely wrong, completely wrong.</w:t>
      </w:r>
    </w:p>
    <w:p>
      <w:r>
        <w:rPr>
          <w:b/>
        </w:rPr>
        <w:t xml:space="preserve">[47:07] </w:t>
      </w:r>
      <w:r>
        <w:t>TALEEF is an integral part of Islam</w:t>
      </w:r>
    </w:p>
    <w:p>
      <w:pPr>
        <w:jc w:val="right"/>
      </w:pPr>
      <w:r>
        <w:t>TALEEF is an integral part of Islam</w:t>
      </w:r>
    </w:p>
    <w:p>
      <w:r>
        <w:rPr>
          <w:b/>
        </w:rPr>
        <w:t xml:space="preserve">[47:11] </w:t>
      </w:r>
      <w:r>
        <w:t>. TALEEF is an integral part of Dawah, Dawah culture. TALEEF is an integral part of believers' behaviour, daily behaviour.</w:t>
      </w:r>
    </w:p>
    <w:p>
      <w:pPr>
        <w:jc w:val="right"/>
      </w:pPr>
      <w:r>
        <w:t>. TALEEF is an integral part of Dawah, Dawah culture. TALEEF is an integral part of believers' behaviour, daily behaviour.</w:t>
      </w:r>
    </w:p>
    <w:p>
      <w:r>
        <w:rPr>
          <w:b/>
        </w:rPr>
        <w:t xml:space="preserve">[47:32] </w:t>
      </w:r>
      <w:r>
        <w:t>TALEEF is an integral part of believers' daily behaviour, daily, in family, in society, everywhere.</w:t>
      </w:r>
    </w:p>
    <w:p>
      <w:pPr>
        <w:jc w:val="right"/>
      </w:pPr>
      <w:r>
        <w:t>TALEEF is an integral part of believers' daily behaviour, daily, in family, in society, everywhere.</w:t>
      </w:r>
    </w:p>
    <w:p>
      <w:r>
        <w:rPr>
          <w:b/>
        </w:rPr>
        <w:t xml:space="preserve">[47:43] </w:t>
      </w:r>
      <w:r>
        <w:t>TALEEF means living with modesty. TALEEF-u-Qalb is not simply TALEEF-u-Qalb is not simply to give some money from zakat to others.</w:t>
      </w:r>
    </w:p>
    <w:p>
      <w:pPr>
        <w:jc w:val="right"/>
      </w:pPr>
      <w:r>
        <w:t>TALEEF means living with modesty. TALEEF-u-Qalb is not simply TALEEF-u-Qalb is not simply to give some money from zakat to others.</w:t>
      </w:r>
    </w:p>
    <w:p>
      <w:r>
        <w:rPr>
          <w:b/>
        </w:rPr>
        <w:t xml:space="preserve">[48:02] </w:t>
      </w:r>
      <w:r>
        <w:t>No. TALEEF is a complete culture, complete culture.</w:t>
      </w:r>
    </w:p>
    <w:p>
      <w:pPr>
        <w:jc w:val="right"/>
      </w:pPr>
      <w:r>
        <w:t>No. TALEEF is a complete culture, complete culture.</w:t>
      </w:r>
    </w:p>
    <w:p>
      <w:r>
        <w:rPr>
          <w:b/>
        </w:rPr>
        <w:t xml:space="preserve">[48:18] </w:t>
      </w:r>
      <w:r>
        <w:t>TALEEF means living in modesty. TALEEF means living in modesty.</w:t>
      </w:r>
    </w:p>
    <w:p>
      <w:pPr>
        <w:jc w:val="right"/>
      </w:pPr>
      <w:r>
        <w:t>TALEEF means living in modesty. TALEEF means living in modesty.</w:t>
      </w:r>
    </w:p>
    <w:p>
      <w:r>
        <w:rPr>
          <w:b/>
        </w:rPr>
        <w:t xml:space="preserve">[48:29] </w:t>
      </w:r>
      <w:r>
        <w:t>TALEEF means to be compassionate to others.</w:t>
      </w:r>
    </w:p>
    <w:p>
      <w:pPr>
        <w:jc w:val="right"/>
      </w:pPr>
      <w:r>
        <w:t>TALEEF means to be compassionate to others.</w:t>
      </w:r>
    </w:p>
    <w:p>
      <w:r>
        <w:rPr>
          <w:b/>
        </w:rPr>
        <w:t xml:space="preserve">[48:37] </w:t>
      </w:r>
      <w:r>
        <w:t>TALEEF means to be sympathetic to others.</w:t>
      </w:r>
    </w:p>
    <w:p>
      <w:pPr>
        <w:jc w:val="right"/>
      </w:pPr>
      <w:r>
        <w:t>TALEEF means to be sympathetic to others.</w:t>
      </w:r>
    </w:p>
    <w:p>
      <w:r>
        <w:rPr>
          <w:b/>
        </w:rPr>
        <w:t xml:space="preserve">[48:43] </w:t>
      </w:r>
      <w:r>
        <w:t>TALEEF means to love to others.</w:t>
      </w:r>
    </w:p>
    <w:p>
      <w:pPr>
        <w:jc w:val="right"/>
      </w:pPr>
      <w:r>
        <w:t>TALEEF means to love to others.</w:t>
      </w:r>
    </w:p>
    <w:p>
      <w:r>
        <w:rPr>
          <w:b/>
        </w:rPr>
        <w:t xml:space="preserve">[48:49] </w:t>
      </w:r>
      <w:r>
        <w:t>TALEEF means to be just to others.</w:t>
      </w:r>
    </w:p>
    <w:p>
      <w:pPr>
        <w:jc w:val="right"/>
      </w:pPr>
      <w:r>
        <w:t>TALEEF means to be just to others.</w:t>
      </w:r>
    </w:p>
    <w:p>
      <w:r>
        <w:rPr>
          <w:b/>
        </w:rPr>
        <w:t xml:space="preserve">[48:56] </w:t>
      </w:r>
      <w:r>
        <w:t>TALEEF means to live in peace with others.</w:t>
      </w:r>
    </w:p>
    <w:p>
      <w:pPr>
        <w:jc w:val="right"/>
      </w:pPr>
      <w:r>
        <w:t>TALEEF means to live in peace with others.</w:t>
      </w:r>
    </w:p>
    <w:p>
      <w:r>
        <w:rPr>
          <w:b/>
        </w:rPr>
        <w:t xml:space="preserve">[49:03] </w:t>
      </w:r>
      <w:r>
        <w:t>TALEEF means to tolerate all those unpleasant, all those provocations in the society.</w:t>
      </w:r>
    </w:p>
    <w:p>
      <w:pPr>
        <w:jc w:val="right"/>
      </w:pPr>
      <w:r>
        <w:t>TALEEF means to tolerate all those unpleasant, all those provocations in the society.</w:t>
      </w:r>
    </w:p>
    <w:p>
      <w:r>
        <w:rPr>
          <w:b/>
        </w:rPr>
        <w:t xml:space="preserve">[49:21] </w:t>
      </w:r>
      <w:r>
        <w:t>There is a Hadith, "Illam tanfahu fala tadhurruh." It means that you must live in the society either as a giver or as a person who</w:t>
      </w:r>
    </w:p>
    <w:p>
      <w:pPr>
        <w:jc w:val="right"/>
      </w:pPr>
      <w:r>
        <w:t>There is a Hadith, "Illam tanfahu fala tadhurruh." It means that you must live in the society either as a giver or as a person who</w:t>
      </w:r>
    </w:p>
    <w:p>
      <w:r>
        <w:rPr>
          <w:b/>
        </w:rPr>
        <w:t xml:space="preserve">[49:42] </w:t>
      </w:r>
      <w:r>
        <w:t>is a no-problem person.</w:t>
      </w:r>
    </w:p>
    <w:p>
      <w:pPr>
        <w:jc w:val="right"/>
      </w:pPr>
      <w:r>
        <w:t>is a no-problem person.</w:t>
      </w:r>
    </w:p>
    <w:p>
      <w:r>
        <w:rPr>
          <w:b/>
        </w:rPr>
        <w:t xml:space="preserve">[49:47] </w:t>
      </w:r>
      <w:r>
        <w:t>Either you have to live as a giver person or as a no-problem person. This is also TALEEF.</w:t>
      </w:r>
    </w:p>
    <w:p>
      <w:pPr>
        <w:jc w:val="right"/>
      </w:pPr>
      <w:r>
        <w:t>Either you have to live as a giver person or as a no-problem person. This is also TALEEF.</w:t>
      </w:r>
    </w:p>
    <w:p>
      <w:r>
        <w:rPr>
          <w:b/>
        </w:rPr>
        <w:t xml:space="preserve">[50:01] </w:t>
      </w:r>
      <w:r>
        <w:t>"Illam tanfahu fala tadhurruh." There is no option other than two. A true believer has only two options for his living.</w:t>
      </w:r>
    </w:p>
    <w:p>
      <w:pPr>
        <w:jc w:val="right"/>
      </w:pPr>
      <w:r>
        <w:t>"Illam tanfahu fala tadhurruh." There is no option other than two. A true believer has only two options for his living.</w:t>
      </w:r>
    </w:p>
    <w:p>
      <w:r>
        <w:rPr>
          <w:b/>
        </w:rPr>
        <w:t xml:space="preserve">[50:15] </w:t>
      </w:r>
      <w:r>
        <w:t>Either he must live as a giver person in his society or he must live as a no-problem person in his society.</w:t>
      </w:r>
    </w:p>
    <w:p>
      <w:pPr>
        <w:jc w:val="right"/>
      </w:pPr>
      <w:r>
        <w:t>Either he must live as a giver person in his society or he must live as a no-problem person in his society.</w:t>
      </w:r>
    </w:p>
    <w:p>
      <w:r>
        <w:rPr>
          <w:b/>
        </w:rPr>
        <w:t xml:space="preserve">[50:29] </w:t>
      </w:r>
      <w:r>
        <w:t>All these are a part of TALEEF-u-Qalb. So the whole life of a Muslim, the whole life of a believer is subjected to TALEEF.</w:t>
      </w:r>
    </w:p>
    <w:p>
      <w:pPr>
        <w:jc w:val="right"/>
      </w:pPr>
      <w:r>
        <w:t>All these are a part of TALEEF-u-Qalb. So the whole life of a Muslim, the whole life of a believer is subjected to TALEEF.</w:t>
      </w:r>
    </w:p>
    <w:p>
      <w:r>
        <w:rPr>
          <w:b/>
        </w:rPr>
        <w:t xml:space="preserve">[50:49] </w:t>
      </w:r>
      <w:r>
        <w:t>It is a phenomenon of Iman. You know what is TALEEF?</w:t>
      </w:r>
    </w:p>
    <w:p>
      <w:pPr>
        <w:jc w:val="right"/>
      </w:pPr>
      <w:r>
        <w:t>It is a phenomenon of Iman. You know what is TALEEF?</w:t>
      </w:r>
    </w:p>
    <w:p>
      <w:r>
        <w:rPr>
          <w:b/>
        </w:rPr>
        <w:t xml:space="preserve">[51:00] </w:t>
      </w:r>
      <w:r>
        <w:t>TALEEF is a phenomenon of God consciousness. TALEEF is a phenomenon of faith.</w:t>
      </w:r>
    </w:p>
    <w:p>
      <w:pPr>
        <w:jc w:val="right"/>
      </w:pPr>
      <w:r>
        <w:t>TALEEF is a phenomenon of God consciousness. TALEEF is a phenomenon of faith.</w:t>
      </w:r>
    </w:p>
    <w:p>
      <w:r>
        <w:rPr>
          <w:b/>
        </w:rPr>
        <w:t xml:space="preserve">[51:14] </w:t>
      </w:r>
      <w:r>
        <w:t>TALEEF is a phenomenon of Muslim behaviour. TALEEF is a phenomenon of paradise culture.</w:t>
      </w:r>
    </w:p>
    <w:p>
      <w:pPr>
        <w:jc w:val="right"/>
      </w:pPr>
      <w:r>
        <w:t>TALEEF is a phenomenon of Muslim behaviour. TALEEF is a phenomenon of paradise culture.</w:t>
      </w:r>
    </w:p>
    <w:p>
      <w:r>
        <w:rPr>
          <w:b/>
        </w:rPr>
        <w:t xml:space="preserve">[51:31] </w:t>
      </w:r>
      <w:r>
        <w:t>In paradise, people will live in TALEEF.</w:t>
      </w:r>
    </w:p>
    <w:p>
      <w:pPr>
        <w:jc w:val="right"/>
      </w:pPr>
      <w:r>
        <w:t>In paradise, people will live in TALEEF.</w:t>
      </w:r>
    </w:p>
    <w:p>
      <w:r>
        <w:rPr>
          <w:b/>
        </w:rPr>
        <w:t xml:space="preserve">[51:37] </w:t>
      </w:r>
      <w:r>
        <w:t>In paradise, people will live in TALEEF with mutual love, with mutual sympathy.</w:t>
      </w:r>
    </w:p>
    <w:p>
      <w:pPr>
        <w:jc w:val="right"/>
      </w:pPr>
      <w:r>
        <w:t>In paradise, people will live in TALEEF with mutual love, with mutual sympathy.</w:t>
      </w:r>
    </w:p>
    <w:p>
      <w:r>
        <w:rPr>
          <w:b/>
        </w:rPr>
        <w:t xml:space="preserve">[51:50] </w:t>
      </w:r>
      <w:r>
        <w:t>So is required in this world also. You have to adopt this culture in this world</w:t>
      </w:r>
    </w:p>
    <w:p>
      <w:pPr>
        <w:jc w:val="right"/>
      </w:pPr>
      <w:r>
        <w:t>So is required in this world also. You have to adopt this culture in this world</w:t>
      </w:r>
    </w:p>
    <w:p>
      <w:r>
        <w:rPr>
          <w:b/>
        </w:rPr>
        <w:t xml:space="preserve">[51:59] </w:t>
      </w:r>
      <w:r>
        <w:t>. Then you will be rewarded in paradise in the hereafter.</w:t>
      </w:r>
    </w:p>
    <w:p>
      <w:pPr>
        <w:jc w:val="right"/>
      </w:pPr>
      <w:r>
        <w:t>. Then you will be rewarded in paradise in the hereafter.</w:t>
      </w:r>
    </w:p>
    <w:p>
      <w:r>
        <w:rPr>
          <w:b/>
        </w:rPr>
        <w:t xml:space="preserve">[52:05] </w:t>
      </w:r>
      <w:r>
        <w:t>So TALEEF is</w:t>
      </w:r>
    </w:p>
    <w:p>
      <w:pPr>
        <w:jc w:val="right"/>
      </w:pPr>
      <w:r>
        <w:t>So TALEEF is</w:t>
      </w:r>
    </w:p>
    <w:p>
      <w:r>
        <w:rPr>
          <w:b/>
        </w:rPr>
        <w:t xml:space="preserve">[52:10] </w:t>
      </w:r>
      <w:r>
        <w:t>the pattern of life in paradise.</w:t>
      </w:r>
    </w:p>
    <w:p>
      <w:pPr>
        <w:jc w:val="right"/>
      </w:pPr>
      <w:r>
        <w:t>the pattern of life in paradise.</w:t>
      </w:r>
    </w:p>
    <w:p>
      <w:r>
        <w:rPr>
          <w:b/>
        </w:rPr>
        <w:t xml:space="preserve">[52:18] </w:t>
      </w:r>
      <w:r>
        <w:t>So you have to live, so you have to adopt this pattern here in this world.</w:t>
      </w:r>
    </w:p>
    <w:p>
      <w:pPr>
        <w:jc w:val="right"/>
      </w:pPr>
      <w:r>
        <w:t>So you have to live, so you have to adopt this pattern here in this world.</w:t>
      </w:r>
    </w:p>
    <w:p>
      <w:r>
        <w:rPr>
          <w:b/>
        </w:rPr>
        <w:t xml:space="preserve">[52:28] </w:t>
      </w:r>
      <w:r>
        <w:t>Those who have adopted this pattern of life in this world, they will be rewarded in paradise in the hereafter.</w:t>
      </w:r>
    </w:p>
    <w:p>
      <w:pPr>
        <w:jc w:val="right"/>
      </w:pPr>
      <w:r>
        <w:t>Those who have adopted this pattern of life in this world, they will be rewarded in paradise in the hereafter.</w:t>
      </w:r>
    </w:p>
    <w:p>
      <w:r>
        <w:rPr>
          <w:b/>
        </w:rPr>
        <w:t xml:space="preserve">[52:51] </w:t>
      </w:r>
      <w:r>
        <w:t>You see, when we, you see, according to the Islamic teachings,</w:t>
      </w:r>
    </w:p>
    <w:p>
      <w:pPr>
        <w:jc w:val="right"/>
      </w:pPr>
      <w:r>
        <w:t>You see, when we, you see, according to the Islamic teachings,</w:t>
      </w:r>
    </w:p>
    <w:p>
      <w:r>
        <w:rPr>
          <w:b/>
        </w:rPr>
        <w:t xml:space="preserve">[53:03] </w:t>
      </w:r>
      <w:r>
        <w:t>there are five time prayers in Islam,</w:t>
      </w:r>
    </w:p>
    <w:p>
      <w:pPr>
        <w:jc w:val="right"/>
      </w:pPr>
      <w:r>
        <w:t>there are five time prayers in Islam,</w:t>
      </w:r>
    </w:p>
    <w:p>
      <w:r>
        <w:rPr>
          <w:b/>
        </w:rPr>
        <w:t xml:space="preserve">[53:09] </w:t>
      </w:r>
      <w:r>
        <w:t>as-Salawatul Khams. In Islam, there are five time prayers, five time prayers.</w:t>
      </w:r>
    </w:p>
    <w:p>
      <w:pPr>
        <w:jc w:val="right"/>
      </w:pPr>
      <w:r>
        <w:t>as-Salawatul Khams. In Islam, there are five time prayers, five time prayers.</w:t>
      </w:r>
    </w:p>
    <w:p>
      <w:r>
        <w:rPr>
          <w:b/>
        </w:rPr>
        <w:t xml:space="preserve">[53:21] </w:t>
      </w:r>
      <w:r>
        <w:t>So after completion, at the end of every Salat, at the time of, at the end of every prayer,</w:t>
      </w:r>
    </w:p>
    <w:p>
      <w:pPr>
        <w:jc w:val="right"/>
      </w:pPr>
      <w:r>
        <w:t>So after completion, at the end of every Salat, at the time of, at the end of every prayer,</w:t>
      </w:r>
    </w:p>
    <w:p>
      <w:r>
        <w:rPr>
          <w:b/>
        </w:rPr>
        <w:t xml:space="preserve">[53:37] </w:t>
      </w:r>
      <w:r>
        <w:t>at the time of, at the end of every prayer, we say, "Assalamu alaikum warahmatullah, assalamu alaikum warahmatullah." O people of the world, be peace upon you.</w:t>
      </w:r>
    </w:p>
    <w:p>
      <w:pPr>
        <w:jc w:val="right"/>
      </w:pPr>
      <w:r>
        <w:t>at the time of, at the end of every prayer, we say, "Assalamu alaikum warahmatullah, assalamu alaikum warahmatullah." O people of the world, be peace upon you.</w:t>
      </w:r>
    </w:p>
    <w:p>
      <w:r>
        <w:rPr>
          <w:b/>
        </w:rPr>
        <w:t xml:space="preserve">[53:55] </w:t>
      </w:r>
      <w:r>
        <w:t>When you say like this, "Assalamu alaikum warahmatullah, assalamu alaikum warahmatullah," you are addressing all the people living on this globe.</w:t>
      </w:r>
    </w:p>
    <w:p>
      <w:pPr>
        <w:jc w:val="right"/>
      </w:pPr>
      <w:r>
        <w:t>When you say like this, "Assalamu alaikum warahmatullah, assalamu alaikum warahmatullah," you are addressing all the people living on this globe.</w:t>
      </w:r>
    </w:p>
    <w:p>
      <w:r>
        <w:rPr>
          <w:b/>
        </w:rPr>
        <w:t xml:space="preserve">[54:11] </w:t>
      </w:r>
      <w:r>
        <w:t>When you say, "Assalamu alaikum warahmatullah, assalamu alaikum warahmatullah," you are addressing all those people, all the humanity living on the globe.</w:t>
      </w:r>
    </w:p>
    <w:p>
      <w:pPr>
        <w:jc w:val="right"/>
      </w:pPr>
      <w:r>
        <w:t>When you say, "Assalamu alaikum warahmatullah, assalamu alaikum warahmatullah," you are addressing all those people, all the humanity living on the globe.</w:t>
      </w:r>
    </w:p>
    <w:p>
      <w:r>
        <w:rPr>
          <w:b/>
        </w:rPr>
        <w:t xml:space="preserve">[54:27] </w:t>
      </w:r>
      <w:r>
        <w:t>You say, "O people, peace be upon you, peace be upon you." This is also TALEEF.</w:t>
      </w:r>
    </w:p>
    <w:p>
      <w:pPr>
        <w:jc w:val="right"/>
      </w:pPr>
      <w:r>
        <w:t>You say, "O people, peace be upon you, peace be upon you." This is also TALEEF.</w:t>
      </w:r>
    </w:p>
    <w:p>
      <w:r>
        <w:rPr>
          <w:b/>
        </w:rPr>
        <w:t xml:space="preserve">[54:39] </w:t>
      </w:r>
      <w:r>
        <w:t>This is also TALEEF.</w:t>
      </w:r>
    </w:p>
    <w:p>
      <w:pPr>
        <w:jc w:val="right"/>
      </w:pPr>
      <w:r>
        <w:t>This is also TALEEF.</w:t>
      </w:r>
    </w:p>
    <w:p>
      <w:r>
        <w:rPr>
          <w:b/>
        </w:rPr>
        <w:t xml:space="preserve">[54:43] </w:t>
      </w:r>
      <w:r>
        <w:t>It is also a part of TALEEF culture.</w:t>
      </w:r>
    </w:p>
    <w:p>
      <w:pPr>
        <w:jc w:val="right"/>
      </w:pPr>
      <w:r>
        <w:t>It is also a part of TALEEF culture.</w:t>
      </w:r>
    </w:p>
    <w:p>
      <w:r>
        <w:rPr>
          <w:b/>
        </w:rPr>
        <w:t xml:space="preserve">[54:48] </w:t>
      </w:r>
      <w:r>
        <w:t>This Salam, after every namaz, is also a part of TALEEF culture.</w:t>
      </w:r>
    </w:p>
    <w:p>
      <w:pPr>
        <w:jc w:val="right"/>
      </w:pPr>
      <w:r>
        <w:t>This Salam, after every prayer, is also a part of TALEEF culture.</w:t>
      </w:r>
    </w:p>
    <w:p>
      <w:r>
        <w:rPr>
          <w:b/>
        </w:rPr>
        <w:t xml:space="preserve">[55:00] </w:t>
      </w:r>
      <w:r>
        <w:t>One scholar, his name was Ibn Uwayyah, says about this Salam.</w:t>
      </w:r>
    </w:p>
    <w:p>
      <w:pPr>
        <w:jc w:val="right"/>
      </w:pPr>
      <w:r>
        <w:t>One scholar, his name was Ibn Uwayyah, says about this Salam.</w:t>
      </w:r>
    </w:p>
    <w:p>
      <w:r>
        <w:rPr>
          <w:b/>
        </w:rPr>
        <w:t xml:space="preserve">[55:12] </w:t>
      </w:r>
      <w:r>
        <w:t>He says that,</w:t>
      </w:r>
    </w:p>
    <w:p>
      <w:pPr>
        <w:jc w:val="right"/>
      </w:pPr>
      <w:r>
        <w:t>He says that,</w:t>
      </w:r>
    </w:p>
    <w:p>
      <w:r>
        <w:rPr>
          <w:b/>
        </w:rPr>
        <w:t xml:space="preserve">[55:16] </w:t>
      </w:r>
      <w:r>
        <w:t>"Hal tadri bas-salam." Do you know what is this Salam?</w:t>
      </w:r>
    </w:p>
    <w:p>
      <w:pPr>
        <w:jc w:val="right"/>
      </w:pPr>
      <w:r>
        <w:t>"Hal tadri bas-salam." Do you know what is this Salam?</w:t>
      </w:r>
    </w:p>
    <w:p>
      <w:r>
        <w:rPr>
          <w:b/>
        </w:rPr>
        <w:t xml:space="preserve">[55:24] </w:t>
      </w:r>
      <w:r>
        <w:t>Then he says,</w:t>
      </w:r>
    </w:p>
    <w:p>
      <w:pPr>
        <w:jc w:val="right"/>
      </w:pPr>
      <w:r>
        <w:t>Then he says,</w:t>
      </w:r>
    </w:p>
    <w:p>
      <w:r>
        <w:rPr>
          <w:b/>
        </w:rPr>
        <w:t xml:space="preserve">[55:28] </w:t>
      </w:r>
      <w:r>
        <w:t>"Ya qool anta aamun minni."</w:t>
      </w:r>
    </w:p>
    <w:p>
      <w:pPr>
        <w:jc w:val="right"/>
      </w:pPr>
      <w:r>
        <w:t>"Ya qool anta aamun minni."</w:t>
      </w:r>
    </w:p>
    <w:p>
      <w:r>
        <w:rPr>
          <w:b/>
        </w:rPr>
        <w:t xml:space="preserve">[55:34] </w:t>
      </w:r>
      <w:r>
        <w:t>When a believer says, "Assalamu alaikum warahmatullah, assalamu alaikum warahmatullah," he says to all mankind that, "You are safe by yourself.</w:t>
      </w:r>
    </w:p>
    <w:p>
      <w:pPr>
        <w:jc w:val="right"/>
      </w:pPr>
      <w:r>
        <w:t>When a believer says, "Assalamu alaikum warahmatullah, assalamu alaikum warahmatullah," he says to all mankind that, "You are safe by yourself.</w:t>
      </w:r>
    </w:p>
    <w:p>
      <w:r>
        <w:rPr>
          <w:b/>
        </w:rPr>
        <w:t xml:space="preserve">[55:50] </w:t>
      </w:r>
      <w:r>
        <w:t>You are safe from my tongue. You are safe from my hand.</w:t>
      </w:r>
    </w:p>
    <w:p>
      <w:pPr>
        <w:jc w:val="right"/>
      </w:pPr>
      <w:r>
        <w:t>You are safe from my tongue. You are safe from my hand.</w:t>
      </w:r>
    </w:p>
    <w:p>
      <w:r>
        <w:rPr>
          <w:b/>
        </w:rPr>
        <w:t xml:space="preserve">[55:56] </w:t>
      </w:r>
      <w:r>
        <w:t>I am not going to hurt you. I am not going to create any problem for you."</w:t>
      </w:r>
    </w:p>
    <w:p>
      <w:pPr>
        <w:jc w:val="right"/>
      </w:pPr>
      <w:r>
        <w:t>I am not going to hurt you. I am not going to create any problem for you."</w:t>
      </w:r>
    </w:p>
    <w:p>
      <w:r>
        <w:rPr>
          <w:b/>
        </w:rPr>
        <w:t xml:space="preserve">[56:05] </w:t>
      </w:r>
      <w:r>
        <w:t>This is TALEEF.</w:t>
      </w:r>
    </w:p>
    <w:p>
      <w:pPr>
        <w:jc w:val="right"/>
      </w:pPr>
      <w:r>
        <w:t>This is TALEEF.</w:t>
      </w:r>
    </w:p>
    <w:p>
      <w:r>
        <w:rPr>
          <w:b/>
        </w:rPr>
        <w:t xml:space="preserve">[56:10] </w:t>
      </w:r>
      <w:r>
        <w:t>This is a part of the TALEEF culture.</w:t>
      </w:r>
    </w:p>
    <w:p>
      <w:pPr>
        <w:jc w:val="right"/>
      </w:pPr>
      <w:r>
        <w:t>This is a part of the TALEEF culture.</w:t>
      </w:r>
    </w:p>
    <w:p>
      <w:r>
        <w:rPr>
          <w:b/>
        </w:rPr>
        <w:t xml:space="preserve">[56:18] </w:t>
      </w:r>
      <w:r>
        <w:t>So all the Muslim life, all the believers' life</w:t>
      </w:r>
    </w:p>
    <w:p>
      <w:pPr>
        <w:jc w:val="right"/>
      </w:pPr>
      <w:r>
        <w:t>So all the Muslim life, all the believers' life</w:t>
      </w:r>
    </w:p>
    <w:p>
      <w:r>
        <w:rPr>
          <w:b/>
        </w:rPr>
        <w:t xml:space="preserve">[56:26] </w:t>
      </w:r>
      <w:r>
        <w:t>and the is subjected under this principle.</w:t>
      </w:r>
    </w:p>
    <w:p>
      <w:pPr>
        <w:jc w:val="right"/>
      </w:pPr>
      <w:r>
        <w:t>and the is subjected under this principle.</w:t>
      </w:r>
    </w:p>
    <w:p>
      <w:r>
        <w:rPr>
          <w:b/>
        </w:rPr>
        <w:t xml:space="preserve">[56:36] </w:t>
      </w:r>
      <w:r>
        <w:t>Our daily life is subjected under this principle.</w:t>
      </w:r>
    </w:p>
    <w:p>
      <w:pPr>
        <w:jc w:val="right"/>
      </w:pPr>
      <w:r>
        <w:t>Our daily life is subjected under this principle.</w:t>
      </w:r>
    </w:p>
    <w:p>
      <w:r>
        <w:rPr>
          <w:b/>
        </w:rPr>
        <w:t xml:space="preserve">[56:43] </w:t>
      </w:r>
      <w:r>
        <w:t>Our intention, our speech, our behaviour, our character, our dealing, everything must be</w:t>
      </w:r>
    </w:p>
    <w:p>
      <w:pPr>
        <w:jc w:val="right"/>
      </w:pPr>
      <w:r>
        <w:t>Our intention, our speech, our behaviour, our character, our dealing, everything must be</w:t>
      </w:r>
    </w:p>
    <w:p>
      <w:r>
        <w:rPr>
          <w:b/>
        </w:rPr>
        <w:t xml:space="preserve">[57:02] </w:t>
      </w:r>
      <w:r>
        <w:t>according to this principle, this principle of TALEEF.</w:t>
      </w:r>
    </w:p>
    <w:p>
      <w:pPr>
        <w:jc w:val="right"/>
      </w:pPr>
      <w:r>
        <w:t>according to this principle, this principle of TALEEF.</w:t>
      </w:r>
    </w:p>
    <w:p>
      <w:r>
        <w:rPr>
          <w:b/>
        </w:rPr>
        <w:t xml:space="preserve">[57:10] </w:t>
      </w:r>
      <w:r>
        <w:t>We must think according to this principle. Our behaviour, our dealing, everything must be in the light of this principle.</w:t>
      </w:r>
    </w:p>
    <w:p>
      <w:pPr>
        <w:jc w:val="right"/>
      </w:pPr>
      <w:r>
        <w:t>We must think according to this principle. Our behaviour, our dealing, everything must be in the light of this principle.</w:t>
      </w:r>
    </w:p>
    <w:p>
      <w:r>
        <w:rPr>
          <w:b/>
        </w:rPr>
        <w:t xml:space="preserve">[57:27] </w:t>
      </w:r>
      <w:r>
        <w:t>The principle of TALEEF means principle of love, principle of compassion, principle of well-wishing, principle of respect,</w:t>
      </w:r>
    </w:p>
    <w:p>
      <w:pPr>
        <w:jc w:val="right"/>
      </w:pPr>
      <w:r>
        <w:t>The principle of TALEEF means principle of love, principle of compassion, principle of well-wishing, principle of respect,</w:t>
      </w:r>
    </w:p>
    <w:p>
      <w:r>
        <w:rPr>
          <w:b/>
        </w:rPr>
        <w:t xml:space="preserve">[57:44] </w:t>
      </w:r>
      <w:r>
        <w:t>principle of morality, principle of humanity, principle of modesty.</w:t>
      </w:r>
    </w:p>
    <w:p>
      <w:pPr>
        <w:jc w:val="right"/>
      </w:pPr>
      <w:r>
        <w:t>principle of morality, principle of humanity, principle of modesty.</w:t>
      </w:r>
    </w:p>
    <w:p>
      <w:r>
        <w:rPr>
          <w:b/>
        </w:rPr>
        <w:t xml:space="preserve">[57:55] </w:t>
      </w:r>
      <w:r>
        <w:t>So this is the</w:t>
      </w:r>
    </w:p>
    <w:p>
      <w:pPr>
        <w:jc w:val="right"/>
      </w:pPr>
      <w:r>
        <w:t>So this is the</w:t>
      </w:r>
    </w:p>
    <w:p>
      <w:r>
        <w:rPr>
          <w:b/>
        </w:rPr>
        <w:t xml:space="preserve">[57:58] </w:t>
      </w:r>
      <w:r>
        <w:t>TALEEF culture</w:t>
      </w:r>
    </w:p>
    <w:p>
      <w:pPr>
        <w:jc w:val="right"/>
      </w:pPr>
      <w:r>
        <w:t>TALEEF culture</w:t>
      </w:r>
    </w:p>
    <w:p>
      <w:r>
        <w:rPr>
          <w:b/>
        </w:rPr>
        <w:t xml:space="preserve">[58:00] </w:t>
      </w:r>
      <w:r>
        <w:t>. And TALEEF culture is an integral part of Muslim life, of believers' life.</w:t>
      </w:r>
    </w:p>
    <w:p>
      <w:pPr>
        <w:jc w:val="right"/>
      </w:pPr>
      <w:r>
        <w:t>. And TALEEF culture is an integral part of Muslim life, of believers' life.</w:t>
      </w:r>
    </w:p>
    <w:p>
      <w:r>
        <w:rPr>
          <w:b/>
        </w:rPr>
        <w:t xml:space="preserve">[58:12] </w:t>
      </w:r>
      <w:r>
        <w:t>So I can say that TALEEF is a comprehensive behaviour of a true believer.</w:t>
      </w:r>
    </w:p>
    <w:p>
      <w:pPr>
        <w:jc w:val="right"/>
      </w:pPr>
      <w:r>
        <w:t>So I can say that TALEEF is a comprehensive behaviour of a true believer.</w:t>
      </w:r>
    </w:p>
    <w:p>
      <w:r>
        <w:rPr>
          <w:b/>
        </w:rPr>
        <w:t xml:space="preserve">[58:23] </w:t>
      </w:r>
      <w:r>
        <w:t>Without TALEEF, without TALEEF, there is no Iman. Without TALEEF, there is no Islam.</w:t>
      </w:r>
    </w:p>
    <w:p>
      <w:pPr>
        <w:jc w:val="right"/>
      </w:pPr>
      <w:r>
        <w:t>Without TALEEF, without TALEEF, there is no Iman. Without TALEEF, there is no Islam.</w:t>
      </w:r>
    </w:p>
    <w:p>
      <w:r>
        <w:rPr>
          <w:b/>
        </w:rPr>
        <w:t xml:space="preserve">[58:32] </w:t>
      </w:r>
      <w:r>
        <w:t>Without TALEEF, there is no Muslim society.</w:t>
      </w:r>
    </w:p>
    <w:p>
      <w:pPr>
        <w:jc w:val="right"/>
      </w:pPr>
      <w:r>
        <w:t>Without TALEEF, there is no Muslim society.</w:t>
      </w:r>
    </w:p>
    <w:p>
      <w:r>
        <w:rPr>
          <w:b/>
        </w:rPr>
        <w:t xml:space="preserve">[58:38] </w:t>
      </w:r>
      <w:r>
        <w:t>Without TALEEF, there is no Muslim society. Without TALEEF, there is no Dawah work. So TALEEF-u-Qalb is a comprehensive culture of Islam.</w:t>
      </w:r>
    </w:p>
    <w:p>
      <w:pPr>
        <w:jc w:val="right"/>
      </w:pPr>
      <w:r>
        <w:t>Without TALEEF, there is no Muslim society. Without TALEEF, there is no Dawah work. So TALEEF-u-Qalb is a comprehensive culture of Islam.</w:t>
      </w:r>
    </w:p>
    <w:p>
      <w:r>
        <w:rPr>
          <w:b/>
        </w:rPr>
        <w:t xml:space="preserve">[58:57] </w:t>
      </w:r>
      <w:r>
        <w:t>Aqoola qouli haza, wa astaghfaru Allahi wal ikum al-jama'in.</w:t>
      </w:r>
    </w:p>
    <w:p>
      <w:pPr>
        <w:jc w:val="right"/>
      </w:pPr>
      <w:r>
        <w:t>Aqoola qouli haza, wa astaghfaru Allahi wal ikum al-jama'in.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