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Death in Islam August 7, 2007</w:t>
      </w:r>
    </w:p>
    <w:p>
      <w:r>
        <w:t>https://www.youtube.com/watch?v=pB0cQfYw91E</w:t>
      </w:r>
    </w:p>
    <w:p>
      <w:r>
        <w:rPr>
          <w:b/>
        </w:rPr>
        <w:t xml:space="preserve">[00:09] </w:t>
      </w:r>
      <w:r>
        <w:t>Rabbi ishrah li sadri wa yassir li amri wahlul uqdatan min lisani yafqahu qawli.</w:t>
      </w:r>
    </w:p>
    <w:p>
      <w:pPr>
        <w:jc w:val="right"/>
      </w:pPr>
      <w:r>
        <w:t>رب اشرح لی صدری ویسر لی امری واحل العقدۃ من لسانی یفقہ قولی.</w:t>
      </w:r>
    </w:p>
    <w:p>
      <w:r>
        <w:rPr>
          <w:b/>
        </w:rPr>
        <w:t xml:space="preserve">[00:25] </w:t>
      </w:r>
      <w:r>
        <w:t>The topic for this day is the concept of death in Islam.</w:t>
      </w:r>
    </w:p>
    <w:p>
      <w:pPr>
        <w:jc w:val="right"/>
      </w:pPr>
      <w:r>
        <w:t>The topic for this day is the concept of death in Islam.</w:t>
      </w:r>
    </w:p>
    <w:p>
      <w:r>
        <w:rPr>
          <w:b/>
        </w:rPr>
        <w:t xml:space="preserve">[00:39] </w:t>
      </w:r>
      <w:r>
        <w:t>The concept of death in Islam.</w:t>
      </w:r>
    </w:p>
    <w:p>
      <w:pPr>
        <w:jc w:val="right"/>
      </w:pPr>
      <w:r>
        <w:t>The concept of death in Islam.</w:t>
      </w:r>
    </w:p>
    <w:p>
      <w:r>
        <w:rPr>
          <w:b/>
        </w:rPr>
        <w:t xml:space="preserve">[00:45] </w:t>
      </w:r>
      <w:r>
        <w:t>You know, to believe in concept is a part of faith or iman. Wal ba'su ba'da al-mawt.</w:t>
      </w:r>
    </w:p>
    <w:p>
      <w:pPr>
        <w:jc w:val="right"/>
      </w:pPr>
      <w:r>
        <w:t>You know, to believe in concept is a part of faith or ایمان. والباس بعد الموت.</w:t>
      </w:r>
    </w:p>
    <w:p>
      <w:r>
        <w:rPr>
          <w:b/>
        </w:rPr>
        <w:t xml:space="preserve">[00:59] </w:t>
      </w:r>
      <w:r>
        <w:t>In the kalima, every believer</w:t>
      </w:r>
    </w:p>
    <w:p>
      <w:pPr>
        <w:jc w:val="right"/>
      </w:pPr>
      <w:r>
        <w:t>In the کلمہ, every believer</w:t>
      </w:r>
    </w:p>
    <w:p>
      <w:r>
        <w:rPr>
          <w:b/>
        </w:rPr>
        <w:t xml:space="preserve">[01:07] </w:t>
      </w:r>
      <w:r>
        <w:t>says that I believe in the life after death.</w:t>
      </w:r>
    </w:p>
    <w:p>
      <w:pPr>
        <w:jc w:val="right"/>
      </w:pPr>
      <w:r>
        <w:t>says that I believe in the life after death.</w:t>
      </w:r>
    </w:p>
    <w:p>
      <w:r>
        <w:rPr>
          <w:b/>
        </w:rPr>
        <w:t xml:space="preserve">[01:15] </w:t>
      </w:r>
      <w:r>
        <w:t>Wal ba'su ba'da al-mawt. So it is a part of belief or iman. Now, death is a very—death is a mystery.</w:t>
      </w:r>
    </w:p>
    <w:p>
      <w:pPr>
        <w:jc w:val="right"/>
      </w:pPr>
      <w:r>
        <w:t>والباس بعد الموت. So it is a part of belief or ایمان. Now, death is a very—death is a mystery.</w:t>
      </w:r>
    </w:p>
    <w:p>
      <w:r>
        <w:rPr>
          <w:b/>
        </w:rPr>
        <w:t xml:space="preserve">[01:37] </w:t>
      </w:r>
      <w:r>
        <w:t>You know, life is full of experiences.</w:t>
      </w:r>
    </w:p>
    <w:p>
      <w:pPr>
        <w:jc w:val="right"/>
      </w:pPr>
      <w:r>
        <w:t>You know, life is full of experiences.</w:t>
      </w:r>
    </w:p>
    <w:p>
      <w:r>
        <w:rPr>
          <w:b/>
        </w:rPr>
        <w:t xml:space="preserve">[01:44] </w:t>
      </w:r>
      <w:r>
        <w:t>Life is full of experiences. You can share any one of your experiences with others except for one, that is death.</w:t>
      </w:r>
    </w:p>
    <w:p>
      <w:pPr>
        <w:jc w:val="right"/>
      </w:pPr>
      <w:r>
        <w:t>Life is full of experiences. You can share any one of your experiences with others except for one, that is death.</w:t>
      </w:r>
    </w:p>
    <w:p>
      <w:r>
        <w:rPr>
          <w:b/>
        </w:rPr>
        <w:t xml:space="preserve">[01:59] </w:t>
      </w:r>
      <w:r>
        <w:t>No one is able to share this experience with others because when death—because when he dies,</w:t>
      </w:r>
    </w:p>
    <w:p>
      <w:pPr>
        <w:jc w:val="right"/>
      </w:pPr>
      <w:r>
        <w:t>No one is able to share this experience with others because when death—because when he dies,</w:t>
      </w:r>
    </w:p>
    <w:p>
      <w:r>
        <w:rPr>
          <w:b/>
        </w:rPr>
        <w:t xml:space="preserve">[02:14] </w:t>
      </w:r>
      <w:r>
        <w:t>he ceases to exist in this world.</w:t>
      </w:r>
    </w:p>
    <w:p>
      <w:pPr>
        <w:jc w:val="right"/>
      </w:pPr>
      <w:r>
        <w:t>he ceases to exist in this world.</w:t>
      </w:r>
    </w:p>
    <w:p>
      <w:r>
        <w:rPr>
          <w:b/>
        </w:rPr>
        <w:t xml:space="preserve">[02:19] </w:t>
      </w:r>
      <w:r>
        <w:t>That means</w:t>
      </w:r>
    </w:p>
    <w:p>
      <w:pPr>
        <w:jc w:val="right"/>
      </w:pPr>
      <w:r>
        <w:t>That means</w:t>
      </w:r>
    </w:p>
    <w:p>
      <w:r>
        <w:rPr>
          <w:b/>
        </w:rPr>
        <w:t xml:space="preserve">[02:23] </w:t>
      </w:r>
      <w:r>
        <w:t>to depart this world, to abandon all those things of this world.</w:t>
      </w:r>
    </w:p>
    <w:p>
      <w:pPr>
        <w:jc w:val="right"/>
      </w:pPr>
      <w:r>
        <w:t>to depart this world, to abandon all those things of this world.</w:t>
      </w:r>
    </w:p>
    <w:p>
      <w:r>
        <w:rPr>
          <w:b/>
        </w:rPr>
        <w:t xml:space="preserve">[02:36] </w:t>
      </w:r>
      <w:r>
        <w:t>So death is a very strange type of experience.</w:t>
      </w:r>
    </w:p>
    <w:p>
      <w:pPr>
        <w:jc w:val="right"/>
      </w:pPr>
      <w:r>
        <w:t>So death is a very strange type of experience.</w:t>
      </w:r>
    </w:p>
    <w:p>
      <w:r>
        <w:rPr>
          <w:b/>
        </w:rPr>
        <w:t xml:space="preserve">[02:43] </w:t>
      </w:r>
      <w:r>
        <w:t>We see other people dying, but when we die—but when we die,</w:t>
      </w:r>
    </w:p>
    <w:p>
      <w:pPr>
        <w:jc w:val="right"/>
      </w:pPr>
      <w:r>
        <w:t>We see other people dying, but when we die—but when we die,</w:t>
      </w:r>
    </w:p>
    <w:p>
      <w:r>
        <w:rPr>
          <w:b/>
        </w:rPr>
        <w:t xml:space="preserve">[02:59] </w:t>
      </w:r>
      <w:r>
        <w:t>we are not able to share our experience with others.</w:t>
      </w:r>
    </w:p>
    <w:p>
      <w:pPr>
        <w:jc w:val="right"/>
      </w:pPr>
      <w:r>
        <w:t>we are not able to share our experience with others.</w:t>
      </w:r>
    </w:p>
    <w:p>
      <w:r>
        <w:rPr>
          <w:b/>
        </w:rPr>
        <w:t xml:space="preserve">[03:08] </w:t>
      </w:r>
      <w:r>
        <w:t>Recently, when I participated in a burial, so when the dead body was putting in the grave—so I was—at that time I was there.</w:t>
      </w:r>
    </w:p>
    <w:p>
      <w:pPr>
        <w:jc w:val="right"/>
      </w:pPr>
      <w:r>
        <w:t>Recently, when I participated in a burial, so when the dead body was putting in the grave—so I was—at that time I was there.</w:t>
      </w:r>
    </w:p>
    <w:p>
      <w:r>
        <w:rPr>
          <w:b/>
        </w:rPr>
        <w:t xml:space="preserve">[03:30] </w:t>
      </w:r>
      <w:r>
        <w:t>When I saw that the dead body was putting in the grave, I said with tears in my eyes that I am an old man, so</w:t>
      </w:r>
    </w:p>
    <w:p>
      <w:pPr>
        <w:jc w:val="right"/>
      </w:pPr>
      <w:r>
        <w:t>When I saw that the dead body was putting in the grave, I said with tears in my eyes that I am an old man, so</w:t>
      </w:r>
    </w:p>
    <w:p>
      <w:r>
        <w:rPr>
          <w:b/>
        </w:rPr>
        <w:t xml:space="preserve">[03:59] </w:t>
      </w:r>
      <w:r>
        <w:t>very soon I am going to face the same</w:t>
      </w:r>
    </w:p>
    <w:p>
      <w:pPr>
        <w:jc w:val="right"/>
      </w:pPr>
      <w:r>
        <w:t>very soon I am going to face the same</w:t>
      </w:r>
    </w:p>
    <w:p>
      <w:r>
        <w:rPr>
          <w:b/>
        </w:rPr>
        <w:t xml:space="preserve">[04:08] </w:t>
      </w:r>
      <w:r>
        <w:t>result</w:t>
      </w:r>
    </w:p>
    <w:p>
      <w:pPr>
        <w:jc w:val="right"/>
      </w:pPr>
      <w:r>
        <w:t>result</w:t>
      </w:r>
    </w:p>
    <w:p>
      <w:r>
        <w:rPr>
          <w:b/>
        </w:rPr>
        <w:t xml:space="preserve">[04:11] </w:t>
      </w:r>
      <w:r>
        <w:t>. So I said that perhaps the countdown has reached to the last but one number.</w:t>
      </w:r>
    </w:p>
    <w:p>
      <w:pPr>
        <w:jc w:val="right"/>
      </w:pPr>
      <w:r>
        <w:t>. So I said that perhaps the countdown has reached to the last but one number.</w:t>
      </w:r>
    </w:p>
    <w:p>
      <w:r>
        <w:rPr>
          <w:b/>
        </w:rPr>
        <w:t xml:space="preserve">[04:30] </w:t>
      </w:r>
      <w:r>
        <w:t>I think this is the only lesson that we can take from the death</w:t>
      </w:r>
    </w:p>
    <w:p>
      <w:pPr>
        <w:jc w:val="right"/>
      </w:pPr>
      <w:r>
        <w:t>I think this is the only lesson that we can take from the death</w:t>
      </w:r>
    </w:p>
    <w:p>
      <w:r>
        <w:rPr>
          <w:b/>
        </w:rPr>
        <w:t xml:space="preserve">[04:43] </w:t>
      </w:r>
      <w:r>
        <w:t>. When we see a person that he was going to die, so we have to take this lesson that very soon I am also going to death.</w:t>
      </w:r>
    </w:p>
    <w:p>
      <w:pPr>
        <w:jc w:val="right"/>
      </w:pPr>
      <w:r>
        <w:t>. When we see a person that he was going to die, so we have to take this lesson that very soon I am also going to death.</w:t>
      </w:r>
    </w:p>
    <w:p>
      <w:r>
        <w:rPr>
          <w:b/>
        </w:rPr>
        <w:t xml:space="preserve">[05:03] </w:t>
      </w:r>
      <w:r>
        <w:t>Death is the greatest event in life of every person</w:t>
      </w:r>
    </w:p>
    <w:p>
      <w:pPr>
        <w:jc w:val="right"/>
      </w:pPr>
      <w:r>
        <w:t>Death is the greatest event in life of every person</w:t>
      </w:r>
    </w:p>
    <w:p>
      <w:r>
        <w:rPr>
          <w:b/>
        </w:rPr>
        <w:t xml:space="preserve">[05:13] </w:t>
      </w:r>
      <w:r>
        <w:t>. Now, the greatest question of anyone is, what is after death?</w:t>
      </w:r>
    </w:p>
    <w:p>
      <w:pPr>
        <w:jc w:val="right"/>
      </w:pPr>
      <w:r>
        <w:t>. Now, the greatest question of anyone is, what is after death?</w:t>
      </w:r>
    </w:p>
    <w:p>
      <w:r>
        <w:rPr>
          <w:b/>
        </w:rPr>
        <w:t xml:space="preserve">[05:24] </w:t>
      </w:r>
      <w:r>
        <w:t>We know what is in our pre-death period, but no one knows what is in the post-death period</w:t>
      </w:r>
    </w:p>
    <w:p>
      <w:pPr>
        <w:jc w:val="right"/>
      </w:pPr>
      <w:r>
        <w:t>We know what is in our pre-death period, but no one knows what is in the post-death period</w:t>
      </w:r>
    </w:p>
    <w:p>
      <w:r>
        <w:rPr>
          <w:b/>
        </w:rPr>
        <w:t xml:space="preserve">[05:39] </w:t>
      </w:r>
      <w:r>
        <w:t>. The post-death period is quite unknown. Every day people die.</w:t>
      </w:r>
    </w:p>
    <w:p>
      <w:pPr>
        <w:jc w:val="right"/>
      </w:pPr>
      <w:r>
        <w:t>. The post-death period is quite unknown. Every day people die.</w:t>
      </w:r>
    </w:p>
    <w:p>
      <w:r>
        <w:rPr>
          <w:b/>
        </w:rPr>
        <w:t xml:space="preserve">[05:48] </w:t>
      </w:r>
      <w:r>
        <w:t>Thousands and thousands of people die every day, but no one was able to return and tell the story of the other side of life.</w:t>
      </w:r>
    </w:p>
    <w:p>
      <w:pPr>
        <w:jc w:val="right"/>
      </w:pPr>
      <w:r>
        <w:t>Thousands and thousands of people die every day, but no one was able to return and tell the story of the other side of life.</w:t>
      </w:r>
    </w:p>
    <w:p>
      <w:r>
        <w:rPr>
          <w:b/>
        </w:rPr>
        <w:t xml:space="preserve">[06:03] </w:t>
      </w:r>
      <w:r>
        <w:t>So it is a very, very serious matter.</w:t>
      </w:r>
    </w:p>
    <w:p>
      <w:pPr>
        <w:jc w:val="right"/>
      </w:pPr>
      <w:r>
        <w:t>So it is a very, very serious matter.</w:t>
      </w:r>
    </w:p>
    <w:p>
      <w:r>
        <w:rPr>
          <w:b/>
        </w:rPr>
        <w:t xml:space="preserve">[06:09] </w:t>
      </w:r>
      <w:r>
        <w:t>It is our greatest need to know what is after death.</w:t>
      </w:r>
    </w:p>
    <w:p>
      <w:pPr>
        <w:jc w:val="right"/>
      </w:pPr>
      <w:r>
        <w:t>It is our greatest need to know what is after death.</w:t>
      </w:r>
    </w:p>
    <w:p>
      <w:r>
        <w:rPr>
          <w:b/>
        </w:rPr>
        <w:t xml:space="preserve">[06:20] </w:t>
      </w:r>
      <w:r>
        <w:t>Some people may say that death is our end. Death means the end of life.</w:t>
      </w:r>
    </w:p>
    <w:p>
      <w:pPr>
        <w:jc w:val="right"/>
      </w:pPr>
      <w:r>
        <w:t>Some people may say that death is our end. Death means the end of life.</w:t>
      </w:r>
    </w:p>
    <w:p>
      <w:r>
        <w:rPr>
          <w:b/>
        </w:rPr>
        <w:t xml:space="preserve">[06:30] </w:t>
      </w:r>
      <w:r>
        <w:t>So there is no—so there is no—so there is nothing after death. But this kind of thinking is very wrong.</w:t>
      </w:r>
    </w:p>
    <w:p>
      <w:pPr>
        <w:jc w:val="right"/>
      </w:pPr>
      <w:r>
        <w:t>So there is no—so there is no—so there is nothing after death. But this kind of thinking is very wrong.</w:t>
      </w:r>
    </w:p>
    <w:p>
      <w:r>
        <w:rPr>
          <w:b/>
        </w:rPr>
        <w:t xml:space="preserve">[06:41] </w:t>
      </w:r>
      <w:r>
        <w:t>It is illogical. It is unscientific.</w:t>
      </w:r>
    </w:p>
    <w:p>
      <w:pPr>
        <w:jc w:val="right"/>
      </w:pPr>
      <w:r>
        <w:t>It is illogical. It is unscientific.</w:t>
      </w:r>
    </w:p>
    <w:p>
      <w:r>
        <w:rPr>
          <w:b/>
        </w:rPr>
        <w:t xml:space="preserve">[06:47] </w:t>
      </w:r>
      <w:r>
        <w:t>Because you know, every human being is a</w:t>
      </w:r>
    </w:p>
    <w:p>
      <w:pPr>
        <w:jc w:val="right"/>
      </w:pPr>
      <w:r>
        <w:t>Because you know, every human being is a</w:t>
      </w:r>
    </w:p>
    <w:p>
      <w:r>
        <w:rPr>
          <w:b/>
        </w:rPr>
        <w:t xml:space="preserve">[06:57] </w:t>
      </w:r>
      <w:r>
        <w:t>dual personality. Every human being has a dual personality: body and soul, or body and mind</w:t>
      </w:r>
    </w:p>
    <w:p>
      <w:pPr>
        <w:jc w:val="right"/>
      </w:pPr>
      <w:r>
        <w:t>dual personality. Every human being has a dual personality: body and soul, or body and mind</w:t>
      </w:r>
    </w:p>
    <w:p>
      <w:r>
        <w:rPr>
          <w:b/>
        </w:rPr>
        <w:t xml:space="preserve">[07:08] </w:t>
      </w:r>
      <w:r>
        <w:t>. By all accounts, I can say that death—it is the body that is subject to death.</w:t>
      </w:r>
    </w:p>
    <w:p>
      <w:pPr>
        <w:jc w:val="right"/>
      </w:pPr>
      <w:r>
        <w:t>. By all accounts, I can say that death—it is the body that is subject to death.</w:t>
      </w:r>
    </w:p>
    <w:p>
      <w:r>
        <w:rPr>
          <w:b/>
        </w:rPr>
        <w:t xml:space="preserve">[07:19] </w:t>
      </w:r>
      <w:r>
        <w:t>When one dies, his body dies, not the soul, not his mind.</w:t>
      </w:r>
    </w:p>
    <w:p>
      <w:pPr>
        <w:jc w:val="right"/>
      </w:pPr>
      <w:r>
        <w:t>When one dies, his body dies, not the soul, not his mind.</w:t>
      </w:r>
    </w:p>
    <w:p>
      <w:r>
        <w:rPr>
          <w:b/>
        </w:rPr>
        <w:t xml:space="preserve">[07:29] </w:t>
      </w:r>
      <w:r>
        <w:t>Mind is eternal. Soul is eternal.</w:t>
      </w:r>
    </w:p>
    <w:p>
      <w:pPr>
        <w:jc w:val="right"/>
      </w:pPr>
      <w:r>
        <w:t>Mind is eternal. Soul is eternal.</w:t>
      </w:r>
    </w:p>
    <w:p>
      <w:r>
        <w:rPr>
          <w:b/>
        </w:rPr>
        <w:t xml:space="preserve">[07:36] </w:t>
      </w:r>
      <w:r>
        <w:t>Mind or soul is beyond the laws of death. So when the body dies, mind or soul is still alive.</w:t>
      </w:r>
    </w:p>
    <w:p>
      <w:pPr>
        <w:jc w:val="right"/>
      </w:pPr>
      <w:r>
        <w:t>Mind or soul is beyond the laws of death. So when the body dies, mind or soul is still alive.</w:t>
      </w:r>
    </w:p>
    <w:p>
      <w:r>
        <w:rPr>
          <w:b/>
        </w:rPr>
        <w:t xml:space="preserve">[07:54] </w:t>
      </w:r>
      <w:r>
        <w:t>So what happens to mind? What happens to the real personality?</w:t>
      </w:r>
    </w:p>
    <w:p>
      <w:pPr>
        <w:jc w:val="right"/>
      </w:pPr>
      <w:r>
        <w:t>So what happens to mind? What happens to the real personality?</w:t>
      </w:r>
    </w:p>
    <w:p>
      <w:r>
        <w:rPr>
          <w:b/>
        </w:rPr>
        <w:t xml:space="preserve">[07:59] </w:t>
      </w:r>
      <w:r>
        <w:t>There is soul. It is a fact that our soul is our real personality.</w:t>
      </w:r>
    </w:p>
    <w:p>
      <w:pPr>
        <w:jc w:val="right"/>
      </w:pPr>
      <w:r>
        <w:t>There is soul. It is a fact that our soul is our real personality.</w:t>
      </w:r>
    </w:p>
    <w:p>
      <w:r>
        <w:rPr>
          <w:b/>
        </w:rPr>
        <w:t xml:space="preserve">[08:11] </w:t>
      </w:r>
      <w:r>
        <w:t>So what happens to our soul, to our real personality? It is the greatest question we want to know.</w:t>
      </w:r>
    </w:p>
    <w:p>
      <w:pPr>
        <w:jc w:val="right"/>
      </w:pPr>
      <w:r>
        <w:t>So what happens to our soul, to our real personality? It is the greatest question we want to know.</w:t>
      </w:r>
    </w:p>
    <w:p>
      <w:r>
        <w:rPr>
          <w:b/>
        </w:rPr>
        <w:t xml:space="preserve">[08:31] </w:t>
      </w:r>
      <w:r>
        <w:t>This question—there are only prophets who claim that they can give answers to this question.</w:t>
      </w:r>
    </w:p>
    <w:p>
      <w:pPr>
        <w:jc w:val="right"/>
      </w:pPr>
      <w:r>
        <w:t>This question—there are only prophets who claim that they can give answers to this question.</w:t>
      </w:r>
    </w:p>
    <w:p>
      <w:r>
        <w:rPr>
          <w:b/>
        </w:rPr>
        <w:t xml:space="preserve">[08:48] </w:t>
      </w:r>
      <w:r>
        <w:t>Because a prophet is a person who received revelations from God.</w:t>
      </w:r>
    </w:p>
    <w:p>
      <w:pPr>
        <w:jc w:val="right"/>
      </w:pPr>
      <w:r>
        <w:t>Because a prophet is a person who received revelations from God.</w:t>
      </w:r>
    </w:p>
    <w:p>
      <w:r>
        <w:rPr>
          <w:b/>
        </w:rPr>
        <w:t xml:space="preserve">[08:58] </w:t>
      </w:r>
      <w:r>
        <w:t>We do not receive such revelations.</w:t>
      </w:r>
    </w:p>
    <w:p>
      <w:pPr>
        <w:jc w:val="right"/>
      </w:pPr>
      <w:r>
        <w:t>We do not receive such revelations.</w:t>
      </w:r>
    </w:p>
    <w:p>
      <w:r>
        <w:rPr>
          <w:b/>
        </w:rPr>
        <w:t xml:space="preserve">[09:04] </w:t>
      </w:r>
      <w:r>
        <w:t>so god selects god</w:t>
      </w:r>
    </w:p>
    <w:p>
      <w:pPr>
        <w:jc w:val="right"/>
      </w:pPr>
      <w:r>
        <w:t>So God selects—God</w:t>
      </w:r>
    </w:p>
    <w:p>
      <w:r>
        <w:rPr>
          <w:b/>
        </w:rPr>
        <w:t xml:space="preserve">[09:10] </w:t>
      </w:r>
      <w:r>
        <w:t>selects some person</w:t>
      </w:r>
    </w:p>
    <w:p>
      <w:pPr>
        <w:jc w:val="right"/>
      </w:pPr>
      <w:r>
        <w:t>selects some person</w:t>
      </w:r>
    </w:p>
    <w:p>
      <w:r>
        <w:rPr>
          <w:b/>
        </w:rPr>
        <w:t xml:space="preserve">[09:13] </w:t>
      </w:r>
      <w:r>
        <w:t>as His prophet,</w:t>
      </w:r>
    </w:p>
    <w:p>
      <w:pPr>
        <w:jc w:val="right"/>
      </w:pPr>
      <w:r>
        <w:t>as His prophet,</w:t>
      </w:r>
    </w:p>
    <w:p>
      <w:r>
        <w:rPr>
          <w:b/>
        </w:rPr>
        <w:t xml:space="preserve">[09:16] </w:t>
      </w:r>
      <w:r>
        <w:t>and He reveals the truth to the prophet so that the prophet</w:t>
      </w:r>
    </w:p>
    <w:p>
      <w:pPr>
        <w:jc w:val="right"/>
      </w:pPr>
      <w:r>
        <w:t>and He reveals the truth to the prophet so that the prophet</w:t>
      </w:r>
    </w:p>
    <w:p>
      <w:r>
        <w:rPr>
          <w:b/>
        </w:rPr>
        <w:t xml:space="preserve">[09:24] </w:t>
      </w:r>
      <w:r>
        <w:t>may convey this message to all mankind.</w:t>
      </w:r>
    </w:p>
    <w:p>
      <w:pPr>
        <w:jc w:val="right"/>
      </w:pPr>
      <w:r>
        <w:t>may convey this message to all mankind.</w:t>
      </w:r>
    </w:p>
    <w:p>
      <w:r>
        <w:rPr>
          <w:b/>
        </w:rPr>
        <w:t xml:space="preserve">[09:35] </w:t>
      </w:r>
      <w:r>
        <w:t>So if we are serious about this question, we want to know what is after death.</w:t>
      </w:r>
    </w:p>
    <w:p>
      <w:pPr>
        <w:jc w:val="right"/>
      </w:pPr>
      <w:r>
        <w:t>So if we are serious about this question, we want to know what is after death.</w:t>
      </w:r>
    </w:p>
    <w:p>
      <w:r>
        <w:rPr>
          <w:b/>
        </w:rPr>
        <w:t xml:space="preserve">[09:48] </w:t>
      </w:r>
      <w:r>
        <w:t>So we have to know</w:t>
      </w:r>
    </w:p>
    <w:p>
      <w:pPr>
        <w:jc w:val="right"/>
      </w:pPr>
      <w:r>
        <w:t>So we have to know</w:t>
      </w:r>
    </w:p>
    <w:p>
      <w:r>
        <w:rPr>
          <w:b/>
        </w:rPr>
        <w:t xml:space="preserve">[09:50] </w:t>
      </w:r>
      <w:r>
        <w:t>. We have to</w:t>
      </w:r>
    </w:p>
    <w:p>
      <w:pPr>
        <w:jc w:val="right"/>
      </w:pPr>
      <w:r>
        <w:t>. We have to</w:t>
      </w:r>
    </w:p>
    <w:p>
      <w:r>
        <w:rPr>
          <w:b/>
        </w:rPr>
        <w:t xml:space="preserve">[09:54] </w:t>
      </w:r>
      <w:r>
        <w:t>find the answer from the Quran, from the Hadith, from the prophet.</w:t>
      </w:r>
    </w:p>
    <w:p>
      <w:pPr>
        <w:jc w:val="right"/>
      </w:pPr>
      <w:r>
        <w:t>find the answer from the Quran, from the Hadith, from the prophet.</w:t>
      </w:r>
    </w:p>
    <w:p>
      <w:r>
        <w:rPr>
          <w:b/>
        </w:rPr>
        <w:t xml:space="preserve">[10:04] </w:t>
      </w:r>
      <w:r>
        <w:t>So when we read the Quran, we find that the answer given in the Quran is "kullu nafsin zaa'iqatul maut." Then the Quran says, "thumma turja'oona ilallahi." It means that everyone</w:t>
      </w:r>
    </w:p>
    <w:p>
      <w:pPr>
        <w:jc w:val="right"/>
      </w:pPr>
      <w:r>
        <w:t>So when we read the Quran, we find that the answer given in the Quran is "كُلُّ نَفْسٍ ذَائِقَةُ الْمَوْتِ." Then the Quran says, "ثُمَّ تُرْجَعُونَ إِلَى اللَّهِ." It means that everyone</w:t>
      </w:r>
    </w:p>
    <w:p>
      <w:r>
        <w:rPr>
          <w:b/>
        </w:rPr>
        <w:t xml:space="preserve">[10:27] </w:t>
      </w:r>
      <w:r>
        <w:t>will face death.</w:t>
      </w:r>
    </w:p>
    <w:p>
      <w:pPr>
        <w:jc w:val="right"/>
      </w:pPr>
      <w:r>
        <w:t>will face death.</w:t>
      </w:r>
    </w:p>
    <w:p>
      <w:r>
        <w:rPr>
          <w:b/>
        </w:rPr>
        <w:t xml:space="preserve">[10:31] </w:t>
      </w:r>
      <w:r>
        <w:t>There is no doubt about it. There is no escape from the death. "kullu nafsin zaa'iqatul maut." Everyone is going to die.</w:t>
      </w:r>
    </w:p>
    <w:p>
      <w:pPr>
        <w:jc w:val="right"/>
      </w:pPr>
      <w:r>
        <w:t>There is no doubt about it. There is no escape from the death. "كُلُّ نَفْسٍ ذَائِقَةُ الْمَوْتِ." Everyone is going to die.</w:t>
      </w:r>
    </w:p>
    <w:p>
      <w:r>
        <w:rPr>
          <w:b/>
        </w:rPr>
        <w:t xml:space="preserve">[10:47] </w:t>
      </w:r>
      <w:r>
        <w:t>"thumma turja'oona ilallahi." Then every human being, every man and woman,</w:t>
      </w:r>
    </w:p>
    <w:p>
      <w:pPr>
        <w:jc w:val="right"/>
      </w:pPr>
      <w:r>
        <w:t>"ثُمَّ تُرْجَعُونَ إِلَى اللَّهِ." Then every human being, every man and woman,</w:t>
      </w:r>
    </w:p>
    <w:p>
      <w:r>
        <w:rPr>
          <w:b/>
        </w:rPr>
        <w:t xml:space="preserve">[10:57] </w:t>
      </w:r>
      <w:r>
        <w:t>will go to God.</w:t>
      </w:r>
    </w:p>
    <w:p>
      <w:pPr>
        <w:jc w:val="right"/>
      </w:pPr>
      <w:r>
        <w:t>will go to God.</w:t>
      </w:r>
    </w:p>
    <w:p>
      <w:r>
        <w:rPr>
          <w:b/>
        </w:rPr>
        <w:t xml:space="preserve">[11:02] </w:t>
      </w:r>
      <w:r>
        <w:t>It is a very serious matter. So life is a journey. Life is a journey.</w:t>
      </w:r>
    </w:p>
    <w:p>
      <w:pPr>
        <w:jc w:val="right"/>
      </w:pPr>
      <w:r>
        <w:t>It is a very serious matter. So life is a journey. Life is a journey.</w:t>
      </w:r>
    </w:p>
    <w:p>
      <w:r>
        <w:rPr>
          <w:b/>
        </w:rPr>
        <w:t xml:space="preserve">[11:11] </w:t>
      </w:r>
      <w:r>
        <w:t>The first journey was that we traveled from God to man.</w:t>
      </w:r>
    </w:p>
    <w:p>
      <w:pPr>
        <w:jc w:val="right"/>
      </w:pPr>
      <w:r>
        <w:t>The first journey was that we traveled from God to man.</w:t>
      </w:r>
    </w:p>
    <w:p>
      <w:r>
        <w:rPr>
          <w:b/>
        </w:rPr>
        <w:t xml:space="preserve">[11:22] </w:t>
      </w:r>
      <w:r>
        <w:t>The first part of the journey was from God to man. This was the pre-death period.</w:t>
      </w:r>
    </w:p>
    <w:p>
      <w:pPr>
        <w:jc w:val="right"/>
      </w:pPr>
      <w:r>
        <w:t>The first part of the journey was from God to man. This was the pre-death period.</w:t>
      </w:r>
    </w:p>
    <w:p>
      <w:r>
        <w:rPr>
          <w:b/>
        </w:rPr>
        <w:t xml:space="preserve">[11:31] </w:t>
      </w:r>
      <w:r>
        <w:t>Then the second phase of the journey will be from man to God. This is the post-death period.</w:t>
      </w:r>
    </w:p>
    <w:p>
      <w:pPr>
        <w:jc w:val="right"/>
      </w:pPr>
      <w:r>
        <w:t>Then the second phase of the journey will be from man to God. This is the post-death period.</w:t>
      </w:r>
    </w:p>
    <w:p>
      <w:r>
        <w:rPr>
          <w:b/>
        </w:rPr>
        <w:t xml:space="preserve">[11:43] </w:t>
      </w:r>
      <w:r>
        <w:t>So this is the answer given in the Quran and the Hadith.</w:t>
      </w:r>
    </w:p>
    <w:p>
      <w:pPr>
        <w:jc w:val="right"/>
      </w:pPr>
      <w:r>
        <w:t>So this is the answer given in the Quran and the Hadith.</w:t>
      </w:r>
    </w:p>
    <w:p>
      <w:r>
        <w:rPr>
          <w:b/>
        </w:rPr>
        <w:t xml:space="preserve">[11:55] </w:t>
      </w:r>
      <w:r>
        <w:t>Then</w:t>
      </w:r>
    </w:p>
    <w:p>
      <w:pPr>
        <w:jc w:val="right"/>
      </w:pPr>
      <w:r>
        <w:t>Then</w:t>
      </w:r>
    </w:p>
    <w:p>
      <w:r>
        <w:rPr>
          <w:b/>
        </w:rPr>
        <w:t xml:space="preserve">[11:58] </w:t>
      </w:r>
      <w:r>
        <w:t>the Quran and Hadith both tell us that you have to prepare yourself.</w:t>
      </w:r>
    </w:p>
    <w:p>
      <w:pPr>
        <w:jc w:val="right"/>
      </w:pPr>
      <w:r>
        <w:t>the Quran and Hadith both tell us that you have to prepare yourself.</w:t>
      </w:r>
    </w:p>
    <w:p>
      <w:r>
        <w:rPr>
          <w:b/>
        </w:rPr>
        <w:t xml:space="preserve">[12:09] </w:t>
      </w:r>
      <w:r>
        <w:t>You have to prepare yourself in this world.</w:t>
      </w:r>
    </w:p>
    <w:p>
      <w:pPr>
        <w:jc w:val="right"/>
      </w:pPr>
      <w:r>
        <w:t>You have to prepare yourself in this world.</w:t>
      </w:r>
    </w:p>
    <w:p>
      <w:r>
        <w:rPr>
          <w:b/>
        </w:rPr>
        <w:t xml:space="preserve">[12:13] </w:t>
      </w:r>
      <w:r>
        <w:t>This world is a</w:t>
      </w:r>
    </w:p>
    <w:p>
      <w:pPr>
        <w:jc w:val="right"/>
      </w:pPr>
      <w:r>
        <w:t>This world is a</w:t>
      </w:r>
    </w:p>
    <w:p>
      <w:r>
        <w:rPr>
          <w:b/>
        </w:rPr>
        <w:t xml:space="preserve">[12:18] </w:t>
      </w:r>
      <w:r>
        <w:t>chance of preparation so that you may find the result in the hereafter.</w:t>
      </w:r>
    </w:p>
    <w:p>
      <w:pPr>
        <w:jc w:val="right"/>
      </w:pPr>
      <w:r>
        <w:t>chance of preparation so that you may find the result in the hereafter.</w:t>
      </w:r>
    </w:p>
    <w:p>
      <w:r>
        <w:rPr>
          <w:b/>
        </w:rPr>
        <w:t xml:space="preserve">[12:30] </w:t>
      </w:r>
      <w:r>
        <w:t>In this world, everyone is on the test. This world is a testing ground.</w:t>
      </w:r>
    </w:p>
    <w:p>
      <w:pPr>
        <w:jc w:val="right"/>
      </w:pPr>
      <w:r>
        <w:t>In this world, everyone is on the test. This world is a testing ground.</w:t>
      </w:r>
    </w:p>
    <w:p>
      <w:r>
        <w:rPr>
          <w:b/>
        </w:rPr>
        <w:t xml:space="preserve">[12:39] </w:t>
      </w:r>
      <w:r>
        <w:t>Testing ground</w:t>
      </w:r>
    </w:p>
    <w:p>
      <w:pPr>
        <w:jc w:val="right"/>
      </w:pPr>
      <w:r>
        <w:t>Testing ground</w:t>
      </w:r>
    </w:p>
    <w:p>
      <w:r>
        <w:rPr>
          <w:b/>
        </w:rPr>
        <w:t xml:space="preserve">[12:42] </w:t>
      </w:r>
      <w:r>
        <w:t>. Everyone is put on the test.</w:t>
      </w:r>
    </w:p>
    <w:p>
      <w:pPr>
        <w:jc w:val="right"/>
      </w:pPr>
      <w:r>
        <w:t>. Everyone is put on the test.</w:t>
      </w:r>
    </w:p>
    <w:p>
      <w:r>
        <w:rPr>
          <w:b/>
        </w:rPr>
        <w:t xml:space="preserve">[12:47] </w:t>
      </w:r>
      <w:r>
        <w:t>So we are accountable to God. We will be presented before God, and there is a day of judgment</w:t>
      </w:r>
    </w:p>
    <w:p>
      <w:pPr>
        <w:jc w:val="right"/>
      </w:pPr>
      <w:r>
        <w:t>So we are accountable to God. We will be presented before God, and there is a day of judgment</w:t>
      </w:r>
    </w:p>
    <w:p>
      <w:r>
        <w:rPr>
          <w:b/>
        </w:rPr>
        <w:t xml:space="preserve">[13:00] </w:t>
      </w:r>
      <w:r>
        <w:t>. After the death, there is a day of judgment,</w:t>
      </w:r>
    </w:p>
    <w:p>
      <w:pPr>
        <w:jc w:val="right"/>
      </w:pPr>
      <w:r>
        <w:t>. After the death, there is a day of judgment,</w:t>
      </w:r>
    </w:p>
    <w:p>
      <w:r>
        <w:rPr>
          <w:b/>
        </w:rPr>
        <w:t xml:space="preserve">[13:07] </w:t>
      </w:r>
      <w:r>
        <w:t>and no one can escape from this fate.</w:t>
      </w:r>
    </w:p>
    <w:p>
      <w:pPr>
        <w:jc w:val="right"/>
      </w:pPr>
      <w:r>
        <w:t>and no one can escape from this fate.</w:t>
      </w:r>
    </w:p>
    <w:p>
      <w:r>
        <w:rPr>
          <w:b/>
        </w:rPr>
        <w:t xml:space="preserve">[13:15] </w:t>
      </w:r>
      <w:r>
        <w:t>You know, in our worldly journey, we have a return ticket in our pocket. When I go from Delhi to London,</w:t>
      </w:r>
    </w:p>
    <w:p>
      <w:pPr>
        <w:jc w:val="right"/>
      </w:pPr>
      <w:r>
        <w:t>You know, in our worldly journey, we have a return ticket in our pocket. When I go from Delhi to London,</w:t>
      </w:r>
    </w:p>
    <w:p>
      <w:r>
        <w:rPr>
          <w:b/>
        </w:rPr>
        <w:t xml:space="preserve">[13:28] </w:t>
      </w:r>
      <w:r>
        <w:t>I have a return ticket in my pocket. Or when I travel from Delhi to Washington, again, I have a return ticket in my pocket.</w:t>
      </w:r>
    </w:p>
    <w:p>
      <w:pPr>
        <w:jc w:val="right"/>
      </w:pPr>
      <w:r>
        <w:t>I have a return ticket in my pocket. Or when I travel from Delhi to Washington, again, I have a return ticket in my pocket.</w:t>
      </w:r>
    </w:p>
    <w:p>
      <w:r>
        <w:rPr>
          <w:b/>
        </w:rPr>
        <w:t xml:space="preserve">[13:43] </w:t>
      </w:r>
      <w:r>
        <w:t>But</w:t>
      </w:r>
    </w:p>
    <w:p>
      <w:pPr>
        <w:jc w:val="right"/>
      </w:pPr>
      <w:r>
        <w:t>But</w:t>
      </w:r>
    </w:p>
    <w:p>
      <w:r>
        <w:rPr>
          <w:b/>
        </w:rPr>
        <w:t xml:space="preserve">[13:46] </w:t>
      </w:r>
      <w:r>
        <w:t>life is a life—but in life, we have no return ticket.</w:t>
      </w:r>
    </w:p>
    <w:p>
      <w:pPr>
        <w:jc w:val="right"/>
      </w:pPr>
      <w:r>
        <w:t>life is a life—but in life, we have no return ticket.</w:t>
      </w:r>
    </w:p>
    <w:p>
      <w:r>
        <w:rPr>
          <w:b/>
        </w:rPr>
        <w:t xml:space="preserve">[13:56] </w:t>
      </w:r>
      <w:r>
        <w:t>When we travel from this world to the world hereafter, we have no return ticket.</w:t>
      </w:r>
    </w:p>
    <w:p>
      <w:pPr>
        <w:jc w:val="right"/>
      </w:pPr>
      <w:r>
        <w:t>When we travel from this world to the world hereafter, we have no return ticket.</w:t>
      </w:r>
    </w:p>
    <w:p>
      <w:r>
        <w:rPr>
          <w:b/>
        </w:rPr>
        <w:t xml:space="preserve">[14:07] </w:t>
      </w:r>
      <w:r>
        <w:t>No one is able to return again to this world.</w:t>
      </w:r>
    </w:p>
    <w:p>
      <w:pPr>
        <w:jc w:val="right"/>
      </w:pPr>
      <w:r>
        <w:t>No one is able to return again to this world.</w:t>
      </w:r>
    </w:p>
    <w:p>
      <w:r>
        <w:rPr>
          <w:b/>
        </w:rPr>
        <w:t xml:space="preserve">[14:17] </w:t>
      </w:r>
      <w:r>
        <w:t>There is no return. So it is a very, very serious matter. We have to prepare ourselves. Otherwise,</w:t>
      </w:r>
    </w:p>
    <w:p>
      <w:pPr>
        <w:jc w:val="right"/>
      </w:pPr>
      <w:r>
        <w:t>There is no return. So it is a very, very serious matter. We have to prepare ourselves. Otherwise,</w:t>
      </w:r>
    </w:p>
    <w:p>
      <w:r>
        <w:rPr>
          <w:b/>
        </w:rPr>
        <w:t xml:space="preserve">[14:30] </w:t>
      </w:r>
      <w:r>
        <w:t>we have to face the result. There is the—our chance is only one chance.</w:t>
      </w:r>
    </w:p>
    <w:p>
      <w:pPr>
        <w:jc w:val="right"/>
      </w:pPr>
      <w:r>
        <w:t>we have to face the result. There is the—our chance is only one chance.</w:t>
      </w:r>
    </w:p>
    <w:p>
      <w:r>
        <w:rPr>
          <w:b/>
        </w:rPr>
        <w:t xml:space="preserve">[14:41] </w:t>
      </w:r>
      <w:r>
        <w:t>Here, we are given only one chance. There is no other chance.</w:t>
      </w:r>
    </w:p>
    <w:p>
      <w:pPr>
        <w:jc w:val="right"/>
      </w:pPr>
      <w:r>
        <w:t>Here, we are given only one chance. There is no other chance.</w:t>
      </w:r>
    </w:p>
    <w:p>
      <w:r>
        <w:rPr>
          <w:b/>
        </w:rPr>
        <w:t xml:space="preserve">[14:47] </w:t>
      </w:r>
      <w:r>
        <w:t>The pre-death period is a chance for everyone. A chance to prepare yourself.</w:t>
      </w:r>
    </w:p>
    <w:p>
      <w:pPr>
        <w:jc w:val="right"/>
      </w:pPr>
      <w:r>
        <w:t>The pre-death period is a chance for everyone. A chance to prepare yourself.</w:t>
      </w:r>
    </w:p>
    <w:p>
      <w:r>
        <w:rPr>
          <w:b/>
        </w:rPr>
        <w:t xml:space="preserve">[14:58] </w:t>
      </w:r>
      <w:r>
        <w:t>Then there is no second chance. No second chance.</w:t>
      </w:r>
    </w:p>
    <w:p>
      <w:pPr>
        <w:jc w:val="right"/>
      </w:pPr>
      <w:r>
        <w:t>Then there is no second chance. No second chance.</w:t>
      </w:r>
    </w:p>
    <w:p>
      <w:r>
        <w:rPr>
          <w:b/>
        </w:rPr>
        <w:t xml:space="preserve">[15:08] </w:t>
      </w:r>
      <w:r>
        <w:t>You have been given only one chance to prepare yourself and then become a deserving candidate for Paradise.</w:t>
      </w:r>
    </w:p>
    <w:p>
      <w:pPr>
        <w:jc w:val="right"/>
      </w:pPr>
      <w:r>
        <w:t>You have been given only one chance to prepare yourself and then become a deserving candidate for Paradise.</w:t>
      </w:r>
    </w:p>
    <w:p>
      <w:r>
        <w:rPr>
          <w:b/>
        </w:rPr>
        <w:t xml:space="preserve">[15:23] </w:t>
      </w:r>
      <w:r>
        <w:t>So if you lose this first chance, then you are not given the second chance.</w:t>
      </w:r>
    </w:p>
    <w:p>
      <w:pPr>
        <w:jc w:val="right"/>
      </w:pPr>
      <w:r>
        <w:t>So if you lose this first chance, then you are not given the second chance.</w:t>
      </w:r>
    </w:p>
    <w:p>
      <w:r>
        <w:rPr>
          <w:b/>
        </w:rPr>
        <w:t xml:space="preserve">[15:33] </w:t>
      </w:r>
      <w:r>
        <w:t>There is no second chance in life. This is the most serious aspect of our life.</w:t>
      </w:r>
    </w:p>
    <w:p>
      <w:pPr>
        <w:jc w:val="right"/>
      </w:pPr>
      <w:r>
        <w:t>There is no second chance in life. This is the most serious aspect of our life.</w:t>
      </w:r>
    </w:p>
    <w:p>
      <w:r>
        <w:rPr>
          <w:b/>
        </w:rPr>
        <w:t xml:space="preserve">[15:46] </w:t>
      </w:r>
      <w:r>
        <w:t>There is a Hadith. The Prophet of Islam has said, "akthiru dhikra hadimi allathati almawt."</w:t>
      </w:r>
    </w:p>
    <w:p>
      <w:pPr>
        <w:jc w:val="right"/>
      </w:pPr>
      <w:r>
        <w:t>There is a Hadith. The Prophet of Islam has said, "اَكْثِرُوا ذِكْرَ هَادْمِ اللَّذَّاتِ الْمَوْتِ."</w:t>
      </w:r>
    </w:p>
    <w:p>
      <w:r>
        <w:rPr>
          <w:b/>
        </w:rPr>
        <w:t xml:space="preserve">[16:02] </w:t>
      </w:r>
      <w:r>
        <w:t>It means that remember</w:t>
      </w:r>
    </w:p>
    <w:p>
      <w:pPr>
        <w:jc w:val="right"/>
      </w:pPr>
      <w:r>
        <w:t>It means that remember</w:t>
      </w:r>
    </w:p>
    <w:p>
      <w:r>
        <w:rPr>
          <w:b/>
        </w:rPr>
        <w:t xml:space="preserve">[16:08] </w:t>
      </w:r>
      <w:r>
        <w:t>death every day and night.</w:t>
      </w:r>
    </w:p>
    <w:p>
      <w:pPr>
        <w:jc w:val="right"/>
      </w:pPr>
      <w:r>
        <w:t>death every day and night.</w:t>
      </w:r>
    </w:p>
    <w:p>
      <w:r>
        <w:rPr>
          <w:b/>
        </w:rPr>
        <w:t xml:space="preserve">[16:16] </w:t>
      </w:r>
      <w:r>
        <w:t>So death is a reminder. When one dies, it becomes a reminder.</w:t>
      </w:r>
    </w:p>
    <w:p>
      <w:pPr>
        <w:jc w:val="right"/>
      </w:pPr>
      <w:r>
        <w:t>So death is a reminder. When one dies, it becomes a reminder.</w:t>
      </w:r>
    </w:p>
    <w:p>
      <w:r>
        <w:rPr>
          <w:b/>
        </w:rPr>
        <w:t xml:space="preserve">[16:29] </w:t>
      </w:r>
      <w:r>
        <w:t>So if we are living</w:t>
      </w:r>
    </w:p>
    <w:p>
      <w:pPr>
        <w:jc w:val="right"/>
      </w:pPr>
      <w:r>
        <w:t>So if we are living</w:t>
      </w:r>
    </w:p>
    <w:p>
      <w:r>
        <w:rPr>
          <w:b/>
        </w:rPr>
        <w:t xml:space="preserve">[16:35] </w:t>
      </w:r>
      <w:r>
        <w:t>in a situation where there are reminders, every person who dies, he reminds us that the same fate—you will also—you are also going to face the same fate.</w:t>
      </w:r>
    </w:p>
    <w:p>
      <w:pPr>
        <w:jc w:val="right"/>
      </w:pPr>
      <w:r>
        <w:t>in a situation where there are reminders, every person who dies, he reminds us that the same fate—you will also—you are also going to face the same fate.</w:t>
      </w:r>
    </w:p>
    <w:p>
      <w:r>
        <w:rPr>
          <w:b/>
        </w:rPr>
        <w:t xml:space="preserve">[16:56] </w:t>
      </w:r>
      <w:r>
        <w:t>So prepare yourself.</w:t>
      </w:r>
    </w:p>
    <w:p>
      <w:pPr>
        <w:jc w:val="right"/>
      </w:pPr>
      <w:r>
        <w:t>So prepare yourself.</w:t>
      </w:r>
    </w:p>
    <w:p>
      <w:r>
        <w:rPr>
          <w:b/>
        </w:rPr>
        <w:t xml:space="preserve">[17:03] </w:t>
      </w:r>
      <w:r>
        <w:t>Now, what is preparation?</w:t>
      </w:r>
    </w:p>
    <w:p>
      <w:pPr>
        <w:jc w:val="right"/>
      </w:pPr>
      <w:r>
        <w:t>Now, what is preparation?</w:t>
      </w:r>
    </w:p>
    <w:p>
      <w:r>
        <w:rPr>
          <w:b/>
        </w:rPr>
        <w:t xml:space="preserve">[17:07] </w:t>
      </w:r>
      <w:r>
        <w:t>First of all, you have to know what is the creation plan of God.</w:t>
      </w:r>
    </w:p>
    <w:p>
      <w:pPr>
        <w:jc w:val="right"/>
      </w:pPr>
      <w:r>
        <w:t>First of all, you have to know what is the creation plan of God.</w:t>
      </w:r>
    </w:p>
    <w:p>
      <w:r>
        <w:rPr>
          <w:b/>
        </w:rPr>
        <w:t xml:space="preserve">[17:20] </w:t>
      </w:r>
      <w:r>
        <w:t>You know, this world was created by God. We are not the creators of this world.</w:t>
      </w:r>
    </w:p>
    <w:p>
      <w:pPr>
        <w:jc w:val="right"/>
      </w:pPr>
      <w:r>
        <w:t>You know, this world was created by God. We are not the creators of this world.</w:t>
      </w:r>
    </w:p>
    <w:p>
      <w:r>
        <w:rPr>
          <w:b/>
        </w:rPr>
        <w:t xml:space="preserve">[17:30] </w:t>
      </w:r>
      <w:r>
        <w:t>We were created by God, and this world also was created by God. So we have to know—we have to discover what is the purpose of our life.</w:t>
      </w:r>
    </w:p>
    <w:p>
      <w:pPr>
        <w:jc w:val="right"/>
      </w:pPr>
      <w:r>
        <w:t>We were created by God, and this world also was created by God. So we have to know—we have to discover what is the purpose of our life.</w:t>
      </w:r>
    </w:p>
    <w:p>
      <w:r>
        <w:rPr>
          <w:b/>
        </w:rPr>
        <w:t xml:space="preserve">[17:48] </w:t>
      </w:r>
      <w:r>
        <w:t>What is the creation plan of God?</w:t>
      </w:r>
    </w:p>
    <w:p>
      <w:pPr>
        <w:jc w:val="right"/>
      </w:pPr>
      <w:r>
        <w:t>What is the creation plan of God?</w:t>
      </w:r>
    </w:p>
    <w:p>
      <w:r>
        <w:rPr>
          <w:b/>
        </w:rPr>
        <w:t xml:space="preserve">[17:53] </w:t>
      </w:r>
      <w:r>
        <w:t>This is the first</w:t>
      </w:r>
    </w:p>
    <w:p>
      <w:pPr>
        <w:jc w:val="right"/>
      </w:pPr>
      <w:r>
        <w:t>This is the first</w:t>
      </w:r>
    </w:p>
    <w:p>
      <w:r>
        <w:rPr>
          <w:b/>
        </w:rPr>
        <w:t xml:space="preserve">[17:56] </w:t>
      </w:r>
      <w:r>
        <w:t>question. This is the first issue.</w:t>
      </w:r>
    </w:p>
    <w:p>
      <w:pPr>
        <w:jc w:val="right"/>
      </w:pPr>
      <w:r>
        <w:t>question. This is the first issue.</w:t>
      </w:r>
    </w:p>
    <w:p>
      <w:r>
        <w:rPr>
          <w:b/>
        </w:rPr>
        <w:t xml:space="preserve">[18:01] </w:t>
      </w:r>
      <w:r>
        <w:t>So first of all, we have to discover</w:t>
      </w:r>
    </w:p>
    <w:p>
      <w:pPr>
        <w:jc w:val="right"/>
      </w:pPr>
      <w:r>
        <w:t>So first of all, we have to discover</w:t>
      </w:r>
    </w:p>
    <w:p>
      <w:r>
        <w:rPr>
          <w:b/>
        </w:rPr>
        <w:t xml:space="preserve">[18:04] </w:t>
      </w:r>
      <w:r>
        <w:t>the purpose of life</w:t>
      </w:r>
    </w:p>
    <w:p>
      <w:pPr>
        <w:jc w:val="right"/>
      </w:pPr>
      <w:r>
        <w:t>the purpose of life</w:t>
      </w:r>
    </w:p>
    <w:p>
      <w:r>
        <w:rPr>
          <w:b/>
        </w:rPr>
        <w:t xml:space="preserve">[18:07] </w:t>
      </w:r>
      <w:r>
        <w:t>and the creation plan of God</w:t>
      </w:r>
    </w:p>
    <w:p>
      <w:pPr>
        <w:jc w:val="right"/>
      </w:pPr>
      <w:r>
        <w:t>and the creation plan of God</w:t>
      </w:r>
    </w:p>
    <w:p>
      <w:r>
        <w:rPr>
          <w:b/>
        </w:rPr>
        <w:t xml:space="preserve">[18:11] </w:t>
      </w:r>
      <w:r>
        <w:t>so that we may plan our life</w:t>
      </w:r>
    </w:p>
    <w:p>
      <w:pPr>
        <w:jc w:val="right"/>
      </w:pPr>
      <w:r>
        <w:t>so that we may plan our life</w:t>
      </w:r>
    </w:p>
    <w:p>
      <w:r>
        <w:rPr>
          <w:b/>
        </w:rPr>
        <w:t xml:space="preserve">[18:16] </w:t>
      </w:r>
      <w:r>
        <w:t>according to this plan or according to this scheme.</w:t>
      </w:r>
    </w:p>
    <w:p>
      <w:pPr>
        <w:jc w:val="right"/>
      </w:pPr>
      <w:r>
        <w:t>according to this plan or according to this scheme.</w:t>
      </w:r>
    </w:p>
    <w:p>
      <w:r>
        <w:rPr>
          <w:b/>
        </w:rPr>
        <w:t xml:space="preserve">[18:25] </w:t>
      </w:r>
      <w:r>
        <w:t>So life begins from discovery.</w:t>
      </w:r>
    </w:p>
    <w:p>
      <w:pPr>
        <w:jc w:val="right"/>
      </w:pPr>
      <w:r>
        <w:t>So life begins from discovery.</w:t>
      </w:r>
    </w:p>
    <w:p>
      <w:r>
        <w:rPr>
          <w:b/>
        </w:rPr>
        <w:t xml:space="preserve">[18:30] </w:t>
      </w:r>
      <w:r>
        <w:t>Life begins from discovery. So first of all, you have to discover the purpose of your life, the</w:t>
      </w:r>
    </w:p>
    <w:p>
      <w:pPr>
        <w:jc w:val="right"/>
      </w:pPr>
      <w:r>
        <w:t>Life begins from discovery. So first of all, you have to discover the purpose of your life, the</w:t>
      </w:r>
    </w:p>
    <w:p>
      <w:r>
        <w:rPr>
          <w:b/>
        </w:rPr>
        <w:t xml:space="preserve">[18:48] </w:t>
      </w:r>
      <w:r>
        <w:t>secret of life and death</w:t>
      </w:r>
    </w:p>
    <w:p>
      <w:pPr>
        <w:jc w:val="right"/>
      </w:pPr>
      <w:r>
        <w:t>secret of life and death</w:t>
      </w:r>
    </w:p>
    <w:p>
      <w:r>
        <w:rPr>
          <w:b/>
        </w:rPr>
        <w:t xml:space="preserve">[18:51] </w:t>
      </w:r>
      <w:r>
        <w:t>. Then when you—if you are sincere, if you are serious, then you are bound to reach the Prophet.</w:t>
      </w:r>
    </w:p>
    <w:p>
      <w:pPr>
        <w:jc w:val="right"/>
      </w:pPr>
      <w:r>
        <w:t>. Then when you—if you are sincere, if you are serious, then you are bound to reach the Prophet.</w:t>
      </w:r>
    </w:p>
    <w:p>
      <w:r>
        <w:rPr>
          <w:b/>
        </w:rPr>
        <w:t xml:space="preserve">[19:05] </w:t>
      </w:r>
      <w:r>
        <w:t>If you want to know what is the purpose of my life, and you become a seeker, and you study philosophy, you study sciences,</w:t>
      </w:r>
    </w:p>
    <w:p>
      <w:pPr>
        <w:jc w:val="right"/>
      </w:pPr>
      <w:r>
        <w:t>If you want to know what is the purpose of my life, and you become a seeker, and you study philosophy, you study sciences,</w:t>
      </w:r>
    </w:p>
    <w:p>
      <w:r>
        <w:rPr>
          <w:b/>
        </w:rPr>
        <w:t xml:space="preserve">[19:21] </w:t>
      </w:r>
      <w:r>
        <w:t>you study other branches of discipline,</w:t>
      </w:r>
    </w:p>
    <w:p>
      <w:pPr>
        <w:jc w:val="right"/>
      </w:pPr>
      <w:r>
        <w:t>you study other branches of discipline,</w:t>
      </w:r>
    </w:p>
    <w:p>
      <w:r>
        <w:rPr>
          <w:b/>
        </w:rPr>
        <w:t xml:space="preserve">[19:30] </w:t>
      </w:r>
      <w:r>
        <w:t>then you will find that in modern philosophy, in modern sciences, and other disciplines, there is no answer to this question.</w:t>
      </w:r>
    </w:p>
    <w:p>
      <w:pPr>
        <w:jc w:val="right"/>
      </w:pPr>
      <w:r>
        <w:t>then you will find that in modern philosophy, in modern sciences, and other disciplines, there is no answer to this question.</w:t>
      </w:r>
    </w:p>
    <w:p>
      <w:r>
        <w:rPr>
          <w:b/>
        </w:rPr>
        <w:t xml:space="preserve">[19:43] </w:t>
      </w:r>
      <w:r>
        <w:t>Who am I</w:t>
      </w:r>
    </w:p>
    <w:p>
      <w:pPr>
        <w:jc w:val="right"/>
      </w:pPr>
      <w:r>
        <w:t>Who am I</w:t>
      </w:r>
    </w:p>
    <w:p>
      <w:r>
        <w:rPr>
          <w:b/>
        </w:rPr>
        <w:t xml:space="preserve">[19:45] </w:t>
      </w:r>
      <w:r>
        <w:t>? What is the purpose of my life? What is the creation plan of God? What is life before death, and what is life after death?</w:t>
      </w:r>
    </w:p>
    <w:p>
      <w:pPr>
        <w:jc w:val="right"/>
      </w:pPr>
      <w:r>
        <w:t>? What is the purpose of my life? What is the creation plan of God? What is life before death, and what is life after death?</w:t>
      </w:r>
    </w:p>
    <w:p>
      <w:r>
        <w:rPr>
          <w:b/>
        </w:rPr>
        <w:t xml:space="preserve">[19:58] </w:t>
      </w:r>
      <w:r>
        <w:t>What is hell? What is Paradise? Everything is quite unknown.</w:t>
      </w:r>
    </w:p>
    <w:p>
      <w:pPr>
        <w:jc w:val="right"/>
      </w:pPr>
      <w:r>
        <w:t>What is hell? What is Paradise? Everything is quite unknown.</w:t>
      </w:r>
    </w:p>
    <w:p>
      <w:r>
        <w:rPr>
          <w:b/>
        </w:rPr>
        <w:t xml:space="preserve">[20:06] </w:t>
      </w:r>
      <w:r>
        <w:t>You know, a French scientist, Dr. Alexis Carroll, has published a book in 1930 with the title "Man, the Unknown." "Man, the Unknown." So he says that, "I tried to discover man through science, through philosophy,</w:t>
      </w:r>
    </w:p>
    <w:p>
      <w:pPr>
        <w:jc w:val="right"/>
      </w:pPr>
      <w:r>
        <w:t>You know, a French scientist, Dr. Alexis Carroll, has published a book in 1930 with the title "Man, the Unknown." "Man, the Unknown." So he says that, "I tried to discover man through science, through philosophy,</w:t>
      </w:r>
    </w:p>
    <w:p>
      <w:r>
        <w:rPr>
          <w:b/>
        </w:rPr>
        <w:t xml:space="preserve">[20:33] </w:t>
      </w:r>
      <w:r>
        <w:t>but I failed. But I failed. Human disciplines cannot give you the necessary knowledge of this subject.</w:t>
      </w:r>
    </w:p>
    <w:p>
      <w:pPr>
        <w:jc w:val="right"/>
      </w:pPr>
      <w:r>
        <w:t>but I failed. But I failed. Human disciplines cannot give you the necessary knowledge of this subject.</w:t>
      </w:r>
    </w:p>
    <w:p>
      <w:r>
        <w:rPr>
          <w:b/>
        </w:rPr>
        <w:t xml:space="preserve">[20:47] </w:t>
      </w:r>
      <w:r>
        <w:t>So if you are sincere, if you are serious, then your journey—you will not stop in between.</w:t>
      </w:r>
    </w:p>
    <w:p>
      <w:pPr>
        <w:jc w:val="right"/>
      </w:pPr>
      <w:r>
        <w:t>So if you are sincere, if you are serious, then your journey—you will not stop in between.</w:t>
      </w:r>
    </w:p>
    <w:p>
      <w:r>
        <w:rPr>
          <w:b/>
        </w:rPr>
        <w:t xml:space="preserve">[21:00] </w:t>
      </w:r>
      <w:r>
        <w:t>You will continue your journey. And if you continue your journey, you will reach the Prophet. To the Prophet.</w:t>
      </w:r>
    </w:p>
    <w:p>
      <w:pPr>
        <w:jc w:val="right"/>
      </w:pPr>
      <w:r>
        <w:t>You will continue your journey. And if you continue your journey, you will reach the Prophet. To the Prophet.</w:t>
      </w:r>
    </w:p>
    <w:p>
      <w:r>
        <w:rPr>
          <w:b/>
        </w:rPr>
        <w:t xml:space="preserve">[21:11] </w:t>
      </w:r>
      <w:r>
        <w:t>Because the Prophet is the only source of knowledge.</w:t>
      </w:r>
    </w:p>
    <w:p>
      <w:pPr>
        <w:jc w:val="right"/>
      </w:pPr>
      <w:r>
        <w:t>Because the Prophet is the only source of knowledge.</w:t>
      </w:r>
    </w:p>
    <w:p>
      <w:r>
        <w:rPr>
          <w:b/>
        </w:rPr>
        <w:t xml:space="preserve">[21:19] </w:t>
      </w:r>
      <w:r>
        <w:t>The Prophet is one who has received knowledge from God.</w:t>
      </w:r>
    </w:p>
    <w:p>
      <w:pPr>
        <w:jc w:val="right"/>
      </w:pPr>
      <w:r>
        <w:t>The Prophet is one who has received knowledge from God.</w:t>
      </w:r>
    </w:p>
    <w:p>
      <w:r>
        <w:rPr>
          <w:b/>
        </w:rPr>
        <w:t xml:space="preserve">[21:27] </w:t>
      </w:r>
      <w:r>
        <w:t>So the Prophet is the only authentic source to give you</w:t>
      </w:r>
    </w:p>
    <w:p>
      <w:pPr>
        <w:jc w:val="right"/>
      </w:pPr>
      <w:r>
        <w:t>So the Prophet is the only authentic source to give you</w:t>
      </w:r>
    </w:p>
    <w:p>
      <w:r>
        <w:rPr>
          <w:b/>
        </w:rPr>
        <w:t xml:space="preserve">[21:36] </w:t>
      </w:r>
      <w:r>
        <w:t>the knowledge about life after death</w:t>
      </w:r>
    </w:p>
    <w:p>
      <w:pPr>
        <w:jc w:val="right"/>
      </w:pPr>
      <w:r>
        <w:t>the knowledge about life after death</w:t>
      </w:r>
    </w:p>
    <w:p>
      <w:r>
        <w:rPr>
          <w:b/>
        </w:rPr>
        <w:t xml:space="preserve">[21:43] </w:t>
      </w:r>
      <w:r>
        <w:t>. According to scientific studies,</w:t>
      </w:r>
    </w:p>
    <w:p>
      <w:pPr>
        <w:jc w:val="right"/>
      </w:pPr>
      <w:r>
        <w:t>. According to scientific studies,</w:t>
      </w:r>
    </w:p>
    <w:p>
      <w:r>
        <w:rPr>
          <w:b/>
        </w:rPr>
        <w:t xml:space="preserve">[21:50] </w:t>
      </w:r>
      <w:r>
        <w:t>our personality is an eternal personality. According to scientific studies, the body is not our personality.</w:t>
      </w:r>
    </w:p>
    <w:p>
      <w:pPr>
        <w:jc w:val="right"/>
      </w:pPr>
      <w:r>
        <w:t>our personality is an eternal personality. According to scientific studies, the body is not our personality.</w:t>
      </w:r>
    </w:p>
    <w:p>
      <w:r>
        <w:rPr>
          <w:b/>
        </w:rPr>
        <w:t xml:space="preserve">[22:01] </w:t>
      </w:r>
      <w:r>
        <w:t>The body is only a vehicle of our personality. Our personality is our mind, our soul, our inner being.</w:t>
      </w:r>
    </w:p>
    <w:p>
      <w:pPr>
        <w:jc w:val="right"/>
      </w:pPr>
      <w:r>
        <w:t>The body is only a vehicle of our personality. Our personality is our mind, our soul, our inner being.</w:t>
      </w:r>
    </w:p>
    <w:p>
      <w:r>
        <w:rPr>
          <w:b/>
        </w:rPr>
        <w:t xml:space="preserve">[22:12] </w:t>
      </w:r>
      <w:r>
        <w:t>That is our personality. And this body is only a vehicle.</w:t>
      </w:r>
    </w:p>
    <w:p>
      <w:pPr>
        <w:jc w:val="right"/>
      </w:pPr>
      <w:r>
        <w:t>That is our personality. And this body is only a vehicle.</w:t>
      </w:r>
    </w:p>
    <w:p>
      <w:r>
        <w:rPr>
          <w:b/>
        </w:rPr>
        <w:t xml:space="preserve">[22:22] </w:t>
      </w:r>
      <w:r>
        <w:t>It is now established by the scientific studies that our even inner personality is an eternal personality.</w:t>
      </w:r>
    </w:p>
    <w:p>
      <w:pPr>
        <w:jc w:val="right"/>
      </w:pPr>
      <w:r>
        <w:t>It is now established by the scientific studies that our even inner personality is an eternal personality.</w:t>
      </w:r>
    </w:p>
    <w:p>
      <w:r>
        <w:rPr>
          <w:b/>
        </w:rPr>
        <w:t xml:space="preserve">[22:38] </w:t>
      </w:r>
      <w:r>
        <w:t>The body dies, but there is no death for the mind, for the soul. Now it is well established.</w:t>
      </w:r>
    </w:p>
    <w:p>
      <w:pPr>
        <w:jc w:val="right"/>
      </w:pPr>
      <w:r>
        <w:t>The body dies, but there is no death for the mind, for the soul. Now it is well established.</w:t>
      </w:r>
    </w:p>
    <w:p>
      <w:r>
        <w:rPr>
          <w:b/>
        </w:rPr>
        <w:t xml:space="preserve">[22:51] </w:t>
      </w:r>
      <w:r>
        <w:t>So according to the—here the Prophet adds some more aspects. The Prophet tells us that God created man as an eternal being.</w:t>
      </w:r>
    </w:p>
    <w:p>
      <w:pPr>
        <w:jc w:val="right"/>
      </w:pPr>
      <w:r>
        <w:t>So according to the—here the Prophet adds some more aspects. The Prophet tells us that God created man as an eternal being.</w:t>
      </w:r>
    </w:p>
    <w:p>
      <w:r>
        <w:rPr>
          <w:b/>
        </w:rPr>
        <w:t xml:space="preserve">[23:07] </w:t>
      </w:r>
      <w:r>
        <w:t>Eternal being.</w:t>
      </w:r>
    </w:p>
    <w:p>
      <w:pPr>
        <w:jc w:val="right"/>
      </w:pPr>
      <w:r>
        <w:t>Eternal being.</w:t>
      </w:r>
    </w:p>
    <w:p>
      <w:r>
        <w:rPr>
          <w:b/>
        </w:rPr>
        <w:t xml:space="preserve">[23:13] </w:t>
      </w:r>
      <w:r>
        <w:t>But God divided our lifespan into two parts.</w:t>
      </w:r>
    </w:p>
    <w:p>
      <w:pPr>
        <w:jc w:val="right"/>
      </w:pPr>
      <w:r>
        <w:t>But God divided our lifespan into two parts.</w:t>
      </w:r>
    </w:p>
    <w:p>
      <w:r>
        <w:rPr>
          <w:b/>
        </w:rPr>
        <w:t xml:space="preserve">[23:22] </w:t>
      </w:r>
      <w:r>
        <w:t>God divided our lifespan into two parts. A tip, a tip of our life, of a small portion,</w:t>
      </w:r>
    </w:p>
    <w:p>
      <w:pPr>
        <w:jc w:val="right"/>
      </w:pPr>
      <w:r>
        <w:t>God divided our lifespan into two parts. A tip, a tip of our life, of a small portion,</w:t>
      </w:r>
    </w:p>
    <w:p>
      <w:r>
        <w:rPr>
          <w:b/>
        </w:rPr>
        <w:t xml:space="preserve">[23:40] </w:t>
      </w:r>
      <w:r>
        <w:t>of only a small portion of life—was only a small portion of life—he put in this world.</w:t>
      </w:r>
    </w:p>
    <w:p>
      <w:pPr>
        <w:jc w:val="right"/>
      </w:pPr>
      <w:r>
        <w:t>of only a small portion of life—was only a small portion of life—he put in this world.</w:t>
      </w:r>
    </w:p>
    <w:p>
      <w:r>
        <w:rPr>
          <w:b/>
        </w:rPr>
        <w:t xml:space="preserve">[23:53] </w:t>
      </w:r>
      <w:r>
        <w:t>In this world, we are for 50 years, 60 years, 70 years, 80 years. That's all. This is a tip of the iceberg.</w:t>
      </w:r>
    </w:p>
    <w:p>
      <w:pPr>
        <w:jc w:val="right"/>
      </w:pPr>
      <w:r>
        <w:t>In this world, we are for 50 years, 60 years, 70 years, 80 years. That's all. This is a tip of the iceberg.</w:t>
      </w:r>
    </w:p>
    <w:p>
      <w:r>
        <w:rPr>
          <w:b/>
        </w:rPr>
        <w:t xml:space="preserve">[24:08] </w:t>
      </w:r>
      <w:r>
        <w:t>This is a tip of the iceberg.</w:t>
      </w:r>
    </w:p>
    <w:p>
      <w:pPr>
        <w:jc w:val="right"/>
      </w:pPr>
      <w:r>
        <w:t>This is a tip of the iceberg.</w:t>
      </w:r>
    </w:p>
    <w:p>
      <w:r>
        <w:rPr>
          <w:b/>
        </w:rPr>
        <w:t xml:space="preserve">[24:10] </w:t>
      </w:r>
      <w:r>
        <w:t>This is a very short span of our life. Then all—then the whole life, the whole eternal life lies in the</w:t>
      </w:r>
    </w:p>
    <w:p>
      <w:pPr>
        <w:jc w:val="right"/>
      </w:pPr>
      <w:r>
        <w:t>This is a very short span of our life. Then all—then the whole life, the whole eternal life lies in the</w:t>
      </w:r>
    </w:p>
    <w:p>
      <w:r>
        <w:rPr>
          <w:b/>
        </w:rPr>
        <w:t xml:space="preserve">[24:27] </w:t>
      </w:r>
      <w:r>
        <w:t>hereafter, in the world hereafter. The fact is that God created an ideal world.</w:t>
      </w:r>
    </w:p>
    <w:p>
      <w:pPr>
        <w:jc w:val="right"/>
      </w:pPr>
      <w:r>
        <w:t>hereafter, in the world hereafter. The fact is that God created an ideal world.</w:t>
      </w:r>
    </w:p>
    <w:p>
      <w:r>
        <w:rPr>
          <w:b/>
        </w:rPr>
        <w:t xml:space="preserve">[24:39] </w:t>
      </w:r>
      <w:r>
        <w:t>That is Paradise. A very beautiful world, a perfect world</w:t>
      </w:r>
    </w:p>
    <w:p>
      <w:pPr>
        <w:jc w:val="right"/>
      </w:pPr>
      <w:r>
        <w:t>That is Paradise. A very beautiful world, a perfect world</w:t>
      </w:r>
    </w:p>
    <w:p>
      <w:r>
        <w:rPr>
          <w:b/>
        </w:rPr>
        <w:t xml:space="preserve">[24:47] </w:t>
      </w:r>
      <w:r>
        <w:t>. All those things we desire are present in Paradise.</w:t>
      </w:r>
    </w:p>
    <w:p>
      <w:pPr>
        <w:jc w:val="right"/>
      </w:pPr>
      <w:r>
        <w:t>. All those things we desire are present in Paradise.</w:t>
      </w:r>
    </w:p>
    <w:p>
      <w:r>
        <w:rPr>
          <w:b/>
        </w:rPr>
        <w:t xml:space="preserve">[24:57] </w:t>
      </w:r>
      <w:r>
        <w:t>Here in this world, we have only desires, but not the fulfillment. No one was able to fulfill his desires in this world.</w:t>
      </w:r>
    </w:p>
    <w:p>
      <w:pPr>
        <w:jc w:val="right"/>
      </w:pPr>
      <w:r>
        <w:t>Here in this world, we have only desires, but not the fulfillment. No one was able to fulfill his desires in this world.</w:t>
      </w:r>
    </w:p>
    <w:p>
      <w:r>
        <w:rPr>
          <w:b/>
        </w:rPr>
        <w:t xml:space="preserve">[25:13] </w:t>
      </w:r>
      <w:r>
        <w:t>No king, no wealthy person, no political leader,</w:t>
      </w:r>
    </w:p>
    <w:p>
      <w:pPr>
        <w:jc w:val="right"/>
      </w:pPr>
      <w:r>
        <w:t>No king, no wealthy person, no political leader,</w:t>
      </w:r>
    </w:p>
    <w:p>
      <w:r>
        <w:rPr>
          <w:b/>
        </w:rPr>
        <w:t xml:space="preserve">[25:21] </w:t>
      </w:r>
      <w:r>
        <w:t>no one was able to fulfill his desires. Although everyone's mind is full of desires, unlimited desires.</w:t>
      </w:r>
    </w:p>
    <w:p>
      <w:pPr>
        <w:jc w:val="right"/>
      </w:pPr>
      <w:r>
        <w:t>no one was able to fulfill his desires. Although everyone's mind is full of desires, unlimited desires.</w:t>
      </w:r>
    </w:p>
    <w:p>
      <w:r>
        <w:rPr>
          <w:b/>
        </w:rPr>
        <w:t xml:space="preserve">[25:37] </w:t>
      </w:r>
      <w:r>
        <w:t>So it is a great question. Why are there desires, but there is no fulfillment?</w:t>
      </w:r>
    </w:p>
    <w:p>
      <w:pPr>
        <w:jc w:val="right"/>
      </w:pPr>
      <w:r>
        <w:t>So it is a great question. Why are there desires, but there is no fulfillment?</w:t>
      </w:r>
    </w:p>
    <w:p>
      <w:r>
        <w:rPr>
          <w:b/>
        </w:rPr>
        <w:t xml:space="preserve">[25:44] </w:t>
      </w:r>
      <w:r>
        <w:t>We see that here is thirst, but there is water.</w:t>
      </w:r>
    </w:p>
    <w:p>
      <w:pPr>
        <w:jc w:val="right"/>
      </w:pPr>
      <w:r>
        <w:t>We see that here is thirst, but there is water.</w:t>
      </w:r>
    </w:p>
    <w:p>
      <w:r>
        <w:rPr>
          <w:b/>
        </w:rPr>
        <w:t xml:space="preserve">[25:54] </w:t>
      </w:r>
      <w:r>
        <w:t>We find, we experience that here in this world is thirst. At the same time, there is water.</w:t>
      </w:r>
    </w:p>
    <w:p>
      <w:pPr>
        <w:jc w:val="right"/>
      </w:pPr>
      <w:r>
        <w:t>We find, we experience that here in this world is thirst. At the same time, there is water.</w:t>
      </w:r>
    </w:p>
    <w:p>
      <w:r>
        <w:rPr>
          <w:b/>
        </w:rPr>
        <w:t xml:space="preserve">[26:06] </w:t>
      </w:r>
      <w:r>
        <w:t>In this world, there is hunger. And at the same time, there is food</w:t>
      </w:r>
    </w:p>
    <w:p>
      <w:pPr>
        <w:jc w:val="right"/>
      </w:pPr>
      <w:r>
        <w:t>In this world, there is hunger. And at the same time, there is food</w:t>
      </w:r>
    </w:p>
    <w:p>
      <w:r>
        <w:rPr>
          <w:b/>
        </w:rPr>
        <w:t xml:space="preserve">[26:16] </w:t>
      </w:r>
      <w:r>
        <w:t>. But other desires—to live in happiness, to enjoy eternally—there are so many desires, so many desires.</w:t>
      </w:r>
    </w:p>
    <w:p>
      <w:pPr>
        <w:jc w:val="right"/>
      </w:pPr>
      <w:r>
        <w:t>. But other desires—to live in happiness, to enjoy eternally—there are so many desires, so many desires.</w:t>
      </w:r>
    </w:p>
    <w:p>
      <w:r>
        <w:rPr>
          <w:b/>
        </w:rPr>
        <w:t xml:space="preserve">[26:34] </w:t>
      </w:r>
      <w:r>
        <w:t>To live in a good atmosphere, to find nice people as our companions.</w:t>
      </w:r>
    </w:p>
    <w:p>
      <w:pPr>
        <w:jc w:val="right"/>
      </w:pPr>
      <w:r>
        <w:t>To live in a good atmosphere, to find nice people as our companions.</w:t>
      </w:r>
    </w:p>
    <w:p>
      <w:r>
        <w:rPr>
          <w:b/>
        </w:rPr>
        <w:t xml:space="preserve">[26:49] </w:t>
      </w:r>
      <w:r>
        <w:t>We</w:t>
      </w:r>
    </w:p>
    <w:p>
      <w:pPr>
        <w:jc w:val="right"/>
      </w:pPr>
      <w:r>
        <w:t>We</w:t>
      </w:r>
    </w:p>
    <w:p>
      <w:r>
        <w:rPr>
          <w:b/>
        </w:rPr>
        <w:t xml:space="preserve">[26:53] </w:t>
      </w:r>
      <w:r>
        <w:t>desire that—we want to have a life where there is no death, where there is no old age, where there is no accident, where there is no boredom,</w:t>
      </w:r>
    </w:p>
    <w:p>
      <w:pPr>
        <w:jc w:val="right"/>
      </w:pPr>
      <w:r>
        <w:t>desire that—we want to have a life where there is no death, where there is no old age, where there is no accident, where there is no boredom,</w:t>
      </w:r>
    </w:p>
    <w:p>
      <w:r>
        <w:rPr>
          <w:b/>
        </w:rPr>
        <w:t xml:space="preserve">[27:11] </w:t>
      </w:r>
      <w:r>
        <w:t>where there is no disease.</w:t>
      </w:r>
    </w:p>
    <w:p>
      <w:pPr>
        <w:jc w:val="right"/>
      </w:pPr>
      <w:r>
        <w:t>where there is no disease.</w:t>
      </w:r>
    </w:p>
    <w:p>
      <w:r>
        <w:rPr>
          <w:b/>
        </w:rPr>
        <w:t xml:space="preserve">[27:16] </w:t>
      </w:r>
      <w:r>
        <w:t>We want</w:t>
      </w:r>
    </w:p>
    <w:p>
      <w:pPr>
        <w:jc w:val="right"/>
      </w:pPr>
      <w:r>
        <w:t>We want</w:t>
      </w:r>
    </w:p>
    <w:p>
      <w:r>
        <w:rPr>
          <w:b/>
        </w:rPr>
        <w:t xml:space="preserve">[27:22] </w:t>
      </w:r>
      <w:r>
        <w:t>an unlimited fulfillment of our desires, but we fail.</w:t>
      </w:r>
    </w:p>
    <w:p>
      <w:pPr>
        <w:jc w:val="right"/>
      </w:pPr>
      <w:r>
        <w:t>an unlimited fulfillment of our desires, but we fail.</w:t>
      </w:r>
    </w:p>
    <w:p>
      <w:r>
        <w:rPr>
          <w:b/>
        </w:rPr>
        <w:t xml:space="preserve">[27:33] </w:t>
      </w:r>
      <w:r>
        <w:t>The whole history, the whole human history is a witness</w:t>
      </w:r>
    </w:p>
    <w:p>
      <w:pPr>
        <w:jc w:val="right"/>
      </w:pPr>
      <w:r>
        <w:t>The whole history, the whole human history is a witness</w:t>
      </w:r>
    </w:p>
    <w:p>
      <w:r>
        <w:rPr>
          <w:b/>
        </w:rPr>
        <w:t xml:space="preserve">[27:38] </w:t>
      </w:r>
      <w:r>
        <w:t>. The Quran says that, "Wal asri indal linsan alafi khusr."</w:t>
      </w:r>
    </w:p>
    <w:p>
      <w:pPr>
        <w:jc w:val="right"/>
      </w:pPr>
      <w:r>
        <w:t>. The Quran says that, "Wal asri indal linsan alafi khusr."</w:t>
      </w:r>
    </w:p>
    <w:p>
      <w:r>
        <w:rPr>
          <w:b/>
        </w:rPr>
        <w:t xml:space="preserve">[27:46] </w:t>
      </w:r>
      <w:r>
        <w:t>History is a witness</w:t>
      </w:r>
    </w:p>
    <w:p>
      <w:pPr>
        <w:jc w:val="right"/>
      </w:pPr>
      <w:r>
        <w:t>History is a witness</w:t>
      </w:r>
    </w:p>
    <w:p>
      <w:r>
        <w:rPr>
          <w:b/>
        </w:rPr>
        <w:t xml:space="preserve">[27:49] </w:t>
      </w:r>
      <w:r>
        <w:t>. History is a witness that man is in loss. It is a sweeping remark about the history.</w:t>
      </w:r>
    </w:p>
    <w:p>
      <w:pPr>
        <w:jc w:val="right"/>
      </w:pPr>
      <w:r>
        <w:t>. History is a witness that man is in loss. It is a sweeping remark about the history.</w:t>
      </w:r>
    </w:p>
    <w:p>
      <w:r>
        <w:rPr>
          <w:b/>
        </w:rPr>
        <w:t xml:space="preserve">[27:58] </w:t>
      </w:r>
      <w:r>
        <w:t>"Wal asri indal linsan alafi khusr."</w:t>
      </w:r>
    </w:p>
    <w:p>
      <w:pPr>
        <w:jc w:val="right"/>
      </w:pPr>
      <w:r>
        <w:t>"Wal asri indal linsan alafi khusr."</w:t>
      </w:r>
    </w:p>
    <w:p>
      <w:r>
        <w:rPr>
          <w:b/>
        </w:rPr>
        <w:t xml:space="preserve">[28:04] </w:t>
      </w:r>
      <w:r>
        <w:t>History is a witness that man is in loss. It means that history is a witness that no one was able to fulfill his desires.</w:t>
      </w:r>
    </w:p>
    <w:p>
      <w:pPr>
        <w:jc w:val="right"/>
      </w:pPr>
      <w:r>
        <w:t>History is a witness that man is in loss. It means that history is a witness that no one was able to fulfill his desires.</w:t>
      </w:r>
    </w:p>
    <w:p>
      <w:r>
        <w:rPr>
          <w:b/>
        </w:rPr>
        <w:t xml:space="preserve">[28:19] </w:t>
      </w:r>
      <w:r>
        <w:t>Everyone has desires, desires, desires. To live in an ideal world, to live in a perfect world, to live in a world where there is no fear,</w:t>
      </w:r>
    </w:p>
    <w:p>
      <w:pPr>
        <w:jc w:val="right"/>
      </w:pPr>
      <w:r>
        <w:t>Everyone has desires, desires, desires. To live in an ideal world, to live in a perfect world, to live in a world where there is no fear,</w:t>
      </w:r>
    </w:p>
    <w:p>
      <w:r>
        <w:rPr>
          <w:b/>
        </w:rPr>
        <w:t xml:space="preserve">[28:34] </w:t>
      </w:r>
      <w:r>
        <w:t>no anxiety, no boredom, no death, no accident, no sorrow.</w:t>
      </w:r>
    </w:p>
    <w:p>
      <w:pPr>
        <w:jc w:val="right"/>
      </w:pPr>
      <w:r>
        <w:t>no anxiety, no boredom, no death, no accident, no sorrow.</w:t>
      </w:r>
    </w:p>
    <w:p>
      <w:r>
        <w:rPr>
          <w:b/>
        </w:rPr>
        <w:t xml:space="preserve">[28:45] </w:t>
      </w:r>
      <w:r>
        <w:t>But we fail to find this world. Those people who have</w:t>
      </w:r>
    </w:p>
    <w:p>
      <w:pPr>
        <w:jc w:val="right"/>
      </w:pPr>
      <w:r>
        <w:t>But we fail to find this world. Those people who have</w:t>
      </w:r>
    </w:p>
    <w:p>
      <w:r>
        <w:rPr>
          <w:b/>
        </w:rPr>
        <w:t xml:space="preserve">[28:57] </w:t>
      </w:r>
      <w:r>
        <w:t>wealth and political power and all those worldly things, but</w:t>
      </w:r>
    </w:p>
    <w:p>
      <w:pPr>
        <w:jc w:val="right"/>
      </w:pPr>
      <w:r>
        <w:t>wealth and political power and all those worldly things, but</w:t>
      </w:r>
    </w:p>
    <w:p>
      <w:r>
        <w:rPr>
          <w:b/>
        </w:rPr>
        <w:t xml:space="preserve">[29:05] </w:t>
      </w:r>
      <w:r>
        <w:t>they were not able to fulfill their desires.</w:t>
      </w:r>
    </w:p>
    <w:p>
      <w:pPr>
        <w:jc w:val="right"/>
      </w:pPr>
      <w:r>
        <w:t>they were not able to fulfill their desires.</w:t>
      </w:r>
    </w:p>
    <w:p>
      <w:r>
        <w:rPr>
          <w:b/>
        </w:rPr>
        <w:t xml:space="preserve">[29:14] </w:t>
      </w:r>
      <w:r>
        <w:t>So where is the fulfillment?</w:t>
      </w:r>
    </w:p>
    <w:p>
      <w:pPr>
        <w:jc w:val="right"/>
      </w:pPr>
      <w:r>
        <w:t>So where is the fulfillment?</w:t>
      </w:r>
    </w:p>
    <w:p>
      <w:r>
        <w:rPr>
          <w:b/>
        </w:rPr>
        <w:t xml:space="preserve">[29:19] </w:t>
      </w:r>
      <w:r>
        <w:t>We see that we find thirst, and there is water. So if we have desires, then where is the fulfillment?</w:t>
      </w:r>
    </w:p>
    <w:p>
      <w:pPr>
        <w:jc w:val="right"/>
      </w:pPr>
      <w:r>
        <w:t>We see that we find thirst, and there is water. So if we have desires, then where is the fulfillment?</w:t>
      </w:r>
    </w:p>
    <w:p>
      <w:r>
        <w:rPr>
          <w:b/>
        </w:rPr>
        <w:t xml:space="preserve">[29:30] </w:t>
      </w:r>
      <w:r>
        <w:t>The answer given by the Prophet is that in this world, there are desires. And in the world hereafter, there are fulfillments.</w:t>
      </w:r>
    </w:p>
    <w:p>
      <w:pPr>
        <w:jc w:val="right"/>
      </w:pPr>
      <w:r>
        <w:t>The answer given by the Prophet is that in this world, there are desires. And in the world hereafter, there are fulfillments.</w:t>
      </w:r>
    </w:p>
    <w:p>
      <w:r>
        <w:rPr>
          <w:b/>
        </w:rPr>
        <w:t xml:space="preserve">[29:40] </w:t>
      </w:r>
      <w:r>
        <w:t>According to the creation plan of God, in the pre-death period,</w:t>
      </w:r>
    </w:p>
    <w:p>
      <w:pPr>
        <w:jc w:val="right"/>
      </w:pPr>
      <w:r>
        <w:t>According to the creation plan of God, in the pre-death period,</w:t>
      </w:r>
    </w:p>
    <w:p>
      <w:r>
        <w:rPr>
          <w:b/>
        </w:rPr>
        <w:t xml:space="preserve">[29:51] </w:t>
      </w:r>
      <w:r>
        <w:t>there are desires. And in the post-death period, there is the complete fulfillment</w:t>
      </w:r>
    </w:p>
    <w:p>
      <w:pPr>
        <w:jc w:val="right"/>
      </w:pPr>
      <w:r>
        <w:t>there are desires. And in the post-death period, there is the complete fulfillment</w:t>
      </w:r>
    </w:p>
    <w:p>
      <w:r>
        <w:rPr>
          <w:b/>
        </w:rPr>
        <w:t xml:space="preserve">[30:01] </w:t>
      </w:r>
      <w:r>
        <w:t>. That is Paradise. Now the question is, how to achieve that eternal world, that perfect world?</w:t>
      </w:r>
    </w:p>
    <w:p>
      <w:pPr>
        <w:jc w:val="right"/>
      </w:pPr>
      <w:r>
        <w:t>. That is Paradise. Now the question is, how to achieve that eternal world, that perfect world?</w:t>
      </w:r>
    </w:p>
    <w:p>
      <w:r>
        <w:rPr>
          <w:b/>
        </w:rPr>
        <w:t xml:space="preserve">[30:14] </w:t>
      </w:r>
      <w:r>
        <w:t>That is Paradise.</w:t>
      </w:r>
    </w:p>
    <w:p>
      <w:pPr>
        <w:jc w:val="right"/>
      </w:pPr>
      <w:r>
        <w:t>That is Paradise.</w:t>
      </w:r>
    </w:p>
    <w:p>
      <w:r>
        <w:rPr>
          <w:b/>
        </w:rPr>
        <w:t xml:space="preserve">[30:18] </w:t>
      </w:r>
      <w:r>
        <w:t>The answer is that we have to avail those opportunities</w:t>
      </w:r>
    </w:p>
    <w:p>
      <w:pPr>
        <w:jc w:val="right"/>
      </w:pPr>
      <w:r>
        <w:t>The answer is that we have to avail those opportunities</w:t>
      </w:r>
    </w:p>
    <w:p>
      <w:r>
        <w:rPr>
          <w:b/>
        </w:rPr>
        <w:t xml:space="preserve">[30:28] </w:t>
      </w:r>
      <w:r>
        <w:t>present in this world to prepare ourselves.</w:t>
      </w:r>
    </w:p>
    <w:p>
      <w:pPr>
        <w:jc w:val="right"/>
      </w:pPr>
      <w:r>
        <w:t>present in this world to prepare ourselves.</w:t>
      </w:r>
    </w:p>
    <w:p>
      <w:r>
        <w:rPr>
          <w:b/>
        </w:rPr>
        <w:t xml:space="preserve">[30:36] </w:t>
      </w:r>
      <w:r>
        <w:t>This world is not for enjoyment, for hooha culture.</w:t>
      </w:r>
    </w:p>
    <w:p>
      <w:pPr>
        <w:jc w:val="right"/>
      </w:pPr>
      <w:r>
        <w:t>This world is not for enjoyment, for hooha culture.</w:t>
      </w:r>
    </w:p>
    <w:p>
      <w:r>
        <w:rPr>
          <w:b/>
        </w:rPr>
        <w:t xml:space="preserve">[30:43] </w:t>
      </w:r>
      <w:r>
        <w:t>This world is not for</w:t>
      </w:r>
    </w:p>
    <w:p>
      <w:pPr>
        <w:jc w:val="right"/>
      </w:pPr>
      <w:r>
        <w:t>This world is not for</w:t>
      </w:r>
    </w:p>
    <w:p>
      <w:r>
        <w:rPr>
          <w:b/>
        </w:rPr>
        <w:t xml:space="preserve">[30:52] </w:t>
      </w:r>
      <w:r>
        <w:t>luxury and comfort. And the very fact that</w:t>
      </w:r>
    </w:p>
    <w:p>
      <w:pPr>
        <w:jc w:val="right"/>
      </w:pPr>
      <w:r>
        <w:t>luxury and comfort. And the very fact that</w:t>
      </w:r>
    </w:p>
    <w:p>
      <w:r>
        <w:rPr>
          <w:b/>
        </w:rPr>
        <w:t xml:space="preserve">[31:03] </w:t>
      </w:r>
      <w:r>
        <w:t>in spite of all those efforts, we are not able to find our required world.</w:t>
      </w:r>
    </w:p>
    <w:p>
      <w:pPr>
        <w:jc w:val="right"/>
      </w:pPr>
      <w:r>
        <w:t>in spite of all those efforts, we are not able to find our required world.</w:t>
      </w:r>
    </w:p>
    <w:p>
      <w:r>
        <w:rPr>
          <w:b/>
        </w:rPr>
        <w:t xml:space="preserve">[31:15] </w:t>
      </w:r>
      <w:r>
        <w:t>In spite of all those efforts, in spite of all those efforts, we are not able to find</w:t>
      </w:r>
    </w:p>
    <w:p>
      <w:pPr>
        <w:jc w:val="right"/>
      </w:pPr>
      <w:r>
        <w:t>In spite of all those efforts, in spite of all those efforts, we are not able to find</w:t>
      </w:r>
    </w:p>
    <w:p>
      <w:r>
        <w:rPr>
          <w:b/>
        </w:rPr>
        <w:t xml:space="preserve">[31:28] </w:t>
      </w:r>
      <w:r>
        <w:t>our required world. That is happiness and enjoyment</w:t>
      </w:r>
    </w:p>
    <w:p>
      <w:pPr>
        <w:jc w:val="right"/>
      </w:pPr>
      <w:r>
        <w:t>our required world. That is happiness and enjoyment</w:t>
      </w:r>
    </w:p>
    <w:p>
      <w:r>
        <w:rPr>
          <w:b/>
        </w:rPr>
        <w:t xml:space="preserve">[31:39] </w:t>
      </w:r>
      <w:r>
        <w:t>and peace.</w:t>
      </w:r>
    </w:p>
    <w:p>
      <w:pPr>
        <w:jc w:val="right"/>
      </w:pPr>
      <w:r>
        <w:t>and peace.</w:t>
      </w:r>
    </w:p>
    <w:p>
      <w:r>
        <w:rPr>
          <w:b/>
        </w:rPr>
        <w:t xml:space="preserve">[31:43] </w:t>
      </w:r>
      <w:r>
        <w:t>So this failure is a reminder. This failure is an indication.</w:t>
      </w:r>
    </w:p>
    <w:p>
      <w:pPr>
        <w:jc w:val="right"/>
      </w:pPr>
      <w:r>
        <w:t>So this failure is a reminder. This failure is an indication.</w:t>
      </w:r>
    </w:p>
    <w:p>
      <w:r>
        <w:rPr>
          <w:b/>
        </w:rPr>
        <w:t xml:space="preserve">[31:51] </w:t>
      </w:r>
      <w:r>
        <w:t>This failure is an indication. And what is that indic</w:t>
      </w:r>
    </w:p>
    <w:p>
      <w:pPr>
        <w:jc w:val="right"/>
      </w:pPr>
      <w:r>
        <w:t>This failure is an indication. And what is that indic</w:t>
      </w:r>
    </w:p>
    <w:p>
      <w:r>
        <w:rPr>
          <w:b/>
        </w:rPr>
        <w:t xml:space="preserve">[31:57] </w:t>
      </w:r>
      <w:r>
        <w:t>ation? It is that in this world, there are desires, and fulfillment is in the world hereafter.</w:t>
      </w:r>
    </w:p>
    <w:p>
      <w:pPr>
        <w:jc w:val="right"/>
      </w:pPr>
      <w:r>
        <w:t>ation? It is that in this world, there are desires, and fulfillment is in the world hereafter.</w:t>
      </w:r>
    </w:p>
    <w:p>
      <w:r>
        <w:rPr>
          <w:b/>
        </w:rPr>
        <w:t xml:space="preserve">[32:09] </w:t>
      </w:r>
      <w:r>
        <w:t>So you have to prepare yourself. Now what is the preparation</w:t>
      </w:r>
    </w:p>
    <w:p>
      <w:pPr>
        <w:jc w:val="right"/>
      </w:pPr>
      <w:r>
        <w:t>So you have to prepare yourself. Now what is the preparation</w:t>
      </w:r>
    </w:p>
    <w:p>
      <w:r>
        <w:rPr>
          <w:b/>
        </w:rPr>
        <w:t xml:space="preserve">[32:16] </w:t>
      </w:r>
      <w:r>
        <w:t>? In this world, every time there are temptations, satanic temptations.</w:t>
      </w:r>
    </w:p>
    <w:p>
      <w:pPr>
        <w:jc w:val="right"/>
      </w:pPr>
      <w:r>
        <w:t>? In this world, every time there are temptations, satanic temptations.</w:t>
      </w:r>
    </w:p>
    <w:p>
      <w:r>
        <w:rPr>
          <w:b/>
        </w:rPr>
        <w:t xml:space="preserve">[32:25] </w:t>
      </w:r>
      <w:r>
        <w:t>In this world, everyone is between two different forces: angel and Satan. Everyone</w:t>
      </w:r>
    </w:p>
    <w:p>
      <w:pPr>
        <w:jc w:val="right"/>
      </w:pPr>
      <w:r>
        <w:t>In this world, everyone is between two different forces: angel and Satan. Everyone</w:t>
      </w:r>
    </w:p>
    <w:p>
      <w:r>
        <w:rPr>
          <w:b/>
        </w:rPr>
        <w:t xml:space="preserve">[32:39] </w:t>
      </w:r>
      <w:r>
        <w:t>lives between two different forces: angel and Satan.</w:t>
      </w:r>
    </w:p>
    <w:p>
      <w:pPr>
        <w:jc w:val="right"/>
      </w:pPr>
      <w:r>
        <w:t>lives between two different forces: angel and Satan.</w:t>
      </w:r>
    </w:p>
    <w:p>
      <w:r>
        <w:rPr>
          <w:b/>
        </w:rPr>
        <w:t xml:space="preserve">[32:48] </w:t>
      </w:r>
      <w:r>
        <w:t>So angel gives you advice to live</w:t>
      </w:r>
    </w:p>
    <w:p>
      <w:pPr>
        <w:jc w:val="right"/>
      </w:pPr>
      <w:r>
        <w:t>So angel gives you advice to live</w:t>
      </w:r>
    </w:p>
    <w:p>
      <w:r>
        <w:rPr>
          <w:b/>
        </w:rPr>
        <w:t xml:space="preserve">[32:57] </w:t>
      </w:r>
      <w:r>
        <w:t>according to the law of God</w:t>
      </w:r>
    </w:p>
    <w:p>
      <w:pPr>
        <w:jc w:val="right"/>
      </w:pPr>
      <w:r>
        <w:t>according to the law of God</w:t>
      </w:r>
    </w:p>
    <w:p>
      <w:r>
        <w:rPr>
          <w:b/>
        </w:rPr>
        <w:t xml:space="preserve">[33:02] </w:t>
      </w:r>
      <w:r>
        <w:t>. Angels give you—angel inspires you—angel inspires you to live</w:t>
      </w:r>
    </w:p>
    <w:p>
      <w:pPr>
        <w:jc w:val="right"/>
      </w:pPr>
      <w:r>
        <w:t>. Angels give you—angel inspires you—angel inspires you to live</w:t>
      </w:r>
    </w:p>
    <w:p>
      <w:r>
        <w:rPr>
          <w:b/>
        </w:rPr>
        <w:t xml:space="preserve">[33:20] </w:t>
      </w:r>
      <w:r>
        <w:t>according to the commandments of God, to live according to the guidance of the Prophet, to live with the target of Paradise.</w:t>
      </w:r>
    </w:p>
    <w:p>
      <w:pPr>
        <w:jc w:val="right"/>
      </w:pPr>
      <w:r>
        <w:t>according to the commandments of God, to live according to the guidance of the Prophet, to live with the target of Paradise.</w:t>
      </w:r>
    </w:p>
    <w:p>
      <w:r>
        <w:rPr>
          <w:b/>
        </w:rPr>
        <w:t xml:space="preserve">[33:34] </w:t>
      </w:r>
      <w:r>
        <w:t>But Satan gives you another</w:t>
      </w:r>
    </w:p>
    <w:p>
      <w:pPr>
        <w:jc w:val="right"/>
      </w:pPr>
      <w:r>
        <w:t>But Satan gives you another</w:t>
      </w:r>
    </w:p>
    <w:p>
      <w:r>
        <w:rPr>
          <w:b/>
        </w:rPr>
        <w:t xml:space="preserve">[33:45] </w:t>
      </w:r>
      <w:r>
        <w:t>temptation.</w:t>
      </w:r>
    </w:p>
    <w:p>
      <w:pPr>
        <w:jc w:val="right"/>
      </w:pPr>
      <w:r>
        <w:t>temptation.</w:t>
      </w:r>
    </w:p>
    <w:p>
      <w:r>
        <w:rPr>
          <w:b/>
        </w:rPr>
        <w:t xml:space="preserve">[33:50] </w:t>
      </w:r>
      <w:r>
        <w:t>Satan activates your temptations. Satan makes you angry</w:t>
      </w:r>
    </w:p>
    <w:p>
      <w:pPr>
        <w:jc w:val="right"/>
      </w:pPr>
      <w:r>
        <w:t>Satan activates your temptations. Satan makes you angry</w:t>
      </w:r>
    </w:p>
    <w:p>
      <w:r>
        <w:rPr>
          <w:b/>
        </w:rPr>
        <w:t xml:space="preserve">[34:05] </w:t>
      </w:r>
      <w:r>
        <w:t>. Satan tells you that fulfill your lust.</w:t>
      </w:r>
    </w:p>
    <w:p>
      <w:pPr>
        <w:jc w:val="right"/>
      </w:pPr>
      <w:r>
        <w:t>. Satan tells you that fulfill your lust.</w:t>
      </w:r>
    </w:p>
    <w:p>
      <w:r>
        <w:rPr>
          <w:b/>
        </w:rPr>
        <w:t xml:space="preserve">[34:16] </w:t>
      </w:r>
      <w:r>
        <w:t>Satan activates your faculty of revenge, faculty of lust, faculty of hate, faculty of violence.</w:t>
      </w:r>
    </w:p>
    <w:p>
      <w:pPr>
        <w:jc w:val="right"/>
      </w:pPr>
      <w:r>
        <w:t>Satan activates your faculty of revenge, faculty of lust, faculty of hate, faculty of violence.</w:t>
      </w:r>
    </w:p>
    <w:p>
      <w:r>
        <w:rPr>
          <w:b/>
        </w:rPr>
        <w:t xml:space="preserve">[34:31] </w:t>
      </w:r>
      <w:r>
        <w:t>So Satan always tries to activate these faculties, negative faculties. So angels always try to activate your positive faculties.</w:t>
      </w:r>
    </w:p>
    <w:p>
      <w:pPr>
        <w:jc w:val="right"/>
      </w:pPr>
      <w:r>
        <w:t>So Satan always tries to activate these faculties, negative faculties. So angels always try to activate your positive faculties.</w:t>
      </w:r>
    </w:p>
    <w:p>
      <w:r>
        <w:rPr>
          <w:b/>
        </w:rPr>
        <w:t xml:space="preserve">[34:49] </w:t>
      </w:r>
      <w:r>
        <w:t>Man has both the faculties: ego and conscience.</w:t>
      </w:r>
    </w:p>
    <w:p>
      <w:pPr>
        <w:jc w:val="right"/>
      </w:pPr>
      <w:r>
        <w:t>Man has both the faculties: ego and conscience.</w:t>
      </w:r>
    </w:p>
    <w:p>
      <w:r>
        <w:rPr>
          <w:b/>
        </w:rPr>
        <w:t xml:space="preserve">[34:56] </w:t>
      </w:r>
      <w:r>
        <w:t>Man has both the faculties. So angel tries to activate your positive faculties, your positive aspect of your mind.</w:t>
      </w:r>
    </w:p>
    <w:p>
      <w:pPr>
        <w:jc w:val="right"/>
      </w:pPr>
      <w:r>
        <w:t>Man has both the faculties. So angel tries to activate your positive faculties, your positive aspect of your mind.</w:t>
      </w:r>
    </w:p>
    <w:p>
      <w:r>
        <w:rPr>
          <w:b/>
        </w:rPr>
        <w:t xml:space="preserve">[35:15] </w:t>
      </w:r>
      <w:r>
        <w:t>And Satan tries to activate</w:t>
      </w:r>
    </w:p>
    <w:p>
      <w:pPr>
        <w:jc w:val="right"/>
      </w:pPr>
      <w:r>
        <w:t>And Satan tries to activate</w:t>
      </w:r>
    </w:p>
    <w:p>
      <w:r>
        <w:rPr>
          <w:b/>
        </w:rPr>
        <w:t xml:space="preserve">[35:23] </w:t>
      </w:r>
      <w:r>
        <w:t>the negative aspect of your mind. So you are living between these two forces.</w:t>
      </w:r>
    </w:p>
    <w:p>
      <w:pPr>
        <w:jc w:val="right"/>
      </w:pPr>
      <w:r>
        <w:t>the negative aspect of your mind. So you are living between these two forces.</w:t>
      </w:r>
    </w:p>
    <w:p>
      <w:r>
        <w:rPr>
          <w:b/>
        </w:rPr>
        <w:t xml:space="preserve">[35:33] </w:t>
      </w:r>
      <w:r>
        <w:t>So one who responds, one who</w:t>
      </w:r>
    </w:p>
    <w:p>
      <w:pPr>
        <w:jc w:val="right"/>
      </w:pPr>
      <w:r>
        <w:t>So one who responds, one who</w:t>
      </w:r>
    </w:p>
    <w:p>
      <w:r>
        <w:rPr>
          <w:b/>
        </w:rPr>
        <w:t xml:space="preserve">[35:42] </w:t>
      </w:r>
      <w:r>
        <w:t>follows the angel's advice, he will go to Paradise. And one who follows Satan's advice, he will find himself in hell after death.</w:t>
      </w:r>
    </w:p>
    <w:p>
      <w:pPr>
        <w:jc w:val="right"/>
      </w:pPr>
      <w:r>
        <w:t>follows the angel's advice, he will go to Paradise. And one who follows Satan's advice, he will find himself in hell after death.</w:t>
      </w:r>
    </w:p>
    <w:p>
      <w:r>
        <w:rPr>
          <w:b/>
        </w:rPr>
        <w:t xml:space="preserve">[36:00] </w:t>
      </w:r>
      <w:r>
        <w:t>This is the</w:t>
      </w:r>
    </w:p>
    <w:p>
      <w:pPr>
        <w:jc w:val="right"/>
      </w:pPr>
      <w:r>
        <w:t>This is the</w:t>
      </w:r>
    </w:p>
    <w:p>
      <w:r>
        <w:rPr>
          <w:b/>
        </w:rPr>
        <w:t xml:space="preserve">[36:05] </w:t>
      </w:r>
      <w:r>
        <w:t>crux of the matter. There is a verse in the Quran, "Famma man khafa maqama rabbahi wanaan nafs anil hawa fa'inal jannatahil ma'wa."</w:t>
      </w:r>
    </w:p>
    <w:p>
      <w:pPr>
        <w:jc w:val="right"/>
      </w:pPr>
      <w:r>
        <w:t>crux of the matter. There is a verse in the Quran, "Famma man khafa maqama rabbahi wanaan nafs anil hawa fa'inal jannatahil ma'wa."</w:t>
      </w:r>
    </w:p>
    <w:p>
      <w:r>
        <w:rPr>
          <w:b/>
        </w:rPr>
        <w:t xml:space="preserve">[36:23] </w:t>
      </w:r>
      <w:r>
        <w:t>So everyone is put on the test.</w:t>
      </w:r>
    </w:p>
    <w:p>
      <w:pPr>
        <w:jc w:val="right"/>
      </w:pPr>
      <w:r>
        <w:t>So everyone is put on the test.</w:t>
      </w:r>
    </w:p>
    <w:p>
      <w:r>
        <w:rPr>
          <w:b/>
        </w:rPr>
        <w:t xml:space="preserve">[36:27] </w:t>
      </w:r>
      <w:r>
        <w:t>So one who</w:t>
      </w:r>
    </w:p>
    <w:p>
      <w:pPr>
        <w:jc w:val="right"/>
      </w:pPr>
      <w:r>
        <w:t>So one who</w:t>
      </w:r>
    </w:p>
    <w:p>
      <w:r>
        <w:rPr>
          <w:b/>
        </w:rPr>
        <w:t xml:space="preserve">[36:32] </w:t>
      </w:r>
      <w:r>
        <w:t>takes advice from angels, he is preparing himself for Paradise.</w:t>
      </w:r>
    </w:p>
    <w:p>
      <w:pPr>
        <w:jc w:val="right"/>
      </w:pPr>
      <w:r>
        <w:t>takes advice from angels, he is preparing himself for Paradise.</w:t>
      </w:r>
    </w:p>
    <w:p>
      <w:r>
        <w:rPr>
          <w:b/>
        </w:rPr>
        <w:t xml:space="preserve">[36:47] </w:t>
      </w:r>
      <w:r>
        <w:t>And one who receives advice from Satan, he is preparing himself for hell.</w:t>
      </w:r>
    </w:p>
    <w:p>
      <w:pPr>
        <w:jc w:val="right"/>
      </w:pPr>
      <w:r>
        <w:t>And one who receives advice from Satan, he is preparing himself for hell.</w:t>
      </w:r>
    </w:p>
    <w:p>
      <w:r>
        <w:rPr>
          <w:b/>
        </w:rPr>
        <w:t xml:space="preserve">[37:02] </w:t>
      </w:r>
      <w:r>
        <w:t>For example, if one provokes you—let us take an example—if someone provokes you, then angels would say, "Oh man, forgive.</w:t>
      </w:r>
    </w:p>
    <w:p>
      <w:pPr>
        <w:jc w:val="right"/>
      </w:pPr>
      <w:r>
        <w:t>For example, if one provokes you—let us take an example—if someone provokes you, then angels would say, "Oh man, forgive.</w:t>
      </w:r>
    </w:p>
    <w:p>
      <w:r>
        <w:rPr>
          <w:b/>
        </w:rPr>
        <w:t xml:space="preserve">[37:17] </w:t>
      </w:r>
      <w:r>
        <w:t>Oh man, forgive."</w:t>
      </w:r>
    </w:p>
    <w:p>
      <w:pPr>
        <w:jc w:val="right"/>
      </w:pPr>
      <w:r>
        <w:t>Oh man, forgive."</w:t>
      </w:r>
    </w:p>
    <w:p>
      <w:r>
        <w:rPr>
          <w:b/>
        </w:rPr>
        <w:t xml:space="preserve">[37:22] </w:t>
      </w:r>
      <w:r>
        <w:t>Because</w:t>
      </w:r>
    </w:p>
    <w:p>
      <w:pPr>
        <w:jc w:val="right"/>
      </w:pPr>
      <w:r>
        <w:t>Because</w:t>
      </w:r>
    </w:p>
    <w:p>
      <w:r>
        <w:rPr>
          <w:b/>
        </w:rPr>
        <w:t xml:space="preserve">[37:27] </w:t>
      </w:r>
      <w:r>
        <w:t>if you fail to forgive, you will waste your time. But Satan says that, "No, take revenge.</w:t>
      </w:r>
    </w:p>
    <w:p>
      <w:pPr>
        <w:jc w:val="right"/>
      </w:pPr>
      <w:r>
        <w:t>if you fail to forgive, you will waste your time. But Satan says that, "No, take revenge.</w:t>
      </w:r>
    </w:p>
    <w:p>
      <w:r>
        <w:rPr>
          <w:b/>
        </w:rPr>
        <w:t xml:space="preserve">[37:39] </w:t>
      </w:r>
      <w:r>
        <w:t>Take revenge." So angels</w:t>
      </w:r>
    </w:p>
    <w:p>
      <w:pPr>
        <w:jc w:val="right"/>
      </w:pPr>
      <w:r>
        <w:t>Take revenge." So angels</w:t>
      </w:r>
    </w:p>
    <w:p>
      <w:r>
        <w:rPr>
          <w:b/>
        </w:rPr>
        <w:t xml:space="preserve">[37:46] </w:t>
      </w:r>
      <w:r>
        <w:t>invite you to forgiveness at the time of anger. At the time of anger, angels invite you to forgiveness.</w:t>
      </w:r>
    </w:p>
    <w:p>
      <w:pPr>
        <w:jc w:val="right"/>
      </w:pPr>
      <w:r>
        <w:t>invite you to forgiveness at the time of anger. At the time of anger, angels invite you to forgiveness.</w:t>
      </w:r>
    </w:p>
    <w:p>
      <w:r>
        <w:rPr>
          <w:b/>
        </w:rPr>
        <w:t xml:space="preserve">[37:57] </w:t>
      </w:r>
      <w:r>
        <w:t>And Satan invites you to revenge. So every time you are between two forces,</w:t>
      </w:r>
    </w:p>
    <w:p>
      <w:pPr>
        <w:jc w:val="right"/>
      </w:pPr>
      <w:r>
        <w:t>And Satan invites you to revenge. So every time you are between two forces,</w:t>
      </w:r>
    </w:p>
    <w:p>
      <w:r>
        <w:rPr>
          <w:b/>
        </w:rPr>
        <w:t xml:space="preserve">[38:10] </w:t>
      </w:r>
      <w:r>
        <w:t>every time you are between two forces, you have to understand, you have to find the truth</w:t>
      </w:r>
    </w:p>
    <w:p>
      <w:pPr>
        <w:jc w:val="right"/>
      </w:pPr>
      <w:r>
        <w:t>every time you are between two forces, you have to understand, you have to find the truth</w:t>
      </w:r>
    </w:p>
    <w:p>
      <w:r>
        <w:rPr>
          <w:b/>
        </w:rPr>
        <w:t xml:space="preserve">[38:20] </w:t>
      </w:r>
      <w:r>
        <w:t>. You have to know that angel is your friend and Satan is your enemy.</w:t>
      </w:r>
    </w:p>
    <w:p>
      <w:pPr>
        <w:jc w:val="right"/>
      </w:pPr>
      <w:r>
        <w:t>. You have to know that angel is your friend and Satan is your enemy.</w:t>
      </w:r>
    </w:p>
    <w:p>
      <w:r>
        <w:rPr>
          <w:b/>
        </w:rPr>
        <w:t xml:space="preserve">[38:30] </w:t>
      </w:r>
      <w:r>
        <w:t>You have to discover the truth. Angel and Satan both are unseen entities</w:t>
      </w:r>
    </w:p>
    <w:p>
      <w:pPr>
        <w:jc w:val="right"/>
      </w:pPr>
      <w:r>
        <w:t>You have to discover the truth. Angel and Satan both are unseen entities</w:t>
      </w:r>
    </w:p>
    <w:p>
      <w:r>
        <w:rPr>
          <w:b/>
        </w:rPr>
        <w:t xml:space="preserve">[38:40] </w:t>
      </w:r>
      <w:r>
        <w:t>. You cannot see angels, also you cannot see Satan's. But they are. Every time you feel their existence, every time, when</w:t>
      </w:r>
    </w:p>
    <w:p>
      <w:pPr>
        <w:jc w:val="right"/>
      </w:pPr>
      <w:r>
        <w:t>. You cannot see angels, also you cannot see Satan's. But they are. Every time you feel their existence, every time, when</w:t>
      </w:r>
    </w:p>
    <w:p>
      <w:r>
        <w:rPr>
          <w:b/>
        </w:rPr>
        <w:t xml:space="preserve">[39:01] </w:t>
      </w:r>
      <w:r>
        <w:t>you find a negative sentiment in your mind,</w:t>
      </w:r>
    </w:p>
    <w:p>
      <w:pPr>
        <w:jc w:val="right"/>
      </w:pPr>
      <w:r>
        <w:t>you find a negative sentiment in your mind,</w:t>
      </w:r>
    </w:p>
    <w:p>
      <w:r>
        <w:rPr>
          <w:b/>
        </w:rPr>
        <w:t xml:space="preserve">[39:11] </w:t>
      </w:r>
      <w:r>
        <w:t>when there is an experience</w:t>
      </w:r>
    </w:p>
    <w:p>
      <w:pPr>
        <w:jc w:val="right"/>
      </w:pPr>
      <w:r>
        <w:t>when there is an experience</w:t>
      </w:r>
    </w:p>
    <w:p>
      <w:r>
        <w:rPr>
          <w:b/>
        </w:rPr>
        <w:t xml:space="preserve">[39:16] </w:t>
      </w:r>
      <w:r>
        <w:t>and you find a negative sentiment in your mind, that is the proof of the presence of angels.</w:t>
      </w:r>
    </w:p>
    <w:p>
      <w:pPr>
        <w:jc w:val="right"/>
      </w:pPr>
      <w:r>
        <w:t>and you find a negative sentiment in your mind, that is the proof of the presence of angels.</w:t>
      </w:r>
    </w:p>
    <w:p>
      <w:r>
        <w:rPr>
          <w:b/>
        </w:rPr>
        <w:t xml:space="preserve">[39:27] </w:t>
      </w:r>
      <w:r>
        <w:t>It means that angels give you advice, and also Satan is giving advice.</w:t>
      </w:r>
    </w:p>
    <w:p>
      <w:pPr>
        <w:jc w:val="right"/>
      </w:pPr>
      <w:r>
        <w:t>It means that angels give you advice, and also Satan is giving advice.</w:t>
      </w:r>
    </w:p>
    <w:p>
      <w:r>
        <w:rPr>
          <w:b/>
        </w:rPr>
        <w:t xml:space="preserve">[39:38] </w:t>
      </w:r>
      <w:r>
        <w:t>At that time,</w:t>
      </w:r>
    </w:p>
    <w:p>
      <w:pPr>
        <w:jc w:val="right"/>
      </w:pPr>
      <w:r>
        <w:t>At that time,</w:t>
      </w:r>
    </w:p>
    <w:p>
      <w:r>
        <w:rPr>
          <w:b/>
        </w:rPr>
        <w:t xml:space="preserve">[39:45] </w:t>
      </w:r>
      <w:r>
        <w:t>when you have received the experience, you are between two different responses: negative response and positive response.</w:t>
      </w:r>
    </w:p>
    <w:p>
      <w:pPr>
        <w:jc w:val="right"/>
      </w:pPr>
      <w:r>
        <w:t>when you have received the experience, you are between two different responses: negative response and positive response.</w:t>
      </w:r>
    </w:p>
    <w:p>
      <w:r>
        <w:rPr>
          <w:b/>
        </w:rPr>
        <w:t xml:space="preserve">[39:56] </w:t>
      </w:r>
      <w:r>
        <w:t>So if you feel that in your mind there are negative responses, it means that you are under the subject of Satan.</w:t>
      </w:r>
    </w:p>
    <w:p>
      <w:pPr>
        <w:jc w:val="right"/>
      </w:pPr>
      <w:r>
        <w:t>So if you feel that in your mind there are negative responses, it means that you are under the subject of Satan.</w:t>
      </w:r>
    </w:p>
    <w:p>
      <w:r>
        <w:rPr>
          <w:b/>
        </w:rPr>
        <w:t xml:space="preserve">[40:13] </w:t>
      </w:r>
      <w:r>
        <w:t>When you feel that your mind is going to a negative response, it means that you</w:t>
      </w:r>
    </w:p>
    <w:p>
      <w:pPr>
        <w:jc w:val="right"/>
      </w:pPr>
      <w:r>
        <w:t>When you feel that your mind is going to a negative response, it means that you</w:t>
      </w:r>
    </w:p>
    <w:p>
      <w:r>
        <w:rPr>
          <w:b/>
        </w:rPr>
        <w:t xml:space="preserve">[40:23] </w:t>
      </w:r>
      <w:r>
        <w:t>are under the influence of Satan. And when you feel that your mind is converting that negativity into positivity, then it means that you are under the influence of an angel.</w:t>
      </w:r>
    </w:p>
    <w:p>
      <w:pPr>
        <w:jc w:val="right"/>
      </w:pPr>
      <w:r>
        <w:t>are under the influence of Satan. And when you feel that your mind is converting that negativity into positivity, then it means that you are under the influence of an angel.</w:t>
      </w:r>
    </w:p>
    <w:p>
      <w:r>
        <w:rPr>
          <w:b/>
        </w:rPr>
        <w:t xml:space="preserve">[40:43] </w:t>
      </w:r>
      <w:r>
        <w:t>So Satan says to you that</w:t>
      </w:r>
    </w:p>
    <w:p>
      <w:pPr>
        <w:jc w:val="right"/>
      </w:pPr>
      <w:r>
        <w:t>So Satan says to you that</w:t>
      </w:r>
    </w:p>
    <w:p>
      <w:r>
        <w:rPr>
          <w:b/>
        </w:rPr>
        <w:t xml:space="preserve">[40:50] </w:t>
      </w:r>
      <w:r>
        <w:t>you have to respond negatively, you have to take revenge.</w:t>
      </w:r>
    </w:p>
    <w:p>
      <w:pPr>
        <w:jc w:val="right"/>
      </w:pPr>
      <w:r>
        <w:t>you have to respond negatively, you have to take revenge.</w:t>
      </w:r>
    </w:p>
    <w:p>
      <w:r>
        <w:rPr>
          <w:b/>
        </w:rPr>
        <w:t xml:space="preserve">[40:59] </w:t>
      </w:r>
      <w:r>
        <w:t>And angels say that, "No, convert the negativity into positivity." So every time you are either at the door of hell or at the door of Paradise,</w:t>
      </w:r>
    </w:p>
    <w:p>
      <w:pPr>
        <w:jc w:val="right"/>
      </w:pPr>
      <w:r>
        <w:t>And angels say that, "No, convert the negativity into positivity." So every time you are either at the door of hell or at the door of Paradise,</w:t>
      </w:r>
    </w:p>
    <w:p>
      <w:r>
        <w:rPr>
          <w:b/>
        </w:rPr>
        <w:t xml:space="preserve">[41:15] </w:t>
      </w:r>
      <w:r>
        <w:t>every time. So one who</w:t>
      </w:r>
    </w:p>
    <w:p>
      <w:pPr>
        <w:jc w:val="right"/>
      </w:pPr>
      <w:r>
        <w:t>every time. So one who</w:t>
      </w:r>
    </w:p>
    <w:p>
      <w:r>
        <w:rPr>
          <w:b/>
        </w:rPr>
        <w:t xml:space="preserve">[41:27] </w:t>
      </w:r>
      <w:r>
        <w:t>is a wise person, who is an alert person, and who is determined to save himself from Satan</w:t>
      </w:r>
    </w:p>
    <w:p>
      <w:pPr>
        <w:jc w:val="right"/>
      </w:pPr>
      <w:r>
        <w:t>is a wise person, who is an alert person, and who is determined to save himself from Satan</w:t>
      </w:r>
    </w:p>
    <w:p>
      <w:r>
        <w:rPr>
          <w:b/>
        </w:rPr>
        <w:t xml:space="preserve">[41:43] </w:t>
      </w:r>
      <w:r>
        <w:t>by the help of angels, he will go to Paradise. And one who becomes a victim of Satan, he will lose the help of angels, and he will go to hell</w:t>
      </w:r>
    </w:p>
    <w:p>
      <w:pPr>
        <w:jc w:val="right"/>
      </w:pPr>
      <w:r>
        <w:t>by the help of angels, he will go to Paradise. And one who becomes a victim of Satan, he will lose the help of angels, and he will go to hell</w:t>
      </w:r>
    </w:p>
    <w:p>
      <w:r>
        <w:rPr>
          <w:b/>
        </w:rPr>
        <w:t xml:space="preserve">[42:00] </w:t>
      </w:r>
      <w:r>
        <w:t>. So every time, everyone is between hell and Paradise. Every time, every moment, every moment you are heading either towards hell or towards Paradise.</w:t>
      </w:r>
    </w:p>
    <w:p>
      <w:pPr>
        <w:jc w:val="right"/>
      </w:pPr>
      <w:r>
        <w:t>. So every time, everyone is between hell and Paradise. Every time, every moment, every moment you are heading either towards hell or towards Paradise.</w:t>
      </w:r>
    </w:p>
    <w:p>
      <w:r>
        <w:rPr>
          <w:b/>
        </w:rPr>
        <w:t xml:space="preserve">[42:21] </w:t>
      </w:r>
      <w:r>
        <w:t>If you are following the advice of angels, you are traveling towards Paradise. And if you are following the advice of Satan, you are traveling towards hell.</w:t>
      </w:r>
    </w:p>
    <w:p>
      <w:pPr>
        <w:jc w:val="right"/>
      </w:pPr>
      <w:r>
        <w:t>If you are following the advice of angels, you are traveling towards Paradise. And if you are following the advice of Satan, you are traveling towards hell.</w:t>
      </w:r>
    </w:p>
    <w:p>
      <w:r>
        <w:rPr>
          <w:b/>
        </w:rPr>
        <w:t xml:space="preserve">[42:42] </w:t>
      </w:r>
      <w:r>
        <w:t>So we have only a very short time. Every short time, everyone is going to die.</w:t>
      </w:r>
    </w:p>
    <w:p>
      <w:pPr>
        <w:jc w:val="right"/>
      </w:pPr>
      <w:r>
        <w:t>So we have only a very short time. Every short time, everyone is going to die.</w:t>
      </w:r>
    </w:p>
    <w:p>
      <w:r>
        <w:rPr>
          <w:b/>
        </w:rPr>
        <w:t xml:space="preserve">[42:56] </w:t>
      </w:r>
      <w:r>
        <w:t>We cannot escape death.</w:t>
      </w:r>
    </w:p>
    <w:p>
      <w:pPr>
        <w:jc w:val="right"/>
      </w:pPr>
      <w:r>
        <w:t>We cannot escape death.</w:t>
      </w:r>
    </w:p>
    <w:p>
      <w:r>
        <w:rPr>
          <w:b/>
        </w:rPr>
        <w:t xml:space="preserve">[43:00] </w:t>
      </w:r>
      <w:r>
        <w:t>Death is imperative. We cannot escape ourselves from death.</w:t>
      </w:r>
    </w:p>
    <w:p>
      <w:pPr>
        <w:jc w:val="right"/>
      </w:pPr>
      <w:r>
        <w:t>Death is imperative. We cannot escape ourselves from death.</w:t>
      </w:r>
    </w:p>
    <w:p>
      <w:r>
        <w:rPr>
          <w:b/>
        </w:rPr>
        <w:t xml:space="preserve">[43:12] </w:t>
      </w:r>
      <w:r>
        <w:t>And also we cannot live long</w:t>
      </w:r>
    </w:p>
    <w:p>
      <w:pPr>
        <w:jc w:val="right"/>
      </w:pPr>
      <w:r>
        <w:t>And also we cannot live long</w:t>
      </w:r>
    </w:p>
    <w:p>
      <w:r>
        <w:rPr>
          <w:b/>
        </w:rPr>
        <w:t xml:space="preserve">[43:17] </w:t>
      </w:r>
      <w:r>
        <w:t>. We cannot—it is beyond our capacity. It is beyond our capacity to live up to 1,000 years or 10,000 years.</w:t>
      </w:r>
    </w:p>
    <w:p>
      <w:pPr>
        <w:jc w:val="right"/>
      </w:pPr>
      <w:r>
        <w:t>. We cannot—it is beyond our capacity. It is beyond our capacity to live up to 1,000 years or 10,000 years.</w:t>
      </w:r>
    </w:p>
    <w:p>
      <w:r>
        <w:rPr>
          <w:b/>
        </w:rPr>
        <w:t xml:space="preserve">[43:27] </w:t>
      </w:r>
      <w:r>
        <w:t>It is beyond our capacity.</w:t>
      </w:r>
    </w:p>
    <w:p>
      <w:pPr>
        <w:jc w:val="right"/>
      </w:pPr>
      <w:r>
        <w:t>It is beyond our capacity.</w:t>
      </w:r>
    </w:p>
    <w:p>
      <w:r>
        <w:rPr>
          <w:b/>
        </w:rPr>
        <w:t xml:space="preserve">[43:34] </w:t>
      </w:r>
      <w:r>
        <w:t>Death is determined by God.</w:t>
      </w:r>
    </w:p>
    <w:p>
      <w:pPr>
        <w:jc w:val="right"/>
      </w:pPr>
      <w:r>
        <w:t>Death is determined by God.</w:t>
      </w:r>
    </w:p>
    <w:p>
      <w:r>
        <w:rPr>
          <w:b/>
        </w:rPr>
        <w:t xml:space="preserve">[43:39] </w:t>
      </w:r>
      <w:r>
        <w:t>God has created us, and then He determines the age and death of every person.</w:t>
      </w:r>
    </w:p>
    <w:p>
      <w:pPr>
        <w:jc w:val="right"/>
      </w:pPr>
      <w:r>
        <w:t>God has created us, and then He determines the age and death of every person.</w:t>
      </w:r>
    </w:p>
    <w:p>
      <w:r>
        <w:rPr>
          <w:b/>
        </w:rPr>
        <w:t xml:space="preserve">[43:53] </w:t>
      </w:r>
      <w:r>
        <w:t>So we cannot escape ourselves from death</w:t>
      </w:r>
    </w:p>
    <w:p>
      <w:pPr>
        <w:jc w:val="right"/>
      </w:pPr>
      <w:r>
        <w:t>So we cannot escape ourselves from death</w:t>
      </w:r>
    </w:p>
    <w:p>
      <w:r>
        <w:rPr>
          <w:b/>
        </w:rPr>
        <w:t xml:space="preserve">[44:00] </w:t>
      </w:r>
      <w:r>
        <w:t>. And also we cannot</w:t>
      </w:r>
    </w:p>
    <w:p>
      <w:pPr>
        <w:jc w:val="right"/>
      </w:pPr>
      <w:r>
        <w:t>. And also we cannot</w:t>
      </w:r>
    </w:p>
    <w:p>
      <w:r>
        <w:rPr>
          <w:b/>
        </w:rPr>
        <w:t xml:space="preserve">[44:05] </w:t>
      </w:r>
      <w:r>
        <w:t>live in this world up to 1,000 years or 10,000 years. It is not possible for us.</w:t>
      </w:r>
    </w:p>
    <w:p>
      <w:pPr>
        <w:jc w:val="right"/>
      </w:pPr>
      <w:r>
        <w:t>live in this world up to 1,000 years or 10,000 years. It is not possible for us.</w:t>
      </w:r>
    </w:p>
    <w:p>
      <w:r>
        <w:rPr>
          <w:b/>
        </w:rPr>
        <w:t xml:space="preserve">[44:16] </w:t>
      </w:r>
      <w:r>
        <w:t>We are destined to</w:t>
      </w:r>
    </w:p>
    <w:p>
      <w:pPr>
        <w:jc w:val="right"/>
      </w:pPr>
      <w:r>
        <w:t>We are destined to</w:t>
      </w:r>
    </w:p>
    <w:p>
      <w:r>
        <w:rPr>
          <w:b/>
        </w:rPr>
        <w:t xml:space="preserve">[44:18] </w:t>
      </w:r>
      <w:r>
        <w:t>die. It is imperative. We have no power.</w:t>
      </w:r>
    </w:p>
    <w:p>
      <w:pPr>
        <w:jc w:val="right"/>
      </w:pPr>
      <w:r>
        <w:t>die. It is imperative. We have no power.</w:t>
      </w:r>
    </w:p>
    <w:p>
      <w:r>
        <w:rPr>
          <w:b/>
        </w:rPr>
        <w:t xml:space="preserve">[44:28] </w:t>
      </w:r>
      <w:r>
        <w:t>We have no—we cannot deny.</w:t>
      </w:r>
    </w:p>
    <w:p>
      <w:pPr>
        <w:jc w:val="right"/>
      </w:pPr>
      <w:r>
        <w:t>We have no—we cannot deny.</w:t>
      </w:r>
    </w:p>
    <w:p>
      <w:r>
        <w:rPr>
          <w:b/>
        </w:rPr>
        <w:t xml:space="preserve">[44:39] </w:t>
      </w:r>
      <w:r>
        <w:t>So prepare yourself for the Day of Judgment</w:t>
      </w:r>
    </w:p>
    <w:p>
      <w:pPr>
        <w:jc w:val="right"/>
      </w:pPr>
      <w:r>
        <w:t>So prepare yourself for the Day of Judgment</w:t>
      </w:r>
    </w:p>
    <w:p>
      <w:r>
        <w:rPr>
          <w:b/>
        </w:rPr>
        <w:t xml:space="preserve">[44:45] </w:t>
      </w:r>
      <w:r>
        <w:t>. There is a Hadith that says, "Prepare yourself for the Day of Judgment."</w:t>
      </w:r>
    </w:p>
    <w:p>
      <w:pPr>
        <w:jc w:val="right"/>
      </w:pPr>
      <w:r>
        <w:t>. There is a Hadith that says, "Prepare yourself for the Day of Judgment."</w:t>
      </w:r>
    </w:p>
    <w:p>
      <w:r>
        <w:rPr>
          <w:b/>
        </w:rPr>
        <w:t xml:space="preserve">[44:57] </w:t>
      </w:r>
      <w:r>
        <w:t>There is a Hadith that says, "Prepare yourself</w:t>
      </w:r>
    </w:p>
    <w:p>
      <w:pPr>
        <w:jc w:val="right"/>
      </w:pPr>
      <w:r>
        <w:t>There is a Hadith that says, "Prepare yourself</w:t>
      </w:r>
    </w:p>
    <w:p>
      <w:r>
        <w:rPr>
          <w:b/>
        </w:rPr>
        <w:t xml:space="preserve">[45:03] </w:t>
      </w:r>
      <w:r>
        <w:t>for the Day of Judgment because you are—one day you will face God, one day you will face accountability, one day you will face the Day of Judgment</w:t>
      </w:r>
    </w:p>
    <w:p>
      <w:pPr>
        <w:jc w:val="right"/>
      </w:pPr>
      <w:r>
        <w:t>for the Day of Judgment because you are—one day you will face God, one day you will face accountability, one day you will face the Day of Judgment</w:t>
      </w:r>
    </w:p>
    <w:p>
      <w:r>
        <w:rPr>
          <w:b/>
        </w:rPr>
        <w:t xml:space="preserve">[45:20] </w:t>
      </w:r>
      <w:r>
        <w:t>. So prepare for that day."</w:t>
      </w:r>
    </w:p>
    <w:p>
      <w:pPr>
        <w:jc w:val="right"/>
      </w:pPr>
      <w:r>
        <w:t>. So prepare for that day."</w:t>
      </w:r>
    </w:p>
    <w:p>
      <w:r>
        <w:rPr>
          <w:b/>
        </w:rPr>
        <w:t xml:space="preserve">[45:26] </w:t>
      </w:r>
      <w:r>
        <w:t>So I would like to say that our life is not a curse, it is not a problem. It is a boon, it is a blessing.</w:t>
      </w:r>
    </w:p>
    <w:p>
      <w:pPr>
        <w:jc w:val="right"/>
      </w:pPr>
      <w:r>
        <w:t>So I would like to say that our life is not a curse, it is not a problem. It is a boon, it is a blessing.</w:t>
      </w:r>
    </w:p>
    <w:p>
      <w:r>
        <w:rPr>
          <w:b/>
        </w:rPr>
        <w:t xml:space="preserve">[45:39] </w:t>
      </w:r>
      <w:r>
        <w:t>Our life is a blessing. Why?</w:t>
      </w:r>
    </w:p>
    <w:p>
      <w:pPr>
        <w:jc w:val="right"/>
      </w:pPr>
      <w:r>
        <w:t>Our life is a blessing. Why?</w:t>
      </w:r>
    </w:p>
    <w:p>
      <w:r>
        <w:rPr>
          <w:b/>
        </w:rPr>
        <w:t xml:space="preserve">[45:43] </w:t>
      </w:r>
      <w:r>
        <w:t>Our life gives us a golden chance to prepare ourselves and then</w:t>
      </w:r>
    </w:p>
    <w:p>
      <w:pPr>
        <w:jc w:val="right"/>
      </w:pPr>
      <w:r>
        <w:t>Our life gives us a golden chance to prepare ourselves and then</w:t>
      </w:r>
    </w:p>
    <w:p>
      <w:r>
        <w:rPr>
          <w:b/>
        </w:rPr>
        <w:t xml:space="preserve">[45:59] </w:t>
      </w:r>
      <w:r>
        <w:t>find entry into Paradise.</w:t>
      </w:r>
    </w:p>
    <w:p>
      <w:pPr>
        <w:jc w:val="right"/>
      </w:pPr>
      <w:r>
        <w:t>find entry into Paradise.</w:t>
      </w:r>
    </w:p>
    <w:p>
      <w:r>
        <w:rPr>
          <w:b/>
        </w:rPr>
        <w:t xml:space="preserve">[46:03] </w:t>
      </w:r>
      <w:r>
        <w:t>Our present life is not</w:t>
      </w:r>
    </w:p>
    <w:p>
      <w:pPr>
        <w:jc w:val="right"/>
      </w:pPr>
      <w:r>
        <w:t>Our present life is not</w:t>
      </w:r>
    </w:p>
    <w:p>
      <w:r>
        <w:rPr>
          <w:b/>
        </w:rPr>
        <w:t xml:space="preserve">[46:10] </w:t>
      </w:r>
      <w:r>
        <w:t>a problem; it is not a curse. No, our present life is a chance, is an opportunity.</w:t>
      </w:r>
    </w:p>
    <w:p>
      <w:pPr>
        <w:jc w:val="right"/>
      </w:pPr>
      <w:r>
        <w:t>a problem; it is not a curse. No, our present life is a chance, is an opportunity.</w:t>
      </w:r>
    </w:p>
    <w:p>
      <w:r>
        <w:rPr>
          <w:b/>
        </w:rPr>
        <w:t xml:space="preserve">[46:26] </w:t>
      </w:r>
      <w:r>
        <w:t>It is a great opportunity because it is this life in which we can prepare ourselves and make ourselves a deserving candidate for Paradise.</w:t>
      </w:r>
    </w:p>
    <w:p>
      <w:pPr>
        <w:jc w:val="right"/>
      </w:pPr>
      <w:r>
        <w:t>It is a great opportunity because it is this life in which we can prepare ourselves and make ourselves a deserving candidate for Paradise.</w:t>
      </w:r>
    </w:p>
    <w:p>
      <w:r>
        <w:rPr>
          <w:b/>
        </w:rPr>
        <w:t xml:space="preserve">[46:46] </w:t>
      </w:r>
      <w:r>
        <w:t>Paradise is our dream land, our dreamed world</w:t>
      </w:r>
    </w:p>
    <w:p>
      <w:pPr>
        <w:jc w:val="right"/>
      </w:pPr>
      <w:r>
        <w:t>Paradise is our dream land, our dreamed world</w:t>
      </w:r>
    </w:p>
    <w:p>
      <w:r>
        <w:rPr>
          <w:b/>
        </w:rPr>
        <w:t xml:space="preserve">[46:52] </w:t>
      </w:r>
      <w:r>
        <w:t>. Everyone has so many dreams, everyone has so many desires, but everyone is unable to fulfill the desires in this world.</w:t>
      </w:r>
    </w:p>
    <w:p>
      <w:pPr>
        <w:jc w:val="right"/>
      </w:pPr>
      <w:r>
        <w:t>. Everyone has so many dreams, everyone has so many desires, but everyone is unable to fulfill the desires in this world.</w:t>
      </w:r>
    </w:p>
    <w:p>
      <w:r>
        <w:rPr>
          <w:b/>
        </w:rPr>
        <w:t xml:space="preserve">[47:08] </w:t>
      </w:r>
      <w:r>
        <w:t>Why? Because the fulfillment is in Paradise, not in this earth.</w:t>
      </w:r>
    </w:p>
    <w:p>
      <w:pPr>
        <w:jc w:val="right"/>
      </w:pPr>
      <w:r>
        <w:t>Why? Because the fulfillment is in Paradise, not in this earth.</w:t>
      </w:r>
    </w:p>
    <w:p>
      <w:r>
        <w:rPr>
          <w:b/>
        </w:rPr>
        <w:t xml:space="preserve">[47:18] </w:t>
      </w:r>
      <w:r>
        <w:t>In this earth, according to the creation plan of God, this earth is for preparation.</w:t>
      </w:r>
    </w:p>
    <w:p>
      <w:pPr>
        <w:jc w:val="right"/>
      </w:pPr>
      <w:r>
        <w:t>In this earth, according to the creation plan of God, this earth is for preparation.</w:t>
      </w:r>
    </w:p>
    <w:p>
      <w:r>
        <w:rPr>
          <w:b/>
        </w:rPr>
        <w:t xml:space="preserve">[47:28] </w:t>
      </w:r>
      <w:r>
        <w:t>And we can find only our dream world in Paradise.</w:t>
      </w:r>
    </w:p>
    <w:p>
      <w:pPr>
        <w:jc w:val="right"/>
      </w:pPr>
      <w:r>
        <w:t>And we can find only our dream world in Paradise.</w:t>
      </w:r>
    </w:p>
    <w:p>
      <w:r>
        <w:rPr>
          <w:b/>
        </w:rPr>
        <w:t xml:space="preserve">[47:38] </w:t>
      </w:r>
      <w:r>
        <w:t>So we have to understand the difference between the pre-death period and the post-death period.</w:t>
      </w:r>
    </w:p>
    <w:p>
      <w:pPr>
        <w:jc w:val="right"/>
      </w:pPr>
      <w:r>
        <w:t>So we have to understand the difference between the pre-death period and the post-death period.</w:t>
      </w:r>
    </w:p>
    <w:p>
      <w:r>
        <w:rPr>
          <w:b/>
        </w:rPr>
        <w:t xml:space="preserve">[47:45] </w:t>
      </w:r>
      <w:r>
        <w:t>And what is distinct in the post-death period? We cannot achieve it in the pre-death period.</w:t>
      </w:r>
    </w:p>
    <w:p>
      <w:pPr>
        <w:jc w:val="right"/>
      </w:pPr>
      <w:r>
        <w:t>And what is distinct in the post-death period? We cannot achieve it in the pre-death period.</w:t>
      </w:r>
    </w:p>
    <w:p>
      <w:r>
        <w:rPr>
          <w:b/>
        </w:rPr>
        <w:t xml:space="preserve">[47:55] </w:t>
      </w:r>
      <w:r>
        <w:t>The pre-death period is for preparation, and the post-death period is for reward.</w:t>
      </w:r>
    </w:p>
    <w:p>
      <w:pPr>
        <w:jc w:val="right"/>
      </w:pPr>
      <w:r>
        <w:t>The pre-death period is for preparation, and the post-death period is for reward.</w:t>
      </w:r>
    </w:p>
    <w:p>
      <w:r>
        <w:rPr>
          <w:b/>
        </w:rPr>
        <w:t xml:space="preserve">[48:05] </w:t>
      </w:r>
      <w:r>
        <w:t>This is the</w:t>
      </w:r>
    </w:p>
    <w:p>
      <w:pPr>
        <w:jc w:val="right"/>
      </w:pPr>
      <w:r>
        <w:t>This is the</w:t>
      </w:r>
    </w:p>
    <w:p>
      <w:r>
        <w:rPr>
          <w:b/>
        </w:rPr>
        <w:t xml:space="preserve">[48:12] </w:t>
      </w:r>
      <w:r>
        <w:t>creation plan of God.</w:t>
      </w:r>
    </w:p>
    <w:p>
      <w:pPr>
        <w:jc w:val="right"/>
      </w:pPr>
      <w:r>
        <w:t>creation plan of God.</w:t>
      </w:r>
    </w:p>
    <w:p>
      <w:r>
        <w:rPr>
          <w:b/>
        </w:rPr>
        <w:t xml:space="preserve">[48:16] </w:t>
      </w:r>
      <w:r>
        <w:t>All those people who live in tension, in stress—why? You know, in our present age, the majority of people are living in—the majority of people is living in tension, in stress.</w:t>
      </w:r>
    </w:p>
    <w:p>
      <w:pPr>
        <w:jc w:val="right"/>
      </w:pPr>
      <w:r>
        <w:t>All those people who live in tension, in stress—why? You know, in our present age, the majority of people are living in—the majority of people is living in tension, in stress.</w:t>
      </w:r>
    </w:p>
    <w:p>
      <w:r>
        <w:rPr>
          <w:b/>
        </w:rPr>
        <w:t xml:space="preserve">[48:34] </w:t>
      </w:r>
      <w:r>
        <w:t>Why?</w:t>
      </w:r>
    </w:p>
    <w:p>
      <w:pPr>
        <w:jc w:val="right"/>
      </w:pPr>
      <w:r>
        <w:t>Why?</w:t>
      </w:r>
    </w:p>
    <w:p>
      <w:r>
        <w:rPr>
          <w:b/>
        </w:rPr>
        <w:t xml:space="preserve">[48:37] </w:t>
      </w:r>
      <w:r>
        <w:t>The reason is very simple. The reason is very simple. They try to fulfill their desires in this world.</w:t>
      </w:r>
    </w:p>
    <w:p>
      <w:pPr>
        <w:jc w:val="right"/>
      </w:pPr>
      <w:r>
        <w:t>The reason is very simple. The reason is very simple. They try to fulfill their desires in this world.</w:t>
      </w:r>
    </w:p>
    <w:p>
      <w:r>
        <w:rPr>
          <w:b/>
        </w:rPr>
        <w:t xml:space="preserve">[48:51] </w:t>
      </w:r>
      <w:r>
        <w:t>They are unaware that fulfillment is only in the post-death period and not in the pre-death period.</w:t>
      </w:r>
    </w:p>
    <w:p>
      <w:pPr>
        <w:jc w:val="right"/>
      </w:pPr>
      <w:r>
        <w:t>They are unaware that fulfillment is only in the post-death period and not in the pre-death period.</w:t>
      </w:r>
    </w:p>
    <w:p>
      <w:r>
        <w:rPr>
          <w:b/>
        </w:rPr>
        <w:t xml:space="preserve">[49:05] </w:t>
      </w:r>
      <w:r>
        <w:t>So they are going against the creation plan of God. This is the reason for all those tensions and stress.</w:t>
      </w:r>
    </w:p>
    <w:p>
      <w:pPr>
        <w:jc w:val="right"/>
      </w:pPr>
      <w:r>
        <w:t>So they are going against the creation plan of God. This is the reason for all those tensions and stress.</w:t>
      </w:r>
    </w:p>
    <w:p>
      <w:r>
        <w:rPr>
          <w:b/>
        </w:rPr>
        <w:t xml:space="preserve">[49:17] </w:t>
      </w:r>
      <w:r>
        <w:t>So this is the only de-stressing formula.</w:t>
      </w:r>
    </w:p>
    <w:p>
      <w:pPr>
        <w:jc w:val="right"/>
      </w:pPr>
      <w:r>
        <w:t>So this is the only de-stressing formula.</w:t>
      </w:r>
    </w:p>
    <w:p>
      <w:r>
        <w:rPr>
          <w:b/>
        </w:rPr>
        <w:t xml:space="preserve">[49:23] </w:t>
      </w:r>
      <w:r>
        <w:t>The de-stressing formula is to realize, to understand the creation plan of God</w:t>
      </w:r>
    </w:p>
    <w:p>
      <w:pPr>
        <w:jc w:val="right"/>
      </w:pPr>
      <w:r>
        <w:t>The de-stressing formula is to realize, to understand the creation plan of God</w:t>
      </w:r>
    </w:p>
    <w:p>
      <w:r>
        <w:rPr>
          <w:b/>
        </w:rPr>
        <w:t xml:space="preserve">[49:34] </w:t>
      </w:r>
      <w:r>
        <w:t>. This is the de-stressing formula.</w:t>
      </w:r>
    </w:p>
    <w:p>
      <w:pPr>
        <w:jc w:val="right"/>
      </w:pPr>
      <w:r>
        <w:t>. This is the de-stressing formula.</w:t>
      </w:r>
    </w:p>
    <w:p>
      <w:r>
        <w:rPr>
          <w:b/>
        </w:rPr>
        <w:t xml:space="preserve">[49:40] </w:t>
      </w:r>
      <w:r>
        <w:t>All people are living in tension and stress and try to de-stress, but they fail because they are applying the wrong formula.</w:t>
      </w:r>
    </w:p>
    <w:p>
      <w:pPr>
        <w:jc w:val="right"/>
      </w:pPr>
      <w:r>
        <w:t>All people are living in tension and stress and try to de-stress, but they fail because they are applying the wrong formula.</w:t>
      </w:r>
    </w:p>
    <w:p>
      <w:r>
        <w:rPr>
          <w:b/>
        </w:rPr>
        <w:t xml:space="preserve">[49:56] </w:t>
      </w:r>
      <w:r>
        <w:t>The correct formula of de-stressing is to understand the creation plan of God, to accept this truth, to accept this reality that</w:t>
      </w:r>
    </w:p>
    <w:p>
      <w:pPr>
        <w:jc w:val="right"/>
      </w:pPr>
      <w:r>
        <w:t>The correct formula of de-stressing is to understand the creation plan of God, to accept this truth, to accept this reality that</w:t>
      </w:r>
    </w:p>
    <w:p>
      <w:r>
        <w:rPr>
          <w:b/>
        </w:rPr>
        <w:t xml:space="preserve">[50:17] </w:t>
      </w:r>
      <w:r>
        <w:t>in this present world</w:t>
      </w:r>
    </w:p>
    <w:p>
      <w:pPr>
        <w:jc w:val="right"/>
      </w:pPr>
      <w:r>
        <w:t>in this present world</w:t>
      </w:r>
    </w:p>
    <w:p>
      <w:r>
        <w:rPr>
          <w:b/>
        </w:rPr>
        <w:t xml:space="preserve">[50:21] </w:t>
      </w:r>
      <w:r>
        <w:t>we have only desires. And these desires can be fulfilled only in the post-death period.</w:t>
      </w:r>
    </w:p>
    <w:p>
      <w:pPr>
        <w:jc w:val="right"/>
      </w:pPr>
      <w:r>
        <w:t>we have only desires. And these desires can be fulfilled only in the post-death period.</w:t>
      </w:r>
    </w:p>
    <w:p>
      <w:r>
        <w:rPr>
          <w:b/>
        </w:rPr>
        <w:t xml:space="preserve">[50:33] </w:t>
      </w:r>
      <w:r>
        <w:t>This is a reality.</w:t>
      </w:r>
    </w:p>
    <w:p>
      <w:pPr>
        <w:jc w:val="right"/>
      </w:pPr>
      <w:r>
        <w:t>This is a reality.</w:t>
      </w:r>
    </w:p>
    <w:p>
      <w:r>
        <w:rPr>
          <w:b/>
        </w:rPr>
        <w:t xml:space="preserve">[50:38] </w:t>
      </w:r>
      <w:r>
        <w:t>So the solution lies in acceptance of this reality.</w:t>
      </w:r>
    </w:p>
    <w:p>
      <w:pPr>
        <w:jc w:val="right"/>
      </w:pPr>
      <w:r>
        <w:t>So the solution lies in acceptance of this reality.</w:t>
      </w:r>
    </w:p>
    <w:p>
      <w:r>
        <w:rPr>
          <w:b/>
        </w:rPr>
        <w:t xml:space="preserve">[50:45] </w:t>
      </w:r>
      <w:r>
        <w:t>If you accept this reality, then you can live without tension and stress.</w:t>
      </w:r>
    </w:p>
    <w:p>
      <w:pPr>
        <w:jc w:val="right"/>
      </w:pPr>
      <w:r>
        <w:t>If you accept this reality, then you can live without tension and stress.</w:t>
      </w:r>
    </w:p>
    <w:p>
      <w:r>
        <w:rPr>
          <w:b/>
        </w:rPr>
        <w:t xml:space="preserve">[50:55] </w:t>
      </w:r>
      <w:r>
        <w:t>And if you fail to accept this reality, then</w:t>
      </w:r>
    </w:p>
    <w:p>
      <w:pPr>
        <w:jc w:val="right"/>
      </w:pPr>
      <w:r>
        <w:t>And if you fail to accept this reality, then</w:t>
      </w:r>
    </w:p>
    <w:p>
      <w:r>
        <w:rPr>
          <w:b/>
        </w:rPr>
        <w:t xml:space="preserve">[51:04] </w:t>
      </w:r>
      <w:r>
        <w:t>you are doomed to live in tension and stress.</w:t>
      </w:r>
    </w:p>
    <w:p>
      <w:pPr>
        <w:jc w:val="right"/>
      </w:pPr>
      <w:r>
        <w:t>you are doomed to live in tension and stress.</w:t>
      </w:r>
    </w:p>
    <w:p>
      <w:r>
        <w:rPr>
          <w:b/>
        </w:rPr>
        <w:t xml:space="preserve">[51:12] </w:t>
      </w:r>
      <w:r>
        <w:t>So we must accept this reality. We must accept this reality so that we may live without tension, without stress.</w:t>
      </w:r>
    </w:p>
    <w:p>
      <w:pPr>
        <w:jc w:val="right"/>
      </w:pPr>
      <w:r>
        <w:t>So we must accept this reality. We must accept this reality so that we may live without tension, without stress.</w:t>
      </w:r>
    </w:p>
    <w:p>
      <w:r>
        <w:rPr>
          <w:b/>
        </w:rPr>
        <w:t xml:space="preserve">[51:24] </w:t>
      </w:r>
      <w:r>
        <w:t>Accepting</w:t>
      </w:r>
    </w:p>
    <w:p>
      <w:pPr>
        <w:jc w:val="right"/>
      </w:pPr>
      <w:r>
        <w:t>Accepting</w:t>
      </w:r>
    </w:p>
    <w:p>
      <w:r>
        <w:rPr>
          <w:b/>
        </w:rPr>
        <w:t xml:space="preserve">[51:28] </w:t>
      </w:r>
      <w:r>
        <w:t>the reality, accepting the Divine reality, accepting the Divine plan is the only formula of de-stressing.</w:t>
      </w:r>
    </w:p>
    <w:p>
      <w:pPr>
        <w:jc w:val="right"/>
      </w:pPr>
      <w:r>
        <w:t>the reality, accepting the Divine reality, accepting the Divine plan is the only formula of de-stressing.</w:t>
      </w:r>
    </w:p>
    <w:p>
      <w:r>
        <w:rPr>
          <w:b/>
        </w:rPr>
        <w:t xml:space="preserve">[51:45] </w:t>
      </w:r>
      <w:r>
        <w:t>Everyone seeks to find a de-stressing formula. People are living in stress, and they are trying to find a de-stressing formula,</w:t>
      </w:r>
    </w:p>
    <w:p>
      <w:pPr>
        <w:jc w:val="right"/>
      </w:pPr>
      <w:r>
        <w:t>Everyone seeks to find a de-stressing formula. People are living in stress, and they are trying to find a de-stressing formula,</w:t>
      </w:r>
    </w:p>
    <w:p>
      <w:r>
        <w:rPr>
          <w:b/>
        </w:rPr>
        <w:t xml:space="preserve">[52:01] </w:t>
      </w:r>
      <w:r>
        <w:t>but they fail.</w:t>
      </w:r>
    </w:p>
    <w:p>
      <w:pPr>
        <w:jc w:val="right"/>
      </w:pPr>
      <w:r>
        <w:t>but they fail.</w:t>
      </w:r>
    </w:p>
    <w:p>
      <w:r>
        <w:rPr>
          <w:b/>
        </w:rPr>
        <w:t xml:space="preserve">[52:05] </w:t>
      </w:r>
      <w:r>
        <w:t>I can say, according to my experience and according to my study, that the only formula of de-stressing is to accept this Divine reality.</w:t>
      </w:r>
    </w:p>
    <w:p>
      <w:pPr>
        <w:jc w:val="right"/>
      </w:pPr>
      <w:r>
        <w:t>I can say, according to my experience and according to my study, that the only formula of de-stressing is to accept this Divine reality.</w:t>
      </w:r>
    </w:p>
    <w:p>
      <w:r>
        <w:rPr>
          <w:b/>
        </w:rPr>
        <w:t xml:space="preserve">[52:26] </w:t>
      </w:r>
      <w:r>
        <w:t>I accept the reality, and there is no stress.</w:t>
      </w:r>
    </w:p>
    <w:p>
      <w:pPr>
        <w:jc w:val="right"/>
      </w:pPr>
      <w:r>
        <w:t>I accept the reality, and there is no stress.</w:t>
      </w:r>
    </w:p>
    <w:p>
      <w:r>
        <w:rPr>
          <w:b/>
        </w:rPr>
        <w:t xml:space="preserve">[52:32] </w:t>
      </w:r>
      <w:r>
        <w:t>I accept the reality, and there is no tension.</w:t>
      </w:r>
    </w:p>
    <w:p>
      <w:pPr>
        <w:jc w:val="right"/>
      </w:pPr>
      <w:r>
        <w:t>I accept the reality, and there is no tension.</w:t>
      </w:r>
    </w:p>
    <w:p>
      <w:r>
        <w:rPr>
          <w:b/>
        </w:rPr>
        <w:t xml:space="preserve">[52:42] </w:t>
      </w:r>
      <w:r>
        <w:t>If you are traveling in an aeroplane and you want to walk in a park, so you will be—you will fall in frustration because no aeroplane can provide you a park for walking.</w:t>
      </w:r>
    </w:p>
    <w:p>
      <w:pPr>
        <w:jc w:val="right"/>
      </w:pPr>
      <w:r>
        <w:t>If you are traveling in an aeroplane and you want to walk in a park, so you will be—you will fall in frustration because no aeroplane can provide you a park for walking.</w:t>
      </w:r>
    </w:p>
    <w:p>
      <w:r>
        <w:rPr>
          <w:b/>
        </w:rPr>
        <w:t xml:space="preserve">[53:10] </w:t>
      </w:r>
      <w:r>
        <w:t>But if you accept that, so you will be in tension and stress.</w:t>
      </w:r>
    </w:p>
    <w:p>
      <w:pPr>
        <w:jc w:val="right"/>
      </w:pPr>
      <w:r>
        <w:t>But if you accept that, so you will be in tension and stress.</w:t>
      </w:r>
    </w:p>
    <w:p>
      <w:r>
        <w:rPr>
          <w:b/>
        </w:rPr>
        <w:t xml:space="preserve">[53:17] </w:t>
      </w:r>
      <w:r>
        <w:t>But if you accept that an aeroplane is not a place for walking, it is not possible to have a garden in an aeroplane.</w:t>
      </w:r>
    </w:p>
    <w:p>
      <w:pPr>
        <w:jc w:val="right"/>
      </w:pPr>
      <w:r>
        <w:t>But if you accept that an aeroplane is not a place for walking, it is not possible to have a garden in an aeroplane.</w:t>
      </w:r>
    </w:p>
    <w:p>
      <w:r>
        <w:rPr>
          <w:b/>
        </w:rPr>
        <w:t xml:space="preserve">[53:34] </w:t>
      </w:r>
      <w:r>
        <w:t>So if you reject this reality, then you are bound to live in tension. But if you accept this reality, then there is no tension</w:t>
      </w:r>
    </w:p>
    <w:p>
      <w:pPr>
        <w:jc w:val="right"/>
      </w:pPr>
      <w:r>
        <w:t>So if you reject this reality, then you are bound to live in tension. But if you accept this reality, then there is no tension</w:t>
      </w:r>
    </w:p>
    <w:p>
      <w:r>
        <w:rPr>
          <w:b/>
        </w:rPr>
        <w:t xml:space="preserve">[53:52] </w:t>
      </w:r>
      <w:r>
        <w:t>because an aeroplane is not for walking. An aeroplane cannot provide you a garden. An aeroplane is only a mode of travel.</w:t>
      </w:r>
    </w:p>
    <w:p>
      <w:pPr>
        <w:jc w:val="right"/>
      </w:pPr>
      <w:r>
        <w:t>because an aeroplane is not for walking. An aeroplane cannot provide you a garden. An aeroplane is only a mode of travel.</w:t>
      </w:r>
    </w:p>
    <w:p>
      <w:r>
        <w:rPr>
          <w:b/>
        </w:rPr>
        <w:t xml:space="preserve">[54:05] </w:t>
      </w:r>
      <w:r>
        <w:t>That is all.</w:t>
      </w:r>
    </w:p>
    <w:p>
      <w:pPr>
        <w:jc w:val="right"/>
      </w:pPr>
      <w:r>
        <w:t>That is all.</w:t>
      </w:r>
    </w:p>
    <w:p>
      <w:r>
        <w:rPr>
          <w:b/>
        </w:rPr>
        <w:t xml:space="preserve">[54:07] </w:t>
      </w:r>
      <w:r>
        <w:t>So when you accept that an aeroplane is a mode of travel—a aeroplane, a motor car, a train—all these things are only for travel.</w:t>
      </w:r>
    </w:p>
    <w:p>
      <w:pPr>
        <w:jc w:val="right"/>
      </w:pPr>
      <w:r>
        <w:t>So when you accept that an aeroplane is a mode of travel—a aeroplane, a motor car, a train—all these things are only for travel.</w:t>
      </w:r>
    </w:p>
    <w:p>
      <w:r>
        <w:rPr>
          <w:b/>
        </w:rPr>
        <w:t xml:space="preserve">[54:21] </w:t>
      </w:r>
      <w:r>
        <w:t>So you cannot find a garden in a car, in a railway train, in an aeroplane. It is a fact.</w:t>
      </w:r>
    </w:p>
    <w:p>
      <w:pPr>
        <w:jc w:val="right"/>
      </w:pPr>
      <w:r>
        <w:t>So you cannot find a garden in a car, in a railway train, in an aeroplane. It is a fact.</w:t>
      </w:r>
    </w:p>
    <w:p>
      <w:r>
        <w:rPr>
          <w:b/>
        </w:rPr>
        <w:t xml:space="preserve">[54:33] </w:t>
      </w:r>
      <w:r>
        <w:t>So if you accept this fact, you will be a tension-free person.</w:t>
      </w:r>
    </w:p>
    <w:p>
      <w:pPr>
        <w:jc w:val="right"/>
      </w:pPr>
      <w:r>
        <w:t>So if you accept this fact, you will be a tension-free person.</w:t>
      </w:r>
    </w:p>
    <w:p>
      <w:r>
        <w:rPr>
          <w:b/>
        </w:rPr>
        <w:t xml:space="preserve">[54:42] </w:t>
      </w:r>
      <w:r>
        <w:t>And if you refuse to accept this reality, then you are bound to live in tension, in stress</w:t>
      </w:r>
    </w:p>
    <w:p>
      <w:pPr>
        <w:jc w:val="right"/>
      </w:pPr>
      <w:r>
        <w:t>And if you refuse to accept this reality, then you are bound to live in tension, in stress</w:t>
      </w:r>
    </w:p>
    <w:p>
      <w:r>
        <w:rPr>
          <w:b/>
        </w:rPr>
        <w:t xml:space="preserve">[54:54] </w:t>
      </w:r>
      <w:r>
        <w:t>. So I would like to say that</w:t>
      </w:r>
    </w:p>
    <w:p>
      <w:pPr>
        <w:jc w:val="right"/>
      </w:pPr>
      <w:r>
        <w:t>. So I would like to say that</w:t>
      </w:r>
    </w:p>
    <w:p>
      <w:r>
        <w:rPr>
          <w:b/>
        </w:rPr>
        <w:t xml:space="preserve">[54:59] </w:t>
      </w:r>
      <w:r>
        <w:t>realize the creation plan of God and accept it and follow it and plan your life according to—and plan your life according to this creation plan, then</w:t>
      </w:r>
    </w:p>
    <w:p>
      <w:pPr>
        <w:jc w:val="right"/>
      </w:pPr>
      <w:r>
        <w:t>realize the creation plan of God and accept it and follow it and plan your life according to—and plan your life according to this creation plan, then</w:t>
      </w:r>
    </w:p>
    <w:p>
      <w:r>
        <w:rPr>
          <w:b/>
        </w:rPr>
        <w:t xml:space="preserve">[55:18] </w:t>
      </w:r>
      <w:r>
        <w:t>you will be successful</w:t>
      </w:r>
    </w:p>
    <w:p>
      <w:pPr>
        <w:jc w:val="right"/>
      </w:pPr>
      <w:r>
        <w:t>you will be successful</w:t>
      </w:r>
    </w:p>
    <w:p>
      <w:r>
        <w:rPr>
          <w:b/>
        </w:rPr>
        <w:t xml:space="preserve">[55:21] </w:t>
      </w:r>
      <w:r>
        <w:t>. Then you can live as a tension-free person.</w:t>
      </w:r>
    </w:p>
    <w:p>
      <w:pPr>
        <w:jc w:val="right"/>
      </w:pPr>
      <w:r>
        <w:t>. Then you can live as a tension-free person.</w:t>
      </w:r>
    </w:p>
    <w:p>
      <w:r>
        <w:rPr>
          <w:b/>
        </w:rPr>
        <w:t xml:space="preserve">[55:32] </w:t>
      </w:r>
      <w:r>
        <w:t>After accepting the creation plan of God, everything becomes meaningful</w:t>
      </w:r>
    </w:p>
    <w:p>
      <w:pPr>
        <w:jc w:val="right"/>
      </w:pPr>
      <w:r>
        <w:t>After accepting the creation plan of God, everything becomes meaningful</w:t>
      </w:r>
    </w:p>
    <w:p>
      <w:r>
        <w:rPr>
          <w:b/>
        </w:rPr>
        <w:t xml:space="preserve">[55:41] </w:t>
      </w:r>
      <w:r>
        <w:t>. If you refuse to accept the creation plan of God, then everything is meaningless.</w:t>
      </w:r>
    </w:p>
    <w:p>
      <w:pPr>
        <w:jc w:val="right"/>
      </w:pPr>
      <w:r>
        <w:t>. If you refuse to accept the creation plan of God, then everything is meaningless.</w:t>
      </w:r>
    </w:p>
    <w:p>
      <w:r>
        <w:rPr>
          <w:b/>
        </w:rPr>
        <w:t xml:space="preserve">[55:53] </w:t>
      </w:r>
      <w:r>
        <w:t>But when you accept the creation plan of God, everything will become meaningful</w:t>
      </w:r>
    </w:p>
    <w:p>
      <w:pPr>
        <w:jc w:val="right"/>
      </w:pPr>
      <w:r>
        <w:t>But when you accept the creation plan of God, everything will become meaningful</w:t>
      </w:r>
    </w:p>
    <w:p>
      <w:r>
        <w:rPr>
          <w:b/>
        </w:rPr>
        <w:t xml:space="preserve">[56:06] </w:t>
      </w:r>
      <w:r>
        <w:t>. This is the only formula for success in this world.</w:t>
      </w:r>
    </w:p>
    <w:p>
      <w:pPr>
        <w:jc w:val="right"/>
      </w:pPr>
      <w:r>
        <w:t>. This is the only formula for success in this world.</w:t>
      </w:r>
    </w:p>
    <w:p>
      <w:r>
        <w:rPr>
          <w:b/>
        </w:rPr>
        <w:t xml:space="preserve">[56:16] </w:t>
      </w:r>
      <w:r>
        <w:t>So I would like to say that</w:t>
      </w:r>
    </w:p>
    <w:p>
      <w:pPr>
        <w:jc w:val="right"/>
      </w:pPr>
      <w:r>
        <w:t>So I would like to say that</w:t>
      </w:r>
    </w:p>
    <w:p>
      <w:r>
        <w:rPr>
          <w:b/>
        </w:rPr>
        <w:t xml:space="preserve">[56:21] </w:t>
      </w:r>
      <w:r>
        <w:t>discover the creation plan of God and accept it as it is.</w:t>
      </w:r>
    </w:p>
    <w:p>
      <w:pPr>
        <w:jc w:val="right"/>
      </w:pPr>
      <w:r>
        <w:t>discover the creation plan of God and accept it as it is.</w:t>
      </w:r>
    </w:p>
    <w:p>
      <w:r>
        <w:rPr>
          <w:b/>
        </w:rPr>
        <w:t xml:space="preserve">[56:30] </w:t>
      </w:r>
      <w:r>
        <w:t>Discover the creation plan of God and accept it as it is, and you will be successful.</w:t>
      </w:r>
    </w:p>
    <w:p>
      <w:pPr>
        <w:jc w:val="right"/>
      </w:pPr>
      <w:r>
        <w:t>Discover the creation plan of God and accept it as it is, and you will be successful.</w:t>
      </w:r>
    </w:p>
    <w:p>
      <w:r>
        <w:rPr>
          <w:b/>
        </w:rPr>
        <w:t xml:space="preserve">[56:40] </w:t>
      </w:r>
      <w:r>
        <w:t>You will believe as a tension-free person. Then everything becomes meaningful—your life, your world, your desires.</w:t>
      </w:r>
    </w:p>
    <w:p>
      <w:pPr>
        <w:jc w:val="right"/>
      </w:pPr>
      <w:r>
        <w:t>You will believe as a tension-free person. Then everything becomes meaningful—your life, your world, your desires.</w:t>
      </w:r>
    </w:p>
    <w:p>
      <w:r>
        <w:rPr>
          <w:b/>
        </w:rPr>
        <w:t xml:space="preserve">[56:58] </w:t>
      </w:r>
      <w:r>
        <w:t>Everything will become meaningful</w:t>
      </w:r>
    </w:p>
    <w:p>
      <w:pPr>
        <w:jc w:val="right"/>
      </w:pPr>
      <w:r>
        <w:t>Everything will become meaningful</w:t>
      </w:r>
    </w:p>
    <w:p>
      <w:r>
        <w:rPr>
          <w:b/>
        </w:rPr>
        <w:t xml:space="preserve">[57:05] </w:t>
      </w:r>
      <w:r>
        <w:t>. So refusing this fact, everything is meaningless. And when you accept this fact, then everything is meaningful.</w:t>
      </w:r>
    </w:p>
    <w:p>
      <w:pPr>
        <w:jc w:val="right"/>
      </w:pPr>
      <w:r>
        <w:t>. So refusing this fact, everything is meaningless. And when you accept this fact, then everything is meaningful.</w:t>
      </w:r>
    </w:p>
    <w:p>
      <w:r>
        <w:rPr>
          <w:b/>
        </w:rPr>
        <w:t xml:space="preserve">[57:21] </w:t>
      </w:r>
      <w:r>
        <w:t>This is the only formula for success in this world. astaghfirullah li wa lakum ajmaeen.</w:t>
      </w:r>
    </w:p>
    <w:p>
      <w:pPr>
        <w:jc w:val="right"/>
      </w:pPr>
      <w:r>
        <w:t>This is the only formula for success in this world. أقول قولي هذا وأستغفر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