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Islam in the Changing World August 6, 2007</w:t>
      </w:r>
    </w:p>
    <w:p>
      <w:r>
        <w:t>https://www.youtube.com/watch?v=lEhH4VDLSFY</w:t>
      </w:r>
    </w:p>
    <w:p>
      <w:r>
        <w:rPr>
          <w:b/>
        </w:rPr>
        <w:t xml:space="preserve">[00:09] </w:t>
      </w:r>
      <w:r>
        <w:t>rab ishrah li sadri, wa yassir li amri, wa ihlul uqdatan min lisani, yafqahu qawli.</w:t>
      </w:r>
    </w:p>
    <w:p>
      <w:pPr>
        <w:jc w:val="right"/>
      </w:pPr>
      <w:r>
        <w:t>رب اشرح لی صدری، ویسر لی امری، واحل العقدۃ من لسانی، یفقہ قولی.</w:t>
      </w:r>
    </w:p>
    <w:p>
      <w:r>
        <w:rPr>
          <w:b/>
        </w:rPr>
        <w:t xml:space="preserve">[00:25] </w:t>
      </w:r>
      <w:r>
        <w:t>The theme for the present talk is Islam in the changing situation of the world.</w:t>
      </w:r>
    </w:p>
    <w:p>
      <w:pPr>
        <w:jc w:val="right"/>
      </w:pPr>
      <w:r>
        <w:t>The theme for the present talk is Islam in the changing situation of the world.</w:t>
      </w:r>
    </w:p>
    <w:p>
      <w:r>
        <w:rPr>
          <w:b/>
        </w:rPr>
        <w:t xml:space="preserve">[00:40] </w:t>
      </w:r>
      <w:r>
        <w:t>Islam in the changing situation of the world. You know,</w:t>
      </w:r>
    </w:p>
    <w:p>
      <w:pPr>
        <w:jc w:val="right"/>
      </w:pPr>
      <w:r>
        <w:t>Islam in the changing situation of the world. You know,</w:t>
      </w:r>
    </w:p>
    <w:p>
      <w:r>
        <w:rPr>
          <w:b/>
        </w:rPr>
        <w:t xml:space="preserve">[00:50] </w:t>
      </w:r>
      <w:r>
        <w:t>now Islam and Muslims are facing some new situations is a fact,</w:t>
      </w:r>
    </w:p>
    <w:p>
      <w:pPr>
        <w:jc w:val="right"/>
      </w:pPr>
      <w:r>
        <w:t>now Islam and Muslims are facing some new situations is a fact,</w:t>
      </w:r>
    </w:p>
    <w:p>
      <w:r>
        <w:rPr>
          <w:b/>
        </w:rPr>
        <w:t xml:space="preserve">[01:04] </w:t>
      </w:r>
      <w:r>
        <w:t>and no one knows what to do against these changes.</w:t>
      </w:r>
    </w:p>
    <w:p>
      <w:pPr>
        <w:jc w:val="right"/>
      </w:pPr>
      <w:r>
        <w:t>and no one knows what to do against these changes.</w:t>
      </w:r>
    </w:p>
    <w:p>
      <w:r>
        <w:rPr>
          <w:b/>
        </w:rPr>
        <w:t xml:space="preserve">[01:16] </w:t>
      </w:r>
      <w:r>
        <w:t>The first reaction of Muslim leaders were</w:t>
      </w:r>
    </w:p>
    <w:p>
      <w:pPr>
        <w:jc w:val="right"/>
      </w:pPr>
      <w:r>
        <w:t>The first reaction of Muslim leaders were</w:t>
      </w:r>
    </w:p>
    <w:p>
      <w:r>
        <w:rPr>
          <w:b/>
        </w:rPr>
        <w:t xml:space="preserve">[01:23] </w:t>
      </w:r>
      <w:r>
        <w:t>the first response of Muslim leaders were simply negative reaction. They wanted to fight those forces that were supposedly enemies of Islam.</w:t>
      </w:r>
    </w:p>
    <w:p>
      <w:pPr>
        <w:jc w:val="right"/>
      </w:pPr>
      <w:r>
        <w:t>the first response of Muslim leaders were simply negative reaction. They wanted to fight those forces that were supposedly enemies of Islam.</w:t>
      </w:r>
    </w:p>
    <w:p>
      <w:r>
        <w:rPr>
          <w:b/>
        </w:rPr>
        <w:t xml:space="preserve">[01:39] </w:t>
      </w:r>
      <w:r>
        <w:t>But this kind of reaction failed, failed to yield any positive result.</w:t>
      </w:r>
    </w:p>
    <w:p>
      <w:pPr>
        <w:jc w:val="right"/>
      </w:pPr>
      <w:r>
        <w:t>But this kind of reaction failed, failed to yield any positive result.</w:t>
      </w:r>
    </w:p>
    <w:p>
      <w:r>
        <w:rPr>
          <w:b/>
        </w:rPr>
        <w:t xml:space="preserve">[01:55] </w:t>
      </w:r>
      <w:r>
        <w:t>The problem is that Islam began in the first quarter of the seventh century,</w:t>
      </w:r>
    </w:p>
    <w:p>
      <w:pPr>
        <w:jc w:val="right"/>
      </w:pPr>
      <w:r>
        <w:t>The problem is that Islam began in the first quarter of the seventh century,</w:t>
      </w:r>
    </w:p>
    <w:p>
      <w:r>
        <w:rPr>
          <w:b/>
        </w:rPr>
        <w:t xml:space="preserve">[02:10] </w:t>
      </w:r>
      <w:r>
        <w:t>and then there was great expansion, great expansion. All the historians admit that the expansion of Islam was quite extraordinary.</w:t>
      </w:r>
    </w:p>
    <w:p>
      <w:pPr>
        <w:jc w:val="right"/>
      </w:pPr>
      <w:r>
        <w:t>and then there was great expansion, great expansion. All the historians admit that the expansion of Islam was quite extraordinary.</w:t>
      </w:r>
    </w:p>
    <w:p>
      <w:r>
        <w:rPr>
          <w:b/>
        </w:rPr>
        <w:t xml:space="preserve">[02:32] </w:t>
      </w:r>
      <w:r>
        <w:t>One Indian historian, M. N. Roy, has published a book, The Historical Role of Islam.</w:t>
      </w:r>
    </w:p>
    <w:p>
      <w:pPr>
        <w:jc w:val="right"/>
      </w:pPr>
      <w:r>
        <w:t>One Indian historian, M. N. Roy, has published a book, The Historical Role of Islam.</w:t>
      </w:r>
    </w:p>
    <w:p>
      <w:r>
        <w:rPr>
          <w:b/>
        </w:rPr>
        <w:t xml:space="preserve">[02:45] </w:t>
      </w:r>
      <w:r>
        <w:t>In this book, he refers to the</w:t>
      </w:r>
    </w:p>
    <w:p>
      <w:pPr>
        <w:jc w:val="right"/>
      </w:pPr>
      <w:r>
        <w:t>In this book, he refers to the</w:t>
      </w:r>
    </w:p>
    <w:p>
      <w:r>
        <w:rPr>
          <w:b/>
        </w:rPr>
        <w:t xml:space="preserve">[02:53] </w:t>
      </w:r>
      <w:r>
        <w:t>political expansion of Islam. So he says that it was the most miraculous of all miracles.</w:t>
      </w:r>
    </w:p>
    <w:p>
      <w:pPr>
        <w:jc w:val="right"/>
      </w:pPr>
      <w:r>
        <w:t>political expansion of Islam. So he says that it was the most miraculous of all miracles.</w:t>
      </w:r>
    </w:p>
    <w:p>
      <w:r>
        <w:rPr>
          <w:b/>
        </w:rPr>
        <w:t xml:space="preserve">[03:09] </w:t>
      </w:r>
      <w:r>
        <w:t>The expansion of Islam was most miraculous of all miracles. So it happened, and it lasted up to more or less up to 1,000 years.</w:t>
      </w:r>
    </w:p>
    <w:p>
      <w:pPr>
        <w:jc w:val="right"/>
      </w:pPr>
      <w:r>
        <w:t>The expansion of Islam was most miraculous of all miracles. So it happened, and it lasted up to more or less up to 1,000 years.</w:t>
      </w:r>
    </w:p>
    <w:p>
      <w:r>
        <w:rPr>
          <w:b/>
        </w:rPr>
        <w:t xml:space="preserve">[03:33] </w:t>
      </w:r>
      <w:r>
        <w:t>During these 1,000 years, Muslims were able to establish Muslims were able to establish an empire, a Muslim empire or Islamic empire.</w:t>
      </w:r>
    </w:p>
    <w:p>
      <w:pPr>
        <w:jc w:val="right"/>
      </w:pPr>
      <w:r>
        <w:t>During these 1,000 years, Muslims were able to establish Muslims were able to establish an empire, a Muslim empire or Islamic empire.</w:t>
      </w:r>
    </w:p>
    <w:p>
      <w:r>
        <w:rPr>
          <w:b/>
        </w:rPr>
        <w:t xml:space="preserve">[03:52] </w:t>
      </w:r>
      <w:r>
        <w:t>So at that time, Muslims were masters of situation. Muslim people were masters of situation.</w:t>
      </w:r>
    </w:p>
    <w:p>
      <w:pPr>
        <w:jc w:val="right"/>
      </w:pPr>
      <w:r>
        <w:t>So at that time, Muslims were masters of situation. Muslim people were masters of situation.</w:t>
      </w:r>
    </w:p>
    <w:p>
      <w:r>
        <w:rPr>
          <w:b/>
        </w:rPr>
        <w:t xml:space="preserve">[04:05] </w:t>
      </w:r>
      <w:r>
        <w:t>Then after the European Renaissance,</w:t>
      </w:r>
    </w:p>
    <w:p>
      <w:pPr>
        <w:jc w:val="right"/>
      </w:pPr>
      <w:r>
        <w:t>Then after the European Renaissance,</w:t>
      </w:r>
    </w:p>
    <w:p>
      <w:r>
        <w:rPr>
          <w:b/>
        </w:rPr>
        <w:t xml:space="preserve">[04:12] </w:t>
      </w:r>
      <w:r>
        <w:t>the scenario started changing. Muslims in past, Muslims were masters of the situation.</w:t>
      </w:r>
    </w:p>
    <w:p>
      <w:pPr>
        <w:jc w:val="right"/>
      </w:pPr>
      <w:r>
        <w:t>the scenario started changing. Muslims in past, Muslims were masters of the situation.</w:t>
      </w:r>
    </w:p>
    <w:p>
      <w:r>
        <w:rPr>
          <w:b/>
        </w:rPr>
        <w:t xml:space="preserve">[04:25] </w:t>
      </w:r>
      <w:r>
        <w:t>But now, in the eighteenth century, namely in the second half of the eighteenth century, Muslims became subject to the situation,</w:t>
      </w:r>
    </w:p>
    <w:p>
      <w:pPr>
        <w:jc w:val="right"/>
      </w:pPr>
      <w:r>
        <w:t>But now, in the eighteenth century, namely in the second half of the eighteenth century, Muslims became subject to the situation,</w:t>
      </w:r>
    </w:p>
    <w:p>
      <w:r>
        <w:rPr>
          <w:b/>
        </w:rPr>
        <w:t xml:space="preserve">[04:47] </w:t>
      </w:r>
      <w:r>
        <w:t>subject to the situations. It was a very disturbing phenomena for Muslim people, for Muslim leaders.</w:t>
      </w:r>
    </w:p>
    <w:p>
      <w:pPr>
        <w:jc w:val="right"/>
      </w:pPr>
      <w:r>
        <w:t>subject to the situations. It was a very disturbing phenomena for Muslim people, for Muslim leaders.</w:t>
      </w:r>
    </w:p>
    <w:p>
      <w:r>
        <w:rPr>
          <w:b/>
        </w:rPr>
        <w:t xml:space="preserve">[05:01] </w:t>
      </w:r>
      <w:r>
        <w:t>The first response was negative reaction.</w:t>
      </w:r>
    </w:p>
    <w:p>
      <w:pPr>
        <w:jc w:val="right"/>
      </w:pPr>
      <w:r>
        <w:t>The first response was negative reaction.</w:t>
      </w:r>
    </w:p>
    <w:p>
      <w:r>
        <w:rPr>
          <w:b/>
        </w:rPr>
        <w:t xml:space="preserve">[05:11] </w:t>
      </w:r>
      <w:r>
        <w:t>Muslims I don't know any Muslim leader who tried to know the answer from the Quran.</w:t>
      </w:r>
    </w:p>
    <w:p>
      <w:pPr>
        <w:jc w:val="right"/>
      </w:pPr>
      <w:r>
        <w:t>Muslims I don't know any Muslim leader who tried to know the answer from the Quran.</w:t>
      </w:r>
    </w:p>
    <w:p>
      <w:r>
        <w:rPr>
          <w:b/>
        </w:rPr>
        <w:t xml:space="preserve">[05:21] </w:t>
      </w:r>
      <w:r>
        <w:t>I don't know any Muslim.</w:t>
      </w:r>
    </w:p>
    <w:p>
      <w:pPr>
        <w:jc w:val="right"/>
      </w:pPr>
      <w:r>
        <w:t>I don't know any Muslim.</w:t>
      </w:r>
    </w:p>
    <w:p>
      <w:r>
        <w:rPr>
          <w:b/>
        </w:rPr>
        <w:t xml:space="preserve">[05:23] </w:t>
      </w:r>
      <w:r>
        <w:t>They simply reacted, emotional reaction, no Quranic response.</w:t>
      </w:r>
    </w:p>
    <w:p>
      <w:pPr>
        <w:jc w:val="right"/>
      </w:pPr>
      <w:r>
        <w:t>They simply reacted, emotional reaction, no Quranic response.</w:t>
      </w:r>
    </w:p>
    <w:p>
      <w:r>
        <w:rPr>
          <w:b/>
        </w:rPr>
        <w:t xml:space="preserve">[05:32] </w:t>
      </w:r>
      <w:r>
        <w:t>They failed to know what is the creation plan of God, what is the Islamic answer towards this situation.</w:t>
      </w:r>
    </w:p>
    <w:p>
      <w:pPr>
        <w:jc w:val="right"/>
      </w:pPr>
      <w:r>
        <w:t>They failed to know what is the creation plan of God, what is the Islamic answer towards this situation.</w:t>
      </w:r>
    </w:p>
    <w:p>
      <w:r>
        <w:rPr>
          <w:b/>
        </w:rPr>
        <w:t xml:space="preserve">[05:45] </w:t>
      </w:r>
      <w:r>
        <w:t>There is a verse in the Quran very relevant to the present situation. It says that, "Tilqal ayyamun udhawil huwa baanun naas."</w:t>
      </w:r>
    </w:p>
    <w:p>
      <w:pPr>
        <w:jc w:val="right"/>
      </w:pPr>
      <w:r>
        <w:t>There is a verse in the Quran very relevant to the present situation. It says that, "Tilqal ayyamun udhawil huwa baanun naas."</w:t>
      </w:r>
    </w:p>
    <w:p>
      <w:r>
        <w:rPr>
          <w:b/>
        </w:rPr>
        <w:t xml:space="preserve">[06:02] </w:t>
      </w:r>
      <w:r>
        <w:t>This Quranic verse mentions the political change. This Quranic verse tells us that political power is not a monopoly of any nation, of any group</w:t>
      </w:r>
    </w:p>
    <w:p>
      <w:pPr>
        <w:jc w:val="right"/>
      </w:pPr>
      <w:r>
        <w:t>This Quranic verse mentions the political change. This Quranic verse tells us that political power is not a monopoly of any nation, of any group</w:t>
      </w:r>
    </w:p>
    <w:p>
      <w:r>
        <w:rPr>
          <w:b/>
        </w:rPr>
        <w:t xml:space="preserve">[06:21] </w:t>
      </w:r>
      <w:r>
        <w:t>. No. It is subject to change. Sometime this group will enjoy the political power, and sometime the other group will enjoy the political power.</w:t>
      </w:r>
    </w:p>
    <w:p>
      <w:pPr>
        <w:jc w:val="right"/>
      </w:pPr>
      <w:r>
        <w:t>. No. It is subject to change. Sometime this group will enjoy the political power, and sometime the other group will enjoy the political power.</w:t>
      </w:r>
    </w:p>
    <w:p>
      <w:r>
        <w:rPr>
          <w:b/>
        </w:rPr>
        <w:t xml:space="preserve">[06:39] </w:t>
      </w:r>
      <w:r>
        <w:t>"Tilqal ayyamun udhawil huwa baanun naas." Why?</w:t>
      </w:r>
    </w:p>
    <w:p>
      <w:pPr>
        <w:jc w:val="right"/>
      </w:pPr>
      <w:r>
        <w:t>"Tilqal ayyamun udhawil huwa baanun naas." Why?</w:t>
      </w:r>
    </w:p>
    <w:p>
      <w:r>
        <w:rPr>
          <w:b/>
        </w:rPr>
        <w:t xml:space="preserve">[06:47] </w:t>
      </w:r>
      <w:r>
        <w:t>Because political power is a test paper. It is not a blessing, just like other things.</w:t>
      </w:r>
    </w:p>
    <w:p>
      <w:pPr>
        <w:jc w:val="right"/>
      </w:pPr>
      <w:r>
        <w:t>Because political power is a test paper. It is not a blessing, just like other things.</w:t>
      </w:r>
    </w:p>
    <w:p>
      <w:r>
        <w:rPr>
          <w:b/>
        </w:rPr>
        <w:t xml:space="preserve">[06:58] </w:t>
      </w:r>
      <w:r>
        <w:t>Everything in this world is a test paper. Even this glass of water is a test paper. Even my personality is a test paper for me.</w:t>
      </w:r>
    </w:p>
    <w:p>
      <w:pPr>
        <w:jc w:val="right"/>
      </w:pPr>
      <w:r>
        <w:t>Everything in this world is a test paper. Even this glass of water is a test paper. Even my personality is a test paper for me.</w:t>
      </w:r>
    </w:p>
    <w:p>
      <w:r>
        <w:rPr>
          <w:b/>
        </w:rPr>
        <w:t xml:space="preserve">[07:16] </w:t>
      </w:r>
      <w:r>
        <w:t>So is the case of everything we enjoy in this world</w:t>
      </w:r>
    </w:p>
    <w:p>
      <w:pPr>
        <w:jc w:val="right"/>
      </w:pPr>
      <w:r>
        <w:t>So is the case of everything we enjoy in this world</w:t>
      </w:r>
    </w:p>
    <w:p>
      <w:r>
        <w:rPr>
          <w:b/>
        </w:rPr>
        <w:t xml:space="preserve">[07:20] </w:t>
      </w:r>
      <w:r>
        <w:t>. So political power is a test paper, and everyone is put on the test, not only Muslims.</w:t>
      </w:r>
    </w:p>
    <w:p>
      <w:pPr>
        <w:jc w:val="right"/>
      </w:pPr>
      <w:r>
        <w:t>. So political power is a test paper, and everyone is put on the test, not only Muslims.</w:t>
      </w:r>
    </w:p>
    <w:p>
      <w:r>
        <w:rPr>
          <w:b/>
        </w:rPr>
        <w:t xml:space="preserve">[07:33] </w:t>
      </w:r>
      <w:r>
        <w:t>So it is not possible to become political power, a monopoly of a single group</w:t>
      </w:r>
    </w:p>
    <w:p>
      <w:pPr>
        <w:jc w:val="right"/>
      </w:pPr>
      <w:r>
        <w:t>So it is not possible to become political power, a monopoly of a single group</w:t>
      </w:r>
    </w:p>
    <w:p>
      <w:r>
        <w:rPr>
          <w:b/>
        </w:rPr>
        <w:t xml:space="preserve">[07:42] </w:t>
      </w:r>
      <w:r>
        <w:t>. This is the first guiding principle in the Quran. Then there is another verse,</w:t>
      </w:r>
    </w:p>
    <w:p>
      <w:pPr>
        <w:jc w:val="right"/>
      </w:pPr>
      <w:r>
        <w:t>. This is the first guiding principle in the Quran. Then there is another verse,</w:t>
      </w:r>
    </w:p>
    <w:p>
      <w:r>
        <w:rPr>
          <w:b/>
        </w:rPr>
        <w:t xml:space="preserve">[07:54] </w:t>
      </w:r>
      <w:r>
        <w:t>"Innallaha la yugayiru ma bi qawmin hatta yugayiru ma bi anfusim." It means that</w:t>
      </w:r>
    </w:p>
    <w:p>
      <w:pPr>
        <w:jc w:val="right"/>
      </w:pPr>
      <w:r>
        <w:t>"Innallaha la yugayiru ma bi qawmin hatta yugayiru ma bi anfusim." It means that</w:t>
      </w:r>
    </w:p>
    <w:p>
      <w:r>
        <w:rPr>
          <w:b/>
        </w:rPr>
        <w:t xml:space="preserve">[08:06] </w:t>
      </w:r>
      <w:r>
        <w:t>the reason is</w:t>
      </w:r>
    </w:p>
    <w:p>
      <w:pPr>
        <w:jc w:val="right"/>
      </w:pPr>
      <w:r>
        <w:t>the reason is</w:t>
      </w:r>
    </w:p>
    <w:p>
      <w:r>
        <w:rPr>
          <w:b/>
        </w:rPr>
        <w:t xml:space="preserve">[08:12] </w:t>
      </w:r>
      <w:r>
        <w:t>reason you have if you face such a situation, you have to find out the reason in yourself, not the outside of yours.</w:t>
      </w:r>
    </w:p>
    <w:p>
      <w:pPr>
        <w:jc w:val="right"/>
      </w:pPr>
      <w:r>
        <w:t>reason you have if you face such a situation, you have to find out the reason in yourself, not the outside of yours.</w:t>
      </w:r>
    </w:p>
    <w:p>
      <w:r>
        <w:rPr>
          <w:b/>
        </w:rPr>
        <w:t xml:space="preserve">[08:29] </w:t>
      </w:r>
      <w:r>
        <w:t>Reason</w:t>
      </w:r>
    </w:p>
    <w:p>
      <w:pPr>
        <w:jc w:val="right"/>
      </w:pPr>
      <w:r>
        <w:t>Reason</w:t>
      </w:r>
    </w:p>
    <w:p>
      <w:r>
        <w:rPr>
          <w:b/>
        </w:rPr>
        <w:t xml:space="preserve">[08:35] </w:t>
      </w:r>
      <w:r>
        <w:t>is in yourself rather than in the external world.</w:t>
      </w:r>
    </w:p>
    <w:p>
      <w:pPr>
        <w:jc w:val="right"/>
      </w:pPr>
      <w:r>
        <w:t>is in yourself rather than in the external world.</w:t>
      </w:r>
    </w:p>
    <w:p>
      <w:r>
        <w:rPr>
          <w:b/>
        </w:rPr>
        <w:t xml:space="preserve">[08:44] </w:t>
      </w:r>
      <w:r>
        <w:t>Then there is a verse, "Wa in tasbiru wa tattaqu la yadhurrukum qayduhum shaya." This Quranic verse tells us that</w:t>
      </w:r>
    </w:p>
    <w:p>
      <w:pPr>
        <w:jc w:val="right"/>
      </w:pPr>
      <w:r>
        <w:t>Then there is a verse, "Wa in tasbiru wa tattaqu la yadhurrukum qayduhum shaya." This Quranic verse tells us that</w:t>
      </w:r>
    </w:p>
    <w:p>
      <w:r>
        <w:rPr>
          <w:b/>
        </w:rPr>
        <w:t xml:space="preserve">[09:02] </w:t>
      </w:r>
      <w:r>
        <w:t>that the problem is</w:t>
      </w:r>
    </w:p>
    <w:p>
      <w:pPr>
        <w:jc w:val="right"/>
      </w:pPr>
      <w:r>
        <w:t>that the problem is</w:t>
      </w:r>
    </w:p>
    <w:p>
      <w:r>
        <w:rPr>
          <w:b/>
        </w:rPr>
        <w:t xml:space="preserve">[09:05] </w:t>
      </w:r>
      <w:r>
        <w:t>that the conspiracy of other people is not the problem.</w:t>
      </w:r>
    </w:p>
    <w:p>
      <w:pPr>
        <w:jc w:val="right"/>
      </w:pPr>
      <w:r>
        <w:t>that the conspiracy of other people is not the problem.</w:t>
      </w:r>
    </w:p>
    <w:p>
      <w:r>
        <w:rPr>
          <w:b/>
        </w:rPr>
        <w:t xml:space="preserve">[09:15] </w:t>
      </w:r>
      <w:r>
        <w:t>No. If there is conspiracy from other if there is conspiracy from the other party, it is not a problem at all.</w:t>
      </w:r>
    </w:p>
    <w:p>
      <w:pPr>
        <w:jc w:val="right"/>
      </w:pPr>
      <w:r>
        <w:t>No. If there is conspiracy from other if there is conspiracy from the other party, it is not a problem at all.</w:t>
      </w:r>
    </w:p>
    <w:p>
      <w:r>
        <w:rPr>
          <w:b/>
        </w:rPr>
        <w:t xml:space="preserve">[09:30] </w:t>
      </w:r>
      <w:r>
        <w:t>Problem is lack of sabr and taqwa.</w:t>
      </w:r>
    </w:p>
    <w:p>
      <w:pPr>
        <w:jc w:val="right"/>
      </w:pPr>
      <w:r>
        <w:t>Problem is lack of sabr and taqwa.</w:t>
      </w:r>
    </w:p>
    <w:p>
      <w:r>
        <w:rPr>
          <w:b/>
        </w:rPr>
        <w:t xml:space="preserve">[09:37] </w:t>
      </w:r>
      <w:r>
        <w:t>Problem is lack of sabr and taqwa. If you</w:t>
      </w:r>
    </w:p>
    <w:p>
      <w:pPr>
        <w:jc w:val="right"/>
      </w:pPr>
      <w:r>
        <w:t>Problem is lack of sabr and taqwa. If you</w:t>
      </w:r>
    </w:p>
    <w:p>
      <w:r>
        <w:rPr>
          <w:b/>
        </w:rPr>
        <w:t xml:space="preserve">[09:51] </w:t>
      </w:r>
      <w:r>
        <w:t>have sabr and taqwa if Muslims</w:t>
      </w:r>
    </w:p>
    <w:p>
      <w:pPr>
        <w:jc w:val="right"/>
      </w:pPr>
      <w:r>
        <w:t>have sabr and taqwa if Muslims</w:t>
      </w:r>
    </w:p>
    <w:p>
      <w:r>
        <w:rPr>
          <w:b/>
        </w:rPr>
        <w:t xml:space="preserve">[10:00] </w:t>
      </w:r>
      <w:r>
        <w:t>are living with sabr and taqwa, then there is no problem. But when Muslims</w:t>
      </w:r>
    </w:p>
    <w:p>
      <w:pPr>
        <w:jc w:val="right"/>
      </w:pPr>
      <w:r>
        <w:t>are living with sabr and taqwa, then there is no problem. But when Muslims</w:t>
      </w:r>
    </w:p>
    <w:p>
      <w:r>
        <w:rPr>
          <w:b/>
        </w:rPr>
        <w:t xml:space="preserve">[10:14] </w:t>
      </w:r>
      <w:r>
        <w:t>fail to live on sabr and taqwa, that will create a problem. So these verses were more than enough to understand that the present situation is just according to the law of nature.</w:t>
      </w:r>
    </w:p>
    <w:p>
      <w:pPr>
        <w:jc w:val="right"/>
      </w:pPr>
      <w:r>
        <w:t>fail to live on sabr and taqwa, that will create a problem. So these verses were more than enough to understand that the present situation is just according to the law of nature.</w:t>
      </w:r>
    </w:p>
    <w:p>
      <w:r>
        <w:rPr>
          <w:b/>
        </w:rPr>
        <w:t xml:space="preserve">[10:42] </w:t>
      </w:r>
      <w:r>
        <w:t>So if Muslims became subject to the situation, it was due to their own shortcomings.</w:t>
      </w:r>
    </w:p>
    <w:p>
      <w:pPr>
        <w:jc w:val="right"/>
      </w:pPr>
      <w:r>
        <w:t>So if Muslims became subject to the situation, it was due to their own shortcomings.</w:t>
      </w:r>
    </w:p>
    <w:p>
      <w:r>
        <w:rPr>
          <w:b/>
        </w:rPr>
        <w:t xml:space="preserve">[10:56] </w:t>
      </w:r>
      <w:r>
        <w:t>So you have to remove those shortcomings. This was the clear</w:t>
      </w:r>
    </w:p>
    <w:p>
      <w:pPr>
        <w:jc w:val="right"/>
      </w:pPr>
      <w:r>
        <w:t>So you have to remove those shortcomings. This was the clear</w:t>
      </w:r>
    </w:p>
    <w:p>
      <w:r>
        <w:rPr>
          <w:b/>
        </w:rPr>
        <w:t xml:space="preserve">[11:06] </w:t>
      </w:r>
      <w:r>
        <w:t>guidance in the Quran. Now what happened?</w:t>
      </w:r>
    </w:p>
    <w:p>
      <w:pPr>
        <w:jc w:val="right"/>
      </w:pPr>
      <w:r>
        <w:t>guidance in the Quran. Now what happened?</w:t>
      </w:r>
    </w:p>
    <w:p>
      <w:r>
        <w:rPr>
          <w:b/>
        </w:rPr>
        <w:t xml:space="preserve">[11:13] </w:t>
      </w:r>
      <w:r>
        <w:t>When after the Renaissance, after the European Renaissance, Western powers</w:t>
      </w:r>
    </w:p>
    <w:p>
      <w:pPr>
        <w:jc w:val="right"/>
      </w:pPr>
      <w:r>
        <w:t>When after the Renaissance, after the European Renaissance, Western powers</w:t>
      </w:r>
    </w:p>
    <w:p>
      <w:r>
        <w:rPr>
          <w:b/>
        </w:rPr>
        <w:t xml:space="preserve">[11:23] </w:t>
      </w:r>
      <w:r>
        <w:t>captured a great captured a large area of the Muslim empire, Muslims became angry.</w:t>
      </w:r>
    </w:p>
    <w:p>
      <w:pPr>
        <w:jc w:val="right"/>
      </w:pPr>
      <w:r>
        <w:t>captured a great captured a large area of the Muslim empire, Muslims became angry.</w:t>
      </w:r>
    </w:p>
    <w:p>
      <w:r>
        <w:rPr>
          <w:b/>
        </w:rPr>
        <w:t xml:space="preserve">[11:36] </w:t>
      </w:r>
      <w:r>
        <w:t>Everywhere our Muslim leaders started</w:t>
      </w:r>
    </w:p>
    <w:p>
      <w:pPr>
        <w:jc w:val="right"/>
      </w:pPr>
      <w:r>
        <w:t>Everywhere our Muslim leaders started</w:t>
      </w:r>
    </w:p>
    <w:p>
      <w:r>
        <w:rPr>
          <w:b/>
        </w:rPr>
        <w:t xml:space="preserve">[11:44] </w:t>
      </w:r>
      <w:r>
        <w:t>speaking like this, "Abhi ham abhi bhule nai ham khayd o tarik ke afsane." Futohat e Salahuddin abhi roshan hain dunya mein.</w:t>
      </w:r>
    </w:p>
    <w:p>
      <w:pPr>
        <w:jc w:val="right"/>
      </w:pPr>
      <w:r>
        <w:t>speaking like this, "Abhi ham abhi bhule nai ham khayd o tarik ke afsane." فتوحات صلاح الدین ابھی روشن ہیں دنیا میں.</w:t>
      </w:r>
    </w:p>
    <w:p>
      <w:r>
        <w:rPr>
          <w:b/>
        </w:rPr>
        <w:t xml:space="preserve">[11:58] </w:t>
      </w:r>
      <w:r>
        <w:t>An Arab poet, Zarkali, very popular poet among Arab people, said in one of his lines, "Hat-e Salahuddin saniyatan fina jaddidi hiddin o shibhiddina." It means that revive again a general like Khalid,</w:t>
      </w:r>
    </w:p>
    <w:p>
      <w:pPr>
        <w:jc w:val="right"/>
      </w:pPr>
      <w:r>
        <w:t>An Arab poet, Zarkali, very popular poet among Arab people, said in one of his lines, "Hat-e Salahuddin saniyatan fina jaddidi hiddin o shibhiddina." It means that revive again a general like Khalid,</w:t>
      </w:r>
    </w:p>
    <w:p>
      <w:r>
        <w:rPr>
          <w:b/>
        </w:rPr>
        <w:t xml:space="preserve">[12:28] </w:t>
      </w:r>
      <w:r>
        <w:t>a general like Tariq, a general like Salahuddin,</w:t>
      </w:r>
    </w:p>
    <w:p>
      <w:pPr>
        <w:jc w:val="right"/>
      </w:pPr>
      <w:r>
        <w:t>a general like Tariq, a general like Salahuddin,</w:t>
      </w:r>
    </w:p>
    <w:p>
      <w:r>
        <w:rPr>
          <w:b/>
        </w:rPr>
        <w:t xml:space="preserve">[12:37] </w:t>
      </w:r>
      <w:r>
        <w:t>it was wrong.</w:t>
      </w:r>
    </w:p>
    <w:p>
      <w:pPr>
        <w:jc w:val="right"/>
      </w:pPr>
      <w:r>
        <w:t>it was wrong.</w:t>
      </w:r>
    </w:p>
    <w:p>
      <w:r>
        <w:rPr>
          <w:b/>
        </w:rPr>
        <w:t xml:space="preserve">[12:40] </w:t>
      </w:r>
      <w:r>
        <w:t>We need to revive the spirit of those people, but we don't need to revive the pattern of Khalid, Tariq, and Salahuddin.</w:t>
      </w:r>
    </w:p>
    <w:p>
      <w:pPr>
        <w:jc w:val="right"/>
      </w:pPr>
      <w:r>
        <w:t>We need to revive the spirit of those people, but we don't need to revive the pattern of Khalid, Tariq, and Salahuddin.</w:t>
      </w:r>
    </w:p>
    <w:p>
      <w:r>
        <w:rPr>
          <w:b/>
        </w:rPr>
        <w:t xml:space="preserve">[12:54] </w:t>
      </w:r>
      <w:r>
        <w:t>The time was to revive the spirit and not the pattern</w:t>
      </w:r>
    </w:p>
    <w:p>
      <w:pPr>
        <w:jc w:val="right"/>
      </w:pPr>
      <w:r>
        <w:t>The time was to revive the spirit and not the pattern</w:t>
      </w:r>
    </w:p>
    <w:p>
      <w:r>
        <w:rPr>
          <w:b/>
        </w:rPr>
        <w:t xml:space="preserve">[12:59] </w:t>
      </w:r>
      <w:r>
        <w:t>. By pattern, I mean fighting, fighting with the enemy. So they failed to understand this point that at present we need to revive the spirit of those Muslims.</w:t>
      </w:r>
    </w:p>
    <w:p>
      <w:pPr>
        <w:jc w:val="right"/>
      </w:pPr>
      <w:r>
        <w:t>. By pattern, I mean fighting, fighting with the enemy. So they failed to understand this point that at present we need to revive the spirit of those Muslims.</w:t>
      </w:r>
    </w:p>
    <w:p>
      <w:r>
        <w:rPr>
          <w:b/>
        </w:rPr>
        <w:t xml:space="preserve">[13:20] </w:t>
      </w:r>
      <w:r>
        <w:t>But they tried to revive the pattern of those Muslims. So they became fighting</w:t>
      </w:r>
    </w:p>
    <w:p>
      <w:pPr>
        <w:jc w:val="right"/>
      </w:pPr>
      <w:r>
        <w:t>But they tried to revive the pattern of those Muslims. So they became fighting</w:t>
      </w:r>
    </w:p>
    <w:p>
      <w:r>
        <w:rPr>
          <w:b/>
        </w:rPr>
        <w:t xml:space="preserve">[13:31] </w:t>
      </w:r>
      <w:r>
        <w:t>everywhere, everywhere in the Muslim world.</w:t>
      </w:r>
    </w:p>
    <w:p>
      <w:pPr>
        <w:jc w:val="right"/>
      </w:pPr>
      <w:r>
        <w:t>everywhere, everywhere in the Muslim world.</w:t>
      </w:r>
    </w:p>
    <w:p>
      <w:r>
        <w:rPr>
          <w:b/>
        </w:rPr>
        <w:t xml:space="preserve">[13:37] </w:t>
      </w:r>
      <w:r>
        <w:t>The largest organization of Muslim largest organization of Arab people is Muslim Brotherhood.</w:t>
      </w:r>
    </w:p>
    <w:p>
      <w:pPr>
        <w:jc w:val="right"/>
      </w:pPr>
      <w:r>
        <w:t>The largest organization of Muslim largest organization of Arab people is Muslim Brotherhood.</w:t>
      </w:r>
    </w:p>
    <w:p>
      <w:r>
        <w:rPr>
          <w:b/>
        </w:rPr>
        <w:t xml:space="preserve">[13:47] </w:t>
      </w:r>
      <w:r>
        <w:t>Their slogan was, "Al-Jihad o Manhajuna." Al-Jihad o Manhajuna means that war is our method.</w:t>
      </w:r>
    </w:p>
    <w:p>
      <w:pPr>
        <w:jc w:val="right"/>
      </w:pPr>
      <w:r>
        <w:t>Their slogan was, "Al-Jihad o Manhajuna." Al-Jihad o Manhajuna means that war is our method.</w:t>
      </w:r>
    </w:p>
    <w:p>
      <w:r>
        <w:rPr>
          <w:b/>
        </w:rPr>
        <w:t xml:space="preserve">[13:59] </w:t>
      </w:r>
      <w:r>
        <w:t>War is our method.</w:t>
      </w:r>
    </w:p>
    <w:p>
      <w:pPr>
        <w:jc w:val="right"/>
      </w:pPr>
      <w:r>
        <w:t>War is our method.</w:t>
      </w:r>
    </w:p>
    <w:p>
      <w:r>
        <w:rPr>
          <w:b/>
        </w:rPr>
        <w:t xml:space="preserve">[14:03] </w:t>
      </w:r>
      <w:r>
        <w:t>If you visit Palestine, you will find that youth are singing this poem in chorus, "Let us make war, let us make war."</w:t>
      </w:r>
    </w:p>
    <w:p>
      <w:pPr>
        <w:jc w:val="right"/>
      </w:pPr>
      <w:r>
        <w:t>If you visit Palestine, you will find that youth are singing this poem in chorus, "Let us make war, let us make war."</w:t>
      </w:r>
    </w:p>
    <w:p>
      <w:r>
        <w:rPr>
          <w:b/>
        </w:rPr>
        <w:t xml:space="preserve">[14:21] </w:t>
      </w:r>
      <w:r>
        <w:t>Halumma nuqatil halumma nuqatil fayndal qatalasabirur rashadi. It means let us make war, let us make war. For war is the way to success.</w:t>
      </w:r>
    </w:p>
    <w:p>
      <w:pPr>
        <w:jc w:val="right"/>
      </w:pPr>
      <w:r>
        <w:t>Halumma nuqatil halumma nuqatil fayndal qatalasabirur rashadi. It means let us make war, let us make war. For war is the way to success.</w:t>
      </w:r>
    </w:p>
    <w:p>
      <w:r>
        <w:rPr>
          <w:b/>
        </w:rPr>
        <w:t xml:space="preserve">[14:34] </w:t>
      </w:r>
      <w:r>
        <w:t>So all the Muslim leaders</w:t>
      </w:r>
    </w:p>
    <w:p>
      <w:pPr>
        <w:jc w:val="right"/>
      </w:pPr>
      <w:r>
        <w:t>So all the Muslim leaders</w:t>
      </w:r>
    </w:p>
    <w:p>
      <w:r>
        <w:rPr>
          <w:b/>
        </w:rPr>
        <w:t xml:space="preserve">[14:40] </w:t>
      </w:r>
      <w:r>
        <w:t>tried to revive the pattern of those pattern of Khalid, Tariq, and Salahuddin. They failed to understand that it is a spirit that needs to be revived and not the pattern.</w:t>
      </w:r>
    </w:p>
    <w:p>
      <w:pPr>
        <w:jc w:val="right"/>
      </w:pPr>
      <w:r>
        <w:t>tried to revive the pattern of those pattern of Khalid, Tariq, and Salahuddin. They failed to understand that it is a spirit that needs to be revived and not the pattern.</w:t>
      </w:r>
    </w:p>
    <w:p>
      <w:r>
        <w:rPr>
          <w:b/>
        </w:rPr>
        <w:t xml:space="preserve">[15:00] </w:t>
      </w:r>
      <w:r>
        <w:t>So they failed. Two hundred years of armed struggle, two hundred years of violent jihad failed completely.</w:t>
      </w:r>
    </w:p>
    <w:p>
      <w:pPr>
        <w:jc w:val="right"/>
      </w:pPr>
      <w:r>
        <w:t>So they failed. Two hundred years of armed struggle, two hundred years of violent jihad failed completely.</w:t>
      </w:r>
    </w:p>
    <w:p>
      <w:r>
        <w:rPr>
          <w:b/>
        </w:rPr>
        <w:t xml:space="preserve">[15:18] </w:t>
      </w:r>
      <w:r>
        <w:t>Now Muslims are living in frustration.</w:t>
      </w:r>
    </w:p>
    <w:p>
      <w:pPr>
        <w:jc w:val="right"/>
      </w:pPr>
      <w:r>
        <w:t>Now Muslims are living in frustration.</w:t>
      </w:r>
    </w:p>
    <w:p>
      <w:r>
        <w:rPr>
          <w:b/>
        </w:rPr>
        <w:t xml:space="preserve">[15:29] </w:t>
      </w:r>
      <w:r>
        <w:t>They don't know what to do.</w:t>
      </w:r>
    </w:p>
    <w:p>
      <w:pPr>
        <w:jc w:val="right"/>
      </w:pPr>
      <w:r>
        <w:t>They don't know what to do.</w:t>
      </w:r>
    </w:p>
    <w:p>
      <w:r>
        <w:rPr>
          <w:b/>
        </w:rPr>
        <w:t xml:space="preserve">[15:34] </w:t>
      </w:r>
      <w:r>
        <w:t>According to my study and my experience, the time is to reassess, reassess, to revise, to to go to the introspection.</w:t>
      </w:r>
    </w:p>
    <w:p>
      <w:pPr>
        <w:jc w:val="right"/>
      </w:pPr>
      <w:r>
        <w:t>According to my study and my experience, the time is to reassess, reassess, to revise, to to go to the introspection.</w:t>
      </w:r>
    </w:p>
    <w:p>
      <w:r>
        <w:rPr>
          <w:b/>
        </w:rPr>
        <w:t xml:space="preserve">[15:52] </w:t>
      </w:r>
      <w:r>
        <w:t>If you travel throughout the Muslim world, everywhere you will see that people are discussing in these questions.</w:t>
      </w:r>
    </w:p>
    <w:p>
      <w:pPr>
        <w:jc w:val="right"/>
      </w:pPr>
      <w:r>
        <w:t>If you travel throughout the Muslim world, everywhere you will see that people are discussing in these questions.</w:t>
      </w:r>
    </w:p>
    <w:p>
      <w:r>
        <w:rPr>
          <w:b/>
        </w:rPr>
        <w:t xml:space="preserve">[16:05] </w:t>
      </w:r>
      <w:r>
        <w:t>For example, once I was in Arab, one Arab Sheikh said, "Minay na nabda." Minay na nabda means the first question is from where to begin.</w:t>
      </w:r>
    </w:p>
    <w:p>
      <w:pPr>
        <w:jc w:val="right"/>
      </w:pPr>
      <w:r>
        <w:t>For example, once I was in Arab, one Arab Sheikh said, "Minay na nabda." Minay na nabda means the first question is from where to begin.</w:t>
      </w:r>
    </w:p>
    <w:p>
      <w:r>
        <w:rPr>
          <w:b/>
        </w:rPr>
        <w:t xml:space="preserve">[16:20] </w:t>
      </w:r>
      <w:r>
        <w:t>The same I listened in America, people were saying,</w:t>
      </w:r>
    </w:p>
    <w:p>
      <w:pPr>
        <w:jc w:val="right"/>
      </w:pPr>
      <w:r>
        <w:t>The same I listened in America, people were saying,</w:t>
      </w:r>
    </w:p>
    <w:p>
      <w:r>
        <w:rPr>
          <w:b/>
        </w:rPr>
        <w:t xml:space="preserve">[16:31] </w:t>
      </w:r>
      <w:r>
        <w:t>"From where to</w:t>
      </w:r>
    </w:p>
    <w:p>
      <w:pPr>
        <w:jc w:val="right"/>
      </w:pPr>
      <w:r>
        <w:t>"From where to</w:t>
      </w:r>
    </w:p>
    <w:p>
      <w:r>
        <w:rPr>
          <w:b/>
        </w:rPr>
        <w:t xml:space="preserve">[16:32] </w:t>
      </w:r>
      <w:r>
        <w:t>begin?"</w:t>
      </w:r>
    </w:p>
    <w:p>
      <w:pPr>
        <w:jc w:val="right"/>
      </w:pPr>
      <w:r>
        <w:t>begin?"</w:t>
      </w:r>
    </w:p>
    <w:p>
      <w:r>
        <w:rPr>
          <w:b/>
        </w:rPr>
        <w:t xml:space="preserve">[16:35] </w:t>
      </w:r>
      <w:r>
        <w:t>"Kaha se shuru karen?" I said that you have to begin from reassessment.</w:t>
      </w:r>
    </w:p>
    <w:p>
      <w:pPr>
        <w:jc w:val="right"/>
      </w:pPr>
      <w:r>
        <w:t>"Kahā se shurū karen?" I said that you have to begin from reassessment.</w:t>
      </w:r>
    </w:p>
    <w:p>
      <w:r>
        <w:rPr>
          <w:b/>
        </w:rPr>
        <w:t xml:space="preserve">[16:44] </w:t>
      </w:r>
      <w:r>
        <w:t>You have to begin from reassessment.</w:t>
      </w:r>
    </w:p>
    <w:p>
      <w:pPr>
        <w:jc w:val="right"/>
      </w:pPr>
      <w:r>
        <w:t>You have to begin from reassessment.</w:t>
      </w:r>
    </w:p>
    <w:p>
      <w:r>
        <w:rPr>
          <w:b/>
        </w:rPr>
        <w:t xml:space="preserve">[16:51] </w:t>
      </w:r>
      <w:r>
        <w:t>You have to abandon all these violent activities</w:t>
      </w:r>
    </w:p>
    <w:p>
      <w:pPr>
        <w:jc w:val="right"/>
      </w:pPr>
      <w:r>
        <w:t>You have to abandon all these violent activities</w:t>
      </w:r>
    </w:p>
    <w:p>
      <w:r>
        <w:rPr>
          <w:b/>
        </w:rPr>
        <w:t xml:space="preserve">[16:58] </w:t>
      </w:r>
      <w:r>
        <w:t>. You have to abandon present armed struggle in the name of jihad. You have to abandon completely.</w:t>
      </w:r>
    </w:p>
    <w:p>
      <w:pPr>
        <w:jc w:val="right"/>
      </w:pPr>
      <w:r>
        <w:t>. You have to abandon present armed struggle in the name of jihad. You have to abandon completely.</w:t>
      </w:r>
    </w:p>
    <w:p>
      <w:r>
        <w:rPr>
          <w:b/>
        </w:rPr>
        <w:t xml:space="preserve">[17:09] </w:t>
      </w:r>
      <w:r>
        <w:t>You have to go to introspection. You have to go to reassessment</w:t>
      </w:r>
    </w:p>
    <w:p>
      <w:pPr>
        <w:jc w:val="right"/>
      </w:pPr>
      <w:r>
        <w:t>You have to go to introspection. You have to go to reassessment</w:t>
      </w:r>
    </w:p>
    <w:p>
      <w:r>
        <w:rPr>
          <w:b/>
        </w:rPr>
        <w:t xml:space="preserve">[17:16] </w:t>
      </w:r>
      <w:r>
        <w:t>. You have to revise the whole situation.</w:t>
      </w:r>
    </w:p>
    <w:p>
      <w:pPr>
        <w:jc w:val="right"/>
      </w:pPr>
      <w:r>
        <w:t>. You have to revise the whole situation.</w:t>
      </w:r>
    </w:p>
    <w:p>
      <w:r>
        <w:rPr>
          <w:b/>
        </w:rPr>
        <w:t xml:space="preserve">[17:23] </w:t>
      </w:r>
      <w:r>
        <w:t>If you revise the situation, you will find that</w:t>
      </w:r>
    </w:p>
    <w:p>
      <w:pPr>
        <w:jc w:val="right"/>
      </w:pPr>
      <w:r>
        <w:t>If you revise the situation, you will find that</w:t>
      </w:r>
    </w:p>
    <w:p>
      <w:r>
        <w:rPr>
          <w:b/>
        </w:rPr>
        <w:t xml:space="preserve">[17:33] </w:t>
      </w:r>
      <w:r>
        <w:t>we were wrong to understand that it is a question of conspiracy or zulm. No.</w:t>
      </w:r>
    </w:p>
    <w:p>
      <w:pPr>
        <w:jc w:val="right"/>
      </w:pPr>
      <w:r>
        <w:t>we were wrong to understand that it is a question of conspiracy or zulm. No.</w:t>
      </w:r>
    </w:p>
    <w:p>
      <w:r>
        <w:rPr>
          <w:b/>
        </w:rPr>
        <w:t xml:space="preserve">[17:44] </w:t>
      </w:r>
      <w:r>
        <w:t>It was due to the change in the balance of power.</w:t>
      </w:r>
    </w:p>
    <w:p>
      <w:pPr>
        <w:jc w:val="right"/>
      </w:pPr>
      <w:r>
        <w:t>It was due to the change in the balance of power.</w:t>
      </w:r>
    </w:p>
    <w:p>
      <w:r>
        <w:rPr>
          <w:b/>
        </w:rPr>
        <w:t xml:space="preserve">[17:55] </w:t>
      </w:r>
      <w:r>
        <w:t>Before Renaissance, before Renaissance, sword was the symbol of power.</w:t>
      </w:r>
    </w:p>
    <w:p>
      <w:pPr>
        <w:jc w:val="right"/>
      </w:pPr>
      <w:r>
        <w:t>Before Renaissance, before Renaissance, sword was the symbol of power.</w:t>
      </w:r>
    </w:p>
    <w:p>
      <w:r>
        <w:rPr>
          <w:b/>
        </w:rPr>
        <w:t xml:space="preserve">[18:08] </w:t>
      </w:r>
      <w:r>
        <w:t>Before Renaissance, sword was the symbol of power. But after Renaissance, there was a great scientific revolution</w:t>
      </w:r>
    </w:p>
    <w:p>
      <w:pPr>
        <w:jc w:val="right"/>
      </w:pPr>
      <w:r>
        <w:t>Before Renaissance, sword was the symbol of power. But after Renaissance, there was a great scientific revolution</w:t>
      </w:r>
    </w:p>
    <w:p>
      <w:r>
        <w:rPr>
          <w:b/>
        </w:rPr>
        <w:t xml:space="preserve">[18:23] </w:t>
      </w:r>
      <w:r>
        <w:t>. So after scientific revolution, knowledge became the symbol of power.</w:t>
      </w:r>
    </w:p>
    <w:p>
      <w:pPr>
        <w:jc w:val="right"/>
      </w:pPr>
      <w:r>
        <w:t>. So after scientific revolution, knowledge became the symbol of power.</w:t>
      </w:r>
    </w:p>
    <w:p>
      <w:r>
        <w:rPr>
          <w:b/>
        </w:rPr>
        <w:t xml:space="preserve">[18:34] </w:t>
      </w:r>
      <w:r>
        <w:t>This is the basic difference.</w:t>
      </w:r>
    </w:p>
    <w:p>
      <w:pPr>
        <w:jc w:val="right"/>
      </w:pPr>
      <w:r>
        <w:t>This is the basic difference.</w:t>
      </w:r>
    </w:p>
    <w:p>
      <w:r>
        <w:rPr>
          <w:b/>
        </w:rPr>
        <w:t xml:space="preserve">[18:39] </w:t>
      </w:r>
      <w:r>
        <w:t>In ancient days,</w:t>
      </w:r>
    </w:p>
    <w:p>
      <w:pPr>
        <w:jc w:val="right"/>
      </w:pPr>
      <w:r>
        <w:t>In ancient days,</w:t>
      </w:r>
    </w:p>
    <w:p>
      <w:r>
        <w:rPr>
          <w:b/>
        </w:rPr>
        <w:t xml:space="preserve">[18:44] </w:t>
      </w:r>
      <w:r>
        <w:t>sword was the symbol of power. By using a sword, you were able to change the situation.</w:t>
      </w:r>
    </w:p>
    <w:p>
      <w:pPr>
        <w:jc w:val="right"/>
      </w:pPr>
      <w:r>
        <w:t>sword was the symbol of power. By using a sword, you were able to change the situation.</w:t>
      </w:r>
    </w:p>
    <w:p>
      <w:r>
        <w:rPr>
          <w:b/>
        </w:rPr>
        <w:t xml:space="preserve">[18:55] </w:t>
      </w:r>
      <w:r>
        <w:t>By using a sword, it was possible for you to become master of the situation.</w:t>
      </w:r>
    </w:p>
    <w:p>
      <w:pPr>
        <w:jc w:val="right"/>
      </w:pPr>
      <w:r>
        <w:t>By using a sword, it was possible for you to become master of the situation.</w:t>
      </w:r>
    </w:p>
    <w:p>
      <w:r>
        <w:rPr>
          <w:b/>
        </w:rPr>
        <w:t xml:space="preserve">[19:06] </w:t>
      </w:r>
      <w:r>
        <w:t>Through a sword, it was possible for in that time that the sword can make you the master of the situation.</w:t>
      </w:r>
    </w:p>
    <w:p>
      <w:pPr>
        <w:jc w:val="right"/>
      </w:pPr>
      <w:r>
        <w:t>Through a sword, it was possible for in that time that the sword can make you the master of the situation.</w:t>
      </w:r>
    </w:p>
    <w:p>
      <w:r>
        <w:rPr>
          <w:b/>
        </w:rPr>
        <w:t xml:space="preserve">[19:22] </w:t>
      </w:r>
      <w:r>
        <w:t>But now it is impossible.</w:t>
      </w:r>
    </w:p>
    <w:p>
      <w:pPr>
        <w:jc w:val="right"/>
      </w:pPr>
      <w:r>
        <w:t>But now it is impossible.</w:t>
      </w:r>
    </w:p>
    <w:p>
      <w:r>
        <w:rPr>
          <w:b/>
        </w:rPr>
        <w:t xml:space="preserve">[19:25] </w:t>
      </w:r>
      <w:r>
        <w:t>Now science is the power. Technology is the power. Modern way of organization is the power. Knowledge is the power.</w:t>
      </w:r>
    </w:p>
    <w:p>
      <w:pPr>
        <w:jc w:val="right"/>
      </w:pPr>
      <w:r>
        <w:t>Now science is the power. Technology is the power. Modern way of organization is the power. Knowledge is the power.</w:t>
      </w:r>
    </w:p>
    <w:p>
      <w:r>
        <w:rPr>
          <w:b/>
        </w:rPr>
        <w:t xml:space="preserve">[19:36] </w:t>
      </w:r>
      <w:r>
        <w:t>Learning is the power.</w:t>
      </w:r>
    </w:p>
    <w:p>
      <w:pPr>
        <w:jc w:val="right"/>
      </w:pPr>
      <w:r>
        <w:t>Learning is the power.</w:t>
      </w:r>
    </w:p>
    <w:p>
      <w:r>
        <w:rPr>
          <w:b/>
        </w:rPr>
        <w:t xml:space="preserve">[19:41] </w:t>
      </w:r>
      <w:r>
        <w:t>So now he is the master of the situation who</w:t>
      </w:r>
    </w:p>
    <w:p>
      <w:pPr>
        <w:jc w:val="right"/>
      </w:pPr>
      <w:r>
        <w:t>So now he is the master of the situation who</w:t>
      </w:r>
    </w:p>
    <w:p>
      <w:r>
        <w:rPr>
          <w:b/>
        </w:rPr>
        <w:t xml:space="preserve">[19:50] </w:t>
      </w:r>
      <w:r>
        <w:t>is</w:t>
      </w:r>
    </w:p>
    <w:p>
      <w:pPr>
        <w:jc w:val="right"/>
      </w:pPr>
      <w:r>
        <w:t>is</w:t>
      </w:r>
    </w:p>
    <w:p>
      <w:r>
        <w:rPr>
          <w:b/>
        </w:rPr>
        <w:t xml:space="preserve">[19:58] </w:t>
      </w:r>
      <w:r>
        <w:t>who is master of knowledge, master of science.</w:t>
      </w:r>
    </w:p>
    <w:p>
      <w:pPr>
        <w:jc w:val="right"/>
      </w:pPr>
      <w:r>
        <w:t>who is master of knowledge, master of science.</w:t>
      </w:r>
    </w:p>
    <w:p>
      <w:r>
        <w:rPr>
          <w:b/>
        </w:rPr>
        <w:t xml:space="preserve">[20:03] </w:t>
      </w:r>
      <w:r>
        <w:t>Now only those people are master of the situation who are master of modern sciences, master of modern technique.</w:t>
      </w:r>
    </w:p>
    <w:p>
      <w:pPr>
        <w:jc w:val="right"/>
      </w:pPr>
      <w:r>
        <w:t>Now only those people are master of the situation who are master of modern sciences, master of modern technique.</w:t>
      </w:r>
    </w:p>
    <w:p>
      <w:r>
        <w:rPr>
          <w:b/>
        </w:rPr>
        <w:t xml:space="preserve">[20:21] </w:t>
      </w:r>
      <w:r>
        <w:t>It is this point that we have to understand</w:t>
      </w:r>
    </w:p>
    <w:p>
      <w:pPr>
        <w:jc w:val="right"/>
      </w:pPr>
      <w:r>
        <w:t>It is this point that we have to understand</w:t>
      </w:r>
    </w:p>
    <w:p>
      <w:r>
        <w:rPr>
          <w:b/>
        </w:rPr>
        <w:t xml:space="preserve">[20:28] </w:t>
      </w:r>
      <w:r>
        <w:t>. So we have to say that it was a mistake. It was a mistake for our leaders.</w:t>
      </w:r>
    </w:p>
    <w:p>
      <w:pPr>
        <w:jc w:val="right"/>
      </w:pPr>
      <w:r>
        <w:t>. So we have to say that it was a mistake. It was a mistake for our leaders.</w:t>
      </w:r>
    </w:p>
    <w:p>
      <w:r>
        <w:rPr>
          <w:b/>
        </w:rPr>
        <w:t xml:space="preserve">[20:41] </w:t>
      </w:r>
      <w:r>
        <w:t>Our leaders were wrong to begin fighting, to show negative reaction.</w:t>
      </w:r>
    </w:p>
    <w:p>
      <w:pPr>
        <w:jc w:val="right"/>
      </w:pPr>
      <w:r>
        <w:t>Our leaders were wrong to begin fighting, to show negative reaction.</w:t>
      </w:r>
    </w:p>
    <w:p>
      <w:r>
        <w:rPr>
          <w:b/>
        </w:rPr>
        <w:t xml:space="preserve">[20:51] </w:t>
      </w:r>
      <w:r>
        <w:t>Our leaders of the 18th century and 19th century were wrong when they adopted jihad.</w:t>
      </w:r>
    </w:p>
    <w:p>
      <w:pPr>
        <w:jc w:val="right"/>
      </w:pPr>
      <w:r>
        <w:t>Our leaders of the 18th century and 19th century were wrong when they adopted jihad.</w:t>
      </w:r>
    </w:p>
    <w:p>
      <w:r>
        <w:rPr>
          <w:b/>
        </w:rPr>
        <w:t xml:space="preserve">[21:03] </w:t>
      </w:r>
      <w:r>
        <w:t>Jihad means according to their mind, jihad means armed struggle, violent struggle, fighting to wage a war</w:t>
      </w:r>
    </w:p>
    <w:p>
      <w:pPr>
        <w:jc w:val="right"/>
      </w:pPr>
      <w:r>
        <w:t>Jihad means according to their mind, jihad means armed struggle, violent struggle, fighting to wage a war</w:t>
      </w:r>
    </w:p>
    <w:p>
      <w:r>
        <w:rPr>
          <w:b/>
        </w:rPr>
        <w:t xml:space="preserve">[21:17] </w:t>
      </w:r>
      <w:r>
        <w:t>. So they adopted this technique, this method. And it was completely wrong.</w:t>
      </w:r>
    </w:p>
    <w:p>
      <w:pPr>
        <w:jc w:val="right"/>
      </w:pPr>
      <w:r>
        <w:t>. So they adopted this technique, this method. And it was completely wrong.</w:t>
      </w:r>
    </w:p>
    <w:p>
      <w:r>
        <w:rPr>
          <w:b/>
        </w:rPr>
        <w:t xml:space="preserve">[21:26] </w:t>
      </w:r>
      <w:r>
        <w:t>Instead of this, they must adopt modern education, modern learning, modern science, modern way of organization,</w:t>
      </w:r>
    </w:p>
    <w:p>
      <w:pPr>
        <w:jc w:val="right"/>
      </w:pPr>
      <w:r>
        <w:t>Instead of this, they must adopt modern education, modern learning, modern science, modern way of organization,</w:t>
      </w:r>
    </w:p>
    <w:p>
      <w:r>
        <w:rPr>
          <w:b/>
        </w:rPr>
        <w:t xml:space="preserve">[21:42] </w:t>
      </w:r>
      <w:r>
        <w:t>modern way of establishing institutions. This was to be their option and not the sword.</w:t>
      </w:r>
    </w:p>
    <w:p>
      <w:pPr>
        <w:jc w:val="right"/>
      </w:pPr>
      <w:r>
        <w:t>modern way of establishing institutions. This was to be their option and not the sword.</w:t>
      </w:r>
    </w:p>
    <w:p>
      <w:r>
        <w:rPr>
          <w:b/>
        </w:rPr>
        <w:t xml:space="preserve">[21:59] </w:t>
      </w:r>
      <w:r>
        <w:t>Now</w:t>
      </w:r>
    </w:p>
    <w:p>
      <w:pPr>
        <w:jc w:val="right"/>
      </w:pPr>
      <w:r>
        <w:t>Now</w:t>
      </w:r>
    </w:p>
    <w:p>
      <w:r>
        <w:rPr>
          <w:b/>
        </w:rPr>
        <w:t xml:space="preserve">[22:06] </w:t>
      </w:r>
      <w:r>
        <w:t>there are some other points. My first point is that the modern age was the age of science.</w:t>
      </w:r>
    </w:p>
    <w:p>
      <w:pPr>
        <w:jc w:val="right"/>
      </w:pPr>
      <w:r>
        <w:t>there are some other points. My first point is that the modern age was the age of science.</w:t>
      </w:r>
    </w:p>
    <w:p>
      <w:r>
        <w:rPr>
          <w:b/>
        </w:rPr>
        <w:t xml:space="preserve">[22:15] </w:t>
      </w:r>
      <w:r>
        <w:t>It was not the age of sword.</w:t>
      </w:r>
    </w:p>
    <w:p>
      <w:pPr>
        <w:jc w:val="right"/>
      </w:pPr>
      <w:r>
        <w:t>It was not the age of sword.</w:t>
      </w:r>
    </w:p>
    <w:p>
      <w:r>
        <w:rPr>
          <w:b/>
        </w:rPr>
        <w:t xml:space="preserve">[22:21] </w:t>
      </w:r>
      <w:r>
        <w:t>In ancient</w:t>
      </w:r>
    </w:p>
    <w:p>
      <w:pPr>
        <w:jc w:val="right"/>
      </w:pPr>
      <w:r>
        <w:t>In ancient</w:t>
      </w:r>
    </w:p>
    <w:p>
      <w:r>
        <w:rPr>
          <w:b/>
        </w:rPr>
        <w:t xml:space="preserve">[22:22] </w:t>
      </w:r>
      <w:r>
        <w:t>during ancient days, sword was decisive. Sword was a decisive power. But in modern times, sword is not a decisive power.</w:t>
      </w:r>
    </w:p>
    <w:p>
      <w:pPr>
        <w:jc w:val="right"/>
      </w:pPr>
      <w:r>
        <w:t>during ancient days, sword was decisive. Sword was a decisive power. But in modern times, sword is not a decisive power.</w:t>
      </w:r>
    </w:p>
    <w:p>
      <w:r>
        <w:rPr>
          <w:b/>
        </w:rPr>
        <w:t xml:space="preserve">[22:37] </w:t>
      </w:r>
      <w:r>
        <w:t>Now modern science is the decisive power. Modern technique is the decisive power. Modern way of organizations are the decisive power.</w:t>
      </w:r>
    </w:p>
    <w:p>
      <w:pPr>
        <w:jc w:val="right"/>
      </w:pPr>
      <w:r>
        <w:t>Now modern science is the decisive power. Modern technique is the decisive power. Modern way of organizations are the decisive power.</w:t>
      </w:r>
    </w:p>
    <w:p>
      <w:r>
        <w:rPr>
          <w:b/>
        </w:rPr>
        <w:t xml:space="preserve">[22:50] </w:t>
      </w:r>
      <w:r>
        <w:t>Modern kind of institutions are the decisive power.</w:t>
      </w:r>
    </w:p>
    <w:p>
      <w:pPr>
        <w:jc w:val="right"/>
      </w:pPr>
      <w:r>
        <w:t>Modern kind of institutions are the decisive power.</w:t>
      </w:r>
    </w:p>
    <w:p>
      <w:r>
        <w:rPr>
          <w:b/>
        </w:rPr>
        <w:t xml:space="preserve">[22:59] </w:t>
      </w:r>
      <w:r>
        <w:t>Then there is another point.</w:t>
      </w:r>
    </w:p>
    <w:p>
      <w:pPr>
        <w:jc w:val="right"/>
      </w:pPr>
      <w:r>
        <w:t>Then there is another point.</w:t>
      </w:r>
    </w:p>
    <w:p>
      <w:r>
        <w:rPr>
          <w:b/>
        </w:rPr>
        <w:t xml:space="preserve">[23:05] </w:t>
      </w:r>
      <w:r>
        <w:t>The modern age has changed everything.</w:t>
      </w:r>
    </w:p>
    <w:p>
      <w:pPr>
        <w:jc w:val="right"/>
      </w:pPr>
      <w:r>
        <w:t>The modern age has changed everything.</w:t>
      </w:r>
    </w:p>
    <w:p>
      <w:r>
        <w:rPr>
          <w:b/>
        </w:rPr>
        <w:t xml:space="preserve">[23:13] </w:t>
      </w:r>
      <w:r>
        <w:t>The modern age has given us a new model of activism, a new model of activism. In ancient days, people were believing in violent activism.</w:t>
      </w:r>
    </w:p>
    <w:p>
      <w:pPr>
        <w:jc w:val="right"/>
      </w:pPr>
      <w:r>
        <w:t>The modern age has given us a new model of activism, a new model of activism. In ancient days, people were believing in violent activism.</w:t>
      </w:r>
    </w:p>
    <w:p>
      <w:r>
        <w:rPr>
          <w:b/>
        </w:rPr>
        <w:t xml:space="preserve">[23:30] </w:t>
      </w:r>
      <w:r>
        <w:t>That was the only option for us.</w:t>
      </w:r>
    </w:p>
    <w:p>
      <w:pPr>
        <w:jc w:val="right"/>
      </w:pPr>
      <w:r>
        <w:t>That was the only option for us.</w:t>
      </w:r>
    </w:p>
    <w:p>
      <w:r>
        <w:rPr>
          <w:b/>
        </w:rPr>
        <w:t xml:space="preserve">[23:33] </w:t>
      </w:r>
      <w:r>
        <w:t>But now</w:t>
      </w:r>
    </w:p>
    <w:p>
      <w:pPr>
        <w:jc w:val="right"/>
      </w:pPr>
      <w:r>
        <w:t>But now</w:t>
      </w:r>
    </w:p>
    <w:p>
      <w:r>
        <w:rPr>
          <w:b/>
        </w:rPr>
        <w:t xml:space="preserve">[23:37] </w:t>
      </w:r>
      <w:r>
        <w:t>violent activism is not an option. The only option is peaceful activism. Why</w:t>
      </w:r>
    </w:p>
    <w:p>
      <w:pPr>
        <w:jc w:val="right"/>
      </w:pPr>
      <w:r>
        <w:t>violent activism is not an option. The only option is peaceful activism. Why</w:t>
      </w:r>
    </w:p>
    <w:p>
      <w:r>
        <w:rPr>
          <w:b/>
        </w:rPr>
        <w:t xml:space="preserve">[23:50] </w:t>
      </w:r>
      <w:r>
        <w:t>? Now we are living in a quite different age. You know in the in ancient during ancient days, there were religious persecutions.</w:t>
      </w:r>
    </w:p>
    <w:p>
      <w:pPr>
        <w:jc w:val="right"/>
      </w:pPr>
      <w:r>
        <w:t>? Now we are living in a quite different age. You know in the in ancient during ancient days, there were religious persecutions.</w:t>
      </w:r>
    </w:p>
    <w:p>
      <w:r>
        <w:rPr>
          <w:b/>
        </w:rPr>
        <w:t xml:space="preserve">[24:07] </w:t>
      </w:r>
      <w:r>
        <w:t>It was very difficult to do anything peacefully</w:t>
      </w:r>
    </w:p>
    <w:p>
      <w:pPr>
        <w:jc w:val="right"/>
      </w:pPr>
      <w:r>
        <w:t>It was very difficult to do anything peacefully</w:t>
      </w:r>
    </w:p>
    <w:p>
      <w:r>
        <w:rPr>
          <w:b/>
        </w:rPr>
        <w:t xml:space="preserve">[24:13] </w:t>
      </w:r>
      <w:r>
        <w:t>. Everywhere there was religious persecution. Everywhere there was religious persecution.</w:t>
      </w:r>
    </w:p>
    <w:p>
      <w:pPr>
        <w:jc w:val="right"/>
      </w:pPr>
      <w:r>
        <w:t>. Everywhere there was religious persecution. Everywhere there was religious persecution.</w:t>
      </w:r>
    </w:p>
    <w:p>
      <w:r>
        <w:rPr>
          <w:b/>
        </w:rPr>
        <w:t xml:space="preserve">[24:22] </w:t>
      </w:r>
      <w:r>
        <w:t>So it was not possible for those people to adopt peaceful activism.</w:t>
      </w:r>
    </w:p>
    <w:p>
      <w:pPr>
        <w:jc w:val="right"/>
      </w:pPr>
      <w:r>
        <w:t>So it was not possible for those people to adopt peaceful activism.</w:t>
      </w:r>
    </w:p>
    <w:p>
      <w:r>
        <w:rPr>
          <w:b/>
        </w:rPr>
        <w:t xml:space="preserve">[24:33] </w:t>
      </w:r>
      <w:r>
        <w:t>But now freedom is accepted to be a summa bonum. Freedom is accepted to all the nations.</w:t>
      </w:r>
    </w:p>
    <w:p>
      <w:pPr>
        <w:jc w:val="right"/>
      </w:pPr>
      <w:r>
        <w:t>But now freedom is accepted to be a summa bonum. Freedom is accepted to all the nations.</w:t>
      </w:r>
    </w:p>
    <w:p>
      <w:r>
        <w:rPr>
          <w:b/>
        </w:rPr>
        <w:t xml:space="preserve">[24:47] </w:t>
      </w:r>
      <w:r>
        <w:t>Religious freedom is accepted by all the nations, all the countries.</w:t>
      </w:r>
    </w:p>
    <w:p>
      <w:pPr>
        <w:jc w:val="right"/>
      </w:pPr>
      <w:r>
        <w:t>Religious freedom is accepted by all the nations, all the countries.</w:t>
      </w:r>
    </w:p>
    <w:p>
      <w:r>
        <w:rPr>
          <w:b/>
        </w:rPr>
        <w:t xml:space="preserve">[24:57] </w:t>
      </w:r>
      <w:r>
        <w:t>So now we are living in an age of religious freedom. Those people were living in the age of religious persecutions. It is a great difference</w:t>
      </w:r>
    </w:p>
    <w:p>
      <w:pPr>
        <w:jc w:val="right"/>
      </w:pPr>
      <w:r>
        <w:t>So now we are living in an age of religious freedom. Those people were living in the age of religious persecutions. It is a great difference</w:t>
      </w:r>
    </w:p>
    <w:p>
      <w:r>
        <w:rPr>
          <w:b/>
        </w:rPr>
        <w:t xml:space="preserve">[25:09] </w:t>
      </w:r>
      <w:r>
        <w:t>. So why fighting? Why fighting? When the present world gives you complete liberty, complete freedom,</w:t>
      </w:r>
    </w:p>
    <w:p>
      <w:pPr>
        <w:jc w:val="right"/>
      </w:pPr>
      <w:r>
        <w:t>. So why fighting? Why fighting? When the present world gives you complete liberty, complete freedom,</w:t>
      </w:r>
    </w:p>
    <w:p>
      <w:r>
        <w:rPr>
          <w:b/>
        </w:rPr>
        <w:t xml:space="preserve">[25:24] </w:t>
      </w:r>
      <w:r>
        <w:t>all the options are open, all the opportunities are open. So why fighting? F</w:t>
      </w:r>
    </w:p>
    <w:p>
      <w:pPr>
        <w:jc w:val="right"/>
      </w:pPr>
      <w:r>
        <w:t>all the options are open, all the opportunities are open. So why fighting? F</w:t>
      </w:r>
    </w:p>
    <w:p>
      <w:r>
        <w:rPr>
          <w:b/>
        </w:rPr>
        <w:t xml:space="preserve">[25:33] </w:t>
      </w:r>
      <w:r>
        <w:t>ighting for the sake of fighting is the thing. Fighting for the sake of fighting is the thing. We have some goal.</w:t>
      </w:r>
    </w:p>
    <w:p>
      <w:pPr>
        <w:jc w:val="right"/>
      </w:pPr>
      <w:r>
        <w:t>ighting for the sake of fighting is the thing. Fighting for the sake of fighting is the thing. We have some goal.</w:t>
      </w:r>
    </w:p>
    <w:p>
      <w:r>
        <w:rPr>
          <w:b/>
        </w:rPr>
        <w:t xml:space="preserve">[25:44] </w:t>
      </w:r>
      <w:r>
        <w:t>We have some destination. So our goal is da'wah work.</w:t>
      </w:r>
    </w:p>
    <w:p>
      <w:pPr>
        <w:jc w:val="right"/>
      </w:pPr>
      <w:r>
        <w:t>We have some destination. So our goal is da'wah work.</w:t>
      </w:r>
    </w:p>
    <w:p>
      <w:r>
        <w:rPr>
          <w:b/>
        </w:rPr>
        <w:t xml:space="preserve">[25:55] </w:t>
      </w:r>
      <w:r>
        <w:t>The only target of Islam is da'wah work, to spread the message of Islam throughout the world.</w:t>
      </w:r>
    </w:p>
    <w:p>
      <w:pPr>
        <w:jc w:val="right"/>
      </w:pPr>
      <w:r>
        <w:t>The only target of Islam is da'wah work, to spread the message of Islam throughout the world.</w:t>
      </w:r>
    </w:p>
    <w:p>
      <w:r>
        <w:rPr>
          <w:b/>
        </w:rPr>
        <w:t xml:space="preserve">[26:06] </w:t>
      </w:r>
      <w:r>
        <w:t>This is the only target of Muslim people</w:t>
      </w:r>
    </w:p>
    <w:p>
      <w:pPr>
        <w:jc w:val="right"/>
      </w:pPr>
      <w:r>
        <w:t>This is the only target of Muslim people</w:t>
      </w:r>
    </w:p>
    <w:p>
      <w:r>
        <w:rPr>
          <w:b/>
        </w:rPr>
        <w:t xml:space="preserve">[26:12] </w:t>
      </w:r>
      <w:r>
        <w:t>. And all other achievements are related to this.</w:t>
      </w:r>
    </w:p>
    <w:p>
      <w:pPr>
        <w:jc w:val="right"/>
      </w:pPr>
      <w:r>
        <w:t>. And all other achievements are related to this.</w:t>
      </w:r>
    </w:p>
    <w:p>
      <w:r>
        <w:rPr>
          <w:b/>
        </w:rPr>
        <w:t xml:space="preserve">[26:25] </w:t>
      </w:r>
      <w:r>
        <w:t>Da'wah work is not simply an announcement.</w:t>
      </w:r>
    </w:p>
    <w:p>
      <w:pPr>
        <w:jc w:val="right"/>
      </w:pPr>
      <w:r>
        <w:t>Da'wah work is not simply an announcement.</w:t>
      </w:r>
    </w:p>
    <w:p>
      <w:r>
        <w:rPr>
          <w:b/>
        </w:rPr>
        <w:t xml:space="preserve">[26:32] </w:t>
      </w:r>
      <w:r>
        <w:t>Da'wah is a complete ideology. Da'wah is the greatest ideological power.</w:t>
      </w:r>
    </w:p>
    <w:p>
      <w:pPr>
        <w:jc w:val="right"/>
      </w:pPr>
      <w:r>
        <w:t>Da'wah is a complete ideology. Da'wah is the greatest ideological power.</w:t>
      </w:r>
    </w:p>
    <w:p>
      <w:r>
        <w:rPr>
          <w:b/>
        </w:rPr>
        <w:t xml:space="preserve">[26:41] </w:t>
      </w:r>
      <w:r>
        <w:t>Da'wah is the greatest</w:t>
      </w:r>
    </w:p>
    <w:p>
      <w:pPr>
        <w:jc w:val="right"/>
      </w:pPr>
      <w:r>
        <w:t>Da'wah is the greatest</w:t>
      </w:r>
    </w:p>
    <w:p>
      <w:r>
        <w:rPr>
          <w:b/>
        </w:rPr>
        <w:t xml:space="preserve">[26:47] </w:t>
      </w:r>
      <w:r>
        <w:t>force.</w:t>
      </w:r>
    </w:p>
    <w:p>
      <w:pPr>
        <w:jc w:val="right"/>
      </w:pPr>
      <w:r>
        <w:t>force.</w:t>
      </w:r>
    </w:p>
    <w:p>
      <w:r>
        <w:rPr>
          <w:b/>
        </w:rPr>
        <w:t xml:space="preserve">[26:51] </w:t>
      </w:r>
      <w:r>
        <w:t>So now it is possible to achieve everything through da'wah without using force, without using arm, without using sword.</w:t>
      </w:r>
    </w:p>
    <w:p>
      <w:pPr>
        <w:jc w:val="right"/>
      </w:pPr>
      <w:r>
        <w:t>So now it is possible to achieve everything through da'wah without using force, without using arm, without using sword.</w:t>
      </w:r>
    </w:p>
    <w:p>
      <w:r>
        <w:rPr>
          <w:b/>
        </w:rPr>
        <w:t xml:space="preserve">[27:05] </w:t>
      </w:r>
      <w:r>
        <w:t>So if there is freedom, so why fighting? You have to utilize this freedom.</w:t>
      </w:r>
    </w:p>
    <w:p>
      <w:pPr>
        <w:jc w:val="right"/>
      </w:pPr>
      <w:r>
        <w:t>So if there is freedom, so why fighting? You have to utilize this freedom.</w:t>
      </w:r>
    </w:p>
    <w:p>
      <w:r>
        <w:rPr>
          <w:b/>
        </w:rPr>
        <w:t xml:space="preserve">[27:20] </w:t>
      </w:r>
      <w:r>
        <w:t>You have to do da'wah work with complete freedom. Then there are some very new types of opportunities</w:t>
      </w:r>
    </w:p>
    <w:p>
      <w:pPr>
        <w:jc w:val="right"/>
      </w:pPr>
      <w:r>
        <w:t>You have to do da'wah work with complete freedom. Then there are some very new types of opportunities</w:t>
      </w:r>
    </w:p>
    <w:p>
      <w:r>
        <w:rPr>
          <w:b/>
        </w:rPr>
        <w:t xml:space="preserve">[27:32] </w:t>
      </w:r>
      <w:r>
        <w:t>. For example, communication.</w:t>
      </w:r>
    </w:p>
    <w:p>
      <w:pPr>
        <w:jc w:val="right"/>
      </w:pPr>
      <w:r>
        <w:t>. For example, communication.</w:t>
      </w:r>
    </w:p>
    <w:p>
      <w:r>
        <w:rPr>
          <w:b/>
        </w:rPr>
        <w:t xml:space="preserve">[27:39] </w:t>
      </w:r>
      <w:r>
        <w:t>In ancient days, there was no such communication.</w:t>
      </w:r>
    </w:p>
    <w:p>
      <w:pPr>
        <w:jc w:val="right"/>
      </w:pPr>
      <w:r>
        <w:t>In ancient days, there was no such communication.</w:t>
      </w:r>
    </w:p>
    <w:p>
      <w:r>
        <w:rPr>
          <w:b/>
        </w:rPr>
        <w:t xml:space="preserve">[27:45] </w:t>
      </w:r>
      <w:r>
        <w:t>In ancient days, there was no loudspeaker, no radio, no TV, no printing press, no print media, no electronic media, no multimedia.</w:t>
      </w:r>
    </w:p>
    <w:p>
      <w:pPr>
        <w:jc w:val="right"/>
      </w:pPr>
      <w:r>
        <w:t>In ancient days, there was no loudspeaker, no radio, no TV, no printing press, no print media, no electronic media, no multimedia.</w:t>
      </w:r>
    </w:p>
    <w:p>
      <w:r>
        <w:rPr>
          <w:b/>
        </w:rPr>
        <w:t xml:space="preserve">[28:02] </w:t>
      </w:r>
      <w:r>
        <w:t>So at that time, opportunities were very little. Now in our present world, there is an opportunity explosion.</w:t>
      </w:r>
    </w:p>
    <w:p>
      <w:pPr>
        <w:jc w:val="right"/>
      </w:pPr>
      <w:r>
        <w:t>So at that time, opportunities were very little. Now in our present world, there is an opportunity explosion.</w:t>
      </w:r>
    </w:p>
    <w:p>
      <w:r>
        <w:rPr>
          <w:b/>
        </w:rPr>
        <w:t xml:space="preserve">[28:18] </w:t>
      </w:r>
      <w:r>
        <w:t>We are living in an age where there is an opportunity explosion. Enormous opportunities are everywhere in the world, enormous opportunities in terms of communication, in terms of education,</w:t>
      </w:r>
    </w:p>
    <w:p>
      <w:pPr>
        <w:jc w:val="right"/>
      </w:pPr>
      <w:r>
        <w:t>We are living in an age where there is an opportunity explosion. Enormous opportunities are everywhere in the world, enormous opportunities in terms of communication, in terms of education,</w:t>
      </w:r>
    </w:p>
    <w:p>
      <w:r>
        <w:rPr>
          <w:b/>
        </w:rPr>
        <w:t xml:space="preserve">[28:34] </w:t>
      </w:r>
      <w:r>
        <w:t>in terms of organization, in terms of religious freedom, in terms of multimedia.</w:t>
      </w:r>
    </w:p>
    <w:p>
      <w:pPr>
        <w:jc w:val="right"/>
      </w:pPr>
      <w:r>
        <w:t>in terms of organization, in terms of religious freedom, in terms of multimedia.</w:t>
      </w:r>
    </w:p>
    <w:p>
      <w:r>
        <w:rPr>
          <w:b/>
        </w:rPr>
        <w:t xml:space="preserve">[28:46] </w:t>
      </w:r>
      <w:r>
        <w:t>So now there is a sea change in the situation.</w:t>
      </w:r>
    </w:p>
    <w:p>
      <w:pPr>
        <w:jc w:val="right"/>
      </w:pPr>
      <w:r>
        <w:t>So now there is a sea change in the situation.</w:t>
      </w:r>
    </w:p>
    <w:p>
      <w:r>
        <w:rPr>
          <w:b/>
        </w:rPr>
        <w:t xml:space="preserve">[28:56] </w:t>
      </w:r>
      <w:r>
        <w:t>There is</w:t>
      </w:r>
    </w:p>
    <w:p>
      <w:pPr>
        <w:jc w:val="right"/>
      </w:pPr>
      <w:r>
        <w:t>There is</w:t>
      </w:r>
    </w:p>
    <w:p>
      <w:r>
        <w:rPr>
          <w:b/>
        </w:rPr>
        <w:t xml:space="preserve">[29:01] </w:t>
      </w:r>
      <w:r>
        <w:t>a storm of opportunities</w:t>
      </w:r>
    </w:p>
    <w:p>
      <w:pPr>
        <w:jc w:val="right"/>
      </w:pPr>
      <w:r>
        <w:t>a storm of opportunities</w:t>
      </w:r>
    </w:p>
    <w:p>
      <w:r>
        <w:rPr>
          <w:b/>
        </w:rPr>
        <w:t xml:space="preserve">[29:05] </w:t>
      </w:r>
      <w:r>
        <w:t>. At the same time, there is religious freedom. So we have to avail all these opportunities in favor of Islam, in favor of Islamic da'wah.</w:t>
      </w:r>
    </w:p>
    <w:p>
      <w:pPr>
        <w:jc w:val="right"/>
      </w:pPr>
      <w:r>
        <w:t>. At the same time, there is religious freedom. So we have to avail all these opportunities in favor of Islam, in favor of Islamic da'wah.</w:t>
      </w:r>
    </w:p>
    <w:p>
      <w:r>
        <w:rPr>
          <w:b/>
        </w:rPr>
        <w:t xml:space="preserve">[29:19] </w:t>
      </w:r>
      <w:r>
        <w:t>You know only one thing is taboo in our world. That is violence. Other than violence, there is no taboo at all in our present world.</w:t>
      </w:r>
    </w:p>
    <w:p>
      <w:pPr>
        <w:jc w:val="right"/>
      </w:pPr>
      <w:r>
        <w:t>You know only one thing is taboo in our world. That is violence. Other than violence, there is no taboo at all in our present world.</w:t>
      </w:r>
    </w:p>
    <w:p>
      <w:r>
        <w:rPr>
          <w:b/>
        </w:rPr>
        <w:t xml:space="preserve">[29:33] </w:t>
      </w:r>
      <w:r>
        <w:t>So</w:t>
      </w:r>
    </w:p>
    <w:p>
      <w:pPr>
        <w:jc w:val="right"/>
      </w:pPr>
      <w:r>
        <w:t>So</w:t>
      </w:r>
    </w:p>
    <w:p>
      <w:r>
        <w:rPr>
          <w:b/>
        </w:rPr>
        <w:t xml:space="preserve">[29:36] </w:t>
      </w:r>
      <w:r>
        <w:t>if you refrain yourself from indulging in violence, from indulging in militancy,</w:t>
      </w:r>
    </w:p>
    <w:p>
      <w:pPr>
        <w:jc w:val="right"/>
      </w:pPr>
      <w:r>
        <w:t>if you refrain yourself from indulging in violence, from indulging in militancy,</w:t>
      </w:r>
    </w:p>
    <w:p>
      <w:r>
        <w:rPr>
          <w:b/>
        </w:rPr>
        <w:t xml:space="preserve">[29:50] </w:t>
      </w:r>
      <w:r>
        <w:t>you can avail all those opportunities</w:t>
      </w:r>
    </w:p>
    <w:p>
      <w:pPr>
        <w:jc w:val="right"/>
      </w:pPr>
      <w:r>
        <w:t>you can avail all those opportunities</w:t>
      </w:r>
    </w:p>
    <w:p>
      <w:r>
        <w:rPr>
          <w:b/>
        </w:rPr>
        <w:t xml:space="preserve">[29:57] </w:t>
      </w:r>
      <w:r>
        <w:t>. Not only in the Muslim state, but everywhere.</w:t>
      </w:r>
    </w:p>
    <w:p>
      <w:pPr>
        <w:jc w:val="right"/>
      </w:pPr>
      <w:r>
        <w:t>. Not only in the Muslim state, but everywhere.</w:t>
      </w:r>
    </w:p>
    <w:p>
      <w:r>
        <w:rPr>
          <w:b/>
        </w:rPr>
        <w:t xml:space="preserve">[30:02] </w:t>
      </w:r>
      <w:r>
        <w:t>These opportunities are available in everywhere. These opportunities are available in every country.</w:t>
      </w:r>
    </w:p>
    <w:p>
      <w:pPr>
        <w:jc w:val="right"/>
      </w:pPr>
      <w:r>
        <w:t>These opportunities are available in everywhere. These opportunities are available in every country.</w:t>
      </w:r>
    </w:p>
    <w:p>
      <w:r>
        <w:rPr>
          <w:b/>
        </w:rPr>
        <w:t xml:space="preserve">[30:13] </w:t>
      </w:r>
      <w:r>
        <w:t>These are not available in Muslim countries. According to my experience, I can say that as far as the opportunities are concerned, there is no difference at all between Muslim countries and non-Muslim countries.</w:t>
      </w:r>
    </w:p>
    <w:p>
      <w:pPr>
        <w:jc w:val="right"/>
      </w:pPr>
      <w:r>
        <w:t>These are not available in Muslim countries. According to my experience, I can say that as far as the opportunities are concerned, there is no difference at all between Muslim countries and non-Muslim countries.</w:t>
      </w:r>
    </w:p>
    <w:p>
      <w:r>
        <w:rPr>
          <w:b/>
        </w:rPr>
        <w:t xml:space="preserve">[30:32] </w:t>
      </w:r>
      <w:r>
        <w:t>As far as the opportunities are concerned, there is no difference between Muslim countries and non-Muslim countries.</w:t>
      </w:r>
    </w:p>
    <w:p>
      <w:pPr>
        <w:jc w:val="right"/>
      </w:pPr>
      <w:r>
        <w:t>As far as the opportunities are concerned, there is no difference between Muslim countries and non-Muslim countries.</w:t>
      </w:r>
    </w:p>
    <w:p>
      <w:r>
        <w:rPr>
          <w:b/>
        </w:rPr>
        <w:t xml:space="preserve">[30:45] </w:t>
      </w:r>
      <w:r>
        <w:t>So why fighting?</w:t>
      </w:r>
    </w:p>
    <w:p>
      <w:pPr>
        <w:jc w:val="right"/>
      </w:pPr>
      <w:r>
        <w:t>So why fighting?</w:t>
      </w:r>
    </w:p>
    <w:p>
      <w:r>
        <w:rPr>
          <w:b/>
        </w:rPr>
        <w:t xml:space="preserve">[30:47] </w:t>
      </w:r>
      <w:r>
        <w:t>Why hate? Why violence? Why protest? Why complaint?</w:t>
      </w:r>
    </w:p>
    <w:p>
      <w:pPr>
        <w:jc w:val="right"/>
      </w:pPr>
      <w:r>
        <w:t>Why hate? Why violence? Why protest? Why complaint?</w:t>
      </w:r>
    </w:p>
    <w:p>
      <w:r>
        <w:rPr>
          <w:b/>
        </w:rPr>
        <w:t xml:space="preserve">[30:58] </w:t>
      </w:r>
      <w:r>
        <w:t>We have to rush to avail all these opportunities</w:t>
      </w:r>
    </w:p>
    <w:p>
      <w:pPr>
        <w:jc w:val="right"/>
      </w:pPr>
      <w:r>
        <w:t>We have to rush to avail all these opportunities</w:t>
      </w:r>
    </w:p>
    <w:p>
      <w:r>
        <w:rPr>
          <w:b/>
        </w:rPr>
        <w:t xml:space="preserve">[31:05] </w:t>
      </w:r>
      <w:r>
        <w:t>because the only mission of Muslim Ummah is da'wah. Da'wah is the only mission.</w:t>
      </w:r>
    </w:p>
    <w:p>
      <w:pPr>
        <w:jc w:val="right"/>
      </w:pPr>
      <w:r>
        <w:t>because the only mission of Muslim Ummah is da'wah. Da'wah is the only mission.</w:t>
      </w:r>
    </w:p>
    <w:p>
      <w:r>
        <w:rPr>
          <w:b/>
        </w:rPr>
        <w:t xml:space="preserve">[31:13] </w:t>
      </w:r>
      <w:r>
        <w:t>Da'wah means to spread the message of Islam.</w:t>
      </w:r>
    </w:p>
    <w:p>
      <w:pPr>
        <w:jc w:val="right"/>
      </w:pPr>
      <w:r>
        <w:t>Da'wah means to spread the message of Islam.</w:t>
      </w:r>
    </w:p>
    <w:p>
      <w:r>
        <w:rPr>
          <w:b/>
        </w:rPr>
        <w:t xml:space="preserve">[31:21] </w:t>
      </w:r>
      <w:r>
        <w:t>So this was the second aspect which Muslim people failed to understand.</w:t>
      </w:r>
    </w:p>
    <w:p>
      <w:pPr>
        <w:jc w:val="right"/>
      </w:pPr>
      <w:r>
        <w:t>So this was the second aspect which Muslim people failed to understand.</w:t>
      </w:r>
    </w:p>
    <w:p>
      <w:r>
        <w:rPr>
          <w:b/>
        </w:rPr>
        <w:t xml:space="preserve">[31:37] </w:t>
      </w:r>
      <w:r>
        <w:t>They were obsessed with political power.</w:t>
      </w:r>
    </w:p>
    <w:p>
      <w:pPr>
        <w:jc w:val="right"/>
      </w:pPr>
      <w:r>
        <w:t>They were obsessed with political power.</w:t>
      </w:r>
    </w:p>
    <w:p>
      <w:r>
        <w:rPr>
          <w:b/>
        </w:rPr>
        <w:t xml:space="preserve">[31:43] </w:t>
      </w:r>
      <w:r>
        <w:t>So they failed to understand all these opportunities. Political obsession made them opportunity blind.</w:t>
      </w:r>
    </w:p>
    <w:p>
      <w:pPr>
        <w:jc w:val="right"/>
      </w:pPr>
      <w:r>
        <w:t>So they failed to understand all these opportunities. Political obsession made them opportunity blind.</w:t>
      </w:r>
    </w:p>
    <w:p>
      <w:r>
        <w:rPr>
          <w:b/>
        </w:rPr>
        <w:t xml:space="preserve">[31:55] </w:t>
      </w:r>
      <w:r>
        <w:t>I can say that political obsession made them opportunity blind</w:t>
      </w:r>
    </w:p>
    <w:p>
      <w:pPr>
        <w:jc w:val="right"/>
      </w:pPr>
      <w:r>
        <w:t>I can say that political obsession made them opportunity blind</w:t>
      </w:r>
    </w:p>
    <w:p>
      <w:r>
        <w:rPr>
          <w:b/>
        </w:rPr>
        <w:t xml:space="preserve">[32:06] </w:t>
      </w:r>
      <w:r>
        <w:t>. They failed to understand that everywhere there are opportunities. So we have to avail these opportunities.</w:t>
      </w:r>
    </w:p>
    <w:p>
      <w:pPr>
        <w:jc w:val="right"/>
      </w:pPr>
      <w:r>
        <w:t>. They failed to understand that everywhere there are opportunities. So we have to avail these opportunities.</w:t>
      </w:r>
    </w:p>
    <w:p>
      <w:r>
        <w:rPr>
          <w:b/>
        </w:rPr>
        <w:t xml:space="preserve">[32:17] </w:t>
      </w:r>
      <w:r>
        <w:t>Even we are in a position to establish an Islamic empire again, not in terms of politics, but in terms of education, in terms of da'wah, in terms of constructive activities.</w:t>
      </w:r>
    </w:p>
    <w:p>
      <w:pPr>
        <w:jc w:val="right"/>
      </w:pPr>
      <w:r>
        <w:t>Even we are in a position to establish an Islamic empire again, not in terms of politics, but in terms of education, in terms of da'wah, in terms of constructive activities.</w:t>
      </w:r>
    </w:p>
    <w:p>
      <w:r>
        <w:rPr>
          <w:b/>
        </w:rPr>
        <w:t xml:space="preserve">[32:35] </w:t>
      </w:r>
      <w:r>
        <w:t>Muslims are sad everywhere. They are living in frustration.</w:t>
      </w:r>
    </w:p>
    <w:p>
      <w:pPr>
        <w:jc w:val="right"/>
      </w:pPr>
      <w:r>
        <w:t>Muslims are sad everywhere. They are living in frustration.</w:t>
      </w:r>
    </w:p>
    <w:p>
      <w:r>
        <w:rPr>
          <w:b/>
        </w:rPr>
        <w:t xml:space="preserve">[32:45] </w:t>
      </w:r>
      <w:r>
        <w:t>They feel that we have lost the Islamic empire. I would like to say that we can establish we can re-establish the Muslim empire.</w:t>
      </w:r>
    </w:p>
    <w:p>
      <w:pPr>
        <w:jc w:val="right"/>
      </w:pPr>
      <w:r>
        <w:t>They feel that we have lost the Islamic empire. I would like to say that we can establish we can re-establish the Muslim empire.</w:t>
      </w:r>
    </w:p>
    <w:p>
      <w:r>
        <w:rPr>
          <w:b/>
        </w:rPr>
        <w:t xml:space="preserve">[33:00] </w:t>
      </w:r>
      <w:r>
        <w:t>We can re-establish the Islamic empire.</w:t>
      </w:r>
    </w:p>
    <w:p>
      <w:pPr>
        <w:jc w:val="right"/>
      </w:pPr>
      <w:r>
        <w:t>We can re-establish the Islamic empire.</w:t>
      </w:r>
    </w:p>
    <w:p>
      <w:r>
        <w:rPr>
          <w:b/>
        </w:rPr>
        <w:t xml:space="preserve">[33:05] </w:t>
      </w:r>
      <w:r>
        <w:t>In the present world, in the present world, we are in a position to re-establish the Islamic empire again,</w:t>
      </w:r>
    </w:p>
    <w:p>
      <w:pPr>
        <w:jc w:val="right"/>
      </w:pPr>
      <w:r>
        <w:t>In the present world, in the present world, we are in a position to re-establish the Islamic empire again,</w:t>
      </w:r>
    </w:p>
    <w:p>
      <w:r>
        <w:rPr>
          <w:b/>
        </w:rPr>
        <w:t xml:space="preserve">[33:21] </w:t>
      </w:r>
      <w:r>
        <w:t>but not in the political sense. Nowadays, politics is nothing.</w:t>
      </w:r>
    </w:p>
    <w:p>
      <w:pPr>
        <w:jc w:val="right"/>
      </w:pPr>
      <w:r>
        <w:t>but not in the political sense. Nowadays, politics is nothing.</w:t>
      </w:r>
    </w:p>
    <w:p>
      <w:r>
        <w:rPr>
          <w:b/>
        </w:rPr>
        <w:t xml:space="preserve">[33:29] </w:t>
      </w:r>
      <w:r>
        <w:t>Previously, a political ruler was said to be a king. In previous ages, the political ruler was said to be a king or emperor.</w:t>
      </w:r>
    </w:p>
    <w:p>
      <w:pPr>
        <w:jc w:val="right"/>
      </w:pPr>
      <w:r>
        <w:t>Previously, a political ruler was said to be a king. In previous ages, the political ruler was said to be a king or emperor.</w:t>
      </w:r>
    </w:p>
    <w:p>
      <w:r>
        <w:rPr>
          <w:b/>
        </w:rPr>
        <w:t xml:space="preserve">[33:47] </w:t>
      </w:r>
      <w:r>
        <w:t>But now it is said to be an administrator.</w:t>
      </w:r>
    </w:p>
    <w:p>
      <w:pPr>
        <w:jc w:val="right"/>
      </w:pPr>
      <w:r>
        <w:t>But now it is said to be an administrator.</w:t>
      </w:r>
    </w:p>
    <w:p>
      <w:r>
        <w:rPr>
          <w:b/>
        </w:rPr>
        <w:t xml:space="preserve">[33:55] </w:t>
      </w:r>
      <w:r>
        <w:t>Now the state is simply an administrator. Now the government is simply administration.</w:t>
      </w:r>
    </w:p>
    <w:p>
      <w:pPr>
        <w:jc w:val="right"/>
      </w:pPr>
      <w:r>
        <w:t>Now the state is simply an administrator. Now the government is simply administration.</w:t>
      </w:r>
    </w:p>
    <w:p>
      <w:r>
        <w:rPr>
          <w:b/>
        </w:rPr>
        <w:t xml:space="preserve">[34:04] </w:t>
      </w:r>
      <w:r>
        <w:t>So all these things are now decentralized. Previously, it was the agricultural age.</w:t>
      </w:r>
    </w:p>
    <w:p>
      <w:pPr>
        <w:jc w:val="right"/>
      </w:pPr>
      <w:r>
        <w:t>So all these things are now decentralized. Previously, it was the agricultural age.</w:t>
      </w:r>
    </w:p>
    <w:p>
      <w:r>
        <w:rPr>
          <w:b/>
        </w:rPr>
        <w:t xml:space="preserve">[34:16] </w:t>
      </w:r>
      <w:r>
        <w:t>The whole world was living in agriculture.</w:t>
      </w:r>
    </w:p>
    <w:p>
      <w:pPr>
        <w:jc w:val="right"/>
      </w:pPr>
      <w:r>
        <w:t>The whole world was living in agriculture.</w:t>
      </w:r>
    </w:p>
    <w:p>
      <w:r>
        <w:rPr>
          <w:b/>
        </w:rPr>
        <w:t xml:space="preserve">[34:21] </w:t>
      </w:r>
      <w:r>
        <w:t>Except agriculture, there was no economy. Except agriculture, there was no source of income. Except agriculture, there was no source of life.</w:t>
      </w:r>
    </w:p>
    <w:p>
      <w:pPr>
        <w:jc w:val="right"/>
      </w:pPr>
      <w:r>
        <w:t>Except agriculture, there was no economy. Except agriculture, there was no source of income. Except agriculture, there was no source of life.</w:t>
      </w:r>
    </w:p>
    <w:p>
      <w:r>
        <w:rPr>
          <w:b/>
        </w:rPr>
        <w:t xml:space="preserve">[34:36] </w:t>
      </w:r>
      <w:r>
        <w:t>So it is a phenomenon of the agricultural period.</w:t>
      </w:r>
    </w:p>
    <w:p>
      <w:pPr>
        <w:jc w:val="right"/>
      </w:pPr>
      <w:r>
        <w:t>So it is a phenomenon of the agricultural period.</w:t>
      </w:r>
    </w:p>
    <w:p>
      <w:r>
        <w:rPr>
          <w:b/>
        </w:rPr>
        <w:t xml:space="preserve">[34:43] </w:t>
      </w:r>
      <w:r>
        <w:t>So kingship was a despotic king. Despotic types of kings were the phenomenon of the agricultural period.</w:t>
      </w:r>
    </w:p>
    <w:p>
      <w:pPr>
        <w:jc w:val="right"/>
      </w:pPr>
      <w:r>
        <w:t>So kingship was a despotic king. Despotic types of kings were the phenomenon of the agricultural period.</w:t>
      </w:r>
    </w:p>
    <w:p>
      <w:r>
        <w:rPr>
          <w:b/>
        </w:rPr>
        <w:t xml:space="preserve">[34:54] </w:t>
      </w:r>
      <w:r>
        <w:t>Now we are living in the industrial period.</w:t>
      </w:r>
    </w:p>
    <w:p>
      <w:pPr>
        <w:jc w:val="right"/>
      </w:pPr>
      <w:r>
        <w:t>Now we are living in the industrial period.</w:t>
      </w:r>
    </w:p>
    <w:p>
      <w:r>
        <w:rPr>
          <w:b/>
        </w:rPr>
        <w:t xml:space="preserve">[34:58] </w:t>
      </w:r>
      <w:r>
        <w:t>Now we are living in an age that is called to be an industrial explosion.</w:t>
      </w:r>
    </w:p>
    <w:p>
      <w:pPr>
        <w:jc w:val="right"/>
      </w:pPr>
      <w:r>
        <w:t>Now we are living in an age that is called to be an industrial explosion.</w:t>
      </w:r>
    </w:p>
    <w:p>
      <w:r>
        <w:rPr>
          <w:b/>
        </w:rPr>
        <w:t xml:space="preserve">[35:06] </w:t>
      </w:r>
      <w:r>
        <w:t>So everything is decentralized. At present, the government has no department except administration.</w:t>
      </w:r>
    </w:p>
    <w:p>
      <w:pPr>
        <w:jc w:val="right"/>
      </w:pPr>
      <w:r>
        <w:t>So everything is decentralized. At present, the government has no department except administration.</w:t>
      </w:r>
    </w:p>
    <w:p>
      <w:r>
        <w:rPr>
          <w:b/>
        </w:rPr>
        <w:t xml:space="preserve">[35:21] </w:t>
      </w:r>
      <w:r>
        <w:t>The present ruler, the present king, has no department with him except administration.</w:t>
      </w:r>
    </w:p>
    <w:p>
      <w:pPr>
        <w:jc w:val="right"/>
      </w:pPr>
      <w:r>
        <w:t>The present ruler, the present king, has no department with him except administration.</w:t>
      </w:r>
    </w:p>
    <w:p>
      <w:r>
        <w:rPr>
          <w:b/>
        </w:rPr>
        <w:t xml:space="preserve">[35:35] </w:t>
      </w:r>
      <w:r>
        <w:t>All other branches of life are decentralized, like education, like industry, like economy.</w:t>
      </w:r>
    </w:p>
    <w:p>
      <w:pPr>
        <w:jc w:val="right"/>
      </w:pPr>
      <w:r>
        <w:t>All other branches of life are decentralized, like education, like industry, like economy.</w:t>
      </w:r>
    </w:p>
    <w:p>
      <w:r>
        <w:rPr>
          <w:b/>
        </w:rPr>
        <w:t xml:space="preserve">[35:47] </w:t>
      </w:r>
      <w:r>
        <w:t>Everything, everything, everything has been decentralized. So you can these are new opportunities.</w:t>
      </w:r>
    </w:p>
    <w:p>
      <w:pPr>
        <w:jc w:val="right"/>
      </w:pPr>
      <w:r>
        <w:t>Everything, everything, everything has been decentralized. So you can these are new opportunities.</w:t>
      </w:r>
    </w:p>
    <w:p>
      <w:r>
        <w:rPr>
          <w:b/>
        </w:rPr>
        <w:t xml:space="preserve">[36:02] </w:t>
      </w:r>
      <w:r>
        <w:t>You can avail all these opportunities. You can establish an educational center. You can establish an industrial house.</w:t>
      </w:r>
    </w:p>
    <w:p>
      <w:pPr>
        <w:jc w:val="right"/>
      </w:pPr>
      <w:r>
        <w:t>You can avail all these opportunities. You can establish an educational center. You can establish an industrial house.</w:t>
      </w:r>
    </w:p>
    <w:p>
      <w:r>
        <w:rPr>
          <w:b/>
        </w:rPr>
        <w:t xml:space="preserve">[36:13] </w:t>
      </w:r>
      <w:r>
        <w:t>You can establish a great institution. You are free. There is no restriction at all except violence, abandoned violence, and you can enjoy the whole world.</w:t>
      </w:r>
    </w:p>
    <w:p>
      <w:pPr>
        <w:jc w:val="right"/>
      </w:pPr>
      <w:r>
        <w:t>You can establish a great institution. You are free. There is no restriction at all except violence, abandoned violence, and you can enjoy the whole world.</w:t>
      </w:r>
    </w:p>
    <w:p>
      <w:r>
        <w:rPr>
          <w:b/>
        </w:rPr>
        <w:t xml:space="preserve">[36:33] </w:t>
      </w:r>
      <w:r>
        <w:t>You can establish the Islamic empire again, and this Islamic empire will be more powerful than the previous empire.</w:t>
      </w:r>
    </w:p>
    <w:p>
      <w:pPr>
        <w:jc w:val="right"/>
      </w:pPr>
      <w:r>
        <w:t>You can establish the Islamic empire again, and this Islamic empire will be more powerful than the previous empire.</w:t>
      </w:r>
    </w:p>
    <w:p>
      <w:r>
        <w:rPr>
          <w:b/>
        </w:rPr>
        <w:t xml:space="preserve">[36:50] </w:t>
      </w:r>
      <w:r>
        <w:t>For example, during those days, there was no transport. There was no communication.</w:t>
      </w:r>
    </w:p>
    <w:p>
      <w:pPr>
        <w:jc w:val="right"/>
      </w:pPr>
      <w:r>
        <w:t>For example, during those days, there was no transport. There was no communication.</w:t>
      </w:r>
    </w:p>
    <w:p>
      <w:r>
        <w:rPr>
          <w:b/>
        </w:rPr>
        <w:t xml:space="preserve">[36:59] </w:t>
      </w:r>
      <w:r>
        <w:t>There was no TV. There was no radio. There was no</w:t>
      </w:r>
    </w:p>
    <w:p>
      <w:pPr>
        <w:jc w:val="right"/>
      </w:pPr>
      <w:r>
        <w:t>There was no TV. There was no radio. There was no</w:t>
      </w:r>
    </w:p>
    <w:p>
      <w:r>
        <w:rPr>
          <w:b/>
        </w:rPr>
        <w:t xml:space="preserve">[37:10] </w:t>
      </w:r>
      <w:r>
        <w:t>industry. So during those days, the sphere of kingship was very limited.</w:t>
      </w:r>
    </w:p>
    <w:p>
      <w:pPr>
        <w:jc w:val="right"/>
      </w:pPr>
      <w:r>
        <w:t>industry. So during those days, the sphere of kingship was very limited.</w:t>
      </w:r>
    </w:p>
    <w:p>
      <w:r>
        <w:rPr>
          <w:b/>
        </w:rPr>
        <w:t xml:space="preserve">[37:23] </w:t>
      </w:r>
      <w:r>
        <w:t>The sphere of a king was very limited. But now we have an unlimited source.</w:t>
      </w:r>
    </w:p>
    <w:p>
      <w:pPr>
        <w:jc w:val="right"/>
      </w:pPr>
      <w:r>
        <w:t>The sphere of a king was very limited. But now we have an unlimited source.</w:t>
      </w:r>
    </w:p>
    <w:p>
      <w:r>
        <w:rPr>
          <w:b/>
        </w:rPr>
        <w:t xml:space="preserve">[37:33] </w:t>
      </w:r>
      <w:r>
        <w:t>No king was able to speak</w:t>
      </w:r>
    </w:p>
    <w:p>
      <w:pPr>
        <w:jc w:val="right"/>
      </w:pPr>
      <w:r>
        <w:t>No king was able to speak</w:t>
      </w:r>
    </w:p>
    <w:p>
      <w:r>
        <w:rPr>
          <w:b/>
        </w:rPr>
        <w:t xml:space="preserve">[37:38] </w:t>
      </w:r>
      <w:r>
        <w:t>on a TV or radio.</w:t>
      </w:r>
    </w:p>
    <w:p>
      <w:pPr>
        <w:jc w:val="right"/>
      </w:pPr>
      <w:r>
        <w:t>on a TV or radio.</w:t>
      </w:r>
    </w:p>
    <w:p>
      <w:r>
        <w:rPr>
          <w:b/>
        </w:rPr>
        <w:t xml:space="preserve">[37:43] </w:t>
      </w:r>
      <w:r>
        <w:t>No king or no emperor was able to speak at a place. No king was able to address the whole mankind because at that time, there was no multimedia, no communication.</w:t>
      </w:r>
    </w:p>
    <w:p>
      <w:pPr>
        <w:jc w:val="right"/>
      </w:pPr>
      <w:r>
        <w:t>No king or no emperor was able to speak at a place. No king was able to address the whole mankind because at that time, there was no multimedia, no communication.</w:t>
      </w:r>
    </w:p>
    <w:p>
      <w:r>
        <w:rPr>
          <w:b/>
        </w:rPr>
        <w:t xml:space="preserve">[38:04] </w:t>
      </w:r>
      <w:r>
        <w:t>No king was able to travel throughout the world within a few hours because at that time, there were no aeroplanes.</w:t>
      </w:r>
    </w:p>
    <w:p>
      <w:pPr>
        <w:jc w:val="right"/>
      </w:pPr>
      <w:r>
        <w:t>No king was able to travel throughout the world within a few hours because at that time, there were no aeroplanes.</w:t>
      </w:r>
    </w:p>
    <w:p>
      <w:r>
        <w:rPr>
          <w:b/>
        </w:rPr>
        <w:t xml:space="preserve">[38:17] </w:t>
      </w:r>
      <w:r>
        <w:t>But now we have all these things. So I can say that we are more powerful than those kings.</w:t>
      </w:r>
    </w:p>
    <w:p>
      <w:pPr>
        <w:jc w:val="right"/>
      </w:pPr>
      <w:r>
        <w:t>But now we have all these things. So I can say that we are more powerful than those kings.</w:t>
      </w:r>
    </w:p>
    <w:p>
      <w:r>
        <w:rPr>
          <w:b/>
        </w:rPr>
        <w:t xml:space="preserve">[38:29] </w:t>
      </w:r>
      <w:r>
        <w:t>We are more resourceful</w:t>
      </w:r>
    </w:p>
    <w:p>
      <w:pPr>
        <w:jc w:val="right"/>
      </w:pPr>
      <w:r>
        <w:t>We are more resourceful</w:t>
      </w:r>
    </w:p>
    <w:p>
      <w:r>
        <w:rPr>
          <w:b/>
        </w:rPr>
        <w:t xml:space="preserve">[38:33] </w:t>
      </w:r>
      <w:r>
        <w:t>. We are more resourceful. We are more resourceful than those emperors. So now politics is nothing.</w:t>
      </w:r>
    </w:p>
    <w:p>
      <w:pPr>
        <w:jc w:val="right"/>
      </w:pPr>
      <w:r>
        <w:t>. We are more resourceful. We are more resourceful than those emperors. So now politics is nothing.</w:t>
      </w:r>
    </w:p>
    <w:p>
      <w:r>
        <w:rPr>
          <w:b/>
        </w:rPr>
        <w:t xml:space="preserve">[38:47] </w:t>
      </w:r>
      <w:r>
        <w:t>And now we are living in an age of globalization. The whole world is like a global village.</w:t>
      </w:r>
    </w:p>
    <w:p>
      <w:pPr>
        <w:jc w:val="right"/>
      </w:pPr>
      <w:r>
        <w:t>And now we are living in an age of globalization. The whole world is like a global village.</w:t>
      </w:r>
    </w:p>
    <w:p>
      <w:r>
        <w:rPr>
          <w:b/>
        </w:rPr>
        <w:t xml:space="preserve">[38:58] </w:t>
      </w:r>
      <w:r>
        <w:t>The whole world is like a global village. So we are living in an age of globalization. The whole world is ours.</w:t>
      </w:r>
    </w:p>
    <w:p>
      <w:pPr>
        <w:jc w:val="right"/>
      </w:pPr>
      <w:r>
        <w:t>The whole world is like a global village. So we are living in an age of globalization. The whole world is ours.</w:t>
      </w:r>
    </w:p>
    <w:p>
      <w:r>
        <w:rPr>
          <w:b/>
        </w:rPr>
        <w:t xml:space="preserve">[39:12] </w:t>
      </w:r>
      <w:r>
        <w:t>A Muslim poet of those days said, "Her mulk mulk maast ke mulk Khudaaye maast, her mulk mulk maast ke mulk Khudaaye maast." This poet said this in terms of politics.</w:t>
      </w:r>
    </w:p>
    <w:p>
      <w:pPr>
        <w:jc w:val="right"/>
      </w:pPr>
      <w:r>
        <w:t>A Muslim poet of those days said, "Her ملک ملک ماست کہ ملک خدائے ماست، ہر ملک ملک ماست کہ ملک خدائے ماست." This poet said this in terms of politics.</w:t>
      </w:r>
    </w:p>
    <w:p>
      <w:r>
        <w:rPr>
          <w:b/>
        </w:rPr>
        <w:t xml:space="preserve">[39:32] </w:t>
      </w:r>
      <w:r>
        <w:t>They were knowing that if we are ruling the world, then we are rulers, then we are kings.</w:t>
      </w:r>
    </w:p>
    <w:p>
      <w:pPr>
        <w:jc w:val="right"/>
      </w:pPr>
      <w:r>
        <w:t>They were knowing that if we are ruling the world, then we are rulers, then we are kings.</w:t>
      </w:r>
    </w:p>
    <w:p>
      <w:r>
        <w:rPr>
          <w:b/>
        </w:rPr>
        <w:t xml:space="preserve">[39:42] </w:t>
      </w:r>
      <w:r>
        <w:t>But now, without rule, you can occupy the whole world through modern media, through modern institutions.</w:t>
      </w:r>
    </w:p>
    <w:p>
      <w:pPr>
        <w:jc w:val="right"/>
      </w:pPr>
      <w:r>
        <w:t>But now, without rule, you can occupy the whole world through modern media, through modern institutions.</w:t>
      </w:r>
    </w:p>
    <w:p>
      <w:r>
        <w:rPr>
          <w:b/>
        </w:rPr>
        <w:t xml:space="preserve">[39:55] </w:t>
      </w:r>
      <w:r>
        <w:t>Now you can rule all the world without political power through modern media, through modern institutions, through modern organizations,</w:t>
      </w:r>
    </w:p>
    <w:p>
      <w:pPr>
        <w:jc w:val="right"/>
      </w:pPr>
      <w:r>
        <w:t>Now you can rule all the world without political power through modern media, through modern institutions, through modern organizations,</w:t>
      </w:r>
    </w:p>
    <w:p>
      <w:r>
        <w:rPr>
          <w:b/>
        </w:rPr>
        <w:t xml:space="preserve">[40:12] </w:t>
      </w:r>
      <w:r>
        <w:t>through modern communication.</w:t>
      </w:r>
    </w:p>
    <w:p>
      <w:pPr>
        <w:jc w:val="right"/>
      </w:pPr>
      <w:r>
        <w:t>through modern communication.</w:t>
      </w:r>
    </w:p>
    <w:p>
      <w:r>
        <w:rPr>
          <w:b/>
        </w:rPr>
        <w:t xml:space="preserve">[40:17] </w:t>
      </w:r>
      <w:r>
        <w:t>So I think that God has opened all the opportunities, but super opportunities.</w:t>
      </w:r>
    </w:p>
    <w:p>
      <w:pPr>
        <w:jc w:val="right"/>
      </w:pPr>
      <w:r>
        <w:t>So I think that God has opened all the opportunities, but super opportunities.</w:t>
      </w:r>
    </w:p>
    <w:p>
      <w:r>
        <w:rPr>
          <w:b/>
        </w:rPr>
        <w:t xml:space="preserve">[40:27] </w:t>
      </w:r>
      <w:r>
        <w:t>We have to enjoy these opportunities. We have to establish the Islamic empire again, not in terms of politics,</w:t>
      </w:r>
    </w:p>
    <w:p>
      <w:pPr>
        <w:jc w:val="right"/>
      </w:pPr>
      <w:r>
        <w:t>We have to enjoy these opportunities. We have to establish the Islamic empire again, not in terms of politics,</w:t>
      </w:r>
    </w:p>
    <w:p>
      <w:r>
        <w:rPr>
          <w:b/>
        </w:rPr>
        <w:t xml:space="preserve">[40:42] </w:t>
      </w:r>
      <w:r>
        <w:t>but in terms of spirituality, ideology. We are in a position to establish a political we are in a position to establish an ideological empire of Islam.</w:t>
      </w:r>
    </w:p>
    <w:p>
      <w:pPr>
        <w:jc w:val="right"/>
      </w:pPr>
      <w:r>
        <w:t>but in terms of spirituality, ideology. We are in a position to establish a political we are in a position to establish an ideological empire of Islam.</w:t>
      </w:r>
    </w:p>
    <w:p>
      <w:r>
        <w:rPr>
          <w:b/>
        </w:rPr>
        <w:t xml:space="preserve">[41:01] </w:t>
      </w:r>
      <w:r>
        <w:t>We are in a position to establish an</w:t>
      </w:r>
    </w:p>
    <w:p>
      <w:pPr>
        <w:jc w:val="right"/>
      </w:pPr>
      <w:r>
        <w:t>We are in a position to establish an</w:t>
      </w:r>
    </w:p>
    <w:p>
      <w:r>
        <w:rPr>
          <w:b/>
        </w:rPr>
        <w:t xml:space="preserve">[41:09] </w:t>
      </w:r>
      <w:r>
        <w:t>ideological power of Islam, an spiritual power of Islam.</w:t>
      </w:r>
    </w:p>
    <w:p>
      <w:pPr>
        <w:jc w:val="right"/>
      </w:pPr>
      <w:r>
        <w:t>ideological power of Islam, an spiritual power of Islam.</w:t>
      </w:r>
    </w:p>
    <w:p>
      <w:r>
        <w:rPr>
          <w:b/>
        </w:rPr>
        <w:t xml:space="preserve">[41:19] </w:t>
      </w:r>
      <w:r>
        <w:t>We are in a position to establish an ideological</w:t>
      </w:r>
    </w:p>
    <w:p>
      <w:pPr>
        <w:jc w:val="right"/>
      </w:pPr>
      <w:r>
        <w:t>We are in a position to establish an ideological</w:t>
      </w:r>
    </w:p>
    <w:p>
      <w:r>
        <w:rPr>
          <w:b/>
        </w:rPr>
        <w:t xml:space="preserve">[41:28] </w:t>
      </w:r>
      <w:r>
        <w:t>empire of Islam, a spiritual empire of Islam.</w:t>
      </w:r>
    </w:p>
    <w:p>
      <w:pPr>
        <w:jc w:val="right"/>
      </w:pPr>
      <w:r>
        <w:t>empire of Islam, a spiritual empire of Islam.</w:t>
      </w:r>
    </w:p>
    <w:p>
      <w:r>
        <w:rPr>
          <w:b/>
        </w:rPr>
        <w:t xml:space="preserve">[41:34] </w:t>
      </w:r>
      <w:r>
        <w:t>Without fighting, without going to war, all these things are quite possible during these days.</w:t>
      </w:r>
    </w:p>
    <w:p>
      <w:pPr>
        <w:jc w:val="right"/>
      </w:pPr>
      <w:r>
        <w:t>Without fighting, without going to war, all these things are quite possible during these days.</w:t>
      </w:r>
    </w:p>
    <w:p>
      <w:r>
        <w:rPr>
          <w:b/>
        </w:rPr>
        <w:t xml:space="preserve">[41:50] </w:t>
      </w:r>
      <w:r>
        <w:t>So I can say that the time is to reassess the situation. The time is to revise the situation.</w:t>
      </w:r>
    </w:p>
    <w:p>
      <w:pPr>
        <w:jc w:val="right"/>
      </w:pPr>
      <w:r>
        <w:t>So I can say that the time is to reassess the situation. The time is to revise the situation.</w:t>
      </w:r>
    </w:p>
    <w:p>
      <w:r>
        <w:rPr>
          <w:b/>
        </w:rPr>
        <w:t xml:space="preserve">[42:01] </w:t>
      </w:r>
      <w:r>
        <w:t>The time is to go to introspection. The time is to say that we were wrong</w:t>
      </w:r>
    </w:p>
    <w:p>
      <w:pPr>
        <w:jc w:val="right"/>
      </w:pPr>
      <w:r>
        <w:t>The time is to go to introspection. The time is to say that we were wrong</w:t>
      </w:r>
    </w:p>
    <w:p>
      <w:r>
        <w:rPr>
          <w:b/>
        </w:rPr>
        <w:t xml:space="preserve">[42:12] </w:t>
      </w:r>
      <w:r>
        <w:t>. Without this confession, you cannot correct yourself. Correction requires confession.</w:t>
      </w:r>
    </w:p>
    <w:p>
      <w:pPr>
        <w:jc w:val="right"/>
      </w:pPr>
      <w:r>
        <w:t>. Without this confession, you cannot correct yourself. Correction requires confession.</w:t>
      </w:r>
    </w:p>
    <w:p>
      <w:r>
        <w:rPr>
          <w:b/>
        </w:rPr>
        <w:t xml:space="preserve">[42:25] </w:t>
      </w:r>
      <w:r>
        <w:t>So we have to say that we were wrong, that we adopted the violent struggle, and we failed.</w:t>
      </w:r>
    </w:p>
    <w:p>
      <w:pPr>
        <w:jc w:val="right"/>
      </w:pPr>
      <w:r>
        <w:t>So we have to say that we were wrong, that we adopted the violent struggle, and we failed.</w:t>
      </w:r>
    </w:p>
    <w:p>
      <w:r>
        <w:rPr>
          <w:b/>
        </w:rPr>
        <w:t xml:space="preserve">[42:38] </w:t>
      </w:r>
      <w:r>
        <w:t>So now we will abandon all those kinds of violent struggle or arms struggle, and we will follow the pattern of peace</w:t>
      </w:r>
    </w:p>
    <w:p>
      <w:pPr>
        <w:jc w:val="right"/>
      </w:pPr>
      <w:r>
        <w:t>So now we will abandon all those kinds of violent struggle or arms struggle, and we will follow the pattern of peace</w:t>
      </w:r>
    </w:p>
    <w:p>
      <w:r>
        <w:rPr>
          <w:b/>
        </w:rPr>
        <w:t xml:space="preserve">[42:51] </w:t>
      </w:r>
      <w:r>
        <w:t>We have to adopt the peaceful</w:t>
      </w:r>
    </w:p>
    <w:p>
      <w:pPr>
        <w:jc w:val="right"/>
      </w:pPr>
      <w:r>
        <w:t>. We have to adopt the peaceful</w:t>
      </w:r>
    </w:p>
    <w:p>
      <w:r>
        <w:rPr>
          <w:b/>
        </w:rPr>
        <w:t xml:space="preserve">[42:58] </w:t>
      </w:r>
      <w:r>
        <w:t>activism. There is a hadith. The Prophet of Islam has said, "Innallaha yoti ala rifq, mala yoti ala al-'unf."</w:t>
      </w:r>
    </w:p>
    <w:p>
      <w:pPr>
        <w:jc w:val="right"/>
      </w:pPr>
      <w:r>
        <w:t>activism. There is a hadith. The Prophet of Islam has said, "Innallaha yoti ala rifq, mala yoti ala al-'unf."</w:t>
      </w:r>
    </w:p>
    <w:p>
      <w:r>
        <w:rPr>
          <w:b/>
        </w:rPr>
        <w:t xml:space="preserve">[43:22] </w:t>
      </w:r>
      <w:r>
        <w:t>It means that God grants to peace what He does not grant to violence.</w:t>
      </w:r>
    </w:p>
    <w:p>
      <w:pPr>
        <w:jc w:val="right"/>
      </w:pPr>
      <w:r>
        <w:t>It means that God grants to peace what He does not grant to violence.</w:t>
      </w:r>
    </w:p>
    <w:p>
      <w:r>
        <w:rPr>
          <w:b/>
        </w:rPr>
        <w:t xml:space="preserve">[43:34] </w:t>
      </w:r>
      <w:r>
        <w:t>Now this hadith is completely true. Now this saying of the Prophet of Islam is completely true.</w:t>
      </w:r>
    </w:p>
    <w:p>
      <w:pPr>
        <w:jc w:val="right"/>
      </w:pPr>
      <w:r>
        <w:t>Now this hadith is completely true. Now this saying of the Prophet of Islam is completely true.</w:t>
      </w:r>
    </w:p>
    <w:p>
      <w:r>
        <w:rPr>
          <w:b/>
        </w:rPr>
        <w:t xml:space="preserve">[43:48] </w:t>
      </w:r>
      <w:r>
        <w:t>Now, after these changes, after this scientific revolution, after all those new techniques, now peace is more stronger than the violence.</w:t>
      </w:r>
    </w:p>
    <w:p>
      <w:pPr>
        <w:jc w:val="right"/>
      </w:pPr>
      <w:r>
        <w:t>Now, after these changes, after this scientific revolution, after all those new techniques, now peace is more stronger than the violence.</w:t>
      </w:r>
    </w:p>
    <w:p>
      <w:r>
        <w:rPr>
          <w:b/>
        </w:rPr>
        <w:t xml:space="preserve">[44:08] </w:t>
      </w:r>
      <w:r>
        <w:t>The peaceful method is more effective than the violent method.</w:t>
      </w:r>
    </w:p>
    <w:p>
      <w:pPr>
        <w:jc w:val="right"/>
      </w:pPr>
      <w:r>
        <w:t>The peaceful method is more effective than the violent method.</w:t>
      </w:r>
    </w:p>
    <w:p>
      <w:r>
        <w:rPr>
          <w:b/>
        </w:rPr>
        <w:t xml:space="preserve">[44:18] </w:t>
      </w:r>
      <w:r>
        <w:t>So we have to know this difference. We have to know this difference.</w:t>
      </w:r>
    </w:p>
    <w:p>
      <w:pPr>
        <w:jc w:val="right"/>
      </w:pPr>
      <w:r>
        <w:t>So we have to know this difference. We have to know this difference.</w:t>
      </w:r>
    </w:p>
    <w:p>
      <w:r>
        <w:rPr>
          <w:b/>
        </w:rPr>
        <w:t xml:space="preserve">[44:26] </w:t>
      </w:r>
      <w:r>
        <w:t>We have to abandon all kinds of violent activities, all kinds of militancies.</w:t>
      </w:r>
    </w:p>
    <w:p>
      <w:pPr>
        <w:jc w:val="right"/>
      </w:pPr>
      <w:r>
        <w:t>We have to abandon all kinds of violent activities, all kinds of militancies.</w:t>
      </w:r>
    </w:p>
    <w:p>
      <w:r>
        <w:rPr>
          <w:b/>
        </w:rPr>
        <w:t xml:space="preserve">[44:37] </w:t>
      </w:r>
      <w:r>
        <w:t>We have to abandon all those</w:t>
      </w:r>
    </w:p>
    <w:p>
      <w:pPr>
        <w:jc w:val="right"/>
      </w:pPr>
      <w:r>
        <w:t>We have to abandon all those</w:t>
      </w:r>
    </w:p>
    <w:p>
      <w:r>
        <w:rPr>
          <w:b/>
        </w:rPr>
        <w:t xml:space="preserve">[44:43] </w:t>
      </w:r>
      <w:r>
        <w:t>wars, guerrilla war, proxy war, secret war</w:t>
      </w:r>
    </w:p>
    <w:p>
      <w:pPr>
        <w:jc w:val="right"/>
      </w:pPr>
      <w:r>
        <w:t>wars, guerrilla war, proxy war, secret war</w:t>
      </w:r>
    </w:p>
    <w:p>
      <w:r>
        <w:rPr>
          <w:b/>
        </w:rPr>
        <w:t xml:space="preserve">[44:50] </w:t>
      </w:r>
      <w:r>
        <w:t>We have to abandon all those wars completely. And we have to avail</w:t>
      </w:r>
    </w:p>
    <w:p>
      <w:pPr>
        <w:jc w:val="right"/>
      </w:pPr>
      <w:r>
        <w:t>. We have to abandon all those wars completely. And we have to avail</w:t>
      </w:r>
    </w:p>
    <w:p>
      <w:r>
        <w:rPr>
          <w:b/>
        </w:rPr>
        <w:t xml:space="preserve">[45:04] </w:t>
      </w:r>
      <w:r>
        <w:t>all those peaceful methods. Through the peaceful method, you can achieve everything, everything, everything.</w:t>
      </w:r>
    </w:p>
    <w:p>
      <w:pPr>
        <w:jc w:val="right"/>
      </w:pPr>
      <w:r>
        <w:t>all those peaceful methods. Through the peaceful method, you can achieve everything, everything, everything.</w:t>
      </w:r>
    </w:p>
    <w:p>
      <w:r>
        <w:rPr>
          <w:b/>
        </w:rPr>
        <w:t xml:space="preserve">[45:14] </w:t>
      </w:r>
      <w:r>
        <w:t>But through the violent method, you cannot achieve very nothing. You cannot achieve nothing is achievable through the violent method.</w:t>
      </w:r>
    </w:p>
    <w:p>
      <w:pPr>
        <w:jc w:val="right"/>
      </w:pPr>
      <w:r>
        <w:t>But through the violent method, you cannot achieve very nothing. You cannot achieve nothing is achievable through the violent method.</w:t>
      </w:r>
    </w:p>
    <w:p>
      <w:r>
        <w:rPr>
          <w:b/>
        </w:rPr>
        <w:t xml:space="preserve">[45:29] </w:t>
      </w:r>
      <w:r>
        <w:t>Nothing is achievable through the violent method. But through the peaceful method, everything becomes achievable.</w:t>
      </w:r>
    </w:p>
    <w:p>
      <w:pPr>
        <w:jc w:val="right"/>
      </w:pPr>
      <w:r>
        <w:t>Nothing is achievable through the violent method. But through the peaceful method, everything becomes achievable.</w:t>
      </w:r>
    </w:p>
    <w:p>
      <w:r>
        <w:rPr>
          <w:b/>
        </w:rPr>
        <w:t xml:space="preserve">[45:44] </w:t>
      </w:r>
      <w:r>
        <w:t>This is the most important aspect of the modern world</w:t>
      </w:r>
    </w:p>
    <w:p>
      <w:pPr>
        <w:jc w:val="right"/>
      </w:pPr>
      <w:r>
        <w:t>This is the most important aspect of the modern world</w:t>
      </w:r>
    </w:p>
    <w:p>
      <w:r>
        <w:rPr>
          <w:b/>
        </w:rPr>
        <w:t xml:space="preserve">[45:50] </w:t>
      </w:r>
      <w:r>
        <w:t>We have to know these changes.</w:t>
      </w:r>
    </w:p>
    <w:p>
      <w:pPr>
        <w:jc w:val="right"/>
      </w:pPr>
      <w:r>
        <w:t>. We have to know these changes.</w:t>
      </w:r>
    </w:p>
    <w:p>
      <w:r>
        <w:rPr>
          <w:b/>
        </w:rPr>
        <w:t xml:space="preserve">[45:56] </w:t>
      </w:r>
      <w:r>
        <w:t>It is a fact that Muslims were masters of the situation in previous times before the European Renaissance</w:t>
      </w:r>
    </w:p>
    <w:p>
      <w:pPr>
        <w:jc w:val="right"/>
      </w:pPr>
      <w:r>
        <w:t>It is a fact that Muslims were masters of the situation in previous times before the European Renaissance</w:t>
      </w:r>
    </w:p>
    <w:p>
      <w:r>
        <w:rPr>
          <w:b/>
        </w:rPr>
        <w:t xml:space="preserve">[46:07] </w:t>
      </w:r>
      <w:r>
        <w:t>Muslims were masters of the situation. But now it is completely possible to</w:t>
      </w:r>
    </w:p>
    <w:p>
      <w:pPr>
        <w:jc w:val="right"/>
      </w:pPr>
      <w:r>
        <w:t>. Muslims were masters of the situation. But now it is completely possible to</w:t>
      </w:r>
    </w:p>
    <w:p>
      <w:r>
        <w:rPr>
          <w:b/>
        </w:rPr>
        <w:t xml:space="preserve">[46:21] </w:t>
      </w:r>
      <w:r>
        <w:t>achieve the same situation,</w:t>
      </w:r>
    </w:p>
    <w:p>
      <w:pPr>
        <w:jc w:val="right"/>
      </w:pPr>
      <w:r>
        <w:t>achieve the same situation,</w:t>
      </w:r>
    </w:p>
    <w:p>
      <w:r>
        <w:rPr>
          <w:b/>
        </w:rPr>
        <w:t xml:space="preserve">[46:27] </w:t>
      </w:r>
      <w:r>
        <w:t>same situation. It is completely</w:t>
      </w:r>
    </w:p>
    <w:p>
      <w:pPr>
        <w:jc w:val="right"/>
      </w:pPr>
      <w:r>
        <w:t>same situation. It is completely</w:t>
      </w:r>
    </w:p>
    <w:p>
      <w:r>
        <w:rPr>
          <w:b/>
        </w:rPr>
        <w:t xml:space="preserve">[46:39] </w:t>
      </w:r>
      <w:r>
        <w:t>possible to become master of the situation again, but through the peaceful method, through the peaceful struggle, not through violence or militancy.</w:t>
      </w:r>
    </w:p>
    <w:p>
      <w:pPr>
        <w:jc w:val="right"/>
      </w:pPr>
      <w:r>
        <w:t>possible to become master of the situation again, but through the peaceful method, through the peaceful struggle, not through violence or militancy.</w:t>
      </w:r>
    </w:p>
    <w:p>
      <w:r>
        <w:rPr>
          <w:b/>
        </w:rPr>
        <w:t xml:space="preserve">[46:58] </w:t>
      </w:r>
      <w:r>
        <w:t>You know, two hundred years of militancy has failed. It is a fact. It is a fact that two hundred years of armed struggle failed.</w:t>
      </w:r>
    </w:p>
    <w:p>
      <w:pPr>
        <w:jc w:val="right"/>
      </w:pPr>
      <w:r>
        <w:t>You know, two hundred years of militancy has failed. It is a fact. It is a fact that two hundred years of armed struggle failed.</w:t>
      </w:r>
    </w:p>
    <w:p>
      <w:r>
        <w:rPr>
          <w:b/>
        </w:rPr>
        <w:t xml:space="preserve">[47:16] </w:t>
      </w:r>
      <w:r>
        <w:t>Muslims gained nothing. So now what they are doing, they have adopted what is called suicide bombing.</w:t>
      </w:r>
    </w:p>
    <w:p>
      <w:pPr>
        <w:jc w:val="right"/>
      </w:pPr>
      <w:r>
        <w:t>Muslims gained nothing. So now what they are doing, they have adopted what is called suicide bombing.</w:t>
      </w:r>
    </w:p>
    <w:p>
      <w:r>
        <w:rPr>
          <w:b/>
        </w:rPr>
        <w:t xml:space="preserve">[47:32] </w:t>
      </w:r>
      <w:r>
        <w:t>Now they are engaged in suicide bombing everywhere in the world.</w:t>
      </w:r>
    </w:p>
    <w:p>
      <w:pPr>
        <w:jc w:val="right"/>
      </w:pPr>
      <w:r>
        <w:t>Now they are engaged in suicide bombing everywhere in the world.</w:t>
      </w:r>
    </w:p>
    <w:p>
      <w:r>
        <w:rPr>
          <w:b/>
        </w:rPr>
        <w:t xml:space="preserve">[47:38] </w:t>
      </w:r>
      <w:r>
        <w:t>That is a phenomenon of frustration. And frustration is haram in Islam.</w:t>
      </w:r>
    </w:p>
    <w:p>
      <w:pPr>
        <w:jc w:val="right"/>
      </w:pPr>
      <w:r>
        <w:t>That is a phenomenon of frustration. And frustration is haram in Islam.</w:t>
      </w:r>
    </w:p>
    <w:p>
      <w:r>
        <w:rPr>
          <w:b/>
        </w:rPr>
        <w:t xml:space="preserve">[47:47] </w:t>
      </w:r>
      <w:r>
        <w:t>Suicide bombing is a phenomenon of frustration. And frustration is haram in Islam.</w:t>
      </w:r>
    </w:p>
    <w:p>
      <w:pPr>
        <w:jc w:val="right"/>
      </w:pPr>
      <w:r>
        <w:t>Suicide bombing is a phenomenon of frustration. And frustration is haram in Islam.</w:t>
      </w:r>
    </w:p>
    <w:p>
      <w:r>
        <w:rPr>
          <w:b/>
        </w:rPr>
        <w:t xml:space="preserve">[47:55] </w:t>
      </w:r>
      <w:r>
        <w:t>So here they are committing double haram: suicide and frustration.</w:t>
      </w:r>
    </w:p>
    <w:p>
      <w:pPr>
        <w:jc w:val="right"/>
      </w:pPr>
      <w:r>
        <w:t>So here they are committing double haram: suicide and frustration.</w:t>
      </w:r>
    </w:p>
    <w:p>
      <w:r>
        <w:rPr>
          <w:b/>
        </w:rPr>
        <w:t xml:space="preserve">[48:06] </w:t>
      </w:r>
      <w:r>
        <w:t>And some scholars, some Arab scholars, have justified this suicide bombing by saying that it is istishhad.</w:t>
      </w:r>
    </w:p>
    <w:p>
      <w:pPr>
        <w:jc w:val="right"/>
      </w:pPr>
      <w:r>
        <w:t>And some scholars, some Arab scholars, have justified this suicide bombing by saying that it is istiṣḥād.</w:t>
      </w:r>
    </w:p>
    <w:p>
      <w:r>
        <w:rPr>
          <w:b/>
        </w:rPr>
        <w:t xml:space="preserve">[48:27] </w:t>
      </w:r>
      <w:r>
        <w:t>You know, Muslims are engaged in suicide bombing everywhere in the world, everywhere.</w:t>
      </w:r>
    </w:p>
    <w:p>
      <w:pPr>
        <w:jc w:val="right"/>
      </w:pPr>
      <w:r>
        <w:t>You know, Muslims are engaged in suicide bombing everywhere in the world, everywhere.</w:t>
      </w:r>
    </w:p>
    <w:p>
      <w:r>
        <w:rPr>
          <w:b/>
        </w:rPr>
        <w:t xml:space="preserve">[48:40] </w:t>
      </w:r>
      <w:r>
        <w:t>So some Arab scholars have justified this act of suicide by saying that it is istishhad.</w:t>
      </w:r>
    </w:p>
    <w:p>
      <w:pPr>
        <w:jc w:val="right"/>
      </w:pPr>
      <w:r>
        <w:t>So some Arab scholars have justified this act of suicide by saying that it is istiṣḥād.</w:t>
      </w:r>
    </w:p>
    <w:p>
      <w:r>
        <w:rPr>
          <w:b/>
        </w:rPr>
        <w:t xml:space="preserve">[48:55] </w:t>
      </w:r>
      <w:r>
        <w:t>Istishhad means</w:t>
      </w:r>
    </w:p>
    <w:p>
      <w:pPr>
        <w:jc w:val="right"/>
      </w:pPr>
      <w:r>
        <w:t>Istiṣḥād means</w:t>
      </w:r>
    </w:p>
    <w:p>
      <w:r>
        <w:rPr>
          <w:b/>
        </w:rPr>
        <w:t xml:space="preserve">[49:00] </w:t>
      </w:r>
      <w:r>
        <w:t>seeking martyrdom.</w:t>
      </w:r>
    </w:p>
    <w:p>
      <w:pPr>
        <w:jc w:val="right"/>
      </w:pPr>
      <w:r>
        <w:t>seeking martyrdom.</w:t>
      </w:r>
    </w:p>
    <w:p>
      <w:r>
        <w:rPr>
          <w:b/>
        </w:rPr>
        <w:t xml:space="preserve">[49:04] </w:t>
      </w:r>
      <w:r>
        <w:t>Istishhad means seeking martyrdom. It is completely false, completely false.</w:t>
      </w:r>
    </w:p>
    <w:p>
      <w:pPr>
        <w:jc w:val="right"/>
      </w:pPr>
      <w:r>
        <w:t>Istiṣḥād means seeking martyrdom. It is completely false, completely false.</w:t>
      </w:r>
    </w:p>
    <w:p>
      <w:r>
        <w:rPr>
          <w:b/>
        </w:rPr>
        <w:t xml:space="preserve">[49:21] </w:t>
      </w:r>
      <w:r>
        <w:t>There is a difference between suicide and shahadah. There is a difference between suicide and martyrdom.</w:t>
      </w:r>
    </w:p>
    <w:p>
      <w:pPr>
        <w:jc w:val="right"/>
      </w:pPr>
      <w:r>
        <w:t>There is a difference between suicide and shahādah. There is a difference between suicide and martyrdom.</w:t>
      </w:r>
    </w:p>
    <w:p>
      <w:r>
        <w:rPr>
          <w:b/>
        </w:rPr>
        <w:t xml:space="preserve">[49:35] </w:t>
      </w:r>
      <w:r>
        <w:t>Martyrdom is not self-killing, but suicide is self-killing.</w:t>
      </w:r>
    </w:p>
    <w:p>
      <w:pPr>
        <w:jc w:val="right"/>
      </w:pPr>
      <w:r>
        <w:t>Martyrdom is not self-killing, but suicide is self-killing.</w:t>
      </w:r>
    </w:p>
    <w:p>
      <w:r>
        <w:rPr>
          <w:b/>
        </w:rPr>
        <w:t xml:space="preserve">[49:43] </w:t>
      </w:r>
      <w:r>
        <w:t>Suicide means self-killing,</w:t>
      </w:r>
    </w:p>
    <w:p>
      <w:pPr>
        <w:jc w:val="right"/>
      </w:pPr>
      <w:r>
        <w:t>Suicide means self-killing,</w:t>
      </w:r>
    </w:p>
    <w:p>
      <w:r>
        <w:rPr>
          <w:b/>
        </w:rPr>
        <w:t xml:space="preserve">[49:47] </w:t>
      </w:r>
      <w:r>
        <w:t>but martyrdom is not self-killing.</w:t>
      </w:r>
    </w:p>
    <w:p>
      <w:pPr>
        <w:jc w:val="right"/>
      </w:pPr>
      <w:r>
        <w:t>but martyrdom is not self-killing.</w:t>
      </w:r>
    </w:p>
    <w:p>
      <w:r>
        <w:rPr>
          <w:b/>
        </w:rPr>
        <w:t xml:space="preserve">[49:57] </w:t>
      </w:r>
      <w:r>
        <w:t>So this kind of false justification is quite wrong and against the Islamic spirit.</w:t>
      </w:r>
    </w:p>
    <w:p>
      <w:pPr>
        <w:jc w:val="right"/>
      </w:pPr>
      <w:r>
        <w:t>So this kind of false justification is quite wrong and against the Islamic spirit.</w:t>
      </w:r>
    </w:p>
    <w:p>
      <w:r>
        <w:rPr>
          <w:b/>
        </w:rPr>
        <w:t xml:space="preserve">[50:06] </w:t>
      </w:r>
      <w:r>
        <w:t>These scholars must declare that they were wrong</w:t>
      </w:r>
    </w:p>
    <w:p>
      <w:pPr>
        <w:jc w:val="right"/>
      </w:pPr>
      <w:r>
        <w:t>These scholars must declare that they were wrong</w:t>
      </w:r>
    </w:p>
    <w:p>
      <w:r>
        <w:rPr>
          <w:b/>
        </w:rPr>
        <w:t xml:space="preserve">[50:12] </w:t>
      </w:r>
      <w:r>
        <w:t>. The principle of istishhad was wrong. It was completely against the Islamic spirit due to failure in understanding the spirit of the present age.</w:t>
      </w:r>
    </w:p>
    <w:p>
      <w:pPr>
        <w:jc w:val="right"/>
      </w:pPr>
      <w:r>
        <w:t>. The principle of istiṣḥād was wrong. It was completely against the Islamic spirit due to failure in understanding the spirit of the present age.</w:t>
      </w:r>
    </w:p>
    <w:p>
      <w:r>
        <w:rPr>
          <w:b/>
        </w:rPr>
        <w:t xml:space="preserve">[50:31] </w:t>
      </w:r>
      <w:r>
        <w:t>Due to the failure in</w:t>
      </w:r>
    </w:p>
    <w:p>
      <w:pPr>
        <w:jc w:val="right"/>
      </w:pPr>
      <w:r>
        <w:t>Due to the failure in</w:t>
      </w:r>
    </w:p>
    <w:p>
      <w:r>
        <w:rPr>
          <w:b/>
        </w:rPr>
        <w:t xml:space="preserve">[50:37] </w:t>
      </w:r>
      <w:r>
        <w:t>knowing the spirit of the age, they are committing suicide. They are doing</w:t>
      </w:r>
    </w:p>
    <w:p>
      <w:pPr>
        <w:jc w:val="right"/>
      </w:pPr>
      <w:r>
        <w:t>knowing the spirit of the age, they are committing suicide. They are doing</w:t>
      </w:r>
    </w:p>
    <w:p>
      <w:r>
        <w:rPr>
          <w:b/>
        </w:rPr>
        <w:t xml:space="preserve">[50:48] </w:t>
      </w:r>
      <w:r>
        <w:t>meaningless</w:t>
      </w:r>
    </w:p>
    <w:p>
      <w:pPr>
        <w:jc w:val="right"/>
      </w:pPr>
      <w:r>
        <w:t>meaningless</w:t>
      </w:r>
    </w:p>
    <w:p>
      <w:r>
        <w:rPr>
          <w:b/>
        </w:rPr>
        <w:t xml:space="preserve">[50:53] </w:t>
      </w:r>
      <w:r>
        <w:t>armed struggle in the name of jihad.</w:t>
      </w:r>
    </w:p>
    <w:p>
      <w:pPr>
        <w:jc w:val="right"/>
      </w:pPr>
      <w:r>
        <w:t>armed struggle in the name of jihad.</w:t>
      </w:r>
    </w:p>
    <w:p>
      <w:r>
        <w:rPr>
          <w:b/>
        </w:rPr>
        <w:t xml:space="preserve">[51:00] </w:t>
      </w:r>
      <w:r>
        <w:t>So the reason lies in</w:t>
      </w:r>
    </w:p>
    <w:p>
      <w:pPr>
        <w:jc w:val="right"/>
      </w:pPr>
      <w:r>
        <w:t>So the reason lies in</w:t>
      </w:r>
    </w:p>
    <w:p>
      <w:r>
        <w:rPr>
          <w:b/>
        </w:rPr>
        <w:t xml:space="preserve">[51:08] </w:t>
      </w:r>
      <w:r>
        <w:t>thinking.</w:t>
      </w:r>
    </w:p>
    <w:p>
      <w:pPr>
        <w:jc w:val="right"/>
      </w:pPr>
      <w:r>
        <w:t>thinking.</w:t>
      </w:r>
    </w:p>
    <w:p>
      <w:r>
        <w:rPr>
          <w:b/>
        </w:rPr>
        <w:t xml:space="preserve">[51:13] </w:t>
      </w:r>
      <w:r>
        <w:t>Their thinking is incorrect. So their practice is also incorrect.</w:t>
      </w:r>
    </w:p>
    <w:p>
      <w:pPr>
        <w:jc w:val="right"/>
      </w:pPr>
      <w:r>
        <w:t>Their thinking is incorrect. So their practice is also incorrect.</w:t>
      </w:r>
    </w:p>
    <w:p>
      <w:r>
        <w:rPr>
          <w:b/>
        </w:rPr>
        <w:t xml:space="preserve">[51:23] </w:t>
      </w:r>
      <w:r>
        <w:t>What happened after the Renaissance was due to Muslims' weakness, inherent weakness.</w:t>
      </w:r>
    </w:p>
    <w:p>
      <w:pPr>
        <w:jc w:val="right"/>
      </w:pPr>
      <w:r>
        <w:t>What happened after the Renaissance was due to Muslims' weakness, inherent weakness.</w:t>
      </w:r>
    </w:p>
    <w:p>
      <w:r>
        <w:rPr>
          <w:b/>
        </w:rPr>
        <w:t xml:space="preserve">[51:37] </w:t>
      </w:r>
      <w:r>
        <w:t>When they lost, when the Muslims lost their status</w:t>
      </w:r>
    </w:p>
    <w:p>
      <w:pPr>
        <w:jc w:val="right"/>
      </w:pPr>
      <w:r>
        <w:t>When they lost, when the Muslims lost their status</w:t>
      </w:r>
    </w:p>
    <w:p>
      <w:r>
        <w:rPr>
          <w:b/>
        </w:rPr>
        <w:t xml:space="preserve">[51:46] </w:t>
      </w:r>
      <w:r>
        <w:t>of being masters of the situation, so it was not due to conspiracy. It was not due to zulm. It was</w:t>
      </w:r>
    </w:p>
    <w:p>
      <w:pPr>
        <w:jc w:val="right"/>
      </w:pPr>
      <w:r>
        <w:t>of being masters of the situation, so it was not due to conspiracy. It was not due to zulm. It was</w:t>
      </w:r>
    </w:p>
    <w:p>
      <w:r>
        <w:rPr>
          <w:b/>
        </w:rPr>
        <w:t xml:space="preserve">[52:01] </w:t>
      </w:r>
      <w:r>
        <w:t>due to Muslims' own weakness. Muslims became backward.</w:t>
      </w:r>
    </w:p>
    <w:p>
      <w:pPr>
        <w:jc w:val="right"/>
      </w:pPr>
      <w:r>
        <w:t>due to Muslims' own weakness. Muslims became backward.</w:t>
      </w:r>
    </w:p>
    <w:p>
      <w:r>
        <w:rPr>
          <w:b/>
        </w:rPr>
        <w:t xml:space="preserve">[52:10] </w:t>
      </w:r>
      <w:r>
        <w:t>Muslims became backward</w:t>
      </w:r>
    </w:p>
    <w:p>
      <w:pPr>
        <w:jc w:val="right"/>
      </w:pPr>
      <w:r>
        <w:t>Muslims became backward</w:t>
      </w:r>
    </w:p>
    <w:p>
      <w:r>
        <w:rPr>
          <w:b/>
        </w:rPr>
        <w:t xml:space="preserve">[52:15] </w:t>
      </w:r>
      <w:r>
        <w:t>in education, in modern science, in modern organization.</w:t>
      </w:r>
    </w:p>
    <w:p>
      <w:pPr>
        <w:jc w:val="right"/>
      </w:pPr>
      <w:r>
        <w:t>in education, in modern science, in modern organization.</w:t>
      </w:r>
    </w:p>
    <w:p>
      <w:r>
        <w:rPr>
          <w:b/>
        </w:rPr>
        <w:t xml:space="preserve">[52:22] </w:t>
      </w:r>
      <w:r>
        <w:t>There was a sea change in the situation of the present world, a sea change. But Muslims failed to understand this change.</w:t>
      </w:r>
    </w:p>
    <w:p>
      <w:pPr>
        <w:jc w:val="right"/>
      </w:pPr>
      <w:r>
        <w:t>There was a sea change in the situation of the present world, a sea change. But Muslims failed to understand this change.</w:t>
      </w:r>
    </w:p>
    <w:p>
      <w:r>
        <w:rPr>
          <w:b/>
        </w:rPr>
        <w:t xml:space="preserve">[52:36] </w:t>
      </w:r>
      <w:r>
        <w:t>So they failed to acquire this</w:t>
      </w:r>
    </w:p>
    <w:p>
      <w:pPr>
        <w:jc w:val="right"/>
      </w:pPr>
      <w:r>
        <w:t>So they failed to acquire this</w:t>
      </w:r>
    </w:p>
    <w:p>
      <w:r>
        <w:rPr>
          <w:b/>
        </w:rPr>
        <w:t xml:space="preserve">[52:42] </w:t>
      </w:r>
      <w:r>
        <w:t>knowledge.</w:t>
      </w:r>
    </w:p>
    <w:p>
      <w:pPr>
        <w:jc w:val="right"/>
      </w:pPr>
      <w:r>
        <w:t>knowledge.</w:t>
      </w:r>
    </w:p>
    <w:p>
      <w:r>
        <w:rPr>
          <w:b/>
        </w:rPr>
        <w:t xml:space="preserve">[52:45] </w:t>
      </w:r>
      <w:r>
        <w:t>So they became active in violent activism, in war in the name of jihad.</w:t>
      </w:r>
    </w:p>
    <w:p>
      <w:pPr>
        <w:jc w:val="right"/>
      </w:pPr>
      <w:r>
        <w:t>So they became active in violent activism, in war in the name of jihad.</w:t>
      </w:r>
    </w:p>
    <w:p>
      <w:r>
        <w:rPr>
          <w:b/>
        </w:rPr>
        <w:t xml:space="preserve">[52:56] </w:t>
      </w:r>
      <w:r>
        <w:t>You know, one of such mujahid was Sultan Tipu of Mysore. He fought against the British army.</w:t>
      </w:r>
    </w:p>
    <w:p>
      <w:pPr>
        <w:jc w:val="right"/>
      </w:pPr>
      <w:r>
        <w:t>You know, one of such mujahid was Sultan Tipu of Mysore. He fought against the British army.</w:t>
      </w:r>
    </w:p>
    <w:p>
      <w:r>
        <w:rPr>
          <w:b/>
        </w:rPr>
        <w:t xml:space="preserve">[53:11] </w:t>
      </w:r>
      <w:r>
        <w:t>Although there was a great difference between the two, the British army was far more stronger than Sultan Tipu's army.</w:t>
      </w:r>
    </w:p>
    <w:p>
      <w:pPr>
        <w:jc w:val="right"/>
      </w:pPr>
      <w:r>
        <w:t>Although there was a great difference between the two, the British army was far more stronger than Sultan Tipu's army.</w:t>
      </w:r>
    </w:p>
    <w:p>
      <w:r>
        <w:rPr>
          <w:b/>
        </w:rPr>
        <w:t xml:space="preserve">[53:22] </w:t>
      </w:r>
      <w:r>
        <w:t>But he fought by saying that</w:t>
      </w:r>
    </w:p>
    <w:p>
      <w:pPr>
        <w:jc w:val="right"/>
      </w:pPr>
      <w:r>
        <w:t>But he fought by saying that</w:t>
      </w:r>
    </w:p>
    <w:p>
      <w:r>
        <w:rPr>
          <w:b/>
        </w:rPr>
        <w:t xml:space="preserve">[53:33] </w:t>
      </w:r>
      <w:r>
        <w:t>one day of a tiger's life is better than the thousand</w:t>
      </w:r>
    </w:p>
    <w:p>
      <w:pPr>
        <w:jc w:val="right"/>
      </w:pPr>
      <w:r>
        <w:t>one day of a tiger's life is better than the thousand</w:t>
      </w:r>
    </w:p>
    <w:p>
      <w:r>
        <w:rPr>
          <w:b/>
        </w:rPr>
        <w:t xml:space="preserve">[53:42] </w:t>
      </w:r>
      <w:r>
        <w:t>days of a jackal's life. One day of a tiger's life is better than the thousand days of a jackal's life.</w:t>
      </w:r>
    </w:p>
    <w:p>
      <w:pPr>
        <w:jc w:val="right"/>
      </w:pPr>
      <w:r>
        <w:t>days of a jackal's life. One day of a tiger's life is better than the thousand days of a jackal's life.</w:t>
      </w:r>
    </w:p>
    <w:p>
      <w:r>
        <w:rPr>
          <w:b/>
        </w:rPr>
        <w:t xml:space="preserve">[53:55] </w:t>
      </w:r>
      <w:r>
        <w:t>This supposedly is wrong.</w:t>
      </w:r>
    </w:p>
    <w:p>
      <w:pPr>
        <w:jc w:val="right"/>
      </w:pPr>
      <w:r>
        <w:t>This supposedly is wrong.</w:t>
      </w:r>
    </w:p>
    <w:p>
      <w:r>
        <w:rPr>
          <w:b/>
        </w:rPr>
        <w:t xml:space="preserve">[53:59] </w:t>
      </w:r>
      <w:r>
        <w:t>You know, a tiger is a very noble animal. Recent studies show that fighting is not the way of a tiger.</w:t>
      </w:r>
    </w:p>
    <w:p>
      <w:pPr>
        <w:jc w:val="right"/>
      </w:pPr>
      <w:r>
        <w:t>You know, a tiger is a very noble animal. Recent studies show that fighting is not the way of a tiger.</w:t>
      </w:r>
    </w:p>
    <w:p>
      <w:r>
        <w:rPr>
          <w:b/>
        </w:rPr>
        <w:t xml:space="preserve">[54:16] </w:t>
      </w:r>
      <w:r>
        <w:t>No.</w:t>
      </w:r>
    </w:p>
    <w:p>
      <w:pPr>
        <w:jc w:val="right"/>
      </w:pPr>
      <w:r>
        <w:t>No.</w:t>
      </w:r>
    </w:p>
    <w:p>
      <w:r>
        <w:rPr>
          <w:b/>
        </w:rPr>
        <w:t xml:space="preserve">[54:21] </w:t>
      </w:r>
      <w:r>
        <w:t>God created a tiger not as a fighter. No. It is true that a tiger is a very strong animal.</w:t>
      </w:r>
    </w:p>
    <w:p>
      <w:pPr>
        <w:jc w:val="right"/>
      </w:pPr>
      <w:r>
        <w:t>God created a tiger not as a fighter. No. It is true that a tiger is a very strong animal.</w:t>
      </w:r>
    </w:p>
    <w:p>
      <w:r>
        <w:rPr>
          <w:b/>
        </w:rPr>
        <w:t xml:space="preserve">[54:33] </w:t>
      </w:r>
      <w:r>
        <w:t>But a tiger is not a</w:t>
      </w:r>
    </w:p>
    <w:p>
      <w:pPr>
        <w:jc w:val="right"/>
      </w:pPr>
      <w:r>
        <w:t>But a tiger is not a</w:t>
      </w:r>
    </w:p>
    <w:p>
      <w:r>
        <w:rPr>
          <w:b/>
        </w:rPr>
        <w:t xml:space="preserve">[54:36] </w:t>
      </w:r>
      <w:r>
        <w:t>... but it is not its habit to fight every time.</w:t>
      </w:r>
    </w:p>
    <w:p>
      <w:pPr>
        <w:jc w:val="right"/>
      </w:pPr>
      <w:r>
        <w:t>... but it is not its habit to fight every time.</w:t>
      </w:r>
    </w:p>
    <w:p>
      <w:r>
        <w:rPr>
          <w:b/>
        </w:rPr>
        <w:t xml:space="preserve">[54:46] </w:t>
      </w:r>
      <w:r>
        <w:t>The tiger's habit is avoidance, living in peace</w:t>
      </w:r>
    </w:p>
    <w:p>
      <w:pPr>
        <w:jc w:val="right"/>
      </w:pPr>
      <w:r>
        <w:t>The tiger's habit is avoidance, living in peace</w:t>
      </w:r>
    </w:p>
    <w:p>
      <w:r>
        <w:rPr>
          <w:b/>
        </w:rPr>
        <w:t xml:space="preserve">[54:55] </w:t>
      </w:r>
      <w:r>
        <w:t>. Fighting is not the nature of a tiger. So what Sultan Tipu attributed to a jackal, that is the habit of a tiger.</w:t>
      </w:r>
    </w:p>
    <w:p>
      <w:pPr>
        <w:jc w:val="right"/>
      </w:pPr>
      <w:r>
        <w:t>. Fighting is not the nature of a tiger. So what Sultan Tipu attributed to a jackal, that is the habit of a tiger.</w:t>
      </w:r>
    </w:p>
    <w:p>
      <w:r>
        <w:rPr>
          <w:b/>
        </w:rPr>
        <w:t xml:space="preserve">[55:12] </w:t>
      </w:r>
      <w:r>
        <w:t>The nature he attributed to a jackal is the nature of a tiger.</w:t>
      </w:r>
    </w:p>
    <w:p>
      <w:pPr>
        <w:jc w:val="right"/>
      </w:pPr>
      <w:r>
        <w:t>The nature he attributed to a jackal is the nature of a tiger.</w:t>
      </w:r>
    </w:p>
    <w:p>
      <w:r>
        <w:rPr>
          <w:b/>
        </w:rPr>
        <w:t xml:space="preserve">[55:22] </w:t>
      </w:r>
      <w:r>
        <w:t>A tiger is like a human being, a noble animal.</w:t>
      </w:r>
    </w:p>
    <w:p>
      <w:pPr>
        <w:jc w:val="right"/>
      </w:pPr>
      <w:r>
        <w:t>A tiger is like a human being, a noble animal.</w:t>
      </w:r>
    </w:p>
    <w:p>
      <w:r>
        <w:rPr>
          <w:b/>
        </w:rPr>
        <w:t xml:space="preserve">[55:31] </w:t>
      </w:r>
      <w:r>
        <w:t>It is not a tiger's nature to fight</w:t>
      </w:r>
    </w:p>
    <w:p>
      <w:pPr>
        <w:jc w:val="right"/>
      </w:pPr>
      <w:r>
        <w:t>It is not a tiger's nature to fight</w:t>
      </w:r>
    </w:p>
    <w:p>
      <w:r>
        <w:rPr>
          <w:b/>
        </w:rPr>
        <w:t xml:space="preserve">[55:39] </w:t>
      </w:r>
      <w:r>
        <w:t>. A tiger always recedes, a tiger always retreats. You know, when a tiger is following a path in the jungle and he notices that there is an elephant,</w:t>
      </w:r>
    </w:p>
    <w:p>
      <w:pPr>
        <w:jc w:val="right"/>
      </w:pPr>
      <w:r>
        <w:t>. A tiger always recedes, a tiger always retreats. You know, when a tiger is following a path in the jungle and he notices that there is an elephant,</w:t>
      </w:r>
    </w:p>
    <w:p>
      <w:r>
        <w:rPr>
          <w:b/>
        </w:rPr>
        <w:t xml:space="preserve">[55:54] </w:t>
      </w:r>
      <w:r>
        <w:t>so a tiger always avoids confrontation. A tiger never tries to fight with that animal, with that elephant.</w:t>
      </w:r>
    </w:p>
    <w:p>
      <w:pPr>
        <w:jc w:val="right"/>
      </w:pPr>
      <w:r>
        <w:t>so a tiger always avoids confrontation. A tiger never tries to fight with that animal, with that elephant.</w:t>
      </w:r>
    </w:p>
    <w:p>
      <w:r>
        <w:rPr>
          <w:b/>
        </w:rPr>
        <w:t xml:space="preserve">[56:09] </w:t>
      </w:r>
      <w:r>
        <w:t>But a tiger always avoids fighting, avoids confrontation.</w:t>
      </w:r>
    </w:p>
    <w:p>
      <w:pPr>
        <w:jc w:val="right"/>
      </w:pPr>
      <w:r>
        <w:t>But a tiger always avoids fighting, avoids confrontation.</w:t>
      </w:r>
    </w:p>
    <w:p>
      <w:r>
        <w:rPr>
          <w:b/>
        </w:rPr>
        <w:t xml:space="preserve">[56:21] </w:t>
      </w:r>
      <w:r>
        <w:t>So it is a wrong model. People adopted a tiger as a model. But this was a false model.</w:t>
      </w:r>
    </w:p>
    <w:p>
      <w:pPr>
        <w:jc w:val="right"/>
      </w:pPr>
      <w:r>
        <w:t>So it is a wrong model. People adopted a tiger as a model. But this was a false model.</w:t>
      </w:r>
    </w:p>
    <w:p>
      <w:r>
        <w:rPr>
          <w:b/>
        </w:rPr>
        <w:t xml:space="preserve">[56:32] </w:t>
      </w:r>
      <w:r>
        <w:t>It was a false model. Now I would like to say that</w:t>
      </w:r>
    </w:p>
    <w:p>
      <w:pPr>
        <w:jc w:val="right"/>
      </w:pPr>
      <w:r>
        <w:t>It was a false model. Now I would like to say that</w:t>
      </w:r>
    </w:p>
    <w:p>
      <w:r>
        <w:rPr>
          <w:b/>
        </w:rPr>
        <w:t xml:space="preserve">[56:39] </w:t>
      </w:r>
      <w:r>
        <w:t>we have to go back</w:t>
      </w:r>
    </w:p>
    <w:p>
      <w:pPr>
        <w:jc w:val="right"/>
      </w:pPr>
      <w:r>
        <w:t>we have to go back</w:t>
      </w:r>
    </w:p>
    <w:p>
      <w:r>
        <w:rPr>
          <w:b/>
        </w:rPr>
        <w:t xml:space="preserve">[56:43] </w:t>
      </w:r>
      <w:r>
        <w:t>. We have to return. We have to leave the battlefield. We have to abandon all those guns and bombs.</w:t>
      </w:r>
    </w:p>
    <w:p>
      <w:pPr>
        <w:jc w:val="right"/>
      </w:pPr>
      <w:r>
        <w:t>. We have to return. We have to leave the battlefield. We have to abandon all those guns and bombs.</w:t>
      </w:r>
    </w:p>
    <w:p>
      <w:r>
        <w:rPr>
          <w:b/>
        </w:rPr>
        <w:t xml:space="preserve">[56:55] </w:t>
      </w:r>
      <w:r>
        <w:t>We have to send our youths to educational centers.</w:t>
      </w:r>
    </w:p>
    <w:p>
      <w:pPr>
        <w:jc w:val="right"/>
      </w:pPr>
      <w:r>
        <w:t>We have to send our youths to educational centers.</w:t>
      </w:r>
    </w:p>
    <w:p>
      <w:r>
        <w:rPr>
          <w:b/>
        </w:rPr>
        <w:t xml:space="preserve">[57:02] </w:t>
      </w:r>
      <w:r>
        <w:t>We have to send our youths, our boys and girls, to schools, to colleges, to colleges, to universities.</w:t>
      </w:r>
    </w:p>
    <w:p>
      <w:pPr>
        <w:jc w:val="right"/>
      </w:pPr>
      <w:r>
        <w:t>We have to send our youths, our boys and girls, to schools, to colleges, to colleges, to universities.</w:t>
      </w:r>
    </w:p>
    <w:p>
      <w:r>
        <w:rPr>
          <w:b/>
        </w:rPr>
        <w:t xml:space="preserve">[57:20] </w:t>
      </w:r>
      <w:r>
        <w:t>We have to train our generation in peaceful technique rather than violent technique.</w:t>
      </w:r>
    </w:p>
    <w:p>
      <w:pPr>
        <w:jc w:val="right"/>
      </w:pPr>
      <w:r>
        <w:t>We have to train our generation in peaceful technique rather than violent technique.</w:t>
      </w:r>
    </w:p>
    <w:p>
      <w:r>
        <w:rPr>
          <w:b/>
        </w:rPr>
        <w:t xml:space="preserve">[57:30] </w:t>
      </w:r>
      <w:r>
        <w:t>We have to establish modern industries, modern education, modern business.</w:t>
      </w:r>
    </w:p>
    <w:p>
      <w:pPr>
        <w:jc w:val="right"/>
      </w:pPr>
      <w:r>
        <w:t>We have to establish modern industries, modern education, modern business.</w:t>
      </w:r>
    </w:p>
    <w:p>
      <w:r>
        <w:rPr>
          <w:b/>
        </w:rPr>
        <w:t xml:space="preserve">[57:43] </w:t>
      </w:r>
      <w:r>
        <w:t>So we have to reassess, we have to revise.</w:t>
      </w:r>
    </w:p>
    <w:p>
      <w:pPr>
        <w:jc w:val="right"/>
      </w:pPr>
      <w:r>
        <w:t>So we have to reassess, we have to revise.</w:t>
      </w:r>
    </w:p>
    <w:p>
      <w:r>
        <w:rPr>
          <w:b/>
        </w:rPr>
        <w:t xml:space="preserve">[57:50] </w:t>
      </w:r>
      <w:r>
        <w:t>Otherwise, there is no future for us at all. Then the most important field is Dhava work, Dhava work.</w:t>
      </w:r>
    </w:p>
    <w:p>
      <w:pPr>
        <w:jc w:val="right"/>
      </w:pPr>
      <w:r>
        <w:t>Otherwise, there is no future for us at all. Then the most important field is Dhava work, Dhava work.</w:t>
      </w:r>
    </w:p>
    <w:p>
      <w:r>
        <w:rPr>
          <w:b/>
        </w:rPr>
        <w:t xml:space="preserve">[58:03] </w:t>
      </w:r>
      <w:r>
        <w:t>And these days, all the opportunities are open for Dhava.</w:t>
      </w:r>
    </w:p>
    <w:p>
      <w:pPr>
        <w:jc w:val="right"/>
      </w:pPr>
      <w:r>
        <w:t>And these days, all the opportunities are open for Dhava.</w:t>
      </w:r>
    </w:p>
    <w:p>
      <w:r>
        <w:rPr>
          <w:b/>
        </w:rPr>
        <w:t xml:space="preserve">[58:14] </w:t>
      </w:r>
      <w:r>
        <w:t>Now, you know, English is the international language. This is the first time in history that a language has become an international language.</w:t>
      </w:r>
    </w:p>
    <w:p>
      <w:pPr>
        <w:jc w:val="right"/>
      </w:pPr>
      <w:r>
        <w:t>Now, you know, English is the international language. This is the first time in history that a language has become an international language.</w:t>
      </w:r>
    </w:p>
    <w:p>
      <w:r>
        <w:rPr>
          <w:b/>
        </w:rPr>
        <w:t xml:space="preserve">[58:28] </w:t>
      </w:r>
      <w:r>
        <w:t>A single language is enough to address all mankind.</w:t>
      </w:r>
    </w:p>
    <w:p>
      <w:pPr>
        <w:jc w:val="right"/>
      </w:pPr>
      <w:r>
        <w:t>A single language is enough to address all mankind.</w:t>
      </w:r>
    </w:p>
    <w:p>
      <w:r>
        <w:rPr>
          <w:b/>
        </w:rPr>
        <w:t xml:space="preserve">[58:35] </w:t>
      </w:r>
      <w:r>
        <w:t>Through the English language, we can address all mankind.</w:t>
      </w:r>
    </w:p>
    <w:p>
      <w:pPr>
        <w:jc w:val="right"/>
      </w:pPr>
      <w:r>
        <w:t>Through the English language, we can address all mankind.</w:t>
      </w:r>
    </w:p>
    <w:p>
      <w:r>
        <w:rPr>
          <w:b/>
        </w:rPr>
        <w:t xml:space="preserve">[58:44] </w:t>
      </w:r>
      <w:r>
        <w:t>So we have to avail these opportunities. We are in a position to establish a Dhava Empire.</w:t>
      </w:r>
    </w:p>
    <w:p>
      <w:pPr>
        <w:jc w:val="right"/>
      </w:pPr>
      <w:r>
        <w:t>So we have to avail these opportunities. We are in a position to establish a Dhava Empire.</w:t>
      </w:r>
    </w:p>
    <w:p>
      <w:r>
        <w:rPr>
          <w:b/>
        </w:rPr>
        <w:t xml:space="preserve">[58:54] </w:t>
      </w:r>
      <w:r>
        <w:t>This is the goal of Muslims. a qool qawli haza wa astaghfirullah li wa lakum ajmaeen.</w:t>
      </w:r>
    </w:p>
    <w:p>
      <w:pPr>
        <w:jc w:val="right"/>
      </w:pPr>
      <w:r>
        <w:t>This is the goal of Muslims. أقول قولي هذا وأستغفر الله لي ولكم أجمعين.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