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Lessons From The Life of Abu Darda (ra) November 9, 2025</w:t>
      </w:r>
    </w:p>
    <w:p>
      <w:r>
        <w:t>https://www.youtube.com/watch?v=5V4oxolMiBA</w:t>
      </w:r>
    </w:p>
    <w:p>
      <w:r>
        <w:rPr>
          <w:b/>
        </w:rPr>
        <w:t xml:space="preserve">[00:00] </w:t>
      </w:r>
      <w:r>
        <w:t>assalam o alaikum today we journey into the life of one of the most insightful companions of the prophet Muhammad may peace be upon him.</w:t>
      </w:r>
    </w:p>
    <w:p>
      <w:pPr>
        <w:jc w:val="right"/>
      </w:pPr>
      <w:r>
        <w:t>السلام علیکم۔ ٹوڈے وی جرنی انٹو دی لائف آف ون آف دا موسٹ انسائٹ فل کمپینینز آف دا پرافٹ محمد، می پیس بی اپون ہم۔</w:t>
      </w:r>
    </w:p>
    <w:p>
      <w:r>
        <w:rPr>
          <w:b/>
        </w:rPr>
        <w:t xml:space="preserve">[00:09] </w:t>
      </w:r>
      <w:r>
        <w:t>he was a successful merchant who gave up his worldly pursuits and dedicated entirely to learning and teaching he also became one of the prophets designated quran teacher and a qazi later during the time of hazrat umar bin al-khat</w:t>
      </w:r>
    </w:p>
    <w:p>
      <w:pPr>
        <w:jc w:val="right"/>
      </w:pPr>
      <w:r>
        <w:t>ہی واز ا سکسیس فل مرچنٹ ہو گیو اپ ہز ورلڈی پرسیوٹ اینڈ ڈیڈیکیٹڈ انٹائرلی ٹو لرننگ اینڈ ٹیچنگ۔ ہی آلسو بیکم ون آف دا پرافٹس ڈیزگنیٹڈ قرآن ٹیچر اینڈ ا قاضی لیٹر ڈیورنگ دی ٹائم آف حضرت عمر بن الخط</w:t>
      </w:r>
    </w:p>
    <w:p>
      <w:r>
        <w:rPr>
          <w:b/>
        </w:rPr>
        <w:t xml:space="preserve">[00:26] </w:t>
      </w:r>
      <w:r>
        <w:t>ab he made his house a sanctuary of knowledge reflection and prayer he was none other than hazrat abu darda</w:t>
      </w:r>
    </w:p>
    <w:p>
      <w:pPr>
        <w:jc w:val="right"/>
      </w:pPr>
      <w:r>
        <w:t>اب۔ ہی میڈ ہز ہاؤس ا سینچری آف نالج، ریفلیکشن، اینڈ پریر۔ ہی واز نن ادر دین حضرت ابو درد</w:t>
      </w:r>
    </w:p>
    <w:p>
      <w:r>
        <w:rPr>
          <w:b/>
        </w:rPr>
        <w:t xml:space="preserve">[00:35] </w:t>
      </w:r>
      <w:r>
        <w:t>h so today we will have conversation with doctor saniya hasnain khan sahib on the lessons from the life of hazrat abu darda.</w:t>
      </w:r>
    </w:p>
    <w:p>
      <w:pPr>
        <w:jc w:val="right"/>
      </w:pPr>
      <w:r>
        <w:t>ہ۔ سو ٹوڈے وی ویل ہیو کنورسیشن ود ڈاکٹر ثانیہ حسنین خان صاحب آن دا لیسنز فرام دا لائف آف حضرت ابو دردہ۔</w:t>
      </w:r>
    </w:p>
    <w:p>
      <w:r>
        <w:rPr>
          <w:b/>
        </w:rPr>
        <w:t xml:space="preserve">[00:43] </w:t>
      </w:r>
      <w:r>
        <w:t>lets go straight to hum. assalam o alaikum doctor sahib. wa alaikum assalam. how are you doctor sahib? bismillah, aap kaise hain? alhamdulillah. doctor sahib, hazrat abu darda as we know was one of the wisest companions, scholar and a narrator of hadith.</w:t>
      </w:r>
    </w:p>
    <w:p>
      <w:pPr>
        <w:jc w:val="right"/>
      </w:pPr>
      <w:r>
        <w:t>لیٹس گو سٹریٹ ٹو ہم۔ السلام علیکم ڈاکٹر صاحب۔ وعلیکم السلام۔ ہاؤ آر یو ڈاکٹر صاحب؟ بسم اللہ، آپ کیسے ہیں؟ الحمدللہ۔ ڈاکٹر صاحب، حضرت ابو دردہ ایز وی نو واز ون آف دا وائزیسٹ کمپینینز، سکالر اینڈ ا نیریٹر آف حدیث۔</w:t>
      </w:r>
    </w:p>
    <w:p>
      <w:r>
        <w:rPr>
          <w:b/>
        </w:rPr>
        <w:t xml:space="preserve">[00:57] </w:t>
      </w:r>
      <w:r>
        <w:t>so my first question is, please briefly tell us about hazrat abu darda.</w:t>
      </w:r>
    </w:p>
    <w:p>
      <w:pPr>
        <w:jc w:val="right"/>
      </w:pPr>
      <w:r>
        <w:t>سو مائی فرسٹ کوئسچن از، پلیز بریفلی ٹیل اس اباؤٹ حضرت ابو دردہ۔</w:t>
      </w:r>
    </w:p>
    <w:p>
      <w:r>
        <w:rPr>
          <w:b/>
        </w:rPr>
        <w:t xml:space="preserve">[01:03] </w:t>
      </w:r>
      <w:r>
        <w:t>bismillah hir rahman nir rahim. rab ishrah li sadri, wa yassir li amri, wahul uqdatan min lisani, yafqahu qawli. as you have said, he was from madinah.</w:t>
      </w:r>
    </w:p>
    <w:p>
      <w:pPr>
        <w:jc w:val="right"/>
      </w:pPr>
      <w:r>
        <w:t>بسم اللہ الرحمن الرحیم۔ رب اشرح لی صدری، ویسر لی امری، وحل العقدۃ من لسانی، یفقہ قولی۔ ایز یو ہیو سیڈ، ہی واز فرام مدینہ۔</w:t>
      </w:r>
    </w:p>
    <w:p>
      <w:r>
        <w:rPr>
          <w:b/>
        </w:rPr>
        <w:t xml:space="preserve">[01:14] </w:t>
      </w:r>
      <w:r>
        <w:t>he was a businessman, and his name was actual, his actual name was uwaymir, and his complete name was uwaymir bin zaid bin qais al ansari.</w:t>
      </w:r>
    </w:p>
    <w:p>
      <w:pPr>
        <w:jc w:val="right"/>
      </w:pPr>
      <w:r>
        <w:t>ہی واز ا بزنس مین، اینڈ ہز نیم واز ایکچول، ہز ایکچول نیم واز اویمر، اینڈ ہز کمپلیٹ نیم واز اویمر بن زید بن قیس الانصاری۔</w:t>
      </w:r>
    </w:p>
    <w:p>
      <w:r>
        <w:rPr>
          <w:b/>
        </w:rPr>
        <w:t xml:space="preserve">[01:27] </w:t>
      </w:r>
      <w:r>
        <w:t>and some classical biographers and scholars describe him as al imam, al qudwah, al qadi, wa sahib rasulullah sallallahu alaihi wasallam, abu darda, the imam, the leader, the exemplar, the judge, the companion of the prophet abu dar</w:t>
      </w:r>
    </w:p>
    <w:p>
      <w:pPr>
        <w:jc w:val="right"/>
      </w:pPr>
      <w:r>
        <w:t>اینڈ سم کلاسیکل بائیوگرافرز اینڈ سکالرز ڈسکرائب ہم ایز الامام، القدوہ، القاضی، وصاحب رسول اللہ صلی اللہ علیہ وسلم، ابو دردہ، دا امام، دا لیڈر، دا ایگزیمپلر، دا جج، دا کمپینین آف دا پرافٹ ابو در</w:t>
      </w:r>
    </w:p>
    <w:p>
      <w:r>
        <w:rPr>
          <w:b/>
        </w:rPr>
        <w:t xml:space="preserve">[01:47] </w:t>
      </w:r>
      <w:r>
        <w:t>the. So he was an authority on the Quran, and he was one of the most important narrators of Hadith, and he narrated about 170 very important Hadith.</w:t>
      </w:r>
    </w:p>
    <w:p>
      <w:pPr>
        <w:jc w:val="right"/>
      </w:pPr>
      <w:r>
        <w:t>دہ۔ سو ہی واز این اتھارٹی آن دا قرآن، اینڈ ہی واز ون آف دا موسٹ امپورٹنٹ نیریٹرز آف حدیث، اینڈ ہی نیریٹڈ اباؤٹ 170 ویری امپورٹنٹ حدیث۔</w:t>
      </w:r>
    </w:p>
    <w:p>
      <w:r>
        <w:rPr>
          <w:b/>
        </w:rPr>
        <w:t xml:space="preserve">[02:00] </w:t>
      </w:r>
      <w:r>
        <w:t>and some of his narrations, most fundamental hadith he has narrated. and the prophet called him hakim al ummah, meaning the wisest man of my community</w:t>
      </w:r>
    </w:p>
    <w:p>
      <w:pPr>
        <w:jc w:val="right"/>
      </w:pPr>
      <w:r>
        <w:t>اینڈ سم آف ہز نیریشنز، موسٹ فنڈامینٹل حدیث ہی ہیز نیریٹڈ۔ اینڈ دا پرافٹ کالڈ ہم حکیم الامہ، میننگ دا وائزیسٹ مین آف مائی کمیونٹی</w:t>
      </w:r>
    </w:p>
    <w:p>
      <w:r>
        <w:rPr>
          <w:b/>
        </w:rPr>
        <w:t xml:space="preserve">[02:15] </w:t>
      </w:r>
      <w:r>
        <w:t>. and he was also known as scholar of the sahaba. and his wife, um darda, was one of the earliest sahabiha.</w:t>
      </w:r>
    </w:p>
    <w:p>
      <w:pPr>
        <w:jc w:val="right"/>
      </w:pPr>
      <w:r>
        <w:t>۔ اینڈ ہی واز آلسو نون ایز سکالر آف دی صحابہ۔ اینڈ ہز وائف، ام دردہ، واز ون آف دی ارلیسٹ صحابیہ۔</w:t>
      </w:r>
    </w:p>
    <w:p>
      <w:r>
        <w:rPr>
          <w:b/>
        </w:rPr>
        <w:t xml:space="preserve">[02:27] </w:t>
      </w:r>
      <w:r>
        <w:t>there are two um dardas: um darda senior, and um darda junior, or um darda al kubra, um darda al sa</w:t>
      </w:r>
    </w:p>
    <w:p>
      <w:pPr>
        <w:jc w:val="right"/>
      </w:pPr>
      <w:r>
        <w:t>دیر آر ٹو ام درداز: ام دردہ سینیئر، اینڈ ام دردہ جونیئر، اور ام دردہ الکبری، ام دردہ الص</w:t>
      </w:r>
    </w:p>
    <w:p>
      <w:r>
        <w:rPr>
          <w:b/>
        </w:rPr>
        <w:t xml:space="preserve">[02:36] </w:t>
      </w:r>
      <w:r>
        <w:t>ghira. so the first wife passed away, um darda senior, then he married another lady who was also called um darda, but um darda junior or sughra.</w:t>
      </w:r>
    </w:p>
    <w:p>
      <w:pPr>
        <w:jc w:val="right"/>
      </w:pPr>
      <w:r>
        <w:t>غری۔ سو دا فرسٹ وائف پاسڈ اوے، ام دردہ سینیئر، دین ہی میریڈ انادر لیڈی ہو واز آلسو کالڈ ام دردہ، بٹ ام دردہ جونیئر اور صغری۔</w:t>
      </w:r>
    </w:p>
    <w:p>
      <w:r>
        <w:rPr>
          <w:b/>
        </w:rPr>
        <w:t xml:space="preserve">[02:50] </w:t>
      </w:r>
      <w:r>
        <w:t>so abu darda was one of the few sahaba who collected the quranic revelation, which is called jame al quran, because when the quran was revealed, it was revealed in 23 years.</w:t>
      </w:r>
    </w:p>
    <w:p>
      <w:pPr>
        <w:jc w:val="right"/>
      </w:pPr>
      <w:r>
        <w:t>سو ابو دردہ واز ون آف دا فیو صحابہ ہو کلیکٹڈ دا قرآنک ریولیشن، وچ از کالڈ جمع القرآن، بیکاز وین دا قرآن واز ریویلڈ، اٹ واز ریویلڈ ان 23 ایئرز۔</w:t>
      </w:r>
    </w:p>
    <w:p>
      <w:r>
        <w:rPr>
          <w:b/>
        </w:rPr>
        <w:t xml:space="preserve">[03:04] </w:t>
      </w:r>
      <w:r>
        <w:t>so there were certain sahaba who were collecting the quran, writing it down, right from the prophet, from the prophet.</w:t>
      </w:r>
    </w:p>
    <w:p>
      <w:pPr>
        <w:jc w:val="right"/>
      </w:pPr>
      <w:r>
        <w:t>سو دیر وار سرٹن صحابہ ہو وار کلیکٹنگ دا قرآن، رائٹنگ اٹ ڈاؤن، رائٹ ایک فرام دا پرافٹ، فرام دا پرافٹ۔</w:t>
      </w:r>
    </w:p>
    <w:p>
      <w:r>
        <w:rPr>
          <w:b/>
        </w:rPr>
        <w:t xml:space="preserve">[03:15] </w:t>
      </w:r>
      <w:r>
        <w:t>so during the prophet's lifetime, the quran was compiled. so he was one of those who compiled the quran, and the prophet listened the quran from him also, and he also listened the entire quran from the prophet.</w:t>
      </w:r>
    </w:p>
    <w:p>
      <w:pPr>
        <w:jc w:val="right"/>
      </w:pPr>
      <w:r>
        <w:t>سو ڈیورنگ دا پرافٹس لائف ٹائم، دا قرآن واز کمپائلڈ۔ سو ہی واز ون آف دوز ہو کمپائل دا قرآن، اینڈ دا پرافٹ لسنڈ دا قرآن فرام ہم آلسو، اینڈ ہی آلسو لسنڈ دا انٹائر قرآن فرام دی پرافٹ۔</w:t>
      </w:r>
    </w:p>
    <w:p>
      <w:r>
        <w:rPr>
          <w:b/>
        </w:rPr>
        <w:t xml:space="preserve">[03:31] </w:t>
      </w:r>
      <w:r>
        <w:t>so his son, his son's name was bilal ibn abi darda, and he became the judge, the qadi of damascus.</w:t>
      </w:r>
    </w:p>
    <w:p>
      <w:pPr>
        <w:jc w:val="right"/>
      </w:pPr>
      <w:r>
        <w:t>سو ہز سن، ہز سنز نیم واز بلال ابن ابی دردہ، اینڈ ہی بیکم دا جج، دی قاضی آف ڈیمسکس۔</w:t>
      </w:r>
    </w:p>
    <w:p>
      <w:r>
        <w:rPr>
          <w:b/>
        </w:rPr>
        <w:t xml:space="preserve">[03:41] </w:t>
      </w:r>
      <w:r>
        <w:t>and his daughter name was darda, and that's why he was known as abu darda. and in later stage of his life, he was known as ascetic zahid,</w:t>
      </w:r>
    </w:p>
    <w:p>
      <w:pPr>
        <w:jc w:val="right"/>
      </w:pPr>
      <w:r>
        <w:t>اینڈ ہز ڈاٹر نیم واز دردہ، اینڈ دیٹس وائی ہی واز نون ایز ابو دردہ۔ اینڈ ان لیٹر سٹیج آف ہز لائف، ہی واز نون ایز ایسیٹک زاہد،</w:t>
      </w:r>
    </w:p>
    <w:p>
      <w:r>
        <w:rPr>
          <w:b/>
        </w:rPr>
        <w:t xml:space="preserve">[03:55] </w:t>
      </w:r>
      <w:r>
        <w:t>who has no interest in the worldly things, and he totally dedicated his life for the mission of the prophet.</w:t>
      </w:r>
    </w:p>
    <w:p>
      <w:pPr>
        <w:jc w:val="right"/>
      </w:pPr>
      <w:r>
        <w:t>ہو ہیز نو انٹرسٹ ان دی ورلڈی تھنگز، اینڈ ہی ٹوٹلی ڈیڈیکیٹڈ ہز لائف فار دی مشن آف دی پرافٹ۔</w:t>
      </w:r>
    </w:p>
    <w:p>
      <w:r>
        <w:rPr>
          <w:b/>
        </w:rPr>
        <w:t xml:space="preserve">[04:05] </w:t>
      </w:r>
      <w:r>
        <w:t>that's an amazing description, doctor sahib, that you gave about hazrat abu darda. doctor sahib, when prophet migrated to madinah, he developed an institution of brotherhood in faith between the emigrants from makkah and the helpers from madin</w:t>
      </w:r>
    </w:p>
    <w:p>
      <w:pPr>
        <w:jc w:val="right"/>
      </w:pPr>
      <w:r>
        <w:t>دیٹس ا امیزنگ ڈسکرپشن، ڈاکٹر صاحب، دیٹ یو گیو اباؤٹ حضرت ابو دردہ۔ ڈاکٹر صاحب، وین پرافٹ مائیگریٹڈ ٹو مدینہ، ہی ڈیویلپڈ این انسٹیٹیوشن آف برادرہڈ ان فیتھ بٹوین دی ایمیگرنٹس فرام مکہ اینڈ دی ہیلپرز فرام مدین</w:t>
      </w:r>
    </w:p>
    <w:p>
      <w:r>
        <w:rPr>
          <w:b/>
        </w:rPr>
        <w:t xml:space="preserve">[04:23] </w:t>
      </w:r>
      <w:r>
        <w:t>ah, that is between muhajirun and the ansar. and he paired them as brothers. this was done to promote unity, mutual care, and love.</w:t>
      </w:r>
    </w:p>
    <w:p>
      <w:pPr>
        <w:jc w:val="right"/>
      </w:pPr>
      <w:r>
        <w:t>ہ، دیٹ از بٹوین مہاجرون اینڈ دی انصار۔ اینڈ ہی پیئرڈ دیم ایز برادرز۔ دس واز ڈن ٹو پروموٹ یونٹی، میوچول کیئر، اینڈ لو۔</w:t>
      </w:r>
    </w:p>
    <w:p>
      <w:r>
        <w:rPr>
          <w:b/>
        </w:rPr>
        <w:t xml:space="preserve">[04:34] </w:t>
      </w:r>
      <w:r>
        <w:t>so during this pairing, he paired hazrat salman al farisi and hazrat abu darda as brothers in faith. there is a very interesting incident that when hazrat abu darda became overly ascetic, then hazrat salman al farisi advised him to maintain balance</w:t>
      </w:r>
    </w:p>
    <w:p>
      <w:pPr>
        <w:jc w:val="right"/>
      </w:pPr>
      <w:r>
        <w:t>سو ڈیورنگ دس پیئرنگ، ہی پیئرڈ حضرت سلمان الفارسی اینڈ حضرت ابو دردہ ایز برادرز ان فیتھ۔ دیر از ا ویری انٹرسٹنگ انسیڈنٹ دیٹ وین حضرت ابو دردہ بیکم اوورلی ایسیٹک، دین حضرت سلمان الفارسی ایڈوائزڈ ہم ٹو مینٹین بیلنس</w:t>
      </w:r>
    </w:p>
    <w:p>
      <w:r>
        <w:rPr>
          <w:b/>
        </w:rPr>
        <w:t xml:space="preserve">[04:52] </w:t>
      </w:r>
      <w:r>
        <w:t>. please tell us about this incident. yar, you have rightly said that hazrat salman farisi raziallahu anhu was the brother of abu darda, and once he came to the house of abu darda raziallahu anhu,</w:t>
      </w:r>
    </w:p>
    <w:p>
      <w:pPr>
        <w:jc w:val="right"/>
      </w:pPr>
      <w:r>
        <w:t>۔ پلیز ٹیل اس اباؤٹ دس انسیڈنٹ۔ یار، یو ہیو رائٹلی سیڈ دیٹ حضرت سلمان فارسی رضی اللہ عنہ واز دی برادر آف ابو دردہ، اینڈ ونس ہی کیم ٹو دی ہاؤس آف ابو دردہ رضی اللہ عنہ،</w:t>
      </w:r>
    </w:p>
    <w:p>
      <w:r>
        <w:rPr>
          <w:b/>
        </w:rPr>
        <w:t xml:space="preserve">[05:10] </w:t>
      </w:r>
      <w:r>
        <w:t>and um Darda was not in good state. So he asked, "Shaqqi, what is the matter with you?"</w:t>
      </w:r>
    </w:p>
    <w:p>
      <w:pPr>
        <w:jc w:val="right"/>
      </w:pPr>
      <w:r>
        <w:t>اینڈ ام دردہ واز ناٹ ان گڈ اسٹیٹ۔ سو ہی اسکڈ، "شانکی، واٹ از دا میٹر ود یو؟"</w:t>
      </w:r>
    </w:p>
    <w:p>
      <w:r>
        <w:rPr>
          <w:b/>
        </w:rPr>
        <w:t xml:space="preserve">[05:19] </w:t>
      </w:r>
      <w:r>
        <w:t>and um darda said, "abu darda,</w:t>
      </w:r>
    </w:p>
    <w:p>
      <w:pPr>
        <w:jc w:val="right"/>
      </w:pPr>
      <w:r>
        <w:t>اینڈ ام دردہ سیڈ، "ابو دردہ،</w:t>
      </w:r>
    </w:p>
    <w:p>
      <w:r>
        <w:rPr>
          <w:b/>
        </w:rPr>
        <w:t xml:space="preserve">[05:27] </w:t>
      </w:r>
      <w:r>
        <w:t>your brother abu darda has no interest in worldly life." so his wife, um darda, complained to salman farisi about his excessive devotion, and that left little time for rest or for family.</w:t>
      </w:r>
    </w:p>
    <w:p>
      <w:pPr>
        <w:jc w:val="right"/>
      </w:pPr>
      <w:r>
        <w:t>یور برادر ابو دردہ ہیز نو انٹرسٹ ان ورلڈی لائف۔" سو ہز وائف، ام دردہ، کمپلینڈ ٹو سلمان فارسی اباؤٹ ہز ایکسیسو ڈیوشن، اینڈ دیٹ لیفٹ لٹل ٹائم فار ریسٹ اور فار فیملی۔</w:t>
      </w:r>
    </w:p>
    <w:p>
      <w:r>
        <w:rPr>
          <w:b/>
        </w:rPr>
        <w:t xml:space="preserve">[05:47] </w:t>
      </w:r>
      <w:r>
        <w:t>so when abu darda came, actually he was not present at that time. so when abu darda came, he brought some food for salman farisi, and he said, "please have the food." and salman farisi said, "i will not eat until you eat." so abu darda said, "but i am fasting." and salman said, "you must break your fast.</w:t>
      </w:r>
    </w:p>
    <w:p>
      <w:pPr>
        <w:jc w:val="right"/>
      </w:pPr>
      <w:r>
        <w:t>سو وین ابو دردہ کیم، ایکچولی ہی واز ناٹ پریزنٹ ایٹ دیٹ ٹائم۔ سو وین ابو دردہ کیم، ہی براٹ سم فوڈ فار سلمان فارسی، اینڈ ہی سیڈ، "پلیز ہیو دا فوڈ۔" اینڈ سلمان فارسی سیڈ، "آئی ویل ناٹ ایٹ انٹل یو ایٹ۔" سو ابو دردہ سیڈ، "بٹ آئی ایم فاسٹنگ۔" اینڈ سلمان سیڈ، "یو مسٹ بریک یور فاسٹ۔</w:t>
      </w:r>
    </w:p>
    <w:p>
      <w:r>
        <w:rPr>
          <w:b/>
        </w:rPr>
        <w:t xml:space="preserve">[06:12] </w:t>
      </w:r>
      <w:r>
        <w:t>this is a voluntary</w:t>
      </w:r>
    </w:p>
    <w:p>
      <w:pPr>
        <w:jc w:val="right"/>
      </w:pPr>
      <w:r>
        <w:t>دس از ا والنٹری</w:t>
      </w:r>
    </w:p>
    <w:p>
      <w:r>
        <w:rPr>
          <w:b/>
        </w:rPr>
        <w:t xml:space="preserve">[06:14] </w:t>
      </w:r>
      <w:r>
        <w:t>fast. so with reluctance, abu darda broke his fast, and both of them ate together. then at night, also he got up to pray, and salman farsi said, "no, sleep.</w:t>
      </w:r>
    </w:p>
    <w:p>
      <w:pPr>
        <w:jc w:val="right"/>
      </w:pPr>
      <w:r>
        <w:t>فاسٹ۔" سو ود ریلیکٹنس، ابو دردہ بروک ہز فاسٹ، اینڈ بوتھ آف دیم ایٹ ٹوگیدر۔ دین ایٹ نائٹ، آلسو ہی گاٹ اپ ٹو پری، اینڈ سلمان فارسی سیڈ، "نو، سلیپ۔</w:t>
      </w:r>
    </w:p>
    <w:p>
      <w:r>
        <w:rPr>
          <w:b/>
        </w:rPr>
        <w:t xml:space="preserve">[06:27] </w:t>
      </w:r>
      <w:r>
        <w:t>sleep for a while." in the night, again he got up to pray, and again he said, "no, you sleep now." so when the fajr time was near, then he wake him up, "that now you get up and you can pray now.</w:t>
      </w:r>
    </w:p>
    <w:p>
      <w:pPr>
        <w:jc w:val="right"/>
      </w:pPr>
      <w:r>
        <w:t>سلیپ فار ا وائل۔" ان دا نائٹ، اگین ہی گاٹ اپ ٹو پری، اینڈ اگین ہی سیڈ، "نو، یو سلیپ ناو۔" سو وین دا فجر ٹائم واز نیئر، دین ہی واک ایم اپ، "دیٹ ناو یو گیٹ اپ اینڈ یو کین پری ناو۔</w:t>
      </w:r>
    </w:p>
    <w:p>
      <w:r>
        <w:rPr>
          <w:b/>
        </w:rPr>
        <w:t xml:space="preserve">[06:43] </w:t>
      </w:r>
      <w:r>
        <w:t>so and he gave a very beautiful advice to him, a golden piece of advice. he said, "that your body has a right on you, your family has a right on you, your lord has a right on you,</w:t>
      </w:r>
    </w:p>
    <w:p>
      <w:pPr>
        <w:jc w:val="right"/>
      </w:pPr>
      <w:r>
        <w:t>" سو اینڈ ہی گیو ا ویری بیوٹیفل ایڈوائس ٹو ہم، ا گولڈن پیس آف ایڈوائس۔ ہی سیڈ، "کہ یور باڈی ہیز ا رائٹ ان یو، یور فیملی ہیز ا رائٹ ان یو، یور لارڈ ہیز ا رائٹ ان یو،</w:t>
      </w:r>
    </w:p>
    <w:p>
      <w:r>
        <w:rPr>
          <w:b/>
        </w:rPr>
        <w:t xml:space="preserve">[07:07] </w:t>
      </w:r>
      <w:r>
        <w:t>and give each of them their due</w:t>
      </w:r>
    </w:p>
    <w:p>
      <w:pPr>
        <w:jc w:val="right"/>
      </w:pPr>
      <w:r>
        <w:t>اینڈ گیو ایچ آف دیم دیر ڈیو</w:t>
      </w:r>
    </w:p>
    <w:p>
      <w:r>
        <w:rPr>
          <w:b/>
        </w:rPr>
        <w:t xml:space="preserve">[07:12] </w:t>
      </w:r>
      <w:r>
        <w:t>right." so next morning, abu darda r.a. went to the prophet and complained, "that my brother salman forced me to break my fast, and he said, 'that your lord has a right on you, your body has a right on you, your family has a right on you, and give each of them their due right.'" so rasul allah said, "sadaqa salman.</w:t>
      </w:r>
    </w:p>
    <w:p>
      <w:pPr>
        <w:jc w:val="right"/>
      </w:pPr>
      <w:r>
        <w:t>رائٹ۔" سو نیکسٹ مارننگ، ابو دردہ رضی اللہ عنہ وینٹ ٹو دا پرافٹ اینڈ کمپلینڈ، "دیٹ مائی برادر سلمان فورسڈ می ٹو بریک مائی فاسٹ، اینڈ ہی سیڈ، 'دیٹ یور لارڈ ہیز ا رائٹ ان یو، یور باڈی ہیز ا رائٹ ان یو، یور فیملی ہیز ا رائٹ ان یو، اینڈ گیو ایچ آف دیم دیر ڈیو رائٹ۔'" سو رسول اللہ سیڈ، "صدقہ سلمان۔</w:t>
      </w:r>
    </w:p>
    <w:p>
      <w:r>
        <w:rPr>
          <w:b/>
        </w:rPr>
        <w:t xml:space="preserve">[07:35] </w:t>
      </w:r>
      <w:r>
        <w:t>salman has spoken the truth."</w:t>
      </w:r>
    </w:p>
    <w:p>
      <w:pPr>
        <w:jc w:val="right"/>
      </w:pPr>
      <w:r>
        <w:t>سلمان ہیز اسپوکن دا ٹروتھ۔"</w:t>
      </w:r>
    </w:p>
    <w:p>
      <w:r>
        <w:rPr>
          <w:b/>
        </w:rPr>
        <w:t xml:space="preserve">[07:38] </w:t>
      </w:r>
      <w:r>
        <w:t>so when should bring balance and harmony in life, so moderation is part of devotion.</w:t>
      </w:r>
    </w:p>
    <w:p>
      <w:pPr>
        <w:jc w:val="right"/>
      </w:pPr>
      <w:r>
        <w:t>سو وین شوڈ برنگ بیلنس اینڈ ہارمونی ان لائف، سو ماڈریشن از پارٹ اف ڈیوشن۔</w:t>
      </w:r>
    </w:p>
    <w:p>
      <w:r>
        <w:rPr>
          <w:b/>
        </w:rPr>
        <w:t xml:space="preserve">[07:51] </w:t>
      </w:r>
      <w:r>
        <w:t>right. such a simple and non materialistic attribute, doctor sahib, i really like many of his sayings. one of his dua, i really loved, when hazrat abu darda prayed, he said, "that god, i seek refuge in you from the scattering of the heart." so</w:t>
      </w:r>
    </w:p>
    <w:p>
      <w:pPr>
        <w:jc w:val="right"/>
      </w:pPr>
      <w:r>
        <w:t>رائٹ۔ سچ ا سمپل اینڈ نان مٹیریلسٹک ایٹریبیوٹ، ڈاکٹر صاحب، آئی ریلی لائک مینی اف ہز سینگز۔ ون اف ہز دعا، آئی ریلی لوڈ، وین حضرت ابو دردہ پریڈ، ہی سیڈ، "دیٹ گاڈ، آئی سیک ریفیوج ان یو فرام دا سکیٹرنگ اف دا ہارٹ۔" سو</w:t>
      </w:r>
    </w:p>
    <w:p>
      <w:r>
        <w:rPr>
          <w:b/>
        </w:rPr>
        <w:t xml:space="preserve">[08:08] </w:t>
      </w:r>
      <w:r>
        <w:t>he was asked, "what is what you mean by scattering of the heart?" so he said, "to have wealth in every valley." it clearly tells us that distraction and wealth are directly proportional.</w:t>
      </w:r>
    </w:p>
    <w:p>
      <w:pPr>
        <w:jc w:val="right"/>
      </w:pPr>
      <w:r>
        <w:t>ہی واز اسکڈ، "واٹ از واٹ یو مین بائے سکیٹرنگ اف دی ہارٹ؟" سو ہی سیڈ، "ٹو ہیو ویلتھ ان ایوری ویلی۔" اٹ کلیئرلی ٹیلز اس دیٹ ڈسٹریکشن اینڈ ویلتھ ار ڈائریکٹلی پروپورشنل۔</w:t>
      </w:r>
    </w:p>
    <w:p>
      <w:r>
        <w:rPr>
          <w:b/>
        </w:rPr>
        <w:t xml:space="preserve">[08:21] </w:t>
      </w:r>
      <w:r>
        <w:t>if you seek more wealth, then you be more distracted, and your spiritual equilibrium will be disturbed. so its very important that you, you know, to have a balance in life.</w:t>
      </w:r>
    </w:p>
    <w:p>
      <w:pPr>
        <w:jc w:val="right"/>
      </w:pPr>
      <w:r>
        <w:t>اف یو سیک مور ویلتھ، دین یو بی مور ڈسٹریکٹڈ، اینڈ یور سپرچول ایکویلیبریم ویل بی ڈسٹربڈ۔ سو اٹس ویری امپورٹنٹ دیٹ یو، یو نو، ٹو ہیو ا بیلنس ان لائف۔</w:t>
      </w:r>
    </w:p>
    <w:p>
      <w:r>
        <w:rPr>
          <w:b/>
        </w:rPr>
        <w:t xml:space="preserve">[08:33] </w:t>
      </w:r>
      <w:r>
        <w:t>doctor sahib, as we know, that hazrat umar bin khattab made him a qazi. so he was like a chief religious authority in damascus.</w:t>
      </w:r>
    </w:p>
    <w:p>
      <w:pPr>
        <w:jc w:val="right"/>
      </w:pPr>
      <w:r>
        <w:t>ڈاکٹر صاحب، ایز وی نو، دیٹ حضرت عمر بن خطاب میڈ ہم ا قاضی۔ سو ہی واز لائک ا چیف ریلیجیس اتھارٹی ان ڈیمسکس۔</w:t>
      </w:r>
    </w:p>
    <w:p>
      <w:r>
        <w:rPr>
          <w:b/>
        </w:rPr>
        <w:t xml:space="preserve">[08:42] </w:t>
      </w:r>
      <w:r>
        <w:t>there is an interesting incident when hazrat umar decides to visit him, and its full of lessons. please tell us about that interaction.</w:t>
      </w:r>
    </w:p>
    <w:p>
      <w:pPr>
        <w:jc w:val="right"/>
      </w:pPr>
      <w:r>
        <w:t>دیر از ان انٹرسٹنگ انسیڈنٹ وین حضرت عمر ڈیسائیڈز ٹو وزٹ ہم، اینڈ اٹس فل اف لیسنز۔ پلیز ٹیل اس اباؤٹ دیٹ انٹریکشن۔</w:t>
      </w:r>
    </w:p>
    <w:p>
      <w:r>
        <w:rPr>
          <w:b/>
        </w:rPr>
        <w:t xml:space="preserve">[08:51] </w:t>
      </w:r>
      <w:r>
        <w:t>the incident which you told us, i also remember that he said, "that i even do not want to have a shop near the mosque of the prophet." it will be very easy for me to go and in time, for no prayer i will miss, but even, and i will get some profit also, but even, i don't want that kind of distraction.</w:t>
      </w:r>
    </w:p>
    <w:p>
      <w:pPr>
        <w:jc w:val="right"/>
      </w:pPr>
      <w:r>
        <w:t>دا انسیڈنٹ وچ یو ٹولڈ اس، آئی آلسو ریممبر دیٹ ہی سیڈ، "دیٹ آئی ایون ڈو ناٹ وانٹ ٹو ہیو ا شاپ نیئر دی مسک اف دی پرافٹ۔" اٹ ویل بی ویری ایزی فار می ٹو گو اینڈ ان ٹائم، فار نو پریر آئی ویل مس، بٹ ایون، اینڈ آئی ویل گیٹ سم پرافٹ آلسو، بٹ ایون، آئی ڈونٹ وانٹ دیٹ کائنڈ اف ڈسٹریکشن۔</w:t>
      </w:r>
    </w:p>
    <w:p>
      <w:r>
        <w:rPr>
          <w:b/>
        </w:rPr>
        <w:t xml:space="preserve">[09:18] </w:t>
      </w:r>
      <w:r>
        <w:t>so he wanted to completely dedicate his life to the cause of the mission. absolutely. so this is also nice incident.</w:t>
      </w:r>
    </w:p>
    <w:p>
      <w:pPr>
        <w:jc w:val="right"/>
      </w:pPr>
      <w:r>
        <w:t>سو ہی وانٹڈ ٹو کمپلیٹلی ڈیڈیکیٹ ہز لائف ٹو دی کاز اف دی مشن۔ ایبسولیوٹلی۔ سو دس از آلسو نائس انسیڈنٹ۔</w:t>
      </w:r>
    </w:p>
    <w:p>
      <w:r>
        <w:rPr>
          <w:b/>
        </w:rPr>
        <w:t xml:space="preserve">[09:28] </w:t>
      </w:r>
      <w:r>
        <w:t>umar r.a. visits one night to abu darda, and it was night time. the house was completely dark, so there was</w:t>
      </w:r>
    </w:p>
    <w:p>
      <w:pPr>
        <w:jc w:val="right"/>
      </w:pPr>
      <w:r>
        <w:t>عمر رضی اللہ عنہ وزٹس ون نائٹ ٹو ابو دردہ، اینڈ اٹ واز نائٹ ٹائم۔ دا ہاؤس واز کمپلیٹلی ڈارک، سو دیر واز</w:t>
      </w:r>
    </w:p>
    <w:p>
      <w:r>
        <w:rPr>
          <w:b/>
        </w:rPr>
        <w:t xml:space="preserve">[09:37] </w:t>
      </w:r>
      <w:r>
        <w:t>no lamp, there was nothing, no candle or anything, and silence filled in the place. so abu darda, umar r.a. was moving his hands, and he could feel nothing, just bare walls and roof floor.</w:t>
      </w:r>
    </w:p>
    <w:p>
      <w:pPr>
        <w:jc w:val="right"/>
      </w:pPr>
      <w:r>
        <w:t>نو لیمپ، دیر واز نتھنگ، نو کینڈل اور اینی تھنگ، اینڈ سائلنس فلڈ ان دا پلیس۔ سو ابو دردہ، عمر رضی اللہ عنہ واز موونگ ہز ہینڈز، اینڈ ہی کڈ فیل نتھنگ، جسٹ بئر والز اینڈ روف فلور۔</w:t>
      </w:r>
    </w:p>
    <w:p>
      <w:r>
        <w:rPr>
          <w:b/>
        </w:rPr>
        <w:t xml:space="preserve">[09:53] </w:t>
      </w:r>
      <w:r>
        <w:t>and abu darda r.a. was lying on the ground with only one thin sheet covering him, though it was a cold night.</w:t>
      </w:r>
    </w:p>
    <w:p>
      <w:pPr>
        <w:jc w:val="right"/>
      </w:pPr>
      <w:r>
        <w:t>اینڈ ابو دردہ رضی اللہ عنہ واز لائنگ ان دا گراؤنڈ ود اونلی ون تھن شیٹ کورنگ ہم، دو اٹ واز ا کولڈ نائٹ۔</w:t>
      </w:r>
    </w:p>
    <w:p>
      <w:r>
        <w:rPr>
          <w:b/>
        </w:rPr>
        <w:t xml:space="preserve">[10:01] </w:t>
      </w:r>
      <w:r>
        <w:t>so umar r.a. was moved by this scene, and he said, "why are you living like this, abu darda?" so abu darda said, "sumia to qawl al-nabi min ad-dunya ma yakfih?" have you not heard the saying of the prophet, that a man should carry from this world only what,</w:t>
      </w:r>
    </w:p>
    <w:p>
      <w:pPr>
        <w:jc w:val="right"/>
      </w:pPr>
      <w:r>
        <w:t>سو عمر رضی اللہ عنہ واز مووڈ بائی دس سین، اینڈ ہی سیڈ، "وائی آر یو لیونگ لائک دس، ابو دردہ؟" سو ابو دردہ سیڈ، "سمیا تو قول النبی من الدنیا ما یکفیہ؟" ہیو یو ناٹ ہرڈ دا سینگ اف دی پرافٹ، دیٹ ا مین شوڈ کیری فرام دس ورلڈ اونلی واٹ،</w:t>
      </w:r>
    </w:p>
    <w:p>
      <w:r>
        <w:rPr>
          <w:b/>
        </w:rPr>
        <w:t xml:space="preserve">[10:28] </w:t>
      </w:r>
      <w:r>
        <w:t>only that which he needs for his journey?</w:t>
      </w:r>
    </w:p>
    <w:p>
      <w:pPr>
        <w:jc w:val="right"/>
      </w:pPr>
      <w:r>
        <w:t>اونلی دیٹ وچ ہی نیڈز فار ہز جرنی؟</w:t>
      </w:r>
    </w:p>
    <w:p>
      <w:r>
        <w:rPr>
          <w:b/>
        </w:rPr>
        <w:t xml:space="preserve">[10:32] </w:t>
      </w:r>
      <w:r>
        <w:t>so upon hearing this, tears welled up in the eyes of both of them. so this moment was a powerful reminder of the fleeting nature of life and the reality of the hereafter.</w:t>
      </w:r>
    </w:p>
    <w:p>
      <w:pPr>
        <w:jc w:val="right"/>
      </w:pPr>
      <w:r>
        <w:t>سو اپون ہیئرنگ دس، ٹیئرز ویلڈ اپ ان دا ائیز اف بوتھ اف دیم۔ سو دس مومنٹ واز ا پاور فل ریمائنڈر اف دا فلیٹنگ نیچر اف لائف اینڈ دا ریلیٹی اف دا ہیر افٹر۔</w:t>
      </w:r>
    </w:p>
    <w:p>
      <w:r>
        <w:rPr>
          <w:b/>
        </w:rPr>
        <w:t xml:space="preserve">[10:50] </w:t>
      </w:r>
      <w:r>
        <w:t>another narration from abu darda is very important</w:t>
      </w:r>
    </w:p>
    <w:p>
      <w:pPr>
        <w:jc w:val="right"/>
      </w:pPr>
      <w:r>
        <w:t>انادر نیریشن فرام ابو دردہ از ویری امپورٹنٹ</w:t>
      </w:r>
    </w:p>
    <w:p>
      <w:r>
        <w:rPr>
          <w:b/>
        </w:rPr>
        <w:t xml:space="preserve">[10:54] </w:t>
      </w:r>
      <w:r>
        <w:t>. he said, "i wish to carry from this world only as much as a camel can carry." so his words reflected his total detachment from material possessions and his constant focus on the journey to god.</w:t>
      </w:r>
    </w:p>
    <w:p>
      <w:pPr>
        <w:jc w:val="right"/>
      </w:pPr>
      <w:r>
        <w:t>۔ ہی سیڈ، "آئی وش ٹو کیری فرام دس ورلڈ اونلی ایز مچ ایز ا کیمل کین کیری۔" سو ہز ورڈز ریفلیکٹڈ ہز ٹوٹل ڈیٹیچمنٹ فرام مٹیریل پوزیشن اینڈ ہز کانسٹنٹ فوکس ان دا جرنی ٹو گاڈ۔</w:t>
      </w:r>
    </w:p>
    <w:p>
      <w:r>
        <w:rPr>
          <w:b/>
        </w:rPr>
        <w:t xml:space="preserve">[11:21] </w:t>
      </w:r>
      <w:r>
        <w:t>doctor sahib, its an amazing explanation for the importance of contentment. i mean, even though hazrat abu darda house was bare, but his heart overflowed with faith, humility and peace, and that kind of wealth never fades.</w:t>
      </w:r>
    </w:p>
    <w:p>
      <w:pPr>
        <w:jc w:val="right"/>
      </w:pPr>
      <w:r>
        <w:t>ڈاکٹر صاحب، اٹس این امیزنگ ایکسپلینیشن فار دی امپورٹنس اف کنٹینٹمنٹ۔ آئی مین، ایون دو حضرت ابو دردہ ہاؤس واز بئر، بٹ ہز ہارٹ اوورفلوڈ ود فیتھ، ہیومیلٹی اینڈ پیس، اینڈ دیٹ کائنڈ اف ویلتھ نیور فیڈز۔</w:t>
      </w:r>
    </w:p>
    <w:p>
      <w:r>
        <w:rPr>
          <w:b/>
        </w:rPr>
        <w:t xml:space="preserve">[11:37] </w:t>
      </w:r>
      <w:r>
        <w:t>doctor sahib, in extension to what you just explained, and you also mentioned at the beginning of the conversation, that he was also a zahid, that is an ascetic.</w:t>
      </w:r>
    </w:p>
    <w:p>
      <w:pPr>
        <w:jc w:val="right"/>
      </w:pPr>
      <w:r>
        <w:t>ڈاکٹر صاحب، ان ایکسٹینشن ٹو واٹ یو جسٹ ایکسپلینڈ، اینڈ یو آلسو مینشن ایٹ دا بگننگ اف دا کنورسیشن، دیٹ ہی واز آلسو ا زاہد، دیٹ از این ایسیٹک۔</w:t>
      </w:r>
    </w:p>
    <w:p>
      <w:r>
        <w:rPr>
          <w:b/>
        </w:rPr>
        <w:t xml:space="preserve">[11:48] </w:t>
      </w:r>
      <w:r>
        <w:t>please tell us about more about who is a zahid, and what is, what are the kinds of learnings that we can derive from them?</w:t>
      </w:r>
    </w:p>
    <w:p>
      <w:pPr>
        <w:jc w:val="right"/>
      </w:pPr>
      <w:r>
        <w:t>پلیز ٹیل اس اباؤٹ مور اباؤٹ ہو از ا زاہد، اینڈ واٹ از، واٹ ار دی کائنڈ اف لرننگز دیٹ وی کین ڈرائیو فرام دیم؟</w:t>
      </w:r>
    </w:p>
    <w:p>
      <w:r>
        <w:rPr>
          <w:b/>
        </w:rPr>
        <w:t xml:space="preserve">[11:57] </w:t>
      </w:r>
      <w:r>
        <w:t>yaar, der az aneeration, hasan ibn atiya reported that some friends of abu darda stayed as his guests.</w:t>
      </w:r>
    </w:p>
    <w:p>
      <w:pPr>
        <w:jc w:val="right"/>
      </w:pPr>
      <w:r>
        <w:t>یار، دیر از ا نیریشن، حسن ابن عطیہ رپورٹڈ دیٹ سم فرینڈز اف ابو دردہ اسٹیڈ ایز ہز گیسٹ۔</w:t>
      </w:r>
    </w:p>
    <w:p>
      <w:r>
        <w:rPr>
          <w:b/>
        </w:rPr>
        <w:t xml:space="preserve">[12:09] </w:t>
      </w:r>
      <w:r>
        <w:t>so they were surprise to see that there was hardly any thing in the house, and they asked, "where have you sent your belongings?" so abu darda r.a. replied, "we have a home to which we have moved all our belongings,</w:t>
      </w:r>
    </w:p>
    <w:p>
      <w:pPr>
        <w:jc w:val="right"/>
      </w:pPr>
      <w:r>
        <w:t>سو دے وار سرپرائز ٹو سی دیٹ دیر واز ہارڈلی اینی تھنگ ان دا ہاؤس، اینڈ دے اسکڈ، "ویئر ہیو یو سینٹ یور بیلانگنگز؟" سو ابو دردہ رضی اللہ عنہ ریپلائیڈ، "وی ہیو ا ہوم ٹو وچ وی ہیو مووڈ ال اور بیلانگنگز،</w:t>
      </w:r>
    </w:p>
    <w:p>
      <w:r>
        <w:rPr>
          <w:b/>
        </w:rPr>
        <w:t xml:space="preserve">[12:33] </w:t>
      </w:r>
      <w:r>
        <w:t>meaning the hereafter.</w:t>
      </w:r>
    </w:p>
    <w:p>
      <w:pPr>
        <w:jc w:val="right"/>
      </w:pPr>
      <w:r>
        <w:t>میننگ دا ہیر افٹر۔</w:t>
      </w:r>
    </w:p>
    <w:p>
      <w:r>
        <w:rPr>
          <w:b/>
        </w:rPr>
        <w:t xml:space="preserve">[12:40] </w:t>
      </w:r>
      <w:r>
        <w:t>we have already sent ahead our provisions and weddings to it,</w:t>
      </w:r>
    </w:p>
    <w:p>
      <w:pPr>
        <w:jc w:val="right"/>
      </w:pPr>
      <w:r>
        <w:t>وی ہیو الریڈی سینٹ اہیڈ اور پروویژنز اینڈ ویڈنگز ٹو اٹ،</w:t>
      </w:r>
    </w:p>
    <w:p>
      <w:r>
        <w:rPr>
          <w:b/>
        </w:rPr>
        <w:t xml:space="preserve">[12:52] </w:t>
      </w:r>
      <w:r>
        <w:t>and before us lies a steep and difficult journey. khairun minal muathqal, very important.</w:t>
      </w:r>
    </w:p>
    <w:p>
      <w:pPr>
        <w:jc w:val="right"/>
      </w:pPr>
      <w:r>
        <w:t>اینڈ بیفور اس لائیز ا سٹیپ اینڈ ڈیفیکلٹ جرنی۔ خیر من المثقل، ویری امپورٹنٹ۔</w:t>
      </w:r>
    </w:p>
    <w:p>
      <w:r>
        <w:rPr>
          <w:b/>
        </w:rPr>
        <w:t xml:space="preserve">[13:02] </w:t>
      </w:r>
      <w:r>
        <w:t>he said, "the one who is light in worldly burden will fare better in crossing it than the one who is heavy." so his words capture the essence of his spiritual vision.</w:t>
      </w:r>
    </w:p>
    <w:p>
      <w:pPr>
        <w:jc w:val="right"/>
      </w:pPr>
      <w:r>
        <w:t>ہی سیڈ، "دا ون ہو از لائٹ ان ورلڈی برڈن ویل فیئر بیٹر ان کراسنگ اٹ دین دی ون ہو از ہیوی۔" سو ہز ورڈز کیپچر دی ایسنس اف ہز سپرچول ویژن۔</w:t>
      </w:r>
    </w:p>
    <w:p>
      <w:r>
        <w:rPr>
          <w:b/>
        </w:rPr>
        <w:t xml:space="preserve">[13:20] </w:t>
      </w:r>
      <w:r>
        <w:t>he saw the world as a temporary lodging, and the hereafter as the true abode for preparation.</w:t>
      </w:r>
    </w:p>
    <w:p>
      <w:pPr>
        <w:jc w:val="right"/>
      </w:pPr>
      <w:r>
        <w:t>ہی ساگ دی ورلڈ ایز ا ٹیمپریری لاجنگ، اینڈ دا ہیر افٹر ایز دا ٹرو اباؤٹ فار پریپریشن۔</w:t>
      </w:r>
    </w:p>
    <w:p>
      <w:r>
        <w:rPr>
          <w:b/>
        </w:rPr>
        <w:t xml:space="preserve">[13:31] </w:t>
      </w:r>
      <w:r>
        <w:t>to him, renunciation was the ability to travel lightly towards god. doctor sahib, i was reading this book, "softening of the heart" by abdullah ibn mubarak, and he explained something similar to this about a zahid.</w:t>
      </w:r>
    </w:p>
    <w:p>
      <w:pPr>
        <w:jc w:val="right"/>
      </w:pPr>
      <w:r>
        <w:t>ٹو ہم، ریننسیشن واز دی ایبیلیٹی ٹو ٹریول لائٹلی ٹورڈز گاڈ۔ ڈاکٹر صاحب، آئی واز ریڈنگ دس بک، "سوفٹننگ اف دی ہارٹ" بائے عبداللہ ابن مبارک، اینڈ ہی ایکسپلینڈ سم تھنگ سیمیلر ٹو دس اباؤٹ ا زاہد.</w:t>
      </w:r>
    </w:p>
    <w:p>
      <w:r>
        <w:rPr>
          <w:b/>
        </w:rPr>
        <w:t xml:space="preserve">[13:50] </w:t>
      </w:r>
      <w:r>
        <w:t>its a very interesting narration that he cited of the one of the great scholars of early islamic period, ibn qudamah</w:t>
      </w:r>
    </w:p>
    <w:p>
      <w:pPr>
        <w:jc w:val="right"/>
      </w:pPr>
      <w:r>
        <w:t>اٹس ا ویری انٹرسٹنگ نیریشن دیٹ ہی سائیٹڈ اف دی ون اف دا گریٹ سکالرز اف ارلی اسلامک پیریڈ، ابن قدامہ</w:t>
      </w:r>
    </w:p>
    <w:p>
      <w:r>
        <w:rPr>
          <w:b/>
        </w:rPr>
        <w:t xml:space="preserve">[13:58] </w:t>
      </w:r>
      <w:r>
        <w:t>, and his mentioned about an unforgettable simile that a person wants to enter the palace of a great king in order to meet the king.</w:t>
      </w:r>
    </w:p>
    <w:p>
      <w:pPr>
        <w:jc w:val="right"/>
      </w:pPr>
      <w:r>
        <w:t>، اینڈ ہیز مینشنڈ اباؤٹ ان انفورگیٹیبل سمیلی دیٹ ا پرسن وانٹس ٹو انٹر دا پیلس اف ا گریٹ کنگ ان ارڈر ٹو میٹ دا کنگ۔</w:t>
      </w:r>
    </w:p>
    <w:p>
      <w:r>
        <w:rPr>
          <w:b/>
        </w:rPr>
        <w:t xml:space="preserve">[14:09] </w:t>
      </w:r>
      <w:r>
        <w:t>but even though the door is wide open, he cannot enter because there is a vicious dog at the entrance. so what he does is, he throws a scrap of bread, and the dog runs towards it, and the access to the palace is open</w:t>
      </w:r>
    </w:p>
    <w:p>
      <w:pPr>
        <w:jc w:val="right"/>
      </w:pPr>
      <w:r>
        <w:t>بٹ ایون دو دا ڈور از وائیڈ اوپن، ہی کین ناٹ انٹر بیکاز دیر از ا وشیس ڈاگ ایٹ دی انٹرنس۔ سو واٹ ہی ڈز از، ہی تھروز ا سکریپ اف بریڈ، اینڈ دا ڈاگ رنز ٹورڈز اٹ، اینڈ دی ایکسیس ٹو دا پیلس از اوپن</w:t>
      </w:r>
    </w:p>
    <w:p>
      <w:r>
        <w:rPr>
          <w:b/>
        </w:rPr>
        <w:t xml:space="preserve">[14:26] </w:t>
      </w:r>
      <w:r>
        <w:t>. so the narrator says that here the dog represents the satan, and the scrap of bread is this world, and the king is the god.</w:t>
      </w:r>
    </w:p>
    <w:p>
      <w:pPr>
        <w:jc w:val="right"/>
      </w:pPr>
      <w:r>
        <w:t>۔ سو دا نیریٹر سیز دیٹ ہیر دا ڈاگ ریپریزنٹس دی سیٹن، اینڈ دی سکریپ اف بریڈ از دس ورلڈ، اینڈ دا کنگ از دا گاڈ۔</w:t>
      </w:r>
    </w:p>
    <w:p>
      <w:r>
        <w:rPr>
          <w:b/>
        </w:rPr>
        <w:t xml:space="preserve">[14:38] </w:t>
      </w:r>
      <w:r>
        <w:t>so a believer, a true believer, throws the scrap of bread in terms of throws the world aside, never to look back because his focus is to meet the creator</w:t>
      </w:r>
    </w:p>
    <w:p>
      <w:pPr>
        <w:jc w:val="right"/>
      </w:pPr>
      <w:r>
        <w:t>سو ا بیلیور، ا ٹرو بیلیور، تھروز دی سکریپ اف بریڈ ان ٹرمز اف تھروز دی ورلڈ اسائیڈ، نیور ٹو لوک بیک بیکاز ہز فوکس از ٹو میٹ دا کریٹر</w:t>
      </w:r>
    </w:p>
    <w:p>
      <w:r>
        <w:rPr>
          <w:b/>
        </w:rPr>
        <w:t xml:space="preserve">[14:49] </w:t>
      </w:r>
      <w:r>
        <w:t>. but only that person can enter who has a free heart, and the free heart can be developed only when you are free from worldly distractions.</w:t>
      </w:r>
    </w:p>
    <w:p>
      <w:pPr>
        <w:jc w:val="right"/>
      </w:pPr>
      <w:r>
        <w:t>۔ بٹ اونلی دیٹ پرسن کین انٹر ہو ہیز ا فری ہارٹ، اینڈ دا فری ہارٹ کین بی ڈویلپڈ اونلی وین یو ار فری فرام ورلڈی ڈسٹریکشن۔</w:t>
      </w:r>
    </w:p>
    <w:p>
      <w:r>
        <w:rPr>
          <w:b/>
        </w:rPr>
        <w:t xml:space="preserve">[14:57] </w:t>
      </w:r>
      <w:r>
        <w:t>so like what hazrat abu darda did, completely dis own the world and focus on the hereafter. nice narration, yaar, amazing.</w:t>
      </w:r>
    </w:p>
    <w:p>
      <w:pPr>
        <w:jc w:val="right"/>
      </w:pPr>
      <w:r>
        <w:t>سو لائک واٹ حضرت ابو دردہ ڈیڈ، کمپلیٹلی ڈس اون دا ورلڈ اینڈ فوکس ان دی ہیر افٹر۔ نائس نیریشن، یار، امیزنگ۔</w:t>
      </w:r>
    </w:p>
    <w:p>
      <w:r>
        <w:rPr>
          <w:b/>
        </w:rPr>
        <w:t xml:space="preserve">[15:08] </w:t>
      </w:r>
      <w:r>
        <w:t>doctor sahib, i want to ask the next question from the aspect of um darda</w:t>
      </w:r>
    </w:p>
    <w:p>
      <w:pPr>
        <w:jc w:val="right"/>
      </w:pPr>
      <w:r>
        <w:t>ڈاکٹر صاحب، آئی وانٹ ٹو اسک دا نیکسٹ کوسچن فرام دی ایسپیکٹ اف ام دردہ</w:t>
      </w:r>
    </w:p>
    <w:p>
      <w:r>
        <w:rPr>
          <w:b/>
        </w:rPr>
        <w:t xml:space="preserve">[15:15] </w:t>
      </w:r>
      <w:r>
        <w:t>. she is to mention that hazrat abu darda used to do a frequent act during night worship.</w:t>
      </w:r>
    </w:p>
    <w:p>
      <w:pPr>
        <w:jc w:val="right"/>
      </w:pPr>
      <w:r>
        <w:t>۔ شی از ٹو مینشن دیٹ حضرت ابو دردہ یوز ٹو ڈو ا فریکونٹ ایکٹ ڈورنگ نائٹ ورشپ۔</w:t>
      </w:r>
    </w:p>
    <w:p>
      <w:r>
        <w:rPr>
          <w:b/>
        </w:rPr>
        <w:t xml:space="preserve">[15:24] </w:t>
      </w:r>
      <w:r>
        <w:t>so if you could explain that? yaar, there is a narration from ibn abdullah ibn utbah. he once asked um darda, the wife of abu darda r.a., he asked that what was abu darda most frequent form of</w:t>
      </w:r>
    </w:p>
    <w:p>
      <w:pPr>
        <w:jc w:val="right"/>
      </w:pPr>
      <w:r>
        <w:t>سو اف یو کڈ ایکسپلین دیٹ؟ یار، دیر از ا نیریشن فرام ابن عبداللہ ابن عتبہ۔ ہی ونس اسکڈ ام دردہ، دی وائف اف ابو دردہ رضی اللہ عنہ، ہی اسکڈ دیٹ واٹ واز ابو دردہ موسٹ فریکونٹ فارم اف</w:t>
      </w:r>
    </w:p>
    <w:p>
      <w:r>
        <w:rPr>
          <w:b/>
        </w:rPr>
        <w:t xml:space="preserve">[15:40] </w:t>
      </w:r>
      <w:r>
        <w:t>worship. so she said, "at-tafakkur wal-i'tibar, reflection and contemplation." abu darda used to spend long hours thinking deeply about god's signs in the creation and the meaning of life.</w:t>
      </w:r>
    </w:p>
    <w:p>
      <w:pPr>
        <w:jc w:val="right"/>
      </w:pPr>
      <w:r>
        <w:t>ورشپ۔ سو شی سیڈ، "التفکر والاعتبار، ریفلیکشن اینڈ کونٹریپلیشن۔" ابو دردہ یوز ٹو سپینڈ لانگ اورز تھنکنگ ڈیپلی اباؤٹ گاڈ سائنز ان دا کریشن اینڈ دا میننگ اف لائف۔</w:t>
      </w:r>
    </w:p>
    <w:p>
      <w:r>
        <w:rPr>
          <w:b/>
        </w:rPr>
        <w:t xml:space="preserve">[15:56] </w:t>
      </w:r>
      <w:r>
        <w:t>for him, the great form of worship was tafakkur, the awakening of mind and heart through thinking.</w:t>
      </w:r>
    </w:p>
    <w:p>
      <w:pPr>
        <w:jc w:val="right"/>
      </w:pPr>
      <w:r>
        <w:t>فار ہم، دا گریٹ فارم اف ورشپ واز تفکر، دی اویکننگ اف مائنڈ اینڈ ہارٹ تھرو تھنکنگ۔</w:t>
      </w:r>
    </w:p>
    <w:p>
      <w:r>
        <w:rPr>
          <w:b/>
        </w:rPr>
        <w:t xml:space="preserve">[16:05] </w:t>
      </w:r>
      <w:r>
        <w:t>and he would say, "tafakkur khairun min qiyam laylah."</w:t>
      </w:r>
    </w:p>
    <w:p>
      <w:pPr>
        <w:jc w:val="right"/>
      </w:pPr>
      <w:r>
        <w:t>اینڈ ہی وڈ سے، "تفکر خیر من قیام لیلہ۔"</w:t>
      </w:r>
    </w:p>
    <w:p>
      <w:r>
        <w:rPr>
          <w:b/>
        </w:rPr>
        <w:t xml:space="preserve">[16:10] </w:t>
      </w:r>
      <w:r>
        <w:t>a moment of reflection is better than praying throughout the night. he shows, this shows that true realization of creator can only happen through thinking, contemplation,</w:t>
      </w:r>
    </w:p>
    <w:p>
      <w:pPr>
        <w:jc w:val="right"/>
      </w:pPr>
      <w:r>
        <w:t>ا مومنٹ اف ریفلیکشن از بیٹر دین پرینگ تھرو اؤٹ دی نائٹ۔ ہی شوز، دس شوز دیٹ ٹرو ریلائزیشن اف کریٹر کین اونلی ہیپن تھرو تھنکنگ، کونٹریپلیشن،</w:t>
      </w:r>
    </w:p>
    <w:p>
      <w:r>
        <w:rPr>
          <w:b/>
        </w:rPr>
        <w:t xml:space="preserve">[16:28] </w:t>
      </w:r>
      <w:r>
        <w:t>deeper awareness, tusamm, and reflection and contemplation. as mentioned by abu darda, means embracing oneself in the world of the quran,</w:t>
      </w:r>
    </w:p>
    <w:p>
      <w:pPr>
        <w:jc w:val="right"/>
      </w:pPr>
      <w:r>
        <w:t>ڈیپر اویرنس، توسم، اینڈ ریفلیکشن اینڈ کونٹریپلیشن۔ ایز مینشن بائے ابو دردہ، مینز ایمرسنگ ونسیلف ان دا ورلڈ اف دا قران،</w:t>
      </w:r>
    </w:p>
    <w:p>
      <w:r>
        <w:rPr>
          <w:b/>
        </w:rPr>
        <w:t xml:space="preserve">[16:42] </w:t>
      </w:r>
      <w:r>
        <w:t>thinking deeply about its wisdom, trying to understand its inner meanings.</w:t>
      </w:r>
    </w:p>
    <w:p>
      <w:pPr>
        <w:jc w:val="right"/>
      </w:pPr>
      <w:r>
        <w:t>تھنکنگ ڈیپلی اباؤٹ اٹس وزڈم، ٹرائنگ ٹو انڈرسٹینڈ اٹس انر میننگز۔</w:t>
      </w:r>
    </w:p>
    <w:p>
      <w:r>
        <w:rPr>
          <w:b/>
        </w:rPr>
        <w:t xml:space="preserve">[16:49] </w:t>
      </w:r>
      <w:r>
        <w:t>and the prophet p.b.u.h. said, "min kulli ayatin minha zaharun wa batin." meaning every verse has a outer meaning and it has an inner meaning.</w:t>
      </w:r>
    </w:p>
    <w:p>
      <w:pPr>
        <w:jc w:val="right"/>
      </w:pPr>
      <w:r>
        <w:t>اینڈ دا پرافٹ صلی اللہ علیہ وسلم سیڈ، "من کل ایت منہا ظاہر وبطن۔" یعنی ایوری ورس ہیز ا اؤٹر میننگ اینڈ اٹ ہیز ا انر میننگ۔</w:t>
      </w:r>
    </w:p>
    <w:p>
      <w:r>
        <w:rPr>
          <w:b/>
        </w:rPr>
        <w:t xml:space="preserve">[16:59] </w:t>
      </w:r>
      <w:r>
        <w:t>so inner meaning is the important aspect of the quran, and without this reflection, worship, worship becomes empty form, where repetition of words without spirit.</w:t>
      </w:r>
    </w:p>
    <w:p>
      <w:pPr>
        <w:jc w:val="right"/>
      </w:pPr>
      <w:r>
        <w:t>سو انر میننگ از دا امپورٹنٹ ایسپیکٹ اف دا قران، اینڈ وداؤٹ دس ریفلیکشن، ورشپ، ورشپ بیکمز ایمٹی فارم، ویر ریپیٹیشن اف ورڈز وداؤٹ اسپرٹ۔</w:t>
      </w:r>
    </w:p>
    <w:p>
      <w:r>
        <w:rPr>
          <w:b/>
        </w:rPr>
        <w:t xml:space="preserve">[17:16] </w:t>
      </w:r>
      <w:r>
        <w:t>but when contemplation is present, every act of worship, prayer, hajj, dua, zakat, fasting, becomes alive with awareness of love of the creator.</w:t>
      </w:r>
    </w:p>
    <w:p>
      <w:pPr>
        <w:jc w:val="right"/>
      </w:pPr>
      <w:r>
        <w:t>بٹ وین کونٹریپلیشن از پریزنٹ، ایوری ایکٹ اف ورشپ، پریر، حج، دعا، زکوۃ، فاسٹنگ، بیکمز الائیو ود اویرنس اف لو اف دی کریٹر۔</w:t>
      </w:r>
    </w:p>
    <w:p>
      <w:r>
        <w:rPr>
          <w:b/>
        </w:rPr>
        <w:t xml:space="preserve">[17:29] </w:t>
      </w:r>
      <w:r>
        <w:t>and there is another narration that one day the prophet sat down and took a dry twig, and he shook off the leaves.</w:t>
      </w:r>
    </w:p>
    <w:p>
      <w:pPr>
        <w:jc w:val="right"/>
      </w:pPr>
      <w:r>
        <w:t>اینڈ دیر از انادر نیریشن دیٹ ون ڈے دی پرافٹ سیٹ ڈاؤن اینڈ ٹوک ا ڈرائی ٹوگ، اینڈ ہی شوک اف دا لیوز۔</w:t>
      </w:r>
    </w:p>
    <w:p>
      <w:r>
        <w:rPr>
          <w:b/>
        </w:rPr>
        <w:t xml:space="preserve">[17:44] </w:t>
      </w:r>
      <w:r>
        <w:t>and the prophet said to abu darda r.a., "ana qaul la ilaha illallah, wallahu akbar, walhamdulillah, wasubhanullah,</w:t>
      </w:r>
    </w:p>
    <w:p>
      <w:pPr>
        <w:jc w:val="right"/>
      </w:pPr>
      <w:r>
        <w:t>اینڈ دا پرافٹ سیڈ ٹو ابو دردہ رضی اللہ عنہ، "انا قول لا الہ الا اللہ، واللہ اکبر، والحمدللہ، وسبحان اللہ،</w:t>
      </w:r>
    </w:p>
    <w:p>
      <w:r>
        <w:rPr>
          <w:b/>
        </w:rPr>
        <w:t xml:space="preserve">[17:58] </w:t>
      </w:r>
      <w:r>
        <w:t>kama yuhittu waraq ash-shajarah." saying la ilaha illallah, allah akbar, alhamdulillah, and subhanullah, removes sins just as the leaves fall from the tree.</w:t>
      </w:r>
    </w:p>
    <w:p>
      <w:pPr>
        <w:jc w:val="right"/>
      </w:pPr>
      <w:r>
        <w:t>کما یحط ورقہ الشجرہ۔" سینگ لا الہ الا اللہ، اللہ اکبر، الحمدللہ، اینڈ سبحان اللہ، ریموو سنس جسٹ ایز دی لیوز فال فرام دا ٹری۔</w:t>
      </w:r>
    </w:p>
    <w:p>
      <w:r>
        <w:rPr>
          <w:b/>
        </w:rPr>
        <w:t xml:space="preserve">[18:15] </w:t>
      </w:r>
      <w:r>
        <w:t>then the prophet said, "ya abu darda, qabli take hold of them, abu darda, before you are prevented from doing so." meaning before death comes to you, you should take hold of that.</w:t>
      </w:r>
    </w:p>
    <w:p>
      <w:pPr>
        <w:jc w:val="right"/>
      </w:pPr>
      <w:r>
        <w:t>دین دا پرافٹ سیڈ، "یا اب دردہ، قبلہ ٹیک ہولڈ اف دیم، ابو دردہ، بیفور یو ار پریوینٹڈ فرام ڈوئنگ سو۔" میننگ بیفور ڈیتھ کمز ٹو یو، یو شوڈ ٹیک ہولڈ اف دیٹ۔</w:t>
      </w:r>
    </w:p>
    <w:p>
      <w:r>
        <w:rPr>
          <w:b/>
        </w:rPr>
        <w:t xml:space="preserve">[18:33] </w:t>
      </w:r>
      <w:r>
        <w:t>and these are called al-baqiyat as-salihat, these are ever lasting good deeds.</w:t>
      </w:r>
    </w:p>
    <w:p>
      <w:pPr>
        <w:jc w:val="right"/>
      </w:pPr>
      <w:r>
        <w:t>اینڈ دیز ار کالڈ الباقیات الصالحات، دیز ار ایور لاسٹنگ گڈ ڈیڈز۔</w:t>
      </w:r>
    </w:p>
    <w:p>
      <w:r>
        <w:rPr>
          <w:b/>
        </w:rPr>
        <w:t xml:space="preserve">[18:39] </w:t>
      </w:r>
      <w:r>
        <w:t>so true remembrance is when your inner feelings take the shape of words, and that rise from the soul with sincerity.</w:t>
      </w:r>
    </w:p>
    <w:p>
      <w:pPr>
        <w:jc w:val="right"/>
      </w:pPr>
      <w:r>
        <w:t>سو ٹرو ریممبرنس از وین یور انر فیلنگز ٹیک دی شیپ اف ورڈز، اینڈ دیٹ رائز فرام دا سول ود سنسیرٹی۔</w:t>
      </w:r>
    </w:p>
    <w:p>
      <w:r>
        <w:rPr>
          <w:b/>
        </w:rPr>
        <w:t xml:space="preserve">[18:53] </w:t>
      </w:r>
      <w:r>
        <w:t>so it is not repetition of word, but it should come from from your heart.</w:t>
      </w:r>
    </w:p>
    <w:p>
      <w:pPr>
        <w:jc w:val="right"/>
      </w:pPr>
      <w:r>
        <w:t>سو اٹ از ناٹ ریپیٹیشن اف ورڈ، بٹ اٹ شوڈ کم فرام فرام یور ہارٹ۔</w:t>
      </w:r>
    </w:p>
    <w:p>
      <w:r>
        <w:rPr>
          <w:b/>
        </w:rPr>
        <w:t xml:space="preserve">[19:00] </w:t>
      </w:r>
      <w:r>
        <w:t>right, doctor sahib, this is a very important point that you have beautifully explained, because most of the time we find people focus on the rituals, on performing the act.</w:t>
      </w:r>
    </w:p>
    <w:p>
      <w:pPr>
        <w:jc w:val="right"/>
      </w:pPr>
      <w:r>
        <w:t>رائٹ، ڈاکٹر صاحب، دس از ا ویری امپورٹنٹ پوائنٹ دیٹ یو ہیو بیوٹیفلی ایکسپلینڈ، بیکاز موسٹ اف دا ٹائم وی فائنڈ پیپل فوکس ان دی ریچولز، ان پرفارمنگ دی ایکٹ۔</w:t>
      </w:r>
    </w:p>
    <w:p>
      <w:r>
        <w:rPr>
          <w:b/>
        </w:rPr>
        <w:t xml:space="preserve">[19:12] </w:t>
      </w:r>
      <w:r>
        <w:t>maulana wahiduddin khan sahib used to drive home this point a lot, which you just explained, and you expanded upon it. his to say that tadabbur is not just simply, you know, translating the word that contemplation, but it means to convert it into a deeper meaning.</w:t>
      </w:r>
    </w:p>
    <w:p>
      <w:pPr>
        <w:jc w:val="right"/>
      </w:pPr>
      <w:r>
        <w:t>مولانا وید الدین خان صاحب یوز ٹو ڈرائیو ہوم دس پوائنٹ ا لاٹ، وچ یو جسٹ ایکسپلینڈ، اینڈ یو ایکسپینڈڈ اپون اٹ۔ ہیز ٹو سی دیٹ تدبر از ناٹ جسٹ سمپلی، یو نو، ٹرانسلیٹنگ دا ورڈ دیٹ کنٹیمپلیشن، بٹ اٹ مینز ٹو کنورٹ اٹ انٹو ا ڈیپر میننگ۔</w:t>
      </w:r>
    </w:p>
    <w:p>
      <w:r>
        <w:rPr>
          <w:b/>
        </w:rPr>
        <w:t xml:space="preserve">[19:28] </w:t>
      </w:r>
      <w:r>
        <w:t>that is tadabbur</w:t>
      </w:r>
    </w:p>
    <w:p>
      <w:pPr>
        <w:jc w:val="right"/>
      </w:pPr>
      <w:r>
        <w:t>دیٹ از تدبر</w:t>
      </w:r>
    </w:p>
    <w:p>
      <w:r>
        <w:rPr>
          <w:b/>
        </w:rPr>
        <w:t xml:space="preserve">[19:29] </w:t>
      </w:r>
      <w:r>
        <w:t>, and thusam is when you convert non spiritual items into spiritual items. and if you develop this art of conversion, then you develop aala marifat, higher god realization.</w:t>
      </w:r>
    </w:p>
    <w:p>
      <w:pPr>
        <w:jc w:val="right"/>
      </w:pPr>
      <w:r>
        <w:t>، اینڈ توسم از وین یو کنورٹ نان سپرچول ائٹمز انٹو سپرچول ائٹمز۔ اینڈ اف یو ڈیویلپ دس ارٹ اف کنورژن، دین یو ڈیویلپ اعلی معرفت، ہائر گاڈ ریلائزیشن۔</w:t>
      </w:r>
    </w:p>
    <w:p>
      <w:r>
        <w:rPr>
          <w:b/>
        </w:rPr>
        <w:t xml:space="preserve">[19:40] </w:t>
      </w:r>
      <w:r>
        <w:t>so this is a very important point that you highlighted, doctor sahib, and we must bring this in our thought process that merely performing the act is not sufficient.</w:t>
      </w:r>
    </w:p>
    <w:p>
      <w:pPr>
        <w:jc w:val="right"/>
      </w:pPr>
      <w:r>
        <w:t>سو دس از ا ویری امپورٹنٹ پوائنٹ دیٹ یو ہائی لائٹڈ، ڈاکٹر صاحب، اینڈ وی مسٹ برنگ دس ان اور تھاٹ پروسیس دیٹ میرلی پرفارمنگ دی ایکٹ از ناٹ سفیشنٹ۔</w:t>
      </w:r>
    </w:p>
    <w:p>
      <w:r>
        <w:rPr>
          <w:b/>
        </w:rPr>
        <w:t xml:space="preserve">[19:52] </w:t>
      </w:r>
      <w:r>
        <w:t>the spirit behind it is the most important aspect of it.</w:t>
      </w:r>
    </w:p>
    <w:p>
      <w:pPr>
        <w:jc w:val="right"/>
      </w:pPr>
      <w:r>
        <w:t>دا سپرٹ بیہائنڈ اٹ از دا موسٹ امپورٹنٹ ایسپیکٹ اف اٹ۔</w:t>
      </w:r>
    </w:p>
    <w:p>
      <w:r>
        <w:rPr>
          <w:b/>
        </w:rPr>
        <w:t xml:space="preserve">[19:58] </w:t>
      </w:r>
      <w:r>
        <w:t>doctor sahib, there is one incident when hazrat abu darda cried all through the night, and he prayed to allah to beautify his character, and that surprised um darda quite a bit.</w:t>
      </w:r>
    </w:p>
    <w:p>
      <w:pPr>
        <w:jc w:val="right"/>
      </w:pPr>
      <w:r>
        <w:t>ڈاکٹر صاحب، دیر از ون انسیڈنٹ وین حضرت ابو دردہ کرائیڈ ال تھرو دا نائٹ، اینڈ ہی پریڈ ٹو اللہ ٹو بیوٹیفائی ہز کریکٹر، اینڈ دیٹ سرپرائزڈ ام دردہ کوائٹ ا بٹ۔</w:t>
      </w:r>
    </w:p>
    <w:p>
      <w:r>
        <w:rPr>
          <w:b/>
        </w:rPr>
        <w:t xml:space="preserve">[20:11] </w:t>
      </w:r>
      <w:r>
        <w:t>please tell us about that. yar, there is a very nice narration. it is um darda has described it, and um darda qalat from um darda said, "qam abu darda layla yusalli?"</w:t>
      </w:r>
    </w:p>
    <w:p>
      <w:pPr>
        <w:jc w:val="right"/>
      </w:pPr>
      <w:r>
        <w:t>پلیز ٹیل اس اباؤٹ دیٹ۔ یار، دیر از ا ویری نائس نیریشن۔ اٹ از ام دردہ ہیز ڈسکرائبڈ اٹ، اینڈ ام دردہ قالت فرام ام دردہ سیڈ، "کام ابو دردہ لیلۃ یصلی؟"</w:t>
      </w:r>
    </w:p>
    <w:p>
      <w:r>
        <w:rPr>
          <w:b/>
        </w:rPr>
        <w:t xml:space="preserve">[20:29] </w:t>
      </w:r>
      <w:r>
        <w:t>abu darda stood up one night to pray, i also stood to pray with him, and he began to cry, allah khaliq,</w:t>
      </w:r>
    </w:p>
    <w:p>
      <w:pPr>
        <w:jc w:val="right"/>
      </w:pPr>
      <w:r>
        <w:t>ابو دردہ اسٹوڈ اپ ون نائٹ ٹو پری، ائی السو اسٹوڈ ٹو پری ود ہم، اینڈ ہی بیگن ٹو کرائی، اللہ خلق،</w:t>
      </w:r>
    </w:p>
    <w:p>
      <w:r>
        <w:rPr>
          <w:b/>
        </w:rPr>
        <w:t xml:space="preserve">[20:47] </w:t>
      </w:r>
      <w:r>
        <w:t>and he said, "o allah, just as you beautified my outward form, so beautify my inner character as well."</w:t>
      </w:r>
    </w:p>
    <w:p>
      <w:pPr>
        <w:jc w:val="right"/>
      </w:pPr>
      <w:r>
        <w:t>اینڈ ہی سیڈ، "او اللہ، جسٹ ایز یو بیوٹیفائیڈ مائی اؤٹ ورڈ فارم، سو بیوٹیفائی مائی انر کریکٹر ایز ویل۔"</w:t>
      </w:r>
    </w:p>
    <w:p>
      <w:r>
        <w:rPr>
          <w:b/>
        </w:rPr>
        <w:t xml:space="preserve">[20:59] </w:t>
      </w:r>
      <w:r>
        <w:t>he continued making this dua until fajr prayer. so she was surprised, and she said, "ya abu darda,</w:t>
      </w:r>
    </w:p>
    <w:p>
      <w:pPr>
        <w:jc w:val="right"/>
      </w:pPr>
      <w:r>
        <w:t>ہی کنٹینیوڈ میکنگ دس دعا انٹل فجر پریر۔ سو شی واز سرپرائزڈ، اینڈ شی سیڈ، "یا اب دردہ،</w:t>
      </w:r>
    </w:p>
    <w:p>
      <w:r>
        <w:rPr>
          <w:b/>
        </w:rPr>
        <w:t xml:space="preserve">[21:13] </w:t>
      </w:r>
      <w:r>
        <w:t>so um darda said, o abu darda, did you spend the entire night praying only for good character?" meaning you had no other thing to pray for.</w:t>
      </w:r>
    </w:p>
    <w:p>
      <w:pPr>
        <w:jc w:val="right"/>
      </w:pPr>
      <w:r>
        <w:t>سو ام دردہ سیڈ، او ابو دردہ، ڈیڈ یو سپینڈ دی انٹائر نائٹ پرینگ اونلی فار گڈ کریکٹر؟" میننگ یو ہیڈ نو ادر تھنگ ٹو پری فار۔</w:t>
      </w:r>
    </w:p>
    <w:p>
      <w:r>
        <w:rPr>
          <w:b/>
        </w:rPr>
        <w:t xml:space="preserve">[21:26] </w:t>
      </w:r>
      <w:r>
        <w:t>so abu darda r.a. says, "ya um darda, innal mu'min la yazal yuhassin khuluqahu hatta yudkhiluhullah bihi al-jannah." o um darda, the believer continues improving, continues working on his character until allah enters him to paradise because of it.</w:t>
      </w:r>
    </w:p>
    <w:p>
      <w:pPr>
        <w:jc w:val="right"/>
      </w:pPr>
      <w:r>
        <w:t>سو ابو دردہ رضی اللہ عنہ سیز، "یا ام دردہ، ان المومن لا یزال یحسن خلقہ حتیٰیدخلہ اللہ بہ الجنہ۔" او ام دردہ، دی بیلیور کنٹینیوز امپروونگ، کنٹینیوز ورکنگ ان ہز کریکٹر انٹل اللہ اینٹرز ہم ٹو پیراڈائز بیکاز اف اٹ۔</w:t>
      </w:r>
    </w:p>
    <w:p>
      <w:r>
        <w:rPr>
          <w:b/>
        </w:rPr>
        <w:t xml:space="preserve">[21:52] </w:t>
      </w:r>
      <w:r>
        <w:t>it's a such important aspect that your good character will not only help you in the world, but it's also will take you to the paradise.</w:t>
      </w:r>
    </w:p>
    <w:p>
      <w:pPr>
        <w:jc w:val="right"/>
      </w:pPr>
      <w:r>
        <w:t>اٹس ا سچ امپورٹنٹ ایسپیکٹ دیٹ یور گڈ کریکٹر ول ناٹ اونلی ہیلپ یو ان دا ورلڈ، بٹ اٹس السو ول ٹیک یو ٹو دا پیراڈائز۔</w:t>
      </w:r>
    </w:p>
    <w:p>
      <w:r>
        <w:rPr>
          <w:b/>
        </w:rPr>
        <w:t xml:space="preserve">[22:04] </w:t>
      </w:r>
      <w:r>
        <w:t>and he says, "and the man who corrupts his character until that very character enters him into fire."</w:t>
      </w:r>
    </w:p>
    <w:p>
      <w:pPr>
        <w:jc w:val="right"/>
      </w:pPr>
      <w:r>
        <w:t>اینڈ ہی سیز، "این دا مین ہو کرپٹس ہز کریکٹر انٹل دیٹ ویری کریکٹر اینٹرز ہم انٹو فائر۔"</w:t>
      </w:r>
    </w:p>
    <w:p>
      <w:r>
        <w:rPr>
          <w:b/>
        </w:rPr>
        <w:t xml:space="preserve">[22:22] </w:t>
      </w:r>
      <w:r>
        <w:t>and then he said something very important, "innal abd ni'am." and he said,</w:t>
      </w:r>
    </w:p>
    <w:p>
      <w:pPr>
        <w:jc w:val="right"/>
      </w:pPr>
      <w:r>
        <w:t>اینڈ دین ہی سیڈ سم تھنگ ویری امپورٹنٹ، "ان العبد نعم۔" اینڈ ہی سیڈ،</w:t>
      </w:r>
    </w:p>
    <w:p>
      <w:r>
        <w:rPr>
          <w:b/>
        </w:rPr>
        <w:t xml:space="preserve">[22:38] </w:t>
      </w:r>
      <w:r>
        <w:t>"an allah servant is forgiven while he is sleeping." so abu darda was surprised, "how can somebody be forgiven while he is sleeping?</w:t>
      </w:r>
    </w:p>
    <w:p>
      <w:pPr>
        <w:jc w:val="right"/>
      </w:pPr>
      <w:r>
        <w:t>"این اے سرونٹ اف اللہ از فورگیون وائل ہی سلیپنگ۔" سو ام دردہ واز سرپرائزڈ، "ہاؤ کین سم بڈی بی فورگیون وائل ہی سلیپنگ؟</w:t>
      </w:r>
    </w:p>
    <w:p>
      <w:r>
        <w:rPr>
          <w:b/>
        </w:rPr>
        <w:t xml:space="preserve">[22:49] </w:t>
      </w:r>
      <w:r>
        <w:t>" and abu darda replied, "he had shown good character." he had shown good character to his friend,</w:t>
      </w:r>
    </w:p>
    <w:p>
      <w:pPr>
        <w:jc w:val="right"/>
      </w:pPr>
      <w:r>
        <w:t>" اینڈ ابو دردہ ریپلائیڈ، "یکون قد احسن خلقہ۔" ہی ہیڈ شون گڈ کریکٹر ٹو ہز فرینڈ،</w:t>
      </w:r>
    </w:p>
    <w:p>
      <w:r>
        <w:rPr>
          <w:b/>
        </w:rPr>
        <w:t xml:space="preserve">[23:02] </w:t>
      </w:r>
      <w:r>
        <w:t>and that friend to whom he had shown good character, he got up at night, and he prayed to allah, "for you in your absence, and he is forgiven because of his</w:t>
      </w:r>
    </w:p>
    <w:p>
      <w:pPr>
        <w:jc w:val="right"/>
      </w:pPr>
      <w:r>
        <w:t>اینڈ دیٹ فرینڈ ٹو ہوم ہی ہیڈ شون گڈ کریکٹر، ہی گاٹ اپ ایٹ نائٹ، اینڈ ہی پریڈ ٹو اللہ، "فار یو ان یور ایبسنس، اینڈ ہی از فورگیون بیکاز اف ہز</w:t>
      </w:r>
    </w:p>
    <w:p>
      <w:r>
        <w:rPr>
          <w:b/>
        </w:rPr>
        <w:t xml:space="preserve">[23:15] </w:t>
      </w:r>
      <w:r>
        <w:t>dua." so this is a very important aspect that someone else is praying for you while you are sleeping, you are unaware, and god grants you paradise.</w:t>
      </w:r>
    </w:p>
    <w:p>
      <w:pPr>
        <w:jc w:val="right"/>
      </w:pPr>
      <w:r>
        <w:t>دعا۔" سو دس از ا ویری امپورٹنٹ ایسپیکٹ دیٹ سم ون ایلس از پرینگ فار یو وائل یو ار سلیپنگ، یو ار ان اویئر، اینڈ گاڈ گرانٹس یو جنت۔</w:t>
      </w:r>
    </w:p>
    <w:p>
      <w:r>
        <w:rPr>
          <w:b/>
        </w:rPr>
        <w:t xml:space="preserve">[23:27] </w:t>
      </w:r>
      <w:r>
        <w:t>this is a very, let's say, the power of dua, and the key message from abu darda (r.a.), that if you treat people beautifully, they will pray for you in absence,</w:t>
      </w:r>
    </w:p>
    <w:p>
      <w:pPr>
        <w:jc w:val="right"/>
      </w:pPr>
      <w:r>
        <w:t>دس از ا ویری، لیٹس سے، دا پاور اف دعا، اینڈ دا کی میسج فرام ابو دردہ رضی اللہ عنہ، دیٹ اف یو ٹریٹ پیپل بیوٹیفولی، دے ول پری فار یو ان ایبسنس،</w:t>
      </w:r>
    </w:p>
    <w:p>
      <w:r>
        <w:rPr>
          <w:b/>
        </w:rPr>
        <w:t xml:space="preserve">[23:43] </w:t>
      </w:r>
      <w:r>
        <w:t>in your absence, and allah will forgive you even when you are unaware. very beautifully explained, doctor sahib, jazak allah.</w:t>
      </w:r>
    </w:p>
    <w:p>
      <w:pPr>
        <w:jc w:val="right"/>
      </w:pPr>
      <w:r>
        <w:t>ان یور ایبسنس، اینڈ اللہ ول فورگیو یو ایون وین یو ار ان اویئر۔ ویری بیوٹیفلی ایکسپلین، ڈاکٹر صاحب، جزاک اللہ۔</w:t>
      </w:r>
    </w:p>
    <w:p>
      <w:r>
        <w:rPr>
          <w:b/>
        </w:rPr>
        <w:t xml:space="preserve">[23:52] </w:t>
      </w:r>
      <w:r>
        <w:t>character is so important, i mean, it's everything. it's like part of the inner dress. maulana sahib, like he has explained in his tadhkir, like just like you have an outer dress, you have an inner dress, and the inner garment is a garment of righteousness, which is born out of taqwa</w:t>
      </w:r>
    </w:p>
    <w:p>
      <w:pPr>
        <w:jc w:val="right"/>
      </w:pPr>
      <w:r>
        <w:t>کریکٹر از سو امپورٹنٹ، ائی مین، اٹس ایوری تھنگ۔ اٹس لائک پارٹ اف دی انر ڈریس۔ مولانا صاحب، لائک ہیز ایکسپلینڈ ان ہز تذکیر، لائک جسٹ لائک یو ہیو ا اؤٹر ڈریس، یو ہیو ا انر ڈریس، اینڈ دی انر گارمنٹ از ا گارمنٹ اف رائچسنس، وچ از بورن اؤٹ اف تقوی</w:t>
      </w:r>
    </w:p>
    <w:p>
      <w:r>
        <w:rPr>
          <w:b/>
        </w:rPr>
        <w:t xml:space="preserve">[24:11] </w:t>
      </w:r>
      <w:r>
        <w:t>. so just as we cover our outer body, taqwa covers our soul and protects us from sin and purifies us and makes us fit for paradise.</w:t>
      </w:r>
    </w:p>
    <w:p>
      <w:pPr>
        <w:jc w:val="right"/>
      </w:pPr>
      <w:r>
        <w:t>۔ سو جسٹ ایز وی کور اور اؤٹر باڈی، تقوی کورز اور سول اینڈ پروٹیکٹس اس فرام سیٹن اینڈ پیوریفائیز اس اینڈ میکس اس فٹ فار پیراڈائز۔</w:t>
      </w:r>
    </w:p>
    <w:p>
      <w:r>
        <w:rPr>
          <w:b/>
        </w:rPr>
        <w:t xml:space="preserve">[24:23] </w:t>
      </w:r>
      <w:r>
        <w:t>doctor sahib, there is one dua that prophet muhammad (peace be upon him) made, and hazrat abu darda narrated it, expressing complete trust in allah.</w:t>
      </w:r>
    </w:p>
    <w:p>
      <w:pPr>
        <w:jc w:val="right"/>
      </w:pPr>
      <w:r>
        <w:t>ڈاکٹر صاحب، دیر از ون دعا دیٹ پرافٹ محمد صلی اللہ علیہ وسلم میڈ، اینڈ حضرت ابو دردہ نیریٹڈ اٹ، ایکسپریسنگ کمپلیٹ ٹرسٹ ان اللہ۔</w:t>
      </w:r>
    </w:p>
    <w:p>
      <w:r>
        <w:rPr>
          <w:b/>
        </w:rPr>
        <w:t xml:space="preserve">[24:36] </w:t>
      </w:r>
      <w:r>
        <w:t>please tell us about the deeper meaning of that dua. true,</w:t>
      </w:r>
    </w:p>
    <w:p>
      <w:pPr>
        <w:jc w:val="right"/>
      </w:pPr>
      <w:r>
        <w:t>پلیز ٹیل اس اباؤٹ دا ڈیپر میننگ اف دیٹ دعا۔ ٹرو،</w:t>
      </w:r>
    </w:p>
    <w:p>
      <w:r>
        <w:rPr>
          <w:b/>
        </w:rPr>
        <w:t xml:space="preserve">[24:42] </w:t>
      </w:r>
      <w:r>
        <w:t>yes, abu darda (r.a.) narrated that the prophet had said, "whoever says every day</w:t>
      </w:r>
    </w:p>
    <w:p>
      <w:pPr>
        <w:jc w:val="right"/>
      </w:pPr>
      <w:r>
        <w:t>یس، ابو دردہ رضی اللہ عنہا نیریٹڈ دیٹ دی پرافٹ ہیڈ سیڈ، "من قال کل یوم</w:t>
      </w:r>
    </w:p>
    <w:p>
      <w:r>
        <w:rPr>
          <w:b/>
        </w:rPr>
        <w:t xml:space="preserve">[24:54] </w:t>
      </w:r>
      <w:r>
        <w:t>seven times, whoever says every morning and evening seven times, hasbunallahu la ilaha illa huwa, allah is sufficient for me, there is no deity but him, alayhi tawakkaltu,</w:t>
      </w:r>
    </w:p>
    <w:p>
      <w:pPr>
        <w:jc w:val="right"/>
      </w:pPr>
      <w:r>
        <w:t>سب مرات، ہو ایور سیز ایوری مارننگ اینڈ ایوننگ سیون ٹائم، حسبی اللہ لا الہ الاھو، اللہ از سفیشنٹ فار می، دیر از نو ڈیٹی بٹ ہم، علیہ توکلت،</w:t>
      </w:r>
    </w:p>
    <w:p>
      <w:r>
        <w:rPr>
          <w:b/>
        </w:rPr>
        <w:t xml:space="preserve">[25:08] </w:t>
      </w:r>
      <w:r>
        <w:t>on him i place my trust, wa huwa rabbul arsh</w:t>
      </w:r>
    </w:p>
    <w:p>
      <w:pPr>
        <w:jc w:val="right"/>
      </w:pPr>
      <w:r>
        <w:t>ان ہم ائی پلیس مائی ٹرسٹ، وھو رب العرش</w:t>
      </w:r>
    </w:p>
    <w:p>
      <w:r>
        <w:rPr>
          <w:b/>
        </w:rPr>
        <w:t xml:space="preserve">[25:12] </w:t>
      </w:r>
      <w:r>
        <w:t>al-azim, and he is the lord of the mighty throne, kafaahulllahu ma ahammadun dunya wal akhirah. allah will suffice him in whatever concerns him of this world and the hereafter." so this is an amazing dua, very beautiful dua.</w:t>
      </w:r>
    </w:p>
    <w:p>
      <w:pPr>
        <w:jc w:val="right"/>
      </w:pPr>
      <w:r>
        <w:t>العظیم، اینڈ ہی از دا لارڈ اف دا مائٹی تھرون، کفاہ اللہ من امر الدنیا والاخرہ۔ اللہ ول سفائز ہم ان واٹ ایور کنسرنز ہم اف دس ورلڈ اینڈ دا ہیر افٹر۔" سو دس از ا امیزنگ دعا، ویری بیوٹیفل دعا۔</w:t>
      </w:r>
    </w:p>
    <w:p>
      <w:r>
        <w:rPr>
          <w:b/>
        </w:rPr>
        <w:t xml:space="preserve">[25:32] </w:t>
      </w:r>
      <w:r>
        <w:t>this expresses absolute surrender and complete reliance upon god,</w:t>
      </w:r>
    </w:p>
    <w:p>
      <w:pPr>
        <w:jc w:val="right"/>
      </w:pPr>
      <w:r>
        <w:t>دس ایکسپریسز ایبسولیوٹ سرینڈر اینڈ کمپلیٹ ریلائنس اپون گاڈ،</w:t>
      </w:r>
    </w:p>
    <w:p>
      <w:r>
        <w:rPr>
          <w:b/>
        </w:rPr>
        <w:t xml:space="preserve">[25:41] </w:t>
      </w:r>
      <w:r>
        <w:t>and this dua is an invitation to live with unshakeable faith, to see god's presence in every event, and to entrust all matters to him.</w:t>
      </w:r>
    </w:p>
    <w:p>
      <w:pPr>
        <w:jc w:val="right"/>
      </w:pPr>
      <w:r>
        <w:t>اینڈ دس دعا از این انویٹیشن ٹو لیو ود انشیکبل فیتھ، ٹو سی گاڈز پریزنس ان ایوری ایونٹ، اینڈ ٹو انٹرسٹ ال میٹرز ٹو ہم۔</w:t>
      </w:r>
    </w:p>
    <w:p>
      <w:r>
        <w:rPr>
          <w:b/>
        </w:rPr>
        <w:t xml:space="preserve">[25:59] </w:t>
      </w:r>
      <w:r>
        <w:t>but one should know that one should not repeat these words without understanding or without having any feeling, because the prophet had said, "repeat this seven times in the morning, seven times in the evening." it's not a matter of repetition, it's a matter of understanding and praying the dua as if it is coming from your heart.</w:t>
      </w:r>
    </w:p>
    <w:p>
      <w:pPr>
        <w:jc w:val="right"/>
      </w:pPr>
      <w:r>
        <w:t>بٹ ون شوڈ نو دیٹ ون شوڈ ناٹ ریپیٹ دیز ورڈز وداؤٹ انڈرسٹینڈنگ اور وداؤٹ ہیونگ اینی فیلنگ، بیکاز دا پرافٹ ہیڈ سیڈ، "ریپیٹ دس سیون ٹائمز ان دا مارننگ، سیون ٹائمز ان دا ایوننگ۔" اٹس ناٹ ا میٹر اف ریپیٹیشن، اٹس ا میٹر اف انڈرسٹینڈنگ اینڈ پرینگ دی دعا ایز اف اٹ از کمنگ فرام یور ہارٹ۔</w:t>
      </w:r>
    </w:p>
    <w:p>
      <w:r>
        <w:rPr>
          <w:b/>
        </w:rPr>
        <w:t xml:space="preserve">[26:27] </w:t>
      </w:r>
      <w:r>
        <w:t>if you are just verbal repetition, then there is no not much benefit. so dua, yani dua jo hai, woh aap ke dil ki awaaz honi chahiye.</w:t>
      </w:r>
    </w:p>
    <w:p>
      <w:pPr>
        <w:jc w:val="right"/>
      </w:pPr>
      <w:r>
        <w:t>اف یو ار جسٹ وربل ریپیٹیشن، دین دیر از نو ناٹ مچ بینیفٹ۔ سو دعا، یعنی دعا جو ہے، وہ اپ کے دل کی آواز ہونی چاہیے۔</w:t>
      </w:r>
    </w:p>
    <w:p>
      <w:r>
        <w:rPr>
          <w:b/>
        </w:rPr>
        <w:t xml:space="preserve">[26:37] </w:t>
      </w:r>
      <w:r>
        <w:t>zaban se ada kiye hue kalmat nahi hain jab tak dil se woh gehri kaifiyat bedaar na ho, aur us us kaifiyat ke dauran kuch alfaaz nikal jayein.</w:t>
      </w:r>
    </w:p>
    <w:p>
      <w:pPr>
        <w:jc w:val="right"/>
      </w:pPr>
      <w:r>
        <w:t>زبان سے ادا کیے ہوئے کلمات نہیں ہیں جب تک دل سے وہ گہری کیفیت بیدار نہ ہو، اور اس اس کیفیت کے دوران کچھ الفاظ نکل جائیں۔</w:t>
      </w:r>
    </w:p>
    <w:p>
      <w:r>
        <w:rPr>
          <w:b/>
        </w:rPr>
        <w:t xml:space="preserve">[26:49] </w:t>
      </w:r>
      <w:r>
        <w:t>zaroori nahi hai ke yahi sahi, yeh exactly yahi alfaaz niklein, balkeh kuch alfaaz niklein allah ko pukarne ke liye, toh wahi yani gehri dua hai.</w:t>
      </w:r>
    </w:p>
    <w:p>
      <w:pPr>
        <w:jc w:val="right"/>
      </w:pPr>
      <w:r>
        <w:t>ضروری نہیں ہے کہ یہی صحیح، یہ ایگزیکٹلی یہی الفاظ نکلیں، بلکہ کچھ الفاظ نکلیں اللہ کو پکارنے کے لیے، تو وہی یعنی گہری دعا ہے۔</w:t>
      </w:r>
    </w:p>
    <w:p>
      <w:r>
        <w:rPr>
          <w:b/>
        </w:rPr>
        <w:t xml:space="preserve">[26:59] </w:t>
      </w:r>
      <w:r>
        <w:t>chunki logon ko samajhane ke liye rasool allah kis tarah ki hadith'en aati hain ke saat baar yeh kaho, saat baar yeh ho, it doesn't mean that you have to repeat exactly without any spirit.</w:t>
      </w:r>
    </w:p>
    <w:p>
      <w:pPr>
        <w:jc w:val="right"/>
      </w:pPr>
      <w:r>
        <w:t>چونکہ لوگوں کو سمجھانے کے لیے رسول اللہ کس طرح کی حدیثیں آتی ہیں کہ سات بار یہ کہو، سات بار یہ ہو، اٹ ڈزنٹ مین دیٹ یو ہیو ٹو ریپیٹ ایگزیکٹلی وداؤٹ اینی سپرٹ۔</w:t>
      </w:r>
    </w:p>
    <w:p>
      <w:r>
        <w:rPr>
          <w:b/>
        </w:rPr>
        <w:t xml:space="preserve">[27:09] </w:t>
      </w:r>
      <w:r>
        <w:t>so the spirit is more important than the words. right, ya</w:t>
      </w:r>
    </w:p>
    <w:p>
      <w:pPr>
        <w:jc w:val="right"/>
      </w:pPr>
      <w:r>
        <w:t>سو دا سپرٹ از مور امپورٹنٹ دین دی ورڈز۔ رائٹ، یا</w:t>
      </w:r>
    </w:p>
    <w:p>
      <w:r>
        <w:rPr>
          <w:b/>
        </w:rPr>
        <w:t xml:space="preserve">[27:15] </w:t>
      </w:r>
      <w:r>
        <w:t>doctor sahib, it is said like you should not speak all behind someone's back, but there is one virtue which if you do behind someone's back, it is considered as an act of goodness, and angels record it, and god multiplies it, and that is praying in someone's absence.</w:t>
      </w:r>
    </w:p>
    <w:p>
      <w:pPr>
        <w:jc w:val="right"/>
      </w:pPr>
      <w:r>
        <w:t>ڈاکٹر صاحب، اٹ از سیڈ لائک یو شوڈ ناٹ سپیک ال بیہائنڈ سم ونز بیک، بٹ دیر از ون ورچو وچ اف یو ڈو بیہائنڈ سم ونز بیک، اٹ از کنسیڈرڈ ایز این ایکٹ اف گڈنس، اینڈ اینجلز ریکارڈ اٹ، اینڈ گاڈ ملٹیپلائیز اٹ، اینڈ دیٹ از پرینگ ان سم ونز ایبسنس۔</w:t>
      </w:r>
    </w:p>
    <w:p>
      <w:r>
        <w:rPr>
          <w:b/>
        </w:rPr>
        <w:t xml:space="preserve">[27:32] </w:t>
      </w:r>
      <w:r>
        <w:t>you also gave a hint of it in one of your answers. so please tell us what are the virtues of praying in someone's absence.</w:t>
      </w:r>
    </w:p>
    <w:p>
      <w:pPr>
        <w:jc w:val="right"/>
      </w:pPr>
      <w:r>
        <w:t>یو السو گیو ا ہنٹ اف اٹ ان ون اف یور انسرز۔ سو پلیز ٹیل اس واٹ ار دا ورچوز اف پرینگ ان سم ونز ایبسنس۔</w:t>
      </w:r>
    </w:p>
    <w:p>
      <w:r>
        <w:rPr>
          <w:b/>
        </w:rPr>
        <w:t xml:space="preserve">[27:41] </w:t>
      </w:r>
      <w:r>
        <w:t>yaar, there is a very nice narration.</w:t>
      </w:r>
    </w:p>
    <w:p>
      <w:pPr>
        <w:jc w:val="right"/>
      </w:pPr>
      <w:r>
        <w:t>یار، دیر از ا ویری نائس نیریشن۔</w:t>
      </w:r>
    </w:p>
    <w:p>
      <w:r>
        <w:rPr>
          <w:b/>
        </w:rPr>
        <w:t xml:space="preserve">[27:46] </w:t>
      </w:r>
      <w:r>
        <w:t>safwan ibn abdullah, he was a well known tabi'i, and was the son of umm darda's sister.</w:t>
      </w:r>
    </w:p>
    <w:p>
      <w:pPr>
        <w:jc w:val="right"/>
      </w:pPr>
      <w:r>
        <w:t>صفوان ابن عبداللہ، ہی واز ا ویل نون تابعی، اینڈ واز دی سن اف ام دردہ سسٹر۔</w:t>
      </w:r>
    </w:p>
    <w:p>
      <w:r>
        <w:rPr>
          <w:b/>
        </w:rPr>
        <w:t xml:space="preserve">[27:56] </w:t>
      </w:r>
      <w:r>
        <w:t>so he he he was also hadith narrator as well. so once he came to visit abu darda r.a., but found that he was not at home.</w:t>
      </w:r>
    </w:p>
    <w:p>
      <w:pPr>
        <w:jc w:val="right"/>
      </w:pPr>
      <w:r>
        <w:t>سو ہی ہی ہی واز السو حدیث نیریٹر ایز ویل۔ سو ونس ہی کیم ٹو وزٹ ابو دردہ رضی اللہ عنہ، بٹ فاؤنڈ دیٹ ہی واز ناٹ ایٹ ہوم۔</w:t>
      </w:r>
    </w:p>
    <w:p>
      <w:r>
        <w:rPr>
          <w:b/>
        </w:rPr>
        <w:t xml:space="preserve">[28:07] </w:t>
      </w:r>
      <w:r>
        <w:t>so umm darda asked him, "are you going to hajj this year?" and he replied, "yes</w:t>
      </w:r>
    </w:p>
    <w:p>
      <w:pPr>
        <w:jc w:val="right"/>
      </w:pPr>
      <w:r>
        <w:t>سو ام دردہ اسکڈ ہم، "ار یو گوئنگ ٹو حج دس ایئر؟" اینڈ ہی ریپلائیڈ، "یس</w:t>
      </w:r>
    </w:p>
    <w:p>
      <w:r>
        <w:rPr>
          <w:b/>
        </w:rPr>
        <w:t xml:space="preserve">[28:13] </w:t>
      </w:r>
      <w:r>
        <w:t>". so she said, "then pray for us with goodness." and she quoted a hadith of the prophet, "in da'wat muslim mustajabah." the prayer of a believer for his fellow brother in his absence is answered.</w:t>
      </w:r>
    </w:p>
    <w:p>
      <w:pPr>
        <w:jc w:val="right"/>
      </w:pPr>
      <w:r>
        <w:t>۔" سو شی سیڈ، "دین پری فار اس ود گڈنس۔" اینڈ شی کوٹڈ ا حدیث اف دی پرافٹ، "ان دعوت مسلم مستجابہ۔" دی پریر اف ا بیلیور فار ہز فیلو برادر ان ہز ایبسنس از انسرڈ۔</w:t>
      </w:r>
    </w:p>
    <w:p>
      <w:r>
        <w:rPr>
          <w:b/>
        </w:rPr>
        <w:t xml:space="preserve">[28:32] </w:t>
      </w:r>
      <w:r>
        <w:t>in malak muwakkal at his head, there is appointed angel,</w:t>
      </w:r>
    </w:p>
    <w:p>
      <w:pPr>
        <w:jc w:val="right"/>
      </w:pPr>
      <w:r>
        <w:t>ان ملک موکل ایٹ ہز ہیڈ، دیر از اپوائنٹڈ اینجل،</w:t>
      </w:r>
    </w:p>
    <w:p>
      <w:r>
        <w:rPr>
          <w:b/>
        </w:rPr>
        <w:t xml:space="preserve">[28:45] </w:t>
      </w:r>
      <w:r>
        <w:t>"ameen, whenever he prays for his brother good, the angel says, 'ameen, and may you also have the same.'" and the prophet also said, "allah ashhadu an al-'ibad kullu ikhwah." the prophet had said that, "o allah, i bear witness that all your servants,</w:t>
      </w:r>
    </w:p>
    <w:p>
      <w:pPr>
        <w:jc w:val="right"/>
      </w:pPr>
      <w:r>
        <w:t>"امین، وین ایور ہی پریز فار ہز برادر گڈ، دی اینجل سیز، 'امین، اینڈ می یو السو ہیو دا سیم۔'" اینڈ دا پرافٹ السو سیڈ، "اللہ اشھد ان العباد کل اخواہ۔" دا پرافٹ ہیڈ سیڈ دیٹ، "او اللہ، ائی بیئر وٹنس دیٹ ال یور سرونٹس،</w:t>
      </w:r>
    </w:p>
    <w:p>
      <w:r>
        <w:rPr>
          <w:b/>
        </w:rPr>
        <w:t xml:space="preserve">[29:03] </w:t>
      </w:r>
      <w:r>
        <w:t>the entire humanity, are brothers and sisters to each other</w:t>
      </w:r>
    </w:p>
    <w:p>
      <w:pPr>
        <w:jc w:val="right"/>
      </w:pPr>
      <w:r>
        <w:t>دا انٹائر ہیومینٹی، ار برادرز اینڈ سسٹرز ٹو ایچ ادر</w:t>
      </w:r>
    </w:p>
    <w:p>
      <w:r>
        <w:rPr>
          <w:b/>
        </w:rPr>
        <w:t xml:space="preserve">[29:09] </w:t>
      </w:r>
      <w:r>
        <w:t>". so this hadith teaches us selfless prayer and compassionate for others. so we should pray for people for their guidance, for the entire humanity, are one brother and sister.</w:t>
      </w:r>
    </w:p>
    <w:p>
      <w:pPr>
        <w:jc w:val="right"/>
      </w:pPr>
      <w:r>
        <w:t>۔" سو دس حدیث ٹیچز اس سیلف لیس پریر اینڈ کمپیشنٹ فار ادر۔ سو وی شوڈ پری فار پیپل فار دیر گائیڈنس، فار دا انٹائر ہیومینٹی، ار ون برادر اینڈ سسٹر۔</w:t>
      </w:r>
    </w:p>
    <w:p>
      <w:r>
        <w:rPr>
          <w:b/>
        </w:rPr>
        <w:t xml:space="preserve">[29:29] </w:t>
      </w:r>
      <w:r>
        <w:t>all humanity are like brothers and sisters. so we should pray for the people for their guidance</w:t>
      </w:r>
    </w:p>
    <w:p>
      <w:pPr>
        <w:jc w:val="right"/>
      </w:pPr>
      <w:r>
        <w:t>ال ہیومینٹی ار لائک برادر اینڈ سسٹرز۔ سو وی شوڈ پری فار دا پیپل فار دیر گائیڈنس</w:t>
      </w:r>
    </w:p>
    <w:p>
      <w:r>
        <w:rPr>
          <w:b/>
        </w:rPr>
        <w:t xml:space="preserve">[29:38] </w:t>
      </w:r>
      <w:r>
        <w:t>", and the believers heart should always be filled with concern and welfare and guidance for the people. the prophet s.a.w. used to say, "none of you truly believe until he loves for his brother what he loves for himself." this the true believer is a well wisher of the humanity,</w:t>
      </w:r>
    </w:p>
    <w:p>
      <w:pPr>
        <w:jc w:val="right"/>
      </w:pPr>
      <w:r>
        <w:t>، اینڈ دا بیلیورز ہارٹ شوڈ الویز بی فلڈ ود کنسرن اینڈ ویلفیئر اینڈ گائیڈنس فار دا پیپل۔ دا پرافٹ صلی اللہ علیہ وسلم یوز ٹو سی، "نن اف یو ٹرولی بیلیو انٹل ہی لوز فار ہز برادر واٹ ہی لوز فار ہم سیلف۔" دس دا ٹرو بیلیور از ا ویل وشر اف دا ہیومینٹی،</w:t>
      </w:r>
    </w:p>
    <w:p>
      <w:r>
        <w:rPr>
          <w:b/>
        </w:rPr>
        <w:t xml:space="preserve">[30:04] </w:t>
      </w:r>
      <w:r>
        <w:t>one who prays for others, even even when they are unaware of it. so this is important aspect that also for conveying the message of the quran, we should pray for people that they understand the message,</w:t>
      </w:r>
    </w:p>
    <w:p>
      <w:pPr>
        <w:jc w:val="right"/>
      </w:pPr>
      <w:r>
        <w:t>ون ہو پریز فار ادر، ایون ایون وین دے ار ان اویئر اف اٹ۔ سو دس از امپورٹنٹ ایسپیکٹ دیٹ السو فار کنوینگ دی میسج اف دا قران، وی شوڈ پری فار پیپل دیٹ دے انڈرسٹینڈ دی میسج،</w:t>
      </w:r>
    </w:p>
    <w:p>
      <w:r>
        <w:rPr>
          <w:b/>
        </w:rPr>
        <w:t xml:space="preserve">[30:26] </w:t>
      </w:r>
      <w:r>
        <w:t>because in the hadith we find that in those days there was no printed</w:t>
      </w:r>
    </w:p>
    <w:p>
      <w:pPr>
        <w:jc w:val="right"/>
      </w:pPr>
      <w:r>
        <w:t>بیکاز ان دا حدیث وی فائنڈ دیٹ ان دوز ڈیز دیر واز نو پرنٹڈ</w:t>
      </w:r>
    </w:p>
    <w:p>
      <w:r>
        <w:rPr>
          <w:b/>
        </w:rPr>
        <w:t xml:space="preserve">[30:33] </w:t>
      </w:r>
      <w:r>
        <w:t>copy. now we have a printed copy, we give quran or maulana books and so on. but sahaba used to recite the passages of the quran,</w:t>
      </w:r>
    </w:p>
    <w:p>
      <w:pPr>
        <w:jc w:val="right"/>
      </w:pPr>
      <w:r>
        <w:t>کاپی۔ ناو وی ہیو ا پرنٹڈ کاپی، وی گیو قران اور مولانا بکس اینڈ سو ان۔ بٹ صحابہ یوز ٹو ریسائٹ دی پیسجز اف دا قران،</w:t>
      </w:r>
    </w:p>
    <w:p>
      <w:r>
        <w:rPr>
          <w:b/>
        </w:rPr>
        <w:t xml:space="preserve">[30:46] </w:t>
      </w:r>
      <w:r>
        <w:t>alayhim al-quran, al-islam, that they recited the quran and they presented islam. so now it is, it has become so easy for us that we explain and we can give a book also, so that people can underst</w:t>
      </w:r>
    </w:p>
    <w:p>
      <w:pPr>
        <w:jc w:val="right"/>
      </w:pPr>
      <w:r>
        <w:t>علیہم القران، الاسلام، دیٹ دے ریسائیٹڈ دا قران اینڈ دے پریزنٹڈ اسلام۔ سو ناو اٹ از، اٹ ہیز بیکم سو ایزی فار اس دیٹ وی ایکسپلین اینڈ وی کین گیو ا بک السو، سو دیٹ پیپل کین انڈرسٹ</w:t>
      </w:r>
    </w:p>
    <w:p>
      <w:r>
        <w:rPr>
          <w:b/>
        </w:rPr>
        <w:t xml:space="preserve">[31:03] </w:t>
      </w:r>
      <w:r>
        <w:t>and. so this is the well wishing for the humanity is very important. yes, absolutely. doctor sahib, there is one very famous hadith which hazrat abu darda narrated about helping the poor.</w:t>
      </w:r>
    </w:p>
    <w:p>
      <w:pPr>
        <w:jc w:val="right"/>
      </w:pPr>
      <w:r>
        <w:t>ینڈ۔ سو دس از دا ویل وشنگ فار دا ہیومینٹی از ویری امپورٹنٹ۔ یس، ایبسولیوٹلی۔ ڈاکٹر صاحب، دیر از ون ویری فیمس حدیث وچ حضرت ابو دردہ نیریٹڈ اباؤٹ ہیلپنگ دا پور۔</w:t>
      </w:r>
    </w:p>
    <w:p>
      <w:r>
        <w:rPr>
          <w:b/>
        </w:rPr>
        <w:t xml:space="preserve">[31:15] </w:t>
      </w:r>
      <w:r>
        <w:t>so what does that hadith teaches us? please tell us about that. yar, this is a important prayer hadith which abu darda r.a. narrated, "</w:t>
      </w:r>
    </w:p>
    <w:p>
      <w:pPr>
        <w:jc w:val="right"/>
      </w:pPr>
      <w:r>
        <w:t>سو واٹ ڈز دیٹ حدیث ٹیچز اس؟ پلیز ٹیل اس اباؤٹ دیٹ۔ یار، دس از ا امپورٹنٹ پریر حدیث وچ ابو دردہ رضی اللہ عنہ نیریٹڈ، "</w:t>
      </w:r>
    </w:p>
    <w:p>
      <w:r>
        <w:rPr>
          <w:b/>
        </w:rPr>
        <w:t xml:space="preserve">[31:36] </w:t>
      </w:r>
      <w:r>
        <w:t>seek me among the poor, the weak ones, as the way you treat the weak ones, you are given support and sustenance from allah." so the prophet is teaching here that poor, humble and weak among the community are often the source of divine mercy, blessing and grace</w:t>
      </w:r>
    </w:p>
    <w:p>
      <w:pPr>
        <w:jc w:val="right"/>
      </w:pPr>
      <w:r>
        <w:t>سیکھ می امنگ دا پور، دا ویک ونز، ایز دا وے یو ٹریٹ دا ویک ونز، یو ار گیون سپورٹ اینڈ سسٹیننس فرام اللہ۔" سو دا پرافٹ از ٹیچنگ ہیر دیٹ پور، ہمبل اینڈ ویک امنگ دا کمیونٹی ار افن دا سورس اف ڈیوائن مرسی، بلیسنگ اینڈ گریس</w:t>
      </w:r>
    </w:p>
    <w:p>
      <w:r>
        <w:rPr>
          <w:b/>
        </w:rPr>
        <w:t xml:space="preserve">[31:57] </w:t>
      </w:r>
      <w:r>
        <w:t>". their sincerity, their patience and prayer attract god's help in a way unseen to the worldly mind.</w:t>
      </w:r>
    </w:p>
    <w:p>
      <w:pPr>
        <w:jc w:val="right"/>
      </w:pPr>
      <w:r>
        <w:t>۔ دیر سنسیرٹی، دیر پیشنس اینڈ پریر اٹریکٹ گاڈز ہیلپ ان اے وے ان سین ٹو دا ورلڈلی مائنڈ۔</w:t>
      </w:r>
    </w:p>
    <w:p>
      <w:r>
        <w:rPr>
          <w:b/>
        </w:rPr>
        <w:t xml:space="preserve">[32:07] </w:t>
      </w:r>
      <w:r>
        <w:t>so when a community serves its weak members, it invites divine help and divine protection.</w:t>
      </w:r>
    </w:p>
    <w:p>
      <w:pPr>
        <w:jc w:val="right"/>
      </w:pPr>
      <w:r>
        <w:t>سو وین ا کمیونٹی سروس اٹس ویک ممبرز، اٹ انوائٹس ڈیوائن ہیلپ اینڈ ڈیوائن پروٹیکشن۔</w:t>
      </w:r>
    </w:p>
    <w:p>
      <w:r>
        <w:rPr>
          <w:b/>
        </w:rPr>
        <w:t xml:space="preserve">[32:19] </w:t>
      </w:r>
      <w:r>
        <w:t>and doctor sahib, when a society owns its weak, then god owns that society, and blessings of god descend upon those people.</w:t>
      </w:r>
    </w:p>
    <w:p>
      <w:pPr>
        <w:jc w:val="right"/>
      </w:pPr>
      <w:r>
        <w:t>اینڈ ڈاکٹر صاحب، وین ا سوسائٹی اونرز اٹس ویک، دین گاڈ اونرز دیٹ سوسائٹی، اینڈ بلیسنگز اف گاڈ ڈیسینڈ اپون دوز پیپل۔</w:t>
      </w:r>
    </w:p>
    <w:p>
      <w:r>
        <w:rPr>
          <w:b/>
        </w:rPr>
        <w:t xml:space="preserve">[32:28] </w:t>
      </w:r>
      <w:r>
        <w:t>so its very important. doctor sahib, the companions of abu darda praised him not because he was very knowledgeable, but because he lived in islam</w:t>
      </w:r>
    </w:p>
    <w:p>
      <w:pPr>
        <w:jc w:val="right"/>
      </w:pPr>
      <w:r>
        <w:t>سو اٹس ویری امپورٹنٹ۔ ڈاکٹر صاحب، دی کمپینینز اف ابو دردہ پریزڈ ہم ناٹ بیکاز ہی واز ویری نالج ایبل، بٹ بیکاز ہی لیوڈ ان اسلام</w:t>
      </w:r>
    </w:p>
    <w:p>
      <w:r>
        <w:rPr>
          <w:b/>
        </w:rPr>
        <w:t xml:space="preserve">[32:41] </w:t>
      </w:r>
      <w:r>
        <w:t>". so please tell us about some of the testimonies, how the other sahaba talked about hazrat abu darda, and what can we learn from it?</w:t>
      </w:r>
    </w:p>
    <w:p>
      <w:pPr>
        <w:jc w:val="right"/>
      </w:pPr>
      <w:r>
        <w:t>۔ سو پلیز ٹیل اس اباؤٹ سم اف دا ٹیسٹیمونیز، ہاؤ دی ادر صحابہ ٹاکڈ اباؤٹ حضرت ابو دردہ، اینڈ واٹ کین وی لرن فرام اٹ؟</w:t>
      </w:r>
    </w:p>
    <w:p>
      <w:r>
        <w:rPr>
          <w:b/>
        </w:rPr>
        <w:t xml:space="preserve">[32:51] </w:t>
      </w:r>
      <w:r>
        <w:t>yes, many sahaba talked about abu</w:t>
      </w:r>
    </w:p>
    <w:p>
      <w:pPr>
        <w:jc w:val="right"/>
      </w:pPr>
      <w:r>
        <w:t>یس، مینی صحابہ ٹاکڈ اباؤٹ ابو</w:t>
      </w:r>
    </w:p>
    <w:p>
      <w:r>
        <w:rPr>
          <w:b/>
        </w:rPr>
        <w:t xml:space="preserve">[32:56] </w:t>
      </w:r>
      <w:r>
        <w:t>darda, like when mu'adh ibn jabal r.a. was passing away, he said, "abdur rahman ibn umm makhtum, salman al-farsi, ibn mas'ud, abdullah ibn s</w:t>
      </w:r>
    </w:p>
    <w:p>
      <w:pPr>
        <w:jc w:val="right"/>
      </w:pPr>
      <w:r>
        <w:t>دردہ، لائک وین معاذ ابن جبل رضی اللہ عنہ واز پاسنگ اوے، ہی سیڈ، "ابدر وسلمان فارسی، ابن مسعود، عبداللہ بن س</w:t>
      </w:r>
    </w:p>
    <w:p>
      <w:r>
        <w:rPr>
          <w:b/>
        </w:rPr>
        <w:t xml:space="preserve">[33:13] </w:t>
      </w:r>
      <w:r>
        <w:t>alam, seek knowledge from four, abu darda, salman al-farsi, ibn mas'ud, and abdullah ibn salam r.a." and in the same way, abu durr al-ghafari said about abu darda, beautiful words, "ma hamalat waraqu wa ma azallat khadra rajulan a'lamu minka ya ab darda." in little poetic</w:t>
      </w:r>
    </w:p>
    <w:p>
      <w:pPr>
        <w:jc w:val="right"/>
      </w:pPr>
      <w:r>
        <w:t>لام، سیکھ نالج فرام فور، ابو دردہ، سلمان فارسی، ابن مسعود، اینڈ عبداللہ ابن سلام رضی اللہ عنہم۔" اینڈ ان دا سیم وے، ابو در الغفاری سیڈ اباؤٹ ابو دردہ، بیوٹی فل ورڈز، "ما حملت ورقہ وما ازلت خضرا رجلا اعلم منک یا اب دردہ۔" ان لٹل پوئٹک</w:t>
      </w:r>
    </w:p>
    <w:p>
      <w:r>
        <w:rPr>
          <w:b/>
        </w:rPr>
        <w:t xml:space="preserve">[33:40] </w:t>
      </w:r>
      <w:r>
        <w:t>way, he said, "there is no man in the face of the earth carried by any part of the earth or shaded by any tree more knowledgeable than you o ab dardah." so many sahaba spoke high about abu dardah (ra), because of his dedication and his commitment to the prophet's mission.</w:t>
      </w:r>
    </w:p>
    <w:p>
      <w:pPr>
        <w:jc w:val="right"/>
      </w:pPr>
      <w:r>
        <w:t>وے، ہی سیڈ، "دیر از نو مین ان دا فیس اف دی ارتھ کیریڈ بائے اینی پارٹ اف دی ارتھ اور شیڈڈ بائے اینی ٹری مور نالج ایبل دین یو او اب دردہ۔" سو مینی صحابہ سپوک ہائی اباؤٹ ابو دردہ رضی اللہ عنہ، بیکاز اف ہز ڈیڈیکیشن اینڈ ہز کمٹمنٹ ٹو دی پرافٹس مشن۔</w:t>
      </w:r>
    </w:p>
    <w:p>
      <w:r>
        <w:rPr>
          <w:b/>
        </w:rPr>
        <w:t xml:space="preserve">[34:07] </w:t>
      </w:r>
      <w:r>
        <w:t>and doctor sahib, when hazrat abu dardah moved to syria, he established the first halqa system and transformed the city into quranic center of learning.</w:t>
      </w:r>
    </w:p>
    <w:p>
      <w:pPr>
        <w:jc w:val="right"/>
      </w:pPr>
      <w:r>
        <w:t>اینڈ ڈاکٹر صاحب، وین حضرت ابو دردہ موو ٹو سیریا، ہی اسٹیبلش دا فرسٹ حلقہ سسٹم اینڈ ٹرانسفارم دا سٹی انٹو قرانک سینٹر اف لرننگ۔</w:t>
      </w:r>
    </w:p>
    <w:p>
      <w:r>
        <w:rPr>
          <w:b/>
        </w:rPr>
        <w:t xml:space="preserve">[34:17] </w:t>
      </w:r>
      <w:r>
        <w:t>so please tell us about that also. yar, saad ibn ishaq narrated from muhammad ibn ka'ab that five companions were among the first to memorize and compile the quran.</w:t>
      </w:r>
    </w:p>
    <w:p>
      <w:pPr>
        <w:jc w:val="right"/>
      </w:pPr>
      <w:r>
        <w:t>سو پلیز ٹیل اس اباؤٹ دیٹ السو۔ یار، سعد ابن اسحاق نیریٹڈ فرام محمد ابن کعب دیٹ فائیو کمپینینز وار امنگ دا فرسٹ ٹو میمرائز اینڈ کمپائل دا قران۔</w:t>
      </w:r>
    </w:p>
    <w:p>
      <w:r>
        <w:rPr>
          <w:b/>
        </w:rPr>
        <w:t xml:space="preserve">[34:32] </w:t>
      </w:r>
      <w:r>
        <w:t>they were mu'adh ibn jabal, ubada ibn as-samit, abu ad-darda, abu ayyub al-ansari, and ubayy ibn ka'b.</w:t>
      </w:r>
    </w:p>
    <w:p>
      <w:pPr>
        <w:jc w:val="right"/>
      </w:pPr>
      <w:r>
        <w:t>دے وار معاذ ابن جبل، عبادہ ابن السامت، ابو الدردہ، ابو ایوب الانصاری، اینڈ ابی ابن کعب۔</w:t>
      </w:r>
    </w:p>
    <w:p>
      <w:r>
        <w:rPr>
          <w:b/>
        </w:rPr>
        <w:t xml:space="preserve">[34:43] </w:t>
      </w:r>
      <w:r>
        <w:t>so during the khilafat of umar (ra), yazeed ibn abi sufyan, the governor of syria, he wrote to umar (ra), saying that people in syria need teachers to teach them the quran.</w:t>
      </w:r>
    </w:p>
    <w:p>
      <w:pPr>
        <w:jc w:val="right"/>
      </w:pPr>
      <w:r>
        <w:t>سو ڈیورنگ دی خلیفۃ اف عمر رضی اللہ عنہ، یزید ابن ابی سفیان، دی گورنر اف سیریا، ہی روٹ ٹو عمر رضی اللہ عنہ، سینگ دیٹ پیپل ان سیریا نیڈ ٹیچرز ٹو ٹیچ دیم دا قران۔</w:t>
      </w:r>
    </w:p>
    <w:p>
      <w:r>
        <w:rPr>
          <w:b/>
        </w:rPr>
        <w:t xml:space="preserve">[35:01] </w:t>
      </w:r>
      <w:r>
        <w:t>so he requested umar (ra) to send scholars who could teach them and guide them. so hazrat umar called upon five companions to undertake this noble mission, out of which abu ayyub al-ansari and ubayy ibn ka'b were old, and they were not well.</w:t>
      </w:r>
    </w:p>
    <w:p>
      <w:pPr>
        <w:jc w:val="right"/>
      </w:pPr>
      <w:r>
        <w:t>سو ہی ریکویسٹڈ عمر رضی اللہ عنہ ٹو سینڈ سکالرز ہو کڈ ٹیچ دیم اینڈ گائیڈ دیم۔ سو حضرت عمر کالڈ اپون فائیو کمپینینز ٹو انڈرٹیک دس نوبل مشن، اؤٹ اف وچ ابو ایوب الانصاری اینڈ ابی ابن کعب وار اولڈ، اینڈ دے وار ناٹ ویل۔</w:t>
      </w:r>
    </w:p>
    <w:p>
      <w:r>
        <w:rPr>
          <w:b/>
        </w:rPr>
        <w:t xml:space="preserve">[35:22] </w:t>
      </w:r>
      <w:r>
        <w:t>so they were unable to travel due to illness.</w:t>
      </w:r>
    </w:p>
    <w:p>
      <w:pPr>
        <w:jc w:val="right"/>
      </w:pPr>
      <w:r>
        <w:t>سو دے وار ان ایبل ٹو ٹریول ڈیو ٹو الن</w:t>
      </w:r>
    </w:p>
    <w:p>
      <w:r>
        <w:rPr>
          <w:b/>
        </w:rPr>
        <w:t xml:space="preserve">[35:25] </w:t>
      </w:r>
      <w:r>
        <w:t>so umar (ra) selected three sahaba, mu'adh ibn jabal, ubada ibn as-samit, and abu ad-darda, for this task.</w:t>
      </w:r>
    </w:p>
    <w:p>
      <w:pPr>
        <w:jc w:val="right"/>
      </w:pPr>
      <w:r>
        <w:t>س۔ سو عمر رضی اللہ عنہ سلیکٹڈ تھری صحابہ، معاذ ابن جبل، عبادہ ابن السامت، اینڈ ابو دردہ، فار دس ٹاسک۔</w:t>
      </w:r>
    </w:p>
    <w:p>
      <w:r>
        <w:rPr>
          <w:b/>
        </w:rPr>
        <w:t xml:space="preserve">[35:36] </w:t>
      </w:r>
      <w:r>
        <w:t>and umar (ra) instructed them first to go to homs. homs is a town in syria, it is called homs in english, and begin teaching there</w:t>
      </w:r>
    </w:p>
    <w:p>
      <w:pPr>
        <w:jc w:val="right"/>
      </w:pPr>
      <w:r>
        <w:t>اینڈ عمر رضی اللہ عنہ انسٹرکٹڈ دیم فرسٹ ٹو گو ٹو ہمس۔ ہمس از ا ٹاؤن ان سیریا، اٹ از کالڈ ہمس ان انگلش، اینڈ بیگن ٹیچنگ دیر</w:t>
      </w:r>
    </w:p>
    <w:p>
      <w:r>
        <w:rPr>
          <w:b/>
        </w:rPr>
        <w:t xml:space="preserve">[35:49] </w:t>
      </w:r>
      <w:r>
        <w:t>. and he said, "when you taught people in homs, then move to damascus and palestine." so all three companions arrived in homs and started teaching people the quran.</w:t>
      </w:r>
    </w:p>
    <w:p>
      <w:pPr>
        <w:jc w:val="right"/>
      </w:pPr>
      <w:r>
        <w:t>۔ اینڈ ہی سیڈ، "وین یو ٹاٹ پیپل ان ہمس، دین موو ٹو ڈیمسکس اینڈ پیلسٹائن۔" سو ال تھری کمپینینز ارائیوڈ ان ہمس اینڈ سٹارٹڈ ٹیچنگ پیپل دا قران۔</w:t>
      </w:r>
    </w:p>
    <w:p>
      <w:r>
        <w:rPr>
          <w:b/>
        </w:rPr>
        <w:t xml:space="preserve">[36:04] </w:t>
      </w:r>
      <w:r>
        <w:t>and after some times, abu ad-darda (ra) moved to damascus, mu'adh ibn jabal went to palestine, and ubada ibn as-samit stayed in</w:t>
      </w:r>
    </w:p>
    <w:p>
      <w:pPr>
        <w:jc w:val="right"/>
      </w:pPr>
      <w:r>
        <w:t>اینڈ افٹر سم ٹائمز، ابو دردہ رضی اللہ عنہ موو ٹو ڈیمسکس، معاذ ابن جبل وینٹ ٹو پیلسٹائن، اینڈ عبادہ ابن السامت سٹیڈ ان</w:t>
      </w:r>
    </w:p>
    <w:p>
      <w:r>
        <w:rPr>
          <w:b/>
        </w:rPr>
        <w:t xml:space="preserve">[36:14] </w:t>
      </w:r>
      <w:r>
        <w:t>homs. so in this way, these companions became the first teachers of the quran in the land of syria and palestine.</w:t>
      </w:r>
    </w:p>
    <w:p>
      <w:pPr>
        <w:jc w:val="right"/>
      </w:pPr>
      <w:r>
        <w:t>ہمس۔ سو ان دس وے، دیز کمپینینز بیکم دا فرسٹ ٹیچرز اف دا قران ان دا لینڈ اف سیریا اینڈ پیلسٹائن۔</w:t>
      </w:r>
    </w:p>
    <w:p>
      <w:r>
        <w:rPr>
          <w:b/>
        </w:rPr>
        <w:t xml:space="preserve">[36:23] </w:t>
      </w:r>
      <w:r>
        <w:t>and through their dedication, travel and hard work, the message of the quran reached to distant lands within a short period of time.</w:t>
      </w:r>
    </w:p>
    <w:p>
      <w:pPr>
        <w:jc w:val="right"/>
      </w:pPr>
      <w:r>
        <w:t>اینڈ تھرو دیر ڈیڈیکیشن، ٹریول اینڈ ہارڈ ورک، دی میسج اف دا قران ریچڈ ٹو ڈسٹنٹ لینڈز ود ان ا شارٹ پیریڈ اف ٹ</w:t>
      </w:r>
    </w:p>
    <w:p>
      <w:r>
        <w:rPr>
          <w:b/>
        </w:rPr>
        <w:t xml:space="preserve">[36:33] </w:t>
      </w:r>
      <w:r>
        <w:t>and abu ad-darda in particular became known as the first qadi, the first judge, and the chief teacher of the quran in damascus.</w:t>
      </w:r>
    </w:p>
    <w:p>
      <w:pPr>
        <w:jc w:val="right"/>
      </w:pPr>
      <w:r>
        <w:t>ائم۔ اینڈ ابو دردہ ان پرٹیکولر بیکم نون ایز دا فرسٹ قاضی، دا فرسٹ جج، اینڈ دا چیف ٹیچر اف دی قران ان ڈیمسکس۔</w:t>
      </w:r>
    </w:p>
    <w:p>
      <w:r>
        <w:rPr>
          <w:b/>
        </w:rPr>
        <w:t xml:space="preserve">[36:46] </w:t>
      </w:r>
      <w:r>
        <w:t>and as you also mentioned, he organized quran circles, which is called halqa, meaning people sitting in a circle in the mosque of damascus.</w:t>
      </w:r>
    </w:p>
    <w:p>
      <w:pPr>
        <w:jc w:val="right"/>
      </w:pPr>
      <w:r>
        <w:t>اینڈ ایز یو السو مینشنڈ، ہی ارگنائزڈ قران سرکلز، وچ از کالڈ حلقہ، میننگ پیپل سٹنگ ان ا سرکل ان دا مسک اف ڈیمسکس۔</w:t>
      </w:r>
    </w:p>
    <w:p>
      <w:r>
        <w:rPr>
          <w:b/>
        </w:rPr>
        <w:t xml:space="preserve">[36:56] </w:t>
      </w:r>
      <w:r>
        <w:t>even today, if you go to arab countries, after fajr, they sit in halqa,</w:t>
      </w:r>
    </w:p>
    <w:p>
      <w:pPr>
        <w:jc w:val="right"/>
      </w:pPr>
      <w:r>
        <w:t>ایون ٹوڈے، اف یو گو ٹو عرب کنٹریز، افٹر فجر، دے سٹ ان حلقہ،</w:t>
      </w:r>
    </w:p>
    <w:p>
      <w:r>
        <w:rPr>
          <w:b/>
        </w:rPr>
        <w:t xml:space="preserve">[37:01] </w:t>
      </w:r>
      <w:r>
        <w:t>they sit in circle, then they read the quran, discuss about it. so it's a very good habit, which is still continued. so he organized the quran circles.</w:t>
      </w:r>
    </w:p>
    <w:p>
      <w:pPr>
        <w:jc w:val="right"/>
      </w:pPr>
      <w:r>
        <w:t>دے سٹ ان سرکل، دین دے ریڈ دا قران، ڈسکس اباؤٹ اٹ۔ سو اٹس ا ویری گڈ ہیبٹ، وچ از اسٹل کنٹینیوڈ۔ سو ہی ارگنائزڈ دا قران سرکلز۔</w:t>
      </w:r>
    </w:p>
    <w:p>
      <w:r>
        <w:rPr>
          <w:b/>
        </w:rPr>
        <w:t xml:space="preserve">[37:12] </w:t>
      </w:r>
      <w:r>
        <w:t>he was the first to organize quran circles, halqa, in the mosque of damascus, where hundreds would gather to study the quran.</w:t>
      </w:r>
    </w:p>
    <w:p>
      <w:pPr>
        <w:jc w:val="right"/>
      </w:pPr>
      <w:r>
        <w:t>ہی واز دا فرسٹ ٹو ارگنائز قران سرکلز، حلقہ، ان دا مسک اف ڈیمسکس، ویر ہنڈرڈز وڈ گیدر ٹو سٹڈی دا قران۔</w:t>
      </w:r>
    </w:p>
    <w:p>
      <w:r>
        <w:rPr>
          <w:b/>
        </w:rPr>
        <w:t xml:space="preserve">[37:22] </w:t>
      </w:r>
      <w:r>
        <w:t>and he was the first to introduce this system for studying the quran. and he used to supervise about 200</w:t>
      </w:r>
    </w:p>
    <w:p>
      <w:pPr>
        <w:jc w:val="right"/>
      </w:pPr>
      <w:r>
        <w:t>اینڈ ہی واز دا فرسٹ ٹو انٹروڈیوس دس سسٹم فار سٹڈی دا قران۔ اینڈ ہی یوز ٹو سپروائز اباؤٹ 200</w:t>
      </w:r>
    </w:p>
    <w:p>
      <w:r>
        <w:rPr>
          <w:b/>
        </w:rPr>
        <w:t xml:space="preserve">[37:30] </w:t>
      </w:r>
      <w:r>
        <w:t>halqa. you can imagine massive scene of about 200 halqa.</w:t>
      </w:r>
    </w:p>
    <w:p>
      <w:pPr>
        <w:jc w:val="right"/>
      </w:pPr>
      <w:r>
        <w:t>حلقہ۔ یو کین امیجن میسو سین اف اباؤٹ 200 حلقہ۔</w:t>
      </w:r>
    </w:p>
    <w:p>
      <w:r>
        <w:rPr>
          <w:b/>
        </w:rPr>
        <w:t xml:space="preserve">[37:38] </w:t>
      </w:r>
      <w:r>
        <w:t>every halqa used to have 10 people. so 2000 people sitting and reading the quran, that must have been an incredible scene.</w:t>
      </w:r>
    </w:p>
    <w:p>
      <w:pPr>
        <w:jc w:val="right"/>
      </w:pPr>
      <w:r>
        <w:t>ایوری حلقہ یوز ٹو ہیو 10 پیپل۔ سو 2000 پیپل سٹنگ اینڈ ریڈنگ دا قران، دیٹ مسٹ ہیو بین ا انکریڈیبل سین۔</w:t>
      </w:r>
    </w:p>
    <w:p>
      <w:r>
        <w:rPr>
          <w:b/>
        </w:rPr>
        <w:t xml:space="preserve">[37:48] </w:t>
      </w:r>
      <w:r>
        <w:t>so the quran we hold in our hands today is the result of their devotion and sacrifice of these great companions.</w:t>
      </w:r>
    </w:p>
    <w:p>
      <w:pPr>
        <w:jc w:val="right"/>
      </w:pPr>
      <w:r>
        <w:t>سو دا قران وی ہولڈ ان اور ہینڈز ٹوڈے از دا رزلٹ اف دیر ڈیوشن اینڈ سیکریفائس اف دیز گریٹ کمپینینز۔</w:t>
      </w:r>
    </w:p>
    <w:p>
      <w:r>
        <w:rPr>
          <w:b/>
        </w:rPr>
        <w:t xml:space="preserve">[37:59] </w:t>
      </w:r>
      <w:r>
        <w:t>they not only memorized and preserved it, but also traveled to distant places to spread the word of god.</w:t>
      </w:r>
    </w:p>
    <w:p>
      <w:pPr>
        <w:jc w:val="right"/>
      </w:pPr>
      <w:r>
        <w:t>دے ناٹ اونلی میمرائزڈ اینڈ پریزروڈ اٹ، بٹ السو ٹریولڈ فار ڈسٹنس پلیسز ٹو سپریڈ دی ورڈ اف گاڈ۔</w:t>
      </w:r>
    </w:p>
    <w:p>
      <w:r>
        <w:rPr>
          <w:b/>
        </w:rPr>
        <w:t xml:space="preserve">[38:10] </w:t>
      </w:r>
      <w:r>
        <w:t>so they were the torch bearers of divine guidance. and their life remind us that the quran was spread by the sacrifice of these great sahaba.</w:t>
      </w:r>
    </w:p>
    <w:p>
      <w:pPr>
        <w:jc w:val="right"/>
      </w:pPr>
      <w:r>
        <w:t>سو دے وار دا ٹارچ بیئرر اف ڈیوائن گائیڈنس۔ اینڈ دیر لائف ریمائنڈ اس دیٹ دا قران واز سپریڈ بائے دی سیکریفائس اف دیز گریٹ صحابہ۔</w:t>
      </w:r>
    </w:p>
    <w:p>
      <w:r>
        <w:rPr>
          <w:b/>
        </w:rPr>
        <w:t xml:space="preserve">[38:25] </w:t>
      </w:r>
      <w:r>
        <w:t>allah be pleased with them (ra) all together.</w:t>
      </w:r>
    </w:p>
    <w:p>
      <w:pPr>
        <w:jc w:val="right"/>
      </w:pPr>
      <w:r>
        <w:t>اللہ بھی پلیزڈ ود دیم رضی اللہ عنہم اجمعین</w:t>
      </w:r>
    </w:p>
    <w:p>
      <w:r>
        <w:rPr>
          <w:b/>
        </w:rPr>
        <w:t xml:space="preserve">[38:29] </w:t>
      </w:r>
      <w:r>
        <w:t>ameen. and these musk are preserved, doctor sahib, as of now? yar, musk is still there. pictures are also available of?</w:t>
      </w:r>
    </w:p>
    <w:p>
      <w:pPr>
        <w:jc w:val="right"/>
      </w:pPr>
      <w:r>
        <w:t>۔ امین۔ اینڈ دیز مسک ار پریزروڈ، ڈاکٹر صاحب، ایز اف ناو؟ یار، مسک از سٹل دیر۔ پکچرز ار السو اویلیبل اف؟</w:t>
      </w:r>
    </w:p>
    <w:p>
      <w:r>
        <w:rPr>
          <w:b/>
        </w:rPr>
        <w:t xml:space="preserve">[38:38] </w:t>
      </w:r>
      <w:r>
        <w:t>yes, yes, yes. doctor sahib, why is seeking knowledge so important in Islam, to the extent that Allah has promised paradise for those who pursue it?</w:t>
      </w:r>
    </w:p>
    <w:p>
      <w:pPr>
        <w:jc w:val="right"/>
      </w:pPr>
      <w:r>
        <w:t>یس، یس، یس۔ ڈاکٹر صاحب، وائی از سیکھنگ نالج سو امپورٹنٹ ان اسلام، ٹو دی ایکسٹینٹ دیٹ اللہ ہیز پرومسڈ پیراڈائز فار دوز ہو پرسیو اٹ؟</w:t>
      </w:r>
    </w:p>
    <w:p>
      <w:r>
        <w:rPr>
          <w:b/>
        </w:rPr>
        <w:t xml:space="preserve">[38:52] </w:t>
      </w:r>
      <w:r>
        <w:t>yar, e</w:t>
      </w:r>
    </w:p>
    <w:p>
      <w:pPr>
        <w:jc w:val="right"/>
      </w:pPr>
      <w:r>
        <w:t>یار، ای</w:t>
      </w:r>
    </w:p>
    <w:p>
      <w:r>
        <w:rPr>
          <w:b/>
        </w:rPr>
        <w:t xml:space="preserve">[38:53] </w:t>
      </w:r>
      <w:r>
        <w:t>absolutely, its such a important thing. and there is a narration from Kathir bin Qais, in</w:t>
      </w:r>
    </w:p>
    <w:p>
      <w:pPr>
        <w:jc w:val="right"/>
      </w:pPr>
      <w:r>
        <w:t>بسولیوٹلی، اٹس سچ ا امپورٹنٹ تھنگ۔ اینڈ دیر از ا نیریشن فرام کثیر بن قیس، ان</w:t>
      </w:r>
    </w:p>
    <w:p>
      <w:r>
        <w:rPr>
          <w:b/>
        </w:rPr>
        <w:t xml:space="preserve">[39:05] </w:t>
      </w:r>
      <w:r>
        <w:t>masjid Damascus. we was sitting with Abu Dardah in the mosque of Damascus.</w:t>
      </w:r>
    </w:p>
    <w:p>
      <w:pPr>
        <w:jc w:val="right"/>
      </w:pPr>
      <w:r>
        <w:t>مسجد دمشق۔ وی واز سٹنگ ود ابو دردہ ان دا مسک اف دمشق۔</w:t>
      </w:r>
    </w:p>
    <w:p>
      <w:r>
        <w:rPr>
          <w:b/>
        </w:rPr>
        <w:t xml:space="preserve">[39:13] </w:t>
      </w:r>
      <w:r>
        <w:t>a man comes and says that I have come from Madinah, from the Prophet city.</w:t>
      </w:r>
    </w:p>
    <w:p>
      <w:pPr>
        <w:jc w:val="right"/>
      </w:pPr>
      <w:r>
        <w:t>اے مین کمز اینڈ سیز دیٹ ائی ہیو کم فرام مدینہ، فرام دا پرافٹ سٹی۔</w:t>
      </w:r>
    </w:p>
    <w:p>
      <w:r>
        <w:rPr>
          <w:b/>
        </w:rPr>
        <w:t xml:space="preserve">[39:29] </w:t>
      </w:r>
      <w:r>
        <w:t>that I have come to know that you narrate hadith from the Prophet, and I have not come for any other purpose.</w:t>
      </w:r>
    </w:p>
    <w:p>
      <w:pPr>
        <w:jc w:val="right"/>
      </w:pPr>
      <w:r>
        <w:t>دیٹ ائی ہیو کم ٹو نو دیٹ یو نیریٹ حدیث فرام دی پرافٹ، اینڈ ائی ہیو ناٹ کم فار اینی ادر پرپس۔</w:t>
      </w:r>
    </w:p>
    <w:p>
      <w:r>
        <w:rPr>
          <w:b/>
        </w:rPr>
        <w:t xml:space="preserve">[39:39] </w:t>
      </w:r>
      <w:r>
        <w:t>so Abu Dardah (RA) was surprised, and he said, "you have come for no</w:t>
      </w:r>
    </w:p>
    <w:p>
      <w:pPr>
        <w:jc w:val="right"/>
      </w:pPr>
      <w:r>
        <w:t>سو ابو دردہ رضی اللہ عنہ واز سرپرائزڈ، اینڈ ہی سیڈ، "یو ہیو کم فار نو</w:t>
      </w:r>
    </w:p>
    <w:p>
      <w:r>
        <w:rPr>
          <w:b/>
        </w:rPr>
        <w:t xml:space="preserve">[39:43] </w:t>
      </w:r>
      <w:r>
        <w:t>other purpose, you have just come to know this hadith." and then Hazrat Abu Dardah said, "abshar, good</w:t>
      </w:r>
    </w:p>
    <w:p>
      <w:pPr>
        <w:jc w:val="right"/>
      </w:pPr>
      <w:r>
        <w:t>ادر پرپس، یو ہیو جسٹ کم ٹو نو دس حدیث۔" اینڈ دین حضرت ابو دردہ سیڈ، "ابشر، گڈ</w:t>
      </w:r>
    </w:p>
    <w:p>
      <w:r>
        <w:rPr>
          <w:b/>
        </w:rPr>
        <w:t xml:space="preserve">[39:51] </w:t>
      </w:r>
      <w:r>
        <w:t>news for you." he said, "Abu Dardah (RA) said that the Prophet had said, 'whoever travels a path seeking knowledge, Allah will make him to travel a path from paradise.'</w:t>
      </w:r>
    </w:p>
    <w:p>
      <w:pPr>
        <w:jc w:val="right"/>
      </w:pPr>
      <w:r>
        <w:t>نیوز فار یو۔" ہی سیڈ، "ابو دردہ رضی اللہ عنہ سیڈ دیٹ دا پرافٹ ہیڈ سیڈ، 'Whoever travels a path seeking knowledge, اللہ will make him to travel a path from paradise.'</w:t>
      </w:r>
    </w:p>
    <w:p>
      <w:r>
        <w:rPr>
          <w:b/>
        </w:rPr>
        <w:t xml:space="preserve">[40:19] </w:t>
      </w:r>
      <w:r>
        <w:t>" and he said, "indeed pleasure for the seeker of knowledge,</w:t>
      </w:r>
    </w:p>
    <w:p>
      <w:pPr>
        <w:jc w:val="right"/>
      </w:pPr>
      <w:r>
        <w:t>" اینڈ ہی سیڈ، "انجل پلیژر فار دی سیکر اف نالج،</w:t>
      </w:r>
    </w:p>
    <w:p>
      <w:r>
        <w:rPr>
          <w:b/>
        </w:rPr>
        <w:t xml:space="preserve">[40:42] </w:t>
      </w:r>
      <w:r>
        <w:t>and truly everyone in the heavens and earth</w:t>
      </w:r>
    </w:p>
    <w:p>
      <w:pPr>
        <w:jc w:val="right"/>
      </w:pPr>
      <w:r>
        <w:t>اینڈ ٹرولی ایوری ون ان دا ہیونز اینڈ ارتھ</w:t>
      </w:r>
    </w:p>
    <w:p>
      <w:r>
        <w:rPr>
          <w:b/>
        </w:rPr>
        <w:t xml:space="preserve">[40:45] </w:t>
      </w:r>
      <w:r>
        <w:t>, ask forgiveness for the scholar, even the fish in the depth of the sea. and the superiority,</w:t>
      </w:r>
    </w:p>
    <w:p>
      <w:pPr>
        <w:jc w:val="right"/>
      </w:pPr>
      <w:r>
        <w:t>، اسک فگونس فار دی سکالر، ایون دا فش ان دا ڈیپتھ اف دا سی۔ اینڈ دا سپریورٹی،</w:t>
      </w:r>
    </w:p>
    <w:p>
      <w:r>
        <w:rPr>
          <w:b/>
        </w:rPr>
        <w:t xml:space="preserve">[41:03] </w:t>
      </w:r>
      <w:r>
        <w:t>and the superiority of the scholar over the devotee worshipper, is like the superiority of a full moon in a clear night over all the stars.</w:t>
      </w:r>
    </w:p>
    <w:p>
      <w:pPr>
        <w:jc w:val="right"/>
      </w:pPr>
      <w:r>
        <w:t>اینڈ دا سپریورٹی اف دی سکالر اوور دا ڈیوٹ ورسپر، از لائک دا سپریورٹی اف ا فل مون ان ا کلیئر نائٹ اوور ال دی سٹارز۔</w:t>
      </w:r>
    </w:p>
    <w:p>
      <w:r>
        <w:rPr>
          <w:b/>
        </w:rPr>
        <w:t xml:space="preserve">[41:19] </w:t>
      </w:r>
      <w:r>
        <w:t>and the scholars are the heirs of the prophets,</w:t>
      </w:r>
    </w:p>
    <w:p>
      <w:pPr>
        <w:jc w:val="right"/>
      </w:pPr>
      <w:r>
        <w:t>اینڈ دی سکالرز ار دا ایئرز اف دی پرافٹس،</w:t>
      </w:r>
    </w:p>
    <w:p>
      <w:r>
        <w:rPr>
          <w:b/>
        </w:rPr>
        <w:t xml:space="preserve">[41:28] </w:t>
      </w:r>
      <w:r>
        <w:t>and the prophets did not leave behind dinar or dirham, meaning any wealth, but they left knowledge. so whoever takes it, has taken an abundant share.</w:t>
      </w:r>
    </w:p>
    <w:p>
      <w:pPr>
        <w:jc w:val="right"/>
      </w:pPr>
      <w:r>
        <w:t>اینڈ دا پرافٹس ڈیڈ ناٹ لیو بیہائنڈ دینار اور درہم، میننگ اینی ویلتھ، بٹ دے لیفٹ نالج۔ سو ہو ایور ٹیکس اٹ، ہیز ٹیکن اینڈ ابنڈنٹ شیئر۔</w:t>
      </w:r>
    </w:p>
    <w:p>
      <w:r>
        <w:rPr>
          <w:b/>
        </w:rPr>
        <w:t xml:space="preserve">[41:43] </w:t>
      </w:r>
      <w:r>
        <w:t>so seeking knowledge helps a believer understand God and his creation plan and grow in character.</w:t>
      </w:r>
    </w:p>
    <w:p>
      <w:pPr>
        <w:jc w:val="right"/>
      </w:pPr>
      <w:r>
        <w:t>سو سیکھنگ نالج ہیلپ ا بیلیور انڈرسٹینڈ گاڈ اینڈ ہز کریشن پلان اینڈ گرو ان کریکٹر۔</w:t>
      </w:r>
    </w:p>
    <w:p>
      <w:r>
        <w:rPr>
          <w:b/>
        </w:rPr>
        <w:t xml:space="preserve">[41:53] </w:t>
      </w:r>
      <w:r>
        <w:t>that's why those who dedicate themselves to learning are highly honored in Islam. doctor sahib, another significant thing that we learn from his life is in his choice for his daughter marriage.</w:t>
      </w:r>
    </w:p>
    <w:p>
      <w:pPr>
        <w:jc w:val="right"/>
      </w:pPr>
      <w:r>
        <w:t>دیٹس وائی دوز ہو ڈیڈیکیٹ دیم سیلفس ٹو لرننگ ار ہائیلی اونرڈ ان اسلام۔ ڈاکٹر صاحب، انادر سگنیفیکنٹ تھنگ دیٹ وی لرن فرام ہز لائف از ان ہز چوائس فار ہز ڈاٹر میرج۔</w:t>
      </w:r>
    </w:p>
    <w:p>
      <w:r>
        <w:rPr>
          <w:b/>
        </w:rPr>
        <w:t xml:space="preserve">[42:10] </w:t>
      </w:r>
      <w:r>
        <w:t>its a huge lesson that we learn in spiritual vision. so please tell us about that.</w:t>
      </w:r>
    </w:p>
    <w:p>
      <w:pPr>
        <w:jc w:val="right"/>
      </w:pPr>
      <w:r>
        <w:t>اٹس ا ہیوج لیسن دیٹ وی لرن ان سپرچول ویژن۔ سو پلیز ٹیل اس اباؤٹ دیٹ۔</w:t>
      </w:r>
    </w:p>
    <w:p>
      <w:r>
        <w:rPr>
          <w:b/>
        </w:rPr>
        <w:t xml:space="preserve">[42:19] </w:t>
      </w:r>
      <w:r>
        <w:t>yes, Muawiyah who was the governor of Syria, once asked Abu Dardah to give his daughter in marriage to his son Yazid.</w:t>
      </w:r>
    </w:p>
    <w:p>
      <w:pPr>
        <w:jc w:val="right"/>
      </w:pPr>
      <w:r>
        <w:t>یس، معاویہ ہو واز دی گورنر اف سیریا، ونس اسک ابو دردہ ٹو گیو ہز ڈاٹر ان میرج ٹو ہز سن یزید۔</w:t>
      </w:r>
    </w:p>
    <w:p>
      <w:r>
        <w:rPr>
          <w:b/>
        </w:rPr>
        <w:t xml:space="preserve">[42:29] </w:t>
      </w:r>
      <w:r>
        <w:t>and Abu Dardah politely declined the offer, and instead married her to an young man who was not a wealthy man, but his devotion and character pleased him.</w:t>
      </w:r>
    </w:p>
    <w:p>
      <w:pPr>
        <w:jc w:val="right"/>
      </w:pPr>
      <w:r>
        <w:t>اینڈ ابو دردہ پولائٹلی ڈیکلائنڈ دی افر، اینڈ انسٹیڈ میریڈ ہر ٹو اینگ مین ہو واز ناٹ ا ویلدی مین، بٹ ہز ڈیوشن اینڈ کریکٹر پلیزڈ ہم۔</w:t>
      </w:r>
    </w:p>
    <w:p>
      <w:r>
        <w:rPr>
          <w:b/>
        </w:rPr>
        <w:t xml:space="preserve">[42:43] </w:t>
      </w:r>
      <w:r>
        <w:t>so people was surprised, and they asked, "why you have done that?</w:t>
      </w:r>
    </w:p>
    <w:p>
      <w:pPr>
        <w:jc w:val="right"/>
      </w:pPr>
      <w:r>
        <w:t>سو پیپل واز سرپرائزڈ، اینڈ دے اسک، "وائی یو ہیو ڈن دیٹ؟</w:t>
      </w:r>
    </w:p>
    <w:p>
      <w:r>
        <w:rPr>
          <w:b/>
        </w:rPr>
        <w:t xml:space="preserve">[42:47] </w:t>
      </w:r>
      <w:r>
        <w:t>" and Abu Dardah replied, "I do not want my daughter to live in palaces where servants stand everywhere to serve her, and surrounded by glamour and luxury.</w:t>
      </w:r>
    </w:p>
    <w:p>
      <w:pPr>
        <w:jc w:val="right"/>
      </w:pPr>
      <w:r>
        <w:t>" اینڈ ابو دردہ ریپلائیڈ، "ایئی ڈو ناٹ وانٹ مائی ڈاٹر ٹو لیو ان پیلسز ویر سرونٹس سٹینڈ ایوری ویر ٹو سرو ہر، اینڈ سراؤنڈڈ بائے گلیمر اینڈ لگزری۔</w:t>
      </w:r>
    </w:p>
    <w:p>
      <w:r>
        <w:rPr>
          <w:b/>
        </w:rPr>
        <w:t xml:space="preserve">[42:59] </w:t>
      </w:r>
      <w:r>
        <w:t>so what will become her religion then? so how will her faith and her devotion to God remain safe in such environment?"</w:t>
      </w:r>
    </w:p>
    <w:p>
      <w:pPr>
        <w:jc w:val="right"/>
      </w:pPr>
      <w:r>
        <w:t>سو واٹ ول بیکم ہر ریلیجن دین؟ سو ہاؤ ول ہر فیتھ اینڈ ہر ڈیوشن ٹو گاڈ ریمین سیف ان سچ انوائرمنٹ؟"</w:t>
      </w:r>
    </w:p>
    <w:p>
      <w:r>
        <w:rPr>
          <w:b/>
        </w:rPr>
        <w:t xml:space="preserve">[43:10] </w:t>
      </w:r>
      <w:r>
        <w:t>so his reply reflected his deep understanding that luxury, comfort, and spiritual depth can not co exist.</w:t>
      </w:r>
    </w:p>
    <w:p>
      <w:pPr>
        <w:jc w:val="right"/>
      </w:pPr>
      <w:r>
        <w:t>سو ہز ریپلائی ریفلیکٹڈ ہز ڈیپ انڈرسٹینڈنگ دیٹ لگزری، کمفرٹ، اینڈ سپرچول ڈیپتھ کین ناٹ کو ایگزسٹ۔</w:t>
      </w:r>
    </w:p>
    <w:p>
      <w:r>
        <w:rPr>
          <w:b/>
        </w:rPr>
        <w:t xml:space="preserve">[43:23] </w:t>
      </w:r>
      <w:r>
        <w:t>so ten is a amazing thing that he turned down offer from the khalifa, only because of this reason.</w:t>
      </w:r>
    </w:p>
    <w:p>
      <w:pPr>
        <w:jc w:val="right"/>
      </w:pPr>
      <w:r>
        <w:t>سو دس از ا امیزنگ تھنگ دیٹ ہی ٹرن ڈاؤن افر فرام دا خلیفہ، اونلی بیکاز اف دس ریزن۔</w:t>
      </w:r>
    </w:p>
    <w:p>
      <w:r>
        <w:rPr>
          <w:b/>
        </w:rPr>
        <w:t xml:space="preserve">[43:32] </w:t>
      </w:r>
      <w:r>
        <w:t>doctor sahib, Maulana used to speak a lot about the intellectual partnership between a husband and wife, that that is a most important thing, and how you can make your marriage into a super marriage.</w:t>
      </w:r>
    </w:p>
    <w:p>
      <w:pPr>
        <w:jc w:val="right"/>
      </w:pPr>
      <w:r>
        <w:t>ڈاکٹر صاحب، مولانا یوز ٹو سپیک ا لاٹ اباؤٹ دی انٹلیکچول پارٹنرشپ بٹوین ا ہسبینڈ اینڈ وائف، دیٹ دیٹ از ا موسٹ امپورٹنٹ تھنگ، اینڈ ہاؤ یو کین میک یور میرج انٹو ا سپر میرج۔</w:t>
      </w:r>
    </w:p>
    <w:p>
      <w:r>
        <w:rPr>
          <w:b/>
        </w:rPr>
        <w:t xml:space="preserve">[43:43] </w:t>
      </w:r>
      <w:r>
        <w:t>so these are the things, values that you should look in a spouse, rather than the wealth and the status and the fame that you just explained.</w:t>
      </w:r>
    </w:p>
    <w:p>
      <w:pPr>
        <w:jc w:val="right"/>
      </w:pPr>
      <w:r>
        <w:t>سو دیز ار دا تھنگز، ویلیوز دیٹ یو شوڈ لوک ان ا سپاؤس، ریدر دین دا ویلتھ اینڈ دی سٹیٹس اینڈ دا فیم دیٹ یو جسٹ ایکسپلینڈ۔</w:t>
      </w:r>
    </w:p>
    <w:p>
      <w:r>
        <w:rPr>
          <w:b/>
        </w:rPr>
        <w:t xml:space="preserve">[43:53] </w:t>
      </w:r>
      <w:r>
        <w:t>wonderful. Doctor sahib, that brings us to the last question of today's session about Umm Dardah</w:t>
      </w:r>
    </w:p>
    <w:p>
      <w:pPr>
        <w:jc w:val="right"/>
      </w:pPr>
      <w:r>
        <w:t>وینڈرفل۔ ڈاکٹر صاحب، دیٹ برنگز اس ٹو دا لاسٹ کوسچن اف ٹوڈے سیشن اباؤٹ ام دردہ</w:t>
      </w:r>
    </w:p>
    <w:p>
      <w:r>
        <w:rPr>
          <w:b/>
        </w:rPr>
        <w:t xml:space="preserve">[44:00] </w:t>
      </w:r>
      <w:r>
        <w:t>Al-Sughra. I want to ask you in that part, that how did she achieve the status of status of a scholar and a teacher of a hadith?</w:t>
      </w:r>
    </w:p>
    <w:p>
      <w:pPr>
        <w:jc w:val="right"/>
      </w:pPr>
      <w:r>
        <w:t>الصغری۔ ائی وانٹ ٹو اسک یو ان دیٹ پارٹ، دیٹ ہاؤ ڈیڈ شی اچیو دا سٹیٹس اف سٹیٹس اف ا سکالر اینڈ ا ٹیچر اف ا حدیث؟</w:t>
      </w:r>
    </w:p>
    <w:p>
      <w:r>
        <w:rPr>
          <w:b/>
        </w:rPr>
        <w:t xml:space="preserve">[44:11] </w:t>
      </w:r>
      <w:r>
        <w:t>please tell us about that. Umm Dardah Al-Sughra or junior Umm Dardah, as I have told, there were two Umm Dardah. The first wife was also Umm Dardah, she passed away.</w:t>
      </w:r>
    </w:p>
    <w:p>
      <w:pPr>
        <w:jc w:val="right"/>
      </w:pPr>
      <w:r>
        <w:t>پلیز ٹیل اس اباؤٹ دیٹ۔ ام دردہ الصغری اور جونیئر ام دردہ، ایز ائی ہیو ٹولڈ، دیر وار ٹو ام دردہ۔ دا فرسٹ وائف واز السو ام دردہ، شی پاسڈ اوے۔</w:t>
      </w:r>
    </w:p>
    <w:p>
      <w:r>
        <w:rPr>
          <w:b/>
        </w:rPr>
        <w:t xml:space="preserve">[44:23] </w:t>
      </w:r>
      <w:r>
        <w:t>then Abu Dardah married another lady who was also called Umm Dardah,</w:t>
      </w:r>
    </w:p>
    <w:p>
      <w:pPr>
        <w:jc w:val="right"/>
      </w:pPr>
      <w:r>
        <w:t>دین ابو دردہ میریڈ انادر لیڈی ہو واز السو کالڈ ام دردہ،</w:t>
      </w:r>
    </w:p>
    <w:p>
      <w:r>
        <w:rPr>
          <w:b/>
        </w:rPr>
        <w:t xml:space="preserve">[44:29] </w:t>
      </w:r>
      <w:r>
        <w:t>but her actual name was Hajimah bint Wu'ayb. And she herself was not a Sahabiyah, but she met many great Sahabah, and she was one of the most distinguished female scholars of her time.</w:t>
      </w:r>
    </w:p>
    <w:p>
      <w:pPr>
        <w:jc w:val="right"/>
      </w:pPr>
      <w:r>
        <w:t>بٹ ہر ایکچول نیم واز حجیمہ بنت ہوئی۔ اینڈ شی ہر سیلف واز ناٹ ا صحابیہ، بٹ شی میٹ مینی گریٹ صحابہ، اینڈ شی واز ون اف دی موسٹ ڈسٹنگوشڈ فیمیل سکالرز اف ہر ٹائم۔</w:t>
      </w:r>
    </w:p>
    <w:p>
      <w:r>
        <w:rPr>
          <w:b/>
        </w:rPr>
        <w:t xml:space="preserve">[44:46] </w:t>
      </w:r>
      <w:r>
        <w:t>and she lived with Abu Dardah and became a leading scholar in Syria.</w:t>
      </w:r>
    </w:p>
    <w:p>
      <w:pPr>
        <w:jc w:val="right"/>
      </w:pPr>
      <w:r>
        <w:t>اینڈ شی لیوڈ ود ابو دردہ اینڈ بیکم ا لیڈنگ سکالر ان سیریا۔</w:t>
      </w:r>
    </w:p>
    <w:p>
      <w:r>
        <w:rPr>
          <w:b/>
        </w:rPr>
        <w:t xml:space="preserve">[44:52] </w:t>
      </w:r>
      <w:r>
        <w:t>she would teach in Damascus and in Masjid Al-Aqsa, addressing large gatherings. And even the Khalifa Abd al-Malik ibn Marwan used to attend her lessons.</w:t>
      </w:r>
    </w:p>
    <w:p>
      <w:pPr>
        <w:jc w:val="right"/>
      </w:pPr>
      <w:r>
        <w:t>شی وڈ ٹیچ ان ڈیمسکس اینڈ ان مسجد الاقصی، ایڈریسنگ لارج گیدرنگز۔ اینڈ ایون دا خلیفہ عبدالملک ابن مروان یوز ٹو اٹینڈ ہر لیسنز۔</w:t>
      </w:r>
    </w:p>
    <w:p>
      <w:r>
        <w:rPr>
          <w:b/>
        </w:rPr>
        <w:t xml:space="preserve">[45:07] </w:t>
      </w:r>
      <w:r>
        <w:t>you know, the Dome of the Rock, the beautiful Dome of the Rock, was built by Abd al-Malik ibn Marwan. So he used to attend his classes, her classes</w:t>
      </w:r>
    </w:p>
    <w:p>
      <w:pPr>
        <w:jc w:val="right"/>
      </w:pPr>
      <w:r>
        <w:t>یو نو، دی ڈوم اف دی راک، دا بیوٹی فل ڈوم اف دی راک، واز بلڈ بائے عبدالملک ابن مروان۔ سو ہی یوز ٹو اٹینڈ ہز کلاسز، ہر کلاسز</w:t>
      </w:r>
    </w:p>
    <w:p>
      <w:r>
        <w:rPr>
          <w:b/>
        </w:rPr>
        <w:t xml:space="preserve">[45:19] </w:t>
      </w:r>
      <w:r>
        <w:t>. She narrated most of the ahadith from Abu Dardah. And when Abu Dardah (may Allah be pleased with him) was on his deathbed, she said to him, "You asked my hand from my father in this world, and Allah blessed me with you.</w:t>
      </w:r>
    </w:p>
    <w:p>
      <w:pPr>
        <w:jc w:val="right"/>
      </w:pPr>
      <w:r>
        <w:t>۔ شی نیریٹڈ موسٹ اف دی احادیث فرام ابو دردہ۔ اینڈ وین ابو دردہ رضی اللہ عنہ واز ان ہز ڈیتھ بیڈ، شی سیڈ ٹو ہم، "یو اسکڈ مائی ہینڈ فرام مائی فادر ان دس ورلڈ، اینڈ اللہ بلیسڈ می ود یو۔</w:t>
      </w:r>
    </w:p>
    <w:p>
      <w:r>
        <w:rPr>
          <w:b/>
        </w:rPr>
        <w:t xml:space="preserve">[45:36] </w:t>
      </w:r>
      <w:r>
        <w:t>Now I ask you to ask Allah for my hand in Jannah. So I wish to be your wife there as well.</w:t>
      </w:r>
    </w:p>
    <w:p>
      <w:pPr>
        <w:jc w:val="right"/>
      </w:pPr>
      <w:r>
        <w:t>ناؤ ائی اسک یو ٹو اسک اللہ فار مائی ہینڈ ان جنت۔ سو ائی وش ٹو بی یور وائف دیر ایز ویل۔</w:t>
      </w:r>
    </w:p>
    <w:p>
      <w:r>
        <w:rPr>
          <w:b/>
        </w:rPr>
        <w:t xml:space="preserve">[45:44] </w:t>
      </w:r>
      <w:r>
        <w:t>" So he accepted the request, and as he was passing away, he gathered the students and said to them, "Who will prepare himself for a day like this?" He means, he meant that I am about to die</w:t>
      </w:r>
    </w:p>
    <w:p>
      <w:pPr>
        <w:jc w:val="right"/>
      </w:pPr>
      <w:r>
        <w:t>" سو ہی ایکسیپٹڈ دا ریکویسٹ، اینڈ ایز ہی واز پاسنگ اوے، ہی گیدرڈ دا سٹوڈنٹس اینڈ سیڈ ٹو دیم، "ہو ویل پریپیئر ہم سیلف فار ا ڈے لائک دس؟" ہی مینز، ہی مینٹ دیٹ ائی ایم اباؤٹ ٹو ڈائی</w:t>
      </w:r>
    </w:p>
    <w:p>
      <w:r>
        <w:rPr>
          <w:b/>
        </w:rPr>
        <w:t xml:space="preserve">[46:12] </w:t>
      </w:r>
      <w:r>
        <w:t>. "You should prepare yourself for this day, which will surely come upon you." Then he passed away with complete peace on his face.</w:t>
      </w:r>
    </w:p>
    <w:p>
      <w:pPr>
        <w:jc w:val="right"/>
      </w:pPr>
      <w:r>
        <w:t>۔ "یو شوڈ پریپیئر یور سیلف فار دس ڈے، وچ ول شورلی کم اپون یو۔" دین ہی پاسڈ اوے ود کمپلیٹ پیس ان ہز فیس۔</w:t>
      </w:r>
    </w:p>
    <w:p>
      <w:r>
        <w:rPr>
          <w:b/>
        </w:rPr>
        <w:t xml:space="preserve">[46:23] </w:t>
      </w:r>
      <w:r>
        <w:t>and after death, many people sought to marry Umm Dardah Al-Sughra, due to her knowledge, due to her virtue and dignity.</w:t>
      </w:r>
    </w:p>
    <w:p>
      <w:pPr>
        <w:jc w:val="right"/>
      </w:pPr>
      <w:r>
        <w:t>اینڈ افٹر ڈیتھ، مینی پیپل سوٹ ٹو میری ام دردہ الصغری، ڈیو ٹو ہر نالج، ڈیو ٹو ہر ورچو اینڈ ڈگنٹی۔</w:t>
      </w:r>
    </w:p>
    <w:p>
      <w:r>
        <w:rPr>
          <w:b/>
        </w:rPr>
        <w:t xml:space="preserve">[46:33] </w:t>
      </w:r>
      <w:r>
        <w:t>and among them was Mu'awiyah, the ruler of Syria.</w:t>
      </w:r>
    </w:p>
    <w:p>
      <w:pPr>
        <w:jc w:val="right"/>
      </w:pPr>
      <w:r>
        <w:t>اینڈ امنگ دیم واز معاویہ، دا رولر اف سیریا۔</w:t>
      </w:r>
    </w:p>
    <w:p>
      <w:r>
        <w:rPr>
          <w:b/>
        </w:rPr>
        <w:t xml:space="preserve">[46:37] </w:t>
      </w:r>
      <w:r>
        <w:t>and she declined the offer and said, "I am already engaged to Abu Dardah in paradise." So in Damascus, there is a mosque called Masjid Abu Dardah.</w:t>
      </w:r>
    </w:p>
    <w:p>
      <w:pPr>
        <w:jc w:val="right"/>
      </w:pPr>
      <w:r>
        <w:t>اینڈ شی ڈیکلائنڈ دی افر اینڈ سیڈ، "ائی ایم الریڈی انگیج ٹو ابو دردہ ان پیراڈائز۔" سو ان ڈیمسکس، دیر از ا مسک کالڈ مسجد ابو دردہ۔</w:t>
      </w:r>
    </w:p>
    <w:p>
      <w:r>
        <w:rPr>
          <w:b/>
        </w:rPr>
        <w:t xml:space="preserve">[46:51] </w:t>
      </w:r>
      <w:r>
        <w:t>I like to show the photo. Yes, Doctor sahib, that be wonderful. And the mosque also contains the grave, which has grave of Abu Dardah and Umm Dardah.</w:t>
      </w:r>
    </w:p>
    <w:p>
      <w:pPr>
        <w:jc w:val="right"/>
      </w:pPr>
      <w:r>
        <w:t>ائی لائک ٹو شو دا فوٹو۔ یس، ڈاکٹر صاحب، دیٹ بی وینڈرفل۔ اینڈ دا مسک السو کنٹین دا گریو، وچ ہیز گریو اف ابو دردہ اینڈ ام درد</w:t>
      </w:r>
    </w:p>
    <w:p>
      <w:r>
        <w:rPr>
          <w:b/>
        </w:rPr>
        <w:t xml:space="preserve">[47:02] </w:t>
      </w:r>
      <w:r>
        <w:t>This is the, this is the mosque called Masjid Abu Dardah in Damascus in Syria.</w:t>
      </w:r>
    </w:p>
    <w:p>
      <w:pPr>
        <w:jc w:val="right"/>
      </w:pPr>
      <w:r>
        <w:t>ہ۔ دس از دا، دس از دا مسجد کالڈ مسجد ابو دردہ ان ڈیمسکس ان سیریا۔</w:t>
      </w:r>
    </w:p>
    <w:p>
      <w:r>
        <w:rPr>
          <w:b/>
        </w:rPr>
        <w:t xml:space="preserve">[47:14] </w:t>
      </w:r>
      <w:r>
        <w:t>It is written on this gate, Masjid Al-Sahabi Al-Jalil Abi Dardah. And this is the grave.</w:t>
      </w:r>
    </w:p>
    <w:p>
      <w:pPr>
        <w:jc w:val="right"/>
      </w:pPr>
      <w:r>
        <w:t>اٹ از رٹن ان دس گیٹ، مسجد الصحابی الجلیل ابی دردہ۔ اینڈ دس از دا گریو۔</w:t>
      </w:r>
    </w:p>
    <w:p>
      <w:r>
        <w:rPr>
          <w:b/>
        </w:rPr>
        <w:t xml:space="preserve">[47:30] </w:t>
      </w:r>
      <w:r>
        <w:t>Doctor sahib, we can raise it a little bit? Yar,</w:t>
      </w:r>
    </w:p>
    <w:p>
      <w:pPr>
        <w:jc w:val="right"/>
      </w:pPr>
      <w:r>
        <w:t>ڈاکٹر صاحب، وی کین ریز اٹ ا لٹل بٹ؟ یار،</w:t>
      </w:r>
    </w:p>
    <w:p>
      <w:r>
        <w:rPr>
          <w:b/>
        </w:rPr>
        <w:t xml:space="preserve">[47:35] </w:t>
      </w:r>
      <w:r>
        <w:t>Jazak Allah. This is the grave, which is inside the mosque, and both Umm Dardah and Abu Dardah are buried in it. So Abu Dardah was not only a preserver of the Quran.</w:t>
      </w:r>
    </w:p>
    <w:p>
      <w:pPr>
        <w:jc w:val="right"/>
      </w:pPr>
      <w:r>
        <w:t>جزاک اللہ۔ دس از دا گریو، وچ از انسائیڈ دا مسک، اینڈ بوتھ ام دردہ اینڈ ابو دردہ ار بریڈ ان اٹ۔ سو ابو دردہ واز ناٹ اونلی ا پریزروئر اف دا قران۔</w:t>
      </w:r>
    </w:p>
    <w:p>
      <w:r>
        <w:rPr>
          <w:b/>
        </w:rPr>
        <w:t xml:space="preserve">[47:50] </w:t>
      </w:r>
      <w:r>
        <w:t>he understood its depth, he lived it and promoted it and worked for it and penetrated in its truth.</w:t>
      </w:r>
    </w:p>
    <w:p>
      <w:pPr>
        <w:jc w:val="right"/>
      </w:pPr>
      <w:r>
        <w:t>ہی انڈرسٹڈ اٹس ڈیپتھ، ہی لیوڈ اٹ اینڈ پروموٹڈ اٹ اینڈ ورکڈ فار اٹ اینڈ پینیٹریٹڈ ان اٹس ٹروتھ۔</w:t>
      </w:r>
    </w:p>
    <w:p>
      <w:r>
        <w:rPr>
          <w:b/>
        </w:rPr>
        <w:t xml:space="preserve">[48:01] </w:t>
      </w:r>
      <w:r>
        <w:t>but unfortunately, the Ummah has abandoned the path of Abu Dardah. Yani Maulana ko hum ne dekha hai poori zindagi ke woh bhi Abu Dardah model pe hi thay.</w:t>
      </w:r>
    </w:p>
    <w:p>
      <w:pPr>
        <w:jc w:val="right"/>
      </w:pPr>
      <w:r>
        <w:t>بٹ انفارچونیٹلی، دا امہ ہیز ابنڈنٹ دا پاتھ اف ابو دردہ۔ یعنی مولانا کو ہم نے دیکھا ہے پوری زندگی کہ وہ بھی ابو دردہ ماڈل پہ ہی تھے۔</w:t>
      </w:r>
    </w:p>
    <w:p>
      <w:r>
        <w:rPr>
          <w:b/>
        </w:rPr>
        <w:t xml:space="preserve">[48:19] </w:t>
      </w:r>
      <w:r>
        <w:t>bilkul, absolute, doctor sahib.</w:t>
      </w:r>
    </w:p>
    <w:p>
      <w:pPr>
        <w:jc w:val="right"/>
      </w:pPr>
      <w:r>
        <w:t>بالکل، ایبسولیوٹلی، ڈاکٹر صاحب۔</w:t>
      </w:r>
    </w:p>
    <w:p>
      <w:r>
        <w:rPr>
          <w:b/>
        </w:rPr>
        <w:t xml:space="preserve">[48:21] </w:t>
      </w:r>
      <w:r>
        <w:t>puri zindagi un ki wahi model tha, aur isi waja se woh kitabein likh sake: tazkir al quran, allah o akbar, al rabbania,</w:t>
      </w:r>
    </w:p>
    <w:p>
      <w:pPr>
        <w:jc w:val="right"/>
      </w:pPr>
      <w:r>
        <w:t>پوری زندگی ان کی وہی ماڈل تھا، اور اسی وجہ سے وہ کتابیں لکھ سکے: تذکر القران، اللہ اکبر، الربانیہ،</w:t>
      </w:r>
    </w:p>
    <w:p>
      <w:r>
        <w:rPr>
          <w:b/>
        </w:rPr>
        <w:t xml:space="preserve">[48:34] </w:t>
      </w:r>
      <w:r>
        <w:t>kitab marifat. and itni gehri kitabein isi isi waja se likh saka.</w:t>
      </w:r>
    </w:p>
    <w:p>
      <w:pPr>
        <w:jc w:val="right"/>
      </w:pPr>
      <w:r>
        <w:t>کتاب معرفت۔ اینڈ اتنی گہری کتابیں اسی اسی وجہ سے لکھ سکے۔</w:t>
      </w:r>
    </w:p>
    <w:p>
      <w:r>
        <w:rPr>
          <w:b/>
        </w:rPr>
        <w:t xml:space="preserve">[48:39] </w:t>
      </w:r>
      <w:r>
        <w:t>aur jo hamare saathi hain, cpc international ke jo saathi hain, woh bhi isi model ko apna rahe hain, aur quran ke tukde, quran ke nuskhay, aur Maulana ki kitabein logon tak pohncha rahe hain.</w:t>
      </w:r>
    </w:p>
    <w:p>
      <w:pPr>
        <w:jc w:val="right"/>
      </w:pPr>
      <w:r>
        <w:t>اور جو ہمارے ساتھی ہیں، سی پی سی انٹرنیشنل کے جو ساتھی ہیں، وہ بھی اسی ماڈل کو اپنا رہے ہیں، اور قران کے ٹکڑے، قران کے نسخے، اور مولانا کی کتابیں لوگوں تک پہنچا رہے ہیں۔</w:t>
      </w:r>
    </w:p>
    <w:p>
      <w:r>
        <w:rPr>
          <w:b/>
        </w:rPr>
        <w:t xml:space="preserve">[48:56] </w:t>
      </w:r>
      <w:r>
        <w:t>to yeh bohat hi, yani, mission jo hai, alhamdulillah, yeh Hazrat Abu Darda ki jo baatein theen, woh Maulana se ke zariye hum tak pohnchi hain.</w:t>
      </w:r>
    </w:p>
    <w:p>
      <w:pPr>
        <w:jc w:val="right"/>
      </w:pPr>
      <w:r>
        <w:t>تو یہ بہت ہی، یعنی، مشن جو ہے، الحمدللہ، یہ حضرت ابو دردہ کی جو باتیں تھیں، وہ مولانا سے کے ذریعے ہم تک پہنچی ہیں۔</w:t>
      </w:r>
    </w:p>
    <w:p>
      <w:r>
        <w:rPr>
          <w:b/>
        </w:rPr>
        <w:t xml:space="preserve">[49:11] </w:t>
      </w:r>
      <w:r>
        <w:t>to mein dua karta hoon, in the end,</w:t>
      </w:r>
    </w:p>
    <w:p>
      <w:pPr>
        <w:jc w:val="right"/>
      </w:pPr>
      <w:r>
        <w:t>تو میں دعا کرتا ہوں، ان دی اینڈ،</w:t>
      </w:r>
    </w:p>
    <w:p>
      <w:r>
        <w:rPr>
          <w:b/>
        </w:rPr>
        <w:t xml:space="preserve">[49:15] </w:t>
      </w:r>
      <w:r>
        <w:t>may Allah be pleased with Abu Darda and Umm Darda, both senior and junior, and may Allah reward them for their devotion, and may Allah allow us to meet them with our beloved Prophet in Jannah al-Firdous al-A'la.</w:t>
      </w:r>
    </w:p>
    <w:p>
      <w:pPr>
        <w:jc w:val="right"/>
      </w:pPr>
      <w:r>
        <w:t>می اللہ پلیزڈ ود ابو دردہ اینڈ ام دردہ، بوتھ سینیئر اینڈ جونیئر، اینڈ می اللہ ریوارڈ دیم فار دیر ڈیوشن، اینڈ می اللہ الاؤ اس ٹو میٹ دیم ود اور بیلو پرافٹ ان جنت الفردوس الاعلی۔</w:t>
      </w:r>
    </w:p>
    <w:p>
      <w:r>
        <w:rPr>
          <w:b/>
        </w:rPr>
        <w:t xml:space="preserve">[49:30] </w:t>
      </w:r>
      <w:r>
        <w:t>wa sallallahu ta'ala 'ala khayri khalqihi Muhammad wa 'ala aalihi wa ashabihi ajma'een birahmatika ya arhamar rahimin. amin, jazak Allah. Doctor sahib, that was really wonderful and a very insightful session.</w:t>
      </w:r>
    </w:p>
    <w:p>
      <w:pPr>
        <w:jc w:val="right"/>
      </w:pPr>
      <w:r>
        <w:t>وصلی اللہ تعالی علی خیر خلقہ محمد وعلی الہ واصحابہ اجمعین برحمتک یا ارحم الراحمین۔ امین، جزاک اللہ۔ ڈاکٹر صاحب، دیٹ واز ریلی وینڈرفل اینڈ ا ویری انسائٹ فل سیشن۔</w:t>
      </w:r>
    </w:p>
    <w:p>
      <w:r>
        <w:rPr>
          <w:b/>
        </w:rPr>
        <w:t xml:space="preserve">[49:43] </w:t>
      </w:r>
      <w:r>
        <w:t>such talks are important because not only they are directional, but they are also reminders for us about the temporary nature of this world, and that where should a focus be, which should be completely hereafter, and developing our personality, so that we can make ourself fit for paradise.</w:t>
      </w:r>
    </w:p>
    <w:p>
      <w:pPr>
        <w:jc w:val="right"/>
      </w:pPr>
      <w:r>
        <w:t>سچ ٹاکس ار امپورٹنٹ بیکاز ناٹ اونلی دے ار ڈائریکشنل، بٹ دے ار السو ریمائنڈرز فار اس اباؤٹ دا ٹیمپرری نیچر اف دس ورلڈ، اینڈ دیٹ ویئر شوڈ ا فوکس بی، وچ شوڈ بی کمپلیٹلی ہیر افٹر، اینڈ ڈویلپنگ اور پرسنیلٹی، سو دیٹ وی کین میک اور سیلف فٹ فار پیراڈائز۔</w:t>
      </w:r>
    </w:p>
    <w:p>
      <w:r>
        <w:rPr>
          <w:b/>
        </w:rPr>
        <w:t xml:space="preserve">[50:00] </w:t>
      </w:r>
      <w:r>
        <w:t>Doctor sahib, we not. ek ek cheez aur zehan mein aa rahi hai ke zindagi bhar hum ne dekha, aap ne bhi Maulana ko dekha, 25 saal se ji ke agar agar ghor karein to woh Abu Darda ke model pe hi thay, aur yani hum log kuch laate thay un ke liye, koi kapde waghera to baray ghussa hotay thay ji.</w:t>
      </w:r>
    </w:p>
    <w:p>
      <w:pPr>
        <w:jc w:val="right"/>
      </w:pPr>
      <w:r>
        <w:t>ڈاکٹر صاحب، وی ناٹ۔ ایک ایک چیز اور ذہن میں ارہی ہے کہ زندگی بھر ہم نے دیکھا، اپ نے بھی مولانا کو دیکھا، 25 سال سے جی کہ اگر اگر غور کریں تو وہ ابو دردہ کے ماڈل پہ ہی تھے، اور یعنی ہم لوگ کچھ لاتے تھے ان کے لیے، کوئی کپڑے وغیرہ تو بڑے غصہ ہوتے تھے جی۔</w:t>
      </w:r>
    </w:p>
    <w:p>
      <w:r>
        <w:rPr>
          <w:b/>
        </w:rPr>
        <w:t xml:space="preserve">[50:17] </w:t>
      </w:r>
      <w:r>
        <w:t>to aap ne ek nayi tarkib sochi ke kapde la ke pehle us ko mor tor ke us ko old karti theen, purana karti theen, phir la ke deti theen ke yeh ek purana kurta hai, yeh aap le lein.</w:t>
      </w:r>
    </w:p>
    <w:p>
      <w:pPr>
        <w:jc w:val="right"/>
      </w:pPr>
      <w:r>
        <w:t>تو اپ نے ایک نئی ترکیب سوچی کہ کپڑے لا کے پہلے اس کو موڑ توڑ کے اس کو اولڈ کرتی تھیں، پرانا کرتی تھیں، پھر لا کے دیتی تھیں کہ یہ ایک پرانا کرتا ہے، یہ اپ لے لیں۔</w:t>
      </w:r>
    </w:p>
    <w:p>
      <w:r>
        <w:rPr>
          <w:b/>
        </w:rPr>
        <w:t xml:space="preserve">[50:26] </w:t>
      </w:r>
      <w:r>
        <w:t>to Maulana ne kaha ji theek hai, acha ji ji bilkul.</w:t>
      </w:r>
    </w:p>
    <w:p>
      <w:pPr>
        <w:jc w:val="right"/>
      </w:pPr>
      <w:r>
        <w:t>تو مولانا نے کہا جی ٹھیک ہے، اچھا جی جی بالکل۔</w:t>
      </w:r>
    </w:p>
    <w:p>
      <w:r>
        <w:rPr>
          <w:b/>
        </w:rPr>
        <w:t xml:space="preserve">[50:29] </w:t>
      </w:r>
      <w:r>
        <w:t>I remember that, Doctor sahib, really he was a model for us, and how we should lead our life going forward. Doctor sahib, we not completely end the session because there are some important launches.</w:t>
      </w:r>
    </w:p>
    <w:p>
      <w:pPr>
        <w:jc w:val="right"/>
      </w:pPr>
      <w:r>
        <w:t>ائی ریممبر دیٹ، ڈاکٹر صاحب، ریلی ہی واز ا ماڈل فار اس، اینڈ ہاؤ وی شوڈ لیڈ اور لائف گوئنگ فارورڈ۔ ڈاکٹر صاحب، وی ناٹ کمپلیٹلی اینڈ دا سیشن بیکاز دیر ار سم امپورٹنٹ لانچز۔</w:t>
      </w:r>
    </w:p>
    <w:p>
      <w:r>
        <w:rPr>
          <w:b/>
        </w:rPr>
        <w:t xml:space="preserve">[50:42] </w:t>
      </w:r>
      <w:r>
        <w:t>we are very happy to share with all the viewers and all the CPS members around the world that there will be seven new launches of Maulana Wahiduddin Khan sahib books in different languages, and I will request Doctor Saniya Hasnain Khan sahib to do these launches.</w:t>
      </w:r>
    </w:p>
    <w:p>
      <w:pPr>
        <w:jc w:val="right"/>
      </w:pPr>
      <w:r>
        <w:t>وی ار ویری ہیپی ٹو شیئر ود ال دا ویوورز اینڈ ال دی سی پی ایس ممبرز اراؤنڈ دا ورلڈ دیٹ دیر بی سیون نیو لانچز اف مولانا وحید الدین خان صاحب بکس ان ڈفرنٹ لینگویجز، اینڈ ائی ویل ریکویسٹ ڈاکٹر ثانیہ حسنین خان صاحب ٹو ڈو دیز لانچز۔</w:t>
      </w:r>
    </w:p>
    <w:p>
      <w:r>
        <w:rPr>
          <w:b/>
        </w:rPr>
        <w:t xml:space="preserve">[51:00] </w:t>
      </w:r>
      <w:r>
        <w:t>these books are now available on CPS website as well, www.cpsglobal.org. they are published by Good Word, and you can also source their hard copies from Good Word.</w:t>
      </w:r>
    </w:p>
    <w:p>
      <w:pPr>
        <w:jc w:val="right"/>
      </w:pPr>
      <w:r>
        <w:t>دیز بکس ار ناو اویلیبل ان سی پی ایس ویب سائٹ ایز ویل، ڈبلیو ڈبلیو ڈبلیو ڈاٹ سی پی ایس گلوبل ڈاٹ او ار جی۔ دے ار پبلش بائے گڈ ورڈ، اینڈ یو کین السو سورس دیر ہارڈ کاپیز فرام گڈ ورڈ۔</w:t>
      </w:r>
    </w:p>
    <w:p>
      <w:r>
        <w:rPr>
          <w:b/>
        </w:rPr>
        <w:t xml:space="preserve">[51:12] </w:t>
      </w:r>
      <w:r>
        <w:t>so the first translation is of the English book Sufism and Introduction, which was written by Doctor Farida Khanam, and this book has been translated in Tamil by Miss Tamil Selvi Meera.</w:t>
      </w:r>
    </w:p>
    <w:p>
      <w:pPr>
        <w:jc w:val="right"/>
      </w:pPr>
      <w:r>
        <w:t>سو دا فرسٹ ٹرانسلیشن از اف دا انگلش بک صوفیزم اینڈ انٹروڈکشن، وچ واز رٹن بائے ڈاکٹر فریدہ خانم، اینڈ دس بک ہیز بین ٹرانسلیٹڈ ان تمل بائے مس تمل سیلوی میرا۔</w:t>
      </w:r>
    </w:p>
    <w:p>
      <w:r>
        <w:rPr>
          <w:b/>
        </w:rPr>
        <w:t xml:space="preserve">[51:30] </w:t>
      </w:r>
      <w:r>
        <w:t>she is a MA and M Phil, and I request Doctor sahib to do the launch of this book. Bismillah Rahman Rahim.</w:t>
      </w:r>
    </w:p>
    <w:p>
      <w:pPr>
        <w:jc w:val="right"/>
      </w:pPr>
      <w:r>
        <w:t>شی از ا ایم اے اینڈ ایم فل، اینڈ ائی ریکویسٹ ڈاکٹر صاحب ٹو ڈو دی لانچ اف دس بک۔ بسم اللہ الرحمن الرحیم۔</w:t>
      </w:r>
    </w:p>
    <w:p>
      <w:r>
        <w:rPr>
          <w:b/>
        </w:rPr>
        <w:t xml:space="preserve">[51:39] </w:t>
      </w:r>
      <w:r>
        <w:t>mujhe behad khushi ho rahi hai yeh apa ki kitab</w:t>
      </w:r>
    </w:p>
    <w:p>
      <w:pPr>
        <w:jc w:val="right"/>
      </w:pPr>
      <w:r>
        <w:t>مجھے بے حد خوشی ہو رہی ہے یہ اپا کی کتاب</w:t>
      </w:r>
    </w:p>
    <w:p>
      <w:r>
        <w:rPr>
          <w:b/>
        </w:rPr>
        <w:t xml:space="preserve">[51:48] </w:t>
      </w:r>
      <w:r>
        <w:t>Sufism and Introduction Tamil translation, jaisa Doctor Rajat sahib ne bataya, Tamil Selvi Meera sahibah ka yeh translation hai.</w:t>
      </w:r>
    </w:p>
    <w:p>
      <w:pPr>
        <w:jc w:val="right"/>
      </w:pPr>
      <w:r>
        <w:t>صوفیزم اینڈ انٹروڈکشن تمل ٹرانسلیشن، جیسا ڈاکٹر رجت صاحب نے بتایا، تمل سیلوی میرا صاحبہ کا یہ ٹرانسلیشن ہے۔</w:t>
      </w:r>
    </w:p>
    <w:p>
      <w:r>
        <w:rPr>
          <w:b/>
        </w:rPr>
        <w:t xml:space="preserve">[52:00] </w:t>
      </w:r>
      <w:r>
        <w:t>Allah ta'ala qabool farmaye, bohat hi ahem kitab hai yeh. we have two translations in Gujarati language.</w:t>
      </w:r>
    </w:p>
    <w:p>
      <w:pPr>
        <w:jc w:val="right"/>
      </w:pPr>
      <w:r>
        <w:t>اللہ تعالی قبول فرمائے، بہت ہی اہم کتاب ہے یہ۔ وی ہیو ٹو ٹرانسلیشنز ان گجراتی لینگویج۔</w:t>
      </w:r>
    </w:p>
    <w:p>
      <w:r>
        <w:rPr>
          <w:b/>
        </w:rPr>
        <w:t xml:space="preserve">[52:09] </w:t>
      </w:r>
      <w:r>
        <w:t>the first is one of the very famous book of Maulana sahib Raaz e Hayat, which is in Gujarati, and this translation has been done by Mr. Ahmed Janani.</w:t>
      </w:r>
    </w:p>
    <w:p>
      <w:pPr>
        <w:jc w:val="right"/>
      </w:pPr>
      <w:r>
        <w:t>دا فرسٹ از ون اف دا ویری فیمس بک اف مولانا صاحب راز حیات، وچ از ان گجراتی، اینڈ دس ٹرانسلیشن ہیز بین ڈن بائے مسٹر احمد جنانی۔</w:t>
      </w:r>
    </w:p>
    <w:p>
      <w:r>
        <w:rPr>
          <w:b/>
        </w:rPr>
        <w:t xml:space="preserve">[52:20] </w:t>
      </w:r>
      <w:r>
        <w:t>this translation is done with the help of Maulana Anas Malik Nadvi and the end his team</w:t>
      </w:r>
    </w:p>
    <w:p>
      <w:pPr>
        <w:jc w:val="right"/>
      </w:pPr>
      <w:r>
        <w:t>دس ٹرانسلیشن از ڈن ود دی ہیلپ اف مولانا انس ملک ندوی اینڈ دی اینڈ ہز ٹیم</w:t>
      </w:r>
    </w:p>
    <w:p>
      <w:r>
        <w:rPr>
          <w:b/>
        </w:rPr>
        <w:t xml:space="preserve">[52:28] </w:t>
      </w:r>
      <w:r>
        <w:t>in Gujarat. so I request Doctor sahib to do the launch.</w:t>
      </w:r>
    </w:p>
    <w:p>
      <w:pPr>
        <w:jc w:val="right"/>
      </w:pPr>
      <w:r>
        <w:t>ان گجرات۔ سو ائی ریکویسٹ ڈاکٹر صاحب ٹو ڈو دی لانچ۔</w:t>
      </w:r>
    </w:p>
    <w:p>
      <w:r>
        <w:rPr>
          <w:b/>
        </w:rPr>
        <w:t xml:space="preserve">[52:37] </w:t>
      </w:r>
      <w:r>
        <w:t>mujhe behad khushi ho rahi hai yeh Maulana ki ahem tareen kitabon mein se hai, Raaz e Hayat, is ka Gujarati translation jo ke Ahmed Gainani sahib ne kiya hai, aur Maulana Anas Malik Nadvi aur Gujarat ki team ne is mein ta'awun kiya.</w:t>
      </w:r>
    </w:p>
    <w:p>
      <w:pPr>
        <w:jc w:val="right"/>
      </w:pPr>
      <w:r>
        <w:t>مجھے بے حد خوشی ہو رہی ہے یہ مولانا کی اہم ترین کتابوں میں سے ہے، راز حیات، اس کا گجراتی ٹرانسلیشن جو کہ احمد گینانی صاحب نے کیا ہے، اور مولانا انس ملک ندوی اور گجرات کی ٹیم نے اس میں تعاون کیا۔</w:t>
      </w:r>
    </w:p>
    <w:p>
      <w:r>
        <w:rPr>
          <w:b/>
        </w:rPr>
        <w:t xml:space="preserve">[52:54] </w:t>
      </w:r>
      <w:r>
        <w:t>Allah ta'ala jaza e khair ata farmaye.</w:t>
      </w:r>
    </w:p>
    <w:p>
      <w:pPr>
        <w:jc w:val="right"/>
      </w:pPr>
      <w:r>
        <w:t>اللہ تعالی جزائے خیر عطا فرمائے۔</w:t>
      </w:r>
    </w:p>
    <w:p>
      <w:r>
        <w:rPr>
          <w:b/>
        </w:rPr>
        <w:t xml:space="preserve">[52:58] </w:t>
      </w:r>
      <w:r>
        <w:t>inader very important work of Maulana sahib, wich helps us lead a life full of spirituality and direction, wich is Quranic wisdom.</w:t>
      </w:r>
    </w:p>
    <w:p>
      <w:pPr>
        <w:jc w:val="right"/>
      </w:pPr>
      <w:r>
        <w:t>انادر ویری امپورٹنٹ ورک اف مولانا صاحب، وچ ہیلپس اس لیڈ ا لائف فل اف سپرچویلٹی اینڈ ڈائریکشن، وچ از قرانک وزڈم۔</w:t>
      </w:r>
    </w:p>
    <w:p>
      <w:r>
        <w:rPr>
          <w:b/>
        </w:rPr>
        <w:t xml:space="preserve">[53:09] </w:t>
      </w:r>
      <w:r>
        <w:t>this is now available in Gujarati language. this translation has been done by again Ahmed Ganani and Mr. Yunus Parmar, with the help of Maulana Anas Malik Nadvi and and the team and the Gujarat team.</w:t>
      </w:r>
    </w:p>
    <w:p>
      <w:pPr>
        <w:jc w:val="right"/>
      </w:pPr>
      <w:r>
        <w:t>دس از ناو اویلیبل ان گجراتی لینگویج۔ دس ٹرانسلیشن ہیز بین ڈن بائے اگین احمد گینانی اینڈ مسٹر یونس پرمار، ود دی ہیلپ اف مولانا انس ملک ندوی اینڈ اینڈ دا ٹیم اینڈ دا گجرات ٹیم۔</w:t>
      </w:r>
    </w:p>
    <w:p>
      <w:r>
        <w:rPr>
          <w:b/>
        </w:rPr>
        <w:t xml:space="preserve">[53:23] </w:t>
      </w:r>
      <w:r>
        <w:t>masha Allah, yeh to Maulana ki bohat hi ahem kitab hai, Quranic wiz</w:t>
      </w:r>
    </w:p>
    <w:p>
      <w:pPr>
        <w:jc w:val="right"/>
      </w:pPr>
      <w:r>
        <w:t>ماشاءاللہ، یہ تو مولانا کی بہت ہی اہم کتاب ہے، قرانک وز</w:t>
      </w:r>
    </w:p>
    <w:p>
      <w:r>
        <w:rPr>
          <w:b/>
        </w:rPr>
        <w:t xml:space="preserve">[53:27] </w:t>
      </w:r>
      <w:r>
        <w:t>dom. is ka translation Gujarati mein Ahmed Ganani sahib aur Yunus Parmar aur Maulana Anas Malik Nadvi aur Gujarati team ne is mein taawun kiya.</w:t>
      </w:r>
    </w:p>
    <w:p>
      <w:pPr>
        <w:jc w:val="right"/>
      </w:pPr>
      <w:r>
        <w:t>ڈم۔ اس کا ٹرانسلیشن گجراتی میں احمد گینانی صاحب اور یونس پرمار اور مولانا انس ملک ندوی اور گجراتی ٹیم نے اس میں تعاون کیا۔</w:t>
      </w:r>
    </w:p>
    <w:p>
      <w:r>
        <w:rPr>
          <w:b/>
        </w:rPr>
        <w:t xml:space="preserve">[53:40] </w:t>
      </w:r>
      <w:r>
        <w:t>Allah taala jaza e khair ata farmaye.</w:t>
      </w:r>
    </w:p>
    <w:p>
      <w:pPr>
        <w:jc w:val="right"/>
      </w:pPr>
      <w:r>
        <w:t>اللہ تعالی جزائے خیر عطا فرمائے۔</w:t>
      </w:r>
    </w:p>
    <w:p>
      <w:r>
        <w:rPr>
          <w:b/>
        </w:rPr>
        <w:t xml:space="preserve">[53:45] </w:t>
      </w:r>
      <w:r>
        <w:t>inader translation of Akhri Safar, wich has been done by Bangalore team, by Ms. Mazhar Un Nisa, and I will request Dr. sahib to launch this translation in English of Akhri Safar.</w:t>
      </w:r>
    </w:p>
    <w:p>
      <w:pPr>
        <w:jc w:val="right"/>
      </w:pPr>
      <w:r>
        <w:t>انادر ٹرانسلیشن اف اخری سفر، وچ ہیز بین ڈن بائے بینگلور ٹیم، بائے مس مظہر النساء، اینڈ ائی ویل ریکویسٹ ڈاکٹر صاحب ٹو لانچ دس ٹرانسلیشن ان انگلش اف اخری سفر۔</w:t>
      </w:r>
    </w:p>
    <w:p>
      <w:r>
        <w:rPr>
          <w:b/>
        </w:rPr>
        <w:t xml:space="preserve">[54:02] </w:t>
      </w:r>
      <w:r>
        <w:t>Akhri Safar masha Allah yeh translation hai Mazhar Un Nisa sahiba ka, jo ke bohat hi dedicated khatoon hain Bangalore team ki.</w:t>
      </w:r>
    </w:p>
    <w:p>
      <w:pPr>
        <w:jc w:val="right"/>
      </w:pPr>
      <w:r>
        <w:t>اخری سفر ماشاءاللہ یہ ٹرانسلیٹریشن ہے مظہر النساء صاحبہ کا، جو کہ بہت ہی ڈیڈیکیٹڈ خاتون ہیں بینگلور ٹیم کی۔</w:t>
      </w:r>
    </w:p>
    <w:p>
      <w:r>
        <w:rPr>
          <w:b/>
        </w:rPr>
        <w:t xml:space="preserve">[54:13] </w:t>
      </w:r>
      <w:r>
        <w:t>yani yeh translation chounke ab log script nahi parh paate Urdu, to is ko English script mein, jaise Roman English, jaise is mein likha hua hai ke is kitab mein musannif ne dunya ki maujooda halaat ka jaiza liya hai.</w:t>
      </w:r>
    </w:p>
    <w:p>
      <w:pPr>
        <w:jc w:val="right"/>
      </w:pPr>
      <w:r>
        <w:t>یعنی یہ ٹرانسلیٹریشن چونکہ اب لوگ اسکرپٹ نہیں پڑھ پاتے اردو، تو اس کو انگلش اسکرپٹ میں، جیسے رومن انگلش، جیسے اس میں لکھا ہوا ہے کہ اس کتاب میں مصنف نے دنیا کی موجودہ حالات کا جائزہ لیا ہے۔</w:t>
      </w:r>
    </w:p>
    <w:p>
      <w:r>
        <w:rPr>
          <w:b/>
        </w:rPr>
        <w:t xml:space="preserve">[54:39] </w:t>
      </w:r>
      <w:r>
        <w:t>yeh English mein likha hai, yani Roman mein.</w:t>
      </w:r>
    </w:p>
    <w:p>
      <w:pPr>
        <w:jc w:val="right"/>
      </w:pPr>
      <w:r>
        <w:t>یہ انگلش میں لکھا ہے، یعنی رومن میں۔</w:t>
      </w:r>
    </w:p>
    <w:p>
      <w:r>
        <w:rPr>
          <w:b/>
        </w:rPr>
        <w:t xml:space="preserve">[54:43] </w:t>
      </w:r>
      <w:r>
        <w:t>to ab yeh logon ke liye aasan hai, chounke har har har shakhs ab Urdu nahi samajhta. to is tarah se agar kitabein aaein to is se main samajhta hoon ke kafi logon ko faida hoga.</w:t>
      </w:r>
    </w:p>
    <w:p>
      <w:pPr>
        <w:jc w:val="right"/>
      </w:pPr>
      <w:r>
        <w:t>تو اب یہ لوگوں کے لیے آسان ہے، چونکہ ہر ہر ہر شخص اب اردو نہیں سمجھتا۔ تو اس طرح سے اگر کتابیں آئیں تو اس سے میں سمجھتا ہوں کہ کافی لوگوں کو فائدہ ہوگا۔</w:t>
      </w:r>
    </w:p>
    <w:p>
      <w:r>
        <w:rPr>
          <w:b/>
        </w:rPr>
        <w:t xml:space="preserve">[54:51] </w:t>
      </w:r>
      <w:r>
        <w:t>jazak Allah. we are also launching Urdu and English of the same title, the Urdu title Watan Se Mohabbat of Maulana Urdu articles.</w:t>
      </w:r>
    </w:p>
    <w:p>
      <w:pPr>
        <w:jc w:val="right"/>
      </w:pPr>
      <w:r>
        <w:t>جزاک اللہ۔ وی آر السو لانچنگ اردو اینڈ انگلش اف دا سیم ٹائٹل، دا اردو ٹائٹل وطن سے محبت اف مولانا اردو آرٹیکلز۔</w:t>
      </w:r>
    </w:p>
    <w:p>
      <w:r>
        <w:rPr>
          <w:b/>
        </w:rPr>
        <w:t xml:space="preserve">[55:05] </w:t>
      </w:r>
      <w:r>
        <w:t>so I will request Dr. sahib to do the launch.</w:t>
      </w:r>
    </w:p>
    <w:p>
      <w:pPr>
        <w:jc w:val="right"/>
      </w:pPr>
      <w:r>
        <w:t>سو ائی ویل ریکویسٹ ڈاکٹر صاحب ٹو ڈو دا لانچ۔</w:t>
      </w:r>
    </w:p>
    <w:p>
      <w:r>
        <w:rPr>
          <w:b/>
        </w:rPr>
        <w:t xml:space="preserve">[55:12] </w:t>
      </w:r>
      <w:r>
        <w:t>masha Allah yeh Maulana ka bohat ahem topic tha, Watan Se Mohabbat, aur yeh do kitabein is silsile mein bohat hi mufeed sabit honge, inshallah.</w:t>
      </w:r>
    </w:p>
    <w:p>
      <w:pPr>
        <w:jc w:val="right"/>
      </w:pPr>
      <w:r>
        <w:t>ماشاءاللہ یہ مولانا کا بہت اہم ٹاپک تھا، وطن سے محبت، اور یہ دو کتابچے اس سلسلے میں بہت ہی مفید ثابت ہوں گے، انشاءاللہ۔</w:t>
      </w:r>
    </w:p>
    <w:p>
      <w:r>
        <w:rPr>
          <w:b/>
        </w:rPr>
        <w:t xml:space="preserve">[55:24] </w:t>
      </w:r>
      <w:r>
        <w:t>jazak Allah jin logon ne is pe kaam kiya. the same translation in English, wich is done by Professor Farida Khanum, the title is The Spirit of Patriotism, Love for Country that Embraces All Identities.</w:t>
      </w:r>
    </w:p>
    <w:p>
      <w:pPr>
        <w:jc w:val="right"/>
      </w:pPr>
      <w:r>
        <w:t>جزاک اللہ جن لوگوں نے اس پہ کام کیا۔ دا سیم ٹرانسلیشن ان انگلش، وچ از ڈن بائے پروفیسر فریدہ خانم، دی ٹائٹل از دا سپرٹ اف پیٹریوٹزم، لو فار کنٹری دیٹ ایمبریسز ال آئیڈینٹیٹیز۔</w:t>
      </w:r>
    </w:p>
    <w:p>
      <w:r>
        <w:rPr>
          <w:b/>
        </w:rPr>
        <w:t xml:space="preserve">[55:40] </w:t>
      </w:r>
      <w:r>
        <w:t>very important book</w:t>
      </w:r>
    </w:p>
    <w:p>
      <w:pPr>
        <w:jc w:val="right"/>
      </w:pPr>
      <w:r>
        <w:t>ویری امپورٹنٹ بک</w:t>
      </w:r>
    </w:p>
    <w:p>
      <w:r>
        <w:rPr>
          <w:b/>
        </w:rPr>
        <w:t xml:space="preserve">[55:41] </w:t>
      </w:r>
      <w:r>
        <w:t>. I will request Dr. sahib to do the launch.</w:t>
      </w:r>
    </w:p>
    <w:p>
      <w:pPr>
        <w:jc w:val="right"/>
      </w:pPr>
      <w:r>
        <w:t>۔ ائی ویل ریکویسٹ ڈاکٹر صاحب ٹو ڈو دی لانچ۔</w:t>
      </w:r>
    </w:p>
    <w:p>
      <w:r>
        <w:rPr>
          <w:b/>
        </w:rPr>
        <w:t xml:space="preserve">[55:48] </w:t>
      </w:r>
      <w:r>
        <w:t>The Spirit of Patriotism, Love for Country that Embraces All Identities. yeh bari ahem kitab lag rahi hai, aur Dr. Farida Khanum ne is ka translation kiya hai,</w:t>
      </w:r>
    </w:p>
    <w:p>
      <w:pPr>
        <w:jc w:val="right"/>
      </w:pPr>
      <w:r>
        <w:t>دا سپرٹ اف پیٹریوٹزم، لو فار کنٹری دیٹ ایمبریسز ال آئیڈینٹیٹیز۔ یہ بڑی اہم کتاب لگ رہی ہے، اور ڈاکٹر فریدہ خانم نے اس کا ٹرانسلیشن کیا ہے،</w:t>
      </w:r>
    </w:p>
    <w:p>
      <w:r>
        <w:rPr>
          <w:b/>
        </w:rPr>
        <w:t xml:space="preserve">[56:02] </w:t>
      </w:r>
      <w:r>
        <w:t>Watan Se Mohabbat. Urdu kitab ka translation hai, yeh to bohat hi ahem hai, Maulana ka bohat hi pasandeeda topic hai yeh.</w:t>
      </w:r>
    </w:p>
    <w:p>
      <w:pPr>
        <w:jc w:val="right"/>
      </w:pPr>
      <w:r>
        <w:t>وطن سے محبت۔ اردو کتاب کا ٹرانسلیشن ہے، یہ تو بہت ہی اہم ہے، مولانا کا بہت ہی پسندیدہ ٹاپک ہے یہ۔</w:t>
      </w:r>
    </w:p>
    <w:p>
      <w:r>
        <w:rPr>
          <w:b/>
        </w:rPr>
        <w:t xml:space="preserve">[56:11] </w:t>
      </w:r>
      <w:r>
        <w:t>Allah taala jaza e khair de jin logon ne is mein kaam kiya hai. and the last launch for today, this is the English translation of Maulana Urdu book Deen Insaniyat.</w:t>
      </w:r>
    </w:p>
    <w:p>
      <w:pPr>
        <w:jc w:val="right"/>
      </w:pPr>
      <w:r>
        <w:t>اللہ تعالی جزائے خیر دے جن لوگوں نے اس میں کام کیا ہے۔ اینڈ دا لاسٹ لانچ فار ٹوڈے، دس از دی انگلش ٹرانسلیشن اف مولانا اردو بک دین انسانیت۔</w:t>
      </w:r>
    </w:p>
    <w:p>
      <w:r>
        <w:rPr>
          <w:b/>
        </w:rPr>
        <w:t xml:space="preserve">[56:21] </w:t>
      </w:r>
      <w:r>
        <w:t>I will request Dr. sahib to do this launch.</w:t>
      </w:r>
    </w:p>
    <w:p>
      <w:pPr>
        <w:jc w:val="right"/>
      </w:pPr>
      <w:r>
        <w:t>ائی ویل ریکویسٹ ڈاکٹر صاحب ٹو ڈو دس لانچ۔</w:t>
      </w:r>
    </w:p>
    <w:p>
      <w:r>
        <w:rPr>
          <w:b/>
        </w:rPr>
        <w:t xml:space="preserve">[56:33] </w:t>
      </w:r>
      <w:r>
        <w:t>aur yeh abhi mere paas Spirit of Islam jo latest hai woh aaya</w:t>
      </w:r>
    </w:p>
    <w:p>
      <w:pPr>
        <w:jc w:val="right"/>
      </w:pPr>
      <w:r>
        <w:t>اور یہ ابھی میرے پاس سپرٹ اف اسلام جو لیٹسٹ ہے وہ آیا</w:t>
      </w:r>
    </w:p>
    <w:p>
      <w:r>
        <w:rPr>
          <w:b/>
        </w:rPr>
        <w:t xml:space="preserve">[56:39] </w:t>
      </w:r>
      <w:r>
        <w:t>, main chahta hoon is ko bhi launch kiya jaye, chounke Sarah Fatima sahiba Bangalore se aaj kal yahin hain Delhi mein, aur un ki jo lifelong koshishein hain, Al-Risala ko English mein lana aur is is ke liye kaam karna, woh bohat hi qabil e qadar hain.</w:t>
      </w:r>
    </w:p>
    <w:p>
      <w:pPr>
        <w:jc w:val="right"/>
      </w:pPr>
      <w:r>
        <w:t>، میں چاہتا ہوں اس کو بھی لانچ کیا جائے، چونکہ سارہ فاطمہ صاحبہ بینگلور سے آج کل یہیں ہیں دہلی میں، اور ان کی جو لائف لانگ کوششیں ہیں، الرسالہ کو انگلش میں لانا اور اس اس کے لیے کام کرنا، وہ بہت ہی قابل قدر ہیں۔</w:t>
      </w:r>
    </w:p>
    <w:p>
      <w:r>
        <w:rPr>
          <w:b/>
        </w:rPr>
        <w:t xml:space="preserve">[56:57] </w:t>
      </w:r>
      <w:r>
        <w:t>Allah taala un ko sehat yaab kare aur un ke darjat buland kare.</w:t>
      </w:r>
    </w:p>
    <w:p>
      <w:pPr>
        <w:jc w:val="right"/>
      </w:pPr>
      <w:r>
        <w:t>اللہ تعالی ان کو صحت یاب کرے اور ان کے درجات بلند کرے۔</w:t>
      </w:r>
    </w:p>
    <w:p>
      <w:r>
        <w:rPr>
          <w:b/>
        </w:rPr>
        <w:t xml:space="preserve">[57:05] </w:t>
      </w:r>
      <w:r>
        <w:t>thank you Dr. sahib for taking the session today and also doing the important launches. jazak Allah. we will end the session today and we will be back next Sunday by 10:30 AM.</w:t>
      </w:r>
    </w:p>
    <w:p>
      <w:pPr>
        <w:jc w:val="right"/>
      </w:pPr>
      <w:r>
        <w:t>تھینک یو ڈاکٹر صاحب فار ٹیکنگ دا سیشن ٹوڈے اینڈ السو ڈوئنگ دا امپورٹنٹ لانچز۔ جزاک اللہ۔ وی ویل اینڈ دی سیشن ٹوڈے اینڈ وی بی بیک نیکسٹ سنڈے بائی 10:30 اے ایم۔</w:t>
      </w:r>
    </w:p>
    <w:p>
      <w:r>
        <w:rPr>
          <w:b/>
        </w:rPr>
        <w:t xml:space="preserve">[57:14] </w:t>
      </w:r>
      <w:r>
        <w:t>thank you.</w:t>
      </w:r>
    </w:p>
    <w:p>
      <w:pPr>
        <w:jc w:val="right"/>
      </w:pPr>
      <w:r>
        <w:t>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