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Dichotomous Thinking: A serious Intellectual Problem, August 12, 2007</w:t>
      </w:r>
    </w:p>
    <w:p>
      <w:r>
        <w:t>https://www.youtube.com/watch?v=LvgspzJxu6w</w:t>
      </w:r>
    </w:p>
    <w:p>
      <w:r>
        <w:rPr>
          <w:b/>
        </w:rPr>
        <w:t xml:space="preserve">[00:13] </w:t>
      </w:r>
      <w:r>
        <w:t>bismillah hir rahman nir rahim, wa salla Allahu ala an-nabiyyil kareem. rab ishrah li sadri, wa yassir li amri, wah-lul uqdatan min lisani, yafqahu qawli. aaj ka jo topic hai woh hai Dichotomous Thinking: A Serious Intellec</w:t>
      </w:r>
    </w:p>
    <w:p>
      <w:pPr>
        <w:jc w:val="right"/>
      </w:pPr>
      <w:r>
        <w:t>بسم اللہ الرحمن الرحیم، وصلی اللہ علی النبی الکریم۔ رب اشرح لی صدری، ویسر لی امری، واحل العقدۃ من لسانی، یفقہ قولی۔ آج کا جو ٹاپک ہے وہ ہے Dichotomous Thinking: A Serious Intellec</w:t>
      </w:r>
    </w:p>
    <w:p>
      <w:r>
        <w:rPr>
          <w:b/>
        </w:rPr>
        <w:t xml:space="preserve">[00:43] </w:t>
      </w:r>
      <w:r>
        <w:t>tual Problem.</w:t>
      </w:r>
    </w:p>
    <w:p>
      <w:pPr>
        <w:jc w:val="right"/>
      </w:pPr>
      <w:r>
        <w:t>tual Problem.</w:t>
      </w:r>
    </w:p>
    <w:p>
      <w:r>
        <w:rPr>
          <w:b/>
        </w:rPr>
        <w:t xml:space="preserve">[00:49] </w:t>
      </w:r>
      <w:r>
        <w:t>Dichotomous Thinking: A Serious Intellectual Problem.</w:t>
      </w:r>
    </w:p>
    <w:p>
      <w:pPr>
        <w:jc w:val="right"/>
      </w:pPr>
      <w:r>
        <w:t>Dichotomous Thinking: A Serious Intellectual Problem.</w:t>
      </w:r>
    </w:p>
    <w:p>
      <w:r>
        <w:rPr>
          <w:b/>
        </w:rPr>
        <w:t xml:space="preserve">[00:55] </w:t>
      </w:r>
      <w:r>
        <w:t>dekhye, aap jante hain ke jo material world hai is ke qanoon bohat hi fixed qanoon hain, is</w:t>
      </w:r>
    </w:p>
    <w:p>
      <w:pPr>
        <w:jc w:val="right"/>
      </w:pPr>
      <w:r>
        <w:t>دیکھئے، آپ جانتے ہیں کہ جو مٹیریل ورلڈ ہے اس کے قوانین بہت ہی فکسڈ قوانین ہیں، اس</w:t>
      </w:r>
    </w:p>
    <w:p>
      <w:r>
        <w:rPr>
          <w:b/>
        </w:rPr>
        <w:t xml:space="preserve">[01:01] </w:t>
      </w:r>
      <w:r>
        <w:t>mein kuch change nahi ho sakta.</w:t>
      </w:r>
    </w:p>
    <w:p>
      <w:pPr>
        <w:jc w:val="right"/>
      </w:pPr>
      <w:r>
        <w:t>میں کچھ چینج نہیں ہو سکتا۔</w:t>
      </w:r>
    </w:p>
    <w:p>
      <w:r>
        <w:rPr>
          <w:b/>
        </w:rPr>
        <w:t xml:space="preserve">[01:07] </w:t>
      </w:r>
      <w:r>
        <w:t>to inhi mein se aik</w:t>
      </w:r>
    </w:p>
    <w:p>
      <w:pPr>
        <w:jc w:val="right"/>
      </w:pPr>
      <w:r>
        <w:t>تو انہی میں سے ایک</w:t>
      </w:r>
    </w:p>
    <w:p>
      <w:r>
        <w:rPr>
          <w:b/>
        </w:rPr>
        <w:t xml:space="preserve">[01:13] </w:t>
      </w:r>
      <w:r>
        <w:t>woh hai jo kaha jata hai Newton ka third law of motion.</w:t>
      </w:r>
    </w:p>
    <w:p>
      <w:pPr>
        <w:jc w:val="right"/>
      </w:pPr>
      <w:r>
        <w:t>وہ ہے جو کہا جاتا ہے نیوٹن کا تھرڈ لا آف موشن۔</w:t>
      </w:r>
    </w:p>
    <w:p>
      <w:r>
        <w:rPr>
          <w:b/>
        </w:rPr>
        <w:t xml:space="preserve">[01:20] </w:t>
      </w:r>
      <w:r>
        <w:t>yani Every action has an opposite and equal reaction.</w:t>
      </w:r>
    </w:p>
    <w:p>
      <w:pPr>
        <w:jc w:val="right"/>
      </w:pPr>
      <w:r>
        <w:t>یعنی Every action has an opposite and equal reaction۔</w:t>
      </w:r>
    </w:p>
    <w:p>
      <w:r>
        <w:rPr>
          <w:b/>
        </w:rPr>
        <w:t xml:space="preserve">[01:28] </w:t>
      </w:r>
      <w:r>
        <w:t>Every action has an opposite and equal reaction.</w:t>
      </w:r>
    </w:p>
    <w:p>
      <w:pPr>
        <w:jc w:val="right"/>
      </w:pPr>
      <w:r>
        <w:t>Every action has an opposite and equal reaction۔</w:t>
      </w:r>
    </w:p>
    <w:p>
      <w:r>
        <w:rPr>
          <w:b/>
        </w:rPr>
        <w:t xml:space="preserve">[01:36] </w:t>
      </w:r>
      <w:r>
        <w:t>yeh hai third law of motion jis ko discover kiya</w:t>
      </w:r>
    </w:p>
    <w:p>
      <w:pPr>
        <w:jc w:val="right"/>
      </w:pPr>
      <w:r>
        <w:t>یہ ہے تھرڈ لا آف موشن جس کو ڈسکور کیا</w:t>
      </w:r>
    </w:p>
    <w:p>
      <w:r>
        <w:rPr>
          <w:b/>
        </w:rPr>
        <w:t xml:space="preserve">[01:43] </w:t>
      </w:r>
      <w:r>
        <w:t>Newton ne aur aaj tak yeh mana jata hai.</w:t>
      </w:r>
    </w:p>
    <w:p>
      <w:pPr>
        <w:jc w:val="right"/>
      </w:pPr>
      <w:r>
        <w:t>نیوٹن نے اور آج تک یہ مانا جاتا ہے۔</w:t>
      </w:r>
    </w:p>
    <w:p>
      <w:r>
        <w:rPr>
          <w:b/>
        </w:rPr>
        <w:t xml:space="preserve">[01:49] </w:t>
      </w:r>
      <w:r>
        <w:t>to dekhye, material world jo hai is mein koi material body, koi material atom sirf aik hi direction</w:t>
      </w:r>
    </w:p>
    <w:p>
      <w:pPr>
        <w:jc w:val="right"/>
      </w:pPr>
      <w:r>
        <w:t>تو دیکھئے، مٹیریل ورلڈ جو ہے اس میں کوئی مٹیریل باڈی، کوئی مٹیریل ایٹم صرف ایک ہی ڈائریکشن</w:t>
      </w:r>
    </w:p>
    <w:p>
      <w:r>
        <w:rPr>
          <w:b/>
        </w:rPr>
        <w:t xml:space="preserve">[01:56] </w:t>
      </w:r>
      <w:r>
        <w:t>janta hai, woh hai opposite direction mein move karna.</w:t>
      </w:r>
    </w:p>
    <w:p>
      <w:pPr>
        <w:jc w:val="right"/>
      </w:pPr>
      <w:r>
        <w:t>جانتا ہے، وہ ہے اپوزٹ ڈائریکشن میں موو کرنا۔</w:t>
      </w:r>
    </w:p>
    <w:p>
      <w:r>
        <w:rPr>
          <w:b/>
        </w:rPr>
        <w:t xml:space="preserve">[02:02] </w:t>
      </w:r>
      <w:r>
        <w:t>yani action hai to reaction hai.</w:t>
      </w:r>
    </w:p>
    <w:p>
      <w:pPr>
        <w:jc w:val="right"/>
      </w:pPr>
      <w:r>
        <w:t>یعنی ایکشن ہے تو ری ایکشن ہے۔</w:t>
      </w:r>
    </w:p>
    <w:p>
      <w:r>
        <w:rPr>
          <w:b/>
        </w:rPr>
        <w:t xml:space="preserve">[02:08] </w:t>
      </w:r>
      <w:r>
        <w:t>lekin insan jo hai woh is ke paas mind hai,</w:t>
      </w:r>
    </w:p>
    <w:p>
      <w:pPr>
        <w:jc w:val="right"/>
      </w:pPr>
      <w:r>
        <w:t>لیکن انسان جو ہے وہ اس کے پاس مائنڈ ہے،</w:t>
      </w:r>
    </w:p>
    <w:p>
      <w:r>
        <w:rPr>
          <w:b/>
        </w:rPr>
        <w:t xml:space="preserve">[02:15] </w:t>
      </w:r>
      <w:r>
        <w:t>self thinking hai, sochne ki capacity hai.</w:t>
      </w:r>
    </w:p>
    <w:p>
      <w:pPr>
        <w:jc w:val="right"/>
      </w:pPr>
      <w:r>
        <w:t>سیلف تھنکنگ ہے، سوچنے کی کیپیسٹی ہے۔</w:t>
      </w:r>
    </w:p>
    <w:p>
      <w:r>
        <w:rPr>
          <w:b/>
        </w:rPr>
        <w:t xml:space="preserve">[02:21] </w:t>
      </w:r>
      <w:r>
        <w:t>to insaan ab khud apnay distance se apna direction choose karta hai.</w:t>
      </w:r>
    </w:p>
    <w:p>
      <w:pPr>
        <w:jc w:val="right"/>
      </w:pPr>
      <w:r>
        <w:t>تو انسان اب خود اپنے ڈسٹنس سے اپنا ڈائریکشن چوز کرتا ہے۔</w:t>
      </w:r>
    </w:p>
    <w:p>
      <w:r>
        <w:rPr>
          <w:b/>
        </w:rPr>
        <w:t xml:space="preserve">[02:27] </w:t>
      </w:r>
      <w:r>
        <w:t>to hum khud apni soch se ek direction naya le sakte hain, other than reaction.</w:t>
      </w:r>
    </w:p>
    <w:p>
      <w:pPr>
        <w:jc w:val="right"/>
      </w:pPr>
      <w:r>
        <w:t>تو ہم خود اپنی سوچ سے ایک ڈائریکشن نیا لے سکتے ہیں، ادر دین ری ایکشن۔</w:t>
      </w:r>
    </w:p>
    <w:p>
      <w:r>
        <w:rPr>
          <w:b/>
        </w:rPr>
        <w:t xml:space="preserve">[02:34] </w:t>
      </w:r>
      <w:r>
        <w:t>yeh main kehna chahta hoon aaj.</w:t>
      </w:r>
    </w:p>
    <w:p>
      <w:pPr>
        <w:jc w:val="right"/>
      </w:pPr>
      <w:r>
        <w:t>یہ میں کہنا چاہتا ہوں آج۔</w:t>
      </w:r>
    </w:p>
    <w:p>
      <w:r>
        <w:rPr>
          <w:b/>
        </w:rPr>
        <w:t xml:space="preserve">[02:40] </w:t>
      </w:r>
      <w:r>
        <w:t>main samajhta hoon ke insaan ki sari progress aur sari uski taraqqiyan isi par depend karti hain.</w:t>
      </w:r>
    </w:p>
    <w:p>
      <w:pPr>
        <w:jc w:val="right"/>
      </w:pPr>
      <w:r>
        <w:t>میں سمجھتا ہوں کہ انسان کی ساری پروگریس اور ساری اس کی ترقیاں اسی پر ڈیپنڈ کرتی ہیں۔</w:t>
      </w:r>
    </w:p>
    <w:p>
      <w:r>
        <w:rPr>
          <w:b/>
        </w:rPr>
        <w:t xml:space="preserve">[02:47] </w:t>
      </w:r>
      <w:r>
        <w:t>poori history ko aap isi par dekh sakte hain.</w:t>
      </w:r>
    </w:p>
    <w:p>
      <w:pPr>
        <w:jc w:val="right"/>
      </w:pPr>
      <w:r>
        <w:t>پوری ہسٹری کو آپ اسی پر دیکھ سکتے ہیں۔</w:t>
      </w:r>
    </w:p>
    <w:p>
      <w:r>
        <w:rPr>
          <w:b/>
        </w:rPr>
        <w:t xml:space="preserve">[02:52] </w:t>
      </w:r>
      <w:r>
        <w:t>jab bhi insaan aisa karta hai ke ek action hua to usne react kiya, to kabhi</w:t>
      </w:r>
    </w:p>
    <w:p>
      <w:pPr>
        <w:jc w:val="right"/>
      </w:pPr>
      <w:r>
        <w:t>جب بھی انسان ایسا کرتا ہے کہ ایک ایکشن ہوا تو اس نے ری ایکٹ کیا، تو کبھی</w:t>
      </w:r>
    </w:p>
    <w:p>
      <w:r>
        <w:rPr>
          <w:b/>
        </w:rPr>
        <w:t xml:space="preserve">[02:57] </w:t>
      </w:r>
      <w:r>
        <w:t>bhi woh successful nahi rehta hai.</w:t>
      </w:r>
    </w:p>
    <w:p>
      <w:pPr>
        <w:jc w:val="right"/>
      </w:pPr>
      <w:r>
        <w:t>بھی وہ سکسیس فل نہیں رہتا ہے۔</w:t>
      </w:r>
    </w:p>
    <w:p>
      <w:r>
        <w:rPr>
          <w:b/>
        </w:rPr>
        <w:t xml:space="preserve">[03:02] </w:t>
      </w:r>
      <w:r>
        <w:t>successful ka matlab yeh nahi hai ke dhoom mache, usko log success samajhte hain.</w:t>
      </w:r>
    </w:p>
    <w:p>
      <w:pPr>
        <w:jc w:val="right"/>
      </w:pPr>
      <w:r>
        <w:t>سکسیس فل کا معنی یہ نہیں ہے کہ دھوم مچے، اس کو لوگ سکسیس سمجھتے ہیں۔</w:t>
      </w:r>
    </w:p>
    <w:p>
      <w:r>
        <w:rPr>
          <w:b/>
        </w:rPr>
        <w:t xml:space="preserve">[03:07] </w:t>
      </w:r>
      <w:r>
        <w:t>yani koi real achievement, koi positive result usko main keh raha hoon.</w:t>
      </w:r>
    </w:p>
    <w:p>
      <w:pPr>
        <w:jc w:val="right"/>
      </w:pPr>
      <w:r>
        <w:t>یعنی کوئی ریئل اچیومنٹ، کوئی پازیٹیو رزلٹ اس کو میں کہہ رہا ہوں۔</w:t>
      </w:r>
    </w:p>
    <w:p>
      <w:r>
        <w:rPr>
          <w:b/>
        </w:rPr>
        <w:t xml:space="preserve">[03:12] </w:t>
      </w:r>
      <w:r>
        <w:t>dhoom machne ko main koi success nahi samajhta</w:t>
      </w:r>
    </w:p>
    <w:p>
      <w:pPr>
        <w:jc w:val="right"/>
      </w:pPr>
      <w:r>
        <w:t>دھوم مچنے کو میں کوئی سکسیس نہیں سمجھتا</w:t>
      </w:r>
    </w:p>
    <w:p>
      <w:r>
        <w:rPr>
          <w:b/>
        </w:rPr>
        <w:t xml:space="preserve">[03:17] </w:t>
      </w:r>
      <w:r>
        <w:t>.</w:t>
      </w:r>
    </w:p>
    <w:p>
      <w:pPr>
        <w:jc w:val="right"/>
      </w:pPr>
      <w:r>
        <w:t>۔</w:t>
      </w:r>
    </w:p>
    <w:p>
      <w:r>
        <w:rPr>
          <w:b/>
        </w:rPr>
        <w:t xml:space="preserve">[03:21] </w:t>
      </w:r>
      <w:r>
        <w:t>to yehi poori history mein hota raha hai.</w:t>
      </w:r>
    </w:p>
    <w:p>
      <w:pPr>
        <w:jc w:val="right"/>
      </w:pPr>
      <w:r>
        <w:t>تو یہی پوری ہسٹری میں ہوتا رہا ہے۔</w:t>
      </w:r>
    </w:p>
    <w:p>
      <w:r>
        <w:rPr>
          <w:b/>
        </w:rPr>
        <w:t xml:space="preserve">[03:25] </w:t>
      </w:r>
      <w:r>
        <w:t>aap dekhiye, Socrates ne bhi yehi kiya.</w:t>
      </w:r>
    </w:p>
    <w:p>
      <w:pPr>
        <w:jc w:val="right"/>
      </w:pPr>
      <w:r>
        <w:t>آپ دیکھئے، سقراطی نے بھی یہی کیا۔</w:t>
      </w:r>
    </w:p>
    <w:p>
      <w:r>
        <w:rPr>
          <w:b/>
        </w:rPr>
        <w:t xml:space="preserve">[03:30] </w:t>
      </w:r>
      <w:r>
        <w:t>uske zamane mein jo political system tha usse usne react kiya.</w:t>
      </w:r>
    </w:p>
    <w:p>
      <w:pPr>
        <w:jc w:val="right"/>
      </w:pPr>
      <w:r>
        <w:t>اس کے زمانے میں جو پولیٹیکل سسٹم تھا اس سے اس نے ری ایکٹ کیا۔</w:t>
      </w:r>
    </w:p>
    <w:p>
      <w:r>
        <w:rPr>
          <w:b/>
        </w:rPr>
        <w:t xml:space="preserve">[03:34] </w:t>
      </w:r>
      <w:r>
        <w:t>to Socrates duniya ko koi positive cheez nahi de saka.</w:t>
      </w:r>
    </w:p>
    <w:p>
      <w:pPr>
        <w:jc w:val="right"/>
      </w:pPr>
      <w:r>
        <w:t>تو سقراطی دنیا کو کوئی پازیٹیو چیز نہیں دے سکا۔</w:t>
      </w:r>
    </w:p>
    <w:p>
      <w:r>
        <w:rPr>
          <w:b/>
        </w:rPr>
        <w:t xml:space="preserve">[03:38] </w:t>
      </w:r>
      <w:r>
        <w:t>Rousseau ne bhi yehi kiya.</w:t>
      </w:r>
    </w:p>
    <w:p>
      <w:pPr>
        <w:jc w:val="right"/>
      </w:pPr>
      <w:r>
        <w:t>روسو نے بھی یہی کیا۔</w:t>
      </w:r>
    </w:p>
    <w:p>
      <w:r>
        <w:rPr>
          <w:b/>
        </w:rPr>
        <w:t xml:space="preserve">[03:43] </w:t>
      </w:r>
      <w:r>
        <w:t>uske zamane mein jo kingship thi usse react kar ke usne apni philosophy banayi. mere nazdeek</w:t>
      </w:r>
    </w:p>
    <w:p>
      <w:pPr>
        <w:jc w:val="right"/>
      </w:pPr>
      <w:r>
        <w:t>اس کے زمانے میں جو کنگ شپ تھی اس سے ری ایکٹ کر کے اس نے اپنی فلاسفی بنائی۔ میرے نزدیک</w:t>
      </w:r>
    </w:p>
    <w:p>
      <w:r>
        <w:rPr>
          <w:b/>
        </w:rPr>
        <w:t xml:space="preserve">[03:47] </w:t>
      </w:r>
      <w:r>
        <w:t>Rousseau ka case reaction ka case tha.</w:t>
      </w:r>
    </w:p>
    <w:p>
      <w:pPr>
        <w:jc w:val="right"/>
      </w:pPr>
      <w:r>
        <w:t>روسو کا کیس ری ایکشن کا کیس تھا۔</w:t>
      </w:r>
    </w:p>
    <w:p>
      <w:r>
        <w:rPr>
          <w:b/>
        </w:rPr>
        <w:t xml:space="preserve">[03:52] </w:t>
      </w:r>
      <w:r>
        <w:t>mere nazdeek Rousseau ka case reaction ka case tha.</w:t>
      </w:r>
    </w:p>
    <w:p>
      <w:pPr>
        <w:jc w:val="right"/>
      </w:pPr>
      <w:r>
        <w:t>میرے نزدیک روسو کا کیس ری ایکشن کا کیس تھا۔</w:t>
      </w:r>
    </w:p>
    <w:p>
      <w:r>
        <w:rPr>
          <w:b/>
        </w:rPr>
        <w:t xml:space="preserve">[03:57] </w:t>
      </w:r>
      <w:r>
        <w:t>jab usne kaha ke "Man was born free; I see him in chain" yeh yeh tha exaggeration.</w:t>
      </w:r>
    </w:p>
    <w:p>
      <w:pPr>
        <w:jc w:val="right"/>
      </w:pPr>
      <w:r>
        <w:t>جب اس نے کہا کہ "Man was born free; I see him in chain" یہ یہ تھا ایگزیجریشن۔</w:t>
      </w:r>
    </w:p>
    <w:p>
      <w:r>
        <w:rPr>
          <w:b/>
        </w:rPr>
        <w:t xml:space="preserve">[04:02] </w:t>
      </w:r>
      <w:r>
        <w:t>warna chain to aaj bhi hai.</w:t>
      </w:r>
    </w:p>
    <w:p>
      <w:pPr>
        <w:jc w:val="right"/>
      </w:pPr>
      <w:r>
        <w:t>ورنہ چین تو آج بھی ہے۔</w:t>
      </w:r>
    </w:p>
    <w:p>
      <w:r>
        <w:rPr>
          <w:b/>
        </w:rPr>
        <w:t xml:space="preserve">[04:07] </w:t>
      </w:r>
      <w:r>
        <w:t>democracy bhi wahi chain hai jo kingship mein tha.</w:t>
      </w:r>
    </w:p>
    <w:p>
      <w:pPr>
        <w:jc w:val="right"/>
      </w:pPr>
      <w:r>
        <w:t>ڈیموکریسی بھی وہی چین ہے جو کنگ شپ میں تھا۔</w:t>
      </w:r>
    </w:p>
    <w:p>
      <w:r>
        <w:rPr>
          <w:b/>
        </w:rPr>
        <w:t xml:space="preserve">[04:12] </w:t>
      </w:r>
      <w:r>
        <w:t>koi freedom, ideal freedom kabhi bhi achieve nahi hui.</w:t>
      </w:r>
    </w:p>
    <w:p>
      <w:pPr>
        <w:jc w:val="right"/>
      </w:pPr>
      <w:r>
        <w:t>کوئی فریڈم، آئیڈیل فریڈم کبھی بھی اچیو نہیں ہوئی۔</w:t>
      </w:r>
    </w:p>
    <w:p>
      <w:r>
        <w:rPr>
          <w:b/>
        </w:rPr>
        <w:t xml:space="preserve">[04:17] </w:t>
      </w:r>
      <w:r>
        <w:t>to yeh reaction tha jiska victim bana Rousseau.</w:t>
      </w:r>
    </w:p>
    <w:p>
      <w:pPr>
        <w:jc w:val="right"/>
      </w:pPr>
      <w:r>
        <w:t>تو یہ ری ایکشن تھا جس کا وکٹم بنا روسو۔</w:t>
      </w:r>
    </w:p>
    <w:p>
      <w:r>
        <w:rPr>
          <w:b/>
        </w:rPr>
        <w:t xml:space="preserve">[04:22] </w:t>
      </w:r>
      <w:r>
        <w:t>aise hi dekhiye, Marx ka case hai.</w:t>
      </w:r>
    </w:p>
    <w:p>
      <w:pPr>
        <w:jc w:val="right"/>
      </w:pPr>
      <w:r>
        <w:t>ایسے ہی دیکھئے، مارکس کا کیس ہے۔</w:t>
      </w:r>
    </w:p>
    <w:p>
      <w:r>
        <w:rPr>
          <w:b/>
        </w:rPr>
        <w:t xml:space="preserve">[04:27] </w:t>
      </w:r>
      <w:r>
        <w:t>woh bhi reaction kiya us ne.</w:t>
      </w:r>
    </w:p>
    <w:p>
      <w:pPr>
        <w:jc w:val="right"/>
      </w:pPr>
      <w:r>
        <w:t>وہ بھی ری ایکشن کیا اس نے۔</w:t>
      </w:r>
    </w:p>
    <w:p>
      <w:r>
        <w:rPr>
          <w:b/>
        </w:rPr>
        <w:t xml:space="preserve">[04:32] </w:t>
      </w:r>
      <w:r>
        <w:t>is ke zamane mein jo existing system tha jis ko woh capitalist system kehta tha, yeh to us</w:t>
      </w:r>
    </w:p>
    <w:p>
      <w:pPr>
        <w:jc w:val="right"/>
      </w:pPr>
      <w:r>
        <w:t>اس کے زمانے میں جو ایگزسٹنگ سسٹم تھا جس کو وہ کیپرٹل سسٹم کہتا تھا، یہ تو اس</w:t>
      </w:r>
    </w:p>
    <w:p>
      <w:r>
        <w:rPr>
          <w:b/>
        </w:rPr>
        <w:t xml:space="preserve">[04:37] </w:t>
      </w:r>
      <w:r>
        <w:t>se react kiya us ne.</w:t>
      </w:r>
    </w:p>
    <w:p>
      <w:pPr>
        <w:jc w:val="right"/>
      </w:pPr>
      <w:r>
        <w:t>سے ری ایکٹ کیا اس نے۔</w:t>
      </w:r>
    </w:p>
    <w:p>
      <w:r>
        <w:rPr>
          <w:b/>
        </w:rPr>
        <w:t xml:space="preserve">[04:42] </w:t>
      </w:r>
      <w:r>
        <w:t>lekin aap jante hain ke Marxism pachhatar saal rule kiya us ke logon ne, phir duniya ko koi positive cheez</w:t>
      </w:r>
    </w:p>
    <w:p>
      <w:pPr>
        <w:jc w:val="right"/>
      </w:pPr>
      <w:r>
        <w:t>لیکن آپ جانتے ہیں کہ مارکسزم پچھتر سال رول کیا اس کے لوگوں نے، پھر دنیا کو کوئی پازیٹیو چیز</w:t>
      </w:r>
    </w:p>
    <w:p>
      <w:r>
        <w:rPr>
          <w:b/>
        </w:rPr>
        <w:t xml:space="preserve">[04:47] </w:t>
      </w:r>
      <w:r>
        <w:t>nahi de saka. to main yeh samajhta hoon ke insan ki jo barhai hai woh yeh nahi ke woh bhi matter ki tarah jiye duniya mein. jis tarah matter ke world mein hum dekhte hain ke action hai to us ke opposite reaction hai. insan ke liye nahi hai yeh. insan ko apni soch kar ke apna direction lena hai. main samajhta hoon ke yeh itni</w:t>
      </w:r>
    </w:p>
    <w:p>
      <w:pPr>
        <w:jc w:val="right"/>
      </w:pPr>
      <w:r>
        <w:t>نہیں دے سکے۔ تو میں یہ سمجھتا ہوں کہ انسان کی جو بڑائی ہے وہ یہ نہیں کہ وہ بھی میٹر کی طرح جیئے دنیا میں۔ جس طرح میٹر کے ورلڈ میں ہم دیکھتے ہیں کہ ایکشن ہے تو اس کے اپوزٹ ری ایکشن ہے۔ انسان کے لیے نہیں ہے یہ۔ انسان کو اپنی سوچ کر کے اپنا ڈائریکشن لینا ہے۔ میں سمجھتا ہوں کہ یہ اتنی</w:t>
      </w:r>
    </w:p>
    <w:p>
      <w:r>
        <w:rPr>
          <w:b/>
        </w:rPr>
        <w:t xml:space="preserve">[05:17] </w:t>
      </w:r>
      <w:r>
        <w:t>important baat hai ke Khuda ne pehle hi waqt mein jab ke insan ko paida kiya gaya tab</w:t>
      </w:r>
    </w:p>
    <w:p>
      <w:pPr>
        <w:jc w:val="right"/>
      </w:pPr>
      <w:r>
        <w:t>امپورٹنٹ بات ہے کہ خدا نے پہلے ہی وقت میں جب کہ انسان کو پیدا کیا گیا تب</w:t>
      </w:r>
    </w:p>
    <w:p>
      <w:r>
        <w:rPr>
          <w:b/>
        </w:rPr>
        <w:t xml:space="preserve">[05:21] </w:t>
      </w:r>
      <w:r>
        <w:t>hi is ka ek example set kar diya Khuda ne.</w:t>
      </w:r>
    </w:p>
    <w:p>
      <w:pPr>
        <w:jc w:val="right"/>
      </w:pPr>
      <w:r>
        <w:t>ہی اس کا ایک ایگزیمپل سیٹ کر دیا خدا نے۔</w:t>
      </w:r>
    </w:p>
    <w:p>
      <w:r>
        <w:rPr>
          <w:b/>
        </w:rPr>
        <w:t xml:space="preserve">[05:25] </w:t>
      </w:r>
      <w:r>
        <w:t>aap jante hain ke pehla insan jo tha woh Adam tha.</w:t>
      </w:r>
    </w:p>
    <w:p>
      <w:pPr>
        <w:jc w:val="right"/>
      </w:pPr>
      <w:r>
        <w:t>آپ جانتے ہیں کہ پہلا انسان جو تھا وہ آدم تھا۔</w:t>
      </w:r>
    </w:p>
    <w:p>
      <w:r>
        <w:rPr>
          <w:b/>
        </w:rPr>
        <w:t xml:space="preserve">[05:29] </w:t>
      </w:r>
      <w:r>
        <w:t>to un ke bete the Qabil aur Habil.</w:t>
      </w:r>
    </w:p>
    <w:p>
      <w:pPr>
        <w:jc w:val="right"/>
      </w:pPr>
      <w:r>
        <w:t>تو ان کے بیٹے تھے قابیل اور ہابیل۔</w:t>
      </w:r>
    </w:p>
    <w:p>
      <w:r>
        <w:rPr>
          <w:b/>
        </w:rPr>
        <w:t xml:space="preserve">[05:33] </w:t>
      </w:r>
      <w:r>
        <w:t>Qabil aur Habil mein kuch controversy hui kisi baat par.</w:t>
      </w:r>
    </w:p>
    <w:p>
      <w:pPr>
        <w:jc w:val="right"/>
      </w:pPr>
      <w:r>
        <w:t>قابیل اور ہابیل میں کچھ کنٹروورسی ہوئی کسی بات پر۔</w:t>
      </w:r>
    </w:p>
    <w:p>
      <w:r>
        <w:rPr>
          <w:b/>
        </w:rPr>
        <w:t xml:space="preserve">[05:37] </w:t>
      </w:r>
      <w:r>
        <w:t>to Qabil ke zehan mein kya aaya? Wohi reaction.</w:t>
      </w:r>
    </w:p>
    <w:p>
      <w:pPr>
        <w:jc w:val="right"/>
      </w:pPr>
      <w:r>
        <w:t>تو قابیل کے ذہن میں کیا آیا؟ وہی ری ایکشن۔</w:t>
      </w:r>
    </w:p>
    <w:p>
      <w:r>
        <w:rPr>
          <w:b/>
        </w:rPr>
        <w:t xml:space="preserve">[05:41] </w:t>
      </w:r>
      <w:r>
        <w:t>us ne react kiya.</w:t>
      </w:r>
    </w:p>
    <w:p>
      <w:pPr>
        <w:jc w:val="right"/>
      </w:pPr>
      <w:r>
        <w:t>اس نے ری ایکٹ کیا۔</w:t>
      </w:r>
    </w:p>
    <w:p>
      <w:r>
        <w:rPr>
          <w:b/>
        </w:rPr>
        <w:t xml:space="preserve">[05:45] </w:t>
      </w:r>
      <w:r>
        <w:t>us ne kaha ke main tum ko maar dalunga.</w:t>
      </w:r>
    </w:p>
    <w:p>
      <w:pPr>
        <w:jc w:val="right"/>
      </w:pPr>
      <w:r>
        <w:t>اس نے کہا کہ میں تم کو مار ڈالوں گا۔</w:t>
      </w:r>
    </w:p>
    <w:p>
      <w:r>
        <w:rPr>
          <w:b/>
        </w:rPr>
        <w:t xml:space="preserve">[05:48] </w:t>
      </w:r>
      <w:r>
        <w:t>jo jo problem aaya tha, jo controversy aayi thi us ka yeh reaction tha ke us ne</w:t>
      </w:r>
    </w:p>
    <w:p>
      <w:pPr>
        <w:jc w:val="right"/>
      </w:pPr>
      <w:r>
        <w:t>جو جو پرابلم آیا تھا، جو کنٹروورسی آئی تھی اس کا یہ ری ایکشن تھا کہ اس نے</w:t>
      </w:r>
    </w:p>
    <w:p>
      <w:r>
        <w:rPr>
          <w:b/>
        </w:rPr>
        <w:t xml:space="preserve">[05:54] </w:t>
      </w:r>
      <w:r>
        <w:t>Habil ko maarne ka plan bana liya.</w:t>
      </w:r>
    </w:p>
    <w:p>
      <w:pPr>
        <w:jc w:val="right"/>
      </w:pPr>
      <w:r>
        <w:t>ہابیل کو مارنے کا پلان بنا لیا۔</w:t>
      </w:r>
    </w:p>
    <w:p>
      <w:r>
        <w:rPr>
          <w:b/>
        </w:rPr>
        <w:t xml:space="preserve">[06:00] </w:t>
      </w:r>
      <w:r>
        <w:t>third option bhi possible tha magar woh us ko soch mein nahi aayi woh baat.</w:t>
      </w:r>
    </w:p>
    <w:p>
      <w:pPr>
        <w:jc w:val="right"/>
      </w:pPr>
      <w:r>
        <w:t>تھرڈ آپشن بھی پاسیبل تھا مگر وہ اس کو سوچ میں نہیں آئی وہ بات۔</w:t>
      </w:r>
    </w:p>
    <w:p>
      <w:r>
        <w:rPr>
          <w:b/>
        </w:rPr>
        <w:t xml:space="preserve">[06:06] </w:t>
      </w:r>
      <w:r>
        <w:t>to Quran majeed mein hai ke jab us ne Habil ko maar dala bator reaction to Quran</w:t>
      </w:r>
    </w:p>
    <w:p>
      <w:pPr>
        <w:jc w:val="right"/>
      </w:pPr>
      <w:r>
        <w:t>تو قرآن مجید میں ہے کہ جب اس نے ہابیل کو مار ڈالا بطور ری ایکشن تو قرآن</w:t>
      </w:r>
    </w:p>
    <w:p>
      <w:r>
        <w:rPr>
          <w:b/>
        </w:rPr>
        <w:t xml:space="preserve">[06:13] </w:t>
      </w:r>
      <w:r>
        <w:t>majeed mein hai ke is ke baad Khuda ne likh diya, paighambaron ke zariye is baat ko duniya ko bataya. Man q</w:t>
      </w:r>
    </w:p>
    <w:p>
      <w:pPr>
        <w:jc w:val="right"/>
      </w:pPr>
      <w:r>
        <w:t>مجید میں ہے کہ اس کے بعد خدا نے لکھ دیا، پیغمبروں کے ذریعے اس بات کو دنیا کو بتایا۔ من ق</w:t>
      </w:r>
    </w:p>
    <w:p>
      <w:r>
        <w:rPr>
          <w:b/>
        </w:rPr>
        <w:t xml:space="preserve">[06:19] </w:t>
      </w:r>
      <w:r>
        <w:t>til nafsan bi ghairi nafsin wa fasaadin fakannama qatalan nasa jameea isi waqt Khuda ne likh diya ke jo aadmi</w:t>
      </w:r>
    </w:p>
    <w:p>
      <w:pPr>
        <w:jc w:val="right"/>
      </w:pPr>
      <w:r>
        <w:t>تل نفسا بغیر نفس وفساد فکانما قتل الناس جمیعا اسی وقت خدا نے لکھ دیا کہ جو آدمی</w:t>
      </w:r>
    </w:p>
    <w:p>
      <w:r>
        <w:rPr>
          <w:b/>
        </w:rPr>
        <w:t xml:space="preserve">[06:26] </w:t>
      </w:r>
      <w:r>
        <w:t>kisi ek insan ko marega to goya ke us ne poori poori humanity ko maar dala.</w:t>
      </w:r>
    </w:p>
    <w:p>
      <w:pPr>
        <w:jc w:val="right"/>
      </w:pPr>
      <w:r>
        <w:t>کسی ایک انسان کو مارے گا تو گویا کہ اس نے پوری پوری ہیومینٹی کو مار ڈالا۔</w:t>
      </w:r>
    </w:p>
    <w:p>
      <w:r>
        <w:rPr>
          <w:b/>
        </w:rPr>
        <w:t xml:space="preserve">[06:34] </w:t>
      </w:r>
      <w:r>
        <w:t>is ki burai Khuda ne aakhri taur par jo kadda shabd ho sakta tha woh istemal kiya Khuda</w:t>
      </w:r>
    </w:p>
    <w:p>
      <w:pPr>
        <w:jc w:val="right"/>
      </w:pPr>
      <w:r>
        <w:t>اس کی برائی خدا نے آخری طور پر جو کڑا शब्द ہو سکتا تھا وہ استعمال کیا خدا</w:t>
      </w:r>
    </w:p>
    <w:p>
      <w:r>
        <w:rPr>
          <w:b/>
        </w:rPr>
        <w:t xml:space="preserve">[06:41] </w:t>
      </w:r>
      <w:r>
        <w:t>ne ke tum ne agar reaction mein ek insan ko mara to tum ne</w:t>
      </w:r>
    </w:p>
    <w:p>
      <w:pPr>
        <w:jc w:val="right"/>
      </w:pPr>
      <w:r>
        <w:t>نے کہ تم نے اگر ری ایکشن میں ایک انسان کو مارا تو تم نے</w:t>
      </w:r>
    </w:p>
    <w:p>
      <w:r>
        <w:rPr>
          <w:b/>
        </w:rPr>
        <w:t xml:space="preserve">[06:49] </w:t>
      </w:r>
      <w:r>
        <w:t>itna bara, itna super evil kiya jaise ke tum ne sare insanon ko maar dala.</w:t>
      </w:r>
    </w:p>
    <w:p>
      <w:pPr>
        <w:jc w:val="right"/>
      </w:pPr>
      <w:r>
        <w:t>اتنا بڑا، اتنا سپر ایول کیا جیسے کہ تم نے سارے انسانوں کو مار ڈالا۔</w:t>
      </w:r>
    </w:p>
    <w:p>
      <w:r>
        <w:rPr>
          <w:b/>
        </w:rPr>
        <w:t xml:space="preserve">[06:53] </w:t>
      </w:r>
      <w:r>
        <w:t>lekin ajeeb baat hai ke poori history mein aadmi yahi karta raha.</w:t>
      </w:r>
    </w:p>
    <w:p>
      <w:pPr>
        <w:jc w:val="right"/>
      </w:pPr>
      <w:r>
        <w:t>لیکن عجیب بات ہے کہ پوری ہسٹری میں آدمی یہی کرتا رہا۔</w:t>
      </w:r>
    </w:p>
    <w:p>
      <w:r>
        <w:rPr>
          <w:b/>
        </w:rPr>
        <w:t xml:space="preserve">[06:57] </w:t>
      </w:r>
      <w:r>
        <w:t>poori history mein.</w:t>
      </w:r>
    </w:p>
    <w:p>
      <w:pPr>
        <w:jc w:val="right"/>
      </w:pPr>
      <w:r>
        <w:t>پوری ہسٹری میں۔</w:t>
      </w:r>
    </w:p>
    <w:p>
      <w:r>
        <w:rPr>
          <w:b/>
        </w:rPr>
        <w:t xml:space="preserve">[07:02] </w:t>
      </w:r>
      <w:r>
        <w:t>action hai to reaction hai.</w:t>
      </w:r>
    </w:p>
    <w:p>
      <w:pPr>
        <w:jc w:val="right"/>
      </w:pPr>
      <w:r>
        <w:t>ایکشن ہے تو ری ایکشن ہے۔</w:t>
      </w:r>
    </w:p>
    <w:p>
      <w:r>
        <w:rPr>
          <w:b/>
        </w:rPr>
        <w:t xml:space="preserve">[07:06] </w:t>
      </w:r>
      <w:r>
        <w:t>khud se soch kar ke nai line lene ke liye kya jo zaroorat hoti hai patience ki.</w:t>
      </w:r>
    </w:p>
    <w:p>
      <w:pPr>
        <w:jc w:val="right"/>
      </w:pPr>
      <w:r>
        <w:t>خود سے سوچ کر کے نئی لائن لینے کے لیے کیا جو ضرورت ہوتی ہے پیشنس کی۔</w:t>
      </w:r>
    </w:p>
    <w:p>
      <w:r>
        <w:rPr>
          <w:b/>
        </w:rPr>
        <w:t xml:space="preserve">[07:10] </w:t>
      </w:r>
      <w:r>
        <w:t>patience ki zaroorat parti hai.</w:t>
      </w:r>
    </w:p>
    <w:p>
      <w:pPr>
        <w:jc w:val="right"/>
      </w:pPr>
      <w:r>
        <w:t>پیشنس کی ضرورت پڑتی ہے۔</w:t>
      </w:r>
    </w:p>
    <w:p>
      <w:r>
        <w:rPr>
          <w:b/>
        </w:rPr>
        <w:t xml:space="preserve">[07:14] </w:t>
      </w:r>
      <w:r>
        <w:t>ke aap jab bhi koi action samne aayega to aap ghussa honge, aap</w:t>
      </w:r>
    </w:p>
    <w:p>
      <w:pPr>
        <w:jc w:val="right"/>
      </w:pPr>
      <w:r>
        <w:t>کہ آپ جب بھی کوئی ایکشن سامنے آئے گا تو آپ غصہ ہوں گے، آپ</w:t>
      </w:r>
    </w:p>
    <w:p>
      <w:r>
        <w:rPr>
          <w:b/>
        </w:rPr>
        <w:t xml:space="preserve">[07:19] </w:t>
      </w:r>
      <w:r>
        <w:t>bhadkenge.</w:t>
      </w:r>
    </w:p>
    <w:p>
      <w:pPr>
        <w:jc w:val="right"/>
      </w:pPr>
      <w:r>
        <w:t>بھڑکیں گے۔</w:t>
      </w:r>
    </w:p>
    <w:p>
      <w:r>
        <w:rPr>
          <w:b/>
        </w:rPr>
        <w:t xml:space="preserve">[07:23] </w:t>
      </w:r>
      <w:r>
        <w:t>to kya chahiye is waqt? patience, sabr.</w:t>
      </w:r>
    </w:p>
    <w:p>
      <w:pPr>
        <w:jc w:val="right"/>
      </w:pPr>
      <w:r>
        <w:t>تو کیا چاہیے اس وقت؟ پیشنس، صبر۔</w:t>
      </w:r>
    </w:p>
    <w:p>
      <w:r>
        <w:rPr>
          <w:b/>
        </w:rPr>
        <w:t xml:space="preserve">[07:26] </w:t>
      </w:r>
      <w:r>
        <w:t>sabr ka matlab hota hai apne ko thaam kar sochna.</w:t>
      </w:r>
    </w:p>
    <w:p>
      <w:pPr>
        <w:jc w:val="right"/>
      </w:pPr>
      <w:r>
        <w:t>صبر کا مطلب ہوتا ہے اپنے کو تھام کر سوچنا۔</w:t>
      </w:r>
    </w:p>
    <w:p>
      <w:r>
        <w:rPr>
          <w:b/>
        </w:rPr>
        <w:t xml:space="preserve">[07:30] </w:t>
      </w:r>
      <w:r>
        <w:t>negative situation mein bhi positive line mein sochna.</w:t>
      </w:r>
    </w:p>
    <w:p>
      <w:pPr>
        <w:jc w:val="right"/>
      </w:pPr>
      <w:r>
        <w:t>نیگیٹیو سچویشن میں بھی پازیٹیو لائن میں سوچنا۔</w:t>
      </w:r>
    </w:p>
    <w:p>
      <w:r>
        <w:rPr>
          <w:b/>
        </w:rPr>
        <w:t xml:space="preserve">[07:34] </w:t>
      </w:r>
      <w:r>
        <w:t>negative situation mein bhi positive mind ke sath sochna.</w:t>
      </w:r>
    </w:p>
    <w:p>
      <w:pPr>
        <w:jc w:val="right"/>
      </w:pPr>
      <w:r>
        <w:t>نیگیٹیو سچویشن میں بھی پازیٹیو مائنڈ کے ساتھ سوچنا۔</w:t>
      </w:r>
    </w:p>
    <w:p>
      <w:r>
        <w:rPr>
          <w:b/>
        </w:rPr>
        <w:t xml:space="preserve">[07:38] </w:t>
      </w:r>
      <w:r>
        <w:t>yeh hai sabr ya patience.</w:t>
      </w:r>
    </w:p>
    <w:p>
      <w:pPr>
        <w:jc w:val="right"/>
      </w:pPr>
      <w:r>
        <w:t>یہ ہے صبر یا پیشنس۔</w:t>
      </w:r>
    </w:p>
    <w:p>
      <w:r>
        <w:rPr>
          <w:b/>
        </w:rPr>
        <w:t xml:space="preserve">[07:41] </w:t>
      </w:r>
      <w:r>
        <w:t>to insan bohat kam aisa kar saka hai.</w:t>
      </w:r>
    </w:p>
    <w:p>
      <w:pPr>
        <w:jc w:val="right"/>
      </w:pPr>
      <w:r>
        <w:t>تو انسان بہت کم ایسا کر سکا ہے۔</w:t>
      </w:r>
    </w:p>
    <w:p>
      <w:r>
        <w:rPr>
          <w:b/>
        </w:rPr>
        <w:t xml:space="preserve">[07:45] </w:t>
      </w:r>
      <w:r>
        <w:t>main aap ko kuch</w:t>
      </w:r>
    </w:p>
    <w:p>
      <w:pPr>
        <w:jc w:val="right"/>
      </w:pPr>
      <w:r>
        <w:t>میں آپ کو کچھ</w:t>
      </w:r>
    </w:p>
    <w:p>
      <w:r>
        <w:rPr>
          <w:b/>
        </w:rPr>
        <w:t xml:space="preserve">[07:49] </w:t>
      </w:r>
      <w:r>
        <w:t>misal arz karunga jis se yeh point jo hai illustrate hota hai. secular history mein aik misal hai Thomas Alva Edison ki. Aaj aap jante hain ke Thomas Alva Edison aik one of the top scientists mana jata hai. One of the topmost scientists mein aik mana jata hai. Lekin bachpan mein kya tha woh? Hum parhte hain ke bachpan mein yeh tha ke kisi school mein is</w:t>
      </w:r>
    </w:p>
    <w:p>
      <w:pPr>
        <w:jc w:val="right"/>
      </w:pPr>
      <w:r>
        <w:t>مثال عرض کروں گا جس سے یہ پوائنٹ جو ہے الیسٹریٹ ہوتا ہے۔ سیکولر ہسٹری میں ایک مثال ہے تھامس الوہ ایڈیسن کی۔ آج آپ جانتے ہیں کہ تھامس الوہ ایڈیسن ایک ون آف دا ٹاپ سائنٹسٹ مانا جاتا ہے۔ ون آف دا ٹاپ موسٹ سائنٹسٹ میں ایک مانا جاتا ہے۔ لیکن بچپن میں کیا تھا وہ؟ ہم پڑھتے ہیں کہ بچپن میں یہ تھا کہ کسی اسکول میں اس</w:t>
      </w:r>
    </w:p>
    <w:p>
      <w:r>
        <w:rPr>
          <w:b/>
        </w:rPr>
        <w:t xml:space="preserve">[08:19] </w:t>
      </w:r>
      <w:r>
        <w:t>ko admission diya gaya to us ke jo teacher the us ne us ko nikal diya. His teacher expelled him as a retard student kyun ke woh kam sunta tha. To teacher jab bolta tha to us ko samajh</w:t>
      </w:r>
    </w:p>
    <w:p>
      <w:pPr>
        <w:jc w:val="right"/>
      </w:pPr>
      <w:r>
        <w:t>کو ایڈمیشن دیا گیا تو اس کے جو ٹیچر تھے اس نے اس کو نکال دیا۔ ہز ٹیچر ایکسپیلڈ ہم ایز اے ریٹارڈرڈ اسٹوڈنٹ کیونکہ وہ کم سنتا تھا۔ تو ٹیچر جب بولتا تھا تو اس کو سمجھ</w:t>
      </w:r>
    </w:p>
    <w:p>
      <w:r>
        <w:rPr>
          <w:b/>
        </w:rPr>
        <w:t xml:space="preserve">[08:49] </w:t>
      </w:r>
      <w:r>
        <w:t>ne mein der hoti thi.</w:t>
      </w:r>
    </w:p>
    <w:p>
      <w:pPr>
        <w:jc w:val="right"/>
      </w:pPr>
      <w:r>
        <w:t>نے میں دیر ہوتی تھی۔</w:t>
      </w:r>
    </w:p>
    <w:p>
      <w:r>
        <w:rPr>
          <w:b/>
        </w:rPr>
        <w:t xml:space="preserve">[08:53] </w:t>
      </w:r>
      <w:r>
        <w:t>to is ne kaha yeh retarder hai, is ko nikalo.</w:t>
      </w:r>
    </w:p>
    <w:p>
      <w:pPr>
        <w:jc w:val="right"/>
      </w:pPr>
      <w:r>
        <w:t>تو اس نے کہا یہ ریٹارڈرڈ ہے، اس کو نکالو۔</w:t>
      </w:r>
    </w:p>
    <w:p>
      <w:r>
        <w:rPr>
          <w:b/>
        </w:rPr>
        <w:t xml:space="preserve">[08:57] </w:t>
      </w:r>
      <w:r>
        <w:t>is ka baap bhi is ko marta tha ke yeh nikamma ladka hai.</w:t>
      </w:r>
    </w:p>
    <w:p>
      <w:pPr>
        <w:jc w:val="right"/>
      </w:pPr>
      <w:r>
        <w:t>اس کا باپ بھی اس کو مارتا تھا کہ یہ نکمہ لڑکا ہے۔</w:t>
      </w:r>
    </w:p>
    <w:p>
      <w:r>
        <w:rPr>
          <w:b/>
        </w:rPr>
        <w:t xml:space="preserve">[09:02] </w:t>
      </w:r>
      <w:r>
        <w:t>phir kya hua? is ki ماں ne, main yeh nahi keh sakta ke consciously, unconsciously is ne</w:t>
      </w:r>
    </w:p>
    <w:p>
      <w:pPr>
        <w:jc w:val="right"/>
      </w:pPr>
      <w:r>
        <w:t>پھر کیا ہوا؟ اس کی ماں نے، میں یہ نہیں کہہ سکتا کہ کانشیسلی، ان کانشیسلی اس نے</w:t>
      </w:r>
    </w:p>
    <w:p>
      <w:r>
        <w:rPr>
          <w:b/>
        </w:rPr>
        <w:t xml:space="preserve">[09:06] </w:t>
      </w:r>
      <w:r>
        <w:t>third direction mein soch saka woh.</w:t>
      </w:r>
    </w:p>
    <w:p>
      <w:pPr>
        <w:jc w:val="right"/>
      </w:pPr>
      <w:r>
        <w:t>تھرڈ ڈائریکشن میں سوچ سکا وہ۔</w:t>
      </w:r>
    </w:p>
    <w:p>
      <w:r>
        <w:rPr>
          <w:b/>
        </w:rPr>
        <w:t xml:space="preserve">[09:10] </w:t>
      </w:r>
      <w:r>
        <w:t>yani ek tha yeh ke teacher ne is ko nikal diya retarder samajh kar ke.</w:t>
      </w:r>
    </w:p>
    <w:p>
      <w:pPr>
        <w:jc w:val="right"/>
      </w:pPr>
      <w:r>
        <w:t>یعنی ایک تھا یہ کہ ٹیچر نے اس کو نکال دیا ریٹارڈرڈ سمجھ کر کے۔</w:t>
      </w:r>
    </w:p>
    <w:p>
      <w:r>
        <w:rPr>
          <w:b/>
        </w:rPr>
        <w:t xml:space="preserve">[09:15] </w:t>
      </w:r>
      <w:r>
        <w:t>ab doosra kya tha</w:t>
      </w:r>
    </w:p>
    <w:p>
      <w:pPr>
        <w:jc w:val="right"/>
      </w:pPr>
      <w:r>
        <w:t>اب دوسرا کیا تھا</w:t>
      </w:r>
    </w:p>
    <w:p>
      <w:r>
        <w:rPr>
          <w:b/>
        </w:rPr>
        <w:t xml:space="preserve">[09:19] </w:t>
      </w:r>
      <w:r>
        <w:t>is ke reaction? ke teacher ke khilaf ghussa, teacher ko maro, teacher ko kill karo.</w:t>
      </w:r>
    </w:p>
    <w:p>
      <w:pPr>
        <w:jc w:val="right"/>
      </w:pPr>
      <w:r>
        <w:t>اس کے ری ایکشن؟ کہ ٹیچر کے خلاف غصہ، ٹیچر کو مارو، ٹیچر کو کل کرو۔</w:t>
      </w:r>
    </w:p>
    <w:p>
      <w:r>
        <w:rPr>
          <w:b/>
        </w:rPr>
        <w:t xml:space="preserve">[09:24] </w:t>
      </w:r>
      <w:r>
        <w:t>teacher ke action ke muqable mein reaction jo tha woh yahi tha ke Edison jo hai is</w:t>
      </w:r>
    </w:p>
    <w:p>
      <w:pPr>
        <w:jc w:val="right"/>
      </w:pPr>
      <w:r>
        <w:t>ٹیچر کے ایکشن کے مقابلے میں ری ایکشن جو تھا وہ یہی تھا کہ ایڈیسن جو ہے اس</w:t>
      </w:r>
    </w:p>
    <w:p>
      <w:r>
        <w:rPr>
          <w:b/>
        </w:rPr>
        <w:t xml:space="preserve">[09:29] </w:t>
      </w:r>
      <w:r>
        <w:t>ki family jo hai woh teacher ke dushman ban jaye, is ko maro.</w:t>
      </w:r>
    </w:p>
    <w:p>
      <w:pPr>
        <w:jc w:val="right"/>
      </w:pPr>
      <w:r>
        <w:t>کی فیملی جو ہے وہ ٹیچر کے دشمن بن جائے، اس کو مارو۔</w:t>
      </w:r>
    </w:p>
    <w:p>
      <w:r>
        <w:rPr>
          <w:b/>
        </w:rPr>
        <w:t xml:space="preserve">[09:34] </w:t>
      </w:r>
      <w:r>
        <w:t>yeh kare jaise ke aaj kal bohat zyada bohat jagah aap dekh rahe hain.</w:t>
      </w:r>
    </w:p>
    <w:p>
      <w:pPr>
        <w:jc w:val="right"/>
      </w:pPr>
      <w:r>
        <w:t>یہ کرے جیسے کہ آج کل بہت زیادہ بہت جگہ آپ دیکھ رہے ہیں۔</w:t>
      </w:r>
    </w:p>
    <w:p>
      <w:r>
        <w:rPr>
          <w:b/>
        </w:rPr>
        <w:t xml:space="preserve">[09:40] </w:t>
      </w:r>
      <w:r>
        <w:t>bohat jagah aap dekh rahe hain aisa.</w:t>
      </w:r>
    </w:p>
    <w:p>
      <w:pPr>
        <w:jc w:val="right"/>
      </w:pPr>
      <w:r>
        <w:t>بہت جگہ آپ دیکھ رہے ہیں ایسا۔</w:t>
      </w:r>
    </w:p>
    <w:p>
      <w:r>
        <w:rPr>
          <w:b/>
        </w:rPr>
        <w:t xml:space="preserve">[09:45] </w:t>
      </w:r>
      <w:r>
        <w:t>lekin is ki ماں jo thi Nancy Elliott Edison woh khud teacher thi</w:t>
      </w:r>
    </w:p>
    <w:p>
      <w:pPr>
        <w:jc w:val="right"/>
      </w:pPr>
      <w:r>
        <w:t>لیکن اس کی ماں جو تھی نینسی ایلئٹ ایڈیسن وہ خود ٹیچر تھی</w:t>
      </w:r>
    </w:p>
    <w:p>
      <w:r>
        <w:rPr>
          <w:b/>
        </w:rPr>
        <w:t xml:space="preserve">[09:50] </w:t>
      </w:r>
      <w:r>
        <w:t>aur bohat hi samajhdar thi. to Nancy Elliot Addison jo thi woh third direction mein soch saki. Woh kya tha third direction? School mein agar mere bachche ko retard student bana kar nikal diya gaya hai to mein padhaun us ko? Mein apne ghar ko school bana dun? Yeh tha third direction mein sochna. Generally kya hota hai ke agar aik action liya teacher ne to hum us ke dushman ho jate hain. Mere bach</w:t>
      </w:r>
    </w:p>
    <w:p>
      <w:pPr>
        <w:jc w:val="right"/>
      </w:pPr>
      <w:r>
        <w:t>اور بہت ہی سمجھدار تھی۔ تو نینسی ایلئٹ ایڈیسن جو تھی وہ تھرڈ ڈائریکشن میں سوچ سکی۔ وہ کیا تھا تھرڈ ڈائریکشن؟ اسکول میں اگر میرے بچے کو ریٹارڈرڈ اسٹوڈنٹ بنا کر نکال دیا گیا ہے تو میں پڑھاؤں اس کو؟ میں اپنے گھر کو اسکول بنا دوں؟ یہ تھا تھرڈ ڈائریکشن میں سوچنا۔ جنرلی کیا ہوتا ہے کہ اگر ایک ایکشن لیا ٹیچر نے تو ہم اس کے دشمن ہو جاتے ہیں۔ میرے بچ</w:t>
      </w:r>
    </w:p>
    <w:p>
      <w:r>
        <w:rPr>
          <w:b/>
        </w:rPr>
        <w:t xml:space="preserve">[10:20] </w:t>
      </w:r>
      <w:r>
        <w:t>che ko nikala hai us ne, mein us ko marunga, us ko yeh karunga, us ko woh karunga. to aik action ke baad reaction hi log jante hain karna. aur kuch nahi jante. more than ninety nine percent log. aap jante hain ke jo do, aik aik boy, aik girl jo hai un mein love marriage, love affair chalta hai, phir marriage karte hain, phir aur separation hota hai. agar separation nahi hota to aapas mein jhagda laga rehta hai daily</w:t>
      </w:r>
    </w:p>
    <w:p>
      <w:pPr>
        <w:jc w:val="right"/>
      </w:pPr>
      <w:r>
        <w:t>ے کو نکالا ہے اس نے، میں اس کو ماروں گا، اس کو یہ کروں گا، اس کو وہ کروں گا۔ تو ایک ایکشن کے بعد ری ایکشن ہی لوگ جانتے ہیں کرنا۔ اور کچھ نہیں جانتے۔ مور دین نائنٹی نائن پرسنٹ لوگ۔ آپ جانتے ہیں کہ جو دو، ایک ایک بوائے، ایک گرل جو ہے ان میں لو میرج، لو افیئر چلتا ہے، پھر میرج کرتے ہیں، پھر اور سیپریشن ہوتا ہے۔ اگر سیپریشن نہیں ہوتا تو آپس میں جھگڑا لگا رہتا ہے ڈیلی</w:t>
      </w:r>
    </w:p>
    <w:p>
      <w:r>
        <w:rPr>
          <w:b/>
        </w:rPr>
        <w:t xml:space="preserve">[10:50] </w:t>
      </w:r>
      <w:r>
        <w:t>.</w:t>
      </w:r>
    </w:p>
    <w:p>
      <w:pPr>
        <w:jc w:val="right"/>
      </w:pPr>
      <w:r>
        <w:t>۔</w:t>
      </w:r>
    </w:p>
    <w:p>
      <w:r>
        <w:rPr>
          <w:b/>
        </w:rPr>
        <w:t xml:space="preserve">[10:56] </w:t>
      </w:r>
      <w:r>
        <w:t>kyun? woh bhi dyacotomic thinking mein jeete hain.</w:t>
      </w:r>
    </w:p>
    <w:p>
      <w:pPr>
        <w:jc w:val="right"/>
      </w:pPr>
      <w:r>
        <w:t>کیوں؟ وہ بھی ڈائیکاٹمک تھنکنگ میں جیتے ہیں۔</w:t>
      </w:r>
    </w:p>
    <w:p>
      <w:r>
        <w:rPr>
          <w:b/>
        </w:rPr>
        <w:t xml:space="preserve">[11:02] </w:t>
      </w:r>
      <w:r>
        <w:t>jitne bhi yahan se le kar amreeka tak jitne bhi marriage jo hai tootti hai ya kaamyaab nahi</w:t>
      </w:r>
    </w:p>
    <w:p>
      <w:pPr>
        <w:jc w:val="right"/>
      </w:pPr>
      <w:r>
        <w:t>جتنے بھی یہاں سے لے کر امریکہ تک جتنے بھی میرج جو ہے ٹوٹتی ہے یا کامیاب نہیں</w:t>
      </w:r>
    </w:p>
    <w:p>
      <w:r>
        <w:rPr>
          <w:b/>
        </w:rPr>
        <w:t xml:space="preserve">[11:08] </w:t>
      </w:r>
      <w:r>
        <w:t>rehti hai to kya ek hi reason hota hai ke boy ne ya girl ne apne jo jab</w:t>
      </w:r>
    </w:p>
    <w:p>
      <w:pPr>
        <w:jc w:val="right"/>
      </w:pPr>
      <w:r>
        <w:t>رہتی ہے تو کیا ایک ہی ریزن ہوتا ہے کہ بوائے نے یا گرل نے اپنے جو جب</w:t>
      </w:r>
    </w:p>
    <w:p>
      <w:r>
        <w:rPr>
          <w:b/>
        </w:rPr>
        <w:t xml:space="preserve">[11:14] </w:t>
      </w:r>
      <w:r>
        <w:t>ghar mein rehne lage woh to aap jaante hain ke everyone is mr different</w:t>
      </w:r>
    </w:p>
    <w:p>
      <w:pPr>
        <w:jc w:val="right"/>
      </w:pPr>
      <w:r>
        <w:t>گھر میں رہنے لگے وہ تو آپ جانتے ہیں کہ ایوری ون از مسٹر ڈفرنٹ</w:t>
      </w:r>
    </w:p>
    <w:p>
      <w:r>
        <w:rPr>
          <w:b/>
        </w:rPr>
        <w:t xml:space="preserve">[11:20] </w:t>
      </w:r>
      <w:r>
        <w:t>—</w:t>
      </w:r>
    </w:p>
    <w:p>
      <w:pPr>
        <w:jc w:val="right"/>
      </w:pPr>
      <w:r>
        <w:t>۔</w:t>
      </w:r>
    </w:p>
    <w:p>
      <w:r>
        <w:rPr>
          <w:b/>
        </w:rPr>
        <w:t xml:space="preserve">[11:25] </w:t>
      </w:r>
      <w:r>
        <w:t>har aadmi ki nature alag hai, soch alag hai.</w:t>
      </w:r>
    </w:p>
    <w:p>
      <w:pPr>
        <w:jc w:val="right"/>
      </w:pPr>
      <w:r>
        <w:t>ہر آدمی کی نیچر الگ ہے، سوچ الگ ہے۔</w:t>
      </w:r>
    </w:p>
    <w:p>
      <w:r>
        <w:rPr>
          <w:b/>
        </w:rPr>
        <w:t xml:space="preserve">[11:29] </w:t>
      </w:r>
      <w:r>
        <w:t>کہا جاتا ہے کہ every cell of my body is different from your cell.</w:t>
      </w:r>
    </w:p>
    <w:p>
      <w:pPr>
        <w:jc w:val="right"/>
      </w:pPr>
      <w:r>
        <w:t>کہا جاتا ہے کہ ایوری سیل آف مائی باڈی از ڈفرنٹ فرام یور سیل۔</w:t>
      </w:r>
    </w:p>
    <w:p>
      <w:r>
        <w:rPr>
          <w:b/>
        </w:rPr>
        <w:t xml:space="preserve">[11:34] </w:t>
      </w:r>
      <w:r>
        <w:t>ek ek cell par difference ka stamp laga hua hai.</w:t>
      </w:r>
    </w:p>
    <w:p>
      <w:pPr>
        <w:jc w:val="right"/>
      </w:pPr>
      <w:r>
        <w:t>ایک ایک سیل پر ڈفرنس کا اسٹیمپ لگا ہوا ہے۔</w:t>
      </w:r>
    </w:p>
    <w:p>
      <w:r>
        <w:rPr>
          <w:b/>
        </w:rPr>
        <w:t xml:space="preserve">[11:38] </w:t>
      </w:r>
      <w:r>
        <w:t>ab jab saath hue woh to kahin na kahin woh difference jo hai woh saamne aa jaata hai.</w:t>
      </w:r>
    </w:p>
    <w:p>
      <w:pPr>
        <w:jc w:val="right"/>
      </w:pPr>
      <w:r>
        <w:t>اب جب ساتھ ہوئے وہ تو کہیں نہ کہیں وہ ڈفرنس جو ہے وہ سامنے آ جاتا ہے۔</w:t>
      </w:r>
    </w:p>
    <w:p>
      <w:r>
        <w:rPr>
          <w:b/>
        </w:rPr>
        <w:t xml:space="preserve">[11:43] </w:t>
      </w:r>
      <w:r>
        <w:t>ab kya hai woh? ghussa ho gaye, bhadak uthe.</w:t>
      </w:r>
    </w:p>
    <w:p>
      <w:pPr>
        <w:jc w:val="right"/>
      </w:pPr>
      <w:r>
        <w:t>اب کیا ہے وہ؟ غصہ ہو گئے، بھڑک اٹھے۔</w:t>
      </w:r>
    </w:p>
    <w:p>
      <w:r>
        <w:rPr>
          <w:b/>
        </w:rPr>
        <w:t xml:space="preserve">[11:47] </w:t>
      </w:r>
      <w:r>
        <w:t>to woh yahan bhi dekhiye aap action ka reaction.</w:t>
      </w:r>
    </w:p>
    <w:p>
      <w:pPr>
        <w:jc w:val="right"/>
      </w:pPr>
      <w:r>
        <w:t>تو وہ یہاں بھی دیکھئے آپ ایکشن کا ری ایکشن۔</w:t>
      </w:r>
    </w:p>
    <w:p>
      <w:r>
        <w:rPr>
          <w:b/>
        </w:rPr>
        <w:t xml:space="preserve">[11:52] </w:t>
      </w:r>
      <w:r>
        <w:t>third line nahi soch paate ke is baat ko avoid kar ke, ignore kar ke hum aik aur dhang par apna rishta banaein. koi koi aisa kar pata hai lekin generally aisa nahi hota. to marriage ka tootna bhi isi liye hota hai ke dichotomic thinking mein jeete hain dono. wife aur husband dono. teesra line sochne ka jo hai woh nahi kar paate woh log. to mein yeh keh</w:t>
      </w:r>
    </w:p>
    <w:p>
      <w:pPr>
        <w:jc w:val="right"/>
      </w:pPr>
      <w:r>
        <w:t>تھرڈ لائن نہیں سوچ پاتے کہ اس بات کو اوائڈ کر کے، اگنور کر کے ہم ایک اور ڈھنگ پر اپنا संबंध بنائیں۔ کوئی کوئی ایسا کر پاتا ہے لیکن جنرلی ایسا نہیں ہوتا۔ تو میرج کا ٹوٹنا بھی اسی لیے ہوتا ہے کہ ڈائیکاٹمک تھنکنگ میں جیتے ہیں دونوں۔ وائف اور ہسبینڈ دونوں۔ تیسرا لائن سوچنے کا جو ہے وہ نہیں کر پاتے وہ لوگ۔ تو میں یہ کہ</w:t>
      </w:r>
    </w:p>
    <w:p>
      <w:r>
        <w:rPr>
          <w:b/>
        </w:rPr>
        <w:t xml:space="preserve">[12:22] </w:t>
      </w:r>
      <w:r>
        <w:t>ho raha tha ki Nancy Elliot Edison ne teesri line mein socha ki main apne ghar hi ko</w:t>
      </w:r>
    </w:p>
    <w:p>
      <w:pPr>
        <w:jc w:val="right"/>
      </w:pPr>
      <w:r>
        <w:t>ہ رہا تھا کہ نینسی ایلئٹ ایڈیسن نے تیسری لائن میں سوچا کہ میں اپنے گھر ہی کو</w:t>
      </w:r>
    </w:p>
    <w:p>
      <w:r>
        <w:rPr>
          <w:b/>
        </w:rPr>
        <w:t xml:space="preserve">[12:28] </w:t>
      </w:r>
      <w:r>
        <w:t>teacher, ab ab school chhod diya usne, ghar par poori time dene lagi apne apne bachche ke upar.</w:t>
      </w:r>
    </w:p>
    <w:p>
      <w:pPr>
        <w:jc w:val="right"/>
      </w:pPr>
      <w:r>
        <w:t>ٹیچر، اب اب اسکول چھوڑ دیا اس نے، گھر پر پوری ٹائم دینے لگی اپنے اپنے بچے کے اوپر۔</w:t>
      </w:r>
    </w:p>
    <w:p>
      <w:r>
        <w:rPr>
          <w:b/>
        </w:rPr>
        <w:t xml:space="preserve">[12:34] </w:t>
      </w:r>
      <w:r>
        <w:t>jisko duniya retardd keh chuki thi.</w:t>
      </w:r>
    </w:p>
    <w:p>
      <w:pPr>
        <w:jc w:val="right"/>
      </w:pPr>
      <w:r>
        <w:t>جس کو دنیا ریٹارڈرڈ کہہ چکی تھی۔</w:t>
      </w:r>
    </w:p>
    <w:p>
      <w:r>
        <w:rPr>
          <w:b/>
        </w:rPr>
        <w:t xml:space="preserve">[12:40] </w:t>
      </w:r>
      <w:r>
        <w:t>ab is maa ki wajah se aisa hua ke woh itna bada top scientist bana.</w:t>
      </w:r>
    </w:p>
    <w:p>
      <w:pPr>
        <w:jc w:val="right"/>
      </w:pPr>
      <w:r>
        <w:t>اب اس ماں کی وجہ سے ایسا ہوا کہ وہ اتنا بڑا ٹاپ سائنٹسٹ بنا۔</w:t>
      </w:r>
    </w:p>
    <w:p>
      <w:r>
        <w:rPr>
          <w:b/>
        </w:rPr>
        <w:t xml:space="preserve">[12:46] </w:t>
      </w:r>
      <w:r>
        <w:t>usne khud ab kaha hai usne, yaani</w:t>
      </w:r>
    </w:p>
    <w:p>
      <w:pPr>
        <w:jc w:val="right"/>
      </w:pPr>
      <w:r>
        <w:t>اس نے خود اب کہا ہے اس نے، یعنی</w:t>
      </w:r>
    </w:p>
    <w:p>
      <w:r>
        <w:rPr>
          <w:b/>
        </w:rPr>
        <w:t xml:space="preserve">[12:52] </w:t>
      </w:r>
      <w:r>
        <w:t>تھامس الوا ایڈیسن نے کہ میری ماں جو تھی، my mother instilled in my mind the spirit of learning.</w:t>
      </w:r>
    </w:p>
    <w:p>
      <w:pPr>
        <w:jc w:val="right"/>
      </w:pPr>
      <w:r>
        <w:t>تھامس الوہ ایڈیسن نے کہ میری ماں جو تھی، مائی مدر از انسٹل ان مائی مائنڈ دا اسپرٹ آف لرننگ۔</w:t>
      </w:r>
    </w:p>
    <w:p>
      <w:r>
        <w:rPr>
          <w:b/>
        </w:rPr>
        <w:t xml:space="preserve">[13:00] </w:t>
      </w:r>
      <w:r>
        <w:t>iski maa ne iske andar spirit of learning bhari.</w:t>
      </w:r>
    </w:p>
    <w:p>
      <w:pPr>
        <w:jc w:val="right"/>
      </w:pPr>
      <w:r>
        <w:t>اس کی ماں نے اس کے اندر اسپرٹ آف لرننگ بھری۔</w:t>
      </w:r>
    </w:p>
    <w:p>
      <w:r>
        <w:rPr>
          <w:b/>
        </w:rPr>
        <w:t xml:space="preserve">[13:07] </w:t>
      </w:r>
      <w:r>
        <w:t>aur iske baad kya hua? ke woh padhne laga, study karne laga.</w:t>
      </w:r>
    </w:p>
    <w:p>
      <w:pPr>
        <w:jc w:val="right"/>
      </w:pPr>
      <w:r>
        <w:t>اور اس کے بعد کیا ہوا؟ کہ وہ پڑھنے لگا، اسٹڈی کرنے لگا۔</w:t>
      </w:r>
    </w:p>
    <w:p>
      <w:r>
        <w:rPr>
          <w:b/>
        </w:rPr>
        <w:t xml:space="preserve">[13:15] </w:t>
      </w:r>
      <w:r>
        <w:t>woh hote hote hote top of scientist ban gaya.</w:t>
      </w:r>
    </w:p>
    <w:p>
      <w:pPr>
        <w:jc w:val="right"/>
      </w:pPr>
      <w:r>
        <w:t>وہ ہوتے ہوتے ہوتے ٹاپ آف سائنٹسٹ بن گیا۔</w:t>
      </w:r>
    </w:p>
    <w:p>
      <w:r>
        <w:rPr>
          <w:b/>
        </w:rPr>
        <w:t xml:space="preserve">[13:22] </w:t>
      </w:r>
      <w:r>
        <w:t>to aap history ko dekhen to yaani majority jo hai logon ki woh kya hai? action ke jawab</w:t>
      </w:r>
    </w:p>
    <w:p>
      <w:pPr>
        <w:jc w:val="right"/>
      </w:pPr>
      <w:r>
        <w:t>تو آپ ہسٹری کو دیکھیں تو یعنی میجورٹی جو ہے لوگوں کی وہ کیا ہے؟ ایکشن کے جواب</w:t>
      </w:r>
    </w:p>
    <w:p>
      <w:r>
        <w:rPr>
          <w:b/>
        </w:rPr>
        <w:t xml:space="preserve">[13:27] </w:t>
      </w:r>
      <w:r>
        <w:t>mein reaction karna jaanti hai bas.</w:t>
      </w:r>
    </w:p>
    <w:p>
      <w:pPr>
        <w:jc w:val="right"/>
      </w:pPr>
      <w:r>
        <w:t>میں ری ایکشن کرنا جانتی ہے بس۔</w:t>
      </w:r>
    </w:p>
    <w:p>
      <w:r>
        <w:rPr>
          <w:b/>
        </w:rPr>
        <w:t xml:space="preserve">[13:33] </w:t>
      </w:r>
      <w:r>
        <w:t>reaction se apne ko bacha kar ke yeh karna ke ek nayi line sochi jaaye, positive line.</w:t>
      </w:r>
    </w:p>
    <w:p>
      <w:pPr>
        <w:jc w:val="right"/>
      </w:pPr>
      <w:r>
        <w:t>ری ایکشن سے اپنے کو بچا کر کے یہ کرنا کہ ایک نئی لائن سوچی جائے، پازیٹیو لائن۔</w:t>
      </w:r>
    </w:p>
    <w:p>
      <w:r>
        <w:rPr>
          <w:b/>
        </w:rPr>
        <w:t xml:space="preserve">[13:38] </w:t>
      </w:r>
      <w:r>
        <w:t>difference ko ignore kar ke ek nayi line sochi jaaye.</w:t>
      </w:r>
    </w:p>
    <w:p>
      <w:pPr>
        <w:jc w:val="right"/>
      </w:pPr>
      <w:r>
        <w:t>ڈفرنس کو اگنور کر کے ایک نئی لائن سوچی جائے۔</w:t>
      </w:r>
    </w:p>
    <w:p>
      <w:r>
        <w:rPr>
          <w:b/>
        </w:rPr>
        <w:t xml:space="preserve">[13:43] </w:t>
      </w:r>
      <w:r>
        <w:t>yeh nahi kar paate log.</w:t>
      </w:r>
    </w:p>
    <w:p>
      <w:pPr>
        <w:jc w:val="right"/>
      </w:pPr>
      <w:r>
        <w:t>یہ نہیں کر پاتے لوگ۔</w:t>
      </w:r>
    </w:p>
    <w:p>
      <w:r>
        <w:rPr>
          <w:b/>
        </w:rPr>
        <w:t xml:space="preserve">[13:48] </w:t>
      </w:r>
      <w:r>
        <w:t>haalanki Allah taala ne pehle hi marhale mein</w:t>
      </w:r>
    </w:p>
    <w:p>
      <w:pPr>
        <w:jc w:val="right"/>
      </w:pPr>
      <w:r>
        <w:t>حالانکہ اللہ تعالیٰ نے پہلے ہی مرحلے میں</w:t>
      </w:r>
    </w:p>
    <w:p>
      <w:r>
        <w:rPr>
          <w:b/>
        </w:rPr>
        <w:t xml:space="preserve">[13:53] </w:t>
      </w:r>
      <w:r>
        <w:t>habil, qabil ki misal ko le kar ke yeh bata diya tha ke tumhare liye sab se zyada jo rukawat hogi tumhari tarraqi mein, tumhari development mein woh yahi hai ke tum action ke jawab mein bas reaction karna jano. aur third option ko na soch sako. to dichotomic thinking jo thi us ke bare mein Khuda ne pehle din guidance de diya. dichotomic thinking yani do black and white mein sochna</w:t>
      </w:r>
    </w:p>
    <w:p>
      <w:pPr>
        <w:jc w:val="right"/>
      </w:pPr>
      <w:r>
        <w:t>ہابیل، قابیل کی مثال کو لے کر کے یہ بتا دیا تھا کہ تمہارے لیے سب سے زیادہ جو رکاوٹ ہوگی تمہاری ترقی میں، تمہاری ڈویلپمنٹ میں وہ یہی ہے کہ تم ایکشن کے جواب میں بس ری ایکشن کرنا جانو۔ اور تھرڈ آپشن کو نہ سوچ سکو۔ تو ڈائیکاٹمک تھنکنگ جو تھی اس کے بارے میں خدا نے پہلے دن گائیڈنس دے دیا۔ ڈائیکاٹمک تھنکنگ یعنی دو بلیک اینڈ وائٹ میں سوچنا</w:t>
      </w:r>
    </w:p>
    <w:p>
      <w:r>
        <w:rPr>
          <w:b/>
        </w:rPr>
        <w:t xml:space="preserve">[14:23] </w:t>
      </w:r>
      <w:r>
        <w:t>—</w:t>
      </w:r>
    </w:p>
    <w:p>
      <w:pPr>
        <w:jc w:val="right"/>
      </w:pPr>
      <w:r>
        <w:t>۔</w:t>
      </w:r>
    </w:p>
    <w:p>
      <w:r>
        <w:rPr>
          <w:b/>
        </w:rPr>
        <w:t xml:space="preserve">[14:27] </w:t>
      </w:r>
      <w:r>
        <w:t>dyacotomic thinking ka matlab hota hai do ke beech mein sochna.</w:t>
      </w:r>
    </w:p>
    <w:p>
      <w:pPr>
        <w:jc w:val="right"/>
      </w:pPr>
      <w:r>
        <w:t>ڈائیکاٹمک تھنکنگ کا مطلب ہوتا ہے دو کے بیچ میں سوچنا۔</w:t>
      </w:r>
    </w:p>
    <w:p>
      <w:r>
        <w:rPr>
          <w:b/>
        </w:rPr>
        <w:t xml:space="preserve">[14:30] </w:t>
      </w:r>
      <w:r>
        <w:t>black and white bas is se aagay na sochna paana.</w:t>
      </w:r>
    </w:p>
    <w:p>
      <w:pPr>
        <w:jc w:val="right"/>
      </w:pPr>
      <w:r>
        <w:t>بلیک اینڈ وائٹ بس اس سے آگے نہ سوچ پانا۔</w:t>
      </w:r>
    </w:p>
    <w:p>
      <w:r>
        <w:rPr>
          <w:b/>
        </w:rPr>
        <w:t xml:space="preserve">[14:34] </w:t>
      </w:r>
      <w:r>
        <w:t>to third option ko jo aadmi discover kar sake ga wohi kaamyaab hota hai.</w:t>
      </w:r>
    </w:p>
    <w:p>
      <w:pPr>
        <w:jc w:val="right"/>
      </w:pPr>
      <w:r>
        <w:t>تو تھرڈ آپشن کو جو آدمی ڈسکور کر سکے گا وہی کامیاب ہوتا ہے۔</w:t>
      </w:r>
    </w:p>
    <w:p>
      <w:r>
        <w:rPr>
          <w:b/>
        </w:rPr>
        <w:t xml:space="preserve">[14:38] </w:t>
      </w:r>
      <w:r>
        <w:t>is ki aik example yeh mein ne di aap ko Thomas Aloah Edison ki.</w:t>
      </w:r>
    </w:p>
    <w:p>
      <w:pPr>
        <w:jc w:val="right"/>
      </w:pPr>
      <w:r>
        <w:t>اس کی ایک ایگزیمپل یہ میں نے دی آپ کو تھامس الوہ ایڈیسن کی۔</w:t>
      </w:r>
    </w:p>
    <w:p>
      <w:r>
        <w:rPr>
          <w:b/>
        </w:rPr>
        <w:t xml:space="preserve">[14:42] </w:t>
      </w:r>
      <w:r>
        <w:t>میں یہ سمجھتا ہوں کہ جو جتنے بھی so-called thinkers ہیں سب اسی کا victim بنے۔</w:t>
      </w:r>
    </w:p>
    <w:p>
      <w:pPr>
        <w:jc w:val="right"/>
      </w:pPr>
      <w:r>
        <w:t>میں یہ سمجھتا ہوں کہ جو جتنے بھی سو کالڈ تھنکرز ہیں سب اسی کا وکٹم بنے۔</w:t>
      </w:r>
    </w:p>
    <w:p>
      <w:r>
        <w:rPr>
          <w:b/>
        </w:rPr>
        <w:t xml:space="preserve">[14:46] </w:t>
      </w:r>
      <w:r>
        <w:t>sab ne react kiya.</w:t>
      </w:r>
    </w:p>
    <w:p>
      <w:pPr>
        <w:jc w:val="right"/>
      </w:pPr>
      <w:r>
        <w:t>سب نے ری ایکٹ کیا۔</w:t>
      </w:r>
    </w:p>
    <w:p>
      <w:r>
        <w:rPr>
          <w:b/>
        </w:rPr>
        <w:t xml:space="preserve">[14:49] </w:t>
      </w:r>
      <w:r>
        <w:t>sab ka case re</w:t>
      </w:r>
    </w:p>
    <w:p>
      <w:pPr>
        <w:jc w:val="right"/>
      </w:pPr>
      <w:r>
        <w:t>سب کا کیس ری</w:t>
      </w:r>
    </w:p>
    <w:p>
      <w:r>
        <w:rPr>
          <w:b/>
        </w:rPr>
        <w:t xml:space="preserve">[14:53] </w:t>
      </w:r>
      <w:r>
        <w:t>action ka case hai.</w:t>
      </w:r>
    </w:p>
    <w:p>
      <w:pPr>
        <w:jc w:val="right"/>
      </w:pPr>
      <w:r>
        <w:t>ایکشن کا کیس ہے۔</w:t>
      </w:r>
    </w:p>
    <w:p>
      <w:r>
        <w:rPr>
          <w:b/>
        </w:rPr>
        <w:t xml:space="preserve">[14:57] </w:t>
      </w:r>
      <w:r>
        <w:t>میرے اپنے جاننے میں جتنے بھی well-known thinkers ہیں، well-known reformers ہیں وہ سب reaction</w:t>
      </w:r>
    </w:p>
    <w:p>
      <w:pPr>
        <w:jc w:val="right"/>
      </w:pPr>
      <w:r>
        <w:t>میرے اپنے جاننے میں جتنے بھی ویل نون تھنکرز ہیں، ویل نون ریفارمرز ہیں وہ سب ری ایکشن</w:t>
      </w:r>
    </w:p>
    <w:p>
      <w:r>
        <w:rPr>
          <w:b/>
        </w:rPr>
        <w:t xml:space="preserve">[15:02] </w:t>
      </w:r>
      <w:r>
        <w:t>ka case hai.</w:t>
      </w:r>
    </w:p>
    <w:p>
      <w:pPr>
        <w:jc w:val="right"/>
      </w:pPr>
      <w:r>
        <w:t>کا کیس ہے۔</w:t>
      </w:r>
    </w:p>
    <w:p>
      <w:r>
        <w:rPr>
          <w:b/>
        </w:rPr>
        <w:t xml:space="preserve">[15:06] </w:t>
      </w:r>
      <w:r>
        <w:t>isi liye koi bara revolution nahi la saka.</w:t>
      </w:r>
    </w:p>
    <w:p>
      <w:pPr>
        <w:jc w:val="right"/>
      </w:pPr>
      <w:r>
        <w:t>اسی لیے کوئی بڑا ریولوشن نہیں لا سکے۔</w:t>
      </w:r>
    </w:p>
    <w:p>
      <w:r>
        <w:rPr>
          <w:b/>
        </w:rPr>
        <w:t xml:space="preserve">[15:10] </w:t>
      </w:r>
      <w:r>
        <w:t>ke koi yani dhoom dhaam to machi woh news mein khoob aaye, khoob logon ne jaana un ko.</w:t>
      </w:r>
    </w:p>
    <w:p>
      <w:pPr>
        <w:jc w:val="right"/>
      </w:pPr>
      <w:r>
        <w:t>کہ کوئی یعنی دھوم دھام تو مچی وہ نیوز میں خوب آئے، خوب لوگوں نے جانا ان کو۔</w:t>
      </w:r>
    </w:p>
    <w:p>
      <w:r>
        <w:rPr>
          <w:b/>
        </w:rPr>
        <w:t xml:space="preserve">[15:15] </w:t>
      </w:r>
      <w:r>
        <w:t>lekin yeh aik alag cheez hai.</w:t>
      </w:r>
    </w:p>
    <w:p>
      <w:pPr>
        <w:jc w:val="right"/>
      </w:pPr>
      <w:r>
        <w:t>لیکن یہ ایک الگ چیز ہے۔</w:t>
      </w:r>
    </w:p>
    <w:p>
      <w:r>
        <w:rPr>
          <w:b/>
        </w:rPr>
        <w:t xml:space="preserve">[15:19] </w:t>
      </w:r>
      <w:r>
        <w:t>mein jis cheez ko samajhta hoon criterion woh yeh hai ke aap koi positive</w:t>
      </w:r>
    </w:p>
    <w:p>
      <w:pPr>
        <w:jc w:val="right"/>
      </w:pPr>
      <w:r>
        <w:t>میں جس چیز کو سمجھتا ہوں کرائیٹیرین وہ یہ ہے کہ آپ کوئی پازیٹیو</w:t>
      </w:r>
    </w:p>
    <w:p>
      <w:r>
        <w:rPr>
          <w:b/>
        </w:rPr>
        <w:t xml:space="preserve">[15:23] </w:t>
      </w:r>
      <w:r>
        <w:t>result dikha saken.</w:t>
      </w:r>
    </w:p>
    <w:p>
      <w:pPr>
        <w:jc w:val="right"/>
      </w:pPr>
      <w:r>
        <w:t>رزلٹ دکھا سکیں۔</w:t>
      </w:r>
    </w:p>
    <w:p>
      <w:r>
        <w:rPr>
          <w:b/>
        </w:rPr>
        <w:t xml:space="preserve">[15:28] </w:t>
      </w:r>
      <w:r>
        <w:t>koi constructive kaam aap kar saken.</w:t>
      </w:r>
    </w:p>
    <w:p>
      <w:pPr>
        <w:jc w:val="right"/>
      </w:pPr>
      <w:r>
        <w:t>کوئی کنسٹرکٹیو کام آپ کر سکیں۔</w:t>
      </w:r>
    </w:p>
    <w:p>
      <w:r>
        <w:rPr>
          <w:b/>
        </w:rPr>
        <w:t xml:space="preserve">[15:33] </w:t>
      </w:r>
      <w:r>
        <w:t>to woh mein nahi dekhta history mein.</w:t>
      </w:r>
    </w:p>
    <w:p>
      <w:pPr>
        <w:jc w:val="right"/>
      </w:pPr>
      <w:r>
        <w:t>تو وہ میں نہیں دیکھتا ہسٹری میں۔</w:t>
      </w:r>
    </w:p>
    <w:p>
      <w:r>
        <w:rPr>
          <w:b/>
        </w:rPr>
        <w:t xml:space="preserve">[15:38] </w:t>
      </w:r>
      <w:r>
        <w:t>ab mein aap ko religious history mein chand baatein kahoon ga.</w:t>
      </w:r>
    </w:p>
    <w:p>
      <w:pPr>
        <w:jc w:val="right"/>
      </w:pPr>
      <w:r>
        <w:t>اب میں آپ کو ریلیجیس ہسٹری میں چند باتیں کہوں گا۔</w:t>
      </w:r>
    </w:p>
    <w:p>
      <w:r>
        <w:rPr>
          <w:b/>
        </w:rPr>
        <w:t xml:space="preserve">[15:43] </w:t>
      </w:r>
      <w:r>
        <w:t>yeh to secular history ki aik misaal thi Edison ki.</w:t>
      </w:r>
    </w:p>
    <w:p>
      <w:pPr>
        <w:jc w:val="right"/>
      </w:pPr>
      <w:r>
        <w:t>یہ تو سیکولر ہسٹری کی ایک مثال تھی ایڈیسن کی۔</w:t>
      </w:r>
    </w:p>
    <w:p>
      <w:r>
        <w:rPr>
          <w:b/>
        </w:rPr>
        <w:t xml:space="preserve">[15:48] </w:t>
      </w:r>
      <w:r>
        <w:t>religious history mein dekhiye aik bohat hi clear</w:t>
      </w:r>
    </w:p>
    <w:p>
      <w:pPr>
        <w:jc w:val="right"/>
      </w:pPr>
      <w:r>
        <w:t>ریلیجیس ہسٹری میں دیکھئے ایک بہت ہی کلی</w:t>
      </w:r>
    </w:p>
    <w:p>
      <w:r>
        <w:rPr>
          <w:b/>
        </w:rPr>
        <w:t xml:space="preserve">[15:54] </w:t>
      </w:r>
      <w:r>
        <w:t>example milta hai hum ko Hazrat Yusuf Alaih Salam jo prophet the jin ko bible mein Joseph</w:t>
      </w:r>
    </w:p>
    <w:p>
      <w:pPr>
        <w:jc w:val="right"/>
      </w:pPr>
      <w:r>
        <w:t>ئر ایگزیمپل ملتا ہے ہم کو حضرت یوسف علیہ السلام جو پرافٹ تھے جن کو بائبل میں جوزف</w:t>
      </w:r>
    </w:p>
    <w:p>
      <w:r>
        <w:rPr>
          <w:b/>
        </w:rPr>
        <w:t xml:space="preserve">[15:59] </w:t>
      </w:r>
      <w:r>
        <w:t>kaha gaya hai. Prophet Joseph.</w:t>
      </w:r>
    </w:p>
    <w:p>
      <w:pPr>
        <w:jc w:val="right"/>
      </w:pPr>
      <w:r>
        <w:t>کہا گیا ہے۔ پرافٹ جوزف۔</w:t>
      </w:r>
    </w:p>
    <w:p>
      <w:r>
        <w:rPr>
          <w:b/>
        </w:rPr>
        <w:t xml:space="preserve">[16:04] </w:t>
      </w:r>
      <w:r>
        <w:t>aap jante hain ke prophet Joseph jo the un ka un ke baray mein bible mein bhi hai</w:t>
      </w:r>
    </w:p>
    <w:p>
      <w:pPr>
        <w:jc w:val="right"/>
      </w:pPr>
      <w:r>
        <w:t>آپ جانتے ہیں کہ پرافٹ جوزف جو تھے ان کا ان کے بارے میں بائبل میں بھی ہے</w:t>
      </w:r>
    </w:p>
    <w:p>
      <w:r>
        <w:rPr>
          <w:b/>
        </w:rPr>
        <w:t xml:space="preserve">[16:09] </w:t>
      </w:r>
      <w:r>
        <w:t>aur Quran mein bhi hai.</w:t>
      </w:r>
    </w:p>
    <w:p>
      <w:pPr>
        <w:jc w:val="right"/>
      </w:pPr>
      <w:r>
        <w:t>اور قرآن میں بھی ہے۔</w:t>
      </w:r>
    </w:p>
    <w:p>
      <w:r>
        <w:rPr>
          <w:b/>
        </w:rPr>
        <w:t xml:space="preserve">[16:14] </w:t>
      </w:r>
      <w:r>
        <w:t>is wajah se kafi hum is mein information le sakte hain jab dono ko mila kar hum parhein to.</w:t>
      </w:r>
    </w:p>
    <w:p>
      <w:pPr>
        <w:jc w:val="right"/>
      </w:pPr>
      <w:r>
        <w:t>اس وجہ سے کافی ہم اس میں انفارمیشن لے سکتے ہیں جب دونوں کو ملا کر ہم پڑھیں تو۔</w:t>
      </w:r>
    </w:p>
    <w:p>
      <w:r>
        <w:rPr>
          <w:b/>
        </w:rPr>
        <w:t xml:space="preserve">[16:19] </w:t>
      </w:r>
      <w:r>
        <w:t>to prophet Joseph jo the</w:t>
      </w:r>
    </w:p>
    <w:p>
      <w:pPr>
        <w:jc w:val="right"/>
      </w:pPr>
      <w:r>
        <w:t>تو پرافٹ جوزف جو تھے</w:t>
      </w:r>
    </w:p>
    <w:p>
      <w:r>
        <w:rPr>
          <w:b/>
        </w:rPr>
        <w:t xml:space="preserve">[16:24] </w:t>
      </w:r>
      <w:r>
        <w:t>ya Hazrat Yusuf jo the un ki family rehti thi Hebron mein.</w:t>
      </w:r>
    </w:p>
    <w:p>
      <w:pPr>
        <w:jc w:val="right"/>
      </w:pPr>
      <w:r>
        <w:t>یا حضرت یوسف جو تھے ان کی فیملی رہتی تھی ہیبرون میں۔</w:t>
      </w:r>
    </w:p>
    <w:p>
      <w:r>
        <w:rPr>
          <w:b/>
        </w:rPr>
        <w:t xml:space="preserve">[16:29] </w:t>
      </w:r>
      <w:r>
        <w:t>yani Palestine mein.</w:t>
      </w:r>
    </w:p>
    <w:p>
      <w:pPr>
        <w:jc w:val="right"/>
      </w:pPr>
      <w:r>
        <w:t>یعنی فلسطین میں۔</w:t>
      </w:r>
    </w:p>
    <w:p>
      <w:r>
        <w:rPr>
          <w:b/>
        </w:rPr>
        <w:t xml:space="preserve">[16:34] </w:t>
      </w:r>
      <w:r>
        <w:t>jo yerushlem se koi bees meel ke dori par tha.</w:t>
      </w:r>
    </w:p>
    <w:p>
      <w:pPr>
        <w:jc w:val="right"/>
      </w:pPr>
      <w:r>
        <w:t>جو یروشلم سے کوئی بیس میل کے دوری پر تھا۔</w:t>
      </w:r>
    </w:p>
    <w:p>
      <w:r>
        <w:rPr>
          <w:b/>
        </w:rPr>
        <w:t xml:space="preserve">[16:39] </w:t>
      </w:r>
      <w:r>
        <w:t>ab is ko al khaleel kehte hain.</w:t>
      </w:r>
    </w:p>
    <w:p>
      <w:pPr>
        <w:jc w:val="right"/>
      </w:pPr>
      <w:r>
        <w:t>اب اس کو الخلیل کہتے ہیں۔</w:t>
      </w:r>
    </w:p>
    <w:p>
      <w:r>
        <w:rPr>
          <w:b/>
        </w:rPr>
        <w:t xml:space="preserve">[16:44] </w:t>
      </w:r>
      <w:r>
        <w:t>is jagah ko al khaleel kaha jata hai.</w:t>
      </w:r>
    </w:p>
    <w:p>
      <w:pPr>
        <w:jc w:val="right"/>
      </w:pPr>
      <w:r>
        <w:t>اس جگہ کو الخلیل کہا جاتا ہے۔</w:t>
      </w:r>
    </w:p>
    <w:p>
      <w:r>
        <w:rPr>
          <w:b/>
        </w:rPr>
        <w:t xml:space="preserve">[16:49] </w:t>
      </w:r>
      <w:r>
        <w:t>to jaisa ke bataya gaya hai bible mein aur quran mein kuch aise aap jante honge</w:t>
      </w:r>
    </w:p>
    <w:p>
      <w:pPr>
        <w:jc w:val="right"/>
      </w:pPr>
      <w:r>
        <w:t>تو جیسا کہ بتایا گیا ہے بائبل میں اور قرآن میں کچھ ایسے آپ جانتے ہوں گے</w:t>
      </w:r>
    </w:p>
    <w:p>
      <w:r>
        <w:rPr>
          <w:b/>
        </w:rPr>
        <w:t xml:space="preserve">[16:54] </w:t>
      </w:r>
      <w:r>
        <w:t>beton ke jo qisse hua kya kya hua mein is ki detail mein nahi jana chahta.</w:t>
      </w:r>
    </w:p>
    <w:p>
      <w:pPr>
        <w:jc w:val="right"/>
      </w:pPr>
      <w:r>
        <w:t>بیٹوں کے جو قصہ ہوا کیا کیا ہوا میں اس کی ڈیٹیل میں نہیں جانا چاہتا۔</w:t>
      </w:r>
    </w:p>
    <w:p>
      <w:r>
        <w:rPr>
          <w:b/>
        </w:rPr>
        <w:t xml:space="preserve">[16:58] </w:t>
      </w:r>
      <w:r>
        <w:t>behral kisi tareeqe se wo egypt pohanche.</w:t>
      </w:r>
    </w:p>
    <w:p>
      <w:pPr>
        <w:jc w:val="right"/>
      </w:pPr>
      <w:r>
        <w:t>بہرحال کسی طریقے سے وہ ایجپٹ پہنچے۔</w:t>
      </w:r>
    </w:p>
    <w:p>
      <w:r>
        <w:rPr>
          <w:b/>
        </w:rPr>
        <w:t xml:space="preserve">[17:03] </w:t>
      </w:r>
      <w:r>
        <w:t>yani falasteen se nikal kar ke wo egypt pohanche.</w:t>
      </w:r>
    </w:p>
    <w:p>
      <w:pPr>
        <w:jc w:val="right"/>
      </w:pPr>
      <w:r>
        <w:t>یعنی فلسطین سے نکل کر کے وہ ایجپٹ پہنچے۔</w:t>
      </w:r>
    </w:p>
    <w:p>
      <w:r>
        <w:rPr>
          <w:b/>
        </w:rPr>
        <w:t xml:space="preserve">[17:07] </w:t>
      </w:r>
      <w:r>
        <w:t>to egypt mein bhi bohat lambi kahani aati hai.</w:t>
      </w:r>
    </w:p>
    <w:p>
      <w:pPr>
        <w:jc w:val="right"/>
      </w:pPr>
      <w:r>
        <w:t>تو ایجپٹ میں بھی بہت لمبی کہانی آتی ہے۔</w:t>
      </w:r>
    </w:p>
    <w:p>
      <w:r>
        <w:rPr>
          <w:b/>
        </w:rPr>
        <w:t xml:space="preserve">[17:11] </w:t>
      </w:r>
      <w:r>
        <w:t>aap bible mein dekh sakte hain, quran mein dekh sakte hain.</w:t>
      </w:r>
    </w:p>
    <w:p>
      <w:pPr>
        <w:jc w:val="right"/>
      </w:pPr>
      <w:r>
        <w:t>آپ بائبل میں دیکھ سکتے ہیں، قرآن میں دیکھ سکتے ہیں۔</w:t>
      </w:r>
    </w:p>
    <w:p>
      <w:r>
        <w:rPr>
          <w:b/>
        </w:rPr>
        <w:t xml:space="preserve">[17:16] </w:t>
      </w:r>
      <w:r>
        <w:t>to kisi tareeqe se wo badshah ke darbar tak pohanch un ki hui.</w:t>
      </w:r>
    </w:p>
    <w:p>
      <w:pPr>
        <w:jc w:val="right"/>
      </w:pPr>
      <w:r>
        <w:t>تو کسی طریقے سے وہ بادشاہ کے دربار تک پہنچ ان کی ہوئی۔</w:t>
      </w:r>
    </w:p>
    <w:p>
      <w:r>
        <w:rPr>
          <w:b/>
        </w:rPr>
        <w:t xml:space="preserve">[17:20] </w:t>
      </w:r>
      <w:r>
        <w:t>jo us zamane mein wo tha wahan hiksas ka</w:t>
      </w:r>
    </w:p>
    <w:p>
      <w:pPr>
        <w:jc w:val="right"/>
      </w:pPr>
      <w:r>
        <w:t>جو اس زمانے میں وہ تھا وہاں ہکساس ک</w:t>
      </w:r>
    </w:p>
    <w:p>
      <w:r>
        <w:rPr>
          <w:b/>
        </w:rPr>
        <w:t xml:space="preserve">[17:24] </w:t>
      </w:r>
      <w:r>
        <w:t>ings hua karte the aik aik dynasty thi woh. is dynasty ka naam tha hyksos kings. yeh jo badshah tha is waqt is ka naam tha apophis. us ke darbar mein pahunche. to Hazrat Yusuf jo the bohat zabardast personality thi un ki. bohat zabardast un ke andar qualities thi. bohat hi intelligent aadmi the. aur to badshah un ki un ki shakhsiyat se bohat imp</w:t>
      </w:r>
    </w:p>
    <w:p>
      <w:pPr>
        <w:jc w:val="right"/>
      </w:pPr>
      <w:r>
        <w:t>نگز ہوا کرتے تھے ایک ایک ڈائنسٹی تھی وہ۔ اس ڈائنسٹی کا نام تھا ہکساس کنگز۔ یہ جو بادشاہ تھا اس وقت اس کا نام تھا اپوفس۔ اس کے دربار میں پہنچے۔ تو حضرت یوسف جو تھے بہت زبردست پرسنیلٹی تھی ان کی۔ بہت زبردست ان کے اندر کوالٹیز تھیں۔ بہت ہی انٹیلیجنٹ آدمی تھے۔ اور تو بادشاہ ان کی ان کی شخصیت سے بہت امپ</w:t>
      </w:r>
    </w:p>
    <w:p>
      <w:r>
        <w:rPr>
          <w:b/>
        </w:rPr>
        <w:t xml:space="preserve">[17:54] </w:t>
      </w:r>
      <w:r>
        <w:t>res hua.</w:t>
      </w:r>
    </w:p>
    <w:p>
      <w:pPr>
        <w:jc w:val="right"/>
      </w:pPr>
      <w:r>
        <w:t>ریس ہوا۔</w:t>
      </w:r>
    </w:p>
    <w:p>
      <w:r>
        <w:rPr>
          <w:b/>
        </w:rPr>
        <w:t xml:space="preserve">[17:58] </w:t>
      </w:r>
      <w:r>
        <w:t>bohat impress hua.</w:t>
      </w:r>
    </w:p>
    <w:p>
      <w:pPr>
        <w:jc w:val="right"/>
      </w:pPr>
      <w:r>
        <w:t>بہت امپریس ہوا۔</w:t>
      </w:r>
    </w:p>
    <w:p>
      <w:r>
        <w:rPr>
          <w:b/>
        </w:rPr>
        <w:t xml:space="preserve">[18:03] </w:t>
      </w:r>
      <w:r>
        <w:t>is ne chaha ke in ko apni government mein laye.</w:t>
      </w:r>
    </w:p>
    <w:p>
      <w:pPr>
        <w:jc w:val="right"/>
      </w:pPr>
      <w:r>
        <w:t>اس نے چاہا کہ ان کو اپنی گورنمنٹ میں لے۔</w:t>
      </w:r>
    </w:p>
    <w:p>
      <w:r>
        <w:rPr>
          <w:b/>
        </w:rPr>
        <w:t xml:space="preserve">[18:07] </w:t>
      </w:r>
      <w:r>
        <w:t>in ki in ki jo in ki qualities theen un se apni government mein in ko istemal kare.</w:t>
      </w:r>
    </w:p>
    <w:p>
      <w:pPr>
        <w:jc w:val="right"/>
      </w:pPr>
      <w:r>
        <w:t>ان کی ان کی جو ان کی کوالٹیز تھیں ان سے اپنی گورنمنٹ میں ان کو استعمال کرے۔</w:t>
      </w:r>
    </w:p>
    <w:p>
      <w:r>
        <w:rPr>
          <w:b/>
        </w:rPr>
        <w:t xml:space="preserve">[18:11] </w:t>
      </w:r>
      <w:r>
        <w:t>to is ne offer diya in ko aaj kal ki zaban mein ministry of food ka.</w:t>
      </w:r>
    </w:p>
    <w:p>
      <w:pPr>
        <w:jc w:val="right"/>
      </w:pPr>
      <w:r>
        <w:t>تو اس نے آفر دیا ان کو آج کل کی زبان میں منسٹری آف فوڈ کا۔</w:t>
      </w:r>
    </w:p>
    <w:p>
      <w:r>
        <w:rPr>
          <w:b/>
        </w:rPr>
        <w:t xml:space="preserve">[18:15] </w:t>
      </w:r>
      <w:r>
        <w:t>aaj kal ki zaban mein agar hum kahein to ministry of food.</w:t>
      </w:r>
    </w:p>
    <w:p>
      <w:pPr>
        <w:jc w:val="right"/>
      </w:pPr>
      <w:r>
        <w:t>آج کل کی زبان میں اگر ہم کہیں تو منسٹری آف فوڈ۔</w:t>
      </w:r>
    </w:p>
    <w:p>
      <w:r>
        <w:rPr>
          <w:b/>
        </w:rPr>
        <w:t xml:space="preserve">[18:19] </w:t>
      </w:r>
      <w:r>
        <w:t>yeh offer diya is ko.</w:t>
      </w:r>
    </w:p>
    <w:p>
      <w:pPr>
        <w:jc w:val="right"/>
      </w:pPr>
      <w:r>
        <w:t>یہ آفر دیا اس کو۔</w:t>
      </w:r>
    </w:p>
    <w:p>
      <w:r>
        <w:rPr>
          <w:b/>
        </w:rPr>
        <w:t xml:space="preserve">[18:24] </w:t>
      </w:r>
      <w:r>
        <w:t>ab aap yahan par dekhiye</w:t>
      </w:r>
    </w:p>
    <w:p>
      <w:pPr>
        <w:jc w:val="right"/>
      </w:pPr>
      <w:r>
        <w:t>اب آپ یہاں پر دیکھئے</w:t>
      </w:r>
    </w:p>
    <w:p>
      <w:r>
        <w:rPr>
          <w:b/>
        </w:rPr>
        <w:t xml:space="preserve">[18:28] </w:t>
      </w:r>
      <w:r>
        <w:t>hazrat yusuf ek prophet the.</w:t>
      </w:r>
    </w:p>
    <w:p>
      <w:pPr>
        <w:jc w:val="right"/>
      </w:pPr>
      <w:r>
        <w:t>حضرت یوسف ایک پرافٹ تھے۔</w:t>
      </w:r>
    </w:p>
    <w:p>
      <w:r>
        <w:rPr>
          <w:b/>
        </w:rPr>
        <w:t xml:space="preserve">[18:32] </w:t>
      </w:r>
      <w:r>
        <w:t>har prophet ka ek hi message tha.</w:t>
      </w:r>
    </w:p>
    <w:p>
      <w:pPr>
        <w:jc w:val="right"/>
      </w:pPr>
      <w:r>
        <w:t>ہر پرافٹ کا ایک ہی میسج تھا۔</w:t>
      </w:r>
    </w:p>
    <w:p>
      <w:r>
        <w:rPr>
          <w:b/>
        </w:rPr>
        <w:t xml:space="preserve">[18:35] </w:t>
      </w:r>
      <w:r>
        <w:t>tauheed, oneness of god.</w:t>
      </w:r>
    </w:p>
    <w:p>
      <w:pPr>
        <w:jc w:val="right"/>
      </w:pPr>
      <w:r>
        <w:t>توحید، وننس آف گاڈ۔</w:t>
      </w:r>
    </w:p>
    <w:p>
      <w:r>
        <w:rPr>
          <w:b/>
        </w:rPr>
        <w:t xml:space="preserve">[18:39] </w:t>
      </w:r>
      <w:r>
        <w:t>jo hazrat yusuf ki jo ek taqreer aati hai quran majeed mein.</w:t>
      </w:r>
    </w:p>
    <w:p>
      <w:pPr>
        <w:jc w:val="right"/>
      </w:pPr>
      <w:r>
        <w:t>جو حضرت یوسف کی جو ایک تقریر آتی ہے قرآن مجید میں۔</w:t>
      </w:r>
    </w:p>
    <w:p>
      <w:r>
        <w:rPr>
          <w:b/>
        </w:rPr>
        <w:t xml:space="preserve">[18:43] </w:t>
      </w:r>
      <w:r>
        <w:t>arbabu mutafarriqun khayran am allahu al wahidu al qahhar to un ka mission tauheed tha.</w:t>
      </w:r>
    </w:p>
    <w:p>
      <w:pPr>
        <w:jc w:val="right"/>
      </w:pPr>
      <w:r>
        <w:t>اَرْبَابُ مَتَفَرِّقُونَ خَيْرًا أَمِ اللَّهِ الْوَاحِدُ الْقَهَّارُ تو ان کا مشن توحید تھا۔</w:t>
      </w:r>
    </w:p>
    <w:p>
      <w:r>
        <w:rPr>
          <w:b/>
        </w:rPr>
        <w:t xml:space="preserve">[18:47] </w:t>
      </w:r>
      <w:r>
        <w:t>oneness of god.</w:t>
      </w:r>
    </w:p>
    <w:p>
      <w:pPr>
        <w:jc w:val="right"/>
      </w:pPr>
      <w:r>
        <w:t>وننس آف گاڈ۔</w:t>
      </w:r>
    </w:p>
    <w:p>
      <w:r>
        <w:rPr>
          <w:b/>
        </w:rPr>
        <w:t xml:space="preserve">[18:51] </w:t>
      </w:r>
      <w:r>
        <w:t>shirk nahi tha, toheed tha.</w:t>
      </w:r>
    </w:p>
    <w:p>
      <w:pPr>
        <w:jc w:val="right"/>
      </w:pPr>
      <w:r>
        <w:t>شرک نہیں تھا، توحید تھا۔</w:t>
      </w:r>
    </w:p>
    <w:p>
      <w:r>
        <w:rPr>
          <w:b/>
        </w:rPr>
        <w:t xml:space="preserve">[18:55] </w:t>
      </w:r>
      <w:r>
        <w:t>aur yeh jo badshah tha yeh mushrik badshah tha.</w:t>
      </w:r>
    </w:p>
    <w:p>
      <w:pPr>
        <w:jc w:val="right"/>
      </w:pPr>
      <w:r>
        <w:t>اور یہ جو بادشاہ تھا یہ مشرک بادشاہ تھا۔</w:t>
      </w:r>
    </w:p>
    <w:p>
      <w:r>
        <w:rPr>
          <w:b/>
        </w:rPr>
        <w:t xml:space="preserve">[18:59] </w:t>
      </w:r>
      <w:r>
        <w:t>yeh sabit hai history se ke apophis jo tha yeh mushrik badshah tha. yeh yeh muwahid nahi tha woh. oneness of God ko manane wala nahi tha woh. phir bhi Hazrat Yusuf ne us ke us ke jo us ki jo government thi us mein aik office le liya. yeh tha third option. kyun? apne apna jo un ka jo mission tha us ke lehaz se</w:t>
      </w:r>
    </w:p>
    <w:p>
      <w:pPr>
        <w:jc w:val="right"/>
      </w:pPr>
      <w:r>
        <w:t>یہ ثابت ہے ہسٹری سے کہ اپوفس جو تھا یہ مشرک بادشاہ تھا۔ یہ یہ موحد نہیں تھا وہ۔ وننس آف گاڈ کو ماننے والا نہیں تھا وہ۔ پھر بھی حضرت یوسف نے اس کے اس کے جو اس کی جو گورنمنٹ تھی اس میں ایک آفس لے لیا۔ یہ تھا تھرڈ آپشن۔ کیوں؟ اپنے اپنا جو ان کا جو مشن تھا اس کے لحاظ سے</w:t>
      </w:r>
    </w:p>
    <w:p>
      <w:r>
        <w:rPr>
          <w:b/>
        </w:rPr>
        <w:t xml:space="preserve">[19:29] </w:t>
      </w:r>
      <w:r>
        <w:t>agar woh dekhte to woh kehte ke yeh mushrik badshah hai, mujhe is se ladna hai.</w:t>
      </w:r>
    </w:p>
    <w:p>
      <w:pPr>
        <w:jc w:val="right"/>
      </w:pPr>
      <w:r>
        <w:t>اگر وہ دیکھتے تو وہ کہتے کہ یہ مشرک بادشاہ ہے، مجھے اس سے لڑنا ہے۔</w:t>
      </w:r>
    </w:p>
    <w:p>
      <w:r>
        <w:rPr>
          <w:b/>
        </w:rPr>
        <w:t xml:space="preserve">[19:33] </w:t>
      </w:r>
      <w:r>
        <w:t>مشرک بادشاہ کو مجھے encourage کرنا ہے۔</w:t>
      </w:r>
    </w:p>
    <w:p>
      <w:pPr>
        <w:jc w:val="right"/>
      </w:pPr>
      <w:r>
        <w:t>مشرک بادشاہ کو مجھے انکریجیٹ کرنا ہے۔</w:t>
      </w:r>
    </w:p>
    <w:p>
      <w:r>
        <w:rPr>
          <w:b/>
        </w:rPr>
        <w:t xml:space="preserve">[19:37] </w:t>
      </w:r>
      <w:r>
        <w:t>jaisa ke aaj kal ho raha hai aap jagah jagah aap dekh rahe hain.</w:t>
      </w:r>
    </w:p>
    <w:p>
      <w:pPr>
        <w:jc w:val="right"/>
      </w:pPr>
      <w:r>
        <w:t>جیسا کہ آج کل ہو رہا ہے آپ جگہ جگہ آپ دیکھ رہے ہیں۔</w:t>
      </w:r>
    </w:p>
    <w:p>
      <w:r>
        <w:rPr>
          <w:b/>
        </w:rPr>
        <w:t xml:space="preserve">[19:42] </w:t>
      </w:r>
      <w:r>
        <w:t>khaas tor par muslim countries mein to aap har muslim country mein yahi ho raha hai.</w:t>
      </w:r>
    </w:p>
    <w:p>
      <w:pPr>
        <w:jc w:val="right"/>
      </w:pPr>
      <w:r>
        <w:t>خاص طور پر مسلم کنٹریز میں تو آپ ہر مسلم کنٹری میں یہی ہو رہا ہے۔</w:t>
      </w:r>
    </w:p>
    <w:p>
      <w:r>
        <w:rPr>
          <w:b/>
        </w:rPr>
        <w:t xml:space="preserve">[19:46] </w:t>
      </w:r>
      <w:r>
        <w:t>pakistan mein yahi ho raha hai.</w:t>
      </w:r>
    </w:p>
    <w:p>
      <w:pPr>
        <w:jc w:val="right"/>
      </w:pPr>
      <w:r>
        <w:t>پاکستان میں یہی ہو رہا ہے۔</w:t>
      </w:r>
    </w:p>
    <w:p>
      <w:r>
        <w:rPr>
          <w:b/>
        </w:rPr>
        <w:t xml:space="preserve">[19:50] </w:t>
      </w:r>
      <w:r>
        <w:t>کہ ایک کنگ سے انہیں کچھ ڈفرنس ہوا بس کھڑے ہو گئے اس کو enrage کرنے کے لیے۔</w:t>
      </w:r>
    </w:p>
    <w:p>
      <w:pPr>
        <w:jc w:val="right"/>
      </w:pPr>
      <w:r>
        <w:t>کہ ایک کنگ سے انہیں کچھ ڈفرنس ہوا بس کھڑے ہو گئے اس کو انکریجیٹ کرنے کے لیے۔</w:t>
      </w:r>
    </w:p>
    <w:p>
      <w:r>
        <w:rPr>
          <w:b/>
        </w:rPr>
        <w:t xml:space="preserve">[19:55] </w:t>
      </w:r>
      <w:r>
        <w:t>yeh aap dekh rahe hain media mein rozana aata rehta hai. ke ek</w:t>
      </w:r>
    </w:p>
    <w:p>
      <w:pPr>
        <w:jc w:val="right"/>
      </w:pPr>
      <w:r>
        <w:t>یہ آپ دیکھ رہے ہیں میڈیا میں روزانہ آتا رہتا ہے۔ کہ ایک</w:t>
      </w:r>
    </w:p>
    <w:p>
      <w:r>
        <w:rPr>
          <w:b/>
        </w:rPr>
        <w:t xml:space="preserve">[19:59] </w:t>
      </w:r>
      <w:r>
        <w:t>ruler hai.</w:t>
      </w:r>
    </w:p>
    <w:p>
      <w:pPr>
        <w:jc w:val="right"/>
      </w:pPr>
      <w:r>
        <w:t>رولر ہے۔</w:t>
      </w:r>
    </w:p>
    <w:p>
      <w:r>
        <w:rPr>
          <w:b/>
        </w:rPr>
        <w:t xml:space="preserve">[20:03] </w:t>
      </w:r>
      <w:r>
        <w:t>ek ruler hai, ek government hai to is se kuch shikayat ho gayi.</w:t>
      </w:r>
    </w:p>
    <w:p>
      <w:pPr>
        <w:jc w:val="right"/>
      </w:pPr>
      <w:r>
        <w:t>ایک رولر ہے، ایک گورنمنٹ ہے تو اس سے کچھ شکایت ہو گئی۔</w:t>
      </w:r>
    </w:p>
    <w:p>
      <w:r>
        <w:rPr>
          <w:b/>
        </w:rPr>
        <w:t xml:space="preserve">[20:08] </w:t>
      </w:r>
      <w:r>
        <w:t>تو کھڑے ہو جاتے ہیں اس کو encourage کرنے کے لیے۔ تم ہٹو۔</w:t>
      </w:r>
    </w:p>
    <w:p>
      <w:pPr>
        <w:jc w:val="right"/>
      </w:pPr>
      <w:r>
        <w:t>تو کھڑے ہو جاتے ہیں اس کو انکریجیٹ کرنے کے لیے۔ تم ہٹو۔</w:t>
      </w:r>
    </w:p>
    <w:p>
      <w:r>
        <w:rPr>
          <w:b/>
        </w:rPr>
        <w:t xml:space="preserve">[20:12] </w:t>
      </w:r>
      <w:r>
        <w:t>aur yeh ladai jaari hai.</w:t>
      </w:r>
    </w:p>
    <w:p>
      <w:pPr>
        <w:jc w:val="right"/>
      </w:pPr>
      <w:r>
        <w:t>اور یہ لڑائی جاری ہے۔</w:t>
      </w:r>
    </w:p>
    <w:p>
      <w:r>
        <w:rPr>
          <w:b/>
        </w:rPr>
        <w:t xml:space="preserve">[20:16] </w:t>
      </w:r>
      <w:r>
        <w:t>aaj times of india mein aaj hi ek item aaya hai pakistan ke bare mein ke saathween saal</w:t>
      </w:r>
    </w:p>
    <w:p>
      <w:pPr>
        <w:jc w:val="right"/>
      </w:pPr>
      <w:r>
        <w:t>آج ٹائمز آف انڈیا میں آج ہی ایک آئٹم آیا ہے پاکستان کے بارے میں کہ ساٹھویں سال</w:t>
      </w:r>
    </w:p>
    <w:p>
      <w:r>
        <w:rPr>
          <w:b/>
        </w:rPr>
        <w:t xml:space="preserve">[20:21] </w:t>
      </w:r>
      <w:r>
        <w:t>jab ke un ko azadi ka din manana hai to saare pakistan mein koi khushi nahi.</w:t>
      </w:r>
    </w:p>
    <w:p>
      <w:pPr>
        <w:jc w:val="right"/>
      </w:pPr>
      <w:r>
        <w:t>جب کہ ان کو آزادی کا دن منانا ہے تو سارے پاکستان میں کوئی خوشی نہیں۔</w:t>
      </w:r>
    </w:p>
    <w:p>
      <w:r>
        <w:rPr>
          <w:b/>
        </w:rPr>
        <w:t xml:space="preserve">[20:25] </w:t>
      </w:r>
      <w:r>
        <w:t>aaj hi ek item aaya hai ek art</w:t>
      </w:r>
    </w:p>
    <w:p>
      <w:pPr>
        <w:jc w:val="right"/>
      </w:pPr>
      <w:r>
        <w:t>آج ہی ایک آئٹم آیا ہے ایک آرٹ</w:t>
      </w:r>
    </w:p>
    <w:p>
      <w:r>
        <w:rPr>
          <w:b/>
        </w:rPr>
        <w:t xml:space="preserve">[20:29] </w:t>
      </w:r>
      <w:r>
        <w:t>aikl times of india mein. ke azadi ka din jo hai un ke liye choda august ko woh log manate hain to koi khushi ka din nahi, koi khushi ki lehar nahi qom ke andar. logon ke andar frustration hai, mayusi hai. kyunke saath saal mein kuch achieve nahi kar sake. saath saal mein kuch achieve nahi kar sake. abhi tak wahan koi system nahi bana. yeh pata nahi ke democracy wahan chalana hai ke military rule chalana hai. ahsabi nizam chalana</w:t>
      </w:r>
    </w:p>
    <w:p>
      <w:pPr>
        <w:jc w:val="right"/>
      </w:pPr>
      <w:r>
        <w:t>یکل ٹائمز آف انڈیا میں۔ کہ آزادی کا دن جو ہے ان کے لیے چودہ اگست کو وہ لوگ مناتے ہیں تو کوئی خوشی کا دن نہیں، کوئی خوشی کی لہر نہیں قوم کے اندر۔ لوگوں کے اندر فرسٹریشن ہے، مایوسی ہے۔ کیونکہ ساٹھ سال میں کچھ اچیو نہیں کر سکے۔ ساٹھ سال میں کچھ اچیو نہیں کر سکے۔ ابھی تک وہاں کوئی سسٹم نہیں بنا۔ یہ پتہ نہیں کہ ڈیموکریسی وہاں چلانا ہے کہ ملٹری رول چلانا ہے۔ احسابی نظام چلانا</w:t>
      </w:r>
    </w:p>
    <w:p>
      <w:r>
        <w:rPr>
          <w:b/>
        </w:rPr>
        <w:t xml:space="preserve">[20:59] </w:t>
      </w:r>
      <w:r>
        <w:t>hai, kuch abhi tak yahi pata nahi.</w:t>
      </w:r>
    </w:p>
    <w:p>
      <w:pPr>
        <w:jc w:val="right"/>
      </w:pPr>
      <w:r>
        <w:t>ہے، کچھ ابھی تک یہی پتہ نہیں۔</w:t>
      </w:r>
    </w:p>
    <w:p>
      <w:r>
        <w:rPr>
          <w:b/>
        </w:rPr>
        <w:t xml:space="preserve">[21:03] </w:t>
      </w:r>
      <w:r>
        <w:t>abhi tak pakistan ka koi direction nahi bana.</w:t>
      </w:r>
    </w:p>
    <w:p>
      <w:pPr>
        <w:jc w:val="right"/>
      </w:pPr>
      <w:r>
        <w:t>ابھی تک پاکستان کا کوئی ڈائریکشن نہیں بنا۔</w:t>
      </w:r>
    </w:p>
    <w:p>
      <w:r>
        <w:rPr>
          <w:b/>
        </w:rPr>
        <w:t xml:space="preserve">[21:07] </w:t>
      </w:r>
      <w:r>
        <w:t>is ne yeh bhi likha hai ke wahan par ek bola jata hai nazariya pakistan.</w:t>
      </w:r>
    </w:p>
    <w:p>
      <w:pPr>
        <w:jc w:val="right"/>
      </w:pPr>
      <w:r>
        <w:t>اس نے یہ بھی لکھا ہے کہ وہاں پر ایک بولا جاتا ہے نظریہ پاکستان۔</w:t>
      </w:r>
    </w:p>
    <w:p>
      <w:r>
        <w:rPr>
          <w:b/>
        </w:rPr>
        <w:t xml:space="preserve">[21:11] </w:t>
      </w:r>
      <w:r>
        <w:t>yeh ek vague nazariya hai.</w:t>
      </w:r>
    </w:p>
    <w:p>
      <w:pPr>
        <w:jc w:val="right"/>
      </w:pPr>
      <w:r>
        <w:t>یہ ایک ویگ نظریہ ہے۔</w:t>
      </w:r>
    </w:p>
    <w:p>
      <w:r>
        <w:rPr>
          <w:b/>
        </w:rPr>
        <w:t xml:space="preserve">[21:15] </w:t>
      </w:r>
      <w:r>
        <w:t>is vague nazariye ne logon ko koi direction nahi diya.</w:t>
      </w:r>
    </w:p>
    <w:p>
      <w:pPr>
        <w:jc w:val="right"/>
      </w:pPr>
      <w:r>
        <w:t>اس ویگ نظریے نے لوگوں کو کوئی ڈائریکشن نہیں دیا۔</w:t>
      </w:r>
    </w:p>
    <w:p>
      <w:r>
        <w:rPr>
          <w:b/>
        </w:rPr>
        <w:t xml:space="preserve">[21:19] </w:t>
      </w:r>
      <w:r>
        <w:t>nazariya pakistan kya cheez hai? kuch pata nahi kisi ko.</w:t>
      </w:r>
    </w:p>
    <w:p>
      <w:pPr>
        <w:jc w:val="right"/>
      </w:pPr>
      <w:r>
        <w:t>نظریہ پاکستان کیا چیز ہے؟ کچھ پتہ نہیں کسی کو۔</w:t>
      </w:r>
    </w:p>
    <w:p>
      <w:r>
        <w:rPr>
          <w:b/>
        </w:rPr>
        <w:t xml:space="preserve">[21:22] </w:t>
      </w:r>
      <w:r>
        <w:t>ek emotional word hai yeh.</w:t>
      </w:r>
    </w:p>
    <w:p>
      <w:pPr>
        <w:jc w:val="right"/>
      </w:pPr>
      <w:r>
        <w:t>ایک ایموشنل ورڈ ہے یہ۔</w:t>
      </w:r>
    </w:p>
    <w:p>
      <w:r>
        <w:rPr>
          <w:b/>
        </w:rPr>
        <w:t xml:space="preserve">[21:26] </w:t>
      </w:r>
      <w:r>
        <w:t>to kyun aisa hua?</w:t>
      </w:r>
    </w:p>
    <w:p>
      <w:pPr>
        <w:jc w:val="right"/>
      </w:pPr>
      <w:r>
        <w:t>تو کیوں ایسا ہوا؟</w:t>
      </w:r>
    </w:p>
    <w:p>
      <w:r>
        <w:rPr>
          <w:b/>
        </w:rPr>
        <w:t xml:space="preserve">[21:30] </w:t>
      </w:r>
      <w:r>
        <w:t>isi mein yeh baat batai gayi hai ke pehle din se log yahi keh rahe hain hukumaton se ladna. aap jante hain ke pehla jo prime minister tha wahan ali qadri khan us ko goli mar di. us ke baad se aaj tak wahi chal raha hai general musharraf tak hukumaton se ladna. yeh kia hai? action ke muqable mein reaction. dichotomic thinking. third option soch nahi pate woh. hazrat yusuf ne third option socha. ke woh mushrik hai aur main muwahid hoon to mujhe lad</w:t>
      </w:r>
    </w:p>
    <w:p>
      <w:pPr>
        <w:jc w:val="right"/>
      </w:pPr>
      <w:r>
        <w:t>اسی میں یہ بات بتائی گئی ہے کہ پہلے دن سے لوگ یہی کہہ رہے ہیں حکومتوں سے لڑنا۔ آپ جانتے ہیں کہ پہلا جو پرائم منسٹر تھا وہاں علی قادری خان اس کو گولی مار دی۔ اس کے بعد سے آج تک وہی چل رہا ہے جنرل مشرف تک حکومتوں سے لڑنا۔ یہ کیا ہے؟ ایکشن کے مقابلے میں ری ایکشن۔ ڈائیکاٹمک تھنکنگ۔ تھرڈ آپشن سوچ نہیں پاتے وہ۔ حضرت یوسف نے تھرڈ آپشن سوچا۔ کہ وہ مشرک ہے اور میں موحد ہوں تو مجھے لڑ</w:t>
      </w:r>
    </w:p>
    <w:p>
      <w:r>
        <w:rPr>
          <w:b/>
        </w:rPr>
        <w:t xml:space="preserve">[22:00] </w:t>
      </w:r>
      <w:r>
        <w:t>na hai. yeh tha action ke muqable mein reaction. unhon ne badshah ko accept kar liya as it is. as it is. aur aik opportunity jo mil rahi thi us ko unhon ne le liya. aur phir unhon ne bohat bara kaam kiya misr mein. bohat bara kaam. yeh tha third option. yeh tha third option. to religious history mein main samajhta hoon ke bohat bari misaal hai. aur quran</w:t>
      </w:r>
    </w:p>
    <w:p>
      <w:pPr>
        <w:jc w:val="right"/>
      </w:pPr>
      <w:r>
        <w:t>نا ہے۔ یہ تھا ایکشن کے مقابلے میں ری ایکشن۔ انہوں نے بادشاہ کو ایکسیپٹ کر لیا ایز اٹ از۔ ایز اٹ از۔ اور ایک آپرچونیٹی جو مل رہی تھی اس کو انہوں نے لے لیا۔ اور پھر انہوں نے بہت بڑا کام کیا مصر میں۔ بہت بڑا کام۔ یہ تھا تھرڈ آپشن۔ یہ تھا تھرڈ آپشن۔ تو ریلیجیس ہسٹری میں میں سمجھتا ہوں کہ بہت بڑی مثال ہے۔ اور قرآن</w:t>
      </w:r>
    </w:p>
    <w:p>
      <w:r>
        <w:rPr>
          <w:b/>
        </w:rPr>
        <w:t xml:space="preserve">[22:30] </w:t>
      </w:r>
      <w:r>
        <w:t>majeed mein jahan bataya gaya hai surah yusuf mein to is mein aaya hai ke ahsan al qasas.</w:t>
      </w:r>
    </w:p>
    <w:p>
      <w:pPr>
        <w:jc w:val="right"/>
      </w:pPr>
      <w:r>
        <w:t>مجید میں جہاں بتایا گیا ہے سورہ یوسف میں تو اس میں آیا ہے کہ احسن القصص۔</w:t>
      </w:r>
    </w:p>
    <w:p>
      <w:r>
        <w:rPr>
          <w:b/>
        </w:rPr>
        <w:t xml:space="preserve">[22:35] </w:t>
      </w:r>
      <w:r>
        <w:t>yani bohat hi achi story.</w:t>
      </w:r>
    </w:p>
    <w:p>
      <w:pPr>
        <w:jc w:val="right"/>
      </w:pPr>
      <w:r>
        <w:t>یعنی بہت ہی اچھی سٹوری۔</w:t>
      </w:r>
    </w:p>
    <w:p>
      <w:r>
        <w:rPr>
          <w:b/>
        </w:rPr>
        <w:t xml:space="preserve">[22:39] </w:t>
      </w:r>
      <w:r>
        <w:t>jahan quran majeed mein bataya gaya hai hazrat yusuf ka qissa to is mein bataya gaya ke yeh</w:t>
      </w:r>
    </w:p>
    <w:p>
      <w:pPr>
        <w:jc w:val="right"/>
      </w:pPr>
      <w:r>
        <w:t>جہاں قرآن مجید میں بتایا گیا ہے حضرت یوسف کا قصہ تو اس میں بتایا گیا کہ یہ</w:t>
      </w:r>
    </w:p>
    <w:p>
      <w:r>
        <w:rPr>
          <w:b/>
        </w:rPr>
        <w:t xml:space="preserve">[22:43] </w:t>
      </w:r>
      <w:r>
        <w:t>ahsan al qasas hai. best story.</w:t>
      </w:r>
    </w:p>
    <w:p>
      <w:pPr>
        <w:jc w:val="right"/>
      </w:pPr>
      <w:r>
        <w:t>احسن القصص ہے۔ بیسٹ سٹوری۔</w:t>
      </w:r>
    </w:p>
    <w:p>
      <w:r>
        <w:rPr>
          <w:b/>
        </w:rPr>
        <w:t xml:space="preserve">[22:48] </w:t>
      </w:r>
      <w:r>
        <w:t>kyun is mein yeh jo mila is mein.</w:t>
      </w:r>
    </w:p>
    <w:p>
      <w:pPr>
        <w:jc w:val="right"/>
      </w:pPr>
      <w:r>
        <w:t>کیوں اس میں یہ جو ملا اس میں۔</w:t>
      </w:r>
    </w:p>
    <w:p>
      <w:r>
        <w:rPr>
          <w:b/>
        </w:rPr>
        <w:t xml:space="preserve">[22:52] </w:t>
      </w:r>
      <w:r>
        <w:t>yeh jo hai ek example mila hamein, ek model mila hamein jo is mein.</w:t>
      </w:r>
    </w:p>
    <w:p>
      <w:pPr>
        <w:jc w:val="right"/>
      </w:pPr>
      <w:r>
        <w:t>یہ جو ہے ایک ایگزیمپل ملا ہمیں، ایک ماڈل ملا ہمیں جو اس میں۔</w:t>
      </w:r>
    </w:p>
    <w:p>
      <w:r>
        <w:rPr>
          <w:b/>
        </w:rPr>
        <w:t xml:space="preserve">[22:57] </w:t>
      </w:r>
      <w:r>
        <w:t>کہ dichotomic thinking کو چھوڑ کر کے کوئی تھرڈ آپشن تلاش</w:t>
      </w:r>
    </w:p>
    <w:p>
      <w:pPr>
        <w:jc w:val="right"/>
      </w:pPr>
      <w:r>
        <w:t>کہ ڈائیکاٹمک تھنکنگ کو چھوڑ کر کے کوئی تھرڈ آپشن تلاش</w:t>
      </w:r>
    </w:p>
    <w:p>
      <w:r>
        <w:rPr>
          <w:b/>
        </w:rPr>
        <w:t xml:space="preserve">[23:01] </w:t>
      </w:r>
      <w:r>
        <w:t>karna, third option.</w:t>
      </w:r>
    </w:p>
    <w:p>
      <w:pPr>
        <w:jc w:val="right"/>
      </w:pPr>
      <w:r>
        <w:t>کرنا، تھرڈ آپشن۔</w:t>
      </w:r>
    </w:p>
    <w:p>
      <w:r>
        <w:rPr>
          <w:b/>
        </w:rPr>
        <w:t xml:space="preserve">[23:04] </w:t>
      </w:r>
      <w:r>
        <w:t>yani third direction mein soch sakna.</w:t>
      </w:r>
    </w:p>
    <w:p>
      <w:pPr>
        <w:jc w:val="right"/>
      </w:pPr>
      <w:r>
        <w:t>یعنی تھرڈ ڈائریکشن میں سوچ سکنا۔</w:t>
      </w:r>
    </w:p>
    <w:p>
      <w:r>
        <w:rPr>
          <w:b/>
        </w:rPr>
        <w:t xml:space="preserve">[23:07] </w:t>
      </w:r>
      <w:r>
        <w:t>yeh zindagi mein bar bar karna parta hai.</w:t>
      </w:r>
    </w:p>
    <w:p>
      <w:pPr>
        <w:jc w:val="right"/>
      </w:pPr>
      <w:r>
        <w:t>یہ زندگی میں بار بار کرنا پڑتا ہے۔</w:t>
      </w:r>
    </w:p>
    <w:p>
      <w:r>
        <w:rPr>
          <w:b/>
        </w:rPr>
        <w:t xml:space="preserve">[23:10] </w:t>
      </w:r>
      <w:r>
        <w:t>yani gharon mein husband aur wife ko sochna hai isi tarah se.</w:t>
      </w:r>
    </w:p>
    <w:p>
      <w:pPr>
        <w:jc w:val="right"/>
      </w:pPr>
      <w:r>
        <w:t>یعنی گھروں میں ہسبینڈ اور وائف کو سوچنا ہے اسی طریقے سے۔</w:t>
      </w:r>
    </w:p>
    <w:p>
      <w:r>
        <w:rPr>
          <w:b/>
        </w:rPr>
        <w:t xml:space="preserve">[23:13] </w:t>
      </w:r>
      <w:r>
        <w:t>society mein sochna hai isi tarah se.</w:t>
      </w:r>
    </w:p>
    <w:p>
      <w:pPr>
        <w:jc w:val="right"/>
      </w:pPr>
      <w:r>
        <w:t>سوسائٹی میں سوچنا ہے اسی طریقے سے۔</w:t>
      </w:r>
    </w:p>
    <w:p>
      <w:r>
        <w:rPr>
          <w:b/>
        </w:rPr>
        <w:t xml:space="preserve">[23:16] </w:t>
      </w:r>
      <w:r>
        <w:t>government mein isi tarah sochna hai.</w:t>
      </w:r>
    </w:p>
    <w:p>
      <w:pPr>
        <w:jc w:val="right"/>
      </w:pPr>
      <w:r>
        <w:t>گورنمنٹ میں اسی طرح سوچنا ہے۔</w:t>
      </w:r>
    </w:p>
    <w:p>
      <w:r>
        <w:rPr>
          <w:b/>
        </w:rPr>
        <w:t xml:space="preserve">[23:19] </w:t>
      </w:r>
      <w:r>
        <w:t>har jagah yahi sochna hai.</w:t>
      </w:r>
    </w:p>
    <w:p>
      <w:pPr>
        <w:jc w:val="right"/>
      </w:pPr>
      <w:r>
        <w:t>ہر جگہ یہی سوچنا ہے۔</w:t>
      </w:r>
    </w:p>
    <w:p>
      <w:r>
        <w:rPr>
          <w:b/>
        </w:rPr>
        <w:t xml:space="preserve">[23:22] </w:t>
      </w:r>
      <w:r>
        <w:t>ہر جگہ لوگ dichotomic thinking کی وجہ سے کوئی بڑا کام نہیں کر پاتے۔</w:t>
      </w:r>
    </w:p>
    <w:p>
      <w:pPr>
        <w:jc w:val="right"/>
      </w:pPr>
      <w:r>
        <w:t>ہر جگہ لوگ ڈائیکاٹمک تھنکنگ کی وجہ سے کوئی بڑا کام نہیں کر پاتے۔</w:t>
      </w:r>
    </w:p>
    <w:p>
      <w:r>
        <w:rPr>
          <w:b/>
        </w:rPr>
        <w:t xml:space="preserve">[23:25] </w:t>
      </w:r>
      <w:r>
        <w:t>to quran mein is ko ahsan al qisas kaha gaya.</w:t>
      </w:r>
    </w:p>
    <w:p>
      <w:pPr>
        <w:jc w:val="right"/>
      </w:pPr>
      <w:r>
        <w:t>تو قرآن میں اس کو احسن القصص کہا گیا۔</w:t>
      </w:r>
    </w:p>
    <w:p>
      <w:r>
        <w:rPr>
          <w:b/>
        </w:rPr>
        <w:t xml:space="preserve">[23:28] </w:t>
      </w:r>
      <w:r>
        <w:t>ahsan al qisas, behtareen</w:t>
      </w:r>
    </w:p>
    <w:p>
      <w:pPr>
        <w:jc w:val="right"/>
      </w:pPr>
      <w:r>
        <w:t>احسن القصص، بہترین</w:t>
      </w:r>
    </w:p>
    <w:p>
      <w:r>
        <w:rPr>
          <w:b/>
        </w:rPr>
        <w:t xml:space="preserve">[23:31] </w:t>
      </w:r>
      <w:r>
        <w:t>story.</w:t>
      </w:r>
    </w:p>
    <w:p>
      <w:pPr>
        <w:jc w:val="right"/>
      </w:pPr>
      <w:r>
        <w:t>سٹوری۔</w:t>
      </w:r>
    </w:p>
    <w:p>
      <w:r>
        <w:rPr>
          <w:b/>
        </w:rPr>
        <w:t xml:space="preserve">[23:36] </w:t>
      </w:r>
      <w:r>
        <w:t>behtareen misaal jo bhi keh lijiye aap.</w:t>
      </w:r>
    </w:p>
    <w:p>
      <w:pPr>
        <w:jc w:val="right"/>
      </w:pPr>
      <w:r>
        <w:t>بہترین مثال جو بھی کہہ لیجئے آپ۔</w:t>
      </w:r>
    </w:p>
    <w:p>
      <w:r>
        <w:rPr>
          <w:b/>
        </w:rPr>
        <w:t xml:space="preserve">[23:40] </w:t>
      </w:r>
      <w:r>
        <w:t>تو انہوں نے یہ مثال دی کہ dichotomic thinking کے سوا بھی ایک سوچ کی لائن ہے۔</w:t>
      </w:r>
    </w:p>
    <w:p>
      <w:pPr>
        <w:jc w:val="right"/>
      </w:pPr>
      <w:r>
        <w:t>تو انہوں نے یہ مثال دی کہ ڈائیکاٹمک تھنکنگ کے سوا بھی ایک سوچ کی لائن ہے۔</w:t>
      </w:r>
    </w:p>
    <w:p>
      <w:r>
        <w:rPr>
          <w:b/>
        </w:rPr>
        <w:t xml:space="preserve">[23:44] </w:t>
      </w:r>
      <w:r>
        <w:t>تم ایک third direction میں سوچ سکتے ہو۔</w:t>
      </w:r>
    </w:p>
    <w:p>
      <w:pPr>
        <w:jc w:val="right"/>
      </w:pPr>
      <w:r>
        <w:t>تم ایک تھرڈ ڈائریکشن میں سوچ سکتے ہو۔</w:t>
      </w:r>
    </w:p>
    <w:p>
      <w:r>
        <w:rPr>
          <w:b/>
        </w:rPr>
        <w:t xml:space="preserve">[23:49] </w:t>
      </w:r>
      <w:r>
        <w:t>ke badshah agar hai takht par to rahe apni jagah par.</w:t>
      </w:r>
    </w:p>
    <w:p>
      <w:pPr>
        <w:jc w:val="right"/>
      </w:pPr>
      <w:r>
        <w:t>کہ بادشاہ اگر ہے تخت پر تو رہے اپنی جگہ پر۔</w:t>
      </w:r>
    </w:p>
    <w:p>
      <w:r>
        <w:rPr>
          <w:b/>
        </w:rPr>
        <w:t xml:space="preserve">[23:53] </w:t>
      </w:r>
      <w:r>
        <w:t>ہمیں جو وہ opportunity دے رہا ہے اس opportunity کو ہم avail کریں گے۔</w:t>
      </w:r>
    </w:p>
    <w:p>
      <w:pPr>
        <w:jc w:val="right"/>
      </w:pPr>
      <w:r>
        <w:t>ہمیں جو وہ آپرچونیٹی دے رہا ہے اس آپرچونیٹی کو ہم اویل کریں گے۔</w:t>
      </w:r>
    </w:p>
    <w:p>
      <w:r>
        <w:rPr>
          <w:b/>
        </w:rPr>
        <w:t xml:space="preserve">[23:57] </w:t>
      </w:r>
      <w:r>
        <w:t>yani badshah ne takht par baithe hue</w:t>
      </w:r>
    </w:p>
    <w:p>
      <w:pPr>
        <w:jc w:val="right"/>
      </w:pPr>
      <w:r>
        <w:t>یعنی بادشاہ نے تخت پر بیٹھے ہوئے</w:t>
      </w:r>
    </w:p>
    <w:p>
      <w:r>
        <w:rPr>
          <w:b/>
        </w:rPr>
        <w:t xml:space="preserve">[24:02] </w:t>
      </w:r>
      <w:r>
        <w:t>badshah ne kaha tha is mein bible mein aata hai ke takht par to mein rahoon ga.</w:t>
      </w:r>
    </w:p>
    <w:p>
      <w:pPr>
        <w:jc w:val="right"/>
      </w:pPr>
      <w:r>
        <w:t>بادشاہ نے کہا تھا اس میں بائبل میں آتا ہے کہ تخت پر تو میں رہوں گا۔</w:t>
      </w:r>
    </w:p>
    <w:p>
      <w:r>
        <w:rPr>
          <w:b/>
        </w:rPr>
        <w:t xml:space="preserve">[24:06] </w:t>
      </w:r>
      <w:r>
        <w:t>king hone ke nate takht par mein rahoon ga.</w:t>
      </w:r>
    </w:p>
    <w:p>
      <w:pPr>
        <w:jc w:val="right"/>
      </w:pPr>
      <w:r>
        <w:t>کنگ ہونے کے ناطے تخت پر میں رہوں گا۔</w:t>
      </w:r>
    </w:p>
    <w:p>
      <w:r>
        <w:rPr>
          <w:b/>
        </w:rPr>
        <w:t xml:space="preserve">[24:10] </w:t>
      </w:r>
      <w:r>
        <w:t>throne par mein rahoon ga.</w:t>
      </w:r>
    </w:p>
    <w:p>
      <w:pPr>
        <w:jc w:val="right"/>
      </w:pPr>
      <w:r>
        <w:t>تھرون پر میں رہوں گا۔</w:t>
      </w:r>
    </w:p>
    <w:p>
      <w:r>
        <w:rPr>
          <w:b/>
        </w:rPr>
        <w:t xml:space="preserve">[24:14] </w:t>
      </w:r>
      <w:r>
        <w:t>baqi tum ko poori woh hogi.</w:t>
      </w:r>
    </w:p>
    <w:p>
      <w:pPr>
        <w:jc w:val="right"/>
      </w:pPr>
      <w:r>
        <w:t>باقی تم کو پوری وہ ہوگی۔</w:t>
      </w:r>
    </w:p>
    <w:p>
      <w:r>
        <w:rPr>
          <w:b/>
        </w:rPr>
        <w:t xml:space="preserve">[24:19] </w:t>
      </w:r>
      <w:r>
        <w:t>poora tum ko freedom hoga.</w:t>
      </w:r>
    </w:p>
    <w:p>
      <w:pPr>
        <w:jc w:val="right"/>
      </w:pPr>
      <w:r>
        <w:t>پورا تم کو فریڈم ہوگا۔</w:t>
      </w:r>
    </w:p>
    <w:p>
      <w:r>
        <w:rPr>
          <w:b/>
        </w:rPr>
        <w:t xml:space="preserve">[24:23] </w:t>
      </w:r>
      <w:r>
        <w:t>to unhon ne socha ke agar ab badshah se larta hoon to ho sakta hai kuch bhi nahi</w:t>
      </w:r>
    </w:p>
    <w:p>
      <w:pPr>
        <w:jc w:val="right"/>
      </w:pPr>
      <w:r>
        <w:t>تو انہوں نے سوچا کہ اگر اب بادشاہ سے لڑتا ہوں تو ہو سکتا ہے کچھ بھی نہیں</w:t>
      </w:r>
    </w:p>
    <w:p>
      <w:r>
        <w:rPr>
          <w:b/>
        </w:rPr>
        <w:t xml:space="preserve">[24:27] </w:t>
      </w:r>
      <w:r>
        <w:t>nikle is ka result. lekin badshah</w:t>
      </w:r>
    </w:p>
    <w:p>
      <w:pPr>
        <w:jc w:val="right"/>
      </w:pPr>
      <w:r>
        <w:t>نکلے اس کا رزلٹ۔ لیکن بادشاہ</w:t>
      </w:r>
    </w:p>
    <w:p>
      <w:r>
        <w:rPr>
          <w:b/>
        </w:rPr>
        <w:t xml:space="preserve">[24:32] </w:t>
      </w:r>
      <w:r>
        <w:t>کے تخت پر ہوتے ہوئے جو opportunity کھل رہی تھی اس کو avail کرنے کا انہوں نے بنایا۔</w:t>
      </w:r>
    </w:p>
    <w:p>
      <w:pPr>
        <w:jc w:val="right"/>
      </w:pPr>
      <w:r>
        <w:t>کے تخت پر ہوتے ہوئے جو آپرچونیٹی کھل رہی تھی اس کو اویل کرنے کا انہوں نے بنایا۔</w:t>
      </w:r>
    </w:p>
    <w:p>
      <w:r>
        <w:rPr>
          <w:b/>
        </w:rPr>
        <w:t xml:space="preserve">[24:37] </w:t>
      </w:r>
      <w:r>
        <w:t>aur phir bohat bara kaam unhon ne kiya.</w:t>
      </w:r>
    </w:p>
    <w:p>
      <w:pPr>
        <w:jc w:val="right"/>
      </w:pPr>
      <w:r>
        <w:t>اور پھر بہت بڑا کام انہوں نے کیا۔</w:t>
      </w:r>
    </w:p>
    <w:p>
      <w:r>
        <w:rPr>
          <w:b/>
        </w:rPr>
        <w:t xml:space="preserve">[24:42] </w:t>
      </w:r>
      <w:r>
        <w:t>quran mein aaya hai ek aur surah mein ke misr walon ne kaha baad ko hazrat yusuf ki</w:t>
      </w:r>
    </w:p>
    <w:p>
      <w:pPr>
        <w:jc w:val="right"/>
      </w:pPr>
      <w:r>
        <w:t>قرآن میں آیا ہے ایک اور سورہ میں کہ مصر والوں نے کہا بعد کو حضرت یوسف کی</w:t>
      </w:r>
    </w:p>
    <w:p>
      <w:r>
        <w:rPr>
          <w:b/>
        </w:rPr>
        <w:t xml:space="preserve">[24:47] </w:t>
      </w:r>
      <w:r>
        <w:t>death ke baad ke ab aisa insan kahan se aaye ga? ab aisa insan kahan se aaye ga?</w:t>
      </w:r>
    </w:p>
    <w:p>
      <w:pPr>
        <w:jc w:val="right"/>
      </w:pPr>
      <w:r>
        <w:t>ڈیتھ کے بعد کہ اب ایسا انسان کہاں سے آئے گا؟ اب ایسا انسان کہاں سے آئے گا؟</w:t>
      </w:r>
    </w:p>
    <w:p>
      <w:r>
        <w:rPr>
          <w:b/>
        </w:rPr>
        <w:t xml:space="preserve">[24:52] </w:t>
      </w:r>
      <w:r>
        <w:t>keh jab un ki maut ho gayi to misriyon ne kaha keh ab aisa insaan kahan se aaye</w:t>
      </w:r>
    </w:p>
    <w:p>
      <w:pPr>
        <w:jc w:val="right"/>
      </w:pPr>
      <w:r>
        <w:t>کہ جب ان کی موت ہو گئی تو مصریوں نے کہا کہ اب ایسا انسان کہاں سے آئے</w:t>
      </w:r>
    </w:p>
    <w:p>
      <w:r>
        <w:rPr>
          <w:b/>
        </w:rPr>
        <w:t xml:space="preserve">[24:57] </w:t>
      </w:r>
      <w:r>
        <w:t>ga? is zamane mein itna bada kaam</w:t>
      </w:r>
    </w:p>
    <w:p>
      <w:pPr>
        <w:jc w:val="right"/>
      </w:pPr>
      <w:r>
        <w:t>گا؟ اس زمانے میں اتنا بڑا کام</w:t>
      </w:r>
    </w:p>
    <w:p>
      <w:r>
        <w:rPr>
          <w:b/>
        </w:rPr>
        <w:t xml:space="preserve">[25:02] </w:t>
      </w:r>
      <w:r>
        <w:t>unhon ne kiya hoga.</w:t>
      </w:r>
    </w:p>
    <w:p>
      <w:pPr>
        <w:jc w:val="right"/>
      </w:pPr>
      <w:r>
        <w:t>انہوں نے کیا ہوگا۔</w:t>
      </w:r>
    </w:p>
    <w:p>
      <w:r>
        <w:rPr>
          <w:b/>
        </w:rPr>
        <w:t xml:space="preserve">[25:05] </w:t>
      </w:r>
      <w:r>
        <w:t>تبھی تو انہوں نے کہا ایسا؟ تو انہوں نے third option لیا۔</w:t>
      </w:r>
    </w:p>
    <w:p>
      <w:pPr>
        <w:jc w:val="right"/>
      </w:pPr>
      <w:r>
        <w:t>تبھی تو انہوں نے کہا ایسا؟ تو انہوں نے تھرڈ آپشن لیا۔</w:t>
      </w:r>
    </w:p>
    <w:p>
      <w:r>
        <w:rPr>
          <w:b/>
        </w:rPr>
        <w:t xml:space="preserve">[25:09] </w:t>
      </w:r>
      <w:r>
        <w:t>dyacotomic thinking se bahar aa kar ke third option liya.</w:t>
      </w:r>
    </w:p>
    <w:p>
      <w:pPr>
        <w:jc w:val="right"/>
      </w:pPr>
      <w:r>
        <w:t>ڈائیکاٹمک تھنکنگ سے باہر آ کر کے تھرڈ آپشن لیا۔</w:t>
      </w:r>
    </w:p>
    <w:p>
      <w:r>
        <w:rPr>
          <w:b/>
        </w:rPr>
        <w:t xml:space="preserve">[25:13] </w:t>
      </w:r>
      <w:r>
        <w:t>یہ ہے religious history میں ایک بہت بڑا example۔</w:t>
      </w:r>
    </w:p>
    <w:p>
      <w:pPr>
        <w:jc w:val="right"/>
      </w:pPr>
      <w:r>
        <w:t>یہ ہے ریلیجیس ہسٹری میں ایک بہت بڑا ایگزیمپل۔</w:t>
      </w:r>
    </w:p>
    <w:p>
      <w:r>
        <w:rPr>
          <w:b/>
        </w:rPr>
        <w:t xml:space="preserve">[25:17] </w:t>
      </w:r>
      <w:r>
        <w:t>اس کے بعد دیکھئے dichotomic thinking کی آپ سب سے زیادہ آ کر مثالیں دیکھنا ہو آپ کو</w:t>
      </w:r>
    </w:p>
    <w:p>
      <w:pPr>
        <w:jc w:val="right"/>
      </w:pPr>
      <w:r>
        <w:t>اس کے بعد دیکھئے ڈائیکاٹمک تھنکنگ کی آپ سب سے زیادہ آ کر مثالیں دیکھنا ہو آپ کو</w:t>
      </w:r>
    </w:p>
    <w:p>
      <w:r>
        <w:rPr>
          <w:b/>
        </w:rPr>
        <w:t xml:space="preserve">[25:21] </w:t>
      </w:r>
      <w:r>
        <w:t>to har family mein milengi aap ko.</w:t>
      </w:r>
    </w:p>
    <w:p>
      <w:pPr>
        <w:jc w:val="right"/>
      </w:pPr>
      <w:r>
        <w:t>تو ہر فیملی میں ملیں گی آپ کو۔</w:t>
      </w:r>
    </w:p>
    <w:p>
      <w:r>
        <w:rPr>
          <w:b/>
        </w:rPr>
        <w:t xml:space="preserve">[25:24] </w:t>
      </w:r>
      <w:r>
        <w:t>husband aur wife ke talluq mein.</w:t>
      </w:r>
    </w:p>
    <w:p>
      <w:pPr>
        <w:jc w:val="right"/>
      </w:pPr>
      <w:r>
        <w:t>ہسبینڈ اور وائف کے تعلق میں۔</w:t>
      </w:r>
    </w:p>
    <w:p>
      <w:r>
        <w:rPr>
          <w:b/>
        </w:rPr>
        <w:t xml:space="preserve">[25:28] </w:t>
      </w:r>
      <w:r>
        <w:t>shayad 1 percent se kam aise pair honge</w:t>
      </w:r>
    </w:p>
    <w:p>
      <w:pPr>
        <w:jc w:val="right"/>
      </w:pPr>
      <w:r>
        <w:t>شاید ون پرسنٹ سے کم ایسے پیئر ہوں گے</w:t>
      </w:r>
    </w:p>
    <w:p>
      <w:r>
        <w:rPr>
          <w:b/>
        </w:rPr>
        <w:t xml:space="preserve">[25:32] </w:t>
      </w:r>
      <w:r>
        <w:t>jo is se bache hue hon.</w:t>
      </w:r>
    </w:p>
    <w:p>
      <w:pPr>
        <w:jc w:val="right"/>
      </w:pPr>
      <w:r>
        <w:t>جو اس سے بچے ہوئے ہوں۔</w:t>
      </w:r>
    </w:p>
    <w:p>
      <w:r>
        <w:rPr>
          <w:b/>
        </w:rPr>
        <w:t xml:space="preserve">[25:35] </w:t>
      </w:r>
      <w:r>
        <w:t>Sab dichotomic thinking mein jeete hain.</w:t>
      </w:r>
    </w:p>
    <w:p>
      <w:pPr>
        <w:jc w:val="right"/>
      </w:pPr>
      <w:r>
        <w:t>سب ڈائیکاٹمک تھنکنگ میں جیتے ہیں۔</w:t>
      </w:r>
    </w:p>
    <w:p>
      <w:r>
        <w:rPr>
          <w:b/>
        </w:rPr>
        <w:t xml:space="preserve">[25:38] </w:t>
      </w:r>
      <w:r>
        <w:t>third line jo sochne ki woh nahi soch paate.</w:t>
      </w:r>
    </w:p>
    <w:p>
      <w:pPr>
        <w:jc w:val="right"/>
      </w:pPr>
      <w:r>
        <w:t>تھرڈ لائن جو سوچنے کی وہ نہیں سوچ پاتے۔</w:t>
      </w:r>
    </w:p>
    <w:p>
      <w:r>
        <w:rPr>
          <w:b/>
        </w:rPr>
        <w:t xml:space="preserve">[25:41] </w:t>
      </w:r>
      <w:r>
        <w:t>third option nahi le paate.</w:t>
      </w:r>
    </w:p>
    <w:p>
      <w:pPr>
        <w:jc w:val="right"/>
      </w:pPr>
      <w:r>
        <w:t>تھرڈ آپشن نہیں لے پاتے۔</w:t>
      </w:r>
    </w:p>
    <w:p>
      <w:r>
        <w:rPr>
          <w:b/>
        </w:rPr>
        <w:t xml:space="preserve">[25:44] </w:t>
      </w:r>
      <w:r>
        <w:t>aur sari shadiyan nakaam.</w:t>
      </w:r>
    </w:p>
    <w:p>
      <w:pPr>
        <w:jc w:val="right"/>
      </w:pPr>
      <w:r>
        <w:t>اور ساری شادیاں ناکام۔</w:t>
      </w:r>
    </w:p>
    <w:p>
      <w:r>
        <w:rPr>
          <w:b/>
        </w:rPr>
        <w:t xml:space="preserve">[25:47] </w:t>
      </w:r>
      <w:r>
        <w:t>meri apni lambi zindagi mein main ne shayad hi koi aisi shadi dekhi ho jo sach much is</w:t>
      </w:r>
    </w:p>
    <w:p>
      <w:pPr>
        <w:jc w:val="right"/>
      </w:pPr>
      <w:r>
        <w:t>میری اپنی لمبی زندگی میں میں نے شاید ہی کوئی ایسی شادی دیکھی ہو جو سچ مچ اس</w:t>
      </w:r>
    </w:p>
    <w:p>
      <w:r>
        <w:rPr>
          <w:b/>
        </w:rPr>
        <w:t xml:space="preserve">[25:50] </w:t>
      </w:r>
      <w:r>
        <w:t>ko main keh sakoon keh yeh kaamyaab shadi hai.</w:t>
      </w:r>
    </w:p>
    <w:p>
      <w:pPr>
        <w:jc w:val="right"/>
      </w:pPr>
      <w:r>
        <w:t>کو میں کہہ سکوں کہ یہ کامیاب شادی ہے۔</w:t>
      </w:r>
    </w:p>
    <w:p>
      <w:r>
        <w:rPr>
          <w:b/>
        </w:rPr>
        <w:t xml:space="preserve">[25:53] </w:t>
      </w:r>
      <w:r>
        <w:t>sab shikayaton mein jeete hain.</w:t>
      </w:r>
    </w:p>
    <w:p>
      <w:pPr>
        <w:jc w:val="right"/>
      </w:pPr>
      <w:r>
        <w:t>سب شکایتوں میں جیتے ہیں۔</w:t>
      </w:r>
    </w:p>
    <w:p>
      <w:r>
        <w:rPr>
          <w:b/>
        </w:rPr>
        <w:t xml:space="preserve">[25:56] </w:t>
      </w:r>
      <w:r>
        <w:t>shikayaton mein jeete hain.</w:t>
      </w:r>
    </w:p>
    <w:p>
      <w:pPr>
        <w:jc w:val="right"/>
      </w:pPr>
      <w:r>
        <w:t>شکایتوں میں جیتے ہیں۔</w:t>
      </w:r>
    </w:p>
    <w:p>
      <w:r>
        <w:rPr>
          <w:b/>
        </w:rPr>
        <w:t xml:space="preserve">[25:59] </w:t>
      </w:r>
      <w:r>
        <w:t>ya to talaq ho jata hai nahi to bilkul ek yani ek shikaya</w:t>
      </w:r>
    </w:p>
    <w:p>
      <w:pPr>
        <w:jc w:val="right"/>
      </w:pPr>
      <w:r>
        <w:t>یا تو طلاق ہو جاتا ہے نہیں تو بالکل ایک یعنی ایک شکای</w:t>
      </w:r>
    </w:p>
    <w:p>
      <w:r>
        <w:rPr>
          <w:b/>
        </w:rPr>
        <w:t xml:space="preserve">[26:02] </w:t>
      </w:r>
      <w:r>
        <w:t>ti zindagi mein jeete hain, mar jaate hain.</w:t>
      </w:r>
    </w:p>
    <w:p>
      <w:pPr>
        <w:jc w:val="right"/>
      </w:pPr>
      <w:r>
        <w:t>تی زندگی میں جیتے ہیں، مر جاتے ہیں۔</w:t>
      </w:r>
    </w:p>
    <w:p>
      <w:r>
        <w:rPr>
          <w:b/>
        </w:rPr>
        <w:t xml:space="preserve">[26:07] </w:t>
      </w:r>
      <w:r>
        <w:t>kyun? dyacotomic thinking.</w:t>
      </w:r>
    </w:p>
    <w:p>
      <w:pPr>
        <w:jc w:val="right"/>
      </w:pPr>
      <w:r>
        <w:t>کیوں؟ ڈائیکاٹمک تھنکنگ۔</w:t>
      </w:r>
    </w:p>
    <w:p>
      <w:r>
        <w:rPr>
          <w:b/>
        </w:rPr>
        <w:t xml:space="preserve">[26:12] </w:t>
      </w:r>
      <w:r>
        <w:t>ab main aap ko example dena chahta hoon doosra Hazrat Masih ka.</w:t>
      </w:r>
    </w:p>
    <w:p>
      <w:pPr>
        <w:jc w:val="right"/>
      </w:pPr>
      <w:r>
        <w:t>اب میں آپ کو ایگزیمپل دینا چاہتا ہوں دوسرا حضرت مسیح کا۔</w:t>
      </w:r>
    </w:p>
    <w:p>
      <w:r>
        <w:rPr>
          <w:b/>
        </w:rPr>
        <w:t xml:space="preserve">[26:17] </w:t>
      </w:r>
      <w:r>
        <w:t>Hazrat Masih ke zamane mein Hazrat Masih aap jaante hain keh paida hue Palestine mein. Palestine mein.</w:t>
      </w:r>
    </w:p>
    <w:p>
      <w:pPr>
        <w:jc w:val="right"/>
      </w:pPr>
      <w:r>
        <w:t>حضرت مسیح کے زمانے میں حضرت مسیح آپ جانتے ہیں کہ پیدا ہوئے فلسطین میں۔ فلسطین میں۔</w:t>
      </w:r>
    </w:p>
    <w:p>
      <w:r>
        <w:rPr>
          <w:b/>
        </w:rPr>
        <w:t xml:space="preserve">[26:22] </w:t>
      </w:r>
      <w:r>
        <w:t>us waqt wahan par is poore area mein jo rule karte the woh Romans rule karte the.</w:t>
      </w:r>
    </w:p>
    <w:p>
      <w:pPr>
        <w:jc w:val="right"/>
      </w:pPr>
      <w:r>
        <w:t>اس وقت وہاں پر اس پورے ایریا میں جو رول کرتے تھے وہ رومنز رول کرتے تھے۔</w:t>
      </w:r>
    </w:p>
    <w:p>
      <w:r>
        <w:rPr>
          <w:b/>
        </w:rPr>
        <w:t xml:space="preserve">[26:27] </w:t>
      </w:r>
      <w:r>
        <w:t>Romans ka wahan par</w:t>
      </w:r>
    </w:p>
    <w:p>
      <w:pPr>
        <w:jc w:val="right"/>
      </w:pPr>
      <w:r>
        <w:t>رومنز کا وہاں پر</w:t>
      </w:r>
    </w:p>
    <w:p>
      <w:r>
        <w:rPr>
          <w:b/>
        </w:rPr>
        <w:t xml:space="preserve">[26:32] </w:t>
      </w:r>
      <w:r>
        <w:t>occupation tha.</w:t>
      </w:r>
    </w:p>
    <w:p>
      <w:pPr>
        <w:jc w:val="right"/>
      </w:pPr>
      <w:r>
        <w:t>اکوپیشن تھا۔</w:t>
      </w:r>
    </w:p>
    <w:p>
      <w:r>
        <w:rPr>
          <w:b/>
        </w:rPr>
        <w:t xml:space="preserve">[26:37] </w:t>
      </w:r>
      <w:r>
        <w:t>to yeh ek masla tha keh Romans jo mushrik the Hazrat Masih jo the woh bhi muwahid the.</w:t>
      </w:r>
    </w:p>
    <w:p>
      <w:pPr>
        <w:jc w:val="right"/>
      </w:pPr>
      <w:r>
        <w:t>تو یہ ایک مسئلہ تھا کہ رومنز جو مشرک تھے حضرت مسیح جو تھے وہ بھی موحد تھے۔</w:t>
      </w:r>
    </w:p>
    <w:p>
      <w:r>
        <w:rPr>
          <w:b/>
        </w:rPr>
        <w:t xml:space="preserve">[26:42] </w:t>
      </w:r>
      <w:r>
        <w:t>yani ek Khuda ko maanne wale.</w:t>
      </w:r>
    </w:p>
    <w:p>
      <w:pPr>
        <w:jc w:val="right"/>
      </w:pPr>
      <w:r>
        <w:t>یعنی ایک خدا کو ماننے والے۔</w:t>
      </w:r>
    </w:p>
    <w:p>
      <w:r>
        <w:rPr>
          <w:b/>
        </w:rPr>
        <w:t xml:space="preserve">[26:47] </w:t>
      </w:r>
      <w:r>
        <w:t>aur jo rol kar raha hai woh mushrik hai.</w:t>
      </w:r>
    </w:p>
    <w:p>
      <w:pPr>
        <w:jc w:val="right"/>
      </w:pPr>
      <w:r>
        <w:t>اور جو رول کر رہا ہے وہ مشرک ہے۔</w:t>
      </w:r>
    </w:p>
    <w:p>
      <w:r>
        <w:rPr>
          <w:b/>
        </w:rPr>
        <w:t xml:space="preserve">[26:52] </w:t>
      </w:r>
      <w:r>
        <w:t>yahan bhi woh hai agar yeh karein ke pehle hamein ladna hai in ko yani de throne karna hai.</w:t>
      </w:r>
    </w:p>
    <w:p>
      <w:pPr>
        <w:jc w:val="right"/>
      </w:pPr>
      <w:r>
        <w:t>یہاں بھی وہ ہے اگر یہ کریں کہ پہلے ہمیں لڑنا ہے ان کو یعنی ڈی تھرون کرنا ہے۔</w:t>
      </w:r>
    </w:p>
    <w:p>
      <w:r>
        <w:rPr>
          <w:b/>
        </w:rPr>
        <w:t xml:space="preserve">[26:58] </w:t>
      </w:r>
      <w:r>
        <w:t>hazrat masih agar yeh karte ke pehla kaam jo hai</w:t>
      </w:r>
    </w:p>
    <w:p>
      <w:pPr>
        <w:jc w:val="right"/>
      </w:pPr>
      <w:r>
        <w:t>حضرت مسیح اگر یہ کرتے کہ پہلا کام جو ہے</w:t>
      </w:r>
    </w:p>
    <w:p>
      <w:r>
        <w:rPr>
          <w:b/>
        </w:rPr>
        <w:t xml:space="preserve">[27:03] </w:t>
      </w:r>
      <w:r>
        <w:t>is mushrik king ko dethrone karo. lado un se. to zahir hai ke ho sakta hai kuch bhi na hota. unhon ne kia kia? is dichotomy se bahar aaye. hazrat masih jo is dichotomy se bahar aaye unhon ne apne jo disciples the un ke disciples bohat kam the un ke. kal shayad gyarah aadmi the. disciples ke bare mein jo ginti hai kai ginti hai.</w:t>
      </w:r>
    </w:p>
    <w:p>
      <w:pPr>
        <w:jc w:val="right"/>
      </w:pPr>
      <w:r>
        <w:t>اس مشرک کنگ کو ڈی تھرون کرو۔ لڑو ان سے۔ تو ظاہر ہے کہ ہو سکتا ہے کچھ بھی نہ ہوتا۔ انہوں نے کیا کیا؟ اس ڈائیکاٹمی سے باہر آئے۔ حضرت مسیح جو اس ڈائیکاٹمی سے باہر آئے انہوں نے اپنے جو ڈیسائپل تھے ان کے ڈیسائپل بہت کم تھے ان کے۔ کل شاید گیارہ آدمی تھے۔ ڈیسائپلز کے بارے میں جو گنتی ہے کئی گنتی ہے۔</w:t>
      </w:r>
    </w:p>
    <w:p>
      <w:r>
        <w:rPr>
          <w:b/>
        </w:rPr>
        <w:t xml:space="preserve">[27:33] </w:t>
      </w:r>
      <w:r>
        <w:t>kahin aath hai, kahin gyarah hai, kahin kuch zyada hai. to sahi ginti kisi ko pata nahi ke un ke disciples kitne the. to baharhal unhon ne apne disciples se aik bohat zabardast baat kahi. woh thi yeh ke give to caesar what is due to caesar. and give to god what is due to god. jo</w:t>
      </w:r>
    </w:p>
    <w:p>
      <w:pPr>
        <w:jc w:val="right"/>
      </w:pPr>
      <w:r>
        <w:t>کہیں آٹھ ہے، کہیں گیارہ ہے، کہیں کچھ زیادہ ہے۔ تو صحیح گنتی کسی کو پتہ نہیں کہ ان کے ڈیسائپلز کتنے تھے۔ تو بہرحال انہوں نے اپنے ڈیسائپلز سے ایک بہت زبردست بات کہی۔ وہ تھی یہ کہ گیو ٹو سیزر واٹ از ڈیو ٹو سیزر۔ اینڈ گیو ٹو گاڈ واٹ از ڈیو ٹو گاڈ۔ جو ق</w:t>
      </w:r>
    </w:p>
    <w:p>
      <w:r>
        <w:rPr>
          <w:b/>
        </w:rPr>
        <w:t xml:space="preserve">[28:03] </w:t>
      </w:r>
      <w:r>
        <w:t>yesar ka hai woh qaisar ko do.</w:t>
      </w:r>
    </w:p>
    <w:p>
      <w:pPr>
        <w:jc w:val="right"/>
      </w:pPr>
      <w:r>
        <w:t>یصر کا ہے وہ قیصر کو دو۔</w:t>
      </w:r>
    </w:p>
    <w:p>
      <w:r>
        <w:rPr>
          <w:b/>
        </w:rPr>
        <w:t xml:space="preserve">[28:06] </w:t>
      </w:r>
      <w:r>
        <w:t>jo khuda ka hai woh khuda ko do.</w:t>
      </w:r>
    </w:p>
    <w:p>
      <w:pPr>
        <w:jc w:val="right"/>
      </w:pPr>
      <w:r>
        <w:t>جو خدا کا ہے وہ خدا کو دو۔</w:t>
      </w:r>
    </w:p>
    <w:p>
      <w:r>
        <w:rPr>
          <w:b/>
        </w:rPr>
        <w:t xml:space="preserve">[28:09] </w:t>
      </w:r>
      <w:r>
        <w:t>yeh bohat bara wisdom is ke andar hai.</w:t>
      </w:r>
    </w:p>
    <w:p>
      <w:pPr>
        <w:jc w:val="right"/>
      </w:pPr>
      <w:r>
        <w:t>یہ بہت بڑا وزڈم اس کے اندر ہے۔</w:t>
      </w:r>
    </w:p>
    <w:p>
      <w:r>
        <w:rPr>
          <w:b/>
        </w:rPr>
        <w:t xml:space="preserve">[28:12] </w:t>
      </w:r>
      <w:r>
        <w:t>unhon ne diacotomik thinking se bahar nikala.</w:t>
      </w:r>
    </w:p>
    <w:p>
      <w:pPr>
        <w:jc w:val="right"/>
      </w:pPr>
      <w:r>
        <w:t>انہوں نے ڈائیکاٹمک تھنکنگ سے باہر نکالا۔</w:t>
      </w:r>
    </w:p>
    <w:p>
      <w:r>
        <w:rPr>
          <w:b/>
        </w:rPr>
        <w:t xml:space="preserve">[28:15] </w:t>
      </w:r>
      <w:r>
        <w:t>ke tum yeh sochte ho ke hum aik khuda ko mannay walay log hain.</w:t>
      </w:r>
    </w:p>
    <w:p>
      <w:pPr>
        <w:jc w:val="right"/>
      </w:pPr>
      <w:r>
        <w:t>کہ تم یہ سوچتے ہو کہ ہم ایک خدا کو ماننے والے لوگ ہیں۔</w:t>
      </w:r>
    </w:p>
    <w:p>
      <w:r>
        <w:rPr>
          <w:b/>
        </w:rPr>
        <w:t xml:space="preserve">[28:18] </w:t>
      </w:r>
      <w:r>
        <w:t>yeh mushrik hai to is se lado.</w:t>
      </w:r>
    </w:p>
    <w:p>
      <w:pPr>
        <w:jc w:val="right"/>
      </w:pPr>
      <w:r>
        <w:t>یہ مشرک ہے تو اس سے لڑو۔</w:t>
      </w:r>
    </w:p>
    <w:p>
      <w:r>
        <w:rPr>
          <w:b/>
        </w:rPr>
        <w:t xml:space="preserve">[28:21] </w:t>
      </w:r>
      <w:r>
        <w:t>is ko khatam karo.</w:t>
      </w:r>
    </w:p>
    <w:p>
      <w:pPr>
        <w:jc w:val="right"/>
      </w:pPr>
      <w:r>
        <w:t>اس کو ختم کرو۔</w:t>
      </w:r>
    </w:p>
    <w:p>
      <w:r>
        <w:rPr>
          <w:b/>
        </w:rPr>
        <w:t xml:space="preserve">[28:24] </w:t>
      </w:r>
      <w:r>
        <w:t>in ko de throne karo.</w:t>
      </w:r>
    </w:p>
    <w:p>
      <w:pPr>
        <w:jc w:val="right"/>
      </w:pPr>
      <w:r>
        <w:t>ان کو ڈی تھرون کرو۔</w:t>
      </w:r>
    </w:p>
    <w:p>
      <w:r>
        <w:rPr>
          <w:b/>
        </w:rPr>
        <w:t xml:space="preserve">[28:27] </w:t>
      </w:r>
      <w:r>
        <w:t>matlab action ka reaction.</w:t>
      </w:r>
    </w:p>
    <w:p>
      <w:pPr>
        <w:jc w:val="right"/>
      </w:pPr>
      <w:r>
        <w:t>مطلب ایکشن کا ری ایکشن۔</w:t>
      </w:r>
    </w:p>
    <w:p>
      <w:r>
        <w:rPr>
          <w:b/>
        </w:rPr>
        <w:t xml:space="preserve">[28:30] </w:t>
      </w:r>
      <w:r>
        <w:t>is diacotomik thinking se bahar nikala unhon ne hazrat masih ne in ko. kaha</w:t>
      </w:r>
    </w:p>
    <w:p>
      <w:pPr>
        <w:jc w:val="right"/>
      </w:pPr>
      <w:r>
        <w:t>اس ڈائیکاٹمک تھنکنگ سے باہر نکالا انہوں نے حضرت مسیح نے ان کو۔ کہا</w:t>
      </w:r>
    </w:p>
    <w:p>
      <w:r>
        <w:rPr>
          <w:b/>
        </w:rPr>
        <w:t xml:space="preserve">[28:33] </w:t>
      </w:r>
      <w:r>
        <w:t>ignore karo is ko. is problem ko side pe rakh do. aur tum kia karo? agar woh tax lagate hain to un ka tax de do. koi order jari karte hain to us ko poora kar do. baqi tum apne logon ko khuda ka paigham dete raho. yani khuda ka jo paigham hai peaceful tareeqe par us par amal karte raho. khuda ke message ko phailate raho. to hazrat masih jo the dichot</w:t>
      </w:r>
    </w:p>
    <w:p>
      <w:pPr>
        <w:jc w:val="right"/>
      </w:pPr>
      <w:r>
        <w:t>اگنور کرو اس کو۔ اس پرابلم کو سائیڈ پہ رکھ دو۔ اور تم کیا کرو؟ اگر وہ ٹیکس لگاتے ہیں تو ان کا ٹیکس دے دو۔ کوئی آرڈر جاری کرتے ہیں تو اس کو پورا کر دو۔ باقی تم اپنے لوگوں کو خدا کا پیغام دیتے رہو۔ یعنی خدا کا جو پیغام ہے پیس فل طریقے پر اس پر عمل کرتے رہو۔ خدا کے میسج کو پھیلاتے رہو۔ تو حضرت مسیح جو تھے ڈائیکا</w:t>
      </w:r>
    </w:p>
    <w:p>
      <w:r>
        <w:rPr>
          <w:b/>
        </w:rPr>
        <w:t xml:space="preserve">[29:03] </w:t>
      </w:r>
      <w:r>
        <w:t>tomik thinking se bahar aaye.</w:t>
      </w:r>
    </w:p>
    <w:p>
      <w:pPr>
        <w:jc w:val="right"/>
      </w:pPr>
      <w:r>
        <w:t>ٹمک تھنکنگ سے باہر آئے۔</w:t>
      </w:r>
    </w:p>
    <w:p>
      <w:r>
        <w:rPr>
          <w:b/>
        </w:rPr>
        <w:t xml:space="preserve">[29:07] </w:t>
      </w:r>
      <w:r>
        <w:t>is diacotomy se bahar aaye.</w:t>
      </w:r>
    </w:p>
    <w:p>
      <w:pPr>
        <w:jc w:val="right"/>
      </w:pPr>
      <w:r>
        <w:t>اس ڈائیکاٹمی سے باہر آئے۔</w:t>
      </w:r>
    </w:p>
    <w:p>
      <w:r>
        <w:rPr>
          <w:b/>
        </w:rPr>
        <w:t xml:space="preserve">[29:11] </w:t>
      </w:r>
      <w:r>
        <w:t>aur aik third option talash kiya unhon ne.</w:t>
      </w:r>
    </w:p>
    <w:p>
      <w:pPr>
        <w:jc w:val="right"/>
      </w:pPr>
      <w:r>
        <w:t>اور ایک تھرڈ آپشن تلاش کیا انہوں نے۔</w:t>
      </w:r>
    </w:p>
    <w:p>
      <w:r>
        <w:rPr>
          <w:b/>
        </w:rPr>
        <w:t xml:space="preserve">[29:14] </w:t>
      </w:r>
      <w:r>
        <w:t>اس کا دیکھئے the result was miraculous.</w:t>
      </w:r>
    </w:p>
    <w:p>
      <w:pPr>
        <w:jc w:val="right"/>
      </w:pPr>
      <w:r>
        <w:t>اس کا دیکھئے دا رزلٹ واز بریکولس۔</w:t>
      </w:r>
    </w:p>
    <w:p>
      <w:r>
        <w:rPr>
          <w:b/>
        </w:rPr>
        <w:t xml:space="preserve">[29:18] </w:t>
      </w:r>
      <w:r>
        <w:t>da result was brikolus.</w:t>
      </w:r>
    </w:p>
    <w:p>
      <w:pPr>
        <w:jc w:val="right"/>
      </w:pPr>
      <w:r>
        <w:t>دا رزلٹ واز بریکولس۔</w:t>
      </w:r>
    </w:p>
    <w:p>
      <w:r>
        <w:rPr>
          <w:b/>
        </w:rPr>
        <w:t xml:space="preserve">[29:22] </w:t>
      </w:r>
      <w:r>
        <w:t>aap jantay hain ke aaj dunya mein koi bhi religious community itni bari nahi hai itnay christians hain.</w:t>
      </w:r>
    </w:p>
    <w:p>
      <w:pPr>
        <w:jc w:val="right"/>
      </w:pPr>
      <w:r>
        <w:t>آپ جانتے ہیں کہ آج دنیا میں کوئی بھی ریلیجیس کمیونٹی اتنی بڑی نہیں ہے اتنے کرسچنز ہیں۔</w:t>
      </w:r>
    </w:p>
    <w:p>
      <w:r>
        <w:rPr>
          <w:b/>
        </w:rPr>
        <w:t xml:space="preserve">[29:26] </w:t>
      </w:r>
      <w:r>
        <w:t>musalmanon se bhi musalmanon se bhi ziyada hain christians.</w:t>
      </w:r>
    </w:p>
    <w:p>
      <w:pPr>
        <w:jc w:val="right"/>
      </w:pPr>
      <w:r>
        <w:t>مسلمانوں سے بھی مسلمانوں سے بھی زیادہ ہیں کرسچنز۔</w:t>
      </w:r>
    </w:p>
    <w:p>
      <w:r>
        <w:rPr>
          <w:b/>
        </w:rPr>
        <w:t xml:space="preserve">[29:30] </w:t>
      </w:r>
      <w:r>
        <w:t>kisi bhi religious community ke muqablay mein christian ki tadad kisi</w:t>
      </w:r>
    </w:p>
    <w:p>
      <w:pPr>
        <w:jc w:val="right"/>
      </w:pPr>
      <w:r>
        <w:t>کسی بھی ریلیجیس کمیونٹی کے مقابلے میں کرسچن کی تعداد کسی</w:t>
      </w:r>
    </w:p>
    <w:p>
      <w:r>
        <w:rPr>
          <w:b/>
        </w:rPr>
        <w:t xml:space="preserve">[29:34] </w:t>
      </w:r>
      <w:r>
        <w:t>unki ginti ziyada hai.</w:t>
      </w:r>
    </w:p>
    <w:p>
      <w:pPr>
        <w:jc w:val="right"/>
      </w:pPr>
      <w:r>
        <w:t>ان کی گنتی زیادہ ہے۔</w:t>
      </w:r>
    </w:p>
    <w:p>
      <w:r>
        <w:rPr>
          <w:b/>
        </w:rPr>
        <w:t xml:space="preserve">[29:38] </w:t>
      </w:r>
      <w:r>
        <w:t>yeh tha is is wise formula ka nateeja.</w:t>
      </w:r>
    </w:p>
    <w:p>
      <w:pPr>
        <w:jc w:val="right"/>
      </w:pPr>
      <w:r>
        <w:t>یہ تھا اس اس وائز فارمولے کا نتیجہ۔</w:t>
      </w:r>
    </w:p>
    <w:p>
      <w:r>
        <w:rPr>
          <w:b/>
        </w:rPr>
        <w:t xml:space="preserve">[29:42] </w:t>
      </w:r>
      <w:r>
        <w:t>agar woh in ko uksatay hain ke lado is se yeh mushrik hai maro is ko to ho</w:t>
      </w:r>
    </w:p>
    <w:p>
      <w:pPr>
        <w:jc w:val="right"/>
      </w:pPr>
      <w:r>
        <w:t>اگر وہ ان کو اکساتے ہیں کہ لڑو اس سے یہ مشرک ہے مارو اس کو تو ہو</w:t>
      </w:r>
    </w:p>
    <w:p>
      <w:r>
        <w:rPr>
          <w:b/>
        </w:rPr>
        <w:t xml:space="preserve">[29:46] </w:t>
      </w:r>
      <w:r>
        <w:t>sakta hai ke saaray disciples is ke mar kar khatam ho jatay hain.</w:t>
      </w:r>
    </w:p>
    <w:p>
      <w:pPr>
        <w:jc w:val="right"/>
      </w:pPr>
      <w:r>
        <w:t>سکتا ہے کہ سارے ڈیسائپل اس کے مر کر ختم ہو جاتے ہیں۔</w:t>
      </w:r>
    </w:p>
    <w:p>
      <w:r>
        <w:rPr>
          <w:b/>
        </w:rPr>
        <w:t xml:space="preserve">[29:51] </w:t>
      </w:r>
      <w:r>
        <w:t>result kuch bhi nahi niklta.</w:t>
      </w:r>
    </w:p>
    <w:p>
      <w:pPr>
        <w:jc w:val="right"/>
      </w:pPr>
      <w:r>
        <w:t>رزلٹ کچھ بھی نہیں نکلتا۔</w:t>
      </w:r>
    </w:p>
    <w:p>
      <w:r>
        <w:rPr>
          <w:b/>
        </w:rPr>
        <w:t xml:space="preserve">[29:55] </w:t>
      </w:r>
      <w:r>
        <w:t>lekin is dicatomy se bahar aaye woh.</w:t>
      </w:r>
    </w:p>
    <w:p>
      <w:pPr>
        <w:jc w:val="right"/>
      </w:pPr>
      <w:r>
        <w:t>لیکن اس ڈائیکاٹمی سے باہر آئے وہ۔</w:t>
      </w:r>
    </w:p>
    <w:p>
      <w:r>
        <w:rPr>
          <w:b/>
        </w:rPr>
        <w:t xml:space="preserve">[29:59] </w:t>
      </w:r>
      <w:r>
        <w:t>is dicatmic thinking se bahar aaye woh. aur</w:t>
      </w:r>
    </w:p>
    <w:p>
      <w:pPr>
        <w:jc w:val="right"/>
      </w:pPr>
      <w:r>
        <w:t>اس ڈائیکاٹمک تھنکنگ سے باہر آئے وہ۔ اور</w:t>
      </w:r>
    </w:p>
    <w:p>
      <w:r>
        <w:rPr>
          <w:b/>
        </w:rPr>
        <w:t xml:space="preserve">[30:04] </w:t>
      </w:r>
      <w:r>
        <w:t>aik third formula talash kiya unhon ne. ke give to caesar what is due to caesar. and give to god what is due to god. hamare kuch log kuch writer aur speaker is ko mazak udate hain ridicule karte hain is ko. ke dekho masih ka formula jo hai submission ka formula hai. hamare prophet ka formula yeh nahi hai. yeh bilkul galat baat hai. rasool Allah ka formula bhi yahi tha. sahi bukhari mein yeh riwayat hai aap parh</w:t>
      </w:r>
    </w:p>
    <w:p>
      <w:pPr>
        <w:jc w:val="right"/>
      </w:pPr>
      <w:r>
        <w:t>ایک تھرڈ فارمولا تلاش کیا انہوں نے۔ کہ گیو ٹو سیزر واٹ از ڈیو ٹو سیزر۔ اینڈ گیو ٹو گاڈ واٹ از ڈیو ٹو گاڈ۔ ہمارے کچھ لوگ کچھ رائٹر اور اسپیکر اس کو مذاق اڑاتے ہیں ریٹیکول کرتے ہیں اس کو۔ کہ دیکھو مسیح کا فارمولا جو ہے سبمیشن کا فارمولا ہے۔ ہمارے پرافٹ کا فارمولا یہ نہیں ہے۔ یہ بالکل غلط بات ہے۔ رسول اللہ کا فارمولا بھی یہی تھا۔ صحیح بخاری میں یہ روایت ہے آپ پڑھ</w:t>
      </w:r>
    </w:p>
    <w:p>
      <w:r>
        <w:rPr>
          <w:b/>
        </w:rPr>
        <w:t xml:space="preserve">[30:34] </w:t>
      </w:r>
      <w:r>
        <w:t>sakte hain is ko.</w:t>
      </w:r>
    </w:p>
    <w:p>
      <w:pPr>
        <w:jc w:val="right"/>
      </w:pPr>
      <w:r>
        <w:t>سکتے ہیں اس کو۔</w:t>
      </w:r>
    </w:p>
    <w:p>
      <w:r>
        <w:rPr>
          <w:b/>
        </w:rPr>
        <w:t xml:space="preserve">[30:38] </w:t>
      </w:r>
      <w:r>
        <w:t>aap ne farmaya ke udu ilaihim haqqahum wasallo Allah haqqakum.</w:t>
      </w:r>
    </w:p>
    <w:p>
      <w:pPr>
        <w:jc w:val="right"/>
      </w:pPr>
      <w:r>
        <w:t>آپ نے فرمایا کہ ادو الیہم حقہم وصلو اللہ حقکم۔</w:t>
      </w:r>
    </w:p>
    <w:p>
      <w:r>
        <w:rPr>
          <w:b/>
        </w:rPr>
        <w:t xml:space="preserve">[30:41] </w:t>
      </w:r>
      <w:r>
        <w:t>yani rulers ko do un ka haq.</w:t>
      </w:r>
    </w:p>
    <w:p>
      <w:pPr>
        <w:jc w:val="right"/>
      </w:pPr>
      <w:r>
        <w:t>یعنی رولرز کو دو ان کا حق۔</w:t>
      </w:r>
    </w:p>
    <w:p>
      <w:r>
        <w:rPr>
          <w:b/>
        </w:rPr>
        <w:t xml:space="preserve">[30:45] </w:t>
      </w:r>
      <w:r>
        <w:t>aur apna haq jo hai woh Khuda se mango.</w:t>
      </w:r>
    </w:p>
    <w:p>
      <w:pPr>
        <w:jc w:val="right"/>
      </w:pPr>
      <w:r>
        <w:t>اور اپنا حق جو ہے وہ خدا سے مانگو۔</w:t>
      </w:r>
    </w:p>
    <w:p>
      <w:r>
        <w:rPr>
          <w:b/>
        </w:rPr>
        <w:t xml:space="preserve">[30:49] </w:t>
      </w:r>
      <w:r>
        <w:t>theek wahi baat to hai yeh bhi.</w:t>
      </w:r>
    </w:p>
    <w:p>
      <w:pPr>
        <w:jc w:val="right"/>
      </w:pPr>
      <w:r>
        <w:t>ٹھیک وہی بات تو ہے یہ بھی۔</w:t>
      </w:r>
    </w:p>
    <w:p>
      <w:r>
        <w:rPr>
          <w:b/>
        </w:rPr>
        <w:t xml:space="preserve">[30:53] </w:t>
      </w:r>
      <w:r>
        <w:t>ke rulers ko un ka haq do.</w:t>
      </w:r>
    </w:p>
    <w:p>
      <w:pPr>
        <w:jc w:val="right"/>
      </w:pPr>
      <w:r>
        <w:t>کہ رولرز کو ان کا حق دو۔</w:t>
      </w:r>
    </w:p>
    <w:p>
      <w:r>
        <w:rPr>
          <w:b/>
        </w:rPr>
        <w:t xml:space="preserve">[30:57] </w:t>
      </w:r>
      <w:r>
        <w:t>aur apna haq jo hai woh Khuda se mango.</w:t>
      </w:r>
    </w:p>
    <w:p>
      <w:pPr>
        <w:jc w:val="right"/>
      </w:pPr>
      <w:r>
        <w:t>اور اپنا حق جو ہے وہ خدا سے مانگو۔</w:t>
      </w:r>
    </w:p>
    <w:p>
      <w:r>
        <w:rPr>
          <w:b/>
        </w:rPr>
        <w:t xml:space="preserve">[31:01] </w:t>
      </w:r>
      <w:r>
        <w:t>yani give to rulers what is due to rulers.</w:t>
      </w:r>
    </w:p>
    <w:p>
      <w:pPr>
        <w:jc w:val="right"/>
      </w:pPr>
      <w:r>
        <w:t>یعنی گیو ٹو رولرز واٹ از ڈیو ٹو رولرز۔</w:t>
      </w:r>
    </w:p>
    <w:p>
      <w:r>
        <w:rPr>
          <w:b/>
        </w:rPr>
        <w:t xml:space="preserve">[31:05] </w:t>
      </w:r>
      <w:r>
        <w:t>and ask for your dues from God.</w:t>
      </w:r>
    </w:p>
    <w:p>
      <w:pPr>
        <w:jc w:val="right"/>
      </w:pPr>
      <w:r>
        <w:t>اینڈ آسک فار یور ڈیوز فرام گاڈ۔</w:t>
      </w:r>
    </w:p>
    <w:p>
      <w:r>
        <w:rPr>
          <w:b/>
        </w:rPr>
        <w:t xml:space="preserve">[31:08] </w:t>
      </w:r>
      <w:r>
        <w:t>yeh kitni zabardast wisdom is ke andar hai.</w:t>
      </w:r>
    </w:p>
    <w:p>
      <w:pPr>
        <w:jc w:val="right"/>
      </w:pPr>
      <w:r>
        <w:t>یہ کتنی زبردست وزڈم اس کے اندر ہے۔</w:t>
      </w:r>
    </w:p>
    <w:p>
      <w:r>
        <w:rPr>
          <w:b/>
        </w:rPr>
        <w:t xml:space="preserve">[31:11] </w:t>
      </w:r>
      <w:r>
        <w:t>kitni zabardast wisdom hai.</w:t>
      </w:r>
    </w:p>
    <w:p>
      <w:pPr>
        <w:jc w:val="right"/>
      </w:pPr>
      <w:r>
        <w:t>کتنی زبردست وزڈم ہے۔</w:t>
      </w:r>
    </w:p>
    <w:p>
      <w:r>
        <w:rPr>
          <w:b/>
        </w:rPr>
        <w:t xml:space="preserve">[31:15] </w:t>
      </w:r>
      <w:r>
        <w:t>is mein aap Khuda ko discover kar lete hain.</w:t>
      </w:r>
    </w:p>
    <w:p>
      <w:pPr>
        <w:jc w:val="right"/>
      </w:pPr>
      <w:r>
        <w:t>اس میں آپ خدا کو ڈسکور کر لیتے ہیں۔</w:t>
      </w:r>
    </w:p>
    <w:p>
      <w:r>
        <w:rPr>
          <w:b/>
        </w:rPr>
        <w:t xml:space="preserve">[31:18] </w:t>
      </w:r>
      <w:r>
        <w:t>yani agar aap yeh na sochein to kya hoga? aap sochenge ke sab se bari taqat to</w:t>
      </w:r>
    </w:p>
    <w:p>
      <w:pPr>
        <w:jc w:val="right"/>
      </w:pPr>
      <w:r>
        <w:t>یعنی اگر آپ یہ نہ سوچیں تو کیا ہوگا؟ آپ سوچیں گے کہ سب سے بڑی طاقت تو</w:t>
      </w:r>
    </w:p>
    <w:p>
      <w:r>
        <w:rPr>
          <w:b/>
        </w:rPr>
        <w:t xml:space="preserve">[31:21] </w:t>
      </w:r>
      <w:r>
        <w:t>badshah ki hai.</w:t>
      </w:r>
    </w:p>
    <w:p>
      <w:pPr>
        <w:jc w:val="right"/>
      </w:pPr>
      <w:r>
        <w:t>بادشاہ کی ہے۔</w:t>
      </w:r>
    </w:p>
    <w:p>
      <w:r>
        <w:rPr>
          <w:b/>
        </w:rPr>
        <w:t xml:space="preserve">[31:25] </w:t>
      </w:r>
      <w:r>
        <w:t>sab se bara power to government ke paas hai.</w:t>
      </w:r>
    </w:p>
    <w:p>
      <w:pPr>
        <w:jc w:val="right"/>
      </w:pPr>
      <w:r>
        <w:t>سب سے بڑا پاور تو گورنمنٹ کے پاس ہے۔</w:t>
      </w:r>
    </w:p>
    <w:p>
      <w:r>
        <w:rPr>
          <w:b/>
        </w:rPr>
        <w:t xml:space="preserve">[31:28] </w:t>
      </w:r>
      <w:r>
        <w:t>hum nahi to hamare paas to kuch bhi nahi hai.</w:t>
      </w:r>
    </w:p>
    <w:p>
      <w:pPr>
        <w:jc w:val="right"/>
      </w:pPr>
      <w:r>
        <w:t>ہم نہیں تو ہمارے پاس تو کچھ بھی نہیں ہے۔</w:t>
      </w:r>
    </w:p>
    <w:p>
      <w:r>
        <w:rPr>
          <w:b/>
        </w:rPr>
        <w:t xml:space="preserve">[31:31] </w:t>
      </w:r>
      <w:r>
        <w:t>lekin jab yeh formula aap pakadte hain to sab se pehle</w:t>
      </w:r>
    </w:p>
    <w:p>
      <w:pPr>
        <w:jc w:val="right"/>
      </w:pPr>
      <w:r>
        <w:t>لیکن جب یہ فارمولا آپ پکڑتے ہیں تو سب سے پہلے</w:t>
      </w:r>
    </w:p>
    <w:p>
      <w:r>
        <w:rPr>
          <w:b/>
        </w:rPr>
        <w:t xml:space="preserve">[31:35] </w:t>
      </w:r>
      <w:r>
        <w:t>to aap yeh hota hai ke aap khuda ko discover karte hain. god almighty ko discover karte hain ke sab kuch us ke paas hai. ab dekho kitni bari discovery hai yeh. kitni bari yeh finding hai. kitni bari yaft hai yeh. aur doosri baat yeh hai ke jab aap khuda ko khuda ko discover karte hain to kia hota hai? aap hundred percent positive ban jate hain. positive thinking ka</w:t>
      </w:r>
    </w:p>
    <w:p>
      <w:pPr>
        <w:jc w:val="right"/>
      </w:pPr>
      <w:r>
        <w:t>تو آپ یہ ہوتا ہے کہ آپ خدا کو ڈسکور کرتے ہیں۔ گاڈ آل مائیٹیو کو ڈسکور کرتے ہیں کہ سب کچھ اس کے پاس ہے۔ اب دیکھیں کتنی بڑی ڈسکوری ہے یہ۔ کتنی بڑی یہ فائنڈنگ ہے۔ کتنی بڑی یافت ہے یہ۔ اور دوسری بات یہ ہے کہ جب آپ خدا کو خدا کو ڈسکور کرتے ہیں تو کیا ہوتا ہے؟ آپ ہنڈرڈ پرسنٹ پازیٹیو بن جاتے ہیں۔ پازیٹیو تھنکنگ کا</w:t>
      </w:r>
    </w:p>
    <w:p>
      <w:r>
        <w:rPr>
          <w:b/>
        </w:rPr>
        <w:t xml:space="preserve">[32:05] </w:t>
      </w:r>
      <w:r>
        <w:t>jo source hai sab se zyada woh hai belief in god. jab tak aap insanon mein sochenge insanon mein teesri shikayat entry protest. har insan ko doosre insan se kuch na kuch puhanchta rehta hai. chahe aap family mein hon bahar hon kahin bhi hon. to jab aap insan mind versus mind versus mind sochenge to aap negative banen ge. jab bhi aap mind versus mind sochenge to aap negative banen g</w:t>
      </w:r>
    </w:p>
    <w:p>
      <w:pPr>
        <w:jc w:val="right"/>
      </w:pPr>
      <w:r>
        <w:t>جو سورس ہے سب سے زیادہ وہ ہے بیلیف ان گاڈ۔ جب تک آپ انسانوں میں سوچیں گے انسانوں میں تیسری شکایت انٹری پروٹیسٹ۔ ہر انسان کو دوسرے انسان سے کچھ نہ کچھ پہنچتا رہتا ہے۔ چاہے آپ فیملی میں ہوں باہر ہوں کہیں بھی ہوں۔ تو جب آپ انسان مائنڈ ورسز مائنڈ ورسز مائنڈ سوچیں گے تو آپ نیگیٹیو بنیں گے۔ جب بھی آپ مائنڈ ورسز مائنڈ سوچیں گے تو آپ نیگیٹیو بنیں گ</w:t>
      </w:r>
    </w:p>
    <w:p>
      <w:r>
        <w:rPr>
          <w:b/>
        </w:rPr>
        <w:t xml:space="preserve">[32:35] </w:t>
      </w:r>
      <w:r>
        <w:t>—</w:t>
      </w:r>
    </w:p>
    <w:p>
      <w:pPr>
        <w:jc w:val="right"/>
      </w:pPr>
      <w:r>
        <w:t>ے۔</w:t>
      </w:r>
    </w:p>
    <w:p>
      <w:r>
        <w:rPr>
          <w:b/>
        </w:rPr>
        <w:t xml:space="preserve">[32:39] </w:t>
      </w:r>
      <w:r>
        <w:t>Negative thinking ka jo root cause hai woh mind versus mind sochna.</w:t>
      </w:r>
    </w:p>
    <w:p>
      <w:pPr>
        <w:jc w:val="right"/>
      </w:pPr>
      <w:r>
        <w:t>نیگیٹیو تھنکنگ کا جو روٹ کاز ہے وہ مائنڈ ورسز مائنڈ سوچنا۔</w:t>
      </w:r>
    </w:p>
    <w:p>
      <w:r>
        <w:rPr>
          <w:b/>
        </w:rPr>
        <w:t xml:space="preserve">[32:43] </w:t>
      </w:r>
      <w:r>
        <w:t>Mind versus mind thinking inculcates negative thinking.</w:t>
      </w:r>
    </w:p>
    <w:p>
      <w:pPr>
        <w:jc w:val="right"/>
      </w:pPr>
      <w:r>
        <w:t>مائنڈ ورسز مائنڈ تھنکنگ انکلکیٹس نیگیٹیو تھنکنگ۔</w:t>
      </w:r>
    </w:p>
    <w:p>
      <w:r>
        <w:rPr>
          <w:b/>
        </w:rPr>
        <w:t xml:space="preserve">[32:46] </w:t>
      </w:r>
      <w:r>
        <w:t>And mind versus God thinking inculcates positivity.</w:t>
      </w:r>
    </w:p>
    <w:p>
      <w:pPr>
        <w:jc w:val="right"/>
      </w:pPr>
      <w:r>
        <w:t>اینڈ مائنڈ ورسز گاڈ تھنکنگ انکلکیٹس پازیٹیوٹی۔</w:t>
      </w:r>
    </w:p>
    <w:p>
      <w:r>
        <w:rPr>
          <w:b/>
        </w:rPr>
        <w:t xml:space="preserve">[32:50] </w:t>
      </w:r>
      <w:r>
        <w:t>yeh ek universal rule hai.</w:t>
      </w:r>
    </w:p>
    <w:p>
      <w:pPr>
        <w:jc w:val="right"/>
      </w:pPr>
      <w:r>
        <w:t>یہ ایک یونیورسل رول ہے۔</w:t>
      </w:r>
    </w:p>
    <w:p>
      <w:r>
        <w:rPr>
          <w:b/>
        </w:rPr>
        <w:t xml:space="preserve">[32:54] </w:t>
      </w:r>
      <w:r>
        <w:t>yeh universal rule hai.</w:t>
      </w:r>
    </w:p>
    <w:p>
      <w:pPr>
        <w:jc w:val="right"/>
      </w:pPr>
      <w:r>
        <w:t>یہ یونیورسل رول ہے۔</w:t>
      </w:r>
    </w:p>
    <w:p>
      <w:r>
        <w:rPr>
          <w:b/>
        </w:rPr>
        <w:t xml:space="preserve">[32:58] </w:t>
      </w:r>
      <w:r>
        <w:t>to jo log bas yahi soch paate hain ke badshah ko hatana hai.</w:t>
      </w:r>
    </w:p>
    <w:p>
      <w:pPr>
        <w:jc w:val="right"/>
      </w:pPr>
      <w:r>
        <w:t>تو جو لوگ بس یہی سوچ پاتے ہیں کہ بادشاہ کو ہٹانا ہے۔</w:t>
      </w:r>
    </w:p>
    <w:p>
      <w:r>
        <w:rPr>
          <w:b/>
        </w:rPr>
        <w:t xml:space="preserve">[33:02] </w:t>
      </w:r>
      <w:r>
        <w:t>aur hukumat ko todna hai.</w:t>
      </w:r>
    </w:p>
    <w:p>
      <w:pPr>
        <w:jc w:val="right"/>
      </w:pPr>
      <w:r>
        <w:t>اور حکومت کو توڑنا ہے۔</w:t>
      </w:r>
    </w:p>
    <w:p>
      <w:r>
        <w:rPr>
          <w:b/>
        </w:rPr>
        <w:t xml:space="preserve">[33:06] </w:t>
      </w:r>
      <w:r>
        <w:t>to woh isi mein phanse rehte hain.</w:t>
      </w:r>
    </w:p>
    <w:p>
      <w:pPr>
        <w:jc w:val="right"/>
      </w:pPr>
      <w:r>
        <w:t>تو وہ اسی میں پھنسے رہتے ہیں۔</w:t>
      </w:r>
    </w:p>
    <w:p>
      <w:r>
        <w:rPr>
          <w:b/>
        </w:rPr>
        <w:t xml:space="preserve">[33:09] </w:t>
      </w:r>
      <w:r>
        <w:t>woh is se positive thinking jo hai is se mehroom rehte hain.</w:t>
      </w:r>
    </w:p>
    <w:p>
      <w:pPr>
        <w:jc w:val="right"/>
      </w:pPr>
      <w:r>
        <w:t>وہ اس سے پازیٹیو تھنکنگ جو ہے اس سے محروم رہتے ہیں۔</w:t>
      </w:r>
    </w:p>
    <w:p>
      <w:r>
        <w:rPr>
          <w:b/>
        </w:rPr>
        <w:t xml:space="preserve">[33:13] </w:t>
      </w:r>
      <w:r>
        <w:t>kya cheez hai positive thinking? mujhe india mein do genius the genius doctor ram manohar lohiya aur woh</w:t>
      </w:r>
    </w:p>
    <w:p>
      <w:pPr>
        <w:jc w:val="right"/>
      </w:pPr>
      <w:r>
        <w:t>کیا چیز ہے پازیٹیو تھنکنگ؟ مجھے انڈیا میں دو جینئس تھے جینئس ڈاکٹر رام منوہر لہیہ اور وہ</w:t>
      </w:r>
    </w:p>
    <w:p>
      <w:r>
        <w:rPr>
          <w:b/>
        </w:rPr>
        <w:t xml:space="preserve">[33:16] </w:t>
      </w:r>
      <w:r>
        <w:t>jay prakash narayan.</w:t>
      </w:r>
    </w:p>
    <w:p>
      <w:pPr>
        <w:jc w:val="right"/>
      </w:pPr>
      <w:r>
        <w:t>جے پیکاش نارائن۔</w:t>
      </w:r>
    </w:p>
    <w:p>
      <w:r>
        <w:rPr>
          <w:b/>
        </w:rPr>
        <w:t xml:space="preserve">[33:19] </w:t>
      </w:r>
      <w:r>
        <w:t>donon ke donon genius the.</w:t>
      </w:r>
    </w:p>
    <w:p>
      <w:pPr>
        <w:jc w:val="right"/>
      </w:pPr>
      <w:r>
        <w:t>دونوں کے دونوں جینئس تھے۔</w:t>
      </w:r>
    </w:p>
    <w:p>
      <w:r>
        <w:rPr>
          <w:b/>
        </w:rPr>
        <w:t xml:space="preserve">[33:23] </w:t>
      </w:r>
      <w:r>
        <w:t>lekin donon despair mein mare.</w:t>
      </w:r>
    </w:p>
    <w:p>
      <w:pPr>
        <w:jc w:val="right"/>
      </w:pPr>
      <w:r>
        <w:t>لیکن دونوں ڈسپیئر میں مرے۔</w:t>
      </w:r>
    </w:p>
    <w:p>
      <w:r>
        <w:rPr>
          <w:b/>
        </w:rPr>
        <w:t xml:space="preserve">[33:26] </w:t>
      </w:r>
      <w:r>
        <w:t>frustration mein mare.</w:t>
      </w:r>
    </w:p>
    <w:p>
      <w:pPr>
        <w:jc w:val="right"/>
      </w:pPr>
      <w:r>
        <w:t>فرسٹریشن میں مرے۔</w:t>
      </w:r>
    </w:p>
    <w:p>
      <w:r>
        <w:rPr>
          <w:b/>
        </w:rPr>
        <w:t xml:space="preserve">[33:30] </w:t>
      </w:r>
      <w:r>
        <w:t>kyun? un ko ek hi pata tha non congressism.</w:t>
      </w:r>
    </w:p>
    <w:p>
      <w:pPr>
        <w:jc w:val="right"/>
      </w:pPr>
      <w:r>
        <w:t>کیوں؟ ان کو ایک ہی پتہ تھا۔ نان کانگریسزم۔</w:t>
      </w:r>
    </w:p>
    <w:p>
      <w:r>
        <w:rPr>
          <w:b/>
        </w:rPr>
        <w:t xml:space="preserve">[33:33] </w:t>
      </w:r>
      <w:r>
        <w:t>bas congress ko harao.</w:t>
      </w:r>
    </w:p>
    <w:p>
      <w:pPr>
        <w:jc w:val="right"/>
      </w:pPr>
      <w:r>
        <w:t>بس کانگریس کو ہراؤ۔</w:t>
      </w:r>
    </w:p>
    <w:p>
      <w:r>
        <w:rPr>
          <w:b/>
        </w:rPr>
        <w:t xml:space="preserve">[33:36] </w:t>
      </w:r>
      <w:r>
        <w:t>is ke siwa unhein kuch pata hi nahi tha.</w:t>
      </w:r>
    </w:p>
    <w:p>
      <w:pPr>
        <w:jc w:val="right"/>
      </w:pPr>
      <w:r>
        <w:t>اس کے سوا انہیں کچھ پتہ ہی نہیں تھا۔</w:t>
      </w:r>
    </w:p>
    <w:p>
      <w:r>
        <w:rPr>
          <w:b/>
        </w:rPr>
        <w:t xml:space="preserve">[33:40] </w:t>
      </w:r>
      <w:r>
        <w:t>apne behtareen saal unhon ne kis mein zaya kar diye? non congressism, non congressism, non congressism.</w:t>
      </w:r>
    </w:p>
    <w:p>
      <w:pPr>
        <w:jc w:val="right"/>
      </w:pPr>
      <w:r>
        <w:t>اپنے بہترین سال انہوں نے کس میں ضائع کر دیے؟ نان کانگریسزم، نان کانگریسزم، نان کانگریسزم۔</w:t>
      </w:r>
    </w:p>
    <w:p>
      <w:r>
        <w:rPr>
          <w:b/>
        </w:rPr>
        <w:t xml:space="preserve">[33:44] </w:t>
      </w:r>
      <w:r>
        <w:t>is tarah ki soch jo hai aadmi ko kehta hai negative thinking mein laati hai.</w:t>
      </w:r>
    </w:p>
    <w:p>
      <w:pPr>
        <w:jc w:val="right"/>
      </w:pPr>
      <w:r>
        <w:t>اس طرح کی سوچ جو ہے آدمی کو کہتا ہے نیگیٹیو تھنکنگ میں لاتی ہے۔</w:t>
      </w:r>
    </w:p>
    <w:p>
      <w:r>
        <w:rPr>
          <w:b/>
        </w:rPr>
        <w:t xml:space="preserve">[33:48] </w:t>
      </w:r>
      <w:r>
        <w:t>positivity se mehroom kar deti hai.</w:t>
      </w:r>
    </w:p>
    <w:p>
      <w:pPr>
        <w:jc w:val="right"/>
      </w:pPr>
      <w:r>
        <w:t>پازیٹیوٹی سے محروم کر دیتی ہے۔</w:t>
      </w:r>
    </w:p>
    <w:p>
      <w:r>
        <w:rPr>
          <w:b/>
        </w:rPr>
        <w:t xml:space="preserve">[33:51] </w:t>
      </w:r>
      <w:r>
        <w:t>aur jab aap par negative thinking ho jayegi.</w:t>
      </w:r>
    </w:p>
    <w:p>
      <w:pPr>
        <w:jc w:val="right"/>
      </w:pPr>
      <w:r>
        <w:t>اور جب آپ پر نیگیٹیو تھنکنگ ہو جائے گی۔</w:t>
      </w:r>
    </w:p>
    <w:p>
      <w:r>
        <w:rPr>
          <w:b/>
        </w:rPr>
        <w:t xml:space="preserve">[33:55] </w:t>
      </w:r>
      <w:r>
        <w:t>positive thinking na rahegi positive thinking to yahi to na tab aap despair mein marenge.</w:t>
      </w:r>
    </w:p>
    <w:p>
      <w:pPr>
        <w:jc w:val="right"/>
      </w:pPr>
      <w:r>
        <w:t>پازیٹیو تھنکنگ نہ رہے گی پازیٹیو تھنکنگ تو یہی تو نہ تب آپ ڈسپیئر میں مریں گے۔</w:t>
      </w:r>
    </w:p>
    <w:p>
      <w:r>
        <w:rPr>
          <w:b/>
        </w:rPr>
        <w:t xml:space="preserve">[33:59] </w:t>
      </w:r>
      <w:r>
        <w:t>frustration mein marenge aap.</w:t>
      </w:r>
    </w:p>
    <w:p>
      <w:pPr>
        <w:jc w:val="right"/>
      </w:pPr>
      <w:r>
        <w:t>فرسٹریشن میں مریں گے آپ۔</w:t>
      </w:r>
    </w:p>
    <w:p>
      <w:r>
        <w:rPr>
          <w:b/>
        </w:rPr>
        <w:t xml:space="preserve">[34:03] </w:t>
      </w:r>
      <w:r>
        <w:t>kyunki achieve nahi kar payenge aap jo chahte the. khuda</w:t>
      </w:r>
    </w:p>
    <w:p>
      <w:pPr>
        <w:jc w:val="right"/>
      </w:pPr>
      <w:r>
        <w:t>کیونکہ اچیو نہیں کر پائیں گے آپ جو چاہتے تھے۔ خدا</w:t>
      </w:r>
    </w:p>
    <w:p>
      <w:r>
        <w:rPr>
          <w:b/>
        </w:rPr>
        <w:t xml:space="preserve">[34:07] </w:t>
      </w:r>
      <w:r>
        <w:t>to har waqt achievable hai.</w:t>
      </w:r>
    </w:p>
    <w:p>
      <w:pPr>
        <w:jc w:val="right"/>
      </w:pPr>
      <w:r>
        <w:t>تو ہر وقت اچیویبل ہے۔</w:t>
      </w:r>
    </w:p>
    <w:p>
      <w:r>
        <w:rPr>
          <w:b/>
        </w:rPr>
        <w:t xml:space="preserve">[34:10] </w:t>
      </w:r>
      <w:r>
        <w:t>ek ghareeb aadmi bhi khuda se contact kar sakta hai.</w:t>
      </w:r>
    </w:p>
    <w:p>
      <w:pPr>
        <w:jc w:val="right"/>
      </w:pPr>
      <w:r>
        <w:t>ایک غریب آدمی بھی خدا سے کنٹیکٹ کر سکتا ہے۔</w:t>
      </w:r>
    </w:p>
    <w:p>
      <w:r>
        <w:rPr>
          <w:b/>
        </w:rPr>
        <w:t xml:space="preserve">[34:14] </w:t>
      </w:r>
      <w:r>
        <w:t>ek landless aadmi bhi khuda se contact kar sakta hai.</w:t>
      </w:r>
    </w:p>
    <w:p>
      <w:pPr>
        <w:jc w:val="right"/>
      </w:pPr>
      <w:r>
        <w:t>ایک لینڈ لیس آدمی بھی خدا سے کنٹیکٹ کر سکتا ہے۔</w:t>
      </w:r>
    </w:p>
    <w:p>
      <w:r>
        <w:rPr>
          <w:b/>
        </w:rPr>
        <w:t xml:space="preserve">[34:18] </w:t>
      </w:r>
      <w:r>
        <w:t>koi bhi aadmi koi bhi aadmi har waqt khuda aap ke liye aap ki reach mein hai aap</w:t>
      </w:r>
    </w:p>
    <w:p>
      <w:pPr>
        <w:jc w:val="right"/>
      </w:pPr>
      <w:r>
        <w:t>کوئی بھی آدمی کوئی بھی آدمی ہر وقت خدا آپ کے لیے آپ کی ریچ میں ہے آپ</w:t>
      </w:r>
    </w:p>
    <w:p>
      <w:r>
        <w:rPr>
          <w:b/>
        </w:rPr>
        <w:t xml:space="preserve">[34:22] </w:t>
      </w:r>
      <w:r>
        <w:t>ki pahunch ho sakti hai har waqt wahan.</w:t>
      </w:r>
    </w:p>
    <w:p>
      <w:pPr>
        <w:jc w:val="right"/>
      </w:pPr>
      <w:r>
        <w:t>کی پہنچ ہو سکتی ہے ہر وقت وہاں۔</w:t>
      </w:r>
    </w:p>
    <w:p>
      <w:r>
        <w:rPr>
          <w:b/>
        </w:rPr>
        <w:t xml:space="preserve">[34:25] </w:t>
      </w:r>
      <w:r>
        <w:t>to jab aap khuda ko apna target banayenge.</w:t>
      </w:r>
    </w:p>
    <w:p>
      <w:pPr>
        <w:jc w:val="right"/>
      </w:pPr>
      <w:r>
        <w:t>تو جب آپ خدا کو اپنا ٹارگٹ بنائیں گے۔</w:t>
      </w:r>
    </w:p>
    <w:p>
      <w:r>
        <w:rPr>
          <w:b/>
        </w:rPr>
        <w:t xml:space="preserve">[34:29] </w:t>
      </w:r>
      <w:r>
        <w:t>khuda ko apna concern banayenge.</w:t>
      </w:r>
    </w:p>
    <w:p>
      <w:pPr>
        <w:jc w:val="right"/>
      </w:pPr>
      <w:r>
        <w:t>خدا کو اپنا کنسرن بنائیں گے۔</w:t>
      </w:r>
    </w:p>
    <w:p>
      <w:r>
        <w:rPr>
          <w:b/>
        </w:rPr>
        <w:t xml:space="preserve">[34:33] </w:t>
      </w:r>
      <w:r>
        <w:t>tab aap ke paas siwaye positivity ke kuch bhi nahi hoga.</w:t>
      </w:r>
    </w:p>
    <w:p>
      <w:pPr>
        <w:jc w:val="right"/>
      </w:pPr>
      <w:r>
        <w:t>تب آپ کے پاس سوائے پازیٹیوٹی کے کچھ بھی نہیں ہوگا۔</w:t>
      </w:r>
    </w:p>
    <w:p>
      <w:r>
        <w:rPr>
          <w:b/>
        </w:rPr>
        <w:t xml:space="preserve">[34:37] </w:t>
      </w:r>
      <w:r>
        <w:t>negativity bilkul khatam ho jayegi.</w:t>
      </w:r>
    </w:p>
    <w:p>
      <w:pPr>
        <w:jc w:val="right"/>
      </w:pPr>
      <w:r>
        <w:t>نیگیٹیوٹی بالکل ختم ہو جائے گی۔</w:t>
      </w:r>
    </w:p>
    <w:p>
      <w:r>
        <w:rPr>
          <w:b/>
        </w:rPr>
        <w:t xml:space="preserve">[34:42] </w:t>
      </w:r>
      <w:r>
        <w:t>aur jab insaan ko le kar sochen ge aap.</w:t>
      </w:r>
    </w:p>
    <w:p>
      <w:pPr>
        <w:jc w:val="right"/>
      </w:pPr>
      <w:r>
        <w:t>اور جب انسان کو لے کر سوچیں گے آپ۔</w:t>
      </w:r>
    </w:p>
    <w:p>
      <w:r>
        <w:rPr>
          <w:b/>
        </w:rPr>
        <w:t xml:space="preserve">[34:47] </w:t>
      </w:r>
      <w:r>
        <w:t>Kya hoga? Negative thinking, complaint, protest, frustration, pessimism, यही सब रहेगा.</w:t>
      </w:r>
    </w:p>
    <w:p>
      <w:pPr>
        <w:jc w:val="right"/>
      </w:pPr>
      <w:r>
        <w:t>کیا ہوگا؟ نیگیٹیو تھنکنگ، کمپلین، پروٹیسٹ، فرسٹریشن، پیسیبلزم یہی سب رہے گا۔</w:t>
      </w:r>
    </w:p>
    <w:p>
      <w:r>
        <w:rPr>
          <w:b/>
        </w:rPr>
        <w:t xml:space="preserve">[34:52] </w:t>
      </w:r>
      <w:r>
        <w:t>yeh kitna bara formula hai is mein hamein milta hai.</w:t>
      </w:r>
    </w:p>
    <w:p>
      <w:pPr>
        <w:jc w:val="right"/>
      </w:pPr>
      <w:r>
        <w:t>یہ کتنا بڑا فارمولا ہے اس میں ہمیں ملتا ہے۔</w:t>
      </w:r>
    </w:p>
    <w:p>
      <w:r>
        <w:rPr>
          <w:b/>
        </w:rPr>
        <w:t xml:space="preserve">[34:57] </w:t>
      </w:r>
      <w:r>
        <w:t>to Hazrat Masih ne yeh diya formula.</w:t>
      </w:r>
    </w:p>
    <w:p>
      <w:pPr>
        <w:jc w:val="right"/>
      </w:pPr>
      <w:r>
        <w:t>تو حضرت مسیح نے یہ دیا فارمولا۔</w:t>
      </w:r>
    </w:p>
    <w:p>
      <w:r>
        <w:rPr>
          <w:b/>
        </w:rPr>
        <w:t xml:space="preserve">[35:02] </w:t>
      </w:r>
      <w:r>
        <w:t>is par unhon ne amal kiya.</w:t>
      </w:r>
    </w:p>
    <w:p>
      <w:pPr>
        <w:jc w:val="right"/>
      </w:pPr>
      <w:r>
        <w:t>اس پر انہوں نے عمل کیا۔</w:t>
      </w:r>
    </w:p>
    <w:p>
      <w:r>
        <w:rPr>
          <w:b/>
        </w:rPr>
        <w:t xml:space="preserve">[35:07] </w:t>
      </w:r>
      <w:r>
        <w:t>aur phir kya hua ke sari dunya mein unhon ne Christianity ko phaila diya.</w:t>
      </w:r>
    </w:p>
    <w:p>
      <w:pPr>
        <w:jc w:val="right"/>
      </w:pPr>
      <w:r>
        <w:t>اور پھر کیا ہوا کہ ساری دنیا میں انہوں نے کرسچینٹی کو پھیلا دیا۔</w:t>
      </w:r>
    </w:p>
    <w:p>
      <w:r>
        <w:rPr>
          <w:b/>
        </w:rPr>
        <w:t xml:space="preserve">[35:11] </w:t>
      </w:r>
      <w:r>
        <w:t>aaj bhi Christian itna bara kaam kar rahe hain aaj bhi.</w:t>
      </w:r>
    </w:p>
    <w:p>
      <w:pPr>
        <w:jc w:val="right"/>
      </w:pPr>
      <w:r>
        <w:t>آج بھی کرسچن اتنا بڑا کام کر رہے ہیں آج بھی۔</w:t>
      </w:r>
    </w:p>
    <w:p>
      <w:r>
        <w:rPr>
          <w:b/>
        </w:rPr>
        <w:t xml:space="preserve">[35:15] </w:t>
      </w:r>
      <w:r>
        <w:t>India mein sab se bara kaam Christian ne kiya hai.</w:t>
      </w:r>
    </w:p>
    <w:p>
      <w:pPr>
        <w:jc w:val="right"/>
      </w:pPr>
      <w:r>
        <w:t>انڈیا میں سب سے بڑا کام کرسچن نے کیا ہے۔</w:t>
      </w:r>
    </w:p>
    <w:p>
      <w:r>
        <w:rPr>
          <w:b/>
        </w:rPr>
        <w:t xml:space="preserve">[35:19] </w:t>
      </w:r>
      <w:r>
        <w:t>woh kya hai? Education.</w:t>
      </w:r>
    </w:p>
    <w:p>
      <w:pPr>
        <w:jc w:val="right"/>
      </w:pPr>
      <w:r>
        <w:t>وہ کیا ہے؟ ایجوکیشن۔</w:t>
      </w:r>
    </w:p>
    <w:p>
      <w:r>
        <w:rPr>
          <w:b/>
        </w:rPr>
        <w:t xml:space="preserve">[35:22] </w:t>
      </w:r>
      <w:r>
        <w:t>Education ko phailana India mein mein samajhta hoon ke hamari government bhi itna nahi kar saki jitna Christian</w:t>
      </w:r>
    </w:p>
    <w:p>
      <w:pPr>
        <w:jc w:val="right"/>
      </w:pPr>
      <w:r>
        <w:t>ایجوکیشن کو پھیلانا انڈیا میں میں سمجھتا ہوں کہ ہماری گورنمنٹ بھی اتنا نہیں کر سکی جتنا کرسچن</w:t>
      </w:r>
    </w:p>
    <w:p>
      <w:r>
        <w:rPr>
          <w:b/>
        </w:rPr>
        <w:t xml:space="preserve">[35:26] </w:t>
      </w:r>
      <w:r>
        <w:t>ne kiya hai.</w:t>
      </w:r>
    </w:p>
    <w:p>
      <w:pPr>
        <w:jc w:val="right"/>
      </w:pPr>
      <w:r>
        <w:t>نے کیا ہے۔</w:t>
      </w:r>
    </w:p>
    <w:p>
      <w:r>
        <w:rPr>
          <w:b/>
        </w:rPr>
        <w:t xml:space="preserve">[35:30] </w:t>
      </w:r>
      <w:r>
        <w:t>aaj bhi Delhi mein aap jante hain ke sab se pehle insaan chahta hai ke apne bachon ko</w:t>
      </w:r>
    </w:p>
    <w:p>
      <w:pPr>
        <w:jc w:val="right"/>
      </w:pPr>
      <w:r>
        <w:t>آج بھی دلی میں آپ جانتے ہیں کہ سب سے پہلے انسان چاہتا ہے کہ اپنے بچوں کو</w:t>
      </w:r>
    </w:p>
    <w:p>
      <w:r>
        <w:rPr>
          <w:b/>
        </w:rPr>
        <w:t xml:space="preserve">[35:34] </w:t>
      </w:r>
      <w:r>
        <w:t>kahan admission dilawaye? Saint Columbus mein.</w:t>
      </w:r>
    </w:p>
    <w:p>
      <w:pPr>
        <w:jc w:val="right"/>
      </w:pPr>
      <w:r>
        <w:t>کہاں ایڈمیشن دلاوے؟ سینٹ کولمبس میں۔</w:t>
      </w:r>
    </w:p>
    <w:p>
      <w:r>
        <w:rPr>
          <w:b/>
        </w:rPr>
        <w:t xml:space="preserve">[35:38] </w:t>
      </w:r>
      <w:r>
        <w:t>Stephen mein.</w:t>
      </w:r>
    </w:p>
    <w:p>
      <w:pPr>
        <w:jc w:val="right"/>
      </w:pPr>
      <w:r>
        <w:t>اسٹیفن میں۔</w:t>
      </w:r>
    </w:p>
    <w:p>
      <w:r>
        <w:rPr>
          <w:b/>
        </w:rPr>
        <w:t xml:space="preserve">[35:42] </w:t>
      </w:r>
      <w:r>
        <w:t>Government school mein to sab se baat sochta hai sab se baat ko.</w:t>
      </w:r>
    </w:p>
    <w:p>
      <w:pPr>
        <w:jc w:val="right"/>
      </w:pPr>
      <w:r>
        <w:t>گورنمنٹ اسکول میں تو سب سے بات سوچتا ہے سب سے بات کو۔</w:t>
      </w:r>
    </w:p>
    <w:p>
      <w:r>
        <w:rPr>
          <w:b/>
        </w:rPr>
        <w:t xml:space="preserve">[35:47] </w:t>
      </w:r>
      <w:r>
        <w:t>aap sochein kitna bara contribution hai Christian community ka.</w:t>
      </w:r>
    </w:p>
    <w:p>
      <w:pPr>
        <w:jc w:val="right"/>
      </w:pPr>
      <w:r>
        <w:t>آپ سوچیے کتنا بڑا کنٹریبیوشن ہے کرسچن کمیونٹی کا۔</w:t>
      </w:r>
    </w:p>
    <w:p>
      <w:r>
        <w:rPr>
          <w:b/>
        </w:rPr>
        <w:t xml:space="preserve">[35:51] </w:t>
      </w:r>
      <w:r>
        <w:t>is liye ke Hazrat Masih ne sikhaya tha un ko ke takrao mat.</w:t>
      </w:r>
    </w:p>
    <w:p>
      <w:pPr>
        <w:jc w:val="right"/>
      </w:pPr>
      <w:r>
        <w:t>اس لیے کہ حضرت مسیح نے سکھایا تھا ان کو کہ ٹکراؤ مت۔</w:t>
      </w:r>
    </w:p>
    <w:p>
      <w:r>
        <w:rPr>
          <w:b/>
        </w:rPr>
        <w:t xml:space="preserve">[35:55] </w:t>
      </w:r>
      <w:r>
        <w:t>Dichotomic thinking nikala unhon ne apne apne logon ko.</w:t>
      </w:r>
    </w:p>
    <w:p>
      <w:pPr>
        <w:jc w:val="right"/>
      </w:pPr>
      <w:r>
        <w:t>ڈائیکاٹمک تھنکنگ نکالا انہوں نے اپنے اپنے لوگوں کو۔</w:t>
      </w:r>
    </w:p>
    <w:p>
      <w:r>
        <w:rPr>
          <w:b/>
        </w:rPr>
        <w:t xml:space="preserve">[35:59] </w:t>
      </w:r>
      <w:r>
        <w:t>woh aaj tak un ka hissa bani hui hai.</w:t>
      </w:r>
    </w:p>
    <w:p>
      <w:pPr>
        <w:jc w:val="right"/>
      </w:pPr>
      <w:r>
        <w:t>وہ آج تک ان کا حصہ بنی ہوئی ہے۔</w:t>
      </w:r>
    </w:p>
    <w:p>
      <w:r>
        <w:rPr>
          <w:b/>
        </w:rPr>
        <w:t xml:space="preserve">[36:04] </w:t>
      </w:r>
      <w:r>
        <w:t>to beharhal yeh misaal thi Hazrat Masih ki.</w:t>
      </w:r>
    </w:p>
    <w:p>
      <w:pPr>
        <w:jc w:val="right"/>
      </w:pPr>
      <w:r>
        <w:t>تو بہرحال یہ مثال تھی حضرت مسیح کی۔</w:t>
      </w:r>
    </w:p>
    <w:p>
      <w:r>
        <w:rPr>
          <w:b/>
        </w:rPr>
        <w:t xml:space="preserve">[36:08] </w:t>
      </w:r>
      <w:r>
        <w:t>ab aage aaiye.</w:t>
      </w:r>
    </w:p>
    <w:p>
      <w:pPr>
        <w:jc w:val="right"/>
      </w:pPr>
      <w:r>
        <w:t>اب آگے آئیے۔</w:t>
      </w:r>
    </w:p>
    <w:p>
      <w:r>
        <w:rPr>
          <w:b/>
        </w:rPr>
        <w:t xml:space="preserve">[36:12] </w:t>
      </w:r>
      <w:r>
        <w:t>mein samajhta hoon ke Hazrat Yusuf ke haan hum ko individual level par ek misaal milti hai.</w:t>
      </w:r>
    </w:p>
    <w:p>
      <w:pPr>
        <w:jc w:val="right"/>
      </w:pPr>
      <w:r>
        <w:t>میں سمجھتا ہوں کہ حضرت یوسف کے ہاں ہم کو انڈیویجول لیول پر ایک مثال ملتی ہے۔</w:t>
      </w:r>
    </w:p>
    <w:p>
      <w:r>
        <w:rPr>
          <w:b/>
        </w:rPr>
        <w:t xml:space="preserve">[36:17] </w:t>
      </w:r>
      <w:r>
        <w:t>dichotomic thinking سے باہر آنے کی۔</w:t>
      </w:r>
    </w:p>
    <w:p>
      <w:pPr>
        <w:jc w:val="right"/>
      </w:pPr>
      <w:r>
        <w:t>ڈائیکاٹمک تھنکنگ سے باہر آنے کی۔</w:t>
      </w:r>
    </w:p>
    <w:p>
      <w:r>
        <w:rPr>
          <w:b/>
        </w:rPr>
        <w:t xml:space="preserve">[36:21] </w:t>
      </w:r>
      <w:r>
        <w:t>حضرت مسیح کے ہاں ہم دیکھتے ہیں کہ ایک جماعت کو انہوں نے یہ نکالا dichotomic thinking سے۔</w:t>
      </w:r>
    </w:p>
    <w:p>
      <w:pPr>
        <w:jc w:val="right"/>
      </w:pPr>
      <w:r>
        <w:t>حضرت مسیح کے ہاں ہم دیکھتے ہیں کہ ایک جماعت کو انہوں نے یہ نکالا ڈائیکاٹمک تھنکنگ سے۔</w:t>
      </w:r>
    </w:p>
    <w:p>
      <w:r>
        <w:rPr>
          <w:b/>
        </w:rPr>
        <w:t xml:space="preserve">[36:26] </w:t>
      </w:r>
      <w:r>
        <w:t>to yahan par jamaat ki satah par hamein ek misaal milti hai.</w:t>
      </w:r>
    </w:p>
    <w:p>
      <w:pPr>
        <w:jc w:val="right"/>
      </w:pPr>
      <w:r>
        <w:t>تو یہاں پر جماعت کی سطح پر ہمیں ایک مثال ملتی ہے۔</w:t>
      </w:r>
    </w:p>
    <w:p>
      <w:r>
        <w:rPr>
          <w:b/>
        </w:rPr>
        <w:t xml:space="preserve">[36:30] </w:t>
      </w:r>
      <w:r>
        <w:t>ab Paighambar Islam jo hain un ke haan aur bhi barhe is par aata hai.</w:t>
      </w:r>
    </w:p>
    <w:p>
      <w:pPr>
        <w:jc w:val="right"/>
      </w:pPr>
      <w:r>
        <w:t>اب پیغمبر اسلام جو ہیں ان کے ہاں اور بھی بڑے اس پر آتا ہے۔</w:t>
      </w:r>
    </w:p>
    <w:p>
      <w:r>
        <w:rPr>
          <w:b/>
        </w:rPr>
        <w:t xml:space="preserve">[36:35] </w:t>
      </w:r>
      <w:r>
        <w:t>ke aap ne ek poori team banai isi</w:t>
      </w:r>
    </w:p>
    <w:p>
      <w:pPr>
        <w:jc w:val="right"/>
      </w:pPr>
      <w:r>
        <w:t>کہ آپ نے ایک پوری ٹیم بنائی اسی</w:t>
      </w:r>
    </w:p>
    <w:p>
      <w:r>
        <w:rPr>
          <w:b/>
        </w:rPr>
        <w:t xml:space="preserve">[36:39] </w:t>
      </w:r>
      <w:r>
        <w:t>par. aur poora revolution laye aap isi isi soch par. rasool allah ki zindagi ko aap parhein aap to mein samajhta hoon ke sab se bari cheez aap yahi payenge. bohat se logon ne book likhi hai bohat si naatein likhi gayi hain rasool allah ki tareef mein. lekin mujhe sab se zyada pasand aaya e.kult ka. e.kult aik korean trust tha british. us ne likha hai paighambar islam ke</w:t>
      </w:r>
    </w:p>
    <w:p>
      <w:pPr>
        <w:jc w:val="right"/>
      </w:pPr>
      <w:r>
        <w:t>اس پر۔ اور پورا ریولوشن لائے آپ اسی اسی سوچ پر۔ رسول اللہ کی زندگی کو آپ پڑھیں آپ تو میں سمجھتا ہوں کہ سب سے بڑی چیز آپ یہی پائیں گے۔ بہت سے لوگوں نے بک لکھی ہے بہت سی نعتیں لکھی گئی ہیں رسول اللہ کی تعریف میں۔ لیکن مجھے سب سے زیادہ پسند آیا ای کلٹ کا۔ ای کلٹ ایک کورین ٹرسٹ تھا برٹش۔ اس نے لکھا ہے پیغمبر اسلام کے</w:t>
      </w:r>
    </w:p>
    <w:p>
      <w:r>
        <w:rPr>
          <w:b/>
        </w:rPr>
        <w:t xml:space="preserve">[37:09] </w:t>
      </w:r>
      <w:r>
        <w:t>بارے میں کہ he faced adversity with the determination to wring success out of failure.</w:t>
      </w:r>
    </w:p>
    <w:p>
      <w:pPr>
        <w:jc w:val="right"/>
      </w:pPr>
      <w:r>
        <w:t>بارے میں کہ ہی فیسڈ ایڈورسٹی ود دا ڈیٹرمینیشن ٹو رنگ سکسیس آؤٹ آف فیلیر۔</w:t>
      </w:r>
    </w:p>
    <w:p>
      <w:r>
        <w:rPr>
          <w:b/>
        </w:rPr>
        <w:t xml:space="preserve">[37:15] </w:t>
      </w:r>
      <w:r>
        <w:t>WRING ring yani nichorna.</w:t>
      </w:r>
    </w:p>
    <w:p>
      <w:pPr>
        <w:jc w:val="right"/>
      </w:pPr>
      <w:r>
        <w:t>ڈبلیو آر آئی این جی رنگ یعنی نچوڑنا۔</w:t>
      </w:r>
    </w:p>
    <w:p>
      <w:r>
        <w:rPr>
          <w:b/>
        </w:rPr>
        <w:t xml:space="preserve">[37:21] </w:t>
      </w:r>
      <w:r>
        <w:t>He faced adversity with the determination to wring success out of failure.</w:t>
      </w:r>
    </w:p>
    <w:p>
      <w:pPr>
        <w:jc w:val="right"/>
      </w:pPr>
      <w:r>
        <w:t>ہی فیسڈ ایڈورسٹی ود دا ڈیٹرمینیشن ٹو رنگ سکسیس آؤٹ آف فیلیر۔</w:t>
      </w:r>
    </w:p>
    <w:p>
      <w:r>
        <w:rPr>
          <w:b/>
        </w:rPr>
        <w:t xml:space="preserve">[37:27] </w:t>
      </w:r>
      <w:r>
        <w:t>yeh kaise hua? diacotomy thinking se bahar aaye rasool Allah.</w:t>
      </w:r>
    </w:p>
    <w:p>
      <w:pPr>
        <w:jc w:val="right"/>
      </w:pPr>
      <w:r>
        <w:t>یہ کیسے ہوا؟ ڈائیکاٹمک تھنکنگ سے باہر آئے رسول اللہ۔</w:t>
      </w:r>
    </w:p>
    <w:p>
      <w:r>
        <w:rPr>
          <w:b/>
        </w:rPr>
        <w:t xml:space="preserve">[37:33] </w:t>
      </w:r>
      <w:r>
        <w:t>poori zindagi ko aap isi par aap trace kar sakte hain rasool Allah ki.</w:t>
      </w:r>
    </w:p>
    <w:p>
      <w:pPr>
        <w:jc w:val="right"/>
      </w:pPr>
      <w:r>
        <w:t>پوری زندگی کو آپ اسی پر آپ ٹریس کر سکتے ہیں رسول اللہ کی۔</w:t>
      </w:r>
    </w:p>
    <w:p>
      <w:r>
        <w:rPr>
          <w:b/>
        </w:rPr>
        <w:t xml:space="preserve">[37:39] </w:t>
      </w:r>
      <w:r>
        <w:t>misal ke tor par dekhein. rasool allah aap jante hain ke 610 ad mein aap ko prophet banaya gaya. yani 7th century ke first quarter mein. us waqt wahan par kya tha? shirk tha har taraf shirk tha. yahan tak ke kaba jo banaya tha hazrat ibrahim ne toheed ke ghar ke tor par toheed khuda ki ibadat ke tor par wahan par hazrat masih hazrat baad ke zamanay mein jab doosre log us ke mut</w:t>
      </w:r>
    </w:p>
    <w:p>
      <w:pPr>
        <w:jc w:val="right"/>
      </w:pPr>
      <w:r>
        <w:t>مثال کے طور پر دیکھیں۔ رسول اللہ آپ جانتے ہیں کہ سکس ہنڈرڈ ٹین اے ڈی میں آپ کو پرافٹ بنایا گیا۔ یعنی سیون سینچری کے فرسٹ کوارٹر میں۔ اس وقت وہاں پر کیا تھا؟ شرک تھا ہر طرف شرک تھا۔ یہاں تک کہ کعبہ جو بنایا تھا حضرت ابراہیم نے توحید کے گھر کے طور پر توحید خدا کی عبادت کے طور پر وہاں پر حضرت مسیح حضرت بعد کے زمانے میں جب دوسرے لوگ اس کے مت</w:t>
      </w:r>
    </w:p>
    <w:p>
      <w:r>
        <w:rPr>
          <w:b/>
        </w:rPr>
        <w:t xml:space="preserve">[38:09] </w:t>
      </w:r>
      <w:r>
        <w:t>wali ban gaye to unhon ne kaaba ke andar three hundred sixty idol rakh diye.</w:t>
      </w:r>
    </w:p>
    <w:p>
      <w:pPr>
        <w:jc w:val="right"/>
      </w:pPr>
      <w:r>
        <w:t>ولی بن گئے تو انہوں نے کعبہ کے اندر تھری ہنڈرڈ سکسٹی آئیڈل رکھ دیے۔</w:t>
      </w:r>
    </w:p>
    <w:p>
      <w:r>
        <w:rPr>
          <w:b/>
        </w:rPr>
        <w:t xml:space="preserve">[38:14] </w:t>
      </w:r>
      <w:r>
        <w:t>teen so saath but.</w:t>
      </w:r>
    </w:p>
    <w:p>
      <w:pPr>
        <w:jc w:val="right"/>
      </w:pPr>
      <w:r>
        <w:t>تین سو ساٹھ بت۔</w:t>
      </w:r>
    </w:p>
    <w:p>
      <w:r>
        <w:rPr>
          <w:b/>
        </w:rPr>
        <w:t xml:space="preserve">[38:20] </w:t>
      </w:r>
      <w:r>
        <w:t>yaani ek Khuda ke liye jo ghar banaya gaya tha ek Khuda ki prestige ke liye is mein</w:t>
      </w:r>
    </w:p>
    <w:p>
      <w:pPr>
        <w:jc w:val="right"/>
      </w:pPr>
      <w:r>
        <w:t>یعنی ایک خدا کے لیے جو گھر بنایا گیا تھا ایک خدا کی پرسٹیج کے لیے اس میں</w:t>
      </w:r>
    </w:p>
    <w:p>
      <w:r>
        <w:rPr>
          <w:b/>
        </w:rPr>
        <w:t xml:space="preserve">[38:25] </w:t>
      </w:r>
      <w:r>
        <w:t>teen so saath bulton ki prestige hone lagi.</w:t>
      </w:r>
    </w:p>
    <w:p>
      <w:pPr>
        <w:jc w:val="right"/>
      </w:pPr>
      <w:r>
        <w:t>تین سو ساٹھ بتوں کی پرسٹیج ہونے لگی۔</w:t>
      </w:r>
    </w:p>
    <w:p>
      <w:r>
        <w:rPr>
          <w:b/>
        </w:rPr>
        <w:t xml:space="preserve">[38:30] </w:t>
      </w:r>
      <w:r>
        <w:t>اب میں سمجھتا ہوں کہ رسول اللہ کے لیے beside was horrible.</w:t>
      </w:r>
    </w:p>
    <w:p>
      <w:pPr>
        <w:jc w:val="right"/>
      </w:pPr>
      <w:r>
        <w:t>اب میں سمجھتا ہوں کہ رسول اللہ کے لیے بے سائیڈ واز ہاریبل۔</w:t>
      </w:r>
    </w:p>
    <w:p>
      <w:r>
        <w:rPr>
          <w:b/>
        </w:rPr>
        <w:t xml:space="preserve">[38:35] </w:t>
      </w:r>
      <w:r>
        <w:t>یعنی یہ دیکھنا کہ کعبہ میں اتنے بت ہیں تو beside was horrible.</w:t>
      </w:r>
    </w:p>
    <w:p>
      <w:pPr>
        <w:jc w:val="right"/>
      </w:pPr>
      <w:r>
        <w:t>یعنی یہ دیکھنا کہ کعبہ میں اتنے بت ہیں تو بے سائیڈ واز ہاریبل۔</w:t>
      </w:r>
    </w:p>
    <w:p>
      <w:r>
        <w:rPr>
          <w:b/>
        </w:rPr>
        <w:t xml:space="preserve">[38:41] </w:t>
      </w:r>
      <w:r>
        <w:t>lekin aap ne dekha is ko.</w:t>
      </w:r>
    </w:p>
    <w:p>
      <w:pPr>
        <w:jc w:val="right"/>
      </w:pPr>
      <w:r>
        <w:t>لیکن آپ نے دیکھا اس کو۔</w:t>
      </w:r>
    </w:p>
    <w:p>
      <w:r>
        <w:rPr>
          <w:b/>
        </w:rPr>
        <w:t xml:space="preserve">[38:46] </w:t>
      </w:r>
      <w:r>
        <w:t>aap ne terah saal makkah mein rahe kabhi aap ne aisa nahin kiya ke bulton ko torein bulton</w:t>
      </w:r>
    </w:p>
    <w:p>
      <w:pPr>
        <w:jc w:val="right"/>
      </w:pPr>
      <w:r>
        <w:t>آپ نے تیرہ سال مکے میں رہے کبھی آپ نے ایسا نہیں کیا کہ بتوں کو توڑیں بتوں</w:t>
      </w:r>
    </w:p>
    <w:p>
      <w:r>
        <w:rPr>
          <w:b/>
        </w:rPr>
        <w:t xml:space="preserve">[38:51] </w:t>
      </w:r>
      <w:r>
        <w:t>ko yahan se aap phenkein.</w:t>
      </w:r>
    </w:p>
    <w:p>
      <w:pPr>
        <w:jc w:val="right"/>
      </w:pPr>
      <w:r>
        <w:t>کو یہاں سے آپ پھینکیں۔</w:t>
      </w:r>
    </w:p>
    <w:p>
      <w:r>
        <w:rPr>
          <w:b/>
        </w:rPr>
        <w:t xml:space="preserve">[38:56] </w:t>
      </w:r>
      <w:r>
        <w:t>Dichotomic thinking toh yahi kehti thi ke but hain toh react karo react karo todo usko phenko.</w:t>
      </w:r>
    </w:p>
    <w:p>
      <w:pPr>
        <w:jc w:val="right"/>
      </w:pPr>
      <w:r>
        <w:t>ڈائیکاٹمک تھنکنگ تو یہی کہتی تھی کہ بت ہیں تو ری ایکٹ کرو ری ایکٹ کرو توڑو اس کو پھینکو۔</w:t>
      </w:r>
    </w:p>
    <w:p>
      <w:r>
        <w:rPr>
          <w:b/>
        </w:rPr>
        <w:t xml:space="preserve">[39:01] </w:t>
      </w:r>
      <w:r>
        <w:t>yaani but ka presence jo tha us ke reaction kya tha ke hum bulton ke presence ko khatam karein.</w:t>
      </w:r>
    </w:p>
    <w:p>
      <w:pPr>
        <w:jc w:val="right"/>
      </w:pPr>
      <w:r>
        <w:t>یعنی بت کا پریزنس جو تھا اس کے ری ایکشن کیا تھا کہ ہم بتوں کے پریزنس کو ختم کریں۔</w:t>
      </w:r>
    </w:p>
    <w:p>
      <w:r>
        <w:rPr>
          <w:b/>
        </w:rPr>
        <w:t xml:space="preserve">[39:06] </w:t>
      </w:r>
      <w:r>
        <w:t>yeh tha dichotomy yeh tha diacotomy thinking</w:t>
      </w:r>
    </w:p>
    <w:p>
      <w:pPr>
        <w:jc w:val="right"/>
      </w:pPr>
      <w:r>
        <w:t>یہ تھا ڈائیکاٹمی یہ تھا ڈائیکاٹمک تھنکنگ</w:t>
      </w:r>
    </w:p>
    <w:p>
      <w:r>
        <w:rPr>
          <w:b/>
        </w:rPr>
        <w:t xml:space="preserve">[39:11] </w:t>
      </w:r>
      <w:r>
        <w:t>aap ne kya socha ek third option nikala aap ne ke bulton ke rehne ki wajah se wahan</w:t>
      </w:r>
    </w:p>
    <w:p>
      <w:pPr>
        <w:jc w:val="right"/>
      </w:pPr>
      <w:r>
        <w:t>آپ نے کیا سوچا ایک تھرڈ آپشن نکالا آپ نے کہ بتوں کے رہنے کی وجہ سے وہاں</w:t>
      </w:r>
    </w:p>
    <w:p>
      <w:r>
        <w:rPr>
          <w:b/>
        </w:rPr>
        <w:t xml:space="preserve">[39:15] </w:t>
      </w:r>
      <w:r>
        <w:t>par yeh tha ke assembly hoti thi.</w:t>
      </w:r>
    </w:p>
    <w:p>
      <w:pPr>
        <w:jc w:val="right"/>
      </w:pPr>
      <w:r>
        <w:t>پر یہ تھا کہ اسمبلی ہوتی تھی۔</w:t>
      </w:r>
    </w:p>
    <w:p>
      <w:r>
        <w:rPr>
          <w:b/>
        </w:rPr>
        <w:t xml:space="preserve">[39:18] </w:t>
      </w:r>
      <w:r>
        <w:t>gathering hoti thi.</w:t>
      </w:r>
    </w:p>
    <w:p>
      <w:pPr>
        <w:jc w:val="right"/>
      </w:pPr>
      <w:r>
        <w:t>گیدرنگ ہوتی تھی۔</w:t>
      </w:r>
    </w:p>
    <w:p>
      <w:r>
        <w:rPr>
          <w:b/>
        </w:rPr>
        <w:t xml:space="preserve">[39:22] </w:t>
      </w:r>
      <w:r>
        <w:t>yeh saare log aate the apne bulton ke jaise aaj India mein kaha jata hai darshan ke liye.</w:t>
      </w:r>
    </w:p>
    <w:p>
      <w:pPr>
        <w:jc w:val="right"/>
      </w:pPr>
      <w:r>
        <w:t>یہ سارے لوگ آتے تھے اپنے بتوں کے جیسے آج انڈیا میں کہا جاتا ہے درشن کے لیے۔</w:t>
      </w:r>
    </w:p>
    <w:p>
      <w:r>
        <w:rPr>
          <w:b/>
        </w:rPr>
        <w:t xml:space="preserve">[39:26] </w:t>
      </w:r>
      <w:r>
        <w:t>aur is ko nazr niaz ke liye.</w:t>
      </w:r>
    </w:p>
    <w:p>
      <w:pPr>
        <w:jc w:val="right"/>
      </w:pPr>
      <w:r>
        <w:t>اور اس کو نذر نیاز کے لیے۔</w:t>
      </w:r>
    </w:p>
    <w:p>
      <w:r>
        <w:rPr>
          <w:b/>
        </w:rPr>
        <w:t xml:space="preserve">[39:30] </w:t>
      </w:r>
      <w:r>
        <w:t>to is ka matlab kya tha? natural way mein wahan par aap ko ek audience mil raha tha.</w:t>
      </w:r>
    </w:p>
    <w:p>
      <w:pPr>
        <w:jc w:val="right"/>
      </w:pPr>
      <w:r>
        <w:t>تو اس کا مطلب کیا تھا؟ نیچرل وے میں وہاں پر آپ کو ایک آڈینس مل رہا تھا۔</w:t>
      </w:r>
    </w:p>
    <w:p>
      <w:r>
        <w:rPr>
          <w:b/>
        </w:rPr>
        <w:t xml:space="preserve">[39:33] </w:t>
      </w:r>
      <w:r>
        <w:t>natural way mein.</w:t>
      </w:r>
    </w:p>
    <w:p>
      <w:pPr>
        <w:jc w:val="right"/>
      </w:pPr>
      <w:r>
        <w:t>نیچرل وے میں۔</w:t>
      </w:r>
    </w:p>
    <w:p>
      <w:r>
        <w:rPr>
          <w:b/>
        </w:rPr>
        <w:t xml:space="preserve">[39:37] </w:t>
      </w:r>
      <w:r>
        <w:t>hum aap agar koi jalsa karein kahin</w:t>
      </w:r>
    </w:p>
    <w:p>
      <w:pPr>
        <w:jc w:val="right"/>
      </w:pPr>
      <w:r>
        <w:t>ہم آپ اگر کوئی جلسہ کریں کہیں</w:t>
      </w:r>
    </w:p>
    <w:p>
      <w:r>
        <w:rPr>
          <w:b/>
        </w:rPr>
        <w:t xml:space="preserve">[39:41] </w:t>
      </w:r>
      <w:r>
        <w:t>bahut koshish karein ge to wahan kuch log ikattha honge.</w:t>
      </w:r>
    </w:p>
    <w:p>
      <w:pPr>
        <w:jc w:val="right"/>
      </w:pPr>
      <w:r>
        <w:t>بہت کوشش کریں گے تو وہاں کچھ لوگ اکٹھا ہوں گے۔</w:t>
      </w:r>
    </w:p>
    <w:p>
      <w:r>
        <w:rPr>
          <w:b/>
        </w:rPr>
        <w:t xml:space="preserve">[39:45] </w:t>
      </w:r>
      <w:r>
        <w:t>lekin wahan par jo tha natural way mein ek assembly hoti thi ek meeting hoti thi ek gathering hoti thi.</w:t>
      </w:r>
    </w:p>
    <w:p>
      <w:pPr>
        <w:jc w:val="right"/>
      </w:pPr>
      <w:r>
        <w:t>لیکن وہاں پر جو تھا نیچرل وے میں ایک اسمبلی ہوتی تھی ایک میٹنگ ہوتی تھی ایک گیدرنگ ہوتی تھی۔</w:t>
      </w:r>
    </w:p>
    <w:p>
      <w:r>
        <w:rPr>
          <w:b/>
        </w:rPr>
        <w:t xml:space="preserve">[39:50] </w:t>
      </w:r>
      <w:r>
        <w:t>is tarah aap ko apne aap ek audience mil raha tha.</w:t>
      </w:r>
    </w:p>
    <w:p>
      <w:pPr>
        <w:jc w:val="right"/>
      </w:pPr>
      <w:r>
        <w:t>اس طرح آپ کو اپنے آپ ایک آڈینس مل رہا تھا۔</w:t>
      </w:r>
    </w:p>
    <w:p>
      <w:r>
        <w:rPr>
          <w:b/>
        </w:rPr>
        <w:t xml:space="preserve">[39:54] </w:t>
      </w:r>
      <w:r>
        <w:t>to aap diacotomy thinking nahin pade.</w:t>
      </w:r>
    </w:p>
    <w:p>
      <w:pPr>
        <w:jc w:val="right"/>
      </w:pPr>
      <w:r>
        <w:t>تو آپ ڈائیکاٹمک تھنکنگ نہیں پڑھے۔</w:t>
      </w:r>
    </w:p>
    <w:p>
      <w:r>
        <w:rPr>
          <w:b/>
        </w:rPr>
        <w:t xml:space="preserve">[39:58] </w:t>
      </w:r>
      <w:r>
        <w:t>balkeh ek third option liya aap ne.</w:t>
      </w:r>
    </w:p>
    <w:p>
      <w:pPr>
        <w:jc w:val="right"/>
      </w:pPr>
      <w:r>
        <w:t>بلکہ ایک تھرڈ آپشن لیا آپ نے۔</w:t>
      </w:r>
    </w:p>
    <w:p>
      <w:r>
        <w:rPr>
          <w:b/>
        </w:rPr>
        <w:t xml:space="preserve">[40:02] </w:t>
      </w:r>
      <w:r>
        <w:t>ke is ko ignore karo aur is audience ko address karo.</w:t>
      </w:r>
    </w:p>
    <w:p>
      <w:pPr>
        <w:jc w:val="right"/>
      </w:pPr>
      <w:r>
        <w:t>کہ اس کو اگنور کرو اور اس آڈینس کو ایڈریس کرو۔</w:t>
      </w:r>
    </w:p>
    <w:p>
      <w:r>
        <w:rPr>
          <w:b/>
        </w:rPr>
        <w:t xml:space="preserve">[40:07] </w:t>
      </w:r>
      <w:r>
        <w:t>jo aaj aap di</w:t>
      </w:r>
    </w:p>
    <w:p>
      <w:pPr>
        <w:jc w:val="right"/>
      </w:pPr>
      <w:r>
        <w:t>جو آج آپ ڈ</w:t>
      </w:r>
    </w:p>
    <w:p>
      <w:r>
        <w:rPr>
          <w:b/>
        </w:rPr>
        <w:t xml:space="preserve">[40:11] </w:t>
      </w:r>
      <w:r>
        <w:t>li jatay thay wahan dili wahan logon ko quran sunatay thay.</w:t>
      </w:r>
    </w:p>
    <w:p>
      <w:pPr>
        <w:jc w:val="right"/>
      </w:pPr>
      <w:r>
        <w:t>یلی جاتے تھے وہاں ڈیلی وہاں لوگوں کو قرآن سناتے تھے۔</w:t>
      </w:r>
    </w:p>
    <w:p>
      <w:r>
        <w:rPr>
          <w:b/>
        </w:rPr>
        <w:t xml:space="preserve">[40:15] </w:t>
      </w:r>
      <w:r>
        <w:t>aur is policy ki nateeja kya hua? ke wahan ke achay jo mind thay jitnay makkah ke sab</w:t>
      </w:r>
    </w:p>
    <w:p>
      <w:pPr>
        <w:jc w:val="right"/>
      </w:pPr>
      <w:r>
        <w:t>اور اس پالیسی کی نتیجہ کیا ہوا؟ کہ وہاں کے اچھے جو مائنڈ تھے جتنے مکہ کے سب</w:t>
      </w:r>
    </w:p>
    <w:p>
      <w:r>
        <w:rPr>
          <w:b/>
        </w:rPr>
        <w:t xml:space="preserve">[40:20] </w:t>
      </w:r>
      <w:r>
        <w:t>aap ke fold mein agaye.</w:t>
      </w:r>
    </w:p>
    <w:p>
      <w:pPr>
        <w:jc w:val="right"/>
      </w:pPr>
      <w:r>
        <w:t>آپ کے فولڈ میں آگئے۔</w:t>
      </w:r>
    </w:p>
    <w:p>
      <w:r>
        <w:rPr>
          <w:b/>
        </w:rPr>
        <w:t xml:space="preserve">[40:24] </w:t>
      </w:r>
      <w:r>
        <w:t>sab aap ke fold mein agaye.</w:t>
      </w:r>
    </w:p>
    <w:p>
      <w:pPr>
        <w:jc w:val="right"/>
      </w:pPr>
      <w:r>
        <w:t>سب آپ کے فولڈ میں آگئے۔</w:t>
      </w:r>
    </w:p>
    <w:p>
      <w:r>
        <w:rPr>
          <w:b/>
        </w:rPr>
        <w:t xml:space="preserve">[40:28] </w:t>
      </w:r>
      <w:r>
        <w:t>yahan tak ke aakhri zamanay mein yani hazrat khalid jo thay baray dushman thay bohat zabardast baad ko</w:t>
      </w:r>
    </w:p>
    <w:p>
      <w:pPr>
        <w:jc w:val="right"/>
      </w:pPr>
      <w:r>
        <w:t>یہاں تک کہ آخری زمانے میں یعنی حضرت خالد جو تھے بڑے دشمن تھے بہت زبردست بعد کو</w:t>
      </w:r>
    </w:p>
    <w:p>
      <w:r>
        <w:rPr>
          <w:b/>
        </w:rPr>
        <w:t xml:space="preserve">[40:33] </w:t>
      </w:r>
      <w:r>
        <w:t>woh bhi agaye aap ke sath.</w:t>
      </w:r>
    </w:p>
    <w:p>
      <w:pPr>
        <w:jc w:val="right"/>
      </w:pPr>
      <w:r>
        <w:t>وہ بھی آگئے آپ کے ساتھ۔</w:t>
      </w:r>
    </w:p>
    <w:p>
      <w:r>
        <w:rPr>
          <w:b/>
        </w:rPr>
        <w:t xml:space="preserve">[40:37] </w:t>
      </w:r>
      <w:r>
        <w:t>to aakhri zamanay mein jab woh ja rahay thay aap se</w:t>
      </w:r>
    </w:p>
    <w:p>
      <w:pPr>
        <w:jc w:val="right"/>
      </w:pPr>
      <w:r>
        <w:t>تو آخری زمانے میں جب وہ جا رہے تھے آپ سے</w:t>
      </w:r>
    </w:p>
    <w:p>
      <w:r>
        <w:rPr>
          <w:b/>
        </w:rPr>
        <w:t xml:space="preserve">[40:41] </w:t>
      </w:r>
      <w:r>
        <w:t>baiat karnay ke liye to aik shakhs ne poocha ke aap kahan ja rahay hain? to unhon ne</w:t>
      </w:r>
    </w:p>
    <w:p>
      <w:pPr>
        <w:jc w:val="right"/>
      </w:pPr>
      <w:r>
        <w:t>بیعت کرنے کے لیے تو ایک شخص نے پوچھا کہ آپ کہاں جا رہے ہیں؟ تو انہوں نے</w:t>
      </w:r>
    </w:p>
    <w:p>
      <w:r>
        <w:rPr>
          <w:b/>
        </w:rPr>
        <w:t xml:space="preserve">[40:45] </w:t>
      </w:r>
      <w:r>
        <w:t>kaha ke mein muhammad ke pas ja raha hoon.</w:t>
      </w:r>
    </w:p>
    <w:p>
      <w:pPr>
        <w:jc w:val="right"/>
      </w:pPr>
      <w:r>
        <w:t>کہا کہ میں محمد کے پاس جا رہا ہوں۔</w:t>
      </w:r>
    </w:p>
    <w:p>
      <w:r>
        <w:rPr>
          <w:b/>
        </w:rPr>
        <w:t xml:space="preserve">[40:49] </w:t>
      </w:r>
      <w:r>
        <w:t>us waqt jo dialogue hua tha woh dialogue kitabon mein parh saktay hain aap.</w:t>
      </w:r>
    </w:p>
    <w:p>
      <w:pPr>
        <w:jc w:val="right"/>
      </w:pPr>
      <w:r>
        <w:t>اس وقت جو ڈائیلاگ ہوا تھا وہ ڈائیلاگ کتابوں میں پڑھ سکتے ہیں آپ۔</w:t>
      </w:r>
    </w:p>
    <w:p>
      <w:r>
        <w:rPr>
          <w:b/>
        </w:rPr>
        <w:t xml:space="preserve">[40:53] </w:t>
      </w:r>
      <w:r>
        <w:t>to hazrat khalid ne kaha tha jo bohat hi general thay is zamanay ke top ke general thay</w:t>
      </w:r>
    </w:p>
    <w:p>
      <w:pPr>
        <w:jc w:val="right"/>
      </w:pPr>
      <w:r>
        <w:t>تو حضرت خالد نے کہا تھا جو بہت ہی جنرل تھے اس زمانے کے ٹاپ کے جنرل تھے</w:t>
      </w:r>
    </w:p>
    <w:p>
      <w:r>
        <w:rPr>
          <w:b/>
        </w:rPr>
        <w:t xml:space="preserve">[40:57] </w:t>
      </w:r>
      <w:r>
        <w:t>woh army general.</w:t>
      </w:r>
    </w:p>
    <w:p>
      <w:pPr>
        <w:jc w:val="right"/>
      </w:pPr>
      <w:r>
        <w:t>وہ آرمی جنرل۔</w:t>
      </w:r>
    </w:p>
    <w:p>
      <w:r>
        <w:rPr>
          <w:b/>
        </w:rPr>
        <w:t xml:space="preserve">[41:01] </w:t>
      </w:r>
      <w:r>
        <w:t>unhon ne kaha ke dakhalna fi islam film yaka ahad bi ta'man.</w:t>
      </w:r>
    </w:p>
    <w:p>
      <w:pPr>
        <w:jc w:val="right"/>
      </w:pPr>
      <w:r>
        <w:t>انہوں نے کہا کہ دخلنا فی الاسلام فلم یکاحد بہی طعماً۔</w:t>
      </w:r>
    </w:p>
    <w:p>
      <w:r>
        <w:rPr>
          <w:b/>
        </w:rPr>
        <w:t xml:space="preserve">[41:05] </w:t>
      </w:r>
      <w:r>
        <w:t>ہماری سوسائٹی کے جو people of taste تھے وہ سب چلے گئے یہاں سے۔</w:t>
      </w:r>
    </w:p>
    <w:p>
      <w:pPr>
        <w:jc w:val="right"/>
      </w:pPr>
      <w:r>
        <w:t>ہماری سوسائٹی کے جو پیپل آف ٹیسٹ تھے وہ سب چلے گئے یہاں سے۔</w:t>
      </w:r>
    </w:p>
    <w:p>
      <w:r>
        <w:rPr>
          <w:b/>
        </w:rPr>
        <w:t xml:space="preserve">[41:09] </w:t>
      </w:r>
      <w:r>
        <w:t>جس کو عربی میں کہتے ہیں man of taste</w:t>
      </w:r>
    </w:p>
    <w:p>
      <w:pPr>
        <w:jc w:val="right"/>
      </w:pPr>
      <w:r>
        <w:t>جس کو عربی میں کہتے ہیں من آف ٹیسٹ</w:t>
      </w:r>
    </w:p>
    <w:p>
      <w:r>
        <w:rPr>
          <w:b/>
        </w:rPr>
        <w:t xml:space="preserve">[41:12] </w:t>
      </w:r>
      <w:r>
        <w:t>۔ us ko urdu mein kehte hain sahib zaoq. english mein aap kehte hain man of taste. to jo bhi man of taste tha hamari society mein woh to chala gaya islam mein. ab kya hai aap to chhilka hain. to saare jo wahan par jo jo wahan par jo behtareen log thay woh sab aap ne chhaant liye un se. yeh tha aap ka yani agar aap dichotomy mein parhte dichot</w:t>
      </w:r>
    </w:p>
    <w:p>
      <w:pPr>
        <w:jc w:val="right"/>
      </w:pPr>
      <w:r>
        <w:t>۔ اس کو اردو میں کہتے ہیں صاحب ذوق۔ اردو ہم کہتے ہیں صاحب ذوق۔ انگلش میں آپ کہتے ہیں من آف ٹیسٹ۔ تو جو بھی من آف ٹیسٹ تھا ہماری سوسائٹی میں وہ تو چلا گیا اسلام میں۔ اب کیا ہے آپ تو چھلکا ہیں۔ تو سارے جو وہاں پر جو جو وہاں پر جو بہترین لوگ تھے وہ سب آپ نے چھانٹ لیے ان سے۔ یہ تھا آپ کا یعنی اگر آپ ڈائیکاٹمی میں پڑھتے ڈائیکا</w:t>
      </w:r>
    </w:p>
    <w:p>
      <w:r>
        <w:rPr>
          <w:b/>
        </w:rPr>
        <w:t xml:space="preserve">[41:42] </w:t>
      </w:r>
      <w:r>
        <w:t>omic thinking ke tehat aap apni planning karte to aap pehla kaam bhi karte buton ko todo. lekin aap ne aisa nahi kiya. aap ne aik third line nikali. third line yahi thi ke is audience ko avail karo. aur audience ko avail karne ki nateeja kya hua ke ke makkah ki society aap jante hain makkah jo tha us zamanay mein wohi wahan ka sab se bara city hua karta tha. saare achhe log</w:t>
      </w:r>
    </w:p>
    <w:p>
      <w:pPr>
        <w:jc w:val="right"/>
      </w:pPr>
      <w:r>
        <w:t>ٹمک تھنکنگ کے تحت آپ اپنی پلاننگ کرتے تو آپ پہلا کام بھی کرتے بتوں کو توڑو۔ لیکن آپ نے ایسا نہیں کیا۔ آپ نے ایک تھرڈ لائن نکالی۔ تھرڈ لائن یہی تھی کہ اس آڈینس کو اویل کرو۔ اور آڈینس کو اویل کرنے کی نتیجہ کیا ہوا کہ کہ مکے کی سوسائٹی آپ جانتے ہیں مکہ جو تھا اس زمانے میں وہی وہاں کا سب سے بڑا سٹی ہوا کرتا تھا۔ سارے اچھے لوگ</w:t>
      </w:r>
    </w:p>
    <w:p>
      <w:r>
        <w:rPr>
          <w:b/>
        </w:rPr>
        <w:t xml:space="preserve">[42:12] </w:t>
      </w:r>
      <w:r>
        <w:t>wohin hua karte thay. kyunke leadership wahin thi. arab ki leadership jo thi woh makkah mein thi. quraish jo thay woh makkah ke leader thay. to khalid ne yeh keh kar ke is ko ya is ko aitraf kiya is ko acknowledge kiya ke dakhulna fil islam film yak ahad bihi ta'am. apna jo samajh tha apni jo society thi apna jo makkah ka jo log thay is mein saare ach</w:t>
      </w:r>
    </w:p>
    <w:p>
      <w:pPr>
        <w:jc w:val="right"/>
      </w:pPr>
      <w:r>
        <w:t>وہیں ہوا کرتے تھے۔ کیونکہ لیڈرشپ وہیں تھی۔ عرب کی لیڈرشپ جو تھی وہ مکہ میں تھی۔ قریش جو تھے وہ مکہ کے لیڈر تھے۔ تو خالد نے یہ کہہ کر کے اس کو یا اس کو اعتراف کیا اس کو اکنالج کیا کہ دخلنا فی الاسلام فلم یکاحد بہی طعماً۔ اپنا جو سماج تھا اپنی جو سوسائٹی تھی اپنا جو مکے کا جو لوگ تھے اس میں سارے اچھ</w:t>
      </w:r>
    </w:p>
    <w:p>
      <w:r>
        <w:rPr>
          <w:b/>
        </w:rPr>
        <w:t xml:space="preserve">[42:42] </w:t>
      </w:r>
      <w:r>
        <w:t>he log to nikal gaye. woh chale gaye muhammad ke paas. is liye mein bhi ja raha hoon muhammad ke paas. kya zabardast yeh wisdom hai is ke andar aap sochiye. kitni zabardast wisdom hai yeh. poori rasool allah ki poori zindagi isi mein is se trace hoti hai. aur poori history mein aap dekhiye poori history mein agar kisi ne koi kaam kiya hai to wohi shakhs tha jo dichotomous th</w:t>
      </w:r>
    </w:p>
    <w:p>
      <w:pPr>
        <w:jc w:val="right"/>
      </w:pPr>
      <w:r>
        <w:t>ے لوگ تو نکل گئے۔ وہ چلے گئے محمد کے پاس۔ اس لیے میں بھی جا رہا ہوں محمد کے پاس۔ کیا زبردست یہ وزڈم ہے اس کے اندر آپ سوچیے۔ کتنی زبردست وزڈم ہے یہ۔ پوری رسول اللہ کی پوری زندگی اسی میں اس سے ٹریس ہوتی ہے۔ اور پوری ہسٹری میں آپ دیکھیے پوری ہسٹری میں اگر کسی نے کوئی کام کیا ہے تو وہی شخص تھا جو ڈائیکاٹمک تھ</w:t>
      </w:r>
    </w:p>
    <w:p>
      <w:r>
        <w:rPr>
          <w:b/>
        </w:rPr>
        <w:t xml:space="preserve">[43:12] </w:t>
      </w:r>
      <w:r>
        <w:t>nicking ka victim nahi bana.</w:t>
      </w:r>
    </w:p>
    <w:p>
      <w:pPr>
        <w:jc w:val="right"/>
      </w:pPr>
      <w:r>
        <w:t>نکنگ کا وکٹم نہیں بنا۔</w:t>
      </w:r>
    </w:p>
    <w:p>
      <w:r>
        <w:rPr>
          <w:b/>
        </w:rPr>
        <w:t xml:space="preserve">[43:16] </w:t>
      </w:r>
      <w:r>
        <w:t>jo victim ban gaya us ne kuch kaam nahi kiya.</w:t>
      </w:r>
    </w:p>
    <w:p>
      <w:pPr>
        <w:jc w:val="right"/>
      </w:pPr>
      <w:r>
        <w:t>جو وکٹم بن گیا اس نے کچھ کام نہیں کیا۔</w:t>
      </w:r>
    </w:p>
    <w:p>
      <w:r>
        <w:rPr>
          <w:b/>
        </w:rPr>
        <w:t xml:space="preserve">[43:20] </w:t>
      </w:r>
      <w:r>
        <w:t>itna bara mind tha Socrates bohat hi bara mind tha.</w:t>
      </w:r>
    </w:p>
    <w:p>
      <w:pPr>
        <w:jc w:val="right"/>
      </w:pPr>
      <w:r>
        <w:t>اتنا بڑا مائنڈ تھا سوکریٹیز بہت ہی بڑا مائنڈ تھا۔</w:t>
      </w:r>
    </w:p>
    <w:p>
      <w:r>
        <w:rPr>
          <w:b/>
        </w:rPr>
        <w:t xml:space="preserve">[43:23] </w:t>
      </w:r>
      <w:r>
        <w:t>lekin us ko zehar ka piyala peena para aap jantay hain.</w:t>
      </w:r>
    </w:p>
    <w:p>
      <w:pPr>
        <w:jc w:val="right"/>
      </w:pPr>
      <w:r>
        <w:t>لیکن اس کو زہر کا پیالہ پینا پڑا آپ جانتے ہیں۔</w:t>
      </w:r>
    </w:p>
    <w:p>
      <w:r>
        <w:rPr>
          <w:b/>
        </w:rPr>
        <w:t xml:space="preserve">[43:27] </w:t>
      </w:r>
      <w:r>
        <w:t>کیوں؟ میں نے تو unnecessary طور پر وہ وہاں جو جو جو ruling class تھا وہاں کا</w:t>
      </w:r>
    </w:p>
    <w:p>
      <w:pPr>
        <w:jc w:val="right"/>
      </w:pPr>
      <w:r>
        <w:t>کیوں؟ میں نے تو ان نیسیسری طور پر وہ وہاں جو جو جو رولنگ کلاس تھا وہاں کا</w:t>
      </w:r>
    </w:p>
    <w:p>
      <w:r>
        <w:rPr>
          <w:b/>
        </w:rPr>
        <w:t xml:space="preserve">[43:30] </w:t>
      </w:r>
      <w:r>
        <w:t>us par criticizing karnay laga hoon.</w:t>
      </w:r>
    </w:p>
    <w:p>
      <w:pPr>
        <w:jc w:val="right"/>
      </w:pPr>
      <w:r>
        <w:t>اس پر کریٹیسائز کرنے لگا ہوں۔</w:t>
      </w:r>
    </w:p>
    <w:p>
      <w:r>
        <w:rPr>
          <w:b/>
        </w:rPr>
        <w:t xml:space="preserve">[43:34] </w:t>
      </w:r>
      <w:r>
        <w:t>haan us ki koi zaroorat hi nahi thi.</w:t>
      </w:r>
    </w:p>
    <w:p>
      <w:pPr>
        <w:jc w:val="right"/>
      </w:pPr>
      <w:r>
        <w:t>ہاں اس کی کوئی ضرورت ہی نہیں تھی۔</w:t>
      </w:r>
    </w:p>
    <w:p>
      <w:r>
        <w:rPr>
          <w:b/>
        </w:rPr>
        <w:t xml:space="preserve">[43:37] </w:t>
      </w:r>
      <w:r>
        <w:t>woh apnay naujawanon ko train karta.</w:t>
      </w:r>
    </w:p>
    <w:p>
      <w:pPr>
        <w:jc w:val="right"/>
      </w:pPr>
      <w:r>
        <w:t>وہ اپنے نوجوانوں کو ٹرین کرتا۔</w:t>
      </w:r>
    </w:p>
    <w:p>
      <w:r>
        <w:rPr>
          <w:b/>
        </w:rPr>
        <w:t xml:space="preserve">[43:41] </w:t>
      </w:r>
      <w:r>
        <w:t>logon ko learning barhata.</w:t>
      </w:r>
    </w:p>
    <w:p>
      <w:pPr>
        <w:jc w:val="right"/>
      </w:pPr>
      <w:r>
        <w:t>لوگوں کو لرننگ بڑھاتا۔</w:t>
      </w:r>
    </w:p>
    <w:p>
      <w:r>
        <w:rPr>
          <w:b/>
        </w:rPr>
        <w:t xml:space="preserve">[43:44] </w:t>
      </w:r>
      <w:r>
        <w:t>yeh us ka yeh yeh us ke liye khula yeh option khula hua tha us ke liye.</w:t>
      </w:r>
    </w:p>
    <w:p>
      <w:pPr>
        <w:jc w:val="right"/>
      </w:pPr>
      <w:r>
        <w:t>یہ اس کا یہ یہ اس کے لیے کھلا یہ آپشن کھلا ہوا تھا اس کے لیے۔</w:t>
      </w:r>
    </w:p>
    <w:p>
      <w:r>
        <w:rPr>
          <w:b/>
        </w:rPr>
        <w:t xml:space="preserve">[43:49] </w:t>
      </w:r>
      <w:r>
        <w:t>to poori history mein maine dekha hai mein keh sakta hoon poori history mein ke jo log</w:t>
      </w:r>
    </w:p>
    <w:p>
      <w:pPr>
        <w:jc w:val="right"/>
      </w:pPr>
      <w:r>
        <w:t>تو پوری ہسٹری میں میں نے دیکھا ہے میں کہہ سکتا ہوں پوری ہسٹری میں کہ جو لوگ</w:t>
      </w:r>
    </w:p>
    <w:p>
      <w:r>
        <w:rPr>
          <w:b/>
        </w:rPr>
        <w:t xml:space="preserve">[43:54] </w:t>
      </w:r>
      <w:r>
        <w:t>diaclectic thinking mein phansay woh koi bara result nahi dikha sakay.</w:t>
      </w:r>
    </w:p>
    <w:p>
      <w:pPr>
        <w:jc w:val="right"/>
      </w:pPr>
      <w:r>
        <w:t>ڈائیکاٹمک تھنکنگ میں پھنسے وہ کوئی بڑا رزلٹ نہیں دکھا سکے۔</w:t>
      </w:r>
    </w:p>
    <w:p>
      <w:r>
        <w:rPr>
          <w:b/>
        </w:rPr>
        <w:t xml:space="preserve">[43:59] </w:t>
      </w:r>
      <w:r>
        <w:t>hamare apne mulk mein aap dekhiye ke maine do do naam liye aap ko doctor ram manohar</w:t>
      </w:r>
    </w:p>
    <w:p>
      <w:pPr>
        <w:jc w:val="right"/>
      </w:pPr>
      <w:r>
        <w:t>ہمارے اپنے દેશ میں آپ دیکھیے کہ میں نے دو دو نام لیے آپ کو ڈاکٹر رام منور</w:t>
      </w:r>
    </w:p>
    <w:p>
      <w:r>
        <w:rPr>
          <w:b/>
        </w:rPr>
        <w:t xml:space="preserve">[44:04] </w:t>
      </w:r>
      <w:r>
        <w:t>laihia aur jay prakash narayan.</w:t>
      </w:r>
    </w:p>
    <w:p>
      <w:pPr>
        <w:jc w:val="right"/>
      </w:pPr>
      <w:r>
        <w:t>لہیہ اور جے پرداش نارائن۔</w:t>
      </w:r>
    </w:p>
    <w:p>
      <w:r>
        <w:rPr>
          <w:b/>
        </w:rPr>
        <w:t xml:space="preserve">[44:09] </w:t>
      </w:r>
      <w:r>
        <w:t>doctor ram manohar laihia itna bada aadmi tha ke us ke us ke articles</w:t>
      </w:r>
    </w:p>
    <w:p>
      <w:pPr>
        <w:jc w:val="right"/>
      </w:pPr>
      <w:r>
        <w:t>ڈاکٹر رام منور لہیہ اتنا بڑا آدمی تھا کہ اس کے اس کے آرٹیکلز</w:t>
      </w:r>
    </w:p>
    <w:p>
      <w:r>
        <w:rPr>
          <w:b/>
        </w:rPr>
        <w:t xml:space="preserve">[44:14] </w:t>
      </w:r>
      <w:r>
        <w:t>ka ek compilation chhapa gaya.</w:t>
      </w:r>
    </w:p>
    <w:p>
      <w:pPr>
        <w:jc w:val="right"/>
      </w:pPr>
      <w:r>
        <w:t>کا ایک کمپائلشن چھپایا گیا۔</w:t>
      </w:r>
    </w:p>
    <w:p>
      <w:r>
        <w:rPr>
          <w:b/>
        </w:rPr>
        <w:t xml:space="preserve">[44:19] </w:t>
      </w:r>
      <w:r>
        <w:t>us ka naam hai da fragments of a world mind.</w:t>
      </w:r>
    </w:p>
    <w:p>
      <w:pPr>
        <w:jc w:val="right"/>
      </w:pPr>
      <w:r>
        <w:t>اس کا نام ہے دا فرائیگمنٹس آف اے ورلڈ مائنڈ۔</w:t>
      </w:r>
    </w:p>
    <w:p>
      <w:r>
        <w:rPr>
          <w:b/>
        </w:rPr>
        <w:t xml:space="preserve">[44:23] </w:t>
      </w:r>
      <w:r>
        <w:t>da fragments of a world mind.</w:t>
      </w:r>
    </w:p>
    <w:p>
      <w:pPr>
        <w:jc w:val="right"/>
      </w:pPr>
      <w:r>
        <w:t>دا فرائیگمنٹس آف اے ورلڈ مائنڈ۔</w:t>
      </w:r>
    </w:p>
    <w:p>
      <w:r>
        <w:rPr>
          <w:b/>
        </w:rPr>
        <w:t xml:space="preserve">[44:27] </w:t>
      </w:r>
      <w:r>
        <w:t>jay prakash narayan ko woh lok nayak ka title mila.</w:t>
      </w:r>
    </w:p>
    <w:p>
      <w:pPr>
        <w:jc w:val="right"/>
      </w:pPr>
      <w:r>
        <w:t>جے پرداش نارائن کو وہ لوک نائیک کا ٹائٹل ملا۔</w:t>
      </w:r>
    </w:p>
    <w:p>
      <w:r>
        <w:rPr>
          <w:b/>
        </w:rPr>
        <w:t xml:space="preserve">[44:32] </w:t>
      </w:r>
      <w:r>
        <w:t>lekin kya hai bas congress ko harayo yahi in ka slogan tha.</w:t>
      </w:r>
    </w:p>
    <w:p>
      <w:pPr>
        <w:jc w:val="right"/>
      </w:pPr>
      <w:r>
        <w:t>لیکن کیا ہے بس کانگریس کو ہراؤ یہی ان کا سلوگن تھا۔</w:t>
      </w:r>
    </w:p>
    <w:p>
      <w:r>
        <w:rPr>
          <w:b/>
        </w:rPr>
        <w:t xml:space="preserve">[44:36] </w:t>
      </w:r>
      <w:r>
        <w:t>jo kehte hain non congressism.</w:t>
      </w:r>
    </w:p>
    <w:p>
      <w:pPr>
        <w:jc w:val="right"/>
      </w:pPr>
      <w:r>
        <w:t>جو کہتے ہیں نان کانگریسزم۔</w:t>
      </w:r>
    </w:p>
    <w:p>
      <w:r>
        <w:rPr>
          <w:b/>
        </w:rPr>
        <w:t xml:space="preserve">[44:40] </w:t>
      </w:r>
      <w:r>
        <w:t>bahut bade bade kaam kar sakte the. yahan</w:t>
      </w:r>
    </w:p>
    <w:p>
      <w:pPr>
        <w:jc w:val="right"/>
      </w:pPr>
      <w:r>
        <w:t>بہت بڑے بڑے کام کر سکتے تھے۔ یہاں</w:t>
      </w:r>
    </w:p>
    <w:p>
      <w:r>
        <w:rPr>
          <w:b/>
        </w:rPr>
        <w:t xml:space="preserve">[44:44] </w:t>
      </w:r>
      <w:r>
        <w:t>par main add karunga saddam hussain ke mamle ko.</w:t>
      </w:r>
    </w:p>
    <w:p>
      <w:pPr>
        <w:jc w:val="right"/>
      </w:pPr>
      <w:r>
        <w:t>پر میں ایڈ کروں گا صدام حسین کے معاملے کو۔</w:t>
      </w:r>
    </w:p>
    <w:p>
      <w:r>
        <w:rPr>
          <w:b/>
        </w:rPr>
        <w:t xml:space="preserve">[44:51] </w:t>
      </w:r>
      <w:r>
        <w:t>saddam hussain aap jante hain ke iraq mein woh woh the yani dictator the woh twenty two years tak.</w:t>
      </w:r>
    </w:p>
    <w:p>
      <w:pPr>
        <w:jc w:val="right"/>
      </w:pPr>
      <w:r>
        <w:t>صدام حسین آپ جانتے ہیں کہ عراق میں وہ وہ تھے یعنی ڈکٹیٹر تھے وہ ٹوئنٹی ٹو ایئرز تک۔</w:t>
      </w:r>
    </w:p>
    <w:p>
      <w:r>
        <w:rPr>
          <w:b/>
        </w:rPr>
        <w:t xml:space="preserve">[44:57] </w:t>
      </w:r>
      <w:r>
        <w:t>yani woh elect ho kar nahi aaye the lekin phir bhi aise halaat the ke un mein woh</w:t>
      </w:r>
    </w:p>
    <w:p>
      <w:pPr>
        <w:jc w:val="right"/>
      </w:pPr>
      <w:r>
        <w:t>یعنی وہ الیکٹ ہو کر نہیں آئے تھے لیکن پھر بھی ایسے حالات تھے کہ ان میں وہ</w:t>
      </w:r>
    </w:p>
    <w:p>
      <w:r>
        <w:rPr>
          <w:b/>
        </w:rPr>
        <w:t xml:space="preserve">[45:03] </w:t>
      </w:r>
      <w:r>
        <w:t>dictator ban gaye.</w:t>
      </w:r>
    </w:p>
    <w:p>
      <w:pPr>
        <w:jc w:val="right"/>
      </w:pPr>
      <w:r>
        <w:t>ڈکٹیٹر بن گئے۔</w:t>
      </w:r>
    </w:p>
    <w:p>
      <w:r>
        <w:rPr>
          <w:b/>
        </w:rPr>
        <w:t xml:space="preserve">[45:09] </w:t>
      </w:r>
      <w:r>
        <w:t>twenty two years tak woh</w:t>
      </w:r>
    </w:p>
    <w:p>
      <w:pPr>
        <w:jc w:val="right"/>
      </w:pPr>
      <w:r>
        <w:t>ٹوئنٹی ٹو ایئرز تک وہ</w:t>
      </w:r>
    </w:p>
    <w:p>
      <w:r>
        <w:rPr>
          <w:b/>
        </w:rPr>
        <w:t xml:space="preserve">[45:15] </w:t>
      </w:r>
      <w:r>
        <w:t>rule karte rahe.</w:t>
      </w:r>
    </w:p>
    <w:p>
      <w:pPr>
        <w:jc w:val="right"/>
      </w:pPr>
      <w:r>
        <w:t>رول کرتے رہے۔</w:t>
      </w:r>
    </w:p>
    <w:p>
      <w:r>
        <w:rPr>
          <w:b/>
        </w:rPr>
        <w:t xml:space="preserve">[45:20] </w:t>
      </w:r>
      <w:r>
        <w:t>phir kya hua ke america ko sahih ya galat un ke bare mein yeh soch bani ke inhi</w:t>
      </w:r>
    </w:p>
    <w:p>
      <w:pPr>
        <w:jc w:val="right"/>
      </w:pPr>
      <w:r>
        <w:t>پھر کیا ہوا کہ امریکہ کو صحیح یا غلط ان کے بارے میں یہ سوچ بنی کہ انہی</w:t>
      </w:r>
    </w:p>
    <w:p>
      <w:r>
        <w:rPr>
          <w:b/>
        </w:rPr>
        <w:t xml:space="preserve">[45:25] </w:t>
      </w:r>
      <w:r>
        <w:t>yahi sara america ke khilaf jo ho raha hai september eleven waghera woh sab ki jar yeh hain saddam hussain.</w:t>
      </w:r>
    </w:p>
    <w:p>
      <w:pPr>
        <w:jc w:val="right"/>
      </w:pPr>
      <w:r>
        <w:t>یہی سارا امریکہ کے خلاف جو ہو رہا ہے ستمبر الیون وغیرہ وہ سب کی جڑ یہ ہیں صدام حسین۔</w:t>
      </w:r>
    </w:p>
    <w:p>
      <w:r>
        <w:rPr>
          <w:b/>
        </w:rPr>
        <w:t xml:space="preserve">[45:30] </w:t>
      </w:r>
      <w:r>
        <w:t>sahih ya galat ki baat alag hai lekin bahal us ko yeh us ke zariye soch aayi america ke andar.</w:t>
      </w:r>
    </w:p>
    <w:p>
      <w:pPr>
        <w:jc w:val="right"/>
      </w:pPr>
      <w:r>
        <w:t>صحیح یا غلط کی بات الگ ہے لیکن بہرحال اس کو یہ اس کے ذریعے سوچ آئی امریکہ کے اندر۔</w:t>
      </w:r>
    </w:p>
    <w:p>
      <w:r>
        <w:rPr>
          <w:b/>
        </w:rPr>
        <w:t xml:space="preserve">[45:35] </w:t>
      </w:r>
      <w:r>
        <w:t>toh us ne chaha ke saddam hussain ko power se hataye.</w:t>
      </w:r>
    </w:p>
    <w:p>
      <w:pPr>
        <w:jc w:val="right"/>
      </w:pPr>
      <w:r>
        <w:t>تو اس نے چاہا کہ صدام حسین کو پاور سے ہٹائے۔</w:t>
      </w:r>
    </w:p>
    <w:p>
      <w:r>
        <w:rPr>
          <w:b/>
        </w:rPr>
        <w:t xml:space="preserve">[45:40] </w:t>
      </w:r>
      <w:r>
        <w:t>power se hataya us ne</w:t>
      </w:r>
    </w:p>
    <w:p>
      <w:pPr>
        <w:jc w:val="right"/>
      </w:pPr>
      <w:r>
        <w:t>پاور سے ہٹایا اس نے</w:t>
      </w:r>
    </w:p>
    <w:p>
      <w:r>
        <w:rPr>
          <w:b/>
        </w:rPr>
        <w:t xml:space="preserve">[45:45] </w:t>
      </w:r>
      <w:r>
        <w:t>kaha ke tum gaddi chhodo.</w:t>
      </w:r>
    </w:p>
    <w:p>
      <w:pPr>
        <w:jc w:val="right"/>
      </w:pPr>
      <w:r>
        <w:t>کہا کہ تم گدی چھوڑو۔</w:t>
      </w:r>
    </w:p>
    <w:p>
      <w:r>
        <w:rPr>
          <w:b/>
        </w:rPr>
        <w:t xml:space="preserve">[45:49] </w:t>
      </w:r>
      <w:r>
        <w:t>toh gaddi chhodo jab kaha unhone toh unhone kaha ke saddam hussain ne kya kiya ke</w:t>
      </w:r>
    </w:p>
    <w:p>
      <w:pPr>
        <w:jc w:val="right"/>
      </w:pPr>
      <w:r>
        <w:t>تو گدی چھوڑو جب کہا انہوں نے تو انہوں نے کہا کہ صدام حسین نے کیا کیا کہ</w:t>
      </w:r>
    </w:p>
    <w:p>
      <w:r>
        <w:rPr>
          <w:b/>
        </w:rPr>
        <w:t xml:space="preserve">[45:52] </w:t>
      </w:r>
      <w:r>
        <w:t>umm al-ma'arik chhed di unhone.</w:t>
      </w:r>
    </w:p>
    <w:p>
      <w:pPr>
        <w:jc w:val="right"/>
      </w:pPr>
      <w:r>
        <w:t>ام المعارک چھیڑ دی انہوں نے۔</w:t>
      </w:r>
    </w:p>
    <w:p>
      <w:r>
        <w:rPr>
          <w:b/>
        </w:rPr>
        <w:t xml:space="preserve">[45:56] </w:t>
      </w:r>
      <w:r>
        <w:t>america ke khilaf ek jang chhedi unhone us ka naam rakha unhone umm al-ma'arik.</w:t>
      </w:r>
    </w:p>
    <w:p>
      <w:pPr>
        <w:jc w:val="right"/>
      </w:pPr>
      <w:r>
        <w:t>امریکہ کے خلاف ایک جنگ چھیڑی انہوں نے اس کا نام رکھا انہوں نے ام المعارک۔</w:t>
      </w:r>
    </w:p>
    <w:p>
      <w:r>
        <w:rPr>
          <w:b/>
        </w:rPr>
        <w:t xml:space="preserve">[46:00] </w:t>
      </w:r>
      <w:r>
        <w:t>yani sab se bari history ki sab se bari jang.</w:t>
      </w:r>
    </w:p>
    <w:p>
      <w:pPr>
        <w:jc w:val="right"/>
      </w:pPr>
      <w:r>
        <w:t>یعنی سب سے بڑی ہسٹری کی سب سے بڑی جنگ۔</w:t>
      </w:r>
    </w:p>
    <w:p>
      <w:r>
        <w:rPr>
          <w:b/>
        </w:rPr>
        <w:t xml:space="preserve">[46:04] </w:t>
      </w:r>
      <w:r>
        <w:t>history ki sab se bari jang Umm al-Ma'arik.</w:t>
      </w:r>
    </w:p>
    <w:p>
      <w:pPr>
        <w:jc w:val="right"/>
      </w:pPr>
      <w:r>
        <w:t>ہسٹری کی سب سے بڑی جنگ ام المعارک۔</w:t>
      </w:r>
    </w:p>
    <w:p>
      <w:r>
        <w:rPr>
          <w:b/>
        </w:rPr>
        <w:t xml:space="preserve">[46:07] </w:t>
      </w:r>
      <w:r>
        <w:t>اب دیکھیے یہ dichotomic thinking تھی۔</w:t>
      </w:r>
    </w:p>
    <w:p>
      <w:pPr>
        <w:jc w:val="right"/>
      </w:pPr>
      <w:r>
        <w:t>اب دیکھیے یہ ڈائیکاٹمک تھنکنگ تھی۔</w:t>
      </w:r>
    </w:p>
    <w:p>
      <w:r>
        <w:rPr>
          <w:b/>
        </w:rPr>
        <w:t xml:space="preserve">[46:11] </w:t>
      </w:r>
      <w:r>
        <w:t>ek tha yeh problem ke amrik</w:t>
      </w:r>
    </w:p>
    <w:p>
      <w:pPr>
        <w:jc w:val="right"/>
      </w:pPr>
      <w:r>
        <w:t>ایک تھا یہ پرابلم کہ امریک</w:t>
      </w:r>
    </w:p>
    <w:p>
      <w:r>
        <w:rPr>
          <w:b/>
        </w:rPr>
        <w:t xml:space="preserve">[46:15] </w:t>
      </w:r>
      <w:r>
        <w:t>ne kaha ke tum gaddi chhoro.</w:t>
      </w:r>
    </w:p>
    <w:p>
      <w:pPr>
        <w:jc w:val="right"/>
      </w:pPr>
      <w:r>
        <w:t>ہ نے کہا کہ تم گدی چھوڑو۔</w:t>
      </w:r>
    </w:p>
    <w:p>
      <w:r>
        <w:rPr>
          <w:b/>
        </w:rPr>
        <w:t xml:space="preserve">[46:18] </w:t>
      </w:r>
      <w:r>
        <w:t>react kar ke unhone kya banaya ke hum to tumhein bhi hum chhudwayenge.</w:t>
      </w:r>
    </w:p>
    <w:p>
      <w:pPr>
        <w:jc w:val="right"/>
      </w:pPr>
      <w:r>
        <w:t>ری ایکٹ کر کے انہوں نے کیا بنایا کہ ہم تو تمہیں بھی ہم چھڑوائیں گے۔</w:t>
      </w:r>
    </w:p>
    <w:p>
      <w:r>
        <w:rPr>
          <w:b/>
        </w:rPr>
        <w:t xml:space="preserve">[46:22] </w:t>
      </w:r>
      <w:r>
        <w:t>hum tumhein bhi maren ge.</w:t>
      </w:r>
    </w:p>
    <w:p>
      <w:pPr>
        <w:jc w:val="right"/>
      </w:pPr>
      <w:r>
        <w:t>ہم تمہیں بھی ماریں گے۔</w:t>
      </w:r>
    </w:p>
    <w:p>
      <w:r>
        <w:rPr>
          <w:b/>
        </w:rPr>
        <w:t xml:space="preserve">[46:25] </w:t>
      </w:r>
      <w:r>
        <w:t>hum Umm al-Ma'arik chheren ge tumhare khilaf.</w:t>
      </w:r>
    </w:p>
    <w:p>
      <w:pPr>
        <w:jc w:val="right"/>
      </w:pPr>
      <w:r>
        <w:t>ہم ام المعارک چھیڑیں گے تمہارے خلاف۔</w:t>
      </w:r>
    </w:p>
    <w:p>
      <w:r>
        <w:rPr>
          <w:b/>
        </w:rPr>
        <w:t xml:space="preserve">[46:28] </w:t>
      </w:r>
      <w:r>
        <w:t>تو Saddam Hussein jo the, woh dichotomic thinking mein phans gaye.</w:t>
      </w:r>
    </w:p>
    <w:p>
      <w:pPr>
        <w:jc w:val="right"/>
      </w:pPr>
      <w:r>
        <w:t>تو صدام حسین جو تھے وہ ڈائیکاٹمک تھنکنگ میں پھنس گئے۔</w:t>
      </w:r>
    </w:p>
    <w:p>
      <w:r>
        <w:rPr>
          <w:b/>
        </w:rPr>
        <w:t xml:space="preserve">[46:32] </w:t>
      </w:r>
      <w:r>
        <w:t>un ke liye ek third option tha.</w:t>
      </w:r>
    </w:p>
    <w:p>
      <w:pPr>
        <w:jc w:val="right"/>
      </w:pPr>
      <w:r>
        <w:t>ان کے لیے ایک تھرڈ آپشن تھا۔</w:t>
      </w:r>
    </w:p>
    <w:p>
      <w:r>
        <w:rPr>
          <w:b/>
        </w:rPr>
        <w:t xml:space="preserve">[46:35] </w:t>
      </w:r>
      <w:r>
        <w:t>bohat hi bara third option.</w:t>
      </w:r>
    </w:p>
    <w:p>
      <w:pPr>
        <w:jc w:val="right"/>
      </w:pPr>
      <w:r>
        <w:t>بہت ہی بڑا تھرڈ آپشن۔</w:t>
      </w:r>
    </w:p>
    <w:p>
      <w:r>
        <w:rPr>
          <w:b/>
        </w:rPr>
        <w:t xml:space="preserve">[46:38] </w:t>
      </w:r>
      <w:r>
        <w:t>woh kya tha? Iraq mein un ke paas eight palaces the aath palace.</w:t>
      </w:r>
    </w:p>
    <w:p>
      <w:pPr>
        <w:jc w:val="right"/>
      </w:pPr>
      <w:r>
        <w:t>وہ کیا تھا؟ عراق میں ان کے پاس ایٹ پیلسز تھے آٹھ پیلس۔</w:t>
      </w:r>
    </w:p>
    <w:p>
      <w:r>
        <w:rPr>
          <w:b/>
        </w:rPr>
        <w:t xml:space="preserve">[46:42] </w:t>
      </w:r>
      <w:r>
        <w:t>bohat hi bar</w:t>
      </w:r>
    </w:p>
    <w:p>
      <w:pPr>
        <w:jc w:val="right"/>
      </w:pPr>
      <w:r>
        <w:t>بہت ہی بڑ</w:t>
      </w:r>
    </w:p>
    <w:p>
      <w:r>
        <w:rPr>
          <w:b/>
        </w:rPr>
        <w:t xml:space="preserve">[46:45] </w:t>
      </w:r>
      <w:r>
        <w:t>e bare palace.</w:t>
      </w:r>
    </w:p>
    <w:p>
      <w:pPr>
        <w:jc w:val="right"/>
      </w:pPr>
      <w:r>
        <w:t>ے بڑے پیلس۔</w:t>
      </w:r>
    </w:p>
    <w:p>
      <w:r>
        <w:rPr>
          <w:b/>
        </w:rPr>
        <w:t xml:space="preserve">[46:50] </w:t>
      </w:r>
      <w:r>
        <w:t>woh yeh kar sakte the abhi bhi un ke paas bohat paisa tha Saddam Hussein ke paas.</w:t>
      </w:r>
    </w:p>
    <w:p>
      <w:pPr>
        <w:jc w:val="right"/>
      </w:pPr>
      <w:r>
        <w:t>وہ یہ کر سکتے تھے ابھی بھی ان کے پاس بہت پیسہ تھا صدام حسین کے پاس۔</w:t>
      </w:r>
    </w:p>
    <w:p>
      <w:r>
        <w:rPr>
          <w:b/>
        </w:rPr>
        <w:t xml:space="preserve">[46:55] </w:t>
      </w:r>
      <w:r>
        <w:t>kaha jata hai kai billion dollar un ke paas the tab bhi.</w:t>
      </w:r>
    </w:p>
    <w:p>
      <w:pPr>
        <w:jc w:val="right"/>
      </w:pPr>
      <w:r>
        <w:t>کہا جاتا ہے کئی بلین ڈالر ان کے پاس تھے تب بھی۔</w:t>
      </w:r>
    </w:p>
    <w:p>
      <w:r>
        <w:rPr>
          <w:b/>
        </w:rPr>
        <w:t xml:space="preserve">[47:00] </w:t>
      </w:r>
      <w:r>
        <w:t>تو وہ یہ کر سکتے تھے کہ اپنے eight palaces کو convert کر دیتے کالج میں۔</w:t>
      </w:r>
    </w:p>
    <w:p>
      <w:pPr>
        <w:jc w:val="right"/>
      </w:pPr>
      <w:r>
        <w:t>تو وہ یہ کر سکتے تھے کہ اپنے آٹھ پیلس کو کنورٹ کر دیتے کالج میں۔</w:t>
      </w:r>
    </w:p>
    <w:p>
      <w:r>
        <w:rPr>
          <w:b/>
        </w:rPr>
        <w:t xml:space="preserve">[47:05] </w:t>
      </w:r>
      <w:r>
        <w:t>یعنی Saddam Hussein Iraq mein eight standard ke college bana sakte the.</w:t>
      </w:r>
    </w:p>
    <w:p>
      <w:pPr>
        <w:jc w:val="right"/>
      </w:pPr>
      <w:r>
        <w:t>یعنی صدام حسین عراق میں آٹھ اسٹینڈرڈ کے کالج بنا سکتے تھے۔</w:t>
      </w:r>
    </w:p>
    <w:p>
      <w:r>
        <w:rPr>
          <w:b/>
        </w:rPr>
        <w:t xml:space="preserve">[47:10] </w:t>
      </w:r>
      <w:r>
        <w:t>aur poori poori Iraq ki generation ko</w:t>
      </w:r>
    </w:p>
    <w:p>
      <w:pPr>
        <w:jc w:val="right"/>
      </w:pPr>
      <w:r>
        <w:t>اور پوری پوری عراق کی جنریشن کو</w:t>
      </w:r>
    </w:p>
    <w:p>
      <w:r>
        <w:rPr>
          <w:b/>
        </w:rPr>
        <w:t xml:space="preserve">[47:15] </w:t>
      </w:r>
      <w:r>
        <w:t>educate kar sakte the.</w:t>
      </w:r>
    </w:p>
    <w:p>
      <w:pPr>
        <w:jc w:val="right"/>
      </w:pPr>
      <w:r>
        <w:t>ایجوکیٹ کر سکتے تھے۔</w:t>
      </w:r>
    </w:p>
    <w:p>
      <w:r>
        <w:rPr>
          <w:b/>
        </w:rPr>
        <w:t xml:space="preserve">[47:18] </w:t>
      </w:r>
      <w:r>
        <w:t>ایک نیا عراق emerges کرتا ہے اس کے بعد۔</w:t>
      </w:r>
    </w:p>
    <w:p>
      <w:pPr>
        <w:jc w:val="right"/>
      </w:pPr>
      <w:r>
        <w:t>ایک نیا عراق ایورج کرتا ہے اس کے بعد۔</w:t>
      </w:r>
    </w:p>
    <w:p>
      <w:r>
        <w:rPr>
          <w:b/>
        </w:rPr>
        <w:t xml:space="preserve">[47:21] </w:t>
      </w:r>
      <w:r>
        <w:t>aap jante hain ke Arab countries mein koi bhi aisa nahi hai mulk jahan achhi education ho.</w:t>
      </w:r>
    </w:p>
    <w:p>
      <w:pPr>
        <w:jc w:val="right"/>
      </w:pPr>
      <w:r>
        <w:t>آپ جانتے ہیں کہ عرب کنٹریز میں کوئی بھی ایسا نہیں ہے ملک جہاں اچھی ایجوکیشن ہو۔</w:t>
      </w:r>
    </w:p>
    <w:p>
      <w:r>
        <w:rPr>
          <w:b/>
        </w:rPr>
        <w:t xml:space="preserve">[47:24] </w:t>
      </w:r>
      <w:r>
        <w:t>kahin bhi nahi hai.</w:t>
      </w:r>
    </w:p>
    <w:p>
      <w:pPr>
        <w:jc w:val="right"/>
      </w:pPr>
      <w:r>
        <w:t>کہیں بھی نہیں ہے۔</w:t>
      </w:r>
    </w:p>
    <w:p>
      <w:r>
        <w:rPr>
          <w:b/>
        </w:rPr>
        <w:t xml:space="preserve">[47:27] </w:t>
      </w:r>
      <w:r>
        <w:t>kahin bhi nahi hai.</w:t>
      </w:r>
    </w:p>
    <w:p>
      <w:pPr>
        <w:jc w:val="right"/>
      </w:pPr>
      <w:r>
        <w:t>کہیں بھی نہیں ہے۔</w:t>
      </w:r>
    </w:p>
    <w:p>
      <w:r>
        <w:rPr>
          <w:b/>
        </w:rPr>
        <w:t xml:space="preserve">[47:30] </w:t>
      </w:r>
      <w:r>
        <w:t>paisa bohat hai in logon ke paas.</w:t>
      </w:r>
    </w:p>
    <w:p>
      <w:pPr>
        <w:jc w:val="right"/>
      </w:pPr>
      <w:r>
        <w:t>پیسہ بہت ہے ان لوگوں کے پاس۔</w:t>
      </w:r>
    </w:p>
    <w:p>
      <w:r>
        <w:rPr>
          <w:b/>
        </w:rPr>
        <w:t xml:space="preserve">[47:34] </w:t>
      </w:r>
      <w:r>
        <w:t>paisa bohat hai.</w:t>
      </w:r>
    </w:p>
    <w:p>
      <w:pPr>
        <w:jc w:val="right"/>
      </w:pPr>
      <w:r>
        <w:t>پیسہ بہت ہے۔</w:t>
      </w:r>
    </w:p>
    <w:p>
      <w:r>
        <w:rPr>
          <w:b/>
        </w:rPr>
        <w:t xml:space="preserve">[47:37] </w:t>
      </w:r>
      <w:r>
        <w:t>jab Qaddafi aaye the power mein to unhon ne aelan kiya tha ke hum scientific city banayen ge</w:t>
      </w:r>
    </w:p>
    <w:p>
      <w:pPr>
        <w:jc w:val="right"/>
      </w:pPr>
      <w:r>
        <w:t>جب قذافی آئے تھے پاور میں تو انہوں نے اعلان کیا تھا کہ ہم سائنٹیفک سٹی بنائیں گے</w:t>
      </w:r>
    </w:p>
    <w:p>
      <w:r>
        <w:rPr>
          <w:b/>
        </w:rPr>
        <w:t xml:space="preserve">[47:40] </w:t>
      </w:r>
      <w:r>
        <w:t>Libya mein scientific city.</w:t>
      </w:r>
    </w:p>
    <w:p>
      <w:pPr>
        <w:jc w:val="right"/>
      </w:pPr>
      <w:r>
        <w:t>لیبیا میں سائنٹیفک سٹی۔</w:t>
      </w:r>
    </w:p>
    <w:p>
      <w:r>
        <w:rPr>
          <w:b/>
        </w:rPr>
        <w:t xml:space="preserve">[47:43] </w:t>
      </w:r>
      <w:r>
        <w:t>lekin phir kuch bhi nahi kiya</w:t>
      </w:r>
    </w:p>
    <w:p>
      <w:pPr>
        <w:jc w:val="right"/>
      </w:pPr>
      <w:r>
        <w:t>لیکن پھر کچھ بھی نہیں کیا</w:t>
      </w:r>
    </w:p>
    <w:p>
      <w:r>
        <w:rPr>
          <w:b/>
        </w:rPr>
        <w:t xml:space="preserve">[47:46] </w:t>
      </w:r>
      <w:r>
        <w:t>unhon ne.</w:t>
      </w:r>
    </w:p>
    <w:p>
      <w:pPr>
        <w:jc w:val="right"/>
      </w:pPr>
      <w:r>
        <w:t>انہوں نے۔</w:t>
      </w:r>
    </w:p>
    <w:p>
      <w:r>
        <w:rPr>
          <w:b/>
        </w:rPr>
        <w:t xml:space="preserve">[47:49] </w:t>
      </w:r>
      <w:r>
        <w:t>halanke bohat paisa hai Libya ke paas.</w:t>
      </w:r>
    </w:p>
    <w:p>
      <w:pPr>
        <w:jc w:val="right"/>
      </w:pPr>
      <w:r>
        <w:t>حالانکہ بہت پیسہ ہے لیبیا کے پاس۔</w:t>
      </w:r>
    </w:p>
    <w:p>
      <w:r>
        <w:rPr>
          <w:b/>
        </w:rPr>
        <w:t xml:space="preserve">[47:53] </w:t>
      </w:r>
      <w:r>
        <w:t>تو صدام حسین جو تھے اگر اپنے eight palaces کو کنورٹ کر دیتے کالج میں۔</w:t>
      </w:r>
    </w:p>
    <w:p>
      <w:pPr>
        <w:jc w:val="right"/>
      </w:pPr>
      <w:r>
        <w:t>تو صدام حسین جو تھے اگر اپنے آٹھ پیلس کو کنورٹ کر دیتے کالج میں۔</w:t>
      </w:r>
    </w:p>
    <w:p>
      <w:r>
        <w:rPr>
          <w:b/>
        </w:rPr>
        <w:t xml:space="preserve">[47:57] </w:t>
      </w:r>
      <w:r>
        <w:t>aur eighth standard ke college banate.</w:t>
      </w:r>
    </w:p>
    <w:p>
      <w:pPr>
        <w:jc w:val="right"/>
      </w:pPr>
      <w:r>
        <w:t>اور آٹھ اسٹینڈرڈ کے کالج بناتے۔</w:t>
      </w:r>
    </w:p>
    <w:p>
      <w:r>
        <w:rPr>
          <w:b/>
        </w:rPr>
        <w:t xml:space="preserve">[48:01] </w:t>
      </w:r>
      <w:r>
        <w:t>تو دنیا میں نہ بریک کنٹری بن جاتا وہ۔</w:t>
      </w:r>
    </w:p>
    <w:p>
      <w:pPr>
        <w:jc w:val="right"/>
      </w:pPr>
      <w:r>
        <w:t>تو دنیا میں نا بریک کنٹری بن جاتا وہ۔</w:t>
      </w:r>
    </w:p>
    <w:p>
      <w:r>
        <w:rPr>
          <w:b/>
        </w:rPr>
        <w:t xml:space="preserve">[48:04] </w:t>
      </w:r>
      <w:r>
        <w:t>aur Saddam Hussain hamesha ke liye tareekh mein likhe aate ek bohat bade contributor ke taur par.</w:t>
      </w:r>
    </w:p>
    <w:p>
      <w:pPr>
        <w:jc w:val="right"/>
      </w:pPr>
      <w:r>
        <w:t>اور صدام حسین ہمیشہ کے لیے تاریخ میں لکھے آتے ایک بہت بڑے کنٹریبیوٹر کے طور پر۔</w:t>
      </w:r>
    </w:p>
    <w:p>
      <w:r>
        <w:rPr>
          <w:b/>
        </w:rPr>
        <w:t xml:space="preserve">[48:08] </w:t>
      </w:r>
      <w:r>
        <w:t>bohat bade educator ke taur par.</w:t>
      </w:r>
    </w:p>
    <w:p>
      <w:pPr>
        <w:jc w:val="right"/>
      </w:pPr>
      <w:r>
        <w:t>بہت بڑے ایجوکیٹر کے طور پر۔</w:t>
      </w:r>
    </w:p>
    <w:p>
      <w:r>
        <w:rPr>
          <w:b/>
        </w:rPr>
        <w:t xml:space="preserve">[48:12] </w:t>
      </w:r>
      <w:r>
        <w:t>bohat bade ek leader ke</w:t>
      </w:r>
    </w:p>
    <w:p>
      <w:pPr>
        <w:jc w:val="right"/>
      </w:pPr>
      <w:r>
        <w:t>بہت بڑے ایک لیڈر کے</w:t>
      </w:r>
    </w:p>
    <w:p>
      <w:r>
        <w:rPr>
          <w:b/>
        </w:rPr>
        <w:t xml:space="preserve">[48:16] </w:t>
      </w:r>
      <w:r>
        <w:t>ke taur par. ab to saddam hussain ka koi naam nahi hai. to kya hai third line nahi le sake woh sochne ki. bas dichotomy mein pade rahe woh. ke amreeka ne hamein challenge diya hai to hamein amreeka ko marna hai. umm al-ma'arik chhedna hai. umm al-ma'arik ka matlab hota hai mother of all battles. mother of all battles. aap bataiye ke</w:t>
      </w:r>
    </w:p>
    <w:p>
      <w:pPr>
        <w:jc w:val="right"/>
      </w:pPr>
      <w:r>
        <w:t>طور پر۔ اب تو صدام حسین کا کوئی نام نہیں ہے۔ تو کیا ہے تھرڈ لائن نہیں لے سکے وہ سوچنے کی۔ بس ڈائیکاٹمی میں پڑے رہے وہ۔ کہ امریکہ نے ہمیں چیلنج دیا ہے تو ہمیں امریکہ کو مارنا ہے۔ ام المعارک چھیڑنا ہے۔ ام المعارک کا مطلب ہوتا ہے مدر آف آل بیٹلز۔ مدر آف آل بیٹلز آپ بتائیے کہ</w:t>
      </w:r>
    </w:p>
    <w:p>
      <w:r>
        <w:rPr>
          <w:b/>
        </w:rPr>
        <w:t xml:space="preserve">[48:46] </w:t>
      </w:r>
      <w:r>
        <w:t>Napoleon nahi ladai jeet saka.</w:t>
      </w:r>
    </w:p>
    <w:p>
      <w:pPr>
        <w:jc w:val="right"/>
      </w:pPr>
      <w:r>
        <w:t>نیپولین نہیں لڑائی جیت سکا۔</w:t>
      </w:r>
    </w:p>
    <w:p>
      <w:r>
        <w:rPr>
          <w:b/>
        </w:rPr>
        <w:t xml:space="preserve">[48:49] </w:t>
      </w:r>
      <w:r>
        <w:t>Hitler nahi ladai mein jeet saka.</w:t>
      </w:r>
    </w:p>
    <w:p>
      <w:pPr>
        <w:jc w:val="right"/>
      </w:pPr>
      <w:r>
        <w:t>ہٹلر نہیں لڑائی میں جیت سکا۔</w:t>
      </w:r>
    </w:p>
    <w:p>
      <w:r>
        <w:rPr>
          <w:b/>
        </w:rPr>
        <w:t xml:space="preserve">[48:52] </w:t>
      </w:r>
      <w:r>
        <w:t>Stalin ladai mein nahi jeet saka.</w:t>
      </w:r>
    </w:p>
    <w:p>
      <w:pPr>
        <w:jc w:val="right"/>
      </w:pPr>
      <w:r>
        <w:t>اسٹالن لڑائی میں نہیں جیت سکا۔</w:t>
      </w:r>
    </w:p>
    <w:p>
      <w:r>
        <w:rPr>
          <w:b/>
        </w:rPr>
        <w:t xml:space="preserve">[48:55] </w:t>
      </w:r>
      <w:r>
        <w:t>Changez Khan nahi jeet saka ladai mein.</w:t>
      </w:r>
    </w:p>
    <w:p>
      <w:pPr>
        <w:jc w:val="right"/>
      </w:pPr>
      <w:r>
        <w:t>چنگیز خان نہیں جیت سکا لڑائی میں۔</w:t>
      </w:r>
    </w:p>
    <w:p>
      <w:r>
        <w:rPr>
          <w:b/>
        </w:rPr>
        <w:t xml:space="preserve">[48:58] </w:t>
      </w:r>
      <w:r>
        <w:t>Alexander nahi jeet saka ladai mein.</w:t>
      </w:r>
    </w:p>
    <w:p>
      <w:pPr>
        <w:jc w:val="right"/>
      </w:pPr>
      <w:r>
        <w:t>الیگزینڈر نہیں جیت سکا لڑائی میں۔</w:t>
      </w:r>
    </w:p>
    <w:p>
      <w:r>
        <w:rPr>
          <w:b/>
        </w:rPr>
        <w:t xml:space="preserve">[49:01] </w:t>
      </w:r>
      <w:r>
        <w:t>Umm al-Ma'arik mein kaun kaamyaab hua tareekh mein mujhe bataiye.</w:t>
      </w:r>
    </w:p>
    <w:p>
      <w:pPr>
        <w:jc w:val="right"/>
      </w:pPr>
      <w:r>
        <w:t>ام المعارک میں کون کامیاب ہوا تاریخ میں مجھے بتائیے۔</w:t>
      </w:r>
    </w:p>
    <w:p>
      <w:r>
        <w:rPr>
          <w:b/>
        </w:rPr>
        <w:t xml:space="preserve">[49:04] </w:t>
      </w:r>
      <w:r>
        <w:t>bohat se history mein guzre hain jo unhone Umm al-Ma'arik chheda.</w:t>
      </w:r>
    </w:p>
    <w:p>
      <w:pPr>
        <w:jc w:val="right"/>
      </w:pPr>
      <w:r>
        <w:t>بہت سے ہسٹری میں گزرے ہیں جو انہوں نے ام المعارک چھیڑا۔</w:t>
      </w:r>
    </w:p>
    <w:p>
      <w:r>
        <w:rPr>
          <w:b/>
        </w:rPr>
        <w:t xml:space="preserve">[49:07] </w:t>
      </w:r>
      <w:r>
        <w:t>Madr of all battles.</w:t>
      </w:r>
    </w:p>
    <w:p>
      <w:pPr>
        <w:jc w:val="right"/>
      </w:pPr>
      <w:r>
        <w:t>مدر آف آل بیٹلز۔</w:t>
      </w:r>
    </w:p>
    <w:p>
      <w:r>
        <w:rPr>
          <w:b/>
        </w:rPr>
        <w:t xml:space="preserve">[49:10] </w:t>
      </w:r>
      <w:r>
        <w:t>koi nahi jeeta.</w:t>
      </w:r>
    </w:p>
    <w:p>
      <w:pPr>
        <w:jc w:val="right"/>
      </w:pPr>
      <w:r>
        <w:t>کوئی نہیں جیتا۔</w:t>
      </w:r>
    </w:p>
    <w:p>
      <w:r>
        <w:rPr>
          <w:b/>
        </w:rPr>
        <w:t xml:space="preserve">[49:13] </w:t>
      </w:r>
      <w:r>
        <w:t>sab jo hain jo jeeta bhi woh park victory ka is</w:t>
      </w:r>
    </w:p>
    <w:p>
      <w:pPr>
        <w:jc w:val="right"/>
      </w:pPr>
      <w:r>
        <w:t>سب جو ہیں جو جیتا بھی وہ پرک وکٹری کا اس</w:t>
      </w:r>
    </w:p>
    <w:p>
      <w:r>
        <w:rPr>
          <w:b/>
        </w:rPr>
        <w:t xml:space="preserve">[49:16] </w:t>
      </w:r>
      <w:r>
        <w:t>ka ban gaya woh. ya to haare ya pyrrhic victory mili un ko. bas aur kuch nahi. pyrrhic victory is ko kehte hain ke jeet kar bhi aap ke paas kuch na rahe. aadmi jaan maare jayen. aap ka paisa halak ho jaye. sab mulk toot phoot jaye. is ko kaha jata hai pyrrhic victory. yeh misaal qaim ki hai sari history mein logon ne. jinhon ne umm al-ma'arik chhedi. is ko</w:t>
      </w:r>
    </w:p>
    <w:p>
      <w:pPr>
        <w:jc w:val="right"/>
      </w:pPr>
      <w:r>
        <w:t>کا بن گیا وہ۔ یا تو ہارے یا پرک وکٹری ملی ان کو۔ بس اور کچھ نہیں۔ پرک وکٹری اس کو کہتے ہیں کہ جیت کر بھی آپ کے پاس کچھ نہ رہے۔ آدمی جوان مارے جائیں۔ آپ کا پیسہ ہلاک ہو جائے۔ سب ملک ٹوٹ پھوٹ جائے۔ اس کو کہا جاتا ہے پرک وکٹری۔ یہ مثال قائم کی ہے ساری ہسٹری میں لوگوں نے۔ جنہوں نے ام المعارک چھیڑی۔ اس کو</w:t>
      </w:r>
    </w:p>
    <w:p>
      <w:r>
        <w:rPr>
          <w:b/>
        </w:rPr>
        <w:t xml:space="preserve">[49:46] </w:t>
      </w:r>
      <w:r>
        <w:t>dohraya unhon ne kyunke woh dichotomy mein phanse hue the. sochne ki third line nahi le sake woh. ke main apne palaces ko convert kar doon college mein. ab dekhiye amreeka mein jefferson jo tha jefferson doosra term bhi le sakta tha. dobara bhi woh president ban sakta tha woh lekin nahi liya us ne. us ne chhod diya. aur us ne university banayi. us waqt amrik</w:t>
      </w:r>
    </w:p>
    <w:p>
      <w:pPr>
        <w:jc w:val="right"/>
      </w:pPr>
      <w:r>
        <w:t>دہرایا انہوں نے کیونکہ وہ ڈائیکاٹمی میں پھنسے ہوئے تھے۔ سوچنے کی تھرڈ لائن نہیں لے سکے وہ۔ کہ میں اپنے پیلسز کو کنورٹ کر دوں کالج میں۔ اب دیکھیے امریکہ میں جیفرسن جو تھا جیفرسن دوسرا ٹرم بھی لے سکتا تھا۔ دوبارہ بھی وہ پریزیڈنٹ بن سکتا تھا وہ لیکن نہیں لیا اس نے۔ اس نے چھوڑ دیا۔ اور اس نے یونیورسٹی بنائی۔ اس وقت امریک</w:t>
      </w:r>
    </w:p>
    <w:p>
      <w:r>
        <w:rPr>
          <w:b/>
        </w:rPr>
        <w:t xml:space="preserve">[50:16] </w:t>
      </w:r>
      <w:r>
        <w:t>mein woh ek top university maani jaati hai.</w:t>
      </w:r>
    </w:p>
    <w:p>
      <w:pPr>
        <w:jc w:val="right"/>
      </w:pPr>
      <w:r>
        <w:t>ہ میں وہ ایک ٹاپ یونیورسٹی مانی جاتی ہے۔</w:t>
      </w:r>
    </w:p>
    <w:p>
      <w:r>
        <w:rPr>
          <w:b/>
        </w:rPr>
        <w:t xml:space="preserve">[50:19] </w:t>
      </w:r>
      <w:r>
        <w:t>is ki wajah se Jefferson ka naam hai.</w:t>
      </w:r>
    </w:p>
    <w:p>
      <w:pPr>
        <w:jc w:val="right"/>
      </w:pPr>
      <w:r>
        <w:t>اس کی وجہ سے جیفرسن کا نام ہے۔</w:t>
      </w:r>
    </w:p>
    <w:p>
      <w:r>
        <w:rPr>
          <w:b/>
        </w:rPr>
        <w:t xml:space="preserve">[50:23] </w:t>
      </w:r>
      <w:r>
        <w:t>is university ki wajah se Jefferson ka naam hai.</w:t>
      </w:r>
    </w:p>
    <w:p>
      <w:pPr>
        <w:jc w:val="right"/>
      </w:pPr>
      <w:r>
        <w:t>اس یونیورسٹی کی وجہ سے جیفرسن کا نام ہے۔</w:t>
      </w:r>
    </w:p>
    <w:p>
      <w:r>
        <w:rPr>
          <w:b/>
        </w:rPr>
        <w:t xml:space="preserve">[50:26] </w:t>
      </w:r>
      <w:r>
        <w:t>matlab hota hai is se bhi bada naam hota hai unka agar woh aath college bana dete Iraq mein.</w:t>
      </w:r>
    </w:p>
    <w:p>
      <w:pPr>
        <w:jc w:val="right"/>
      </w:pPr>
      <w:r>
        <w:t>مطلب ہوتا ہے اس سے بھی بڑا نام ہوتا ہے ان کا اگر وہ آٹھ کالج بنا دیتے عراق میں۔</w:t>
      </w:r>
    </w:p>
    <w:p>
      <w:r>
        <w:rPr>
          <w:b/>
        </w:rPr>
        <w:t xml:space="preserve">[50:30] </w:t>
      </w:r>
      <w:r>
        <w:t>Saddam Hussain ka.</w:t>
      </w:r>
    </w:p>
    <w:p>
      <w:pPr>
        <w:jc w:val="right"/>
      </w:pPr>
      <w:r>
        <w:t>صدام حسین کا۔</w:t>
      </w:r>
    </w:p>
    <w:p>
      <w:r>
        <w:rPr>
          <w:b/>
        </w:rPr>
        <w:t xml:space="preserve">[50:33] </w:t>
      </w:r>
      <w:r>
        <w:t>yeh hai dichotomous thinking.</w:t>
      </w:r>
    </w:p>
    <w:p>
      <w:pPr>
        <w:jc w:val="right"/>
      </w:pPr>
      <w:r>
        <w:t>یہ ہے ڈائیکاٹمک تھنکنگ۔</w:t>
      </w:r>
    </w:p>
    <w:p>
      <w:r>
        <w:rPr>
          <w:b/>
        </w:rPr>
        <w:t xml:space="preserve">[50:37] </w:t>
      </w:r>
      <w:r>
        <w:t>aur yeh hai third option na le sakta.</w:t>
      </w:r>
    </w:p>
    <w:p>
      <w:pPr>
        <w:jc w:val="right"/>
      </w:pPr>
      <w:r>
        <w:t>اور یہ ہے تھرڈ آپشن نہ لے سکتا۔</w:t>
      </w:r>
    </w:p>
    <w:p>
      <w:r>
        <w:rPr>
          <w:b/>
        </w:rPr>
        <w:t xml:space="preserve">[50:40] </w:t>
      </w:r>
      <w:r>
        <w:t>ya third option lena.</w:t>
      </w:r>
    </w:p>
    <w:p>
      <w:pPr>
        <w:jc w:val="right"/>
      </w:pPr>
      <w:r>
        <w:t>یا تھرڈ آپشن لینا۔</w:t>
      </w:r>
    </w:p>
    <w:p>
      <w:r>
        <w:rPr>
          <w:b/>
        </w:rPr>
        <w:t xml:space="preserve">[50:44] </w:t>
      </w:r>
      <w:r>
        <w:t>toh Rasool Allah ne bohat badi misaal qaim ki ke dichotomy mein na phanso.</w:t>
      </w:r>
    </w:p>
    <w:p>
      <w:pPr>
        <w:jc w:val="right"/>
      </w:pPr>
      <w:r>
        <w:t>تو رسول اللہ نے بہت بڑی مثال قائم کی کہ ڈائیکاٹمی میں نہ پھنسو۔</w:t>
      </w:r>
    </w:p>
    <w:p>
      <w:r>
        <w:rPr>
          <w:b/>
        </w:rPr>
        <w:t xml:space="preserve">[50:47] </w:t>
      </w:r>
      <w:r>
        <w:t>third option socho.</w:t>
      </w:r>
    </w:p>
    <w:p>
      <w:pPr>
        <w:jc w:val="right"/>
      </w:pPr>
      <w:r>
        <w:t>تھرڈ آپشن سوچو۔</w:t>
      </w:r>
    </w:p>
    <w:p>
      <w:r>
        <w:rPr>
          <w:b/>
        </w:rPr>
        <w:t xml:space="preserve">[50:55] </w:t>
      </w:r>
      <w:r>
        <w:t>Rasool Allah ki zindagi mein dekhiye poori poori zindagi ko aap isi isi tarah se aap trace kar sakte hain.</w:t>
      </w:r>
    </w:p>
    <w:p>
      <w:pPr>
        <w:jc w:val="right"/>
      </w:pPr>
      <w:r>
        <w:t>رسول اللہ کی زندگی میں دیکھیے پوری پوری زندگی کو آپ اسی اسی طرح سے آپ ٹریس کر سکتے ہیں۔</w:t>
      </w:r>
    </w:p>
    <w:p>
      <w:r>
        <w:rPr>
          <w:b/>
        </w:rPr>
        <w:t xml:space="preserve">[51:02] </w:t>
      </w:r>
      <w:r>
        <w:t>jaise aap ki zindagi ka mashhoor waqea hai jisko hum hijrat kehte hain hijrat migration.</w:t>
      </w:r>
    </w:p>
    <w:p>
      <w:pPr>
        <w:jc w:val="right"/>
      </w:pPr>
      <w:r>
        <w:t>جیسے آپ کی زندگی کا مشہور واقعہ ہے جس کو ہم ہجرت کہتے ہیں ہجرت مائیگریشن۔</w:t>
      </w:r>
    </w:p>
    <w:p>
      <w:r>
        <w:rPr>
          <w:b/>
        </w:rPr>
        <w:t xml:space="preserve">[51:10] </w:t>
      </w:r>
      <w:r>
        <w:t>ab dekhiye ek ek aadmi is ka ke watan hai makkah rasool Allah ka watan</w:t>
      </w:r>
    </w:p>
    <w:p>
      <w:pPr>
        <w:jc w:val="right"/>
      </w:pPr>
      <w:r>
        <w:t>اب دیکھیے ایک ایک آدمی اس کا کہ وطن ہے مکہ رسول اللہ کا وطن</w:t>
      </w:r>
    </w:p>
    <w:p>
      <w:r>
        <w:rPr>
          <w:b/>
        </w:rPr>
        <w:t xml:space="preserve">[51:17] </w:t>
      </w:r>
      <w:r>
        <w:t>tha makkah.</w:t>
      </w:r>
    </w:p>
    <w:p>
      <w:pPr>
        <w:jc w:val="right"/>
      </w:pPr>
      <w:r>
        <w:t>تھا مکہ۔</w:t>
      </w:r>
    </w:p>
    <w:p>
      <w:r>
        <w:rPr>
          <w:b/>
        </w:rPr>
        <w:t xml:space="preserve">[51:21] </w:t>
      </w:r>
      <w:r>
        <w:t>jab aap ne hijrat ki hai yaani migrate kiya wahan se to aap yeh keh kar nikle thay</w:t>
      </w:r>
    </w:p>
    <w:p>
      <w:pPr>
        <w:jc w:val="right"/>
      </w:pPr>
      <w:r>
        <w:t>جب آپ نے ہجرت کی ہے یعنی مائیگریٹ کیا وہاں سے تو آپ یہ کہہ کر نکلے تھے</w:t>
      </w:r>
    </w:p>
    <w:p>
      <w:r>
        <w:rPr>
          <w:b/>
        </w:rPr>
        <w:t xml:space="preserve">[51:25] </w:t>
      </w:r>
      <w:r>
        <w:t>ke aye makkah tu mujh ko sari dunya mein har jagah se zyada pasand hai.</w:t>
      </w:r>
    </w:p>
    <w:p>
      <w:pPr>
        <w:jc w:val="right"/>
      </w:pPr>
      <w:r>
        <w:t>کہ اے مکہ تو مجھ کو ساری دنیا میں ہر جگہ سے زیادہ پسند ہے۔</w:t>
      </w:r>
    </w:p>
    <w:p>
      <w:r>
        <w:rPr>
          <w:b/>
        </w:rPr>
        <w:t xml:space="preserve">[51:29] </w:t>
      </w:r>
      <w:r>
        <w:t>rasool Allah jab makkah se nikle raat ke waqt.</w:t>
      </w:r>
    </w:p>
    <w:p>
      <w:pPr>
        <w:jc w:val="right"/>
      </w:pPr>
      <w:r>
        <w:t>رسول اللہ جب مکہ سے نکلے رات کے وقت۔</w:t>
      </w:r>
    </w:p>
    <w:p>
      <w:r>
        <w:rPr>
          <w:b/>
        </w:rPr>
        <w:t xml:space="preserve">[51:32] </w:t>
      </w:r>
      <w:r>
        <w:t>madinah janay ke liye.</w:t>
      </w:r>
    </w:p>
    <w:p>
      <w:pPr>
        <w:jc w:val="right"/>
      </w:pPr>
      <w:r>
        <w:t>مدینہ جانے کے لیے۔</w:t>
      </w:r>
    </w:p>
    <w:p>
      <w:r>
        <w:rPr>
          <w:b/>
        </w:rPr>
        <w:t xml:space="preserve">[51:36] </w:t>
      </w:r>
      <w:r>
        <w:t>to aap ne kaha tha ke aye makkah tu mujh ko sari dunya se zyada pasand hai.</w:t>
      </w:r>
    </w:p>
    <w:p>
      <w:pPr>
        <w:jc w:val="right"/>
      </w:pPr>
      <w:r>
        <w:t>تو آپ نے کہا تھا کہ اے مکہ تو مجھ کو ساری دنیا سے زیادہ پسند ہے۔</w:t>
      </w:r>
    </w:p>
    <w:p>
      <w:r>
        <w:rPr>
          <w:b/>
        </w:rPr>
        <w:t xml:space="preserve">[51:40] </w:t>
      </w:r>
      <w:r>
        <w:t>lekin tere log mujhe yahan rehne nahi detay.</w:t>
      </w:r>
    </w:p>
    <w:p>
      <w:pPr>
        <w:jc w:val="right"/>
      </w:pPr>
      <w:r>
        <w:t>لیکن تیرے لوگ مجھے یہاں رہنے نہیں دیتے۔</w:t>
      </w:r>
    </w:p>
    <w:p>
      <w:r>
        <w:rPr>
          <w:b/>
        </w:rPr>
        <w:t xml:space="preserve">[51:44] </w:t>
      </w:r>
      <w:r>
        <w:t>ab aap dekhiye ke jab rasool</w:t>
      </w:r>
    </w:p>
    <w:p>
      <w:pPr>
        <w:jc w:val="right"/>
      </w:pPr>
      <w:r>
        <w:t>اب آپ دیکھیے کہ جب رسول</w:t>
      </w:r>
    </w:p>
    <w:p>
      <w:r>
        <w:rPr>
          <w:b/>
        </w:rPr>
        <w:t xml:space="preserve">[51:47] </w:t>
      </w:r>
      <w:r>
        <w:t>Allah nikle hain taira saal ke baad. to kai so aadmi aap ke saathi ban chuke the. makka mein madina mein aur bhi idhar udhar idhar udhar. woh log aap ke paas aaye. aik jis ko kehte hain bait aqaba sani aur raat ke waqt hui thi. unhon ne kaha ke hum aap ke saath ladenge jihad karenge in logon se. aap ko makka ne chhodna nahi hai. lekin aap ne kya un ko jawab diya? un ko jawab diya ke is bar</w:t>
      </w:r>
    </w:p>
    <w:p>
      <w:pPr>
        <w:jc w:val="right"/>
      </w:pPr>
      <w:r>
        <w:t>اللہ نکلے ہیں تیرہ سال کے بعد۔ تو کئی سو آدمی آپ کے ساتھی بن چکے تھے۔ مکہ میں مدینہ میں اور بھی ادھر ادھر ادھر ادھر۔ وہ لوگ آپ کے پاس آئے۔ ایک جس کو کہتے ہیں بیعت اقبہ ثانی اور رات کے وقت ہوئی تھی۔ انہوں نے کہا کہ ہم آپ کے ساتھ لڑیں گے جہاد کریں گے ان لوگوں سے۔ آپ کو مکہ نے چھوڑنا نہیں ہے۔ لیکن آپ نے کیا ان کو جواب دیا؟ ان کو جواب دیا کہ اس بر</w:t>
      </w:r>
    </w:p>
    <w:p>
      <w:r>
        <w:rPr>
          <w:b/>
        </w:rPr>
        <w:t xml:space="preserve">[52:17] </w:t>
      </w:r>
      <w:r>
        <w:t>rafani lam abra bil qital. tum sabr karo mujhe abhi ladna nahi hai. ladne ka mujhe ijazat nahi mili hai. to aap dekhiye yahan par aap ke liye kya tha? dichotomy kya thi? woh log aap ko keh rahe the ke hum aap ko maar dalenge. makka wale. ab aap ko reaction ke taur par kya sochna chahiye tha ke hum bhi apne saahiyon ko le kar ladenge tum se? tum agar hum ko marna chahte ho to hamare</w:t>
      </w:r>
    </w:p>
    <w:p>
      <w:pPr>
        <w:jc w:val="right"/>
      </w:pPr>
      <w:r>
        <w:t>فینی لم ابر بالقتال تم صبر کرو مجھے ابھی لڑنا نہیں ہے۔ لڑنے کا مجھے اجازت نہیں ملی ہے۔ تو آپ دیکھیے یہاں پر آپ کے لیے کیا تھا؟ ڈائیکاٹمی کیا تھی؟ وہ لوگ آپ کو کہہ رہے تھے کہ ہم آپ کو مار ڈالیں گے۔ مکہ والے۔ اب آپ کو ری ایکشن کے طور پر کیا سوچنا چاہیے تھا کہ ہم بھی اپنے ساتھیوں کو لے کر لڑیں گے تم سے؟ تم اگر ہم کو مارنا چاہتے ہو تو ہمارے</w:t>
      </w:r>
    </w:p>
    <w:p>
      <w:r>
        <w:rPr>
          <w:b/>
        </w:rPr>
        <w:t xml:space="preserve">[52:47] </w:t>
      </w:r>
      <w:r>
        <w:t>bhi saathi hain.</w:t>
      </w:r>
    </w:p>
    <w:p>
      <w:pPr>
        <w:jc w:val="right"/>
      </w:pPr>
      <w:r>
        <w:t>بھی ساتھی ہیں۔</w:t>
      </w:r>
    </w:p>
    <w:p>
      <w:r>
        <w:rPr>
          <w:b/>
        </w:rPr>
        <w:t xml:space="preserve">[52:50] </w:t>
      </w:r>
      <w:r>
        <w:t>in ko le kar hum larein ge tum se.</w:t>
      </w:r>
    </w:p>
    <w:p>
      <w:pPr>
        <w:jc w:val="right"/>
      </w:pPr>
      <w:r>
        <w:t>ان کو لے کر ہم لڑیں گے تم سے۔</w:t>
      </w:r>
    </w:p>
    <w:p>
      <w:r>
        <w:rPr>
          <w:b/>
        </w:rPr>
        <w:t xml:space="preserve">[52:52] </w:t>
      </w:r>
      <w:r>
        <w:t>yeh tha reaction.</w:t>
      </w:r>
    </w:p>
    <w:p>
      <w:pPr>
        <w:jc w:val="right"/>
      </w:pPr>
      <w:r>
        <w:t>یہ تھا ری ایکشن۔</w:t>
      </w:r>
    </w:p>
    <w:p>
      <w:r>
        <w:rPr>
          <w:b/>
        </w:rPr>
        <w:t xml:space="preserve">[52:55] </w:t>
      </w:r>
      <w:r>
        <w:t>in ke action ka reaction.</w:t>
      </w:r>
    </w:p>
    <w:p>
      <w:pPr>
        <w:jc w:val="right"/>
      </w:pPr>
      <w:r>
        <w:t>ان کے ایکشن کا ری ایکشن۔</w:t>
      </w:r>
    </w:p>
    <w:p>
      <w:r>
        <w:rPr>
          <w:b/>
        </w:rPr>
        <w:t xml:space="preserve">[52:57] </w:t>
      </w:r>
      <w:r>
        <w:t>ke tum hum ko marna chahte ho to hamare paas bhi aadmi hain.</w:t>
      </w:r>
    </w:p>
    <w:p>
      <w:pPr>
        <w:jc w:val="right"/>
      </w:pPr>
      <w:r>
        <w:t>کہ تم ہم کو مارنا چاہتے ہو تو ہمارے پاس بھی آدمی ہیں۔</w:t>
      </w:r>
    </w:p>
    <w:p>
      <w:r>
        <w:rPr>
          <w:b/>
        </w:rPr>
        <w:t xml:space="preserve">[52:59] </w:t>
      </w:r>
      <w:r>
        <w:t>hamare paas bhi janbaz log hain.</w:t>
      </w:r>
    </w:p>
    <w:p>
      <w:pPr>
        <w:jc w:val="right"/>
      </w:pPr>
      <w:r>
        <w:t>ہمارے پاس بھی جانباز لوگ ہیں۔</w:t>
      </w:r>
    </w:p>
    <w:p>
      <w:r>
        <w:rPr>
          <w:b/>
        </w:rPr>
        <w:t xml:space="preserve">[53:02] </w:t>
      </w:r>
      <w:r>
        <w:t>in ko le kar hum larein ge tum se.</w:t>
      </w:r>
    </w:p>
    <w:p>
      <w:pPr>
        <w:jc w:val="right"/>
      </w:pPr>
      <w:r>
        <w:t>ان کو لے کر ہم لڑیں گے تم سے۔</w:t>
      </w:r>
    </w:p>
    <w:p>
      <w:r>
        <w:rPr>
          <w:b/>
        </w:rPr>
        <w:t xml:space="preserve">[53:04] </w:t>
      </w:r>
      <w:r>
        <w:t>to hum tum ko marein ge.</w:t>
      </w:r>
    </w:p>
    <w:p>
      <w:pPr>
        <w:jc w:val="right"/>
      </w:pPr>
      <w:r>
        <w:t>تو ہم تم کو ماریں گے۔</w:t>
      </w:r>
    </w:p>
    <w:p>
      <w:r>
        <w:rPr>
          <w:b/>
        </w:rPr>
        <w:t xml:space="preserve">[53:07] </w:t>
      </w:r>
      <w:r>
        <w:t>hum umm al-ma'arik chherein ge tumhare khilaf.</w:t>
      </w:r>
    </w:p>
    <w:p>
      <w:pPr>
        <w:jc w:val="right"/>
      </w:pPr>
      <w:r>
        <w:t>ہم ام المعارک چھیڑیں گے تمہارے خلاف۔</w:t>
      </w:r>
    </w:p>
    <w:p>
      <w:r>
        <w:rPr>
          <w:b/>
        </w:rPr>
        <w:t xml:space="preserve">[53:09] </w:t>
      </w:r>
      <w:r>
        <w:t>magar aap ne aisa nahi kiya.</w:t>
      </w:r>
    </w:p>
    <w:p>
      <w:pPr>
        <w:jc w:val="right"/>
      </w:pPr>
      <w:r>
        <w:t>مگر آپ نے ایسا نہیں کیا۔</w:t>
      </w:r>
    </w:p>
    <w:p>
      <w:r>
        <w:rPr>
          <w:b/>
        </w:rPr>
        <w:t xml:space="preserve">[53:12] </w:t>
      </w:r>
      <w:r>
        <w:t>aap ne third option liya.</w:t>
      </w:r>
    </w:p>
    <w:p>
      <w:pPr>
        <w:jc w:val="right"/>
      </w:pPr>
      <w:r>
        <w:t>آپ نے تھرڈ آپشن لیا۔</w:t>
      </w:r>
    </w:p>
    <w:p>
      <w:r>
        <w:rPr>
          <w:b/>
        </w:rPr>
        <w:t xml:space="preserve">[53:14] </w:t>
      </w:r>
      <w:r>
        <w:t>migration was the third option for him.</w:t>
      </w:r>
    </w:p>
    <w:p>
      <w:pPr>
        <w:jc w:val="right"/>
      </w:pPr>
      <w:r>
        <w:t>مائیگریشن واز دا تھرڈ آپشن فار ہم۔</w:t>
      </w:r>
    </w:p>
    <w:p>
      <w:r>
        <w:rPr>
          <w:b/>
        </w:rPr>
        <w:t xml:space="preserve">[53:16] </w:t>
      </w:r>
      <w:r>
        <w:t>kyun ke dekhiye aap ne socha.</w:t>
      </w:r>
    </w:p>
    <w:p>
      <w:pPr>
        <w:jc w:val="right"/>
      </w:pPr>
      <w:r>
        <w:t>کیونکہ دیکھیے آپ نے سوچا۔</w:t>
      </w:r>
    </w:p>
    <w:p>
      <w:r>
        <w:rPr>
          <w:b/>
        </w:rPr>
        <w:t xml:space="preserve">[53:19] </w:t>
      </w:r>
      <w:r>
        <w:t>dekhiye jab aap dichotomous thinking ka victim na banein.</w:t>
      </w:r>
    </w:p>
    <w:p>
      <w:pPr>
        <w:jc w:val="right"/>
      </w:pPr>
      <w:r>
        <w:t>دیکھیے جب آپ ڈائیکاٹمک تھنکنگ کا وکٹم نہ بنیں۔</w:t>
      </w:r>
    </w:p>
    <w:p>
      <w:r>
        <w:rPr>
          <w:b/>
        </w:rPr>
        <w:t xml:space="preserve">[53:23] </w:t>
      </w:r>
      <w:r>
        <w:t>to aap positive tor par soch paate hain.</w:t>
      </w:r>
    </w:p>
    <w:p>
      <w:pPr>
        <w:jc w:val="right"/>
      </w:pPr>
      <w:r>
        <w:t>تو آپ پازیٹیو طور پر سوچ پاتے ہیں۔</w:t>
      </w:r>
    </w:p>
    <w:p>
      <w:r>
        <w:rPr>
          <w:b/>
        </w:rPr>
        <w:t xml:space="preserve">[53:28] </w:t>
      </w:r>
      <w:r>
        <w:t>aap yaani negative soch se bahar aa jatay hain.</w:t>
      </w:r>
    </w:p>
    <w:p>
      <w:pPr>
        <w:jc w:val="right"/>
      </w:pPr>
      <w:r>
        <w:t>آپ یعنی نیگیٹیو سوچ سے باہر آ جاتے ہیں۔</w:t>
      </w:r>
    </w:p>
    <w:p>
      <w:r>
        <w:rPr>
          <w:b/>
        </w:rPr>
        <w:t xml:space="preserve">[53:32] </w:t>
      </w:r>
      <w:r>
        <w:t>diekotomy thinking kiya hai? negative thinking.</w:t>
      </w:r>
    </w:p>
    <w:p>
      <w:pPr>
        <w:jc w:val="right"/>
      </w:pPr>
      <w:r>
        <w:t>ڈائیکاٹمک تھنکنگ کیا ہے؟ نیگیٹیو تھنکنگ۔</w:t>
      </w:r>
    </w:p>
    <w:p>
      <w:r>
        <w:rPr>
          <w:b/>
        </w:rPr>
        <w:t xml:space="preserve">[53:37] </w:t>
      </w:r>
      <w:r>
        <w:t>Dichotomic thinking is nothing but negative thinking.</w:t>
      </w:r>
    </w:p>
    <w:p>
      <w:pPr>
        <w:jc w:val="right"/>
      </w:pPr>
      <w:r>
        <w:t>ڈائیکاٹمک تھنکنگ از نتھنگ بٹ نیگیٹیو تھنکنگ۔</w:t>
      </w:r>
    </w:p>
    <w:p>
      <w:r>
        <w:rPr>
          <w:b/>
        </w:rPr>
        <w:t xml:space="preserve">[53:41] </w:t>
      </w:r>
      <w:r>
        <w:t>to aap jab negative thinking mein hon to aap koi bari baat nahi soch paate.</w:t>
      </w:r>
    </w:p>
    <w:p>
      <w:pPr>
        <w:jc w:val="right"/>
      </w:pPr>
      <w:r>
        <w:t>تو آپ جب نیگیٹیو تھنکنگ میں ہوں تو آپ کوئی بڑی بات نہیں سوچ پاتے۔</w:t>
      </w:r>
    </w:p>
    <w:p>
      <w:r>
        <w:rPr>
          <w:b/>
        </w:rPr>
        <w:t xml:space="preserve">[53:45] </w:t>
      </w:r>
      <w:r>
        <w:t>negative thinking se bahar aana parta hai to aap soch paate hain koi bari baat.</w:t>
      </w:r>
    </w:p>
    <w:p>
      <w:pPr>
        <w:jc w:val="right"/>
      </w:pPr>
      <w:r>
        <w:t>نیگیٹیو تھنکنگ سے باہر آنا پڑتا ہے تو آپ سوچ پاتے ہیں کوئی بڑی بات۔</w:t>
      </w:r>
    </w:p>
    <w:p>
      <w:r>
        <w:rPr>
          <w:b/>
        </w:rPr>
        <w:t xml:space="preserve">[53:50] </w:t>
      </w:r>
      <w:r>
        <w:t>یاد رکھیے dichotomous thinking is nothing but negative thinking.</w:t>
      </w:r>
    </w:p>
    <w:p>
      <w:pPr>
        <w:jc w:val="right"/>
      </w:pPr>
      <w:r>
        <w:t>یاد رکھیے ڈائیکاٹمک تھنکنگ از نتھنگ بٹ نیگیٹیو تھنکنگ۔</w:t>
      </w:r>
    </w:p>
    <w:p>
      <w:r>
        <w:rPr>
          <w:b/>
        </w:rPr>
        <w:t xml:space="preserve">[53:54] </w:t>
      </w:r>
      <w:r>
        <w:t>to aap is mein nahi hue to aap ne socha ke makkah mein halaat hain to madine mein</w:t>
      </w:r>
    </w:p>
    <w:p>
      <w:pPr>
        <w:jc w:val="right"/>
      </w:pPr>
      <w:r>
        <w:t>تو آپ اس میں نہیں ہوئے تو آپ نے سوچا کہ مکہ میں حالات ہیں تو مدینے میں</w:t>
      </w:r>
    </w:p>
    <w:p>
      <w:r>
        <w:rPr>
          <w:b/>
        </w:rPr>
        <w:t xml:space="preserve">[53:57] </w:t>
      </w:r>
      <w:r>
        <w:t>zyada achhe halaat hain.</w:t>
      </w:r>
    </w:p>
    <w:p>
      <w:pPr>
        <w:jc w:val="right"/>
      </w:pPr>
      <w:r>
        <w:t>زیادہ اچھے حالات ہیں۔</w:t>
      </w:r>
    </w:p>
    <w:p>
      <w:r>
        <w:rPr>
          <w:b/>
        </w:rPr>
        <w:t xml:space="preserve">[54:01] </w:t>
      </w:r>
      <w:r>
        <w:t>to aap ne migration ka faisla kiya.</w:t>
      </w:r>
    </w:p>
    <w:p>
      <w:pPr>
        <w:jc w:val="right"/>
      </w:pPr>
      <w:r>
        <w:t>تو آپ نے مائیگریشن کا فیصلہ کیا۔</w:t>
      </w:r>
    </w:p>
    <w:p>
      <w:r>
        <w:rPr>
          <w:b/>
        </w:rPr>
        <w:t xml:space="preserve">[54:05] </w:t>
      </w:r>
      <w:r>
        <w:t>kyun hum yahan larr kar ke maren? hum madine mein ja kar ke kaam karenge jahan zyada</w:t>
      </w:r>
    </w:p>
    <w:p>
      <w:pPr>
        <w:jc w:val="right"/>
      </w:pPr>
      <w:r>
        <w:t>کیوں ہم یہاں لڑ کر کے مرے؟ ہم مدینے میں جا کر کے کام کریں گے جہاں زیادہ</w:t>
      </w:r>
    </w:p>
    <w:p>
      <w:r>
        <w:rPr>
          <w:b/>
        </w:rPr>
        <w:t xml:space="preserve">[54:09] </w:t>
      </w:r>
      <w:r>
        <w:t>achhe muwafiq halaat hamare liye hain.</w:t>
      </w:r>
    </w:p>
    <w:p>
      <w:pPr>
        <w:jc w:val="right"/>
      </w:pPr>
      <w:r>
        <w:t>اچھے موافق حالات ہمارے لیے ہیں۔</w:t>
      </w:r>
    </w:p>
    <w:p>
      <w:r>
        <w:rPr>
          <w:b/>
        </w:rPr>
        <w:t xml:space="preserve">[54:12] </w:t>
      </w:r>
      <w:r>
        <w:t>is ki detail hai mein is waqt detail mein nahi jaunga.</w:t>
      </w:r>
    </w:p>
    <w:p>
      <w:pPr>
        <w:jc w:val="right"/>
      </w:pPr>
      <w:r>
        <w:t>اس کی ڈیٹیل ہے میں اس وقت ڈیٹیل میں نہیں جاؤں گا۔</w:t>
      </w:r>
    </w:p>
    <w:p>
      <w:r>
        <w:rPr>
          <w:b/>
        </w:rPr>
        <w:t xml:space="preserve">[54:16] </w:t>
      </w:r>
      <w:r>
        <w:t>aap ne migrate kiya madine mein settle hue</w:t>
      </w:r>
    </w:p>
    <w:p>
      <w:pPr>
        <w:jc w:val="right"/>
      </w:pPr>
      <w:r>
        <w:t>آپ نے مائیگریٹ کیا مدینہ میں سیٹل ہوئے</w:t>
      </w:r>
    </w:p>
    <w:p>
      <w:r>
        <w:rPr>
          <w:b/>
        </w:rPr>
        <w:t xml:space="preserve">[54:20] </w:t>
      </w:r>
      <w:r>
        <w:t>aur wahan aap itna kamyab hue ke aap ne first city state of islam qaim kiya unhon ne aap ne. madine mein.</w:t>
      </w:r>
    </w:p>
    <w:p>
      <w:pPr>
        <w:jc w:val="right"/>
      </w:pPr>
      <w:r>
        <w:t>اور وہاں آپ اتنا کامیاب ہوئے کہ آپ نے فرسٹ سٹی اسٹیٹ آف اسلام قائم کیا انہوں نے آپ نے۔ مدینے میں۔</w:t>
      </w:r>
    </w:p>
    <w:p>
      <w:r>
        <w:rPr>
          <w:b/>
        </w:rPr>
        <w:t xml:space="preserve">[54:25] </w:t>
      </w:r>
      <w:r>
        <w:t>aur phir wahan se islam phaila sari duniya mein.</w:t>
      </w:r>
    </w:p>
    <w:p>
      <w:pPr>
        <w:jc w:val="right"/>
      </w:pPr>
      <w:r>
        <w:t>اور پھر وہاں سے اسلام پھیلا ساری دنیا میں۔</w:t>
      </w:r>
    </w:p>
    <w:p>
      <w:r>
        <w:rPr>
          <w:b/>
        </w:rPr>
        <w:t xml:space="preserve">[54:30] </w:t>
      </w:r>
      <w:r>
        <w:t>kyun aap ne third line li sochne ki? bajaye larrne ke makkah mein aap aa gaye madine mein.</w:t>
      </w:r>
    </w:p>
    <w:p>
      <w:pPr>
        <w:jc w:val="right"/>
      </w:pPr>
      <w:r>
        <w:t>کیوں آپ نے تھرڈ لائن لی سوچنے کی؟ بجائے لڑنے کے مکہ میں آپ آگئے مدینہ میں۔</w:t>
      </w:r>
    </w:p>
    <w:p>
      <w:r>
        <w:rPr>
          <w:b/>
        </w:rPr>
        <w:t xml:space="preserve">[54:35] </w:t>
      </w:r>
      <w:r>
        <w:t>that was the third option for him.</w:t>
      </w:r>
    </w:p>
    <w:p>
      <w:pPr>
        <w:jc w:val="right"/>
      </w:pPr>
      <w:r>
        <w:t>دیٹ واز دا تھرڈ آپشن فار ہم۔</w:t>
      </w:r>
    </w:p>
    <w:p>
      <w:r>
        <w:rPr>
          <w:b/>
        </w:rPr>
        <w:t xml:space="preserve">[54:40] </w:t>
      </w:r>
      <w:r>
        <w:t>rasool Allah ki poori zindagi ko aap isi tarah se trace kar sakte hain.</w:t>
      </w:r>
    </w:p>
    <w:p>
      <w:pPr>
        <w:jc w:val="right"/>
      </w:pPr>
      <w:r>
        <w:t>رسول اللہ کی پوری زندگی کو آپ اسی طرح سے ٹریس کر سکتے ہیں۔</w:t>
      </w:r>
    </w:p>
    <w:p>
      <w:r>
        <w:rPr>
          <w:b/>
        </w:rPr>
        <w:t xml:space="preserve">[54:45] </w:t>
      </w:r>
      <w:r>
        <w:t>to yaad rakh</w:t>
      </w:r>
    </w:p>
    <w:p>
      <w:pPr>
        <w:jc w:val="right"/>
      </w:pPr>
      <w:r>
        <w:t>تو یاد رکھ</w:t>
      </w:r>
    </w:p>
    <w:p>
      <w:r>
        <w:rPr>
          <w:b/>
        </w:rPr>
        <w:t xml:space="preserve">[54:50] </w:t>
      </w:r>
      <w:r>
        <w:t>یے سارے انسان کو یہ پیش آتا ہے کہ ایک dichotomy میں پھنستا ہے وہ۔</w:t>
      </w:r>
    </w:p>
    <w:p>
      <w:pPr>
        <w:jc w:val="right"/>
      </w:pPr>
      <w:r>
        <w:t>یے سارے انسان کو یہ پیش آتا ہے کہ ایک ڈائیکاٹمی میں پھنستا ہے وہ۔</w:t>
      </w:r>
    </w:p>
    <w:p>
      <w:r>
        <w:rPr>
          <w:b/>
        </w:rPr>
        <w:t xml:space="preserve">[54:53] </w:t>
      </w:r>
      <w:r>
        <w:t>is waqt is ka imtehan hota hai.</w:t>
      </w:r>
    </w:p>
    <w:p>
      <w:pPr>
        <w:jc w:val="right"/>
      </w:pPr>
      <w:r>
        <w:t>اس وقت اس کا امتحان ہوتا ہے۔</w:t>
      </w:r>
    </w:p>
    <w:p>
      <w:r>
        <w:rPr>
          <w:b/>
        </w:rPr>
        <w:t xml:space="preserve">[54:57] </w:t>
      </w:r>
      <w:r>
        <w:t>ke woh soch sake.</w:t>
      </w:r>
    </w:p>
    <w:p>
      <w:pPr>
        <w:jc w:val="right"/>
      </w:pPr>
      <w:r>
        <w:t>کہ وہ سوچ سکے۔</w:t>
      </w:r>
    </w:p>
    <w:p>
      <w:r>
        <w:rPr>
          <w:b/>
        </w:rPr>
        <w:t xml:space="preserve">[55:00] </w:t>
      </w:r>
      <w:r>
        <w:t>woh ek third line nikal sake apne liye.</w:t>
      </w:r>
    </w:p>
    <w:p>
      <w:pPr>
        <w:jc w:val="right"/>
      </w:pPr>
      <w:r>
        <w:t>وہ ایک تھرڈ لائن نکال سکے اپنے لیے۔</w:t>
      </w:r>
    </w:p>
    <w:p>
      <w:r>
        <w:rPr>
          <w:b/>
        </w:rPr>
        <w:t xml:space="preserve">[55:04] </w:t>
      </w:r>
      <w:r>
        <w:t>sochne ki third line.</w:t>
      </w:r>
    </w:p>
    <w:p>
      <w:pPr>
        <w:jc w:val="right"/>
      </w:pPr>
      <w:r>
        <w:t>سوچنے کی تھرڈ لائن۔</w:t>
      </w:r>
    </w:p>
    <w:p>
      <w:r>
        <w:rPr>
          <w:b/>
        </w:rPr>
        <w:t xml:space="preserve">[55:07] </w:t>
      </w:r>
      <w:r>
        <w:t>aur jab bhi aap aisa kar sakenge to aap zaroor kamyab honge.</w:t>
      </w:r>
    </w:p>
    <w:p>
      <w:pPr>
        <w:jc w:val="right"/>
      </w:pPr>
      <w:r>
        <w:t>اور جب بھی آپ ایسا کر سکیں گے تو آپ ضرور کامیاب ہوں گے۔</w:t>
      </w:r>
    </w:p>
    <w:p>
      <w:r>
        <w:rPr>
          <w:b/>
        </w:rPr>
        <w:t xml:space="preserve">[55:11] </w:t>
      </w:r>
      <w:r>
        <w:t>chahe family life ho social life ho international life ho koi bhi life ho.</w:t>
      </w:r>
    </w:p>
    <w:p>
      <w:pPr>
        <w:jc w:val="right"/>
      </w:pPr>
      <w:r>
        <w:t>چاہے فیملی لائف ہو سوشل لائف ہو انٹرنیشنل لائف ہو کوئی بھی لائف ہو۔</w:t>
      </w:r>
    </w:p>
    <w:p>
      <w:r>
        <w:rPr>
          <w:b/>
        </w:rPr>
        <w:t xml:space="preserve">[55:14] </w:t>
      </w:r>
      <w:r>
        <w:t>agar aap yeh kar saken ke dichotomy se apne ko bahar la saken.</w:t>
      </w:r>
    </w:p>
    <w:p>
      <w:pPr>
        <w:jc w:val="right"/>
      </w:pPr>
      <w:r>
        <w:t>اگر آپ یہ کر سکیں کہ ڈائیکاٹمی سے اپنے کو باہر لا سکیں۔</w:t>
      </w:r>
    </w:p>
    <w:p>
      <w:r>
        <w:rPr>
          <w:b/>
        </w:rPr>
        <w:t xml:space="preserve">[55:18] </w:t>
      </w:r>
      <w:r>
        <w:t>to aap zaroor kamyab honge.</w:t>
      </w:r>
    </w:p>
    <w:p>
      <w:pPr>
        <w:jc w:val="right"/>
      </w:pPr>
      <w:r>
        <w:t>تو آپ ضرور کامیاب ہوں گے۔</w:t>
      </w:r>
    </w:p>
    <w:p>
      <w:r>
        <w:rPr>
          <w:b/>
        </w:rPr>
        <w:t xml:space="preserve">[55:21] </w:t>
      </w:r>
      <w:r>
        <w:t>aap ko koi bhi kamyabi se rok nahi sakta.</w:t>
      </w:r>
    </w:p>
    <w:p>
      <w:pPr>
        <w:jc w:val="right"/>
      </w:pPr>
      <w:r>
        <w:t>آپ کو کوئی بھی کامیابی سے روک نہیں سکتا۔</w:t>
      </w:r>
    </w:p>
    <w:p>
      <w:r>
        <w:rPr>
          <w:b/>
        </w:rPr>
        <w:t xml:space="preserve">[55:26] </w:t>
      </w:r>
      <w:r>
        <w:t>lekin badqismati yeh hai ke saare log saare log more than ninety-nine percent woh victim ban gaye</w:t>
      </w:r>
    </w:p>
    <w:p>
      <w:pPr>
        <w:jc w:val="right"/>
      </w:pPr>
      <w:r>
        <w:t>لیکن بدقسمتی یہ ہے کہ سارے لوگ سارے لوگ مور دین نائنٹی نائن پرسنٹ وہ وکٹم بن گئے</w:t>
      </w:r>
    </w:p>
    <w:p>
      <w:r>
        <w:rPr>
          <w:b/>
        </w:rPr>
        <w:t xml:space="preserve">[55:30] </w:t>
      </w:r>
      <w:r>
        <w:t>daykatamik thinking ka.</w:t>
      </w:r>
    </w:p>
    <w:p>
      <w:pPr>
        <w:jc w:val="right"/>
      </w:pPr>
      <w:r>
        <w:t>ڈائیکاٹمک تھنکنگ کا۔</w:t>
      </w:r>
    </w:p>
    <w:p>
      <w:r>
        <w:rPr>
          <w:b/>
        </w:rPr>
        <w:t xml:space="preserve">[55:34] </w:t>
      </w:r>
      <w:r>
        <w:t>yeh history batati hai hum ko.</w:t>
      </w:r>
    </w:p>
    <w:p>
      <w:pPr>
        <w:jc w:val="right"/>
      </w:pPr>
      <w:r>
        <w:t>یہ ہسٹری بتاتی ہے ہم کو۔</w:t>
      </w:r>
    </w:p>
    <w:p>
      <w:r>
        <w:rPr>
          <w:b/>
        </w:rPr>
        <w:t xml:space="preserve">[55:38] </w:t>
      </w:r>
      <w:r>
        <w:t>der is a sad aspect of history.</w:t>
      </w:r>
    </w:p>
    <w:p>
      <w:pPr>
        <w:jc w:val="right"/>
      </w:pPr>
      <w:r>
        <w:t>دیر از اے سیڈ آسپیکٹ آف ہسٹری۔</w:t>
      </w:r>
    </w:p>
    <w:p>
      <w:r>
        <w:rPr>
          <w:b/>
        </w:rPr>
        <w:t xml:space="preserve">[55:43] </w:t>
      </w:r>
      <w:r>
        <w:t>to aaj mein yahi chahta tha aap se arz karna ke apne aap ko daykatamik thinking se bachaiye.</w:t>
      </w:r>
    </w:p>
    <w:p>
      <w:pPr>
        <w:jc w:val="right"/>
      </w:pPr>
      <w:r>
        <w:t>تو آج میں یہی چاہتا تھا آپ سے عرض کرنا کہ اپنے آپ کو ڈائیکاٹمک تھنکنگ سے بچائیے۔</w:t>
      </w:r>
    </w:p>
    <w:p>
      <w:r>
        <w:rPr>
          <w:b/>
        </w:rPr>
        <w:t xml:space="preserve">[55:47] </w:t>
      </w:r>
      <w:r>
        <w:t>jo ke negative thinking hai. apne aap</w:t>
      </w:r>
    </w:p>
    <w:p>
      <w:pPr>
        <w:jc w:val="right"/>
      </w:pPr>
      <w:r>
        <w:t>جو کہ نیگیٹیو تھنکنگ ہے۔ اپنے آپ</w:t>
      </w:r>
    </w:p>
    <w:p>
      <w:r>
        <w:rPr>
          <w:b/>
        </w:rPr>
        <w:t xml:space="preserve">[55:51] </w:t>
      </w:r>
      <w:r>
        <w:t>ko aap ke andar positive thinking laiye. taake aap azadana zehn ke sath soch sakein. aur phir Allah taala ne jo kamyabi aap ke liye rakhi hai us kamyabi ko aap pa sakein. aqool qawli haza wastaghfirullah ali.</w:t>
      </w:r>
    </w:p>
    <w:p>
      <w:pPr>
        <w:jc w:val="right"/>
      </w:pPr>
      <w:r>
        <w:t>کو آپ کے اندر پازیٹیو تھنکنگ لائیے۔ تاکہ آپ آزادانہ ذہن کے ساتھ سوچ سکیں۔ اور پھر اللہ تعالیٰ نے جو کامیابی آپ کے لیے رکھی ہے اس کامیابی کو آپ پا سکیں۔ اقول قولیھذا واستغفراللہ علی.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