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255 | December 24, 2017</w:t>
      </w:r>
    </w:p>
    <w:p>
      <w:r>
        <w:t>https://www.youtube.com/watch?v=tKX0KUhUMnw</w:t>
      </w:r>
    </w:p>
    <w:p>
      <w:r>
        <w:rPr>
          <w:b/>
        </w:rPr>
        <w:t xml:space="preserve">[00:10] </w:t>
      </w:r>
      <w:r>
        <w:t>bismillah rehman rehim, wasalli allah ala nabiyil karim.</w:t>
      </w:r>
    </w:p>
    <w:p>
      <w:pPr>
        <w:jc w:val="right"/>
      </w:pPr>
      <w:r>
        <w:t>بسم اللہ الرحمن الرحیم، وصلی اللہ علی النبی الکریم۔</w:t>
      </w:r>
    </w:p>
    <w:p>
      <w:r>
        <w:rPr>
          <w:b/>
        </w:rPr>
        <w:t xml:space="preserve">[00:20]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[00:30] </w:t>
      </w:r>
      <w:r>
        <w:t>24 december 2017. aaj</w:t>
      </w:r>
    </w:p>
    <w:p>
      <w:pPr>
        <w:jc w:val="right"/>
      </w:pPr>
      <w:r>
        <w:t>24 دسمبر 2017۔ آج</w:t>
      </w:r>
    </w:p>
    <w:p>
      <w:r>
        <w:rPr>
          <w:b/>
        </w:rPr>
        <w:t xml:space="preserve">[00:40] </w:t>
      </w:r>
      <w:r>
        <w:t>hasb-e-mamool quran ka dars hoga.</w:t>
      </w:r>
    </w:p>
    <w:p>
      <w:pPr>
        <w:jc w:val="right"/>
      </w:pPr>
      <w:r>
        <w:t>حسب معمول قرآن کا درس ہوگا۔</w:t>
      </w:r>
    </w:p>
    <w:p>
      <w:r>
        <w:rPr>
          <w:b/>
        </w:rPr>
        <w:t xml:space="preserve">[00:50] </w:t>
      </w:r>
      <w:r>
        <w:t>ek ayat quran mein hai, surah al-baqarah mein, woh mashhoor hai ayat al-kursi ke naam se.</w:t>
      </w:r>
    </w:p>
    <w:p>
      <w:pPr>
        <w:jc w:val="right"/>
      </w:pPr>
      <w:r>
        <w:t>ایک آیت قرآن میں ہے، سورہ البقرہ میں، وہ مشہور ہے آیت الکرسی کے نام سے۔</w:t>
      </w:r>
    </w:p>
    <w:p>
      <w:r>
        <w:rPr>
          <w:b/>
        </w:rPr>
        <w:t xml:space="preserve">[01:01] </w:t>
      </w:r>
      <w:r>
        <w:t>woh bohat hi ajeeb ayat hai yeh, is mein allah rabbul alameen ka ta'aruf diya gaya hai. bohat hi</w:t>
      </w:r>
    </w:p>
    <w:p>
      <w:pPr>
        <w:jc w:val="right"/>
      </w:pPr>
      <w:r>
        <w:t>وہ بہت ہی عجیب آیت ہے یہ، اس میں اللہ رب العالمین کا تعارف دیا گیا ہے۔ بہت ہی</w:t>
      </w:r>
    </w:p>
    <w:p>
      <w:r>
        <w:rPr>
          <w:b/>
        </w:rPr>
        <w:t xml:space="preserve">[01:11] </w:t>
      </w:r>
      <w:r>
        <w:t>anokha ta'aruf, aur woh جامع ta'aruf. main aksar is ko padhta rehta hoon, akele mein, aur is se mujhe bohat zabardast qism ka inspiration milta hai. to aaj is ka, aaj woh ayat aur is ka tarjuma padha jayega. bismillah rahman rahim. Allah la ilaha illa huwa, al-</w:t>
      </w:r>
    </w:p>
    <w:p>
      <w:pPr>
        <w:jc w:val="right"/>
      </w:pPr>
      <w:r>
        <w:t>انوکھا تعارف، اور وہ جامع تعارف۔ میں اکثر اس کو پڑھتا رہتا ہوں، اکیلے میں، اور اس سے مجھے بہت زبردست قسم کا انسپیریشن ملتا ہے۔ تو آج اس کا، آج وہ آیت اور اس کا ترجمہ پڑھا جائے گا۔ بسم اللہ الرحمن الرحیم۔ اللہ لا الہ الاھو، الح</w:t>
      </w:r>
    </w:p>
    <w:p>
      <w:r>
        <w:rPr>
          <w:b/>
        </w:rPr>
        <w:t xml:space="preserve">[01:41] </w:t>
      </w:r>
      <w:r>
        <w:t>hayyul qayyum, la ta'khudhuhu sinatun wa la nawm, lahu ma fis-samawati wa ma fil-ard, man dhal-ladhi yashfa'u</w:t>
      </w:r>
    </w:p>
    <w:p>
      <w:pPr>
        <w:jc w:val="right"/>
      </w:pPr>
      <w:r>
        <w:t>ی القیوم، لا تأخذہ سنۃ ولا نوم، لہو ما فی السماوات وما فی الارض، من ذا الذی یشفع</w:t>
      </w:r>
    </w:p>
    <w:p>
      <w:r>
        <w:rPr>
          <w:b/>
        </w:rPr>
        <w:t xml:space="preserve">[01:51] </w:t>
      </w:r>
      <w:r>
        <w:t>indahu illa bi idhnih, ya'lamu ma bayna aydihim wa ma khalfahum, wa la yuhituna bi shay'in min 'ilmihi illa bima sha'a, wasi'a</w:t>
      </w:r>
    </w:p>
    <w:p>
      <w:pPr>
        <w:jc w:val="right"/>
      </w:pPr>
      <w:r>
        <w:t>عندہ الا باذنی، یعلم ما بین ایدیہم وما خلفہم، ولا یحیطون بشئی من علمہ الا بما شاء، وسع</w:t>
      </w:r>
    </w:p>
    <w:p>
      <w:r>
        <w:rPr>
          <w:b/>
        </w:rPr>
        <w:t xml:space="preserve">[02:01] </w:t>
      </w:r>
      <w:r>
        <w:t>kursiyuhus-samawati wal-ard, wa la ya'uduhu hifdhuhuma, wa huwal 'aliyyul 'adheem.</w:t>
      </w:r>
    </w:p>
    <w:p>
      <w:pPr>
        <w:jc w:val="right"/>
      </w:pPr>
      <w:r>
        <w:t>کرسیہ السماوات والارض، ولا یعوذہ حفظہما، وھو العلی العظیم۔</w:t>
      </w:r>
    </w:p>
    <w:p>
      <w:r>
        <w:rPr>
          <w:b/>
        </w:rPr>
        <w:t xml:space="preserve">[02:11] </w:t>
      </w:r>
      <w:r>
        <w:t>surah albara, surah number do, ayat number 255. 255. allah, us ke siwa koi maabood nahin. woh zindah hai, sab ka thamne wala. is ko na oongh aati hai aur na neend. isi ka hai jo kuch aasmanon aur zameen mein hai. kaun hai jo is ke paas is ki ijazat</w:t>
      </w:r>
    </w:p>
    <w:p>
      <w:pPr>
        <w:jc w:val="right"/>
      </w:pPr>
      <w:r>
        <w:t>سورہ البقرہ، سورہ نمبر دو، آیت نمبر 255۔ 255۔ اللہ، اس کے سوا کوئی معبود نہیں۔ وہ زندہ ہے، سب کا تھامنے والا۔ اس کو نہ اونگھ آتی ہے اور نہ نیند۔ اسی کا ہے جو کچھ آسمانوں اور زمین میں ہے۔ کون ہے جو اس کے پاس اس کی اجازت</w:t>
      </w:r>
    </w:p>
    <w:p>
      <w:r>
        <w:rPr>
          <w:b/>
        </w:rPr>
        <w:t xml:space="preserve">[02:41] </w:t>
      </w:r>
      <w:r>
        <w:t>ke baghair sifarish kare? woh jaanta hai jo kuch un ke aage hai aur jo kuch un ke peeche hai.</w:t>
      </w:r>
    </w:p>
    <w:p>
      <w:pPr>
        <w:jc w:val="right"/>
      </w:pPr>
      <w:r>
        <w:t>کے بغیر سفارش کرے؟ وہ جانتا ہے جو کچھ ان کے آگے ہے اور جو کچھ ان کے پیچھے ہے۔</w:t>
      </w:r>
    </w:p>
    <w:p>
      <w:r>
        <w:rPr>
          <w:b/>
        </w:rPr>
        <w:t xml:space="preserve">[02:47] </w:t>
      </w:r>
      <w:r>
        <w:t>aur woh us ke ilm mein se kisi cheez ka ahata nahi kar sakte magar woh jo chahe.</w:t>
      </w:r>
    </w:p>
    <w:p>
      <w:pPr>
        <w:jc w:val="right"/>
      </w:pPr>
      <w:r>
        <w:t>اور وہ اس کے علم میں سے کسی چیز کا احاطہ نہیں کر سکتے مگر وہ جو چاہے۔</w:t>
      </w:r>
    </w:p>
    <w:p>
      <w:r>
        <w:rPr>
          <w:b/>
        </w:rPr>
        <w:t xml:space="preserve">[02:54] </w:t>
      </w:r>
      <w:r>
        <w:t>us ki hukoomat aasmanon aur zameen par chhayi hui hai.</w:t>
      </w:r>
    </w:p>
    <w:p>
      <w:pPr>
        <w:jc w:val="right"/>
      </w:pPr>
      <w:r>
        <w:t>اس کی حکومت آسمانوں اور زمین پر چھائی ہوئی ہے۔</w:t>
      </w:r>
    </w:p>
    <w:p>
      <w:r>
        <w:rPr>
          <w:b/>
        </w:rPr>
        <w:t xml:space="preserve">[03:00] </w:t>
      </w:r>
      <w:r>
        <w:t>woh thakta nahi is in ke thaamne se.</w:t>
      </w:r>
    </w:p>
    <w:p>
      <w:pPr>
        <w:jc w:val="right"/>
      </w:pPr>
      <w:r>
        <w:t>وہ تھکتا نہیں اس ان کے تھامنے سے۔</w:t>
      </w:r>
    </w:p>
    <w:p>
      <w:r>
        <w:rPr>
          <w:b/>
        </w:rPr>
        <w:t xml:space="preserve">[03:06] </w:t>
      </w:r>
      <w:r>
        <w:t>aur wohi hai buland martaba bara. yeh ayat</w:t>
      </w:r>
    </w:p>
    <w:p>
      <w:pPr>
        <w:jc w:val="right"/>
      </w:pPr>
      <w:r>
        <w:t>اور وہی ہے بلند مرتبہ بڑا۔ یہ آیت</w:t>
      </w:r>
    </w:p>
    <w:p>
      <w:r>
        <w:rPr>
          <w:b/>
        </w:rPr>
        <w:t xml:space="preserve">[03:12] </w:t>
      </w:r>
      <w:r>
        <w:t>jo aam taur par ayat al-kursi ke naam se mashhoor hai, bohat hi ajeeb ayat hai.</w:t>
      </w:r>
    </w:p>
    <w:p>
      <w:pPr>
        <w:jc w:val="right"/>
      </w:pPr>
      <w:r>
        <w:t>جو عام طور پر آیت الکرسی کے نام سے مشہور ہے، بہت ہی عجیب آیت ہے۔</w:t>
      </w:r>
    </w:p>
    <w:p>
      <w:r>
        <w:rPr>
          <w:b/>
        </w:rPr>
        <w:t xml:space="preserve">[03:22] </w:t>
      </w:r>
      <w:r>
        <w:t>yeh allah rabbul alameen ka ek bohat hi complete introduction hai.</w:t>
      </w:r>
    </w:p>
    <w:p>
      <w:pPr>
        <w:jc w:val="right"/>
      </w:pPr>
      <w:r>
        <w:t>یہ اللہ رب العالمین کا ایک بہت ہی کمپلیٹ انٹروڈکشن ہے۔</w:t>
      </w:r>
    </w:p>
    <w:p>
      <w:r>
        <w:rPr>
          <w:b/>
        </w:rPr>
        <w:t xml:space="preserve">[03:33] </w:t>
      </w:r>
      <w:r>
        <w:t>aap jitna zyada is ko padhenge, utne zyada aap ko</w:t>
      </w:r>
    </w:p>
    <w:p>
      <w:pPr>
        <w:jc w:val="right"/>
      </w:pPr>
      <w:r>
        <w:t>آپ جتنا زیادہ اس کو پڑھیں گے، اتنے زیادہ آپ کو</w:t>
      </w:r>
    </w:p>
    <w:p>
      <w:r>
        <w:rPr>
          <w:b/>
        </w:rPr>
        <w:t xml:space="preserve">[03:43] </w:t>
      </w:r>
      <w:r>
        <w:t>آپ کی روح، آپ کا mind inspire ہوتا رہے گا۔</w:t>
      </w:r>
    </w:p>
    <w:p>
      <w:pPr>
        <w:jc w:val="right"/>
      </w:pPr>
      <w:r>
        <w:t>آپ کی روح، آپ کا مائنڈ انسپائر ہوتا رہے گا۔</w:t>
      </w:r>
    </w:p>
    <w:p>
      <w:r>
        <w:rPr>
          <w:b/>
        </w:rPr>
        <w:t xml:space="preserve">[03:51] </w:t>
      </w:r>
      <w:r>
        <w:t>ab mislan yeh jo do lafz hain, hayyul qayyum, is ko sochiye.</w:t>
      </w:r>
    </w:p>
    <w:p>
      <w:pPr>
        <w:jc w:val="right"/>
      </w:pPr>
      <w:r>
        <w:t>اب مثلاً یہ جو دو لفظ ہیں، حی القیوم، اس کو سوچیے۔</w:t>
      </w:r>
    </w:p>
    <w:p>
      <w:r>
        <w:rPr>
          <w:b/>
        </w:rPr>
        <w:t xml:space="preserve">[03:58] </w:t>
      </w:r>
      <w:r>
        <w:t>hayy ma'ni zinda. zinda.</w:t>
      </w:r>
    </w:p>
    <w:p>
      <w:pPr>
        <w:jc w:val="right"/>
      </w:pPr>
      <w:r>
        <w:t>حی معنی زندہ۔ زندہ۔</w:t>
      </w:r>
    </w:p>
    <w:p>
      <w:r>
        <w:rPr>
          <w:b/>
        </w:rPr>
        <w:t xml:space="preserve">[04:06] </w:t>
      </w:r>
      <w:r>
        <w:t>ek bari ajeeb yeh tasweer banti hai allah rabbul alameen ki ke woh zinda</w:t>
      </w:r>
    </w:p>
    <w:p>
      <w:pPr>
        <w:jc w:val="right"/>
      </w:pPr>
      <w:r>
        <w:t>ایک بڑی عجیب یہ تصویر بنتی ہے اللہ رب العالمین کی کہ وہ زند</w:t>
      </w:r>
    </w:p>
    <w:p>
      <w:r>
        <w:rPr>
          <w:b/>
        </w:rPr>
        <w:t xml:space="preserve">[04:13] </w:t>
      </w:r>
      <w:r>
        <w:t>hai, woh qayyum hai, sab ka thamne wala hai.</w:t>
      </w:r>
    </w:p>
    <w:p>
      <w:pPr>
        <w:jc w:val="right"/>
      </w:pPr>
      <w:r>
        <w:t>ہ ہے، وہ قیوم ہے، سب کا تھامنے والا ہے۔</w:t>
      </w:r>
    </w:p>
    <w:p>
      <w:r>
        <w:rPr>
          <w:b/>
        </w:rPr>
        <w:t xml:space="preserve">[04:19] </w:t>
      </w:r>
      <w:r>
        <w:t>tu aik mind boggling tasveer banti hai Allah Rabb-ul-Aalameen ki jo poori poori poori kainat ko ahata</w:t>
      </w:r>
    </w:p>
    <w:p>
      <w:pPr>
        <w:jc w:val="right"/>
      </w:pPr>
      <w:r>
        <w:t>تو ایک مائنڈ باگلنگ تصویر بنتی ہے اللہ رب العالمین کی جو پوری پوری پوری کائنات کو احاطہ</w:t>
      </w:r>
    </w:p>
    <w:p>
      <w:r>
        <w:rPr>
          <w:b/>
        </w:rPr>
        <w:t xml:space="preserve">[04:26] </w:t>
      </w:r>
      <w:r>
        <w:t>ki hui hai.</w:t>
      </w:r>
    </w:p>
    <w:p>
      <w:pPr>
        <w:jc w:val="right"/>
      </w:pPr>
      <w:r>
        <w:t>کی ہوئی ہے۔</w:t>
      </w:r>
    </w:p>
    <w:p>
      <w:r>
        <w:rPr>
          <w:b/>
        </w:rPr>
        <w:t xml:space="preserve">[04:32] </w:t>
      </w:r>
      <w:r>
        <w:t>aur ek zinda khuda ke hisse se woh maujood hai, eternally.</w:t>
      </w:r>
    </w:p>
    <w:p>
      <w:pPr>
        <w:jc w:val="right"/>
      </w:pPr>
      <w:r>
        <w:t>اور ایک زندہ خدا کے حصے سے وہ موجود ہے، ایٹینڈلی۔</w:t>
      </w:r>
    </w:p>
    <w:p>
      <w:r>
        <w:rPr>
          <w:b/>
        </w:rPr>
        <w:t xml:space="preserve">[04:38] </w:t>
      </w:r>
      <w:r>
        <w:t>tu mein samajhta hoon ke</w:t>
      </w:r>
    </w:p>
    <w:p>
      <w:pPr>
        <w:jc w:val="right"/>
      </w:pPr>
      <w:r>
        <w:t>تو میں سمجھتا ہوں کہ</w:t>
      </w:r>
    </w:p>
    <w:p>
      <w:r>
        <w:rPr>
          <w:b/>
        </w:rPr>
        <w:t xml:space="preserve">[04:44] </w:t>
      </w:r>
      <w:r>
        <w:t>allah rab al alameen ko apne mind mein aik zindah aqeedah ke taur par banaye rakhne ke liye sab se achha tareeqa yahi hai ke aap is ayat ko sochen aur is ko apne mind mein bithayen. yahan main apna kuch experience share karna chahta</w:t>
      </w:r>
    </w:p>
    <w:p>
      <w:pPr>
        <w:jc w:val="right"/>
      </w:pPr>
      <w:r>
        <w:t>اللہ رب العالمین کو اپنے مائنڈ میں ایک زندہ عقیدہ کے طور پر بنائے رکھنے کے لیے سب سے اچھا طریقہ یہی ہے کہ آپ اس آیت کو سوچیں اور اس کو اپنے مائنڈ میں بٹھائیں۔ یہاں میں اپنا کچھ ایکسپیرینس شیئر کرنا چاہتا</w:t>
      </w:r>
    </w:p>
    <w:p>
      <w:r>
        <w:rPr>
          <w:b/>
        </w:rPr>
        <w:t xml:space="preserve">[05:14] </w:t>
      </w:r>
      <w:r>
        <w:t>hoon.</w:t>
      </w:r>
    </w:p>
    <w:p>
      <w:pPr>
        <w:jc w:val="right"/>
      </w:pPr>
      <w:r>
        <w:t>ہوں۔</w:t>
      </w:r>
    </w:p>
    <w:p>
      <w:r>
        <w:rPr>
          <w:b/>
        </w:rPr>
        <w:t xml:space="preserve">[05:21] </w:t>
      </w:r>
      <w:r>
        <w:t>dekhiye, mein paida hua Uttar Pradesh ke aik gaon mein.</w:t>
      </w:r>
    </w:p>
    <w:p>
      <w:pPr>
        <w:jc w:val="right"/>
      </w:pPr>
      <w:r>
        <w:t>دیکھیے، میں پیدا ہوا اتر پردیش کے ایک گاؤں میں۔</w:t>
      </w:r>
    </w:p>
    <w:p>
      <w:r>
        <w:rPr>
          <w:b/>
        </w:rPr>
        <w:t xml:space="preserve">[05:27] </w:t>
      </w:r>
      <w:r>
        <w:t>meri umar ka aik bara hissa zyada tar isi gaon mein guzra.</w:t>
      </w:r>
    </w:p>
    <w:p>
      <w:pPr>
        <w:jc w:val="right"/>
      </w:pPr>
      <w:r>
        <w:t>میری عمر کا ایک بڑا حصہ زیادہ تر اسی گاؤں میں گزرا۔</w:t>
      </w:r>
    </w:p>
    <w:p>
      <w:r>
        <w:rPr>
          <w:b/>
        </w:rPr>
        <w:t xml:space="preserve">[05:33] </w:t>
      </w:r>
      <w:r>
        <w:t>tu is zamane mein, yaani naujawani ki umar mein, mere sath aik waqea bar bar hota tha, bar</w:t>
      </w:r>
    </w:p>
    <w:p>
      <w:pPr>
        <w:jc w:val="right"/>
      </w:pPr>
      <w:r>
        <w:t>تو اس زمانے میں، یعنی نوجوانی کی عمر میں، میرے ساتھ ایک واقعہ بار بار ہوتا تھا، بار</w:t>
      </w:r>
    </w:p>
    <w:p>
      <w:r>
        <w:rPr>
          <w:b/>
        </w:rPr>
        <w:t xml:space="preserve">[05:39] </w:t>
      </w:r>
      <w:r>
        <w:t>bar hota tha.</w:t>
      </w:r>
    </w:p>
    <w:p>
      <w:pPr>
        <w:jc w:val="right"/>
      </w:pPr>
      <w:r>
        <w:t>بار ہوتا تھا۔</w:t>
      </w:r>
    </w:p>
    <w:p>
      <w:r>
        <w:rPr>
          <w:b/>
        </w:rPr>
        <w:t xml:space="preserve">[05:45] </w:t>
      </w:r>
      <w:r>
        <w:t>woh yeh ke mein shair ko dekhta tha khwab mein.</w:t>
      </w:r>
    </w:p>
    <w:p>
      <w:pPr>
        <w:jc w:val="right"/>
      </w:pPr>
      <w:r>
        <w:t>وہ یہ کہ میں شیر کو دیکھتا تھا خواب میں۔</w:t>
      </w:r>
    </w:p>
    <w:p>
      <w:r>
        <w:rPr>
          <w:b/>
        </w:rPr>
        <w:t xml:space="preserve">[05:51] </w:t>
      </w:r>
      <w:r>
        <w:t>بار بار وہ saw dream آتے تھے کہ شیر، ایک ہی شیر نہیں، کئی کئی شیر میرے آس</w:t>
      </w:r>
    </w:p>
    <w:p>
      <w:pPr>
        <w:jc w:val="right"/>
      </w:pPr>
      <w:r>
        <w:t>بار بار وہ سا ڈریم آتے تھے کہ شیر، ایک ہی شیر نہیں، کئی کئی شیر میرے آس</w:t>
      </w:r>
    </w:p>
    <w:p>
      <w:r>
        <w:rPr>
          <w:b/>
        </w:rPr>
        <w:t xml:space="preserve">[05:57] </w:t>
      </w:r>
      <w:r>
        <w:t>pas ghoom rahe hain.</w:t>
      </w:r>
    </w:p>
    <w:p>
      <w:pPr>
        <w:jc w:val="right"/>
      </w:pPr>
      <w:r>
        <w:t>پاس گھوم رہے ہیں۔</w:t>
      </w:r>
    </w:p>
    <w:p>
      <w:r>
        <w:rPr>
          <w:b/>
        </w:rPr>
        <w:t xml:space="preserve">[06:03] </w:t>
      </w:r>
      <w:r>
        <w:t>yaani zinda shair.</w:t>
      </w:r>
    </w:p>
    <w:p>
      <w:pPr>
        <w:jc w:val="right"/>
      </w:pPr>
      <w:r>
        <w:t>یعنی زندہ شیر۔</w:t>
      </w:r>
    </w:p>
    <w:p>
      <w:r>
        <w:rPr>
          <w:b/>
        </w:rPr>
        <w:t xml:space="preserve">[06:09] </w:t>
      </w:r>
      <w:r>
        <w:t>tu bas sochta tha ke aakhir yeh mein shair ka khwab kyun dekhta hoon? woh</w:t>
      </w:r>
    </w:p>
    <w:p>
      <w:pPr>
        <w:jc w:val="right"/>
      </w:pPr>
      <w:r>
        <w:t>تو بس سوچتا تھا کہ آخر یہ میں شیر کا خواب کیوں دیکھتا ہوں؟ وہ</w:t>
      </w:r>
    </w:p>
    <w:p>
      <w:r>
        <w:rPr>
          <w:b/>
        </w:rPr>
        <w:t xml:space="preserve">[06:16] </w:t>
      </w:r>
      <w:r>
        <w:t>shair mujhe kaat ta nahi tha.</w:t>
      </w:r>
    </w:p>
    <w:p>
      <w:pPr>
        <w:jc w:val="right"/>
      </w:pPr>
      <w:r>
        <w:t>شیر مجھے کاٹتا نہیں تھا۔</w:t>
      </w:r>
    </w:p>
    <w:p>
      <w:r>
        <w:rPr>
          <w:b/>
        </w:rPr>
        <w:t xml:space="preserve">[06:23] </w:t>
      </w:r>
      <w:r>
        <w:t>lekin mere aas pas woh bilkul mere, yaani harmless andaaz mein, mere dream mein dikhai parta tha.</w:t>
      </w:r>
    </w:p>
    <w:p>
      <w:pPr>
        <w:jc w:val="right"/>
      </w:pPr>
      <w:r>
        <w:t>لیکن میرے آس پاس وہ بالکل میرے، یعنی ہارملیس انداز میں، میرے ڈریم میں دکھائی پڑتا تھا۔</w:t>
      </w:r>
    </w:p>
    <w:p>
      <w:r>
        <w:rPr>
          <w:b/>
        </w:rPr>
        <w:t xml:space="preserve">[06:31] </w:t>
      </w:r>
      <w:r>
        <w:t>is ke baad kya hua ke mein Lucknow gaya.</w:t>
      </w:r>
    </w:p>
    <w:p>
      <w:pPr>
        <w:jc w:val="right"/>
      </w:pPr>
      <w:r>
        <w:t>اس کے بعد کیا ہوا کہ میں لکھنؤ گیا۔</w:t>
      </w:r>
    </w:p>
    <w:p>
      <w:r>
        <w:rPr>
          <w:b/>
        </w:rPr>
        <w:t xml:space="preserve">[06:39] </w:t>
      </w:r>
      <w:r>
        <w:t>pehli bar maine Lucknow ke zoo mein zinda shair ko dekha.</w:t>
      </w:r>
    </w:p>
    <w:p>
      <w:pPr>
        <w:jc w:val="right"/>
      </w:pPr>
      <w:r>
        <w:t>پہلی بار میں نے لکھنؤ کے زو میں زندہ شیر کو دیکھا۔</w:t>
      </w:r>
    </w:p>
    <w:p>
      <w:r>
        <w:rPr>
          <w:b/>
        </w:rPr>
        <w:t xml:space="preserve">[06:47] </w:t>
      </w:r>
      <w:r>
        <w:t>tu ajeeb ehsas hua.</w:t>
      </w:r>
    </w:p>
    <w:p>
      <w:pPr>
        <w:jc w:val="right"/>
      </w:pPr>
      <w:r>
        <w:t>تو عجیب احساس ہوا۔</w:t>
      </w:r>
    </w:p>
    <w:p>
      <w:r>
        <w:rPr>
          <w:b/>
        </w:rPr>
        <w:t xml:space="preserve">[06:52] </w:t>
      </w:r>
      <w:r>
        <w:t>zinda shair aik bari ajeeb cheez hai.</w:t>
      </w:r>
    </w:p>
    <w:p>
      <w:pPr>
        <w:jc w:val="right"/>
      </w:pPr>
      <w:r>
        <w:t>زندہ شیر ایک بڑی عجیب چیز ہے۔</w:t>
      </w:r>
    </w:p>
    <w:p>
      <w:r>
        <w:rPr>
          <w:b/>
        </w:rPr>
        <w:t xml:space="preserve">[06:56] </w:t>
      </w:r>
      <w:r>
        <w:t>bohat ajeeb cheez hai.</w:t>
      </w:r>
    </w:p>
    <w:p>
      <w:pPr>
        <w:jc w:val="right"/>
      </w:pPr>
      <w:r>
        <w:t>بہت عجیب چیز ہے۔</w:t>
      </w:r>
    </w:p>
    <w:p>
      <w:r>
        <w:rPr>
          <w:b/>
        </w:rPr>
        <w:t xml:space="preserve">[07:01] </w:t>
      </w:r>
      <w:r>
        <w:t>is ko dekhte hi rahiye, is ko aap.</w:t>
      </w:r>
    </w:p>
    <w:p>
      <w:pPr>
        <w:jc w:val="right"/>
      </w:pPr>
      <w:r>
        <w:t>اس کو دیکھتے ہی رہیے، اس کو آپ۔</w:t>
      </w:r>
    </w:p>
    <w:p>
      <w:r>
        <w:rPr>
          <w:b/>
        </w:rPr>
        <w:t xml:space="preserve">[07:05] </w:t>
      </w:r>
      <w:r>
        <w:t>aik sense of awe paida hota hai aap ke andar zinda shair ko dekh kar.</w:t>
      </w:r>
    </w:p>
    <w:p>
      <w:pPr>
        <w:jc w:val="right"/>
      </w:pPr>
      <w:r>
        <w:t>ایک سینس آف اَو پیدا ہوتا ہے آپ کے اندر زندہ شیر کو دیکھ کر۔</w:t>
      </w:r>
    </w:p>
    <w:p>
      <w:r>
        <w:rPr>
          <w:b/>
        </w:rPr>
        <w:t xml:space="preserve">[07:09] </w:t>
      </w:r>
      <w:r>
        <w:t>azmat ka aur barhai ka.</w:t>
      </w:r>
    </w:p>
    <w:p>
      <w:pPr>
        <w:jc w:val="right"/>
      </w:pPr>
      <w:r>
        <w:t>عظمت کا اور بڑائی کا۔</w:t>
      </w:r>
    </w:p>
    <w:p>
      <w:r>
        <w:rPr>
          <w:b/>
        </w:rPr>
        <w:t xml:space="preserve">[07:14] </w:t>
      </w:r>
      <w:r>
        <w:t>phir baad ko maine mashhoor kitab parhi</w:t>
      </w:r>
    </w:p>
    <w:p>
      <w:pPr>
        <w:jc w:val="right"/>
      </w:pPr>
      <w:r>
        <w:t>پھر بعد کو میں نے مشہور کتاب پڑھی</w:t>
      </w:r>
    </w:p>
    <w:p>
      <w:r>
        <w:rPr>
          <w:b/>
        </w:rPr>
        <w:t xml:space="preserve">[07:18] </w:t>
      </w:r>
      <w:r>
        <w:t>jo British hunter Jim Corbett ki kitab thi.</w:t>
      </w:r>
    </w:p>
    <w:p>
      <w:pPr>
        <w:jc w:val="right"/>
      </w:pPr>
      <w:r>
        <w:t>جو برٹش ہنٹر جمپ کاربٹ کی کتاب تھی۔</w:t>
      </w:r>
    </w:p>
    <w:p>
      <w:r>
        <w:rPr>
          <w:b/>
        </w:rPr>
        <w:t xml:space="preserve">[07:26] </w:t>
      </w:r>
      <w:r>
        <w:t>jump corbett, jump corbett ki family india mein rehti thi, naini taal ke aas paas ilaqe mein.</w:t>
      </w:r>
    </w:p>
    <w:p>
      <w:pPr>
        <w:jc w:val="right"/>
      </w:pPr>
      <w:r>
        <w:t>جمپ کاربٹ، جمپ کاربٹ کی فیملی انڈیا میں رہتی تھی، نینی تال کے آس پاس علاقے میں۔</w:t>
      </w:r>
    </w:p>
    <w:p>
      <w:r>
        <w:rPr>
          <w:b/>
        </w:rPr>
        <w:t xml:space="preserve">[07:34] </w:t>
      </w:r>
      <w:r>
        <w:t>to un ki death hui 1955 mein.</w:t>
      </w:r>
    </w:p>
    <w:p>
      <w:pPr>
        <w:jc w:val="right"/>
      </w:pPr>
      <w:r>
        <w:t>تو ان کی ڈیتھ ہوئی 1955 میں۔</w:t>
      </w:r>
    </w:p>
    <w:p>
      <w:r>
        <w:rPr>
          <w:b/>
        </w:rPr>
        <w:t xml:space="preserve">[07:42] </w:t>
      </w:r>
      <w:r>
        <w:t>1955 mein un ki death hui. to</w:t>
      </w:r>
    </w:p>
    <w:p>
      <w:pPr>
        <w:jc w:val="right"/>
      </w:pPr>
      <w:r>
        <w:t>1955 میں ان کی ڈیتھ ہوئی۔ تو</w:t>
      </w:r>
    </w:p>
    <w:p>
      <w:r>
        <w:rPr>
          <w:b/>
        </w:rPr>
        <w:t xml:space="preserve">[07:49] </w:t>
      </w:r>
      <w:r>
        <w:t>woh is ilaqe mein rehte the jo ke jangal ka ilaqah tha.</w:t>
      </w:r>
    </w:p>
    <w:p>
      <w:pPr>
        <w:jc w:val="right"/>
      </w:pPr>
      <w:r>
        <w:t>وہ اس علاقے میں رہتے تھے جو کہ جنگل کا علاقہ تھا۔</w:t>
      </w:r>
    </w:p>
    <w:p>
      <w:r>
        <w:rPr>
          <w:b/>
        </w:rPr>
        <w:t xml:space="preserve">[07:56] </w:t>
      </w:r>
      <w:r>
        <w:t>jangal ko dekhte dekhte un ke andar aik ajeeb taassur qaim hua.</w:t>
      </w:r>
    </w:p>
    <w:p>
      <w:pPr>
        <w:jc w:val="right"/>
      </w:pPr>
      <w:r>
        <w:t>جنگل کو دیکھتے دیکھتے ان کے اندر ایک عجیب تاثر قائم ہوا۔</w:t>
      </w:r>
    </w:p>
    <w:p>
      <w:r>
        <w:rPr>
          <w:b/>
        </w:rPr>
        <w:t xml:space="preserve">[08:02] </w:t>
      </w:r>
      <w:r>
        <w:t>jangal ke baray mein, sher ke baray mein, animal ke baray mein.</w:t>
      </w:r>
    </w:p>
    <w:p>
      <w:pPr>
        <w:jc w:val="right"/>
      </w:pPr>
      <w:r>
        <w:t>جنگل کے بارے میں، شیر کے بارے میں، اینیمل کے بارے میں۔</w:t>
      </w:r>
    </w:p>
    <w:p>
      <w:r>
        <w:rPr>
          <w:b/>
        </w:rPr>
        <w:t xml:space="preserve">[08:08] </w:t>
      </w:r>
      <w:r>
        <w:t>woh camera le kar is ka photo liya karte thay.</w:t>
      </w:r>
    </w:p>
    <w:p>
      <w:pPr>
        <w:jc w:val="right"/>
      </w:pPr>
      <w:r>
        <w:t>وہ کیمرہ لے کر اس کا فوٹو لیا کرتے تھے۔</w:t>
      </w:r>
    </w:p>
    <w:p>
      <w:r>
        <w:rPr>
          <w:b/>
        </w:rPr>
        <w:t xml:space="preserve">[08:15] </w:t>
      </w:r>
      <w:r>
        <w:t>phir is ilaqe mein</w:t>
      </w:r>
    </w:p>
    <w:p>
      <w:pPr>
        <w:jc w:val="right"/>
      </w:pPr>
      <w:r>
        <w:t>پھر اس علاقے میں</w:t>
      </w:r>
    </w:p>
    <w:p>
      <w:r>
        <w:rPr>
          <w:b/>
        </w:rPr>
        <w:t xml:space="preserve">[08:21] </w:t>
      </w:r>
      <w:r>
        <w:t>aas paas jo gaon thay, unhon ne un se kaha ke hamare haan sher aata hai aur hum</w:t>
      </w:r>
    </w:p>
    <w:p>
      <w:pPr>
        <w:jc w:val="right"/>
      </w:pPr>
      <w:r>
        <w:t>آس پاس جو گاؤں تھے، انہوں نے ان سے کہا کہ ہمارے ہاں شیر آتا ہے اور ہم</w:t>
      </w:r>
    </w:p>
    <w:p>
      <w:r>
        <w:rPr>
          <w:b/>
        </w:rPr>
        <w:t xml:space="preserve">[08:25] </w:t>
      </w:r>
      <w:r>
        <w:t>par hamla karta hai.</w:t>
      </w:r>
    </w:p>
    <w:p>
      <w:pPr>
        <w:jc w:val="right"/>
      </w:pPr>
      <w:r>
        <w:t>پر حملہ کرتا ہے۔</w:t>
      </w:r>
    </w:p>
    <w:p>
      <w:r>
        <w:rPr>
          <w:b/>
        </w:rPr>
        <w:t xml:space="preserve">[08:29] </w:t>
      </w:r>
      <w:r>
        <w:t>to aap hamare liye kuch kijiye.</w:t>
      </w:r>
    </w:p>
    <w:p>
      <w:pPr>
        <w:jc w:val="right"/>
      </w:pPr>
      <w:r>
        <w:t>تو آپ ہمارے لیے کچھ کیجیے۔</w:t>
      </w:r>
    </w:p>
    <w:p>
      <w:r>
        <w:rPr>
          <w:b/>
        </w:rPr>
        <w:t xml:space="preserve">[08:34] </w:t>
      </w:r>
      <w:r>
        <w:t>yahan se is ki zindagi shuru hui.</w:t>
      </w:r>
    </w:p>
    <w:p>
      <w:pPr>
        <w:jc w:val="right"/>
      </w:pPr>
      <w:r>
        <w:t>یہاں سے اس کی زندگی شروع ہوئی۔</w:t>
      </w:r>
    </w:p>
    <w:p>
      <w:r>
        <w:rPr>
          <w:b/>
        </w:rPr>
        <w:t xml:space="preserve">[08:38] </w:t>
      </w:r>
      <w:r>
        <w:t>to sher aam taur par hamla nahi karta.</w:t>
      </w:r>
    </w:p>
    <w:p>
      <w:pPr>
        <w:jc w:val="right"/>
      </w:pPr>
      <w:r>
        <w:t>تو شیر عام طور پر حملہ نہیں کرتا۔</w:t>
      </w:r>
    </w:p>
    <w:p>
      <w:r>
        <w:rPr>
          <w:b/>
        </w:rPr>
        <w:t xml:space="preserve">[08:42] </w:t>
      </w:r>
      <w:r>
        <w:t>sher ke baray mein unhon ne bataya hai apni kitaab mein.</w:t>
      </w:r>
    </w:p>
    <w:p>
      <w:pPr>
        <w:jc w:val="right"/>
      </w:pPr>
      <w:r>
        <w:t>شیر کے بارے میں انہوں نے بتایا ہے اپنی کتاب میں۔</w:t>
      </w:r>
    </w:p>
    <w:p>
      <w:r>
        <w:rPr>
          <w:b/>
        </w:rPr>
        <w:t xml:space="preserve">[08:47] </w:t>
      </w:r>
      <w:r>
        <w:t>is kitaab ka naam hai "main</w:t>
      </w:r>
    </w:p>
    <w:p>
      <w:pPr>
        <w:jc w:val="right"/>
      </w:pPr>
      <w:r>
        <w:t>اس کتاب کا نام ہے "مین</w:t>
      </w:r>
    </w:p>
    <w:p>
      <w:r>
        <w:rPr>
          <w:b/>
        </w:rPr>
        <w:t xml:space="preserve">[08:51] </w:t>
      </w:r>
      <w:r>
        <w:t>eaters of kumao".</w:t>
      </w:r>
    </w:p>
    <w:p>
      <w:pPr>
        <w:jc w:val="right"/>
      </w:pPr>
      <w:r>
        <w:t>ایٹرز آف کمائیو"۔</w:t>
      </w:r>
    </w:p>
    <w:p>
      <w:r>
        <w:rPr>
          <w:b/>
        </w:rPr>
        <w:t xml:space="preserve">[08:57] </w:t>
      </w:r>
      <w:r>
        <w:t>yani kumao ke jangalon ka mardum khor sher.</w:t>
      </w:r>
    </w:p>
    <w:p>
      <w:pPr>
        <w:jc w:val="right"/>
      </w:pPr>
      <w:r>
        <w:t>یعنی کمائیو کے جنگلوں کا مردم خور شیر۔</w:t>
      </w:r>
    </w:p>
    <w:p>
      <w:r>
        <w:rPr>
          <w:b/>
        </w:rPr>
        <w:t xml:space="preserve">[09:03] </w:t>
      </w:r>
      <w:r>
        <w:t>"main eaters of kumao".</w:t>
      </w:r>
    </w:p>
    <w:p>
      <w:pPr>
        <w:jc w:val="right"/>
      </w:pPr>
      <w:r>
        <w:t>"مین ایٹرز آف کمائیو"۔</w:t>
      </w:r>
    </w:p>
    <w:p>
      <w:r>
        <w:rPr>
          <w:b/>
        </w:rPr>
        <w:t xml:space="preserve">[09:09] </w:t>
      </w:r>
      <w:r>
        <w:t>to unhon ne bataya ke sher koi bhi by birth man eater nahi hota.</w:t>
      </w:r>
    </w:p>
    <w:p>
      <w:pPr>
        <w:jc w:val="right"/>
      </w:pPr>
      <w:r>
        <w:t>تو انہوں نے بتایا کہ شیر کوئی بھی بائی برتھ مان ایٹر نہیں ہوتا۔</w:t>
      </w:r>
    </w:p>
    <w:p>
      <w:r>
        <w:rPr>
          <w:b/>
        </w:rPr>
        <w:t xml:space="preserve">[09:15] </w:t>
      </w:r>
      <w:r>
        <w:t>woh attack karna jante hi nahi. lekin</w:t>
      </w:r>
    </w:p>
    <w:p>
      <w:pPr>
        <w:jc w:val="right"/>
      </w:pPr>
      <w:r>
        <w:t>وہ اٹیک کرنا جلتے ہی جانتا ہی نہیں۔ لیکن</w:t>
      </w:r>
    </w:p>
    <w:p>
      <w:r>
        <w:rPr>
          <w:b/>
        </w:rPr>
        <w:t xml:space="preserve">[09:21] </w:t>
      </w:r>
      <w:r>
        <w:t>unhone bataya ke jo aksar aisa hota hai, anari log is ko nishana karte hain, is par gun chalate hain. aur woh sher bach jata hai marne se, zakhami zakhami ho jata hai. yeh zakhami sher hi hamesha man eater sher banta hai. zakhami sher. to khair jo baat mujhe</w:t>
      </w:r>
    </w:p>
    <w:p>
      <w:pPr>
        <w:jc w:val="right"/>
      </w:pPr>
      <w:r>
        <w:t>انہوں نے بتایا کہ جو اکثر ایسا ہوتا ہے، اناری لوگ اس کو نشانہ کرتے ہیں، اس پر گن چلاتے ہیں۔ اور وہ شیر بچ جاتا ہے مرنے سے، زخمی زخمی ہو جاتا ہے۔ یہ زخمی شیر ہی ہمیشہ مائن انٹر شیر بنتا ہے۔ زخمی شیر۔ تو خیر جو بات مجھے</w:t>
      </w:r>
    </w:p>
    <w:p>
      <w:r>
        <w:rPr>
          <w:b/>
        </w:rPr>
        <w:t xml:space="preserve">[09:51] </w:t>
      </w:r>
      <w:r>
        <w:t>us waqt karna hai woh yeh hai ke kai baar aisa pesh aaya un ko ke woh jangal</w:t>
      </w:r>
    </w:p>
    <w:p>
      <w:pPr>
        <w:jc w:val="right"/>
      </w:pPr>
      <w:r>
        <w:t>اس وقت کرنا ہے وہ یہ ہے کہ کئی بار ایسا پیش آیا ان کو کہ وہ جنگل</w:t>
      </w:r>
    </w:p>
    <w:p>
      <w:r>
        <w:rPr>
          <w:b/>
        </w:rPr>
        <w:t xml:space="preserve">[09:57] </w:t>
      </w:r>
      <w:r>
        <w:t>ke kinare thay.</w:t>
      </w:r>
    </w:p>
    <w:p>
      <w:pPr>
        <w:jc w:val="right"/>
      </w:pPr>
      <w:r>
        <w:t>کے کنارے تھے۔</w:t>
      </w:r>
    </w:p>
    <w:p>
      <w:r>
        <w:rPr>
          <w:b/>
        </w:rPr>
        <w:t xml:space="preserve">[10:04] </w:t>
      </w:r>
      <w:r>
        <w:t>aur wahan achaanak unhon ne dekha ke aik sher khara hua hai un ke paas. sher.</w:t>
      </w:r>
    </w:p>
    <w:p>
      <w:pPr>
        <w:jc w:val="right"/>
      </w:pPr>
      <w:r>
        <w:t>اور وہاں اچانک انہوں نے دیکھا کہ ایک شیر کھڑا ہوا ہے ان کے پاس۔ شیر۔</w:t>
      </w:r>
    </w:p>
    <w:p>
      <w:r>
        <w:rPr>
          <w:b/>
        </w:rPr>
        <w:t xml:space="preserve">[10:10] </w:t>
      </w:r>
      <w:r>
        <w:t>to unhon ne aik ajeeb baat likhi hai ke jab aap akele hon aur aap dekhen ke aap</w:t>
      </w:r>
    </w:p>
    <w:p>
      <w:pPr>
        <w:jc w:val="right"/>
      </w:pPr>
      <w:r>
        <w:t>تو انہوں نے ایک عجیب بات لکھی ہے کہ جب آپ اکیلے ہوں اور آپ دیکھیں کہ آپ</w:t>
      </w:r>
    </w:p>
    <w:p>
      <w:r>
        <w:rPr>
          <w:b/>
        </w:rPr>
        <w:t xml:space="preserve">[10:16] </w:t>
      </w:r>
      <w:r>
        <w:t>ke paas aik</w:t>
      </w:r>
    </w:p>
    <w:p>
      <w:pPr>
        <w:jc w:val="right"/>
      </w:pPr>
      <w:r>
        <w:t>کے پاس ایک</w:t>
      </w:r>
    </w:p>
    <w:p>
      <w:r>
        <w:rPr>
          <w:b/>
        </w:rPr>
        <w:t xml:space="preserve">[10:22] </w:t>
      </w:r>
      <w:r>
        <w:t>zindah sher khara hua hai.</w:t>
      </w:r>
    </w:p>
    <w:p>
      <w:pPr>
        <w:jc w:val="right"/>
      </w:pPr>
      <w:r>
        <w:t>زندہ شیر کھڑا ہوا ہے۔</w:t>
      </w:r>
    </w:p>
    <w:p>
      <w:r>
        <w:rPr>
          <w:b/>
        </w:rPr>
        <w:t xml:space="preserve">[10:28] </w:t>
      </w:r>
      <w:r>
        <w:t>to aap ka blood, aap ke jism mein blood circulation, blood isfar ban jata hai.</w:t>
      </w:r>
    </w:p>
    <w:p>
      <w:pPr>
        <w:jc w:val="right"/>
      </w:pPr>
      <w:r>
        <w:t>تو آپ کا بلڈ، آپ کے جسم میں بلڈ سرکولیشن، بلڈ اسفار بن جاتا ہے۔</w:t>
      </w:r>
    </w:p>
    <w:p>
      <w:r>
        <w:rPr>
          <w:b/>
        </w:rPr>
        <w:t xml:space="preserve">[10:35] </w:t>
      </w:r>
      <w:r>
        <w:t>yani khoon ka doran, khoon ka toofan ban jata hai.</w:t>
      </w:r>
    </w:p>
    <w:p>
      <w:pPr>
        <w:jc w:val="right"/>
      </w:pPr>
      <w:r>
        <w:t>یعنی خون کا دوران، خون کا طوفان بن جاتا ہے۔</w:t>
      </w:r>
    </w:p>
    <w:p>
      <w:r>
        <w:rPr>
          <w:b/>
        </w:rPr>
        <w:t xml:space="preserve">[10:41] </w:t>
      </w:r>
      <w:r>
        <w:t>aisi cheez sher.</w:t>
      </w:r>
    </w:p>
    <w:p>
      <w:pPr>
        <w:jc w:val="right"/>
      </w:pPr>
      <w:r>
        <w:t>ایسی چیز شیر۔</w:t>
      </w:r>
    </w:p>
    <w:p>
      <w:r>
        <w:rPr>
          <w:b/>
        </w:rPr>
        <w:t xml:space="preserve">[10:47] </w:t>
      </w:r>
      <w:r>
        <w:t>to jab maine yeh kitab padhi, is mein yeh padha ke jo unhon ne likha hai</w:t>
      </w:r>
    </w:p>
    <w:p>
      <w:pPr>
        <w:jc w:val="right"/>
      </w:pPr>
      <w:r>
        <w:t>تو جب میں نے یہ کتاب پڑھی، اس میں یہ پڑھا کہ جو انہوں نے لکھا ہے</w:t>
      </w:r>
    </w:p>
    <w:p>
      <w:r>
        <w:rPr>
          <w:b/>
        </w:rPr>
        <w:t xml:space="preserve">[10:54] </w:t>
      </w:r>
      <w:r>
        <w:t>ke agar aap ek zindah sher ko khara hua dekhein apne paas, to aap ka blood circulation blood</w:t>
      </w:r>
    </w:p>
    <w:p>
      <w:pPr>
        <w:jc w:val="right"/>
      </w:pPr>
      <w:r>
        <w:t>کہ اگر آپ ایک زندہ شیر کو کھڑا ہوا دیکھیں اپنے پاس، تو آپ کا بلڈ سرکولیشن بلڈ</w:t>
      </w:r>
    </w:p>
    <w:p>
      <w:r>
        <w:rPr>
          <w:b/>
        </w:rPr>
        <w:t xml:space="preserve">[11:01] </w:t>
      </w:r>
      <w:r>
        <w:t>start ban jata hai.</w:t>
      </w:r>
    </w:p>
    <w:p>
      <w:pPr>
        <w:jc w:val="right"/>
      </w:pPr>
      <w:r>
        <w:t>اسٹارٹ بن جاتا ہے۔</w:t>
      </w:r>
    </w:p>
    <w:p>
      <w:r>
        <w:rPr>
          <w:b/>
        </w:rPr>
        <w:t xml:space="preserve">[11:09] </w:t>
      </w:r>
      <w:r>
        <w:t>tab meri samajh mein aaya ke Allah rab ul alameen ne mujhe khud khwab mein dikhaya tha bar bar sher ko.</w:t>
      </w:r>
    </w:p>
    <w:p>
      <w:pPr>
        <w:jc w:val="right"/>
      </w:pPr>
      <w:r>
        <w:t>تب میری سمجھ میں آیا کہ اللہ رب العالمین نے مجھے خود خواب میں دکھایا تھا بار بار شیر کو۔</w:t>
      </w:r>
    </w:p>
    <w:p>
      <w:r>
        <w:rPr>
          <w:b/>
        </w:rPr>
        <w:t xml:space="preserve">[11:16] </w:t>
      </w:r>
      <w:r>
        <w:t>sher ko kyun dikhaya tha? is liye dikhaya tha ke mujhe bataya gaya ke Allah rab ul alameen par</w:t>
      </w:r>
    </w:p>
    <w:p>
      <w:pPr>
        <w:jc w:val="right"/>
      </w:pPr>
      <w:r>
        <w:t>شیر کو کیوں دکھایا تھا؟ اس لیے دکھایا تھا کہ مجھے بتایا گیا کہ اللہ رب العالمین پر</w:t>
      </w:r>
    </w:p>
    <w:p>
      <w:r>
        <w:rPr>
          <w:b/>
        </w:rPr>
        <w:t xml:space="preserve">[11:24] </w:t>
      </w:r>
      <w:r>
        <w:t>اس طرح یقین کرو جس طرح جب Corbett زندہ شیر پہ یقین کرتا تھا۔</w:t>
      </w:r>
    </w:p>
    <w:p>
      <w:pPr>
        <w:jc w:val="right"/>
      </w:pPr>
      <w:r>
        <w:t>اس طرح یقین کرو جس طرح جب کاربٹ زندہ شیر پہ یقین کرتا تھا۔</w:t>
      </w:r>
    </w:p>
    <w:p>
      <w:r>
        <w:rPr>
          <w:b/>
        </w:rPr>
        <w:t xml:space="preserve">[11:31] </w:t>
      </w:r>
      <w:r>
        <w:t>ایک living share جس کو دیکھ کر کہ آپ کا خون طوفان بن جائے۔</w:t>
      </w:r>
    </w:p>
    <w:p>
      <w:pPr>
        <w:jc w:val="right"/>
      </w:pPr>
      <w:r>
        <w:t>ایک لیونگ شیر جس کو دیکھ کر کہ آپ کا خون طوفان بن جائے۔</w:t>
      </w:r>
    </w:p>
    <w:p>
      <w:r>
        <w:rPr>
          <w:b/>
        </w:rPr>
        <w:t xml:space="preserve">[11:37] </w:t>
      </w:r>
      <w:r>
        <w:t>yani aap ke andar ehsas jaag uthe.</w:t>
      </w:r>
    </w:p>
    <w:p>
      <w:pPr>
        <w:jc w:val="right"/>
      </w:pPr>
      <w:r>
        <w:t>یعنی آپ کے اندر احساس جاگ اٹھے۔</w:t>
      </w:r>
    </w:p>
    <w:p>
      <w:r>
        <w:rPr>
          <w:b/>
        </w:rPr>
        <w:t xml:space="preserve">[11:44] </w:t>
      </w:r>
      <w:r>
        <w:t>aap ke andar khayalat ka toofan barpa ho jaye.</w:t>
      </w:r>
    </w:p>
    <w:p>
      <w:pPr>
        <w:jc w:val="right"/>
      </w:pPr>
      <w:r>
        <w:t>آپ کے اندر خیالات کا طوفان برپا ہو جائے۔</w:t>
      </w:r>
    </w:p>
    <w:p>
      <w:r>
        <w:rPr>
          <w:b/>
        </w:rPr>
        <w:t xml:space="preserve">[11:50] </w:t>
      </w:r>
      <w:r>
        <w:t>aap ke andar bepanah yaqeen paida ho jaye ke yeh ek ek sher hai.</w:t>
      </w:r>
    </w:p>
    <w:p>
      <w:pPr>
        <w:jc w:val="right"/>
      </w:pPr>
      <w:r>
        <w:t>آپ کے اندر بے پناہ یقین پیدا ہو جائے کہ یہ ایک ایک شیر ہے۔</w:t>
      </w:r>
    </w:p>
    <w:p>
      <w:r>
        <w:rPr>
          <w:b/>
        </w:rPr>
        <w:t xml:space="preserve">[11:57] </w:t>
      </w:r>
      <w:r>
        <w:t>aur sher bohat bari cheez hai.</w:t>
      </w:r>
    </w:p>
    <w:p>
      <w:pPr>
        <w:jc w:val="right"/>
      </w:pPr>
      <w:r>
        <w:t>اور شیر بہت بڑی چیز ہے۔</w:t>
      </w:r>
    </w:p>
    <w:p>
      <w:r>
        <w:rPr>
          <w:b/>
        </w:rPr>
        <w:t xml:space="preserve">[12:02] </w:t>
      </w:r>
      <w:r>
        <w:t>tab maine samjha ke Allah par yaqeen kiya cheez hai.</w:t>
      </w:r>
    </w:p>
    <w:p>
      <w:pPr>
        <w:jc w:val="right"/>
      </w:pPr>
      <w:r>
        <w:t>تب میں نے سمجھا کہ اللہ پر یقین کیا چیز ہے۔</w:t>
      </w:r>
    </w:p>
    <w:p>
      <w:r>
        <w:rPr>
          <w:b/>
        </w:rPr>
        <w:t xml:space="preserve">[12:07] </w:t>
      </w:r>
      <w:r>
        <w:t>Allah par yaqeen yeh nahi ke aap keh dein apni zuban se "la ilaha illallah".</w:t>
      </w:r>
    </w:p>
    <w:p>
      <w:pPr>
        <w:jc w:val="right"/>
      </w:pPr>
      <w:r>
        <w:t>اللہ پر یقین یہ نہیں کہ آپ کہہ دیں اپنی زبان سے "لا الہ الا اللہ"۔</w:t>
      </w:r>
    </w:p>
    <w:p>
      <w:r>
        <w:rPr>
          <w:b/>
        </w:rPr>
        <w:t xml:space="preserve">[12:13] </w:t>
      </w:r>
      <w:r>
        <w:t>yeh to kuch bhi nahi hai.</w:t>
      </w:r>
    </w:p>
    <w:p>
      <w:pPr>
        <w:jc w:val="right"/>
      </w:pPr>
      <w:r>
        <w:t>یہ تو کچھ بھی نہیں ہے۔</w:t>
      </w:r>
    </w:p>
    <w:p>
      <w:r>
        <w:rPr>
          <w:b/>
        </w:rPr>
        <w:t xml:space="preserve">[12:18] </w:t>
      </w:r>
      <w:r>
        <w:t>yeh to lip service hai.</w:t>
      </w:r>
    </w:p>
    <w:p>
      <w:pPr>
        <w:jc w:val="right"/>
      </w:pPr>
      <w:r>
        <w:t>یہ تو لپ سروس ہے۔</w:t>
      </w:r>
    </w:p>
    <w:p>
      <w:r>
        <w:rPr>
          <w:b/>
        </w:rPr>
        <w:t xml:space="preserve">[12:23] </w:t>
      </w:r>
      <w:r>
        <w:t>Allah par iman, Allah par yaqeen yeh hai</w:t>
      </w:r>
    </w:p>
    <w:p>
      <w:pPr>
        <w:jc w:val="right"/>
      </w:pPr>
      <w:r>
        <w:t>اللہ پر ایمان، اللہ پر یقین یہ ہے</w:t>
      </w:r>
    </w:p>
    <w:p>
      <w:r>
        <w:rPr>
          <w:b/>
        </w:rPr>
        <w:t xml:space="preserve">[12:28] </w:t>
      </w:r>
      <w:r>
        <w:t>ke aap ke andar soch jaage, ghor o fikr jaage.</w:t>
      </w:r>
    </w:p>
    <w:p>
      <w:pPr>
        <w:jc w:val="right"/>
      </w:pPr>
      <w:r>
        <w:t>کہ آپ کے اندر سوچ جاگے، غور و فکر جاگے۔</w:t>
      </w:r>
    </w:p>
    <w:p>
      <w:r>
        <w:rPr>
          <w:b/>
        </w:rPr>
        <w:t xml:space="preserve">[12:36] </w:t>
      </w:r>
      <w:r>
        <w:t>aap ke andar zehni development ho.</w:t>
      </w:r>
    </w:p>
    <w:p>
      <w:pPr>
        <w:jc w:val="right"/>
      </w:pPr>
      <w:r>
        <w:t>آپ کے اندر ذہنی ڈیولپمنٹ ہو۔</w:t>
      </w:r>
    </w:p>
    <w:p>
      <w:r>
        <w:rPr>
          <w:b/>
        </w:rPr>
        <w:t xml:space="preserve">[12:44] </w:t>
      </w:r>
      <w:r>
        <w:t>yahan tak ke aap Allah rab ul alameen ko discovery ke darje mein pa lein.</w:t>
      </w:r>
    </w:p>
    <w:p>
      <w:pPr>
        <w:jc w:val="right"/>
      </w:pPr>
      <w:r>
        <w:t>یہاں تک کہ آپ اللہ رب العالمین کو ڈسکوری کے درجے میں پا لیں۔</w:t>
      </w:r>
    </w:p>
    <w:p>
      <w:r>
        <w:rPr>
          <w:b/>
        </w:rPr>
        <w:t xml:space="preserve">[12:51] </w:t>
      </w:r>
      <w:r>
        <w:t>Allah rab ul alameen ki marifat aap ko discovery ke darje mein ho jaye yeh</w:t>
      </w:r>
    </w:p>
    <w:p>
      <w:pPr>
        <w:jc w:val="right"/>
      </w:pPr>
      <w:r>
        <w:t>اللہ رب العالمین کی معرفت آپ کو ڈسکوری کے درجے میں ہو جائے۔ یہ</w:t>
      </w:r>
    </w:p>
    <w:p>
      <w:r>
        <w:rPr>
          <w:b/>
        </w:rPr>
        <w:t xml:space="preserve">[12:59] </w:t>
      </w:r>
      <w:r>
        <w:t>hai Allah par iman.</w:t>
      </w:r>
    </w:p>
    <w:p>
      <w:pPr>
        <w:jc w:val="right"/>
      </w:pPr>
      <w:r>
        <w:t>ہے اللہ پر ایمان۔</w:t>
      </w:r>
    </w:p>
    <w:p>
      <w:r>
        <w:rPr>
          <w:b/>
        </w:rPr>
        <w:t xml:space="preserve">[13:04] </w:t>
      </w:r>
      <w:r>
        <w:t>jab maine is cheez ko jana, tab mujhe samajh mein aaya ke sari kitabein kyun murdah kitabein hain.</w:t>
      </w:r>
    </w:p>
    <w:p>
      <w:pPr>
        <w:jc w:val="right"/>
      </w:pPr>
      <w:r>
        <w:t>جب میں نے اس چیز کو جانا، تب مجھے سمجھ میں آیا کہ ساری کتابیں کیوں مردہ کتابیں ہیں۔</w:t>
      </w:r>
    </w:p>
    <w:p>
      <w:r>
        <w:rPr>
          <w:b/>
        </w:rPr>
        <w:t xml:space="preserve">[13:09] </w:t>
      </w:r>
      <w:r>
        <w:t>jo kitab bhi main padhta hoon, woh is mein koi jaan nahi hoti.</w:t>
      </w:r>
    </w:p>
    <w:p>
      <w:pPr>
        <w:jc w:val="right"/>
      </w:pPr>
      <w:r>
        <w:t>جو کتاب بھی میں پڑھتا ہوں، وہ اس میں کوئی جان نہیں ہوتی۔</w:t>
      </w:r>
    </w:p>
    <w:p>
      <w:r>
        <w:rPr>
          <w:b/>
        </w:rPr>
        <w:t xml:space="preserve">[13:14] </w:t>
      </w:r>
      <w:r>
        <w:t>koi is mein toofan nahi hota.</w:t>
      </w:r>
    </w:p>
    <w:p>
      <w:pPr>
        <w:jc w:val="right"/>
      </w:pPr>
      <w:r>
        <w:t>کوئی اس میں طوفان نہیں ہوتا۔</w:t>
      </w:r>
    </w:p>
    <w:p>
      <w:r>
        <w:rPr>
          <w:b/>
        </w:rPr>
        <w:t xml:space="preserve">[13:19] </w:t>
      </w:r>
      <w:r>
        <w:t>is mein koi halchal nahi hoti.</w:t>
      </w:r>
    </w:p>
    <w:p>
      <w:pPr>
        <w:jc w:val="right"/>
      </w:pPr>
      <w:r>
        <w:t>اس میں کوئی ہلچل نہیں ہوتی۔</w:t>
      </w:r>
    </w:p>
    <w:p>
      <w:r>
        <w:rPr>
          <w:b/>
        </w:rPr>
        <w:t xml:space="preserve">[13:24] </w:t>
      </w:r>
      <w:r>
        <w:t>bilkul spar qism ki kitaben.</w:t>
      </w:r>
    </w:p>
    <w:p>
      <w:pPr>
        <w:jc w:val="right"/>
      </w:pPr>
      <w:r>
        <w:t>بالکل سپار قسم کی کتابیں۔</w:t>
      </w:r>
    </w:p>
    <w:p>
      <w:r>
        <w:rPr>
          <w:b/>
        </w:rPr>
        <w:t xml:space="preserve">[13:29] </w:t>
      </w:r>
      <w:r>
        <w:t>to meri samajh mein aya ke in musannifeen ne, in writers ne kitab to likha, lekin is kitab</w:t>
      </w:r>
    </w:p>
    <w:p>
      <w:pPr>
        <w:jc w:val="right"/>
      </w:pPr>
      <w:r>
        <w:t>تو میری سمجھ میں آیا کہ ان مصنفین نے، ان رائٹرز نے کتاب تو لکھا، لیکن اس کتاب</w:t>
      </w:r>
    </w:p>
    <w:p>
      <w:r>
        <w:rPr>
          <w:b/>
        </w:rPr>
        <w:t xml:space="preserve">[13:36] </w:t>
      </w:r>
      <w:r>
        <w:t>se pehle jo kaam tha wo nahi kiya unhon ne.</w:t>
      </w:r>
    </w:p>
    <w:p>
      <w:pPr>
        <w:jc w:val="right"/>
      </w:pPr>
      <w:r>
        <w:t>سے پہلے جو کام تھا وہ نہیں کیا انہوں نے۔</w:t>
      </w:r>
    </w:p>
    <w:p>
      <w:r>
        <w:rPr>
          <w:b/>
        </w:rPr>
        <w:t xml:space="preserve">[13:44] </w:t>
      </w:r>
      <w:r>
        <w:t>پہلے کیا کام تھا؟ Jim Corbett نے جس طرح شیر کو دریافت کیا تھا، اسی طرح آپ پہلے</w:t>
      </w:r>
    </w:p>
    <w:p>
      <w:pPr>
        <w:jc w:val="right"/>
      </w:pPr>
      <w:r>
        <w:t>پہلے کیا کام تھا؟ جمپ کاربٹ نے جس طرح شیر کو دریافت کیا تھا، اسی طرح آپ پہلے</w:t>
      </w:r>
    </w:p>
    <w:p>
      <w:r>
        <w:rPr>
          <w:b/>
        </w:rPr>
        <w:t xml:space="preserve">[13:51] </w:t>
      </w:r>
      <w:r>
        <w:t>sab se pehle Allah Rab ul Alameen ko Hayy ul Qayyum ke hasiyat se daryaft</w:t>
      </w:r>
    </w:p>
    <w:p>
      <w:pPr>
        <w:jc w:val="right"/>
      </w:pPr>
      <w:r>
        <w:t>سب سے پہلے اللہ رب العالمین کو حی القیوم کے حیثیت سے دریافت</w:t>
      </w:r>
    </w:p>
    <w:p>
      <w:r>
        <w:rPr>
          <w:b/>
        </w:rPr>
        <w:t xml:space="preserve">[13:59] </w:t>
      </w:r>
      <w:r>
        <w:t>karen.</w:t>
      </w:r>
    </w:p>
    <w:p>
      <w:pPr>
        <w:jc w:val="right"/>
      </w:pPr>
      <w:r>
        <w:t>کریں۔</w:t>
      </w:r>
    </w:p>
    <w:p>
      <w:r>
        <w:rPr>
          <w:b/>
        </w:rPr>
        <w:t xml:space="preserve">[14:05] </w:t>
      </w:r>
      <w:r>
        <w:t>jab aap Khuda ko is tareeqe se daryaft karenge, tab aap ke andar aik brain starting hogi.</w:t>
      </w:r>
    </w:p>
    <w:p>
      <w:pPr>
        <w:jc w:val="right"/>
      </w:pPr>
      <w:r>
        <w:t>جب آپ خدا کو اس طریقے سے دریافت کریں گے، تب آپ کے اندر ایک برین اسٹارٹنگ ہوگی۔</w:t>
      </w:r>
    </w:p>
    <w:p>
      <w:r>
        <w:rPr>
          <w:b/>
        </w:rPr>
        <w:t xml:space="preserve">[14:11] </w:t>
      </w:r>
      <w:r>
        <w:t>آپ کو mind-boggling قسم کا faith حاصل ہوگا۔</w:t>
      </w:r>
    </w:p>
    <w:p>
      <w:pPr>
        <w:jc w:val="right"/>
      </w:pPr>
      <w:r>
        <w:t>آپ کو مائنڈ باگلنگ قسم کا فیتھ حاصل ہوگا۔</w:t>
      </w:r>
    </w:p>
    <w:p>
      <w:r>
        <w:rPr>
          <w:b/>
        </w:rPr>
        <w:t xml:space="preserve">[14:17] </w:t>
      </w:r>
      <w:r>
        <w:t>aur poori aap ki shakhsiyat hil jayegi.</w:t>
      </w:r>
    </w:p>
    <w:p>
      <w:pPr>
        <w:jc w:val="right"/>
      </w:pPr>
      <w:r>
        <w:t>اور پوری آپ کی شخصیت ہل جائے گی۔</w:t>
      </w:r>
    </w:p>
    <w:p>
      <w:r>
        <w:rPr>
          <w:b/>
        </w:rPr>
        <w:t xml:space="preserve">[14:23] </w:t>
      </w:r>
      <w:r>
        <w:t>aap ke andar naya naya</w:t>
      </w:r>
    </w:p>
    <w:p>
      <w:pPr>
        <w:jc w:val="right"/>
      </w:pPr>
      <w:r>
        <w:t>آپ کے اندر نیا نیا</w:t>
      </w:r>
    </w:p>
    <w:p>
      <w:r>
        <w:rPr>
          <w:b/>
        </w:rPr>
        <w:t xml:space="preserve">[14:29] </w:t>
      </w:r>
      <w:r>
        <w:t>nayi soch jaagegi.</w:t>
      </w:r>
    </w:p>
    <w:p>
      <w:pPr>
        <w:jc w:val="right"/>
      </w:pPr>
      <w:r>
        <w:t>نئی سوچ جاگے گی۔</w:t>
      </w:r>
    </w:p>
    <w:p>
      <w:r>
        <w:rPr>
          <w:b/>
        </w:rPr>
        <w:t xml:space="preserve">[14:34] </w:t>
      </w:r>
      <w:r>
        <w:t>is ke baad aap aik naye insan ban jayenge.</w:t>
      </w:r>
    </w:p>
    <w:p>
      <w:pPr>
        <w:jc w:val="right"/>
      </w:pPr>
      <w:r>
        <w:t>اس کے بعد آپ ایک نئے انسان بن جائیں گے۔</w:t>
      </w:r>
    </w:p>
    <w:p>
      <w:r>
        <w:rPr>
          <w:b/>
        </w:rPr>
        <w:t xml:space="preserve">[14:39] </w:t>
      </w:r>
      <w:r>
        <w:t>phir jab aap bolenge, phir jab aap likhenge, to wo aur hi cheez hogi.</w:t>
      </w:r>
    </w:p>
    <w:p>
      <w:pPr>
        <w:jc w:val="right"/>
      </w:pPr>
      <w:r>
        <w:t>پھر جب آپ بولیں گے، پھر جب آپ لکھیں گے، تو وہ اور ہی چیز ہوگی۔</w:t>
      </w:r>
    </w:p>
    <w:p>
      <w:r>
        <w:rPr>
          <w:b/>
        </w:rPr>
        <w:t xml:space="preserve">[14:44] </w:t>
      </w:r>
      <w:r>
        <w:t>to yeh sara zakhira jo hamara kitabon ka hai, maine bohat parha, bohat parha.</w:t>
      </w:r>
    </w:p>
    <w:p>
      <w:pPr>
        <w:jc w:val="right"/>
      </w:pPr>
      <w:r>
        <w:t>تو یہ سارا ذخیرہ جو ہمارا کتابوں کا ہے، میں نے بہت پڑھا، بہت پڑھا۔</w:t>
      </w:r>
    </w:p>
    <w:p>
      <w:r>
        <w:rPr>
          <w:b/>
        </w:rPr>
        <w:t xml:space="preserve">[14:49] </w:t>
      </w:r>
      <w:r>
        <w:t>kisi mein is qism ki jhalak nahi.</w:t>
      </w:r>
    </w:p>
    <w:p>
      <w:pPr>
        <w:jc w:val="right"/>
      </w:pPr>
      <w:r>
        <w:t>کسی میں اس قسم کی جھلک نہیں۔</w:t>
      </w:r>
    </w:p>
    <w:p>
      <w:r>
        <w:rPr>
          <w:b/>
        </w:rPr>
        <w:t xml:space="preserve">[14:54] </w:t>
      </w:r>
      <w:r>
        <w:t>kisi kitab mein Khawand Rab ul Alameen</w:t>
      </w:r>
    </w:p>
    <w:p>
      <w:pPr>
        <w:jc w:val="right"/>
      </w:pPr>
      <w:r>
        <w:t>کسی کتاب میں خداوند رب العالمین</w:t>
      </w:r>
    </w:p>
    <w:p>
      <w:r>
        <w:rPr>
          <w:b/>
        </w:rPr>
        <w:t xml:space="preserve">[14:59] </w:t>
      </w:r>
      <w:r>
        <w:t>ka toofan nahin. kisi kitab mein Khuda Rab-ul-alameen ki, yaani mind boggling, tazkira nahin. To wajah kya hai? Unhon ne kitab pehle likh di, baghair is ke ke Allah Rab-ul-alameen ko un ko marifat hui hai. Yeh wohi tha ke "putting the cart before the horse". "p</w:t>
      </w:r>
    </w:p>
    <w:p>
      <w:pPr>
        <w:jc w:val="right"/>
      </w:pPr>
      <w:r>
        <w:t>کا طوفان نہیں۔ کسی کتاب میں خدا رب العالمین کی، یعنی مائنڈ باگلنگ، تذکرہ نہیں۔ تو وجہ کیا ہے؟ انہوں نے کتاب پہلے لکھ دی، بغیر اس کے کہ اللہ رب العالمین کو ان کو معرفت ہوئی ہو۔ یہ وہی تھا کہ "پٹنگ دا کاٹ بیفور دی ہارس"۔ "پ</w:t>
      </w:r>
    </w:p>
    <w:p>
      <w:r>
        <w:rPr>
          <w:b/>
        </w:rPr>
        <w:t xml:space="preserve">[15:29] </w:t>
      </w:r>
      <w:r>
        <w:t>ting the cart before the horse". To Quran Majeed ki yeh jo ayat hai, jo bohat lambi ayat hai, woh Allah Rab-ul-alameen ka taaruf, taaruf karati hai. Taaruf. Taaruf. Aur bohat hi, bohat hi moassar andaaz mein taaruf. Aik baar to aur aap is ka tarjuma padh dijiye. Allah, is</w:t>
      </w:r>
    </w:p>
    <w:p>
      <w:pPr>
        <w:jc w:val="right"/>
      </w:pPr>
      <w:r>
        <w:t>ٹنگ دا کاٹ بیفور دی ہارس"۔ تو قرآن مجید کی یہ جو آیت ہے، جو بہت لمبی آیت ہے، وہ اللہ رب العالمین کا تعارف، تعارف کراتی ہے۔ تعارف۔ تعارف۔ اور بہت ہی، بہت ہی موثر انداز میں تعارف۔ ایک بار تو اور آپ اس کا ترجمہ پڑھ دیجیے۔ اللہ، اس</w:t>
      </w:r>
    </w:p>
    <w:p>
      <w:r>
        <w:rPr>
          <w:b/>
        </w:rPr>
        <w:t xml:space="preserve">[15:59] </w:t>
      </w:r>
      <w:r>
        <w:t>ke siwa koi mabood nahi.</w:t>
      </w:r>
    </w:p>
    <w:p>
      <w:pPr>
        <w:jc w:val="right"/>
      </w:pPr>
      <w:r>
        <w:t>کے سوا کوئی معبود نہیں۔</w:t>
      </w:r>
    </w:p>
    <w:p>
      <w:r>
        <w:rPr>
          <w:b/>
        </w:rPr>
        <w:t xml:space="preserve">[16:04] </w:t>
      </w:r>
      <w:r>
        <w:t>wo zinda hai, sab ka thamne wala.</w:t>
      </w:r>
    </w:p>
    <w:p>
      <w:pPr>
        <w:jc w:val="right"/>
      </w:pPr>
      <w:r>
        <w:t>وہ زندہ ہے، سب کا تھامنے والا۔</w:t>
      </w:r>
    </w:p>
    <w:p>
      <w:r>
        <w:rPr>
          <w:b/>
        </w:rPr>
        <w:t xml:space="preserve">[16:08] </w:t>
      </w:r>
      <w:r>
        <w:t>us ko na aankh aati hai aur na neend.</w:t>
      </w:r>
    </w:p>
    <w:p>
      <w:pPr>
        <w:jc w:val="right"/>
      </w:pPr>
      <w:r>
        <w:t>اس کو نہ آنکھ آتی ہے اور نہ نیند۔</w:t>
      </w:r>
    </w:p>
    <w:p>
      <w:r>
        <w:rPr>
          <w:b/>
        </w:rPr>
        <w:t xml:space="preserve">[16:12] </w:t>
      </w:r>
      <w:r>
        <w:t>isi ka hai jo kuch aasmanon aur zameen mein hai.</w:t>
      </w:r>
    </w:p>
    <w:p>
      <w:pPr>
        <w:jc w:val="right"/>
      </w:pPr>
      <w:r>
        <w:t>اسی کا ہے جو کچھ آسمانوں اور زمین میں ہے۔</w:t>
      </w:r>
    </w:p>
    <w:p>
      <w:r>
        <w:rPr>
          <w:b/>
        </w:rPr>
        <w:t xml:space="preserve">[16:17] </w:t>
      </w:r>
      <w:r>
        <w:t>kaun hai jo is ke paas is ki ijazat ke baghair sifarish kare? wo janta hai jo kuch</w:t>
      </w:r>
    </w:p>
    <w:p>
      <w:pPr>
        <w:jc w:val="right"/>
      </w:pPr>
      <w:r>
        <w:t>کون ہے جو اس کے پاس اس کی اجازت کے بغیر سفارش کرے؟ وہ جانتا ہے جو کچھ</w:t>
      </w:r>
    </w:p>
    <w:p>
      <w:r>
        <w:rPr>
          <w:b/>
        </w:rPr>
        <w:t xml:space="preserve">[16:21] </w:t>
      </w:r>
      <w:r>
        <w:t>un ke aage hai aur jo kuch un ke peeche hai.</w:t>
      </w:r>
    </w:p>
    <w:p>
      <w:pPr>
        <w:jc w:val="right"/>
      </w:pPr>
      <w:r>
        <w:t>ان کے آگے ہے اور جو کچھ ان کے پیچھے ہے۔</w:t>
      </w:r>
    </w:p>
    <w:p>
      <w:r>
        <w:rPr>
          <w:b/>
        </w:rPr>
        <w:t xml:space="preserve">[16:25] </w:t>
      </w:r>
      <w:r>
        <w:t>aur wo is ke ilm mein se kisi cheez ka ahata nahi kar sakte magar</w:t>
      </w:r>
    </w:p>
    <w:p>
      <w:pPr>
        <w:jc w:val="right"/>
      </w:pPr>
      <w:r>
        <w:t>اور وہ اس کے علم میں سے کسی چیز کا احاطہ نہیں کر سکتے مگر</w:t>
      </w:r>
    </w:p>
    <w:p>
      <w:r>
        <w:rPr>
          <w:b/>
        </w:rPr>
        <w:t xml:space="preserve">[16:29] </w:t>
      </w:r>
      <w:r>
        <w:t>wo, magar wo jo chahe.</w:t>
      </w:r>
    </w:p>
    <w:p>
      <w:pPr>
        <w:jc w:val="right"/>
      </w:pPr>
      <w:r>
        <w:t>وہ، مگر وہ جو چاہے۔</w:t>
      </w:r>
    </w:p>
    <w:p>
      <w:r>
        <w:rPr>
          <w:b/>
        </w:rPr>
        <w:t xml:space="preserve">[16:34] </w:t>
      </w:r>
      <w:r>
        <w:t>is ki hukoomat aasmanon aur zameen par chhai hui hai.</w:t>
      </w:r>
    </w:p>
    <w:p>
      <w:pPr>
        <w:jc w:val="right"/>
      </w:pPr>
      <w:r>
        <w:t>اس کی حکومت آسمانوں اور زمین پر چھائی ہوئی ہے۔</w:t>
      </w:r>
    </w:p>
    <w:p>
      <w:r>
        <w:rPr>
          <w:b/>
        </w:rPr>
        <w:t xml:space="preserve">[16:38] </w:t>
      </w:r>
      <w:r>
        <w:t>woh thakta nahi un ke thamne se.</w:t>
      </w:r>
    </w:p>
    <w:p>
      <w:pPr>
        <w:jc w:val="right"/>
      </w:pPr>
      <w:r>
        <w:t>وہ تھکتا نہیں ان کے تھامنے سے۔</w:t>
      </w:r>
    </w:p>
    <w:p>
      <w:r>
        <w:rPr>
          <w:b/>
        </w:rPr>
        <w:t xml:space="preserve">[16:42] </w:t>
      </w:r>
      <w:r>
        <w:t>aur wohi hai buland martaba bara.</w:t>
      </w:r>
    </w:p>
    <w:p>
      <w:pPr>
        <w:jc w:val="right"/>
      </w:pPr>
      <w:r>
        <w:t>اور وہی ہے بلند مرتبہ بڑا۔</w:t>
      </w:r>
    </w:p>
    <w:p>
      <w:r>
        <w:rPr>
          <w:b/>
        </w:rPr>
        <w:t xml:space="preserve">[16:47] </w:t>
      </w:r>
      <w:r>
        <w:t>ab aap ko mein aaj ka apna tajurba batata hoon.</w:t>
      </w:r>
    </w:p>
    <w:p>
      <w:pPr>
        <w:jc w:val="right"/>
      </w:pPr>
      <w:r>
        <w:t>اب آپ کو میں آج کا اپنا تجربہ بتاتا ہوں۔</w:t>
      </w:r>
    </w:p>
    <w:p>
      <w:r>
        <w:rPr>
          <w:b/>
        </w:rPr>
        <w:t xml:space="preserve">[16:51] </w:t>
      </w:r>
      <w:r>
        <w:t>mein raat ko soya.</w:t>
      </w:r>
    </w:p>
    <w:p>
      <w:pPr>
        <w:jc w:val="right"/>
      </w:pPr>
      <w:r>
        <w:t>میں رات کو سویا۔</w:t>
      </w:r>
    </w:p>
    <w:p>
      <w:r>
        <w:rPr>
          <w:b/>
        </w:rPr>
        <w:t xml:space="preserve">[16:55] </w:t>
      </w:r>
      <w:r>
        <w:t>toh subah ko utha mein, toh jab mujhe maloom hua ke suraj nikal</w:t>
      </w:r>
    </w:p>
    <w:p>
      <w:pPr>
        <w:jc w:val="right"/>
      </w:pPr>
      <w:r>
        <w:t>تو صبح کو اٹھا میں، تو جب مجھے معلوم ہوا کہ سورج نکل</w:t>
      </w:r>
    </w:p>
    <w:p>
      <w:r>
        <w:rPr>
          <w:b/>
        </w:rPr>
        <w:t xml:space="preserve">[17:00] </w:t>
      </w:r>
      <w:r>
        <w:t>chuka hai, bahar aaya mein.</w:t>
      </w:r>
    </w:p>
    <w:p>
      <w:pPr>
        <w:jc w:val="right"/>
      </w:pPr>
      <w:r>
        <w:t>چکا ہے، باہر آیا میں۔</w:t>
      </w:r>
    </w:p>
    <w:p>
      <w:r>
        <w:rPr>
          <w:b/>
        </w:rPr>
        <w:t xml:space="preserve">[17:07] </w:t>
      </w:r>
      <w:r>
        <w:t>toh andar kuch roshni thi lekin suraj toh dikhai nahi deta tha.</w:t>
      </w:r>
    </w:p>
    <w:p>
      <w:pPr>
        <w:jc w:val="right"/>
      </w:pPr>
      <w:r>
        <w:t>تو اندر کچھ روشنی تھی لیکن سورج تو دکھائی نہیں دیتا تھا۔</w:t>
      </w:r>
    </w:p>
    <w:p>
      <w:r>
        <w:rPr>
          <w:b/>
        </w:rPr>
        <w:t xml:space="preserve">[17:15] </w:t>
      </w:r>
      <w:r>
        <w:t>bahar aate hi ek ek bara sa suraj, ek mind baffling suraj mere samne tha.</w:t>
      </w:r>
    </w:p>
    <w:p>
      <w:pPr>
        <w:jc w:val="right"/>
      </w:pPr>
      <w:r>
        <w:t>باہر آتے ہی ایک ایک بڑا سا سورج، ایک مائنڈ باگلنگ سورج میرے سامنے تھا۔</w:t>
      </w:r>
    </w:p>
    <w:p>
      <w:r>
        <w:rPr>
          <w:b/>
        </w:rPr>
        <w:t xml:space="preserve">[17:22] </w:t>
      </w:r>
      <w:r>
        <w:t>toh achaanak mujhe mehsoos hua ke jo quran mein hai ke "you balghayb" ke aap</w:t>
      </w:r>
    </w:p>
    <w:p>
      <w:pPr>
        <w:jc w:val="right"/>
      </w:pPr>
      <w:r>
        <w:t>تو اچانک مجھے محسوس ہوا کہ جو قرآن میں ہے کہ "یو بالغیب" کہ آپ</w:t>
      </w:r>
    </w:p>
    <w:p>
      <w:r>
        <w:rPr>
          <w:b/>
        </w:rPr>
        <w:t xml:space="preserve">[17:30] </w:t>
      </w:r>
      <w:r>
        <w:t>paida hone ke baad kai duniya mein hotay hain jahan aap ko Khuda Khuda dikhai nahin deta. Lekin jab study karte karte, sochte sochte aap ka mind develop hota hai to aap daryaft karte hain Allah Rab-ul-alameen ko. Is waqt waise hi hota hai jaise ke maine bahir aaya. Bahir aate hue jab maine dekha ke suraj chamak rah</w:t>
      </w:r>
    </w:p>
    <w:p>
      <w:pPr>
        <w:jc w:val="right"/>
      </w:pPr>
      <w:r>
        <w:t>پیدا ہونے کے بعد کئی دنیا میں ہوتے ہیں جہاں آپ کو خدا خدا دکھائی نہیں دیتا۔ لیکن جب اسٹڈی کرتے کرتے، سوچتے سوچتے آپ کا مائنڈ ڈیولپ ہوتا ہے تو آپ دریافت کرتے ہیں اللہ رب العالمین کو۔ اس وقت ویسے ہی ہوتا ہے جیسے کہ میں نے باہر آیا۔ باہر آتے ہوئے جب میں نے دیکھا کہ سورج چمک رہ</w:t>
      </w:r>
    </w:p>
    <w:p>
      <w:r>
        <w:rPr>
          <w:b/>
        </w:rPr>
        <w:t xml:space="preserve">[18:00] </w:t>
      </w:r>
      <w:r>
        <w:t>a hai toh woh ek mere liye ek tajurba tha ke isi tarah se aap ko Allah rabb</w:t>
      </w:r>
    </w:p>
    <w:p>
      <w:pPr>
        <w:jc w:val="right"/>
      </w:pPr>
      <w:r>
        <w:t>ا ہے تو وہ ایک میرے لیے ایک تجربہ تھا کہ اسی طرح سے آپ کو اللہ رب</w:t>
      </w:r>
    </w:p>
    <w:p>
      <w:r>
        <w:rPr>
          <w:b/>
        </w:rPr>
        <w:t xml:space="preserve">[18:05] </w:t>
      </w:r>
      <w:r>
        <w:t>ul-alameen ko discover karna chahiye.</w:t>
      </w:r>
    </w:p>
    <w:p>
      <w:pPr>
        <w:jc w:val="right"/>
      </w:pPr>
      <w:r>
        <w:t>العالمین کو ڈسکور کرنا چاہیے۔</w:t>
      </w:r>
    </w:p>
    <w:p>
      <w:r>
        <w:rPr>
          <w:b/>
        </w:rPr>
        <w:t xml:space="preserve">[18:10] </w:t>
      </w:r>
      <w:r>
        <w:t>yeh suraj aap ke samne hai.</w:t>
      </w:r>
    </w:p>
    <w:p>
      <w:pPr>
        <w:jc w:val="right"/>
      </w:pPr>
      <w:r>
        <w:t>یہ سورج آپ کے سامنے ہے۔</w:t>
      </w:r>
    </w:p>
    <w:p>
      <w:r>
        <w:rPr>
          <w:b/>
        </w:rPr>
        <w:t xml:space="preserve">[18:15] </w:t>
      </w:r>
      <w:r>
        <w:t>is se bhi bara tajurba mujhe hua tha jab ek baar mein yaman gaya tha. yaman.</w:t>
      </w:r>
    </w:p>
    <w:p>
      <w:pPr>
        <w:jc w:val="right"/>
      </w:pPr>
      <w:r>
        <w:t>اس سے بھی بڑا تجربہ مجھے ہوا تھا جب ایک بار میںیمن گیا تھا۔یمن۔</w:t>
      </w:r>
    </w:p>
    <w:p>
      <w:r>
        <w:rPr>
          <w:b/>
        </w:rPr>
        <w:t xml:space="preserve">[18:20] </w:t>
      </w:r>
      <w:r>
        <w:t>toh mujhe yaad hai ke hamare sath aur kuch log the.</w:t>
      </w:r>
    </w:p>
    <w:p>
      <w:pPr>
        <w:jc w:val="right"/>
      </w:pPr>
      <w:r>
        <w:t>تو مجھے یاد ہے کہ ہمارے ساتھ اور کچھ لوگ تھے۔</w:t>
      </w:r>
    </w:p>
    <w:p>
      <w:r>
        <w:rPr>
          <w:b/>
        </w:rPr>
        <w:t xml:space="preserve">[18:25] </w:t>
      </w:r>
      <w:r>
        <w:t>toh hum log le jaye gaye</w:t>
      </w:r>
    </w:p>
    <w:p>
      <w:pPr>
        <w:jc w:val="right"/>
      </w:pPr>
      <w:r>
        <w:t>تو ہم لوگ لے جائے گئے</w:t>
      </w:r>
    </w:p>
    <w:p>
      <w:r>
        <w:rPr>
          <w:b/>
        </w:rPr>
        <w:t xml:space="preserve">[18:30] </w:t>
      </w:r>
      <w:r>
        <w:t>yaman ke desert mein. sehra mein.</w:t>
      </w:r>
    </w:p>
    <w:p>
      <w:pPr>
        <w:jc w:val="right"/>
      </w:pPr>
      <w:r>
        <w:t>یمن کے ڈیزرٹ میں۔ صحرا میں۔</w:t>
      </w:r>
    </w:p>
    <w:p>
      <w:r>
        <w:rPr>
          <w:b/>
        </w:rPr>
        <w:t xml:space="preserve">[18:35] </w:t>
      </w:r>
      <w:r>
        <w:t>jab desert mein hum pahunche toh ek anokha tajurba hua.</w:t>
      </w:r>
    </w:p>
    <w:p>
      <w:pPr>
        <w:jc w:val="right"/>
      </w:pPr>
      <w:r>
        <w:t>جب ڈیزرٹ میں ہم پہنچے تو ایک انوکھا تجربہ ہوا۔</w:t>
      </w:r>
    </w:p>
    <w:p>
      <w:r>
        <w:rPr>
          <w:b/>
        </w:rPr>
        <w:t xml:space="preserve">[18:40] </w:t>
      </w:r>
      <w:r>
        <w:t>agar aap ne dekha ho.</w:t>
      </w:r>
    </w:p>
    <w:p>
      <w:pPr>
        <w:jc w:val="right"/>
      </w:pPr>
      <w:r>
        <w:t>اگر آپ نے دیکھا ہو۔</w:t>
      </w:r>
    </w:p>
    <w:p>
      <w:r>
        <w:rPr>
          <w:b/>
        </w:rPr>
        <w:t xml:space="preserve">[18:46] </w:t>
      </w:r>
      <w:r>
        <w:t>jab bara desert ho charon taraf.</w:t>
      </w:r>
    </w:p>
    <w:p>
      <w:pPr>
        <w:jc w:val="right"/>
      </w:pPr>
      <w:r>
        <w:t>جب بڑا ڈیزرٹ ہو چاروں طرف۔</w:t>
      </w:r>
    </w:p>
    <w:p>
      <w:r>
        <w:rPr>
          <w:b/>
        </w:rPr>
        <w:t xml:space="preserve">[18:51] </w:t>
      </w:r>
      <w:r>
        <w:t>wahan koi na abadi ho, na koi darakht ho, kuch ho.</w:t>
      </w:r>
    </w:p>
    <w:p>
      <w:pPr>
        <w:jc w:val="right"/>
      </w:pPr>
      <w:r>
        <w:t>وہاں کوئی نہ آبادی ہو، نہ کوئی درخت ہو، کچھ ہو۔</w:t>
      </w:r>
    </w:p>
    <w:p>
      <w:r>
        <w:rPr>
          <w:b/>
        </w:rPr>
        <w:t xml:space="preserve">[18:56] </w:t>
      </w:r>
      <w:r>
        <w:t>toh us waqt jab aap desert mein khare hote hain aur upar</w:t>
      </w:r>
    </w:p>
    <w:p>
      <w:pPr>
        <w:jc w:val="right"/>
      </w:pPr>
      <w:r>
        <w:t>تو اس وقت جب آپ ڈیزرٹ میں کھڑے ہوتے ہیں اور اوپر</w:t>
      </w:r>
    </w:p>
    <w:p>
      <w:r>
        <w:rPr>
          <w:b/>
        </w:rPr>
        <w:t xml:space="preserve">[19:01] </w:t>
      </w:r>
      <w:r>
        <w:t>suraj chamak raha hota hai toh bara, bohat hi zyada mind baffling manzar hota hai woh.</w:t>
      </w:r>
    </w:p>
    <w:p>
      <w:pPr>
        <w:jc w:val="right"/>
      </w:pPr>
      <w:r>
        <w:t>سورج چمک رہا ہوتا ہے تو بڑا، بہت ہی زیادہ مائنڈ باگلنگ منظر ہوتا ہے وہ۔</w:t>
      </w:r>
    </w:p>
    <w:p>
      <w:r>
        <w:rPr>
          <w:b/>
        </w:rPr>
        <w:t xml:space="preserve">[19:06] </w:t>
      </w:r>
      <w:r>
        <w:t>aisa lagta hai ke suraj bilkul aap ko, yani jo aisa lagta hai ke khawand rab ul-alameen aap</w:t>
      </w:r>
    </w:p>
    <w:p>
      <w:pPr>
        <w:jc w:val="right"/>
      </w:pPr>
      <w:r>
        <w:t>ایسا لگتا ہے کہ سورج بالکل آپ کو، یعنی جو ایسا لگتا ہے کہ خداوند رب العالمین آپ</w:t>
      </w:r>
    </w:p>
    <w:p>
      <w:r>
        <w:rPr>
          <w:b/>
        </w:rPr>
        <w:t xml:space="preserve">[19:11] </w:t>
      </w:r>
      <w:r>
        <w:t>ko dekh raha hai.</w:t>
      </w:r>
    </w:p>
    <w:p>
      <w:pPr>
        <w:jc w:val="right"/>
      </w:pPr>
      <w:r>
        <w:t>کو دیکھ رہا ہے۔</w:t>
      </w:r>
    </w:p>
    <w:p>
      <w:r>
        <w:rPr>
          <w:b/>
        </w:rPr>
        <w:t xml:space="preserve">[19:17] </w:t>
      </w:r>
      <w:r>
        <w:t>aap ko watch kar raha hai.</w:t>
      </w:r>
    </w:p>
    <w:p>
      <w:pPr>
        <w:jc w:val="right"/>
      </w:pPr>
      <w:r>
        <w:t>آپ کو واچ کر رہا ہے۔</w:t>
      </w:r>
    </w:p>
    <w:p>
      <w:r>
        <w:rPr>
          <w:b/>
        </w:rPr>
        <w:t xml:space="preserve">[19:22] </w:t>
      </w:r>
      <w:r>
        <w:t>aap ke paas khara hua hai.</w:t>
      </w:r>
    </w:p>
    <w:p>
      <w:pPr>
        <w:jc w:val="right"/>
      </w:pPr>
      <w:r>
        <w:t>آپ کے پاس کھڑا ہوا ہے۔</w:t>
      </w:r>
    </w:p>
    <w:p>
      <w:r>
        <w:rPr>
          <w:b/>
        </w:rPr>
        <w:t xml:space="preserve">[19:27] </w:t>
      </w:r>
      <w:r>
        <w:t>yeh yeh jo experience hai, yeh sirf desert mein hota hai. desert mein.</w:t>
      </w:r>
    </w:p>
    <w:p>
      <w:pPr>
        <w:jc w:val="right"/>
      </w:pPr>
      <w:r>
        <w:t>یہ یہ جو ایکسپیرینس ہے، یہ صرف ڈیزرٹ میں ہوتا ہے۔ ڈیزرٹ میں۔</w:t>
      </w:r>
    </w:p>
    <w:p>
      <w:r>
        <w:rPr>
          <w:b/>
        </w:rPr>
        <w:t xml:space="preserve">[19:32] </w:t>
      </w:r>
      <w:r>
        <w:t>aur woh mujhe hoayman mein.</w:t>
      </w:r>
    </w:p>
    <w:p>
      <w:pPr>
        <w:jc w:val="right"/>
      </w:pPr>
      <w:r>
        <w:t>اور وہ مجھے ہوایمن میں۔</w:t>
      </w:r>
    </w:p>
    <w:p>
      <w:r>
        <w:rPr>
          <w:b/>
        </w:rPr>
        <w:t xml:space="preserve">[19:40] </w:t>
      </w:r>
      <w:r>
        <w:t>jab maine desert mein dekha.</w:t>
      </w:r>
    </w:p>
    <w:p>
      <w:pPr>
        <w:jc w:val="right"/>
      </w:pPr>
      <w:r>
        <w:t>جب میں نے ڈیزرٹ میں دیکھا۔</w:t>
      </w:r>
    </w:p>
    <w:p>
      <w:r>
        <w:rPr>
          <w:b/>
        </w:rPr>
        <w:t xml:space="preserve">[19:47] </w:t>
      </w:r>
      <w:r>
        <w:t>to dekhiye deen mein pehla kaam yeh nahi ke aap rasmi maano mein koi deedari karne lagen.</w:t>
      </w:r>
    </w:p>
    <w:p>
      <w:pPr>
        <w:jc w:val="right"/>
      </w:pPr>
      <w:r>
        <w:t>تو دیکھیے دین میں پہلا کام یہ نہیں کہ آپ رسمی معنوں میں کوئی دیداری کرنے لگیں۔</w:t>
      </w:r>
    </w:p>
    <w:p>
      <w:r>
        <w:rPr>
          <w:b/>
        </w:rPr>
        <w:t xml:space="preserve">[19:55] </w:t>
      </w:r>
      <w:r>
        <w:t>pehla kaam, yaani yeh starting point jo hai woh yeh hai ke aap creation mein, creation</w:t>
      </w:r>
    </w:p>
    <w:p>
      <w:pPr>
        <w:jc w:val="right"/>
      </w:pPr>
      <w:r>
        <w:t>پہلا کام، یعنی یہ سٹارٹنگ پوائنٹ جو ہے وہ یہ ہے کہ آپ کریشن میں، کریشن</w:t>
      </w:r>
    </w:p>
    <w:p>
      <w:r>
        <w:rPr>
          <w:b/>
        </w:rPr>
        <w:t xml:space="preserve">[20:02] </w:t>
      </w:r>
      <w:r>
        <w:t>ka ki study kar ke creator ko daryaft karen.</w:t>
      </w:r>
    </w:p>
    <w:p>
      <w:pPr>
        <w:jc w:val="right"/>
      </w:pPr>
      <w:r>
        <w:t>کا کی اسٹڈی کر کے کریٹر کو دریافت کریں۔</w:t>
      </w:r>
    </w:p>
    <w:p>
      <w:r>
        <w:rPr>
          <w:b/>
        </w:rPr>
        <w:t xml:space="preserve">[20:10] </w:t>
      </w:r>
      <w:r>
        <w:t>aap ke aas paas ek poori duniya hai. creation hai.</w:t>
      </w:r>
    </w:p>
    <w:p>
      <w:pPr>
        <w:jc w:val="right"/>
      </w:pPr>
      <w:r>
        <w:t>آپ کے آس پاس ایک پوری دنیا ہے۔ کریشن ہے۔</w:t>
      </w:r>
    </w:p>
    <w:p>
      <w:r>
        <w:rPr>
          <w:b/>
        </w:rPr>
        <w:t xml:space="preserve">[20:17] </w:t>
      </w:r>
      <w:r>
        <w:t>lekin isi mein jhalak raha hai ek aur chehra, woh Rab-ul-Alameen ka chehra.</w:t>
      </w:r>
    </w:p>
    <w:p>
      <w:pPr>
        <w:jc w:val="right"/>
      </w:pPr>
      <w:r>
        <w:t>لیکن اسی میں جھلک رہا ہے ایک اور چہرہ، وہ رب العالمین کا چہرہ۔</w:t>
      </w:r>
    </w:p>
    <w:p>
      <w:r>
        <w:rPr>
          <w:b/>
        </w:rPr>
        <w:t xml:space="preserve">[20:25] </w:t>
      </w:r>
      <w:r>
        <w:t>jab aap creation ki study karen to aap payenge ke yeh to bohat hi</w:t>
      </w:r>
    </w:p>
    <w:p>
      <w:pPr>
        <w:jc w:val="right"/>
      </w:pPr>
      <w:r>
        <w:t>جب آپ کریشن کی اسٹڈی کریں تو آپ پائیں گے کہ یہ تو بہت ہی</w:t>
      </w:r>
    </w:p>
    <w:p>
      <w:r>
        <w:rPr>
          <w:b/>
        </w:rPr>
        <w:t xml:space="preserve">[20:32] </w:t>
      </w:r>
      <w:r>
        <w:t>well planned universe hai.</w:t>
      </w:r>
    </w:p>
    <w:p>
      <w:pPr>
        <w:jc w:val="right"/>
      </w:pPr>
      <w:r>
        <w:t>ویل پلانڈ یونیورس ہے۔</w:t>
      </w:r>
    </w:p>
    <w:p>
      <w:r>
        <w:rPr>
          <w:b/>
        </w:rPr>
        <w:t xml:space="preserve">[20:37] </w:t>
      </w:r>
      <w:r>
        <w:t>bohat hi zyada well aagahi universe hai.</w:t>
      </w:r>
    </w:p>
    <w:p>
      <w:pPr>
        <w:jc w:val="right"/>
      </w:pPr>
      <w:r>
        <w:t>بہت ہی زیادہ ویل آگاہی یونیورس ہے۔</w:t>
      </w:r>
    </w:p>
    <w:p>
      <w:r>
        <w:rPr>
          <w:b/>
        </w:rPr>
        <w:t xml:space="preserve">[20:42] </w:t>
      </w:r>
      <w:r>
        <w:t>bohat hi zyada meaningful universe hai.</w:t>
      </w:r>
    </w:p>
    <w:p>
      <w:pPr>
        <w:jc w:val="right"/>
      </w:pPr>
      <w:r>
        <w:t>بہت ہی زیادہ میننگ فل یونیورس ہے۔</w:t>
      </w:r>
    </w:p>
    <w:p>
      <w:r>
        <w:rPr>
          <w:b/>
        </w:rPr>
        <w:t xml:space="preserve">[20:47] </w:t>
      </w:r>
      <w:r>
        <w:t>jisko ek scientist ne kaha ke hamari universe intelligent universe hai.</w:t>
      </w:r>
    </w:p>
    <w:p>
      <w:pPr>
        <w:jc w:val="right"/>
      </w:pPr>
      <w:r>
        <w:t>جس کو ایک سائنٹسٹ نے کہا کہ ہماری یونیورس انٹیلیجنٹ یونیورس ہے۔</w:t>
      </w:r>
    </w:p>
    <w:p>
      <w:r>
        <w:rPr>
          <w:b/>
        </w:rPr>
        <w:t xml:space="preserve">[20:52] </w:t>
      </w:r>
      <w:r>
        <w:t>to woh Khuda ka naam to nahi le saka lekin khud university ko bata diya ke woh intelligent hai.</w:t>
      </w:r>
    </w:p>
    <w:p>
      <w:pPr>
        <w:jc w:val="right"/>
      </w:pPr>
      <w:r>
        <w:t>تو وہ خدا کا نام تو نہیں لے سکا لیکن خود یونیورسٹی کو بتا دیا کہ وہ انٹیلیجنٹ ہے۔</w:t>
      </w:r>
    </w:p>
    <w:p>
      <w:r>
        <w:rPr>
          <w:b/>
        </w:rPr>
        <w:t xml:space="preserve">[20:57] </w:t>
      </w:r>
      <w:r>
        <w:t>lekin sawal yeh hai ke itni</w:t>
      </w:r>
    </w:p>
    <w:p>
      <w:pPr>
        <w:jc w:val="right"/>
      </w:pPr>
      <w:r>
        <w:t>لیکن سوال یہ ہے کہ اتنی</w:t>
      </w:r>
    </w:p>
    <w:p>
      <w:r>
        <w:rPr>
          <w:b/>
        </w:rPr>
        <w:t xml:space="preserve">[21:02] </w:t>
      </w:r>
      <w:r>
        <w:t>zabardast planning kyun hai duniya mein? itni zabardast meaning kyun hai duniya mein? itni zabardast design kyun hai</w:t>
      </w:r>
    </w:p>
    <w:p>
      <w:pPr>
        <w:jc w:val="right"/>
      </w:pPr>
      <w:r>
        <w:t>زبردست پلاننگ کیوں ہے دنیا میں؟ اتنی زبردست میننگ کیوں ہے دنیا میں؟ اتنی زبردست ڈیزائن کیوں ہے</w:t>
      </w:r>
    </w:p>
    <w:p>
      <w:r>
        <w:rPr>
          <w:b/>
        </w:rPr>
        <w:t xml:space="preserve">[21:10] </w:t>
      </w:r>
      <w:r>
        <w:t>duniya mein? itna zyada meaningful kyun hai duniya mein? to main samajhta hoon ke scientists mein</w:t>
      </w:r>
    </w:p>
    <w:p>
      <w:pPr>
        <w:jc w:val="right"/>
      </w:pPr>
      <w:r>
        <w:t>دنیا میں؟ اتنا زیادہ میننگ فل کیوں ہے دنیا میں؟ تو میں سمجھتا ہوں کہ سائنس دانوں میں</w:t>
      </w:r>
    </w:p>
    <w:p>
      <w:r>
        <w:rPr>
          <w:b/>
        </w:rPr>
        <w:t xml:space="preserve">[21:17] </w:t>
      </w:r>
      <w:r>
        <w:t>sirf ek shakhs mere ilm mein hai, Sir James Jeans, jisne kaha tha ke aisa lagta hai</w:t>
      </w:r>
    </w:p>
    <w:p>
      <w:pPr>
        <w:jc w:val="right"/>
      </w:pPr>
      <w:r>
        <w:t>صرف ایک شخص میرے علم میں ہے، سر جیمز جین، جس نے کہا تھا کہ ایسا لگتا ہے</w:t>
      </w:r>
    </w:p>
    <w:p>
      <w:r>
        <w:rPr>
          <w:b/>
        </w:rPr>
        <w:t xml:space="preserve">[21:25] </w:t>
      </w:r>
      <w:r>
        <w:t>ke universe ko</w:t>
      </w:r>
    </w:p>
    <w:p>
      <w:pPr>
        <w:jc w:val="right"/>
      </w:pPr>
      <w:r>
        <w:t>کہ یونیورس کو</w:t>
      </w:r>
    </w:p>
    <w:p>
      <w:r>
        <w:rPr>
          <w:b/>
        </w:rPr>
        <w:t xml:space="preserve">[21:32] </w:t>
      </w:r>
      <w:r>
        <w:t>bananay wala aik mathematical mind hai. Yaani har cheez mein itna present hai, itna ziyada meaning hai, itna ziyada well planned hai har cheez ke lagta hai ke is ka bananay wala aik mathematical mind hai. To jab is satah par aap Allah Rab-ul-alameen</w:t>
      </w:r>
    </w:p>
    <w:p>
      <w:pPr>
        <w:jc w:val="right"/>
      </w:pPr>
      <w:r>
        <w:t>بنانے والا ایک میتھمیٹیکل مائنڈ ہے۔ یعنی ہر چیز میں اتنا پریزنٹ ہے، اتنا زیادہ میننگ ہے، اتنا زیادہ ویل پلانڈ ہے ہر چیز کہ لگتا ہے کہ اس کا بنانے والا ایک میتھمیٹیکل مائنڈ ہے۔ تو جب اس سطح پر آپ اللہ رب العالمین</w:t>
      </w:r>
    </w:p>
    <w:p>
      <w:r>
        <w:rPr>
          <w:b/>
        </w:rPr>
        <w:t xml:space="preserve">[22:02] </w:t>
      </w:r>
      <w:r>
        <w:t>ko daryaft karen tab woh insaan bante hain aap jisko momin kaha jata hai.</w:t>
      </w:r>
    </w:p>
    <w:p>
      <w:pPr>
        <w:jc w:val="right"/>
      </w:pPr>
      <w:r>
        <w:t>کو دریافت کریں تب وہ انسان بنتے ہیں آپ جس کو مومن کہا جاتا ہے۔</w:t>
      </w:r>
    </w:p>
    <w:p>
      <w:r>
        <w:rPr>
          <w:b/>
        </w:rPr>
        <w:t xml:space="preserve">[22:09] </w:t>
      </w:r>
      <w:r>
        <w:t>momin koi jo sher insaan ka naam nahi hai.</w:t>
      </w:r>
    </w:p>
    <w:p>
      <w:pPr>
        <w:jc w:val="right"/>
      </w:pPr>
      <w:r>
        <w:t>مومن کوئی جو شیر انسان کا نام نہیں ہے۔</w:t>
      </w:r>
    </w:p>
    <w:p>
      <w:r>
        <w:rPr>
          <w:b/>
        </w:rPr>
        <w:t xml:space="preserve">[22:15] </w:t>
      </w:r>
      <w:r>
        <w:t>momin ek aarif insaan ka naam hai. aarif. realized.</w:t>
      </w:r>
    </w:p>
    <w:p>
      <w:pPr>
        <w:jc w:val="right"/>
      </w:pPr>
      <w:r>
        <w:t>مومن ایک عارف انسان کا نام ہے۔ عارف۔ ریلائزڈ۔</w:t>
      </w:r>
    </w:p>
    <w:p>
      <w:r>
        <w:rPr>
          <w:b/>
        </w:rPr>
        <w:t xml:space="preserve">[22:21] </w:t>
      </w:r>
      <w:r>
        <w:t>aur main samajhta hoon ke aap ko kuch bhi karna ho kaam, aap ko tasneef, kitabein likhna hain,</w:t>
      </w:r>
    </w:p>
    <w:p>
      <w:pPr>
        <w:jc w:val="right"/>
      </w:pPr>
      <w:r>
        <w:t>اور میں سمجھتا ہوں کہ آپ کو کچھ بھی کرنا ہو کام، آپ کو تصنیف، کتابیں لکھنا ہیں،</w:t>
      </w:r>
    </w:p>
    <w:p>
      <w:r>
        <w:rPr>
          <w:b/>
        </w:rPr>
        <w:t xml:space="preserve">[22:28] </w:t>
      </w:r>
      <w:r>
        <w:t>aap ko dawat ka kaam karna hai,</w:t>
      </w:r>
    </w:p>
    <w:p>
      <w:pPr>
        <w:jc w:val="right"/>
      </w:pPr>
      <w:r>
        <w:t>آپ کو دعوت کا کام کرنا ہے،</w:t>
      </w:r>
    </w:p>
    <w:p>
      <w:r>
        <w:rPr>
          <w:b/>
        </w:rPr>
        <w:t xml:space="preserve">[22:34] </w:t>
      </w:r>
      <w:r>
        <w:t>aap ko koi bhi bara kaam karna hai, is to is se pehle aap yeh kijiye ke Allah</w:t>
      </w:r>
    </w:p>
    <w:p>
      <w:pPr>
        <w:jc w:val="right"/>
      </w:pPr>
      <w:r>
        <w:t>آپ کو کوئی بھی بڑا کام کرنا ہے، اس تو اس سے پہلے آپ یہ کیجیے کہ اللہ</w:t>
      </w:r>
    </w:p>
    <w:p>
      <w:r>
        <w:rPr>
          <w:b/>
        </w:rPr>
        <w:t xml:space="preserve">[22:44] </w:t>
      </w:r>
      <w:r>
        <w:t>rab ul alameen ko discover kijiye. discover kijiye.</w:t>
      </w:r>
    </w:p>
    <w:p>
      <w:pPr>
        <w:jc w:val="right"/>
      </w:pPr>
      <w:r>
        <w:t>رب العالمین کو ڈسکور کیجیے۔ ڈسکور کیجیے۔</w:t>
      </w:r>
    </w:p>
    <w:p>
      <w:r>
        <w:rPr>
          <w:b/>
        </w:rPr>
        <w:t xml:space="preserve">[22:54] </w:t>
      </w:r>
      <w:r>
        <w:t>mein soch raha tha ke agar aap</w:t>
      </w:r>
    </w:p>
    <w:p>
      <w:pPr>
        <w:jc w:val="right"/>
      </w:pPr>
      <w:r>
        <w:t>میں سوچ رہا تھا کہ اگر آپ</w:t>
      </w:r>
    </w:p>
    <w:p>
      <w:r>
        <w:rPr>
          <w:b/>
        </w:rPr>
        <w:t xml:space="preserve">[23:04] </w:t>
      </w:r>
      <w:r>
        <w:t>ke paas aik aisa hawai jahaz ho jis mein aisi durbinain fit hon ke woh aap ko space</w:t>
      </w:r>
    </w:p>
    <w:p>
      <w:pPr>
        <w:jc w:val="right"/>
      </w:pPr>
      <w:r>
        <w:t>کے پاس ایک ایسا ہوائی جہاز ہو جس میں ایسی دوربینیں فٹ ہوں کہ وہ آپ کو اسپیس</w:t>
      </w:r>
    </w:p>
    <w:p>
      <w:r>
        <w:rPr>
          <w:b/>
        </w:rPr>
        <w:t xml:space="preserve">[23:11] </w:t>
      </w:r>
      <w:r>
        <w:t>mein le jaye aur space pe aap poore is manzar ko dekh saken jo hamara solar system ka manzar hai.</w:t>
      </w:r>
    </w:p>
    <w:p>
      <w:pPr>
        <w:jc w:val="right"/>
      </w:pPr>
      <w:r>
        <w:t>میں لے جائے اور اسپیس پہ آپ پورے اس منظر کو دیکھ سکیں جو ہمارا سولر سسٹم کا منظر ہے۔</w:t>
      </w:r>
    </w:p>
    <w:p>
      <w:r>
        <w:rPr>
          <w:b/>
        </w:rPr>
        <w:t xml:space="preserve">[23:17] </w:t>
      </w:r>
      <w:r>
        <w:t>aap dekhen ke aik bohat hi bari galaxy hai.</w:t>
      </w:r>
    </w:p>
    <w:p>
      <w:pPr>
        <w:jc w:val="right"/>
      </w:pPr>
      <w:r>
        <w:t>آپ دیکھیں کہ ایک بہت ہی بڑی گلیکسی ہے۔</w:t>
      </w:r>
    </w:p>
    <w:p>
      <w:r>
        <w:rPr>
          <w:b/>
        </w:rPr>
        <w:t xml:space="preserve">[23:23] </w:t>
      </w:r>
      <w:r>
        <w:t>bohat bari galaxy hai.</w:t>
      </w:r>
    </w:p>
    <w:p>
      <w:pPr>
        <w:jc w:val="right"/>
      </w:pPr>
      <w:r>
        <w:t>بہت بڑی گلیکسی ہے۔</w:t>
      </w:r>
    </w:p>
    <w:p>
      <w:r>
        <w:rPr>
          <w:b/>
        </w:rPr>
        <w:t xml:space="preserve">[23:30] </w:t>
      </w:r>
      <w:r>
        <w:t>is mein million nahi, million sitare hain.</w:t>
      </w:r>
    </w:p>
    <w:p>
      <w:pPr>
        <w:jc w:val="right"/>
      </w:pPr>
      <w:r>
        <w:t>اس میں ملین نہیں، ملین ستارے ہیں۔</w:t>
      </w:r>
    </w:p>
    <w:p>
      <w:r>
        <w:rPr>
          <w:b/>
        </w:rPr>
        <w:t xml:space="preserve">[23:36] </w:t>
      </w:r>
      <w:r>
        <w:t>phir is ke aik taraf suraj hai, bohat bara suraj jo aag ka angare ki tarah dhak raha hai.</w:t>
      </w:r>
    </w:p>
    <w:p>
      <w:pPr>
        <w:jc w:val="right"/>
      </w:pPr>
      <w:r>
        <w:t>پھر اس کے ایک طرف سورج ہے، بہت بڑا سورج جو آگ کا انگارے کی طرح دھاک رہا ہے۔</w:t>
      </w:r>
    </w:p>
    <w:p>
      <w:r>
        <w:rPr>
          <w:b/>
        </w:rPr>
        <w:t xml:space="preserve">[23:46] </w:t>
      </w:r>
      <w:r>
        <w:t>phir aap dekhen ke is suraj ke ird gird sayare ghoom rahe hain.</w:t>
      </w:r>
    </w:p>
    <w:p>
      <w:pPr>
        <w:jc w:val="right"/>
      </w:pPr>
      <w:r>
        <w:t>پھر آپ دیکھیں کہ اس سورج کے ارد گرد سیارے گھوم رہے ہیں۔</w:t>
      </w:r>
    </w:p>
    <w:p>
      <w:r>
        <w:rPr>
          <w:b/>
        </w:rPr>
        <w:t xml:space="preserve">[23:56] </w:t>
      </w:r>
      <w:r>
        <w:t>to yeh sara manzar aap ko itna mind boggling dikhai dega ke aap sar de ke gir padenge. ya</w:t>
      </w:r>
    </w:p>
    <w:p>
      <w:pPr>
        <w:jc w:val="right"/>
      </w:pPr>
      <w:r>
        <w:t>تو یہ سارا منظر آپ کو اتنا مائنڈ باگلنگ دکھائی دے گا کہ آپ سر دے کے گر پڑیں گے۔ یا</w:t>
      </w:r>
    </w:p>
    <w:p>
      <w:r>
        <w:rPr>
          <w:b/>
        </w:rPr>
        <w:t xml:space="preserve">[24:06] </w:t>
      </w:r>
      <w:r>
        <w:t>Allah to itna bara hai.</w:t>
      </w:r>
    </w:p>
    <w:p>
      <w:pPr>
        <w:jc w:val="right"/>
      </w:pPr>
      <w:r>
        <w:t>اللہ تو اتنا بڑا ہے۔</w:t>
      </w:r>
    </w:p>
    <w:p>
      <w:r>
        <w:rPr>
          <w:b/>
        </w:rPr>
        <w:t xml:space="preserve">[24:13] </w:t>
      </w:r>
      <w:r>
        <w:t>ya Allah to itna bara hai.</w:t>
      </w:r>
    </w:p>
    <w:p>
      <w:pPr>
        <w:jc w:val="right"/>
      </w:pPr>
      <w:r>
        <w:t>یا اللہ تو اتنا بڑا ہے۔</w:t>
      </w:r>
    </w:p>
    <w:p>
      <w:r>
        <w:rPr>
          <w:b/>
        </w:rPr>
        <w:t xml:space="preserve">[24:20] </w:t>
      </w:r>
      <w:r>
        <w:t>to mein samajhta hoon ke yeh aap ko baat yaqeenan maloom hogi ke hamare paas aisi koi telescope nahi hai.</w:t>
      </w:r>
    </w:p>
    <w:p>
      <w:pPr>
        <w:jc w:val="right"/>
      </w:pPr>
      <w:r>
        <w:t>تو میں سمجھتا ہوں کہ یہ آپ کو بات یقینا معلوم ہوگی کہ ہمارے پاس ایسی کوئی ٹیلیسکوپ نہیں ہے۔</w:t>
      </w:r>
    </w:p>
    <w:p>
      <w:r>
        <w:rPr>
          <w:b/>
        </w:rPr>
        <w:t xml:space="preserve">[24:27] </w:t>
      </w:r>
      <w:r>
        <w:t>aisa koi system nahi hai ke hum space mein ja kar ke is poore manzar ko dekh saken.</w:t>
      </w:r>
    </w:p>
    <w:p>
      <w:pPr>
        <w:jc w:val="right"/>
      </w:pPr>
      <w:r>
        <w:t>ایسا کوئی سسٹم نہیں ہے کہ ہم اسپیس میں جا کر کے اس پورے منظر کو دیکھ سکیں۔</w:t>
      </w:r>
    </w:p>
    <w:p>
      <w:r>
        <w:rPr>
          <w:b/>
        </w:rPr>
        <w:t xml:space="preserve">[24:33] </w:t>
      </w:r>
      <w:r>
        <w:t>lekin aap ko</w:t>
      </w:r>
    </w:p>
    <w:p>
      <w:pPr>
        <w:jc w:val="right"/>
      </w:pPr>
      <w:r>
        <w:t>لیکن آپ کو</w:t>
      </w:r>
    </w:p>
    <w:p>
      <w:r>
        <w:rPr>
          <w:b/>
        </w:rPr>
        <w:t xml:space="preserve">[24:40] </w:t>
      </w:r>
      <w:r>
        <w:t>aap ke andar aik Allah taala ne aik taqat rakhi hai har insan ke andar.</w:t>
      </w:r>
    </w:p>
    <w:p>
      <w:pPr>
        <w:jc w:val="right"/>
      </w:pPr>
      <w:r>
        <w:t>آپ کے اندر ایک اللہ تعالی نے ایک طاقت رکھی ہے ہر انسان کے اندر۔</w:t>
      </w:r>
    </w:p>
    <w:p>
      <w:r>
        <w:rPr>
          <w:b/>
        </w:rPr>
        <w:t xml:space="preserve">[24:45] </w:t>
      </w:r>
      <w:r>
        <w:t>woh hai conceptual thinking.</w:t>
      </w:r>
    </w:p>
    <w:p>
      <w:pPr>
        <w:jc w:val="right"/>
      </w:pPr>
      <w:r>
        <w:t>وہ ہے کنسیپچول تھنکنگ۔</w:t>
      </w:r>
    </w:p>
    <w:p>
      <w:r>
        <w:rPr>
          <w:b/>
        </w:rPr>
        <w:t xml:space="preserve">[24:50] </w:t>
      </w:r>
      <w:r>
        <w:t>pehlay zamanay mein kaha jata tha ke insan haiwan naatiq hota hai.</w:t>
      </w:r>
    </w:p>
    <w:p>
      <w:pPr>
        <w:jc w:val="right"/>
      </w:pPr>
      <w:r>
        <w:t>پہلے زمانے میں کہا جاتا تھا کہ انسان حیوان ناطق ہوتا ہے۔</w:t>
      </w:r>
    </w:p>
    <w:p>
      <w:r>
        <w:rPr>
          <w:b/>
        </w:rPr>
        <w:t xml:space="preserve">[24:55] </w:t>
      </w:r>
      <w:r>
        <w:t>bolne wala insan.</w:t>
      </w:r>
    </w:p>
    <w:p>
      <w:pPr>
        <w:jc w:val="right"/>
      </w:pPr>
      <w:r>
        <w:t>بولنے والا انسان۔</w:t>
      </w:r>
    </w:p>
    <w:p>
      <w:r>
        <w:rPr>
          <w:b/>
        </w:rPr>
        <w:t xml:space="preserve">[25:00] </w:t>
      </w:r>
      <w:r>
        <w:t>ab yeh insan ki definition batai jati hai ke insan ke andar conceptual thinking hai.</w:t>
      </w:r>
    </w:p>
    <w:p>
      <w:pPr>
        <w:jc w:val="right"/>
      </w:pPr>
      <w:r>
        <w:t>اب یہ انسان کی ڈیفینیشن بتائی جاتی ہے کہ انسان کے اندر کنسیپچول تھنکنگ ہے۔</w:t>
      </w:r>
    </w:p>
    <w:p>
      <w:r>
        <w:rPr>
          <w:b/>
        </w:rPr>
        <w:t xml:space="preserve">[25:05] </w:t>
      </w:r>
      <w:r>
        <w:t>pehlay jo philosopher thay, jo thin</w:t>
      </w:r>
    </w:p>
    <w:p>
      <w:pPr>
        <w:jc w:val="right"/>
      </w:pPr>
      <w:r>
        <w:t>پہلے جو فلاسفر تھے، جو تھن</w:t>
      </w:r>
    </w:p>
    <w:p>
      <w:r>
        <w:rPr>
          <w:b/>
        </w:rPr>
        <w:t xml:space="preserve">[25:10] </w:t>
      </w:r>
      <w:r>
        <w:t>ker thay, woh batate thay ke insan jo hai haiwan naatiq hai. speaking animal.</w:t>
      </w:r>
    </w:p>
    <w:p>
      <w:pPr>
        <w:jc w:val="right"/>
      </w:pPr>
      <w:r>
        <w:t>کر تھے، وہ بتاتے تھے کہ انسان جو ہے حیوان ناطق ہے۔ اسپیکنگ اینیمل۔</w:t>
      </w:r>
    </w:p>
    <w:p>
      <w:r>
        <w:rPr>
          <w:b/>
        </w:rPr>
        <w:t xml:space="preserve">[25:18] </w:t>
      </w:r>
      <w:r>
        <w:t>lekin mazeed jo bataya gaya woh to maloom hua ke yeh yeh definition complete definition nahi hai.</w:t>
      </w:r>
    </w:p>
    <w:p>
      <w:pPr>
        <w:jc w:val="right"/>
      </w:pPr>
      <w:r>
        <w:t>لیکن مزید جو بتایا گیا وہ تو معلوم ہوا کہ یہ یہ ڈیفینیشن کمپلیٹ ڈیفینیشن نہیں ہے۔</w:t>
      </w:r>
    </w:p>
    <w:p>
      <w:r>
        <w:rPr>
          <w:b/>
        </w:rPr>
        <w:t xml:space="preserve">[25:25] </w:t>
      </w:r>
      <w:r>
        <w:t>ab ab ab yeh mana jata hai ke insan ke andar conceptual thinking hai.</w:t>
      </w:r>
    </w:p>
    <w:p>
      <w:pPr>
        <w:jc w:val="right"/>
      </w:pPr>
      <w:r>
        <w:t>اب اب اب یہ مانا جاتا ہے کہ انسان کے اندر کنسیپچول تھنکنگ ہے۔</w:t>
      </w:r>
    </w:p>
    <w:p>
      <w:r>
        <w:rPr>
          <w:b/>
        </w:rPr>
        <w:t xml:space="preserve">[25:33] </w:t>
      </w:r>
      <w:r>
        <w:t>to mein ne socha ke aisa kyun hai? conceptual thinking na sher mein hai, na hathi mein, na</w:t>
      </w:r>
    </w:p>
    <w:p>
      <w:pPr>
        <w:jc w:val="right"/>
      </w:pPr>
      <w:r>
        <w:t>تو میں نے سوچا کہ ایسا کیوں ہے؟ کنسیپچول تھنکنگ نہ شیر میں ہے، نہ ہاتھی میں، نہ</w:t>
      </w:r>
    </w:p>
    <w:p>
      <w:r>
        <w:rPr>
          <w:b/>
        </w:rPr>
        <w:t xml:space="preserve">[25:40] </w:t>
      </w:r>
      <w:r>
        <w:t>pahar mein, na samundar mein.</w:t>
      </w:r>
    </w:p>
    <w:p>
      <w:pPr>
        <w:jc w:val="right"/>
      </w:pPr>
      <w:r>
        <w:t>پہاڑ میں، نہ سمندر میں۔</w:t>
      </w:r>
    </w:p>
    <w:p>
      <w:r>
        <w:rPr>
          <w:b/>
        </w:rPr>
        <w:t xml:space="preserve">[25:46] </w:t>
      </w:r>
      <w:r>
        <w:t>sirf insan hai jis ke andar conceptual thinking hai.</w:t>
      </w:r>
    </w:p>
    <w:p>
      <w:pPr>
        <w:jc w:val="right"/>
      </w:pPr>
      <w:r>
        <w:t>صرف انسان ہے جس کے اندر کنسیپچول تھنکنگ ہے۔</w:t>
      </w:r>
    </w:p>
    <w:p>
      <w:r>
        <w:rPr>
          <w:b/>
        </w:rPr>
        <w:t xml:space="preserve">[25:53] </w:t>
      </w:r>
      <w:r>
        <w:t>to mein is nateejay pe pohancha ke isi liye to hai ke Allah ko discover karein aap.</w:t>
      </w:r>
    </w:p>
    <w:p>
      <w:pPr>
        <w:jc w:val="right"/>
      </w:pPr>
      <w:r>
        <w:t>تو میں اس نتیجے پہ پہنچا کہ اسی لیے تو ہے کہ اللہ کو ڈسکور کریں آپ۔</w:t>
      </w:r>
    </w:p>
    <w:p>
      <w:r>
        <w:rPr>
          <w:b/>
        </w:rPr>
        <w:t xml:space="preserve">[25:59] </w:t>
      </w:r>
      <w:r>
        <w:t>conceptual thinking isi liye hai aap ke andar ke aap Allah ko discover karein.</w:t>
      </w:r>
    </w:p>
    <w:p>
      <w:pPr>
        <w:jc w:val="right"/>
      </w:pPr>
      <w:r>
        <w:t>کنسیپچول تھنکنگ اسی لیے ہے آپ کے اندر کہ آپ اللہ کو ڈسکور کریں۔</w:t>
      </w:r>
    </w:p>
    <w:p>
      <w:r>
        <w:rPr>
          <w:b/>
        </w:rPr>
        <w:t xml:space="preserve">[26:05] </w:t>
      </w:r>
      <w:r>
        <w:t>dekhiye Quran mein aap jante hain ke bilkul shuru mein ayat hai ke Allah ko</w:t>
      </w:r>
    </w:p>
    <w:p>
      <w:pPr>
        <w:jc w:val="right"/>
      </w:pPr>
      <w:r>
        <w:t>دیکھیے قرآن میں آپ جانتے ہیں کہ بالکل شروع میں آیت ہے کہ اللہ کو</w:t>
      </w:r>
    </w:p>
    <w:p>
      <w:r>
        <w:rPr>
          <w:b/>
        </w:rPr>
        <w:t xml:space="preserve">[26:11] </w:t>
      </w:r>
      <w:r>
        <w:t>iman laye lao halat ghaib mein.</w:t>
      </w:r>
    </w:p>
    <w:p>
      <w:pPr>
        <w:jc w:val="right"/>
      </w:pPr>
      <w:r>
        <w:t>ایمان لائے لاؤ حالت غیب میں۔</w:t>
      </w:r>
    </w:p>
    <w:p>
      <w:r>
        <w:rPr>
          <w:b/>
        </w:rPr>
        <w:t xml:space="preserve">[26:17] </w:t>
      </w:r>
      <w:r>
        <w:t>allazeen yoomnoon bilghayb.</w:t>
      </w:r>
    </w:p>
    <w:p>
      <w:pPr>
        <w:jc w:val="right"/>
      </w:pPr>
      <w:r>
        <w:t>الذین یومنون بالغیب۔</w:t>
      </w:r>
    </w:p>
    <w:p>
      <w:r>
        <w:rPr>
          <w:b/>
        </w:rPr>
        <w:t xml:space="preserve">[26:23] </w:t>
      </w:r>
      <w:r>
        <w:t>to ghaib kya hai? yani conceptual thinking ke level par aap Khuda ko discover karein.</w:t>
      </w:r>
    </w:p>
    <w:p>
      <w:pPr>
        <w:jc w:val="right"/>
      </w:pPr>
      <w:r>
        <w:t>تو غیب کیا ہے؟ یعنی کنسیپچول تھنکنگ کے لیول پر آپ خدا کو ڈسکور کریں۔</w:t>
      </w:r>
    </w:p>
    <w:p>
      <w:r>
        <w:rPr>
          <w:b/>
        </w:rPr>
        <w:t xml:space="preserve">[26:29] </w:t>
      </w:r>
      <w:r>
        <w:t>jis tarah hum conceptual thinking ke level par galaxy ko discover karte hain.</w:t>
      </w:r>
    </w:p>
    <w:p>
      <w:pPr>
        <w:jc w:val="right"/>
      </w:pPr>
      <w:r>
        <w:t>جس طرح ہم کنسیپچول تھنکنگ کے لیول پر گلیکسی کو ڈسکور کرتے ہیں۔</w:t>
      </w:r>
    </w:p>
    <w:p>
      <w:r>
        <w:rPr>
          <w:b/>
        </w:rPr>
        <w:t xml:space="preserve">[26:35] </w:t>
      </w:r>
      <w:r>
        <w:t>poore universe ko discover karte</w:t>
      </w:r>
    </w:p>
    <w:p>
      <w:pPr>
        <w:jc w:val="right"/>
      </w:pPr>
      <w:r>
        <w:t>پورے یونیورس کو ڈسکور کرتے</w:t>
      </w:r>
    </w:p>
    <w:p>
      <w:r>
        <w:rPr>
          <w:b/>
        </w:rPr>
        <w:t xml:space="preserve">[26:41] </w:t>
      </w:r>
      <w:r>
        <w:t>hain.</w:t>
      </w:r>
    </w:p>
    <w:p>
      <w:pPr>
        <w:jc w:val="right"/>
      </w:pPr>
      <w:r>
        <w:t>ہیں۔</w:t>
      </w:r>
    </w:p>
    <w:p>
      <w:r>
        <w:rPr>
          <w:b/>
        </w:rPr>
        <w:t xml:space="preserve">[26:46] </w:t>
      </w:r>
      <w:r>
        <w:t>solar system ko discover karte hain.</w:t>
      </w:r>
    </w:p>
    <w:p>
      <w:pPr>
        <w:jc w:val="right"/>
      </w:pPr>
      <w:r>
        <w:t>سولر سسٹم کو ڈسکور کرتے ہیں۔</w:t>
      </w:r>
    </w:p>
    <w:p>
      <w:r>
        <w:rPr>
          <w:b/>
        </w:rPr>
        <w:t xml:space="preserve">[26:51] </w:t>
      </w:r>
      <w:r>
        <w:t>aap jante hain ke hum in cheezon ko dekh nahin sakte.</w:t>
      </w:r>
    </w:p>
    <w:p>
      <w:pPr>
        <w:jc w:val="right"/>
      </w:pPr>
      <w:r>
        <w:t>آپ جانتے ہیں کہ ہم ان چیزوں کو دیکھ نہیں سکتے۔</w:t>
      </w:r>
    </w:p>
    <w:p>
      <w:r>
        <w:rPr>
          <w:b/>
        </w:rPr>
        <w:t xml:space="preserve">[26:56] </w:t>
      </w:r>
      <w:r>
        <w:t>ankhon se koi bhi scientist ya koi bhi dekh nahin sakta.</w:t>
      </w:r>
    </w:p>
    <w:p>
      <w:pPr>
        <w:jc w:val="right"/>
      </w:pPr>
      <w:r>
        <w:t>آنکھوں سے کوئی بھی سائنٹسٹ یا کوئی بھی دیکھ نہیں سکتا۔</w:t>
      </w:r>
    </w:p>
    <w:p>
      <w:r>
        <w:rPr>
          <w:b/>
        </w:rPr>
        <w:t xml:space="preserve">[27:01] </w:t>
      </w:r>
      <w:r>
        <w:t>hum conceptual thinking ke level hi pe jaan paate hain.</w:t>
      </w:r>
    </w:p>
    <w:p>
      <w:pPr>
        <w:jc w:val="right"/>
      </w:pPr>
      <w:r>
        <w:t>ہم کنسیپچول تھنکنگ کے لیول ہی پہ جان پاتے ہیں۔</w:t>
      </w:r>
    </w:p>
    <w:p>
      <w:r>
        <w:rPr>
          <w:b/>
        </w:rPr>
        <w:t xml:space="preserve">[27:06] </w:t>
      </w:r>
      <w:r>
        <w:t>solar system ko, galaxy ko, hatta ke is zameen ko bhi hum agar hum chahein ke hum</w:t>
      </w:r>
    </w:p>
    <w:p>
      <w:pPr>
        <w:jc w:val="right"/>
      </w:pPr>
      <w:r>
        <w:t>سولر سسٹم کو، گلیکسی کو، حتی کہ اس زمین کو بھی ہم اگر ہم چاہیں کہ ہم</w:t>
      </w:r>
    </w:p>
    <w:p>
      <w:r>
        <w:rPr>
          <w:b/>
        </w:rPr>
        <w:t xml:space="preserve">[27:12] </w:t>
      </w:r>
      <w:r>
        <w:t>zameen ko poori poori jo zameen hai us ko dekhein kahin khala mein space mein ja kar to</w:t>
      </w:r>
    </w:p>
    <w:p>
      <w:pPr>
        <w:jc w:val="right"/>
      </w:pPr>
      <w:r>
        <w:t>زمین کو پوری پوری جو زمین ہے اس کو دیکھیں کہیں خلا میں اسپیس میں جا کر تو</w:t>
      </w:r>
    </w:p>
    <w:p>
      <w:r>
        <w:rPr>
          <w:b/>
        </w:rPr>
        <w:t xml:space="preserve">[27:19] </w:t>
      </w:r>
      <w:r>
        <w:t>yeh mumkin nahin hai.</w:t>
      </w:r>
    </w:p>
    <w:p>
      <w:pPr>
        <w:jc w:val="right"/>
      </w:pPr>
      <w:r>
        <w:t>یہ ممکن نہیں ہے۔</w:t>
      </w:r>
    </w:p>
    <w:p>
      <w:r>
        <w:rPr>
          <w:b/>
        </w:rPr>
        <w:t xml:space="preserve">[27:27] </w:t>
      </w:r>
      <w:r>
        <w:t>aakhri jo darja hai zameen ko dekhne ka woh yeh hai ke Russia ke ek astronaut ne jo</w:t>
      </w:r>
    </w:p>
    <w:p>
      <w:pPr>
        <w:jc w:val="right"/>
      </w:pPr>
      <w:r>
        <w:t>آخری جو درجہ ہے زمین کو دیکھنے کا وہ یہ ہے کہ رشیا کے ایک اسٹراناٹ نے جو</w:t>
      </w:r>
    </w:p>
    <w:p>
      <w:r>
        <w:rPr>
          <w:b/>
        </w:rPr>
        <w:t xml:space="preserve">[27:34] </w:t>
      </w:r>
      <w:r>
        <w:t>gaya tha upar space mein to us ne jo report di thi</w:t>
      </w:r>
    </w:p>
    <w:p>
      <w:pPr>
        <w:jc w:val="right"/>
      </w:pPr>
      <w:r>
        <w:t>گیا تھا اوپر اسپیس میں تو اس نے جو رپورٹ دی تھی</w:t>
      </w:r>
    </w:p>
    <w:p>
      <w:r>
        <w:rPr>
          <w:b/>
        </w:rPr>
        <w:t xml:space="preserve">[27:42] </w:t>
      </w:r>
      <w:r>
        <w:t>ke khala se mein ne jab dekha to mujhe kya nazar aya? yani zameen ko dekha us ne</w:t>
      </w:r>
    </w:p>
    <w:p>
      <w:pPr>
        <w:jc w:val="right"/>
      </w:pPr>
      <w:r>
        <w:t>کہ خلا سے میں نے جب دیکھا تو مجھے کیا نظر آیا؟ یعنی زمین کو دیکھا اس نے</w:t>
      </w:r>
    </w:p>
    <w:p>
      <w:r>
        <w:rPr>
          <w:b/>
        </w:rPr>
        <w:t xml:space="preserve">[27:52] </w:t>
      </w:r>
      <w:r>
        <w:t>to us ne likha tha, kaha tha ke mein ne dekha is ka lafz tha, is ka lafz</w:t>
      </w:r>
    </w:p>
    <w:p>
      <w:pPr>
        <w:jc w:val="right"/>
      </w:pPr>
      <w:r>
        <w:t>تو اس نے لکھا تھا، کہا تھا کہ میں نے دیکھا اس کا لفظ تھا، اس کا لفظ</w:t>
      </w:r>
    </w:p>
    <w:p>
      <w:r>
        <w:rPr>
          <w:b/>
        </w:rPr>
        <w:t xml:space="preserve">[28:02] </w:t>
      </w:r>
      <w:r>
        <w:t>tha rapid succession of darkness and light. i sa</w:t>
      </w:r>
    </w:p>
    <w:p>
      <w:pPr>
        <w:jc w:val="right"/>
      </w:pPr>
      <w:r>
        <w:t>تھا ریپڈ سکسیشن آف ڈارکنس اینڈ لائٹ۔ آئی سا</w:t>
      </w:r>
    </w:p>
    <w:p>
      <w:r>
        <w:rPr>
          <w:b/>
        </w:rPr>
        <w:t xml:space="preserve">[28:12] </w:t>
      </w:r>
      <w:r>
        <w:t>a rapid succession of darkness and light. yani mujhe nazar aaya ke koi karah hai us par bohat tezi ke sath tareeki aur roshni ghoom ghoom rahe hain. yeh aakhri had thi dekhne ki. aap chahein ke space mein aap jaein to koi bhi durbin aisi nahi hai ke aap. p</w:t>
      </w:r>
    </w:p>
    <w:p>
      <w:pPr>
        <w:jc w:val="right"/>
      </w:pPr>
      <w:r>
        <w:t>ا ریپڈ سکسیشن آف ڈارکنس اینڈ لائٹ۔ یعنی مجھے نظر آیا کہ کوئی کرہ ہے اس پر بہت تیزی کے ساتھ تاریکی اور روشنی گھوم گھوم رہے ہیں۔ یہ آخری حد تھی دیکھنے کی۔ آپ چاہیں کہ اسپیس میں آپ جائیں تو کوئی بھی دوربین ایسی نہیں ہے کہ آپ۔ پ</w:t>
      </w:r>
    </w:p>
    <w:p>
      <w:r>
        <w:rPr>
          <w:b/>
        </w:rPr>
        <w:t xml:space="preserve">[28:42] </w:t>
      </w:r>
      <w:r>
        <w:t>wara jo manzar hai, manzar jaise mein aap ko dekh raha hoon, poora ek manzar mere samne hai.</w:t>
      </w:r>
    </w:p>
    <w:p>
      <w:pPr>
        <w:jc w:val="right"/>
      </w:pPr>
      <w:r>
        <w:t>ورا جو منظر ہے، منظر جیسے میں آپ کو دیکھ رہا ہوں، پورا ایک منظر میرے سامنے ہے۔</w:t>
      </w:r>
    </w:p>
    <w:p>
      <w:r>
        <w:rPr>
          <w:b/>
        </w:rPr>
        <w:t xml:space="preserve">[28:50] </w:t>
      </w:r>
      <w:r>
        <w:t>to aap poori galaxy ko, milky way ko, solar system ko, zameen ko aik nazar mein dekh nahin sakte.</w:t>
      </w:r>
    </w:p>
    <w:p>
      <w:pPr>
        <w:jc w:val="right"/>
      </w:pPr>
      <w:r>
        <w:t>تو آپ پوری گلیکسی کو، ملکی وے کو، سولر سسٹم کو، زمین کو ایک نظر میں دیکھ نہیں سکتے۔</w:t>
      </w:r>
    </w:p>
    <w:p>
      <w:r>
        <w:rPr>
          <w:b/>
        </w:rPr>
        <w:t xml:space="preserve">[28:57] </w:t>
      </w:r>
      <w:r>
        <w:t>to kaise jante hain aap? janne ka tareeqa hai conceptual thinking.</w:t>
      </w:r>
    </w:p>
    <w:p>
      <w:pPr>
        <w:jc w:val="right"/>
      </w:pPr>
      <w:r>
        <w:t>تو کیسے جانتے ہیں آپ؟ جاننے کا طریقہ ہے کنسیپچول تھنکنگ۔</w:t>
      </w:r>
    </w:p>
    <w:p>
      <w:r>
        <w:rPr>
          <w:b/>
        </w:rPr>
        <w:t xml:space="preserve">[29:05] </w:t>
      </w:r>
      <w:r>
        <w:t>to mein sochta hoon ke Allah taala ne, khaliq ne kyun insan</w:t>
      </w:r>
    </w:p>
    <w:p>
      <w:pPr>
        <w:jc w:val="right"/>
      </w:pPr>
      <w:r>
        <w:t>تو میں سوچتا ہوں کہ اللہ تعالی نے، خالق نے کیوں انسان</w:t>
      </w:r>
    </w:p>
    <w:p>
      <w:r>
        <w:rPr>
          <w:b/>
        </w:rPr>
        <w:t xml:space="preserve">[29:13] </w:t>
      </w:r>
      <w:r>
        <w:t>ke andar yeh sifat rakhi? conceptual thinking.</w:t>
      </w:r>
    </w:p>
    <w:p>
      <w:pPr>
        <w:jc w:val="right"/>
      </w:pPr>
      <w:r>
        <w:t>کے اندر یہ صفت رکھی؟ کنسیپچول تھنکنگ۔</w:t>
      </w:r>
    </w:p>
    <w:p>
      <w:r>
        <w:rPr>
          <w:b/>
        </w:rPr>
        <w:t xml:space="preserve">[29:19] </w:t>
      </w:r>
      <w:r>
        <w:t>Allah ko pata tha ke insan apni limitation ki wajah se galaxy ko ya solar system ko aik</w:t>
      </w:r>
    </w:p>
    <w:p>
      <w:pPr>
        <w:jc w:val="right"/>
      </w:pPr>
      <w:r>
        <w:t>اللہ کو پتہ تھا کہ انسان اپنی لیمیٹیشن کی وجہ سے گلیکسی کو یا سولر سسٹم کو ایک</w:t>
      </w:r>
    </w:p>
    <w:p>
      <w:r>
        <w:rPr>
          <w:b/>
        </w:rPr>
        <w:t xml:space="preserve">[29:25] </w:t>
      </w:r>
      <w:r>
        <w:t>nazar mein dekh nahin sakey ga.</w:t>
      </w:r>
    </w:p>
    <w:p>
      <w:pPr>
        <w:jc w:val="right"/>
      </w:pPr>
      <w:r>
        <w:t>نظر میں دیکھ نہیں سکے سکے گا۔</w:t>
      </w:r>
    </w:p>
    <w:p>
      <w:r>
        <w:rPr>
          <w:b/>
        </w:rPr>
        <w:t xml:space="preserve">[29:31] </w:t>
      </w:r>
      <w:r>
        <w:t>to yaqeen kaisa aaye? ke Allah Rabb-ul-Alameen ka yaqeen kaisa aaye? to aap ko salahiyat de di</w:t>
      </w:r>
    </w:p>
    <w:p>
      <w:pPr>
        <w:jc w:val="right"/>
      </w:pPr>
      <w:r>
        <w:t>تو یقین کیسا آئے؟ کہ اللہ رب العالمین کا یقین کیسا آئے؟ تو آپ کو صلاحیت دے دی</w:t>
      </w:r>
    </w:p>
    <w:p>
      <w:r>
        <w:rPr>
          <w:b/>
        </w:rPr>
        <w:t xml:space="preserve">[29:37] </w:t>
      </w:r>
      <w:r>
        <w:t>conceptual thinking ki.</w:t>
      </w:r>
    </w:p>
    <w:p>
      <w:pPr>
        <w:jc w:val="right"/>
      </w:pPr>
      <w:r>
        <w:t>کنسیپچول تھنکنگ کی۔</w:t>
      </w:r>
    </w:p>
    <w:p>
      <w:r>
        <w:rPr>
          <w:b/>
        </w:rPr>
        <w:t xml:space="preserve">[29:43] </w:t>
      </w:r>
      <w:r>
        <w:t>mein sochta hoon ke yeh Allah taala ke qareeb o ghareeb blessing hai. blessing.</w:t>
      </w:r>
    </w:p>
    <w:p>
      <w:pPr>
        <w:jc w:val="right"/>
      </w:pPr>
      <w:r>
        <w:t>میں سوچتا ہوں کہ یہ اللہ تعالی کے قریب و غریب بلیسنگ ہے۔ بلیسنگ۔</w:t>
      </w:r>
    </w:p>
    <w:p>
      <w:r>
        <w:rPr>
          <w:b/>
        </w:rPr>
        <w:t xml:space="preserve">[29:49] </w:t>
      </w:r>
      <w:r>
        <w:t>yani Allah ko yeh matlab tha ke insan Allah par yaqeen karey.</w:t>
      </w:r>
    </w:p>
    <w:p>
      <w:pPr>
        <w:jc w:val="right"/>
      </w:pPr>
      <w:r>
        <w:t>یعنی اللہ کو یہ مطلوب تھا کہ انسان اللہ پر یقین کرے۔</w:t>
      </w:r>
    </w:p>
    <w:p>
      <w:r>
        <w:rPr>
          <w:b/>
        </w:rPr>
        <w:t xml:space="preserve">[29:55] </w:t>
      </w:r>
      <w:r>
        <w:t>lekin Allah ko pata tha ke yeh apni limitations ki wajah se insan is tarah nahin dekh paaye</w:t>
      </w:r>
    </w:p>
    <w:p>
      <w:pPr>
        <w:jc w:val="right"/>
      </w:pPr>
      <w:r>
        <w:t>لیکن اللہ کو پتہ تھا کہ یہ اپنی لیمیٹیشنز کی وجہ سے انسان اس طرح نہیں دیکھ پائے</w:t>
      </w:r>
    </w:p>
    <w:p>
      <w:r>
        <w:rPr>
          <w:b/>
        </w:rPr>
        <w:t xml:space="preserve">[30:01] </w:t>
      </w:r>
      <w:r>
        <w:t>ga, yaqeen kar paaye ga jis tarah se aik dekhi hui cheez ke yaqeen karta hai.</w:t>
      </w:r>
    </w:p>
    <w:p>
      <w:pPr>
        <w:jc w:val="right"/>
      </w:pPr>
      <w:r>
        <w:t>گا، یقین کر پائے گا جس طرح سے ایک دیکھی ہوئی چیز کے یقین کرتا ہے۔</w:t>
      </w:r>
    </w:p>
    <w:p>
      <w:r>
        <w:rPr>
          <w:b/>
        </w:rPr>
        <w:t xml:space="preserve">[30:07] </w:t>
      </w:r>
      <w:r>
        <w:t>to insan ke andar specially, specially</w:t>
      </w:r>
    </w:p>
    <w:p>
      <w:pPr>
        <w:jc w:val="right"/>
      </w:pPr>
      <w:r>
        <w:t>تو انسان کے اندر اسپیشلی، اسپیشلی</w:t>
      </w:r>
    </w:p>
    <w:p>
      <w:r>
        <w:rPr>
          <w:b/>
        </w:rPr>
        <w:t xml:space="preserve">[30:13] </w:t>
      </w:r>
      <w:r>
        <w:t>conceptual thinking ki salahiyat rakh di.</w:t>
      </w:r>
    </w:p>
    <w:p>
      <w:pPr>
        <w:jc w:val="right"/>
      </w:pPr>
      <w:r>
        <w:t>کنسیپچول تھنکنگ کی صلاحیت پر رکھ دیا۔</w:t>
      </w:r>
    </w:p>
    <w:p>
      <w:r>
        <w:rPr>
          <w:b/>
        </w:rPr>
        <w:t xml:space="preserve">[30:19] </w:t>
      </w:r>
      <w:r>
        <w:t>to is ko istemal karna hai aap ko.</w:t>
      </w:r>
    </w:p>
    <w:p>
      <w:pPr>
        <w:jc w:val="right"/>
      </w:pPr>
      <w:r>
        <w:t>تو اس کو استعمال کرنا ہے آپ کو۔</w:t>
      </w:r>
    </w:p>
    <w:p>
      <w:r>
        <w:rPr>
          <w:b/>
        </w:rPr>
        <w:t xml:space="preserve">[30:25] </w:t>
      </w:r>
      <w:r>
        <w:t>yani Allah Rabb-ul-Alameen ki is is rehmat ko jab aap istemal kar paayenge, yani conceptual thinking</w:t>
      </w:r>
    </w:p>
    <w:p>
      <w:pPr>
        <w:jc w:val="right"/>
      </w:pPr>
      <w:r>
        <w:t>یعنی اللہ رب العالمین کی اس اس رحمت کو جب آپ استعمال کر پائیں گے، یعنی کنسیپچول تھنکنگ</w:t>
      </w:r>
    </w:p>
    <w:p>
      <w:r>
        <w:rPr>
          <w:b/>
        </w:rPr>
        <w:t xml:space="preserve">[30:31] </w:t>
      </w:r>
      <w:r>
        <w:t>ko istemal kar ke aap Allah Rabb-ul-Alameen ka tasawwur la la sakenge apne mind mein, tab</w:t>
      </w:r>
    </w:p>
    <w:p>
      <w:pPr>
        <w:jc w:val="right"/>
      </w:pPr>
      <w:r>
        <w:t>کو استعمال کر کے آپ اللہ رب العالمین کا تصور لا لا سکیں گے اپنے مائنڈ میں، تب</w:t>
      </w:r>
    </w:p>
    <w:p>
      <w:r>
        <w:rPr>
          <w:b/>
        </w:rPr>
        <w:t xml:space="preserve">[30:37] </w:t>
      </w:r>
      <w:r>
        <w:t>ja kar aap ko Allah Rabb-ul-Alameen par yaqeen hoga aur</w:t>
      </w:r>
    </w:p>
    <w:p>
      <w:pPr>
        <w:jc w:val="right"/>
      </w:pPr>
      <w:r>
        <w:t>جا کر آپ کو اللہ رب العالمین پر یقین ہوگا اور</w:t>
      </w:r>
    </w:p>
    <w:p>
      <w:r>
        <w:rPr>
          <w:b/>
        </w:rPr>
        <w:t xml:space="preserve">[30:43] </w:t>
      </w:r>
      <w:r>
        <w:t>aap ki zindagi mein aik nai bahaar aaye gi.</w:t>
      </w:r>
    </w:p>
    <w:p>
      <w:pPr>
        <w:jc w:val="right"/>
      </w:pPr>
      <w:r>
        <w:t>آپ کی زندگی میں ایک نئی بہار آئے گی۔</w:t>
      </w:r>
    </w:p>
    <w:p>
      <w:r>
        <w:rPr>
          <w:b/>
        </w:rPr>
        <w:t xml:space="preserve">[30:49] </w:t>
      </w:r>
      <w:r>
        <w:t>aap ki zindagi mein aik nai shakhsiyat banegi aur wahi personality, wahi shakhsiyat woh hai jo jannat</w:t>
      </w:r>
    </w:p>
    <w:p>
      <w:pPr>
        <w:jc w:val="right"/>
      </w:pPr>
      <w:r>
        <w:t>آپ کی زندگی میں ایک نئی شخصیت بنے گی اور وہی پرسنیلٹی، وہی شخصیت وہ ہے جو جنت</w:t>
      </w:r>
    </w:p>
    <w:p>
      <w:r>
        <w:rPr>
          <w:b/>
        </w:rPr>
        <w:t xml:space="preserve">[30:55] </w:t>
      </w:r>
      <w:r>
        <w:t>mein dakhil ki jaaye.</w:t>
      </w:r>
    </w:p>
    <w:p>
      <w:pPr>
        <w:jc w:val="right"/>
      </w:pPr>
      <w:r>
        <w:t>میں داخل کی جائے۔</w:t>
      </w:r>
    </w:p>
    <w:p>
      <w:r>
        <w:rPr>
          <w:b/>
        </w:rPr>
        <w:t xml:space="preserve">[31:01] </w:t>
      </w:r>
      <w:r>
        <w:t>jannat mein dakhla koi na to sifarish se hoga, na koi formal qism ke aamaal se hoga. kuch nahin.</w:t>
      </w:r>
    </w:p>
    <w:p>
      <w:pPr>
        <w:jc w:val="right"/>
      </w:pPr>
      <w:r>
        <w:t>جنت میں داخلہ کوئی نہ تو سفارش سے ہوگا، نہ کوئی فارمل قسم کے اعمال سے ہوگا۔ کچھ نہیں۔</w:t>
      </w:r>
    </w:p>
    <w:p>
      <w:r>
        <w:rPr>
          <w:b/>
        </w:rPr>
        <w:t xml:space="preserve">[31:07] </w:t>
      </w:r>
      <w:r>
        <w:t>jo log yeh sochte hain ke safarish</w:t>
      </w:r>
    </w:p>
    <w:p>
      <w:pPr>
        <w:jc w:val="right"/>
      </w:pPr>
      <w:r>
        <w:t>جو لوگ یہ سوچتے ہیں کہ سف</w:t>
      </w:r>
    </w:p>
    <w:p>
      <w:r>
        <w:rPr>
          <w:b/>
        </w:rPr>
        <w:t xml:space="preserve">[31:13] </w:t>
      </w:r>
      <w:r>
        <w:t>se, chunke hum khair-ul-ummat hain, is liye chunke hum Abdul Anbiya ki ummat hain, is liye</w:t>
      </w:r>
    </w:p>
    <w:p>
      <w:pPr>
        <w:jc w:val="right"/>
      </w:pPr>
      <w:r>
        <w:t>ارش سے، چونکہ ہم خیر و امت ہیں، اس لیے چونکہ ہم عبدالانبیاء کی امت ہیں، اس لیے</w:t>
      </w:r>
    </w:p>
    <w:p>
      <w:r>
        <w:rPr>
          <w:b/>
        </w:rPr>
        <w:t xml:space="preserve">[31:21] </w:t>
      </w:r>
      <w:r>
        <w:t>yeh sab, yeh sab, yeh sab jo hai gustakhana soch hai.</w:t>
      </w:r>
    </w:p>
    <w:p>
      <w:pPr>
        <w:jc w:val="right"/>
      </w:pPr>
      <w:r>
        <w:t>یہ سب، یہ سب، یہ سب جو ہے گستاخ تا سوچ ہے۔</w:t>
      </w:r>
    </w:p>
    <w:p>
      <w:r>
        <w:rPr>
          <w:b/>
        </w:rPr>
        <w:t xml:space="preserve">[31:29] </w:t>
      </w:r>
      <w:r>
        <w:t>aap apni, apne is, woh jo Allah ne aap ko diya hai, conceptual thinking ki salahiyat, is ko develop kijiye.</w:t>
      </w:r>
    </w:p>
    <w:p>
      <w:pPr>
        <w:jc w:val="right"/>
      </w:pPr>
      <w:r>
        <w:t>آپ اپنی، اپنے اس، وہ جو اللہ نے آپ کو دیا ہے، کنسیپچول تھنکنگ کی صلاحیت، اس کو ڈیولپ کیجئے۔</w:t>
      </w:r>
    </w:p>
    <w:p>
      <w:r>
        <w:rPr>
          <w:b/>
        </w:rPr>
        <w:t xml:space="preserve">[31:38] </w:t>
      </w:r>
      <w:r>
        <w:t>ise develop kijiye aur develop karte karte karte yahan tak laiye.</w:t>
      </w:r>
    </w:p>
    <w:p>
      <w:pPr>
        <w:jc w:val="right"/>
      </w:pPr>
      <w:r>
        <w:t>اسے ڈیولپ کیجئے اور ڈیولپ کرتے کرتے کرتے یہاں تک لائیے۔</w:t>
      </w:r>
    </w:p>
    <w:p>
      <w:r>
        <w:rPr>
          <w:b/>
        </w:rPr>
        <w:t xml:space="preserve">[31:46] </w:t>
      </w:r>
      <w:r>
        <w:t>jaise mein aksar aisa karta hoon ke mein sochta hoon ke mein space mein hoon, yani apne aap ko soch ke level par space pe le le aata hoon. soch ke level par apne aap ko space mein le aata hoon. phir mein dekhta hoon ke soch ke level par ke yeh galaxy hai, yeh milky way hai, yeh suraj hai, yeh sayare hain, yeh ek</w:t>
      </w:r>
    </w:p>
    <w:p>
      <w:pPr>
        <w:jc w:val="right"/>
      </w:pPr>
      <w:r>
        <w:t>جیسے میں اکثر ایسا کرتا ہوں کہ میں سوچتا ہوں کہ میں اسپیس میں ہوں، یعنی اپنے آپ کو سوچ کے لیول پر اسپیس پہ لے لے آتا ہوں۔ سوچ کے لیول پر اپنے آپ کو اسپیس میں لے آتا ہوں۔ پھر میں دیکھتا ہوں کہ سوچ کے لیول پر کہ یہ گلیکسی ہے، یہ ملکی وے ہے، یہ سورج ہے، یہ سیارے ہیں، یہ ایک</w:t>
      </w:r>
    </w:p>
    <w:p>
      <w:r>
        <w:rPr>
          <w:b/>
        </w:rPr>
        <w:t xml:space="preserve">[32:16] </w:t>
      </w:r>
      <w:r>
        <w:t>poora ek scene mere samne aa jata hai.</w:t>
      </w:r>
    </w:p>
    <w:p>
      <w:pPr>
        <w:jc w:val="right"/>
      </w:pPr>
      <w:r>
        <w:t>پورا ایک سین میرے سامنے آ جاتا ہے۔</w:t>
      </w:r>
    </w:p>
    <w:p>
      <w:r>
        <w:rPr>
          <w:b/>
        </w:rPr>
        <w:t xml:space="preserve">[32:22] </w:t>
      </w:r>
      <w:r>
        <w:t>conceptual level par to ek ajeeb qism ka yaqeen paida hota hai.</w:t>
      </w:r>
    </w:p>
    <w:p>
      <w:pPr>
        <w:jc w:val="right"/>
      </w:pPr>
      <w:r>
        <w:t>کنسیپچول لیول پر تو ایک عجیب قسم کا یقین پیدا ہوتا ہے۔</w:t>
      </w:r>
    </w:p>
    <w:p>
      <w:r>
        <w:rPr>
          <w:b/>
        </w:rPr>
        <w:t xml:space="preserve">[32:28] </w:t>
      </w:r>
      <w:r>
        <w:t>ajeeb qism ka, yani wohi jo hadith mein aata hai: "ta'bud Allah ka'annaka taraha".</w:t>
      </w:r>
    </w:p>
    <w:p>
      <w:pPr>
        <w:jc w:val="right"/>
      </w:pPr>
      <w:r>
        <w:t>عجیب قسم کا، یعنی وہی جو حدیث میں آتا ہے: "طعبد اللہ کن قطرا"۔</w:t>
      </w:r>
    </w:p>
    <w:p>
      <w:r>
        <w:rPr>
          <w:b/>
        </w:rPr>
        <w:t xml:space="preserve">[32:34] </w:t>
      </w:r>
      <w:r>
        <w:t>aap jante hain ke bohat mashhoor hadith hai jis mein yeh hai ke "ta'bud Allah ka'annaka taraha".</w:t>
      </w:r>
    </w:p>
    <w:p>
      <w:pPr>
        <w:jc w:val="right"/>
      </w:pPr>
      <w:r>
        <w:t>آپ جانتے ہیں کہ بہت مشہور حدیث ہے جس میں یہ ہے کہ "طعبد اللہ کن قطرا"۔</w:t>
      </w:r>
    </w:p>
    <w:p>
      <w:r>
        <w:rPr>
          <w:b/>
        </w:rPr>
        <w:t xml:space="preserve">[32:40] </w:t>
      </w:r>
      <w:r>
        <w:t>Allah ki ibadat is tarah karo</w:t>
      </w:r>
    </w:p>
    <w:p>
      <w:pPr>
        <w:jc w:val="right"/>
      </w:pPr>
      <w:r>
        <w:t>اللہ کی عبادت اس طرح کرو</w:t>
      </w:r>
    </w:p>
    <w:p>
      <w:r>
        <w:rPr>
          <w:b/>
        </w:rPr>
        <w:t xml:space="preserve">[32:46] </w:t>
      </w:r>
      <w:r>
        <w:t>jaise ke tum us ko dekh rahe ho.</w:t>
      </w:r>
    </w:p>
    <w:p>
      <w:pPr>
        <w:jc w:val="right"/>
      </w:pPr>
      <w:r>
        <w:t>جیسے کہ تم اس کو دیکھ رہے ہو۔</w:t>
      </w:r>
    </w:p>
    <w:p>
      <w:r>
        <w:rPr>
          <w:b/>
        </w:rPr>
        <w:t xml:space="preserve">[32:51] </w:t>
      </w:r>
      <w:r>
        <w:t>Allah ki ibadat is tarah karo jaise ke tum us ko dekh rahe ho.</w:t>
      </w:r>
    </w:p>
    <w:p>
      <w:pPr>
        <w:jc w:val="right"/>
      </w:pPr>
      <w:r>
        <w:t>اللہ کی عبادت اس طرح کرو جیسے کہ تم اس کو دیکھ رہے ہو۔</w:t>
      </w:r>
    </w:p>
    <w:p>
      <w:r>
        <w:rPr>
          <w:b/>
        </w:rPr>
        <w:t xml:space="preserve">[32:55] </w:t>
      </w:r>
      <w:r>
        <w:t>is ka matlab kya hai? aap jante hain ke hum aap Allah ko dekh nahin sakte.</w:t>
      </w:r>
    </w:p>
    <w:p>
      <w:pPr>
        <w:jc w:val="right"/>
      </w:pPr>
      <w:r>
        <w:t>اس کا مطلب کیا ہے؟ آپ جانتے ہیں کہ ہم آپ اللہ کو دیکھ نہیں سکتے۔</w:t>
      </w:r>
    </w:p>
    <w:p>
      <w:r>
        <w:rPr>
          <w:b/>
        </w:rPr>
        <w:t xml:space="preserve">[32:59] </w:t>
      </w:r>
      <w:r>
        <w:t>phir is, phir is jumle ka matlab kya hai? hum mein se koi bhi shakhs nahin hai jo</w:t>
      </w:r>
    </w:p>
    <w:p>
      <w:pPr>
        <w:jc w:val="right"/>
      </w:pPr>
      <w:r>
        <w:t>پھر اس، پھر اس جملے کا مطلب کیا ہے؟ ہم میں سے کوئی بھی شخص نہیں ہے جو</w:t>
      </w:r>
    </w:p>
    <w:p>
      <w:r>
        <w:rPr>
          <w:b/>
        </w:rPr>
        <w:t xml:space="preserve">[33:03] </w:t>
      </w:r>
      <w:r>
        <w:t>yeh na jaane ke hum Allah ko dekh nahin sakte.</w:t>
      </w:r>
    </w:p>
    <w:p>
      <w:pPr>
        <w:jc w:val="right"/>
      </w:pPr>
      <w:r>
        <w:t>یہ نہ جانے کہ ہم اللہ کو دیکھ نہیں سکتے۔</w:t>
      </w:r>
    </w:p>
    <w:p>
      <w:r>
        <w:rPr>
          <w:b/>
        </w:rPr>
        <w:t xml:space="preserve">[33:08] </w:t>
      </w:r>
      <w:r>
        <w:t>baghair dekhe hamein maanne hain.</w:t>
      </w:r>
    </w:p>
    <w:p>
      <w:pPr>
        <w:jc w:val="right"/>
      </w:pPr>
      <w:r>
        <w:t>بغیر دیکھے ہمیں ماننے ہیں۔</w:t>
      </w:r>
    </w:p>
    <w:p>
      <w:r>
        <w:rPr>
          <w:b/>
        </w:rPr>
        <w:t xml:space="preserve">[33:12] </w:t>
      </w:r>
      <w:r>
        <w:t>to is ka matlab</w:t>
      </w:r>
    </w:p>
    <w:p>
      <w:pPr>
        <w:jc w:val="right"/>
      </w:pPr>
      <w:r>
        <w:t>تو اس کا مطلب</w:t>
      </w:r>
    </w:p>
    <w:p>
      <w:r>
        <w:rPr>
          <w:b/>
        </w:rPr>
        <w:t xml:space="preserve">[33:16] </w:t>
      </w:r>
      <w:r>
        <w:t>یہی ہے کہ conceptual thought کے لیول پر اللہ کو discover کرو۔</w:t>
      </w:r>
    </w:p>
    <w:p>
      <w:pPr>
        <w:jc w:val="right"/>
      </w:pPr>
      <w:r>
        <w:t>یہی ہے کہ کنسیپچول تھاٹ کے لیول پر اللہ کو ڈسکور کرو۔</w:t>
      </w:r>
    </w:p>
    <w:p>
      <w:r>
        <w:rPr>
          <w:b/>
        </w:rPr>
        <w:t xml:space="preserve">[33:21] </w:t>
      </w:r>
      <w:r>
        <w:t>Conceptual thought ke level par Allah ko dekhne lago.</w:t>
      </w:r>
    </w:p>
    <w:p>
      <w:pPr>
        <w:jc w:val="right"/>
      </w:pPr>
      <w:r>
        <w:t>کنسیپچول تھاٹ کے لیول پر اللہ کو دیکھنے لگو۔</w:t>
      </w:r>
    </w:p>
    <w:p>
      <w:r>
        <w:rPr>
          <w:b/>
        </w:rPr>
        <w:t xml:space="preserve">[33:25] </w:t>
      </w:r>
      <w:r>
        <w:t>yeh matlab hai is ka.</w:t>
      </w:r>
    </w:p>
    <w:p>
      <w:pPr>
        <w:jc w:val="right"/>
      </w:pPr>
      <w:r>
        <w:t>یہ مطلب ہے اس کا۔</w:t>
      </w:r>
    </w:p>
    <w:p>
      <w:r>
        <w:rPr>
          <w:b/>
        </w:rPr>
        <w:t xml:space="preserve">[33:29] </w:t>
      </w:r>
      <w:r>
        <w:t>aur yeh har ek ke liye mumkin hai.</w:t>
      </w:r>
    </w:p>
    <w:p>
      <w:pPr>
        <w:jc w:val="right"/>
      </w:pPr>
      <w:r>
        <w:t>اور یہ ہر ایک کے لیے ممکن ہے۔</w:t>
      </w:r>
    </w:p>
    <w:p>
      <w:r>
        <w:rPr>
          <w:b/>
        </w:rPr>
        <w:t xml:space="preserve">[33:34] </w:t>
      </w:r>
      <w:r>
        <w:t>conceptual thought ki salahiyat har ek ke andar hai.</w:t>
      </w:r>
    </w:p>
    <w:p>
      <w:pPr>
        <w:jc w:val="right"/>
      </w:pPr>
      <w:r>
        <w:t>کنسیپچول تھاٹ کی صلاحیت ہر ایک کے اندر ہے۔</w:t>
      </w:r>
    </w:p>
    <w:p>
      <w:r>
        <w:rPr>
          <w:b/>
        </w:rPr>
        <w:t xml:space="preserve">[33:38] </w:t>
      </w:r>
      <w:r>
        <w:t>aap is ko develop kijiye.</w:t>
      </w:r>
    </w:p>
    <w:p>
      <w:pPr>
        <w:jc w:val="right"/>
      </w:pPr>
      <w:r>
        <w:t>آپ اس کو ڈیولپ کیجئے۔</w:t>
      </w:r>
    </w:p>
    <w:p>
      <w:r>
        <w:rPr>
          <w:b/>
        </w:rPr>
        <w:t xml:space="preserve">[33:42] </w:t>
      </w:r>
      <w:r>
        <w:t>develop karte karte aap mehsoos karenge ke aap wahan pahunch gaye hain jahan "ta'bud Allah</w:t>
      </w:r>
    </w:p>
    <w:p>
      <w:pPr>
        <w:jc w:val="right"/>
      </w:pPr>
      <w:r>
        <w:t>ڈیولپ کرتے کرتے آپ محسوس کریں گے کہ آپ وہاں پہنچ گئے ہیں جہاں "طعبد اللہ</w:t>
      </w:r>
    </w:p>
    <w:p>
      <w:r>
        <w:rPr>
          <w:b/>
        </w:rPr>
        <w:t xml:space="preserve">[33:47] </w:t>
      </w:r>
      <w:r>
        <w:t>ka'annaka taraha".</w:t>
      </w:r>
    </w:p>
    <w:p>
      <w:pPr>
        <w:jc w:val="right"/>
      </w:pPr>
      <w:r>
        <w:t>کن قطرا"۔</w:t>
      </w:r>
    </w:p>
    <w:p>
      <w:r>
        <w:rPr>
          <w:b/>
        </w:rPr>
        <w:t xml:space="preserve">[33:52] </w:t>
      </w:r>
      <w:r>
        <w:t>yani baghair dekhe dekhna.</w:t>
      </w:r>
    </w:p>
    <w:p>
      <w:pPr>
        <w:jc w:val="right"/>
      </w:pPr>
      <w:r>
        <w:t>یعنی بغیر دیکھے دیکھنا۔</w:t>
      </w:r>
    </w:p>
    <w:p>
      <w:r>
        <w:rPr>
          <w:b/>
        </w:rPr>
        <w:t xml:space="preserve">[33:57] </w:t>
      </w:r>
      <w:r>
        <w:t>yeh jo hadith mein aaya hai ke baghair dekhe Allah ko dekho.</w:t>
      </w:r>
    </w:p>
    <w:p>
      <w:pPr>
        <w:jc w:val="right"/>
      </w:pPr>
      <w:r>
        <w:t>یہ جو حدیث میں آیا ہے کہ بغیر دیکھے اللہ کو دیکھو۔</w:t>
      </w:r>
    </w:p>
    <w:p>
      <w:r>
        <w:rPr>
          <w:b/>
        </w:rPr>
        <w:t xml:space="preserve">[34:02] </w:t>
      </w:r>
      <w:r>
        <w:t>یہ اس کا مطلب کیا ہے؟ کہ آنکھ سے تم نہیں دیکھ سکتے، لیکن conceptual thinking کے لیول</w:t>
      </w:r>
    </w:p>
    <w:p>
      <w:pPr>
        <w:jc w:val="right"/>
      </w:pPr>
      <w:r>
        <w:t>یہ اس کا مطلب کیا ہے؟ کہ آنکھ سے تم نہیں دیکھ سکتے، لیکن کنسیپچول تھنکنگ کے لیول</w:t>
      </w:r>
    </w:p>
    <w:p>
      <w:r>
        <w:rPr>
          <w:b/>
        </w:rPr>
        <w:t xml:space="preserve">[34:07] </w:t>
      </w:r>
      <w:r>
        <w:t>par tum dekh sakte ho.</w:t>
      </w:r>
    </w:p>
    <w:p>
      <w:pPr>
        <w:jc w:val="right"/>
      </w:pPr>
      <w:r>
        <w:t>پر تم دیکھ سکتے ہو۔</w:t>
      </w:r>
    </w:p>
    <w:p>
      <w:r>
        <w:rPr>
          <w:b/>
        </w:rPr>
        <w:t xml:space="preserve">[34:12] </w:t>
      </w:r>
      <w:r>
        <w:t>conceptual thinking ke level par tum dekh sakte ho.</w:t>
      </w:r>
    </w:p>
    <w:p>
      <w:pPr>
        <w:jc w:val="right"/>
      </w:pPr>
      <w:r>
        <w:t>کنسیپچول تھنکنگ کے لیول پر تم دیکھ سکتے ہو۔</w:t>
      </w:r>
    </w:p>
    <w:p>
      <w:r>
        <w:rPr>
          <w:b/>
        </w:rPr>
        <w:t xml:space="preserve">[34:17] </w:t>
      </w:r>
      <w:r>
        <w:t>yani conceptual thinking ka matlab hai tasawwurati soch.</w:t>
      </w:r>
    </w:p>
    <w:p>
      <w:pPr>
        <w:jc w:val="right"/>
      </w:pPr>
      <w:r>
        <w:t>یعنی کنسیپچول تھنکنگ کا مطلب ہے تصوراتی سوچ۔</w:t>
      </w:r>
    </w:p>
    <w:p>
      <w:r>
        <w:rPr>
          <w:b/>
        </w:rPr>
        <w:t xml:space="preserve">[34:23] </w:t>
      </w:r>
      <w:r>
        <w:t>yani jaise ke main Aadh Akbar mein paida hua to us waqt main Aadh Akbar mein nahin hoon.</w:t>
      </w:r>
    </w:p>
    <w:p>
      <w:pPr>
        <w:jc w:val="right"/>
      </w:pPr>
      <w:r>
        <w:t>یعنی جیسے کہ میں آدھ اکبر میں پیدا ہوا تو اس وقت میں آدھ اکبر میں نہیں ہوں۔</w:t>
      </w:r>
    </w:p>
    <w:p>
      <w:r>
        <w:rPr>
          <w:b/>
        </w:rPr>
        <w:t xml:space="preserve">[34:29] </w:t>
      </w:r>
      <w:r>
        <w:t>aadh akbar ke dar o deewar ko main dekh nahin raha hoon.</w:t>
      </w:r>
    </w:p>
    <w:p>
      <w:pPr>
        <w:jc w:val="right"/>
      </w:pPr>
      <w:r>
        <w:t>آدھ اکبر کے در و دیوار کو میں دیکھ نہیں رہا ہوں۔</w:t>
      </w:r>
    </w:p>
    <w:p>
      <w:r>
        <w:rPr>
          <w:b/>
        </w:rPr>
        <w:t xml:space="preserve">[34:35] </w:t>
      </w:r>
      <w:r>
        <w:t>lekin jab main sochta hoon ke yahan par yeh tha, wahan par woh tha to tasawwurati soch ke</w:t>
      </w:r>
    </w:p>
    <w:p>
      <w:pPr>
        <w:jc w:val="right"/>
      </w:pPr>
      <w:r>
        <w:t>لیکن جب میں سوچتا ہوں کہ یہاں پر یہ تھا، وہاں پر وہ تھا تو تصوراتی سوچ کے</w:t>
      </w:r>
    </w:p>
    <w:p>
      <w:r>
        <w:rPr>
          <w:b/>
        </w:rPr>
        <w:t xml:space="preserve">[34:41] </w:t>
      </w:r>
      <w:r>
        <w:t>level par mujhe aadh akbar</w:t>
      </w:r>
    </w:p>
    <w:p>
      <w:pPr>
        <w:jc w:val="right"/>
      </w:pPr>
      <w:r>
        <w:t>لیول پر مجھے آدھ اکبر</w:t>
      </w:r>
    </w:p>
    <w:p>
      <w:r>
        <w:rPr>
          <w:b/>
        </w:rPr>
        <w:t xml:space="preserve">[34:47] </w:t>
      </w:r>
      <w:r>
        <w:t>dikhai dene lagta hai. yani conceptual level par mujhe adhbar dikhai dene lagta hai. to Allah rabb ul alameen ko aap apni aankhon se to nahi dekh sakte. to phir kaise hoga yeh ke "ta'bud Allah ka'annaka tarahu"? ke is ka matlab yahi hai. ka matlab yeh hai ke agarchay tum Allah rabb ul alameen ko aankh se dekh nahi s</w:t>
      </w:r>
    </w:p>
    <w:p>
      <w:pPr>
        <w:jc w:val="right"/>
      </w:pPr>
      <w:r>
        <w:t>دکھائی دینے لگتا ہے۔ یعنی کنسیپچول لیول پر مجھے آدھ اکبر دکھائی دینے لگتا ہے۔ تو اللہ رب العالمین کو آپ اپنی آنکھوں سے تو نہیں دیکھ سکتے۔ تو پھر کیسے ہوگا یہ کہ "طعبد اللہ کن قطرا"؟ کہ اس کا مطلب یہی ہے۔ کا مطلب یہ ہے کہ اگرچہ تم اللہ رب العالمین کو آنکھ سے دیکھ نہیں س</w:t>
      </w:r>
    </w:p>
    <w:p>
      <w:r>
        <w:rPr>
          <w:b/>
        </w:rPr>
        <w:t xml:space="preserve">[35:17] </w:t>
      </w:r>
      <w:r>
        <w:t>kya, magar conceptual level ke, conceptual thinking ke level par yaqeen dekh sakte ho.</w:t>
      </w:r>
    </w:p>
    <w:p>
      <w:pPr>
        <w:jc w:val="right"/>
      </w:pPr>
      <w:r>
        <w:t>کتے، مگر کنسیپچول لیول کے، کنسیپچول تھنکنگ کے لیول پر یقین دیکھ سکتے ہو۔</w:t>
      </w:r>
    </w:p>
    <w:p>
      <w:r>
        <w:rPr>
          <w:b/>
        </w:rPr>
        <w:t xml:space="preserve">[35:23] </w:t>
      </w:r>
      <w:r>
        <w:t>Conceptual thinking ke level par tum zaroor dekh sakte ho. Wohi karo.</w:t>
      </w:r>
    </w:p>
    <w:p>
      <w:pPr>
        <w:jc w:val="right"/>
      </w:pPr>
      <w:r>
        <w:t>کنسیپچول تھنکنگ کے لیول پر تم ضرور دیکھ سکتے ہو۔ وہی کرو۔</w:t>
      </w:r>
    </w:p>
    <w:p>
      <w:r>
        <w:rPr>
          <w:b/>
        </w:rPr>
        <w:t xml:space="preserve">[35:29] </w:t>
      </w:r>
      <w:r>
        <w:t>phir woh yaqeen aaye ga aap ke andar.</w:t>
      </w:r>
    </w:p>
    <w:p>
      <w:pPr>
        <w:jc w:val="right"/>
      </w:pPr>
      <w:r>
        <w:t>پھر وہ یقین آئے گا آپ کے اندر۔</w:t>
      </w:r>
    </w:p>
    <w:p>
      <w:r>
        <w:rPr>
          <w:b/>
        </w:rPr>
        <w:t xml:space="preserve">[35:35] </w:t>
      </w:r>
      <w:r>
        <w:t>phir woh aaye ga jo is ne kaha hai jab karbat ne ke agar aap kisi jangall ke</w:t>
      </w:r>
    </w:p>
    <w:p>
      <w:pPr>
        <w:jc w:val="right"/>
      </w:pPr>
      <w:r>
        <w:t>پھر وہ آئے گا جو اس نے کہا ہے جب کاربٹ نے کہ اگر آپ کسی جنگل کے</w:t>
      </w:r>
    </w:p>
    <w:p>
      <w:r>
        <w:rPr>
          <w:b/>
        </w:rPr>
        <w:t xml:space="preserve">[35:41] </w:t>
      </w:r>
      <w:r>
        <w:t>kinare hon aur wahan aap dekhen ke aik zinda</w:t>
      </w:r>
    </w:p>
    <w:p>
      <w:pPr>
        <w:jc w:val="right"/>
      </w:pPr>
      <w:r>
        <w:t>کنارے ہوں اور وہاں آپ دیکھیں کہ ایک زند</w:t>
      </w:r>
    </w:p>
    <w:p>
      <w:r>
        <w:rPr>
          <w:b/>
        </w:rPr>
        <w:t xml:space="preserve">[35:47] </w:t>
      </w:r>
      <w:r>
        <w:t>sheir khara hua hai.</w:t>
      </w:r>
    </w:p>
    <w:p>
      <w:pPr>
        <w:jc w:val="right"/>
      </w:pPr>
      <w:r>
        <w:t>ہ شیر کھڑا ہوا ہے۔</w:t>
      </w:r>
    </w:p>
    <w:p>
      <w:r>
        <w:rPr>
          <w:b/>
        </w:rPr>
        <w:t xml:space="preserve">[35:54] </w:t>
      </w:r>
      <w:r>
        <w:t>aap kisi jangall ke kinare hain aur achaanak aap dekhen ke aap ke samne zinda sheir khara hua</w:t>
      </w:r>
    </w:p>
    <w:p>
      <w:pPr>
        <w:jc w:val="right"/>
      </w:pPr>
      <w:r>
        <w:t>آپ کسی جنگل کے کنارے ہیں اور اچانک آپ دیکھیں کہ آپ کے سامنے زندہ شیر کھڑا ہوا</w:t>
      </w:r>
    </w:p>
    <w:p>
      <w:r>
        <w:rPr>
          <w:b/>
        </w:rPr>
        <w:t xml:space="preserve">[36:01] </w:t>
      </w:r>
      <w:r>
        <w:t>hai to us waqt aap ka blood circulation blood storm ban jaye ga.</w:t>
      </w:r>
    </w:p>
    <w:p>
      <w:pPr>
        <w:jc w:val="right"/>
      </w:pPr>
      <w:r>
        <w:t>ہے تو اس وقت آپ کا بلڈ سرکولیشن بلڈ اسٹارم بن جائے گا۔</w:t>
      </w:r>
    </w:p>
    <w:p>
      <w:r>
        <w:rPr>
          <w:b/>
        </w:rPr>
        <w:t xml:space="preserve">[36:08] </w:t>
      </w:r>
      <w:r>
        <w:t>yeh hai imaan.</w:t>
      </w:r>
    </w:p>
    <w:p>
      <w:pPr>
        <w:jc w:val="right"/>
      </w:pPr>
      <w:r>
        <w:t>یہ ہے ایمان۔</w:t>
      </w:r>
    </w:p>
    <w:p>
      <w:r>
        <w:rPr>
          <w:b/>
        </w:rPr>
        <w:t xml:space="preserve">[36:15] </w:t>
      </w:r>
      <w:r>
        <w:t>imaan koi aisa nahin ke aap lift service ke taur par aik aik kalma dohra dein.</w:t>
      </w:r>
    </w:p>
    <w:p>
      <w:pPr>
        <w:jc w:val="right"/>
      </w:pPr>
      <w:r>
        <w:t>ایمان کوئی ایسا نہیں کہ آپ لفٹ سروس کے طور پر ایک ایک کلمہ دہرا دیں۔</w:t>
      </w:r>
    </w:p>
    <w:p>
      <w:r>
        <w:rPr>
          <w:b/>
        </w:rPr>
        <w:t xml:space="preserve">[36:22] </w:t>
      </w:r>
      <w:r>
        <w:t>mujh se kai log yeh soch poochte hain ke hadees ka matlab kya hai ke jo "la ilaha"</w:t>
      </w:r>
    </w:p>
    <w:p>
      <w:pPr>
        <w:jc w:val="right"/>
      </w:pPr>
      <w:r>
        <w:t>مجھ سے کئی لوگ یہ سوچ پوچھتے ہیں کہ حدیث کا مطلب کیا ہے کہ جو "لا الہ"</w:t>
      </w:r>
    </w:p>
    <w:p>
      <w:r>
        <w:rPr>
          <w:b/>
        </w:rPr>
        <w:t xml:space="preserve">[36:28] </w:t>
      </w:r>
      <w:r>
        <w:t>kahe woh jannat mein jaye ga.</w:t>
      </w:r>
    </w:p>
    <w:p>
      <w:pPr>
        <w:jc w:val="right"/>
      </w:pPr>
      <w:r>
        <w:t>کہے وہ جنت میں جائے گا۔</w:t>
      </w:r>
    </w:p>
    <w:p>
      <w:r>
        <w:rPr>
          <w:b/>
        </w:rPr>
        <w:t xml:space="preserve">[36:34] </w:t>
      </w:r>
      <w:r>
        <w:t>"man qala la ilaha illallah dakhala al jannah".</w:t>
      </w:r>
    </w:p>
    <w:p>
      <w:pPr>
        <w:jc w:val="right"/>
      </w:pPr>
      <w:r>
        <w:t>"من قال لا الہ الا اللہ دخل الجنہ"۔</w:t>
      </w:r>
    </w:p>
    <w:p>
      <w:r>
        <w:rPr>
          <w:b/>
        </w:rPr>
        <w:t xml:space="preserve">[36:40] </w:t>
      </w:r>
      <w:r>
        <w:t>to log is qaul ko, yeh qaul insani hai.</w:t>
      </w:r>
    </w:p>
    <w:p>
      <w:pPr>
        <w:jc w:val="right"/>
      </w:pPr>
      <w:r>
        <w:t>تو لوگ اس قول کو، یہ قول انسانی ہے۔</w:t>
      </w:r>
    </w:p>
    <w:p>
      <w:r>
        <w:rPr>
          <w:b/>
        </w:rPr>
        <w:t xml:space="preserve">[36:46] </w:t>
      </w:r>
      <w:r>
        <w:t>yeh qaul is insaan ka qaul hai jis ke andar Allah ne dimagh diya hai, conceptual thinking di hai,</w:t>
      </w:r>
    </w:p>
    <w:p>
      <w:pPr>
        <w:jc w:val="right"/>
      </w:pPr>
      <w:r>
        <w:t>یہ قول اس انسان کا قول ہے جس کے اندر اللہ نے دماغ دیا ہے، کنسیپچول تھنکنگ دی ہے،</w:t>
      </w:r>
    </w:p>
    <w:p>
      <w:r>
        <w:rPr>
          <w:b/>
        </w:rPr>
        <w:t xml:space="preserve">[36:52] </w:t>
      </w:r>
      <w:r>
        <w:t>tasawwurati soch di hai. is insan ki baat hai yeh ke jab ek insan soche ga, discover kare ga, kitab Allah ko parhe ga, woh is ke taqaze jo hain woh poore kare ga to is ka intellectual development us level pahunch jaye ga ke woh tasawwurati satah par Allah ko dekhne lage</w:t>
      </w:r>
    </w:p>
    <w:p>
      <w:pPr>
        <w:jc w:val="right"/>
      </w:pPr>
      <w:r>
        <w:t>تصوراتی سوچ دی ہے۔ اس انسان کی بات ہے یہ کہ جب ایک انسان سوچے گا، ڈسکور کرے گا، کتاب اللہ کو پڑھے گا، وہ اس کا تقاضے جو ہیں وہ پورے کرے گا تو اس کا انٹلیکچول ڈیولپمنٹ اس لیول پہنچ جائے گا کہ وہ تصوراتی سطح پر اللہ کو دیکھنے لگے</w:t>
      </w:r>
    </w:p>
    <w:p>
      <w:r>
        <w:rPr>
          <w:b/>
        </w:rPr>
        <w:t xml:space="preserve">[37:22] </w:t>
      </w:r>
      <w:r>
        <w:t>ga.</w:t>
      </w:r>
    </w:p>
    <w:p>
      <w:pPr>
        <w:jc w:val="right"/>
      </w:pPr>
      <w:r>
        <w:t>گا۔</w:t>
      </w:r>
    </w:p>
    <w:p>
      <w:r>
        <w:rPr>
          <w:b/>
        </w:rPr>
        <w:t xml:space="preserve">[37:28] </w:t>
      </w:r>
      <w:r>
        <w:t>aur phir kahe ga: "khudaya tu Rabbul Alameen hai, main tere par imaan laya." jab aap is tareeqe</w:t>
      </w:r>
    </w:p>
    <w:p>
      <w:pPr>
        <w:jc w:val="right"/>
      </w:pPr>
      <w:r>
        <w:t>اور پھر کہے گا: "خدایا تو رب العالمین ہے، میں تیرے پر ایمان لایا۔" جب آپ اس طریقے</w:t>
      </w:r>
    </w:p>
    <w:p>
      <w:r>
        <w:rPr>
          <w:b/>
        </w:rPr>
        <w:t xml:space="preserve">[37:34] </w:t>
      </w:r>
      <w:r>
        <w:t>se conceptual level par Allah ko daryaft karein ge to aap bilkul mind baffling aik tajurba aap ko hoga.</w:t>
      </w:r>
    </w:p>
    <w:p>
      <w:pPr>
        <w:jc w:val="right"/>
      </w:pPr>
      <w:r>
        <w:t>سے کنسیپچول لیول پر اللہ کو دریافت کریں گے تو آپ بالکل مائنڈ باگلنگ ایک تجربہ آپ کو ہوگا۔</w:t>
      </w:r>
    </w:p>
    <w:p>
      <w:r>
        <w:rPr>
          <w:b/>
        </w:rPr>
        <w:t xml:space="preserve">[37:40] </w:t>
      </w:r>
      <w:r>
        <w:t>aap ke rongte khare ho jayein ge.</w:t>
      </w:r>
    </w:p>
    <w:p>
      <w:pPr>
        <w:jc w:val="right"/>
      </w:pPr>
      <w:r>
        <w:t>آپ کے رونگٹے کھڑے ہو جائیں گے۔</w:t>
      </w:r>
    </w:p>
    <w:p>
      <w:r>
        <w:rPr>
          <w:b/>
        </w:rPr>
        <w:t xml:space="preserve">[37:46] </w:t>
      </w:r>
      <w:r>
        <w:t>aap ke ragon mein jo khoon hai, woh khoon toofan ban kar dorne lage ga.</w:t>
      </w:r>
    </w:p>
    <w:p>
      <w:pPr>
        <w:jc w:val="right"/>
      </w:pPr>
      <w:r>
        <w:t>آپ کے رگوں میں جو خون ہے، وہ خون طوفان بن کر دوڑنے لگے گا۔</w:t>
      </w:r>
    </w:p>
    <w:p>
      <w:r>
        <w:rPr>
          <w:b/>
        </w:rPr>
        <w:t xml:space="preserve">[37:53] </w:t>
      </w:r>
      <w:r>
        <w:t>tab aap ke dimagh se nikle ga: "ya Allah, mein tere par iman laya. tu rabb ul alameen hai, tu khaliq hai." yeh hai woh qaul jis qaul ka sabaat, jo qaul insan bol sake to us ke liye jannat hai. dekhiye, jannat</w:t>
      </w:r>
    </w:p>
    <w:p>
      <w:pPr>
        <w:jc w:val="right"/>
      </w:pPr>
      <w:r>
        <w:t>تب آپ کے دماغ سے نکلے گا: "یا اللہ، میں تیرے پر ایمان لایا۔ تو رب العالمین ہے، تو خالق ہے۔" یہ ہے وہ قول جس قول کا ثبات، جو قول انسان بول سکے تو اس کے لیے جنت ہے۔ دیکھیے، جنت</w:t>
      </w:r>
    </w:p>
    <w:p>
      <w:r>
        <w:rPr>
          <w:b/>
        </w:rPr>
        <w:t xml:space="preserve">[38:23] </w:t>
      </w:r>
      <w:r>
        <w:t>kis ke liye hai? woh log jo jannati insaan ke hisse jannat mein reh sakein.</w:t>
      </w:r>
    </w:p>
    <w:p>
      <w:pPr>
        <w:jc w:val="right"/>
      </w:pPr>
      <w:r>
        <w:t>کس کے لیے ہے؟ وہ لوگ جو جنتی انسان کے حصے جنت میں رہ سکیں۔</w:t>
      </w:r>
    </w:p>
    <w:p>
      <w:r>
        <w:rPr>
          <w:b/>
        </w:rPr>
        <w:t xml:space="preserve">[38:29] </w:t>
      </w:r>
      <w:r>
        <w:t>yani jannat bohat hi ziyada high quality ka ki society hai.</w:t>
      </w:r>
    </w:p>
    <w:p>
      <w:pPr>
        <w:jc w:val="right"/>
      </w:pPr>
      <w:r>
        <w:t>یعنی جنت بہت ہی زیادہ ہائی کوالٹی کا کی سوسائٹی ہے۔</w:t>
      </w:r>
    </w:p>
    <w:p>
      <w:r>
        <w:rPr>
          <w:b/>
        </w:rPr>
        <w:t xml:space="preserve">[38:35] </w:t>
      </w:r>
      <w:r>
        <w:t>high quality ki society.</w:t>
      </w:r>
    </w:p>
    <w:p>
      <w:pPr>
        <w:jc w:val="right"/>
      </w:pPr>
      <w:r>
        <w:t>ہائی کوالٹی کی سوسائٹی۔</w:t>
      </w:r>
    </w:p>
    <w:p>
      <w:r>
        <w:rPr>
          <w:b/>
        </w:rPr>
        <w:t xml:space="preserve">[38:41] </w:t>
      </w:r>
      <w:r>
        <w:t>is ke log, is mein jo log honge, basaye jayein ge.</w:t>
      </w:r>
    </w:p>
    <w:p>
      <w:pPr>
        <w:jc w:val="right"/>
      </w:pPr>
      <w:r>
        <w:t>اس کے لوگ، اس میں جو لوگ ہوں گے، بسائے جائیں گے۔</w:t>
      </w:r>
    </w:p>
    <w:p>
      <w:r>
        <w:rPr>
          <w:b/>
        </w:rPr>
        <w:t xml:space="preserve">[38:47] </w:t>
      </w:r>
      <w:r>
        <w:t>un ke andar high character, high level ki soch, har cheez mein</w:t>
      </w:r>
    </w:p>
    <w:p>
      <w:pPr>
        <w:jc w:val="right"/>
      </w:pPr>
      <w:r>
        <w:t>ان کے اندر ہائی کریکٹر، ہائی لیول کی سوچ، ہر چیز میں</w:t>
      </w:r>
    </w:p>
    <w:p>
      <w:r>
        <w:rPr>
          <w:b/>
        </w:rPr>
        <w:t xml:space="preserve">[38:53] </w:t>
      </w:r>
      <w:r>
        <w:t>high class ki standard.</w:t>
      </w:r>
    </w:p>
    <w:p>
      <w:pPr>
        <w:jc w:val="right"/>
      </w:pPr>
      <w:r>
        <w:t>ہائی کلاس کی اسٹینڈرڈ۔</w:t>
      </w:r>
    </w:p>
    <w:p>
      <w:r>
        <w:rPr>
          <w:b/>
        </w:rPr>
        <w:t xml:space="preserve">[38:58] </w:t>
      </w:r>
      <w:r>
        <w:t>aise log wahan par chun kar, poori tareekh se chun kar wahan basaye jayenge.</w:t>
      </w:r>
    </w:p>
    <w:p>
      <w:pPr>
        <w:jc w:val="right"/>
      </w:pPr>
      <w:r>
        <w:t>ایسے لوگ وہاں پر چن کر، پوری تاریخ سے چن کر وہاں بسائے جائیں گے۔</w:t>
      </w:r>
    </w:p>
    <w:p>
      <w:r>
        <w:rPr>
          <w:b/>
        </w:rPr>
        <w:t xml:space="preserve">[39:03] </w:t>
      </w:r>
      <w:r>
        <w:t>to wo insaan kaise banta hai? wo insaan banta hai Allah rab ul alameen ko discover karne se.</w:t>
      </w:r>
    </w:p>
    <w:p>
      <w:pPr>
        <w:jc w:val="right"/>
      </w:pPr>
      <w:r>
        <w:t>تو وہ انسان کیسے بنتا ہے؟ وہ انسان بنتا ہے اللہ رب العالمین کو ڈسکور کرنے سے۔</w:t>
      </w:r>
    </w:p>
    <w:p>
      <w:r>
        <w:rPr>
          <w:b/>
        </w:rPr>
        <w:t xml:space="preserve">[39:08] </w:t>
      </w:r>
      <w:r>
        <w:t>baghair discovery ke aisa insaan nahi banta.</w:t>
      </w:r>
    </w:p>
    <w:p>
      <w:pPr>
        <w:jc w:val="right"/>
      </w:pPr>
      <w:r>
        <w:t>بغیر ڈسکوری کے ایسا انسان نہیں بنتا۔</w:t>
      </w:r>
    </w:p>
    <w:p>
      <w:r>
        <w:rPr>
          <w:b/>
        </w:rPr>
        <w:t xml:space="preserve">[39:13] </w:t>
      </w:r>
      <w:r>
        <w:t>baghair discovery ke jab discovery hoti hai to marifat hoti hai.</w:t>
      </w:r>
    </w:p>
    <w:p>
      <w:pPr>
        <w:jc w:val="right"/>
      </w:pPr>
      <w:r>
        <w:t>بغیر ڈسکوری کے جب ڈسکوری ہوتی ہے تو معرفت ہوتی ہے۔</w:t>
      </w:r>
    </w:p>
    <w:p>
      <w:r>
        <w:rPr>
          <w:b/>
        </w:rPr>
        <w:t xml:space="preserve">[39:18] </w:t>
      </w:r>
      <w:r>
        <w:t>jab marifat hoti hai to aap ko bolna aata hai, to aap</w:t>
      </w:r>
    </w:p>
    <w:p>
      <w:pPr>
        <w:jc w:val="right"/>
      </w:pPr>
      <w:r>
        <w:t>جب معرفت ہوتی ہے تو آپ کو بولنا آتا ہے، تو آپ</w:t>
      </w:r>
    </w:p>
    <w:p>
      <w:r>
        <w:rPr>
          <w:b/>
        </w:rPr>
        <w:t xml:space="preserve">[39:23] </w:t>
      </w:r>
      <w:r>
        <w:t>ko likhna aata hai, to aap ko sochna aata hai. is ke baghair kuch nahi. is level ka jab iman, is level ka faith jab aap ke andar paida hoga, tabhi aap ki zindagi shuru hogi. us waqt baghair zindagi shuru hi nahi hoti. tab is is level ka soch, is level ka likhna,</w:t>
      </w:r>
    </w:p>
    <w:p>
      <w:pPr>
        <w:jc w:val="right"/>
      </w:pPr>
      <w:r>
        <w:t>کو لکھنا آتا ہے، تو آپ کو سوچنا آتا ہے۔ اس کے بغیر کچھ نہیں۔ اس لیول کا جب ایمان، اس لیول کا فیتھ جب آپ کے اندر پیدا ہوگا، تبھی آپ کی زندگی شروع ہوگی۔ اس وقت بغیر زندگی شروع ہی نہیں ہوتی۔ تب اس اس لیول کا سوچ، اس لیول کا لکھنا،</w:t>
      </w:r>
    </w:p>
    <w:p>
      <w:r>
        <w:rPr>
          <w:b/>
        </w:rPr>
        <w:t xml:space="preserve">[39:53] </w:t>
      </w:r>
      <w:r>
        <w:t>is level ka bolna, is level ka ki zindagi aap ko hasil hoti hai. to aap farishtay aap ko wash kar rahe hain, wash wash kar rahe hain. quran mein hai</w:t>
      </w:r>
    </w:p>
    <w:p>
      <w:pPr>
        <w:jc w:val="right"/>
      </w:pPr>
      <w:r>
        <w:t>اس لیول کا بولنا، اس لیول کا کی زندگی آپ کو حاصل ہوتی ہے۔ تو آپ فرشتے آپ کو لکھتے ہیں: "یہ وہ انسان ہے جس نے کوالیفائی کیا۔" یہ جنت اس کے لیے ہے جو جنت کے لیے کوالیفائی کرے۔ تو اس دنیا میں فرشتے آپ کو واش کر رہے ہیں، واش واش کر رہے ہیں۔ قرآن میں ہے</w:t>
      </w:r>
    </w:p>
    <w:p>
      <w:r>
        <w:rPr>
          <w:b/>
        </w:rPr>
        <w:t xml:space="preserve">[40:23] </w:t>
      </w:r>
      <w:r>
        <w:t>ke insaan ke har insaan ke kandhe par ek idhar, ek idhar farishta baitha hua hai jo aap</w:t>
      </w:r>
    </w:p>
    <w:p>
      <w:pPr>
        <w:jc w:val="right"/>
      </w:pPr>
      <w:r>
        <w:t>کہ انسان کے ہر انسان کے کندھے پر ایک ادھر، ایک ادھر فرشتہ بیٹھا ہوا ہے جو آپ</w:t>
      </w:r>
    </w:p>
    <w:p>
      <w:r>
        <w:rPr>
          <w:b/>
        </w:rPr>
        <w:t xml:space="preserve">[40:31] </w:t>
      </w:r>
      <w:r>
        <w:t>ke har cheez ka record kar raha hai. record.</w:t>
      </w:r>
    </w:p>
    <w:p>
      <w:pPr>
        <w:jc w:val="right"/>
      </w:pPr>
      <w:r>
        <w:t>کے ہر چیز کا ریکارڈ کر رہا ہے۔ ریکارڈ۔</w:t>
      </w:r>
    </w:p>
    <w:p>
      <w:r>
        <w:rPr>
          <w:b/>
        </w:rPr>
        <w:t xml:space="preserve">[40:38] </w:t>
      </w:r>
      <w:r>
        <w:t>to jab farishton ke record mein yeh baat aa jayegi ke yeh hai wo insaan jis ke</w:t>
      </w:r>
    </w:p>
    <w:p>
      <w:pPr>
        <w:jc w:val="right"/>
      </w:pPr>
      <w:r>
        <w:t>تو جب فرشتوں کے ریکارڈ میں یہ بات آ جائے گی کہ یہ ہے وہ انسان جس کے</w:t>
      </w:r>
    </w:p>
    <w:p>
      <w:r>
        <w:rPr>
          <w:b/>
        </w:rPr>
        <w:t xml:space="preserve">[40:46] </w:t>
      </w:r>
      <w:r>
        <w:t>andar marifat hai, jis ke andar Allah ka khauf hai, Allah ki</w:t>
      </w:r>
    </w:p>
    <w:p>
      <w:pPr>
        <w:jc w:val="right"/>
      </w:pPr>
      <w:r>
        <w:t>اندر معرفت ہے، جس کے اندر اللہ کا خوف ہے، اللہ کی</w:t>
      </w:r>
    </w:p>
    <w:p>
      <w:r>
        <w:rPr>
          <w:b/>
        </w:rPr>
        <w:t xml:space="preserve">[40:53] </w:t>
      </w:r>
      <w:r>
        <w:t>mohabbat hai, Allah ko is ke cursor banaya hai, to farishton ke record mein jab yeh cheez aa</w:t>
      </w:r>
    </w:p>
    <w:p>
      <w:pPr>
        <w:jc w:val="right"/>
      </w:pPr>
      <w:r>
        <w:t>محبت ہے، اللہ کو اس کے کرسر بنایا ہے، تو فرشتوں کے ریکارڈ میں جب یہ چیز آ</w:t>
      </w:r>
    </w:p>
    <w:p>
      <w:r>
        <w:rPr>
          <w:b/>
        </w:rPr>
        <w:t xml:space="preserve">[40:59] </w:t>
      </w:r>
      <w:r>
        <w:t>jati hai, tab wo aadmi qualify karta hai is ke liye ke jannat mein is ka dakhila ho.</w:t>
      </w:r>
    </w:p>
    <w:p>
      <w:pPr>
        <w:jc w:val="right"/>
      </w:pPr>
      <w:r>
        <w:t>جاتی ہے، تب وہ آدمی کوالیفائی کرتا ہے اس کے لیے کہ جنت میں اس کا داخلہ ہو۔</w:t>
      </w:r>
    </w:p>
    <w:p>
      <w:r>
        <w:rPr>
          <w:b/>
        </w:rPr>
        <w:t xml:space="preserve">[41:05] </w:t>
      </w:r>
      <w:r>
        <w:t>is ke baghair wo qualify nahi karta.</w:t>
      </w:r>
    </w:p>
    <w:p>
      <w:pPr>
        <w:jc w:val="right"/>
      </w:pPr>
      <w:r>
        <w:t>اس کے بغیر وہ کوالیفائی نہیں کرتا۔</w:t>
      </w:r>
    </w:p>
    <w:p>
      <w:r>
        <w:rPr>
          <w:b/>
        </w:rPr>
        <w:t xml:space="preserve">[41:12] </w:t>
      </w:r>
      <w:r>
        <w:t>is ke baghair wo qualify hi nahi karta.</w:t>
      </w:r>
    </w:p>
    <w:p>
      <w:pPr>
        <w:jc w:val="right"/>
      </w:pPr>
      <w:r>
        <w:t>اس کے بغیر وہ کوالیفائی ہی نہیں کرتا۔</w:t>
      </w:r>
    </w:p>
    <w:p>
      <w:r>
        <w:rPr>
          <w:b/>
        </w:rPr>
        <w:t xml:space="preserve">[41:18] </w:t>
      </w:r>
      <w:r>
        <w:t>to farishton ka jo zikr hai Quran majeed mein ke is kandhe par ek farishta, ek ek farishta</w:t>
      </w:r>
    </w:p>
    <w:p>
      <w:pPr>
        <w:jc w:val="right"/>
      </w:pPr>
      <w:r>
        <w:t>تو فرشتوں کا جو ذکر ہے قرآن مجید میں کہ اس کندھے پر ایک فرشتہ، ایک ایک فرشتہ</w:t>
      </w:r>
    </w:p>
    <w:p>
      <w:r>
        <w:rPr>
          <w:b/>
        </w:rPr>
        <w:t xml:space="preserve">[41:24] </w:t>
      </w:r>
      <w:r>
        <w:t>woh record kar raha hai, woh isi mani mein ke woh wash kar raha hai aap ko ke kya aap qualify kar rahe hain. farishte aap ko wash kar rahe hain, aap ke aap ke soch ko, aap ke bolne ko, aap ke chalne ko, aap ke amal ko, har cheez ko wash kar rahe hain, wash kar rahe hain. yahan tak ke jab in</w:t>
      </w:r>
    </w:p>
    <w:p>
      <w:pPr>
        <w:jc w:val="right"/>
      </w:pPr>
      <w:r>
        <w:t>وہ ریکارڈ کر رہا ہے، وہ اسی معنی میں کہ وہ واش کر رہا ہے آپ کو کہ کیا آپ کوالیفائی کر رہے ہیں۔ فرشتے آپ کو واش کر رہے ہیں، آپ کے آپ کے سوچ کو، آپ کے بولنے کو، آپ کے چلنے کو، آپ کے عمل کو، ہر چیز کو واش کر رہے ہیں، واش کر رہے ہیں۔ یہاں تک کہ جب ان</w:t>
      </w:r>
    </w:p>
    <w:p>
      <w:r>
        <w:rPr>
          <w:b/>
        </w:rPr>
        <w:t xml:space="preserve">[41:54] </w:t>
      </w:r>
      <w:r>
        <w:t>ke standard ke mutabiq aap poore utarte hain, tab wo likh dete hain: "haan, yeh aadmi ne qualify</w:t>
      </w:r>
    </w:p>
    <w:p>
      <w:pPr>
        <w:jc w:val="right"/>
      </w:pPr>
      <w:r>
        <w:t>کے اسٹینڈرڈ کے مطابق آپ پورے اترتے ہیں، تب وہ لکھ دیتے ہیں: "ہاں، یہ آدمی نے کوالیفائی</w:t>
      </w:r>
    </w:p>
    <w:p>
      <w:r>
        <w:rPr>
          <w:b/>
        </w:rPr>
        <w:t xml:space="preserve">[42:04] </w:t>
      </w:r>
      <w:r>
        <w:t>kiya aur wo is qabil bana ke is ko jannat mein dakhila milay." to main bohat sochta tha,</w:t>
      </w:r>
    </w:p>
    <w:p>
      <w:pPr>
        <w:jc w:val="right"/>
      </w:pPr>
      <w:r>
        <w:t>کیا اور وہ اس قابل بنا کہ اس کو جنت میں داخلہ ملے۔" تو میں بہت سوچتا تھا،</w:t>
      </w:r>
    </w:p>
    <w:p>
      <w:r>
        <w:rPr>
          <w:b/>
        </w:rPr>
        <w:t xml:space="preserve">[42:14] </w:t>
      </w:r>
      <w:r>
        <w:t>bohat kitabein maine padhein, har kitab mein bas alfaaz, alfaaz, alfaaz, koi gehrai nahi, koi wisdom nahi. mera</w:t>
      </w:r>
    </w:p>
    <w:p>
      <w:pPr>
        <w:jc w:val="right"/>
      </w:pPr>
      <w:r>
        <w:t>بہت کتابیں میں نے پڑھیں، ہر کتاب میں بس الفاظ، الفاظ، الفاظ، کوئی گہرائی نہیں، کوئی وزڈم نہیں۔ میرا</w:t>
      </w:r>
    </w:p>
    <w:p>
      <w:r>
        <w:rPr>
          <w:b/>
        </w:rPr>
        <w:t xml:space="preserve">[42:24] </w:t>
      </w:r>
      <w:r>
        <w:t>zaati tajurba yahi hai, mera zaati experience yahi hai ke jis kitab ko padho, us mein koi gehrai</w:t>
      </w:r>
    </w:p>
    <w:p>
      <w:pPr>
        <w:jc w:val="right"/>
      </w:pPr>
      <w:r>
        <w:t>ذاتی تجربہ یہی ہے، میرا ذاتی ایکسپیرینس یہی ہے کہ جس کتاب کو پڑھو، اس میں کوئی گہرائی</w:t>
      </w:r>
    </w:p>
    <w:p>
      <w:r>
        <w:rPr>
          <w:b/>
        </w:rPr>
        <w:t xml:space="preserve">[42:32] </w:t>
      </w:r>
      <w:r>
        <w:t>nahi, koi wisdom ki baat nahi, bas alfaaz, alfaaz, alfaaz.</w:t>
      </w:r>
    </w:p>
    <w:p>
      <w:pPr>
        <w:jc w:val="right"/>
      </w:pPr>
      <w:r>
        <w:t>نہیں، کوئی وزڈم کی بات نہیں، بس الفاظ، الفاظ، الفاظ۔</w:t>
      </w:r>
    </w:p>
    <w:p>
      <w:r>
        <w:rPr>
          <w:b/>
        </w:rPr>
        <w:t xml:space="preserve">[42:40] </w:t>
      </w:r>
      <w:r>
        <w:t>to main sochta tha ke aisa kyun hai? kyun logon ki kitabein majmooa alfaaz to hain, majmooa maani</w:t>
      </w:r>
    </w:p>
    <w:p>
      <w:pPr>
        <w:jc w:val="right"/>
      </w:pPr>
      <w:r>
        <w:t>تو میں سوچتا تھا کہ ایسا کیوں ہے؟ کیوں لوگوں کی کتابیں مجموعہ الفاظ تو ہیں، مجموعہ معنی</w:t>
      </w:r>
    </w:p>
    <w:p>
      <w:r>
        <w:rPr>
          <w:b/>
        </w:rPr>
        <w:t xml:space="preserve">[42:47] </w:t>
      </w:r>
      <w:r>
        <w:t>nahi? kyun aisa hai ke logon ki kitabein majmooa alfaaz to hain, majmooa maani nahi?</w:t>
      </w:r>
    </w:p>
    <w:p>
      <w:pPr>
        <w:jc w:val="right"/>
      </w:pPr>
      <w:r>
        <w:t>نہیں؟ کیوں ایسا ہے کہ لوگوں کی کتابیں مجموعہ الفاظ تو ہیں، مجموعہ معنی نہیں؟</w:t>
      </w:r>
    </w:p>
    <w:p>
      <w:r>
        <w:rPr>
          <w:b/>
        </w:rPr>
        <w:t xml:space="preserve">[42:55] </w:t>
      </w:r>
      <w:r>
        <w:t>malfooz, majmooa alfaaz to hain, magar woh majmooa wisdom nahi. to meri samajh yahi aya ke unhon ne marifat ke baghair hi kitab likhna shuru kar diya, marifat ke baghair hi bolna shuru kar diya, marifat ke baghair hi islah ke liye khare ho gaye. to yaad rakhiye, "here is the beginning, here is the beginning." sab se pehle aap ko</w:t>
      </w:r>
    </w:p>
    <w:p>
      <w:pPr>
        <w:jc w:val="right"/>
      </w:pPr>
      <w:r>
        <w:t>ملفوظ، مجموعہ الفاظ تو ہیں، مگر وہ مجموعہ وزڈم نہیں۔ تو میری سمجھ یہی آیا کہ انہوں نے معرفت کے بغیر ہی کتاب لکھنا شروع کر دیا، معرفت کے بغیر ہی بولنا شروع کر دیا، معرفت کے بغیر ہی اصلاح کے لیے کھڑے ہو گئے۔ تو یاد رکھیے، "ہیر از دا بگننگ، ہیر از دا بگننگ۔" سب سے پہلے آپ کو</w:t>
      </w:r>
    </w:p>
    <w:p>
      <w:r>
        <w:rPr>
          <w:b/>
        </w:rPr>
        <w:t xml:space="preserve">[43:25] </w:t>
      </w:r>
      <w:r>
        <w:t>Allah rab ul alameen ko discover karna pad raha hai, discover karna hai.</w:t>
      </w:r>
    </w:p>
    <w:p>
      <w:pPr>
        <w:jc w:val="right"/>
      </w:pPr>
      <w:r>
        <w:t>اللہ رب العالمین کو ڈسکور کرنا پڑ رہا ہے، ڈسکور کرنا ہے۔</w:t>
      </w:r>
    </w:p>
    <w:p>
      <w:r>
        <w:rPr>
          <w:b/>
        </w:rPr>
        <w:t xml:space="preserve">[43:31] </w:t>
      </w:r>
      <w:r>
        <w:t>phir aap ko marifat aayegi.</w:t>
      </w:r>
    </w:p>
    <w:p>
      <w:pPr>
        <w:jc w:val="right"/>
      </w:pPr>
      <w:r>
        <w:t>پھر آپ کو معرفت آئے گی۔</w:t>
      </w:r>
    </w:p>
    <w:p>
      <w:r>
        <w:rPr>
          <w:b/>
        </w:rPr>
        <w:t xml:space="preserve">[43:37] </w:t>
      </w:r>
      <w:r>
        <w:t>jab marifat aaye gi, tab aap is qabil honge ke dunya mein khare ho saken, musleh ke</w:t>
      </w:r>
    </w:p>
    <w:p>
      <w:pPr>
        <w:jc w:val="right"/>
      </w:pPr>
      <w:r>
        <w:t>جب معرفت آئے گی، تب آپ اس قابل ہوں گے کہ دنیا میں کھڑے ہو سکیں، مصلح کے</w:t>
      </w:r>
    </w:p>
    <w:p>
      <w:r>
        <w:rPr>
          <w:b/>
        </w:rPr>
        <w:t xml:space="preserve">[43:43] </w:t>
      </w:r>
      <w:r>
        <w:t>حصے، مصنف کے حصے، اسپیکر کے حصے، ورنہ آپ کچھ بھی نہیں، "just like animal" ہیں، "just like animal" ہیں۔</w:t>
      </w:r>
    </w:p>
    <w:p>
      <w:pPr>
        <w:jc w:val="right"/>
      </w:pPr>
      <w:r>
        <w:t>حصے، مصنف کے حصے، اسپیکر کے حصے، ورنہ آپ کچھ بھی نہیں، "جسٹ لائک اینیمل" ہیں، "جسٹ لائک اینیمل" ہیں۔</w:t>
      </w:r>
    </w:p>
    <w:p>
      <w:r>
        <w:rPr>
          <w:b/>
        </w:rPr>
        <w:t xml:space="preserve">[43:49] </w:t>
      </w:r>
      <w:r>
        <w:t>ek university ke ek</w:t>
      </w:r>
    </w:p>
    <w:p>
      <w:pPr>
        <w:jc w:val="right"/>
      </w:pPr>
      <w:r>
        <w:t>ایک یونیورسٹی کے ایک</w:t>
      </w:r>
    </w:p>
    <w:p>
      <w:r>
        <w:rPr>
          <w:b/>
        </w:rPr>
        <w:t xml:space="preserve">[43:55] </w:t>
      </w:r>
      <w:r>
        <w:t>پروفیسر نے ایک مرتبہ کہا کہ ہم لوگ تو بس earning animal ہیں، حیوان کاسب ہیں۔</w:t>
      </w:r>
    </w:p>
    <w:p>
      <w:pPr>
        <w:jc w:val="right"/>
      </w:pPr>
      <w:r>
        <w:t>پروفیسر نے ایک مرتبہ کہا کہ ہم لوگ تو بس ارننگ اینیمل ہیں، حیوان کاسب ہیں۔</w:t>
      </w:r>
    </w:p>
    <w:p>
      <w:r>
        <w:rPr>
          <w:b/>
        </w:rPr>
        <w:t xml:space="preserve">[44:06] </w:t>
      </w:r>
      <w:r>
        <w:t>وہ پروفیسر تھا باقاعدہ، تو اس نے کہا کہ ہم لوگ تو حیوان کاسب ہیں، یعنی earning animal ہیں۔</w:t>
      </w:r>
    </w:p>
    <w:p>
      <w:pPr>
        <w:jc w:val="right"/>
      </w:pPr>
      <w:r>
        <w:t>وہ پروفیسر تھا باقاعدہ، تو اس نے کہا کہ ہم لوگ تو حیوان کاسب ہیں، یعنی ارننگ اینیمل ہیں۔</w:t>
      </w:r>
    </w:p>
    <w:p>
      <w:r>
        <w:rPr>
          <w:b/>
        </w:rPr>
        <w:t xml:space="preserve">[44:16] </w:t>
      </w:r>
      <w:r>
        <w:t>to mein ne socha ke kyun is ne kaha? agar is ko wisdom ka tajruba hota,</w:t>
      </w:r>
    </w:p>
    <w:p>
      <w:pPr>
        <w:jc w:val="right"/>
      </w:pPr>
      <w:r>
        <w:t>تو میں نے سوچا کہ کیوں اس نے کہا؟ اگر اس کو وزڈم کا تجربہ ہوتا،</w:t>
      </w:r>
    </w:p>
    <w:p>
      <w:r>
        <w:rPr>
          <w:b/>
        </w:rPr>
        <w:t xml:space="preserve">[44:26] </w:t>
      </w:r>
      <w:r>
        <w:t>agar usay marifat ka noor aya hota, to yeh lafz bol nahi sakta tha. woh kyunke rozmarra zindagi jo hai, us ki ek routine hai, chal raha hai. saal mahine ke aakhir mein mein tankhwah mil rahi hai, mil gayi. retire hue to pension mil gayi. to yeh kya hai? animal like zindagi hai yeh. to is aadmi ne jis ne yeh kaha, us ne bohat socha. to us ne woh, woh, woh mazah nahi chakha. zaiqa,</w:t>
      </w:r>
    </w:p>
    <w:p>
      <w:pPr>
        <w:jc w:val="right"/>
      </w:pPr>
      <w:r>
        <w:t>اگر اسے معرفت کا نور آیا ہوتا، تو یہ لفظ بول نہیں سکتا تھا۔ وہ کیونکہ روزمرہ زندگی جو ہے، اس کی ایک روٹین ہے، چل رہا ہے۔ سال مہینے کے آخر میں میں تنخواہ مل رہی ہے، مل گئی۔ ریٹائر ہوئے تو پینشن مل گئی۔ تو یہ کیا ہے؟ اینیمل لائک زندگی ہے یہ۔ تو اس آدمی نے جس نے یہ کہا، اس نے بہت سوچا۔ تو اس نے وہ، وہ، وہ مزہ نہیں چکھا۔ ذائقہ،</w:t>
      </w:r>
    </w:p>
    <w:p>
      <w:r>
        <w:rPr>
          <w:b/>
        </w:rPr>
        <w:t xml:space="preserve">[44:56] </w:t>
      </w:r>
      <w:r>
        <w:t>ta'amul, imaan jo hadees mein aata hai, ke us ne imaan ka mazah nahi chakha. us ne, us ne, us ko woh zaiqa nahi mila ke wisdom ki daryaft jab ho to kya thrill aata hai aap ke andar. to meri dua hai ke Allah taala mujh ko aur aap ko tofeeq de ke hum woh thrilling</w:t>
      </w:r>
    </w:p>
    <w:p>
      <w:pPr>
        <w:jc w:val="right"/>
      </w:pPr>
      <w:r>
        <w:t>تعامل، ایمان جو حدیث میں آتا ہے، کہ اس نے ایمان کا مزہ نہیں چکھا۔ اس نے، اس نے، اس کو وہ ذائقہ نہیں ملا کہ وزڈم کی دریافت جب ہو تو کیا تھرل آتا ہے آپ کے اندر۔ تو میری دعا ہے کہ اللہ تعالی مجھ کو اور آپ کو توفیق دے کہ ہم وہ تھرلنگ</w:t>
      </w:r>
    </w:p>
    <w:p>
      <w:r>
        <w:rPr>
          <w:b/>
        </w:rPr>
        <w:t xml:space="preserve">[45:26] </w:t>
      </w:r>
      <w:r>
        <w:t>imaan hamare andar paida ho jis se insaan ki zindagi mein ek inqilab aa jata hai, ek revolution</w:t>
      </w:r>
    </w:p>
    <w:p>
      <w:pPr>
        <w:jc w:val="right"/>
      </w:pPr>
      <w:r>
        <w:t>ایمان ہمارے اندر پیدا ہو جس سے انسان کی زندگی میں ایک انقلاب آ جاتا ہے، ایک ریولوشن</w:t>
      </w:r>
    </w:p>
    <w:p>
      <w:r>
        <w:rPr>
          <w:b/>
        </w:rPr>
        <w:t xml:space="preserve">[45:32] </w:t>
      </w:r>
      <w:r>
        <w:t>aa jata hai.</w:t>
      </w:r>
    </w:p>
    <w:p>
      <w:pPr>
        <w:jc w:val="right"/>
      </w:pPr>
      <w:r>
        <w:t>آ جاتا ہے۔</w:t>
      </w:r>
    </w:p>
    <w:p>
      <w:r>
        <w:rPr>
          <w:b/>
        </w:rPr>
        <w:t xml:space="preserve">[45:38] </w:t>
      </w:r>
      <w:r>
        <w:t>assalam o alaikum wa rehmatullah.</w:t>
      </w:r>
    </w:p>
    <w:p>
      <w:pPr>
        <w:jc w:val="right"/>
      </w:pPr>
      <w:r>
        <w:t>السلام علیکم ورحمۃ اللہ۔</w:t>
      </w:r>
    </w:p>
    <w:p>
      <w:r>
        <w:rPr>
          <w:b/>
        </w:rPr>
        <w:t xml:space="preserve">[45:44] </w:t>
      </w:r>
      <w:r>
        <w:t>okay, so we will be starting with the question answer session now.</w:t>
      </w:r>
    </w:p>
    <w:p>
      <w:pPr>
        <w:jc w:val="right"/>
      </w:pPr>
      <w:r>
        <w:t>اوکے، سو وی ول بی سٹارٹنگ ود دی کوئسچن انسر سیشن ناو۔</w:t>
      </w:r>
    </w:p>
    <w:p>
      <w:r>
        <w:rPr>
          <w:b/>
        </w:rPr>
        <w:t xml:space="preserve">[45:50] </w:t>
      </w:r>
      <w:r>
        <w:t>all the viewers</w:t>
      </w:r>
    </w:p>
    <w:p>
      <w:pPr>
        <w:jc w:val="right"/>
      </w:pPr>
      <w:r>
        <w:t>ال دی ویوورز</w:t>
      </w:r>
    </w:p>
    <w:p>
      <w:r>
        <w:rPr>
          <w:b/>
        </w:rPr>
        <w:t xml:space="preserve">[45:56] </w:t>
      </w:r>
      <w:r>
        <w:t>are requested to post their questions either in the comment section of facebook, or you can write</w:t>
      </w:r>
    </w:p>
    <w:p>
      <w:pPr>
        <w:jc w:val="right"/>
      </w:pPr>
      <w:r>
        <w:t>ار ریکویسٹڈ ٹو پوسٹ دے کوئسچنز ایدر ان دا کمنٹ سیکشن اف فیس بک، اور یو کین رائٹ</w:t>
      </w:r>
    </w:p>
    <w:p>
      <w:r>
        <w:rPr>
          <w:b/>
        </w:rPr>
        <w:t xml:space="preserve">[46:01] </w:t>
      </w:r>
      <w:r>
        <w:t>to us at info at cps global dot org.</w:t>
      </w:r>
    </w:p>
    <w:p>
      <w:pPr>
        <w:jc w:val="right"/>
      </w:pPr>
      <w:r>
        <w:t>ٹو اس ان انفو ایٹ سی پی ایس گلوبل ڈاٹ او آر جی۔</w:t>
      </w:r>
    </w:p>
    <w:p>
      <w:r>
        <w:rPr>
          <w:b/>
        </w:rPr>
        <w:t xml:space="preserve">[46:06] </w:t>
      </w:r>
      <w:r>
        <w:t>please do mention your location when you post your comments, or when you send your questions.</w:t>
      </w:r>
    </w:p>
    <w:p>
      <w:pPr>
        <w:jc w:val="right"/>
      </w:pPr>
      <w:r>
        <w:t>پلیز ڈو مینشن یور لوکیشن وین یو پوسٹ یور کمنٹس، اور وین یو سینڈ یور کوئسچنز۔</w:t>
      </w:r>
    </w:p>
    <w:p>
      <w:r>
        <w:rPr>
          <w:b/>
        </w:rPr>
        <w:t xml:space="preserve">[46:11] </w:t>
      </w:r>
      <w:r>
        <w:t>maulana, sab se pehle hum comment lena chahenge, aur ek comment aaya hai spirit of islam magazine</w:t>
      </w:r>
    </w:p>
    <w:p>
      <w:pPr>
        <w:jc w:val="right"/>
      </w:pPr>
      <w:r>
        <w:t>مولانا، سب سے پہلے ہم کمنٹ لینا چاہیں گے، اور ایک کمنٹ آیا ہے سپرٹ آف اسلام میگزین</w:t>
      </w:r>
    </w:p>
    <w:p>
      <w:r>
        <w:rPr>
          <w:b/>
        </w:rPr>
        <w:t xml:space="preserve">[46:16] </w:t>
      </w:r>
      <w:r>
        <w:t>ko le ke.</w:t>
      </w:r>
    </w:p>
    <w:p>
      <w:pPr>
        <w:jc w:val="right"/>
      </w:pPr>
      <w:r>
        <w:t>کو لے کے۔</w:t>
      </w:r>
    </w:p>
    <w:p>
      <w:r>
        <w:rPr>
          <w:b/>
        </w:rPr>
        <w:t xml:space="preserve">[46:22] </w:t>
      </w:r>
      <w:r>
        <w:t>spirit of islam magazine particularly has been</w:t>
      </w:r>
    </w:p>
    <w:p>
      <w:pPr>
        <w:jc w:val="right"/>
      </w:pPr>
      <w:r>
        <w:t>سپرٹ آف اسلام میگزین پرٹیکولرلی ہیز بین</w:t>
      </w:r>
    </w:p>
    <w:p>
      <w:r>
        <w:rPr>
          <w:b/>
        </w:rPr>
        <w:t xml:space="preserve">[46:27] </w:t>
      </w:r>
      <w:r>
        <w:t>increasing in popularity among the youth.</w:t>
      </w:r>
    </w:p>
    <w:p>
      <w:pPr>
        <w:jc w:val="right"/>
      </w:pPr>
      <w:r>
        <w:t>انکریزنگ ان پاپولیرٹی امنگ دا یوتھ۔</w:t>
      </w:r>
    </w:p>
    <w:p>
      <w:r>
        <w:rPr>
          <w:b/>
        </w:rPr>
        <w:t xml:space="preserve">[46:33] </w:t>
      </w:r>
      <w:r>
        <w:t>to ek comment hum parhna chahenge, jo shahbaz ahmad sahib ne bheja hai warangal se.</w:t>
      </w:r>
    </w:p>
    <w:p>
      <w:pPr>
        <w:jc w:val="right"/>
      </w:pPr>
      <w:r>
        <w:t>تو ایک کمنٹ ہم پڑھنا چاہیں گے، جو شہباز احمد صاحب نے بھیجا ہے وارنگل سے۔</w:t>
      </w:r>
    </w:p>
    <w:p>
      <w:r>
        <w:rPr>
          <w:b/>
        </w:rPr>
        <w:t xml:space="preserve">[46:39] </w:t>
      </w:r>
      <w:r>
        <w:t>انہوں نے لکھا ہے: "My family have been voracious reader of your magazine since its inception.</w:t>
      </w:r>
    </w:p>
    <w:p>
      <w:pPr>
        <w:jc w:val="right"/>
      </w:pPr>
      <w:r>
        <w:t>انہوں نے لکھا ہے: "مائی فیملی ہیو بین وریشیس ریڈر آف یور میگزین سنس اٹس انسیپشن۔</w:t>
      </w:r>
    </w:p>
    <w:p>
      <w:r>
        <w:rPr>
          <w:b/>
        </w:rPr>
        <w:t xml:space="preserve">[46:45] </w:t>
      </w:r>
      <w:r>
        <w:t>we wish to extend our deep appreciation to all those who are associated with this enlightening magazine.</w:t>
      </w:r>
    </w:p>
    <w:p>
      <w:pPr>
        <w:jc w:val="right"/>
      </w:pPr>
      <w:r>
        <w:t>وی وش ٹو ایکسٹینڈ اور ڈیپ ایپریسیشن ٹو ال دوز ہو آر ایسوسیٹڈ ود دس انلائٹننگ میگزین۔</w:t>
      </w:r>
    </w:p>
    <w:p>
      <w:r>
        <w:rPr>
          <w:b/>
        </w:rPr>
        <w:t xml:space="preserve">[46:51] </w:t>
      </w:r>
      <w:r>
        <w:t>it has been ref</w:t>
      </w:r>
    </w:p>
    <w:p>
      <w:pPr>
        <w:jc w:val="right"/>
      </w:pPr>
      <w:r>
        <w:t>اٹ ہیز بین ریف</w:t>
      </w:r>
    </w:p>
    <w:p>
      <w:r>
        <w:rPr>
          <w:b/>
        </w:rPr>
        <w:t xml:space="preserve">[46:57] </w:t>
      </w:r>
      <w:r>
        <w:t>reshing and detoxing experience so far.</w:t>
      </w:r>
    </w:p>
    <w:p>
      <w:pPr>
        <w:jc w:val="right"/>
      </w:pPr>
      <w:r>
        <w:t>ریشنگ اینڈ ڈی ٹاکسنگ ایکسپیرینس سو فار۔</w:t>
      </w:r>
    </w:p>
    <w:p>
      <w:r>
        <w:rPr>
          <w:b/>
        </w:rPr>
        <w:t xml:space="preserve">[47:02] </w:t>
      </w:r>
      <w:r>
        <w:t>maulana thoughts have been profound influence on our and on my life.</w:t>
      </w:r>
    </w:p>
    <w:p>
      <w:pPr>
        <w:jc w:val="right"/>
      </w:pPr>
      <w:r>
        <w:t>مولانا تھاٹس ہیو بین پروفاؤنڈ انفلوئنس ان اور ان مائی لائف۔</w:t>
      </w:r>
    </w:p>
    <w:p>
      <w:r>
        <w:rPr>
          <w:b/>
        </w:rPr>
        <w:t xml:space="preserve">[47:07] </w:t>
      </w:r>
      <w:r>
        <w:t>we like his way of being a pacifist.</w:t>
      </w:r>
    </w:p>
    <w:p>
      <w:pPr>
        <w:jc w:val="right"/>
      </w:pPr>
      <w:r>
        <w:t>وی لائک ہز وے آف بینگ ا پیسیفسٹ۔</w:t>
      </w:r>
    </w:p>
    <w:p>
      <w:r>
        <w:rPr>
          <w:b/>
        </w:rPr>
        <w:t xml:space="preserve">[47:12] </w:t>
      </w:r>
      <w:r>
        <w:t>It is a pleasure to subscribe to such a wonderful magazine and buy the great books.</w:t>
      </w:r>
    </w:p>
    <w:p>
      <w:pPr>
        <w:jc w:val="right"/>
      </w:pPr>
      <w:r>
        <w:t>اٹ از ا پلیژر ٹو سبسکرائب ٹو سچ ا ونڈرفل میگزین اینڈ بائے دا گریٹ بکس۔</w:t>
      </w:r>
    </w:p>
    <w:p>
      <w:r>
        <w:rPr>
          <w:b/>
        </w:rPr>
        <w:t xml:space="preserve">[47:17] </w:t>
      </w:r>
      <w:r>
        <w:t>It is so evident that the magazine is associated with people of high morals and standards.</w:t>
      </w:r>
    </w:p>
    <w:p>
      <w:pPr>
        <w:jc w:val="right"/>
      </w:pPr>
      <w:r>
        <w:t>اٹ از سو ایویڈنٹ دیٹ دا میگزین از ایسوسیٹڈ ود پیپل اف ہائی مورلز اینڈ سٹینڈرڈز۔</w:t>
      </w:r>
    </w:p>
    <w:p>
      <w:r>
        <w:rPr>
          <w:b/>
        </w:rPr>
        <w:t xml:space="preserve">[47:22] </w:t>
      </w:r>
      <w:r>
        <w:t>this does not go unnoticed.</w:t>
      </w:r>
    </w:p>
    <w:p>
      <w:pPr>
        <w:jc w:val="right"/>
      </w:pPr>
      <w:r>
        <w:t>دس ڈز ناٹ گو ان نوٹس۔</w:t>
      </w:r>
    </w:p>
    <w:p>
      <w:r>
        <w:rPr>
          <w:b/>
        </w:rPr>
        <w:t xml:space="preserve">[47:28] </w:t>
      </w:r>
      <w:r>
        <w:t>We hope our intriguing journey continues, and so does our association. We would like to tell the viewers that if you want to join in this spread of spirit of Islam magazine, or you want free samples for your circle, then write to the center for peace at gmail dot com, or at info at cpsglobal dot org. Mashallah, Mashallah. Maulana, ab comments lete hain jo aaj ke talk ko le</w:t>
      </w:r>
    </w:p>
    <w:p>
      <w:pPr>
        <w:jc w:val="right"/>
      </w:pPr>
      <w:r>
        <w:t>وی ہوپ اور انٹریگنگ جرنی کنٹینیوز، اینڈ سو ڈز اور ایسوسیشن۔ وی وڈ لائک ٹو ٹیل دی ویوورز دیٹ اف یو وانٹ ٹو جوائن ان دس سپریڈ اف سپرٹ آف اسلام میگزین، اور یو وانٹ فری سیمپلز فار یور سرکل، دین رائٹ ٹو دی سینٹر فار پیس ایٹ جی میل ڈاٹ کام، اور ایٹ انفو ایٹ سی پی ایس گلوبل ڈاٹ او آر جی۔ ماشاءاللہ، ماشاءاللہ۔ مولانا، اب کمنٹس لیتے ہیں جو آج کے ٹاک کو ل</w:t>
      </w:r>
    </w:p>
    <w:p>
      <w:r>
        <w:rPr>
          <w:b/>
        </w:rPr>
        <w:t xml:space="preserve">[47:58] </w:t>
      </w:r>
      <w:r>
        <w:t>e ke aaye hain.</w:t>
      </w:r>
    </w:p>
    <w:p>
      <w:pPr>
        <w:jc w:val="right"/>
      </w:pPr>
      <w:r>
        <w:t>ے کے آئے ہیں۔</w:t>
      </w:r>
    </w:p>
    <w:p>
      <w:r>
        <w:rPr>
          <w:b/>
        </w:rPr>
        <w:t xml:space="preserve">[48:04] </w:t>
      </w:r>
      <w:r>
        <w:t>ڈاکٹر صفینہ تبسم نے سہارن پور سے لکھا ہے: "True Maulana sahib, we really discover God when we</w:t>
      </w:r>
    </w:p>
    <w:p>
      <w:pPr>
        <w:jc w:val="right"/>
      </w:pPr>
      <w:r>
        <w:t>ڈاکٹر صفینہ تبسم نے سہارن پور سے لکھا ہے: "ٹرو مولانا صاحب، وی ریلی ڈسکور گاڈ وین وی</w:t>
      </w:r>
    </w:p>
    <w:p>
      <w:r>
        <w:rPr>
          <w:b/>
        </w:rPr>
        <w:t xml:space="preserve">[48:10] </w:t>
      </w:r>
      <w:r>
        <w:t>see grand vastness and greatness in his creation, and we realize how the minutest details have been taken</w:t>
      </w:r>
    </w:p>
    <w:p>
      <w:pPr>
        <w:jc w:val="right"/>
      </w:pPr>
      <w:r>
        <w:t>سی گرینڈ واسٹنس اینڈ گریٹنس ان ہز کریشن، اینڈ وی ریلائز ہاؤ دا مائنوٹسٹ ڈیٹیلز ہیو بین ٹیکن</w:t>
      </w:r>
    </w:p>
    <w:p>
      <w:r>
        <w:rPr>
          <w:b/>
        </w:rPr>
        <w:t xml:space="preserve">[48:16] </w:t>
      </w:r>
      <w:r>
        <w:t>care of in everything made by him.</w:t>
      </w:r>
    </w:p>
    <w:p>
      <w:pPr>
        <w:jc w:val="right"/>
      </w:pPr>
      <w:r>
        <w:t>کیئر آف ان ایوری تھنگ میڈ بائے ہم۔</w:t>
      </w:r>
    </w:p>
    <w:p>
      <w:r>
        <w:rPr>
          <w:b/>
        </w:rPr>
        <w:t xml:space="preserve">[48:22] </w:t>
      </w:r>
      <w:r>
        <w:t>jazak allah for reminding us with this wisdom."</w:t>
      </w:r>
    </w:p>
    <w:p>
      <w:pPr>
        <w:jc w:val="right"/>
      </w:pPr>
      <w:r>
        <w:t>جزاک اللہ فار ریمائنڈنگ اس ود دس وزڈم۔"</w:t>
      </w:r>
    </w:p>
    <w:p>
      <w:r>
        <w:rPr>
          <w:b/>
        </w:rPr>
        <w:t xml:space="preserve">[48:29] </w:t>
      </w:r>
      <w:r>
        <w:t>Doctor Najma Siddiqui ne Gurgaon se likha hai: "May Allah help us to develop our conceptual thinking to a much higher level to understand Quran meaningfully." Doctor Naghma Siddiqui ne Delhi se likha hai: "Today I understood what marifat of God is in reality. I have to discover God at the level of my mind, such that</w:t>
      </w:r>
    </w:p>
    <w:p>
      <w:pPr>
        <w:jc w:val="right"/>
      </w:pPr>
      <w:r>
        <w:t>ڈاکٹر نجمہ صدیقی نے گڑگاؤں سے لکھا ہے: "مے اللہ ہیلپ اس ٹو ڈیویلپ اور کنسیپچول تھنکنگ ٹو ا مچ ہائیر لیول ٹو انڈرسٹینڈ قرآن میننگ فلی۔" ڈاکٹر نغمہ صدیقی نے دلی سے لکھا ہے: "ٹوڈے ائی انڈرسٹوڈ واٹ معرفت اف گاڈ از ان ریلیٹی۔ ائی ہیو ٹو ڈسکور گاڈ ایٹ دا لیول اف مائی مائنڈ، سچ دیٹ</w:t>
      </w:r>
    </w:p>
    <w:p>
      <w:r>
        <w:rPr>
          <w:b/>
        </w:rPr>
        <w:t xml:space="preserve">[48:59] </w:t>
      </w:r>
      <w:r>
        <w:t>it brings a revolution in my personality. A lesser discovery is nothing, then a new personality emerges in a person. Jazak Allah Maulana." Miss Shabana Ansari ne Pakistan se likha hai: "Indeed presence and fear of God reveals in your books, in your words, and we feel the same effect in our hearts while reading. I am thankful to Allah that He granted</w:t>
      </w:r>
    </w:p>
    <w:p>
      <w:pPr>
        <w:jc w:val="right"/>
      </w:pPr>
      <w:r>
        <w:t>اٹ برنگز ا ریولوشن ان مائی پرسنیلٹی۔ ا لیسر ڈسکوری از نتھنگ، دین ا نیو پرسنیلٹی ایمرجز ان ا پرسن۔ جزاک اللہ مولانا۔" مس شبانہ انصاری نے پاکستان سے لکھا ہے: "انڈیڈ پریزنس اینڈ فیئر اف گاڈ ریویلز ان یور بکس، ان یور ورڈز، اینڈ وی فیل دا سیم ایفیکٹ ان اور ہارٹس وائل ریڈنگ۔ ائی ایم تھینک فل ٹو اللہ دیٹ ہی گران</w:t>
      </w:r>
    </w:p>
    <w:p>
      <w:r>
        <w:rPr>
          <w:b/>
        </w:rPr>
        <w:t xml:space="preserve">[49:29] </w:t>
      </w:r>
      <w:r>
        <w:t>"Did me your literature to uplift my soul."</w:t>
      </w:r>
    </w:p>
    <w:p>
      <w:pPr>
        <w:jc w:val="right"/>
      </w:pPr>
      <w:r>
        <w:t>ٹڈ می یور لٹریچر ٹو اپ لفٹ مائی سول۔</w:t>
      </w:r>
    </w:p>
    <w:p>
      <w:r>
        <w:rPr>
          <w:b/>
        </w:rPr>
        <w:t xml:space="preserve">[49:35] </w:t>
      </w:r>
      <w:r>
        <w:t>jazak allah maulana sahib." ms suraiya ahmad ne texas america se likha hai: "jazak allah khair for such</w:t>
      </w:r>
    </w:p>
    <w:p>
      <w:pPr>
        <w:jc w:val="right"/>
      </w:pPr>
      <w:r>
        <w:t>جزاک اللہ مولانا صاحب۔" مس ثریا احمد نے ٹیکساس امریکہ سے لکھا ہے: "جزاک اللہ خیر فار سچ</w:t>
      </w:r>
    </w:p>
    <w:p>
      <w:r>
        <w:rPr>
          <w:b/>
        </w:rPr>
        <w:t xml:space="preserve">[49:41] </w:t>
      </w:r>
      <w:r>
        <w:t>A soulful and an eye-opening lecture.</w:t>
      </w:r>
    </w:p>
    <w:p>
      <w:pPr>
        <w:jc w:val="right"/>
      </w:pPr>
      <w:r>
        <w:t>ا سول فل اینڈ این ائی اوپننگ لیکچر۔</w:t>
      </w:r>
    </w:p>
    <w:p>
      <w:r>
        <w:rPr>
          <w:b/>
        </w:rPr>
        <w:t xml:space="preserve">[49:47] </w:t>
      </w:r>
      <w:r>
        <w:t>"I am reciting Ayat al-Kursi after every fard namaz, and other times as well." Miss Krotlin ney Sri</w:t>
      </w:r>
    </w:p>
    <w:p>
      <w:pPr>
        <w:jc w:val="right"/>
      </w:pPr>
      <w:r>
        <w:t>ائی ایم ریسائٹنگ ایت الکرسی افٹر ایوری فرض نماز، اینڈ ادر ٹائمز ایز ویل۔" مس کروتلین نے سری</w:t>
      </w:r>
    </w:p>
    <w:p>
      <w:r>
        <w:rPr>
          <w:b/>
        </w:rPr>
        <w:t xml:space="preserve">[49:53] </w:t>
      </w:r>
      <w:r>
        <w:t>نگر سے لکھا ہے: "One finds that there is a great mathematical</w:t>
      </w:r>
    </w:p>
    <w:p>
      <w:pPr>
        <w:jc w:val="right"/>
      </w:pPr>
      <w:r>
        <w:t>نگر سے لکھا ہے: "ون فائنڈز دیٹ دیر از ا گریٹ میتھمیٹیکل</w:t>
      </w:r>
    </w:p>
    <w:p>
      <w:r>
        <w:rPr>
          <w:b/>
        </w:rPr>
        <w:t xml:space="preserve">[49:59] </w:t>
      </w:r>
      <w:r>
        <w:t>mind and precision behind the creation of this vast universe.</w:t>
      </w:r>
    </w:p>
    <w:p>
      <w:pPr>
        <w:jc w:val="right"/>
      </w:pPr>
      <w:r>
        <w:t>مائنڈ اینڈ پریسیشن بیہائنڈ دا کریشن اف دس واسٹ یونیورس۔</w:t>
      </w:r>
    </w:p>
    <w:p>
      <w:r>
        <w:rPr>
          <w:b/>
        </w:rPr>
        <w:t xml:space="preserve">[50:06] </w:t>
      </w:r>
      <w:r>
        <w:t>The sum total of today's thrilling and mind-boggling lecture is to discover God and then glorify Him.</w:t>
      </w:r>
    </w:p>
    <w:p>
      <w:pPr>
        <w:jc w:val="right"/>
      </w:pPr>
      <w:r>
        <w:t>دا سم ٹوٹل اف ٹوڈے تھرلنگ اینڈ مائنڈ باگلنگ لیکچر از ٹو ڈسکور گاڈ اینڈ دین گلوریفائی ہم۔</w:t>
      </w:r>
    </w:p>
    <w:p>
      <w:r>
        <w:rPr>
          <w:b/>
        </w:rPr>
        <w:t xml:space="preserve">[50:14] </w:t>
      </w:r>
      <w:r>
        <w:t>تھینک یو مولانا فار سچ ا سپرب ٹاک۔" شہماز انصاری صاحب نے میرٹ سے لکھا ہے: "conceptual thinking</w:t>
      </w:r>
    </w:p>
    <w:p>
      <w:pPr>
        <w:jc w:val="right"/>
      </w:pPr>
      <w:r>
        <w:t>تھینک یو مولانا فار سچ ا سپرب ٹاک۔" شہماز انصاری صاحب نے میرٹ سے لکھا ہے: "کنسیپچول تھنکنگ</w:t>
      </w:r>
    </w:p>
    <w:p>
      <w:r>
        <w:rPr>
          <w:b/>
        </w:rPr>
        <w:t xml:space="preserve">[50:21] </w:t>
      </w:r>
      <w:r>
        <w:t>is a great blessing for us, so that we can discover our creator in his creation</w:t>
      </w:r>
    </w:p>
    <w:p>
      <w:pPr>
        <w:jc w:val="right"/>
      </w:pPr>
      <w:r>
        <w:t>از ا گریٹ بلیسنگ فار اس، سو دیٹ وی کین ڈسکور اور کریٹر ان ہز کریشن</w:t>
      </w:r>
    </w:p>
    <w:p>
      <w:r>
        <w:rPr>
          <w:b/>
        </w:rPr>
        <w:t xml:space="preserve">[50:29] </w:t>
      </w:r>
      <w:r>
        <w:t>—</w:t>
      </w:r>
    </w:p>
    <w:p>
      <w:pPr>
        <w:jc w:val="right"/>
      </w:pPr>
      <w:r>
        <w:t>۔</w:t>
      </w:r>
    </w:p>
    <w:p>
      <w:r>
        <w:rPr>
          <w:b/>
        </w:rPr>
        <w:t xml:space="preserve">[50:35] </w:t>
      </w:r>
      <w:r>
        <w:t>Thank you so much Maulana for such a great lecture." Maulana, ab hum sawal lete hain.</w:t>
      </w:r>
    </w:p>
    <w:p>
      <w:pPr>
        <w:jc w:val="right"/>
      </w:pPr>
      <w:r>
        <w:t>تھینک یو سو مچ مولانا فار سچ ا گریٹ لیکچر۔" مولانا، اب ہم سوال لیتے ہیں۔</w:t>
      </w:r>
    </w:p>
    <w:p>
      <w:r>
        <w:rPr>
          <w:b/>
        </w:rPr>
        <w:t xml:space="preserve">[50:41] </w:t>
      </w:r>
      <w:r>
        <w:t>pehla sawal aaya hai abu dhabi se ismail khan sahab ka.</w:t>
      </w:r>
    </w:p>
    <w:p>
      <w:pPr>
        <w:jc w:val="right"/>
      </w:pPr>
      <w:r>
        <w:t>پہلا سوال آیا ہے ابو دھابی سے اسماعیل خان صاحب کا۔</w:t>
      </w:r>
    </w:p>
    <w:p>
      <w:r>
        <w:rPr>
          <w:b/>
        </w:rPr>
        <w:t xml:space="preserve">[50:47] </w:t>
      </w:r>
      <w:r>
        <w:t>انہوں نے لکھا ہے: "مولانا، I find you with amazing willpower۔</w:t>
      </w:r>
    </w:p>
    <w:p>
      <w:pPr>
        <w:jc w:val="right"/>
      </w:pPr>
      <w:r>
        <w:t>انہوں نے لکھا ہے: "مولانا، ائی فائنڈ یو ود امیزنگ ول پاور۔</w:t>
      </w:r>
    </w:p>
    <w:p>
      <w:r>
        <w:rPr>
          <w:b/>
        </w:rPr>
        <w:t xml:space="preserve">[50:53] </w:t>
      </w:r>
      <w:r>
        <w:t>You have never weakened even when your opponents have slandered and spread false lies about you and your mission.</w:t>
      </w:r>
    </w:p>
    <w:p>
      <w:pPr>
        <w:jc w:val="right"/>
      </w:pPr>
      <w:r>
        <w:t>یو ہیو نیور ویکنڈ ایون وین یور اپونینٹس ہیو سلینڈرڈ اینڈ سپریڈ فالس لائز اباؤٹ یو اینڈ یور مشن۔</w:t>
      </w:r>
    </w:p>
    <w:p>
      <w:r>
        <w:rPr>
          <w:b/>
        </w:rPr>
        <w:t xml:space="preserve">[51:00] </w:t>
      </w:r>
      <w:r>
        <w:t>Your faith has always been rock solid and an inspiration for all of us. I want to know how can an ordinary person like me develop strong will power and strong faith like you." Dekhiye, mein sochta hoon ke har aadmi ke andar wohi quality potentially maujood hai jo kisi doosre</w:t>
      </w:r>
    </w:p>
    <w:p>
      <w:pPr>
        <w:jc w:val="right"/>
      </w:pPr>
      <w:r>
        <w:t>یور فیتھ ہیز الویز بین راک سولڈ اینڈ این انسپیریشن فار ال اف اس۔ ائی وانٹ ٹو نو ہاؤ کین این ارڈینری پرسن لائک می ڈیویلپ سٹرونگ ول پاور اینڈ سٹرونگ فیتھ لائک یو۔" دیکھیے، میں سوچتا ہوں کہ ہر آدمی کے اندر وہی کوالٹی پوٹینشلی موجود ہے جو کسی دوسرے</w:t>
      </w:r>
    </w:p>
    <w:p>
      <w:r>
        <w:rPr>
          <w:b/>
        </w:rPr>
        <w:t xml:space="preserve">[51:30] </w:t>
      </w:r>
      <w:r>
        <w:t>insan ke andar hoti hai.</w:t>
      </w:r>
    </w:p>
    <w:p>
      <w:pPr>
        <w:jc w:val="right"/>
      </w:pPr>
      <w:r>
        <w:t>انسان کے اندر ہوتی ہے۔</w:t>
      </w:r>
    </w:p>
    <w:p>
      <w:r>
        <w:rPr>
          <w:b/>
        </w:rPr>
        <w:t xml:space="preserve">[51:38] </w:t>
      </w:r>
      <w:r>
        <w:t>is liye ke dekhiye, quran mein hai: "laqad khalaqal insana fi ahsani taqwim." laqad khalaq khalaqal insana fi ahsani taqwim.</w:t>
      </w:r>
    </w:p>
    <w:p>
      <w:pPr>
        <w:jc w:val="right"/>
      </w:pPr>
      <w:r>
        <w:t>اس لیے کہ دیکھیے، قرآن میں ہے: "لقد خلق الانسان فی احسن تقویم۔" لقد خلق خلق الانسان فی احسن تقویم۔</w:t>
      </w:r>
    </w:p>
    <w:p>
      <w:r>
        <w:rPr>
          <w:b/>
        </w:rPr>
        <w:t xml:space="preserve">[51:46] </w:t>
      </w:r>
      <w:r>
        <w:t>dekhiye, yahan kisi khaas insan ki baat nahi hai balkeh poori bain kain ki baat hai.</w:t>
      </w:r>
    </w:p>
    <w:p>
      <w:pPr>
        <w:jc w:val="right"/>
      </w:pPr>
      <w:r>
        <w:t>دیکھیے، یہاں کسی خاص انسان کی بات نہیں ہے بلکہ پوری بائین کائن کی بات ہے۔</w:t>
      </w:r>
    </w:p>
    <w:p>
      <w:r>
        <w:rPr>
          <w:b/>
        </w:rPr>
        <w:t xml:space="preserve">[51:54] </w:t>
      </w:r>
      <w:r>
        <w:t>jo bhi aadmi paida hua hai is duniya mein, woh</w:t>
      </w:r>
    </w:p>
    <w:p>
      <w:pPr>
        <w:jc w:val="right"/>
      </w:pPr>
      <w:r>
        <w:t>جو بھی آدمی پیدا ہوا ہے اس دنیا میں، وہ</w:t>
      </w:r>
    </w:p>
    <w:p>
      <w:r>
        <w:rPr>
          <w:b/>
        </w:rPr>
        <w:t xml:space="preserve">[52:02] </w:t>
      </w:r>
      <w:r>
        <w:t>ahsani taqwim ke sath paida hua hai.</w:t>
      </w:r>
    </w:p>
    <w:p>
      <w:pPr>
        <w:jc w:val="right"/>
      </w:pPr>
      <w:r>
        <w:t>احسن تقویم کے ساتھ پیدا ہوا ہے۔</w:t>
      </w:r>
    </w:p>
    <w:p>
      <w:r>
        <w:rPr>
          <w:b/>
        </w:rPr>
        <w:t xml:space="preserve">[52:08] </w:t>
      </w:r>
      <w:r>
        <w:t>yani paidaishi tor par har aadmi ke andar high quality maujood hai.</w:t>
      </w:r>
    </w:p>
    <w:p>
      <w:pPr>
        <w:jc w:val="right"/>
      </w:pPr>
      <w:r>
        <w:t>یعنی پیدائشی طور پر ہر آدمی کے اندر ہائی کوالٹی موجود ہے۔</w:t>
      </w:r>
    </w:p>
    <w:p>
      <w:r>
        <w:rPr>
          <w:b/>
        </w:rPr>
        <w:t xml:space="preserve">[52:14] </w:t>
      </w:r>
      <w:r>
        <w:t>aur main ne bar bar yeh baat kahi hai ke aap ko ya kisi ko sirf ek kaam</w:t>
      </w:r>
    </w:p>
    <w:p>
      <w:pPr>
        <w:jc w:val="right"/>
      </w:pPr>
      <w:r>
        <w:t>اور میں نے بار بار یہ بات کہی ہے کہ آپ کو یا کسی کو صرف ایک کام</w:t>
      </w:r>
    </w:p>
    <w:p>
      <w:r>
        <w:rPr>
          <w:b/>
        </w:rPr>
        <w:t xml:space="preserve">[52:21] </w:t>
      </w:r>
      <w:r>
        <w:t>karna hai, woh hai apne aap ko distraction se bachana.</w:t>
      </w:r>
    </w:p>
    <w:p>
      <w:pPr>
        <w:jc w:val="right"/>
      </w:pPr>
      <w:r>
        <w:t>کرنا ہے، وہ ہے اپنے آپ کو ڈسٹریکشن سے بچانا۔</w:t>
      </w:r>
    </w:p>
    <w:p>
      <w:r>
        <w:rPr>
          <w:b/>
        </w:rPr>
        <w:t xml:space="preserve">[52:27] </w:t>
      </w:r>
      <w:r>
        <w:t>distraction jo hai,</w:t>
      </w:r>
    </w:p>
    <w:p>
      <w:pPr>
        <w:jc w:val="right"/>
      </w:pPr>
      <w:r>
        <w:t>ڈسٹریکشن جو ہے،</w:t>
      </w:r>
    </w:p>
    <w:p>
      <w:r>
        <w:rPr>
          <w:b/>
        </w:rPr>
        <w:t xml:space="preserve">[52:33] </w:t>
      </w:r>
      <w:r>
        <w:t>woh shaitan ka numainda hai, shaitan ko represent karta hai.</w:t>
      </w:r>
    </w:p>
    <w:p>
      <w:pPr>
        <w:jc w:val="right"/>
      </w:pPr>
      <w:r>
        <w:t>وہ شیطان کا نمائندہ ہے، شیطان کو ریپریزنٹ کرتا ہے۔</w:t>
      </w:r>
    </w:p>
    <w:p>
      <w:r>
        <w:rPr>
          <w:b/>
        </w:rPr>
        <w:t xml:space="preserve">[52:41] </w:t>
      </w:r>
      <w:r>
        <w:t>agar aadmi apne aap ko distraction se bachaye to apne aap hi is ki quality samne aa jaye</w:t>
      </w:r>
    </w:p>
    <w:p>
      <w:pPr>
        <w:jc w:val="right"/>
      </w:pPr>
      <w:r>
        <w:t>اگر آدمی اپنے آپ کو ڈسٹریکشن سے بچائے تو اپنے آپ ہی اس کی کوالٹی سامنے آ جائے</w:t>
      </w:r>
    </w:p>
    <w:p>
      <w:r>
        <w:rPr>
          <w:b/>
        </w:rPr>
        <w:t xml:space="preserve">[52:49] </w:t>
      </w:r>
      <w:r>
        <w:t>gi, apne aap hi woh develop karne lage gi.</w:t>
      </w:r>
    </w:p>
    <w:p>
      <w:pPr>
        <w:jc w:val="right"/>
      </w:pPr>
      <w:r>
        <w:t>گی، اپنے آپ ہی وہ ڈیولپ کرنے لگے گی۔</w:t>
      </w:r>
    </w:p>
    <w:p>
      <w:r>
        <w:rPr>
          <w:b/>
        </w:rPr>
        <w:t xml:space="preserve">[52:58] </w:t>
      </w:r>
      <w:r>
        <w:t>sab se zaroori cheez hai apne aap ko distraction se bachana.</w:t>
      </w:r>
    </w:p>
    <w:p>
      <w:pPr>
        <w:jc w:val="right"/>
      </w:pPr>
      <w:r>
        <w:t>سب سے ضروری چیز ہے اپنے آپ کو ڈسٹریکشن سے بچانا۔</w:t>
      </w:r>
    </w:p>
    <w:p>
      <w:r>
        <w:rPr>
          <w:b/>
        </w:rPr>
        <w:t xml:space="preserve">[53:06] </w:t>
      </w:r>
      <w:r>
        <w:t>maulana, agla sawal london se adnan khan ne bheja hai.</w:t>
      </w:r>
    </w:p>
    <w:p>
      <w:pPr>
        <w:jc w:val="right"/>
      </w:pPr>
      <w:r>
        <w:t>مولانا، اگلا سوال لندن سے عدنان خان نے بھیجا ہے۔</w:t>
      </w:r>
    </w:p>
    <w:p>
      <w:r>
        <w:rPr>
          <w:b/>
        </w:rPr>
        <w:t xml:space="preserve">[53:16] </w:t>
      </w:r>
      <w:r>
        <w:t>انہوں نے لکھا ہے: "دادا، how should we overcome our limitations and distractions to discover the blessings of</w:t>
      </w:r>
    </w:p>
    <w:p>
      <w:pPr>
        <w:jc w:val="right"/>
      </w:pPr>
      <w:r>
        <w:t>انہوں نے لکھا ہے: "دادا، ہاؤ شوڈ وی اوورکم اور لیمیٹیشنز اینڈ ڈسٹریکشنز ٹو ڈسکور دا بلیسنگز اف</w:t>
      </w:r>
    </w:p>
    <w:p>
      <w:r>
        <w:rPr>
          <w:b/>
        </w:rPr>
        <w:t xml:space="preserve">[53:27] </w:t>
      </w:r>
      <w:r>
        <w:t>Allah? "Also, how can one reach the conceptual level to understand these blessings?" دیکھیے، حضرت مسیح کا ایک</w:t>
      </w:r>
    </w:p>
    <w:p>
      <w:pPr>
        <w:jc w:val="right"/>
      </w:pPr>
      <w:r>
        <w:t>اللہ؟ السو، ہاؤ کین ون ریچ دی کنسیپچول لیول ٹو انڈرسٹینڈ دیز بلیسنگز؟" دیکھیے، حضرت مسیح کا ایک</w:t>
      </w:r>
    </w:p>
    <w:p>
      <w:r>
        <w:rPr>
          <w:b/>
        </w:rPr>
        <w:t xml:space="preserve">[53:38] </w:t>
      </w:r>
      <w:r>
        <w:t>waqia is ka bohat acha jawab hai.</w:t>
      </w:r>
    </w:p>
    <w:p>
      <w:pPr>
        <w:jc w:val="right"/>
      </w:pPr>
      <w:r>
        <w:t>واقعہ اس کا بہت اچھا جواب ہے۔</w:t>
      </w:r>
    </w:p>
    <w:p>
      <w:r>
        <w:rPr>
          <w:b/>
        </w:rPr>
        <w:t xml:space="preserve">[53:48] </w:t>
      </w:r>
      <w:r>
        <w:t>hazrat maseeh ek, ek aap jante hain ke ek prophet of god thay.</w:t>
      </w:r>
    </w:p>
    <w:p>
      <w:pPr>
        <w:jc w:val="right"/>
      </w:pPr>
      <w:r>
        <w:t>حضرت مسیح ایک، ایک آپ جانتے ہیں کہ ایک پرافٹ اف گاڈ تھے۔</w:t>
      </w:r>
    </w:p>
    <w:p>
      <w:r>
        <w:rPr>
          <w:b/>
        </w:rPr>
        <w:t xml:space="preserve">[53:59] </w:t>
      </w:r>
      <w:r>
        <w:t>to ek insan un ke paas aaya, hazrat maseeh ke paas ek aadmi aaya, us ne un ki baatein suni,</w:t>
      </w:r>
    </w:p>
    <w:p>
      <w:pPr>
        <w:jc w:val="right"/>
      </w:pPr>
      <w:r>
        <w:t>تو ایک انسان ان کے پاس آیا، حضرت مسیح کے پاس ایک آدمی آیا، اس نے ان کی باتیں سنی،</w:t>
      </w:r>
    </w:p>
    <w:p>
      <w:r>
        <w:rPr>
          <w:b/>
        </w:rPr>
        <w:t xml:space="preserve">[54:09] </w:t>
      </w:r>
      <w:r>
        <w:t>hazrat maseeh ki baatein suni.</w:t>
      </w:r>
    </w:p>
    <w:p>
      <w:pPr>
        <w:jc w:val="right"/>
      </w:pPr>
      <w:r>
        <w:t>حضرت مسیح کی باتیں سنی۔</w:t>
      </w:r>
    </w:p>
    <w:p>
      <w:r>
        <w:rPr>
          <w:b/>
        </w:rPr>
        <w:t xml:space="preserve">[54:16] </w:t>
      </w:r>
      <w:r>
        <w:t>to us ne kaha ke aap ne jo baatein kaheen, woh bohat achi baatein hain, lekin insan kaise</w:t>
      </w:r>
    </w:p>
    <w:p>
      <w:pPr>
        <w:jc w:val="right"/>
      </w:pPr>
      <w:r>
        <w:t>تو اس نے کہا کہ آپ نے جو باتیں کہیں، وہ بہت اچھی باتیں ہیں، لیکن انسان کیسے</w:t>
      </w:r>
    </w:p>
    <w:p>
      <w:r>
        <w:rPr>
          <w:b/>
        </w:rPr>
        <w:t xml:space="preserve">[54:24] </w:t>
      </w:r>
      <w:r>
        <w:t>is ko achieve kare, aisi baaton ko is level par pohanche kaise? yeh to unhon ne bara ajeeb</w:t>
      </w:r>
    </w:p>
    <w:p>
      <w:pPr>
        <w:jc w:val="right"/>
      </w:pPr>
      <w:r>
        <w:t>اس کو اچیو کرے، ایسی باتوں کو اس لیول پر پہنچے کیسے؟ یہ تو انہوں نے بڑا عجیب</w:t>
      </w:r>
    </w:p>
    <w:p>
      <w:r>
        <w:rPr>
          <w:b/>
        </w:rPr>
        <w:t xml:space="preserve">[54:31] </w:t>
      </w:r>
      <w:r>
        <w:t>jawab diya, bohat ajeeb</w:t>
      </w:r>
    </w:p>
    <w:p>
      <w:pPr>
        <w:jc w:val="right"/>
      </w:pPr>
      <w:r>
        <w:t>جواب دیا، بہت عجیب</w:t>
      </w:r>
    </w:p>
    <w:p>
      <w:r>
        <w:rPr>
          <w:b/>
        </w:rPr>
        <w:t xml:space="preserve">[54:39] </w:t>
      </w:r>
      <w:r>
        <w:t>ke insan ke liye bilashuba mushkil hai, lekin Allah ke liye koi cheez mushkil nahi hai.</w:t>
      </w:r>
    </w:p>
    <w:p>
      <w:pPr>
        <w:jc w:val="right"/>
      </w:pPr>
      <w:r>
        <w:t>کہ انسان کے لیے بلاشبہ مشکل ہے، لیکن اللہ کے لیے کوئی چیز مشکل نہیں ہے۔</w:t>
      </w:r>
    </w:p>
    <w:p>
      <w:r>
        <w:rPr>
          <w:b/>
        </w:rPr>
        <w:t xml:space="preserve">[54:47] </w:t>
      </w:r>
      <w:r>
        <w:t>yani Allah ke liye, yani insan ke liye mushkil hai, magar Allah ke liye asan hai, khuda ke</w:t>
      </w:r>
    </w:p>
    <w:p>
      <w:pPr>
        <w:jc w:val="right"/>
      </w:pPr>
      <w:r>
        <w:t>یعنی اللہ کے لیے، یعنی انسان کے لیے مشکل ہے، مگر اللہ کے لیے آسان ہے، خدا کے</w:t>
      </w:r>
    </w:p>
    <w:p>
      <w:r>
        <w:rPr>
          <w:b/>
        </w:rPr>
        <w:t xml:space="preserve">[54:54] </w:t>
      </w:r>
      <w:r>
        <w:t>liye aasan hai.</w:t>
      </w:r>
    </w:p>
    <w:p>
      <w:pPr>
        <w:jc w:val="right"/>
      </w:pPr>
      <w:r>
        <w:t>لیے آسان ہے۔</w:t>
      </w:r>
    </w:p>
    <w:p>
      <w:r>
        <w:rPr>
          <w:b/>
        </w:rPr>
        <w:t xml:space="preserve">[55:02] </w:t>
      </w:r>
      <w:r>
        <w:t>to main sochta hoon ke sab se aham cheez hai dua karna, aur dua karte hue Allah ke</w:t>
      </w:r>
    </w:p>
    <w:p>
      <w:pPr>
        <w:jc w:val="right"/>
      </w:pPr>
      <w:r>
        <w:t>تو میں سوچتا ہوں کہ سب سے اہم چیز ہے دعا کرنا، اور دعا کرتے ہوئے اللہ کے</w:t>
      </w:r>
    </w:p>
    <w:p>
      <w:r>
        <w:rPr>
          <w:b/>
        </w:rPr>
        <w:t xml:space="preserve">[55:10] </w:t>
      </w:r>
      <w:r>
        <w:t>tareeqon ko follow karna.</w:t>
      </w:r>
    </w:p>
    <w:p>
      <w:pPr>
        <w:jc w:val="right"/>
      </w:pPr>
      <w:r>
        <w:t>طریقوں کو فالو کرنا۔</w:t>
      </w:r>
    </w:p>
    <w:p>
      <w:r>
        <w:rPr>
          <w:b/>
        </w:rPr>
        <w:t xml:space="preserve">[55:17] </w:t>
      </w:r>
      <w:r>
        <w:t>baqi jo cheezen hain, wo to apne aap hi Allah ki tofeeq se aati hain.</w:t>
      </w:r>
    </w:p>
    <w:p>
      <w:pPr>
        <w:jc w:val="right"/>
      </w:pPr>
      <w:r>
        <w:t>باقی جو چیزیں ہیں، وہ تو اپنے آپ ہی اللہ کی توفیق سے آتی ہیں۔</w:t>
      </w:r>
    </w:p>
    <w:p>
      <w:r>
        <w:rPr>
          <w:b/>
        </w:rPr>
        <w:t xml:space="preserve">[55:25] </w:t>
      </w:r>
      <w:r>
        <w:t>hazrat maseeh alaihissalam ka jo jawab hai ke insaan ke liye mushkil hai, magar insaan Allah ke</w:t>
      </w:r>
    </w:p>
    <w:p>
      <w:pPr>
        <w:jc w:val="right"/>
      </w:pPr>
      <w:r>
        <w:t>حضرت مسیح علیہ السلام کا جو جواب ہے کہ انسان کے لیے مشکل ہے، مگر انسان اللہ کے</w:t>
      </w:r>
    </w:p>
    <w:p>
      <w:r>
        <w:rPr>
          <w:b/>
        </w:rPr>
        <w:t xml:space="preserve">[55:33] </w:t>
      </w:r>
      <w:r>
        <w:t>liye to aasan hai, yeh bohat hi zabardast jawab hai, aur har soorat-e-haal mein woh apply hota hai.</w:t>
      </w:r>
    </w:p>
    <w:p>
      <w:pPr>
        <w:jc w:val="right"/>
      </w:pPr>
      <w:r>
        <w:t>لیے تو آسان ہے، یہ بہت ہی زبردست جواب ہے، اور ہر صورتحال میں وہ اپلائی ہوتا ہے۔</w:t>
      </w:r>
    </w:p>
    <w:p>
      <w:r>
        <w:rPr>
          <w:b/>
        </w:rPr>
        <w:t xml:space="preserve">[55:40] </w:t>
      </w:r>
      <w:r>
        <w:t>maulana, kuch aur comment parhna chahenge jo abhi abhi aaye hain.</w:t>
      </w:r>
    </w:p>
    <w:p>
      <w:pPr>
        <w:jc w:val="right"/>
      </w:pPr>
      <w:r>
        <w:t>مولانا، کچھ اور کمنٹ پڑھنا چاہیں گے جو ابھی ابھی آئے ہیں۔</w:t>
      </w:r>
    </w:p>
    <w:p>
      <w:r>
        <w:rPr>
          <w:b/>
        </w:rPr>
        <w:t xml:space="preserve">[55:45] </w:t>
      </w:r>
      <w:r>
        <w:t>miss shabina ali ne kolkata se comment bheja hai.</w:t>
      </w:r>
    </w:p>
    <w:p>
      <w:pPr>
        <w:jc w:val="right"/>
      </w:pPr>
      <w:r>
        <w:t>مس شبینہ علی نے کلکتہ سے کمنٹ بھیجا ہے۔</w:t>
      </w:r>
    </w:p>
    <w:p>
      <w:r>
        <w:rPr>
          <w:b/>
        </w:rPr>
        <w:t xml:space="preserve">[55:50] </w:t>
      </w:r>
      <w:r>
        <w:t>انہوں نے لکھا ہے: "The concept of conceptual thinking is so, is so apt to understand and discover</w:t>
      </w:r>
    </w:p>
    <w:p>
      <w:pPr>
        <w:jc w:val="right"/>
      </w:pPr>
      <w:r>
        <w:t>انہوں نے لکھا ہے: "دی کانسیپٹ اف کنسیپچول تھنکنگ از سو، از سو ایپٹ ٹو انڈرسٹینڈ اینڈ ڈسکور</w:t>
      </w:r>
    </w:p>
    <w:p>
      <w:r>
        <w:rPr>
          <w:b/>
        </w:rPr>
        <w:t xml:space="preserve">[55:55] </w:t>
      </w:r>
      <w:r>
        <w:t>da living god.</w:t>
      </w:r>
    </w:p>
    <w:p>
      <w:pPr>
        <w:jc w:val="right"/>
      </w:pPr>
      <w:r>
        <w:t>دا لیونگ گاڈ۔</w:t>
      </w:r>
    </w:p>
    <w:p>
      <w:r>
        <w:rPr>
          <w:b/>
        </w:rPr>
        <w:t xml:space="preserve">[56:00] </w:t>
      </w:r>
      <w:r>
        <w:t>one has to develop and take it itself to that height and intellectual level to actually experience the</w:t>
      </w:r>
    </w:p>
    <w:p>
      <w:pPr>
        <w:jc w:val="right"/>
      </w:pPr>
      <w:r>
        <w:t>ون ہیز ٹو ڈیویلپ اینڈ ٹیک اٹ سیلف ٹو دیٹ ہائیٹ اینڈ انٹلیکچول لیول ٹو ایکچولی ایکسپیرینس دی</w:t>
      </w:r>
    </w:p>
    <w:p>
      <w:r>
        <w:rPr>
          <w:b/>
        </w:rPr>
        <w:t xml:space="preserve">[56:05] </w:t>
      </w:r>
      <w:r>
        <w:t>mind-boggling presence of the Creator in</w:t>
      </w:r>
    </w:p>
    <w:p>
      <w:pPr>
        <w:jc w:val="right"/>
      </w:pPr>
      <w:r>
        <w:t>مائنڈ باگلنگ پریزنس اف دی کریٹر ان</w:t>
      </w:r>
    </w:p>
    <w:p>
      <w:r>
        <w:rPr>
          <w:b/>
        </w:rPr>
        <w:t xml:space="preserve">[56:10] </w:t>
      </w:r>
      <w:r>
        <w:t>each of his creation, be it a lion or a solar system.</w:t>
      </w:r>
    </w:p>
    <w:p>
      <w:pPr>
        <w:jc w:val="right"/>
      </w:pPr>
      <w:r>
        <w:t>ایچ اف ہز کریشن، بی اٹ ا لائن اور اور سولر سسٹم۔</w:t>
      </w:r>
    </w:p>
    <w:p>
      <w:r>
        <w:rPr>
          <w:b/>
        </w:rPr>
        <w:t xml:space="preserve">[56:16] </w:t>
      </w:r>
      <w:r>
        <w:t>jazak Allah maulana sahib for the enlightening session." mehtab sahib ne dhampur se likha hai: "maulana sahib, very</w:t>
      </w:r>
    </w:p>
    <w:p>
      <w:pPr>
        <w:jc w:val="right"/>
      </w:pPr>
      <w:r>
        <w:t>جزاک اللہ مولانا صاحب فار دی انلائٹننگ سیشن۔" مہتاب صاحب نے دھامپور سے لکھا ہے: "مولانا صاحب، ویری</w:t>
      </w:r>
    </w:p>
    <w:p>
      <w:r>
        <w:rPr>
          <w:b/>
        </w:rPr>
        <w:t xml:space="preserve">[56:22] </w:t>
      </w:r>
      <w:r>
        <w:t>Nice explanation of a moment picture in your lecture.</w:t>
      </w:r>
    </w:p>
    <w:p>
      <w:pPr>
        <w:jc w:val="right"/>
      </w:pPr>
      <w:r>
        <w:t>نائس ایکسپلینیشن اف ا مومنٹ پکچر ان یور لیکچر۔</w:t>
      </w:r>
    </w:p>
    <w:p>
      <w:r>
        <w:rPr>
          <w:b/>
        </w:rPr>
        <w:t xml:space="preserve">[56:28] </w:t>
      </w:r>
      <w:r>
        <w:t>jazak Allah." maulana, ek comment aaya hai bombay se, muhammad rafi choghale sahib ne bheja hai, aur woh</w:t>
      </w:r>
    </w:p>
    <w:p>
      <w:pPr>
        <w:jc w:val="right"/>
      </w:pPr>
      <w:r>
        <w:t>جزاک اللہ۔" مولانا، ایک کمنٹ آیا ہے بمبے سے، محمد رفیع چوغلے صاحب نے بھیجا ہے، اور وہ</w:t>
      </w:r>
    </w:p>
    <w:p>
      <w:r>
        <w:rPr>
          <w:b/>
        </w:rPr>
        <w:t xml:space="preserve">[56:34] </w:t>
      </w:r>
      <w:r>
        <w:t>comment ek tareeqe se</w:t>
      </w:r>
    </w:p>
    <w:p>
      <w:pPr>
        <w:jc w:val="right"/>
      </w:pPr>
      <w:r>
        <w:t>کمنٹ ایک طریقے سے</w:t>
      </w:r>
    </w:p>
    <w:p>
      <w:r>
        <w:rPr>
          <w:b/>
        </w:rPr>
        <w:t xml:space="preserve">[56:41] </w:t>
      </w:r>
      <w:r>
        <w:t>sawal ki shakal mein hai, aur unhon ne likha hai: "this is sheer arrogance to claim that all the books written till now are without marifat. may Allah save us from arrogance and deliver us from the hell fire." Maulana, is ke bare mein aap kya kehna chahenge? theek hai, dua kijiye. main bhi aap ke liye dua karta hoon, aap bhi mere liye dua kijiye. ji, sirf main ek hi baat kahunga ke</w:t>
      </w:r>
    </w:p>
    <w:p>
      <w:pPr>
        <w:jc w:val="right"/>
      </w:pPr>
      <w:r>
        <w:t>سوال کی شکل میں ہے، اور انہوں نے لکھا ہے: "دس از شیئر ایروگنس ٹو کلیم دیٹ ال دا بکس ریٹن ٹل ناؤ ار ودا آؤٹ معرفت۔ می اللہ سیو اس فرام ایروگنس اینڈ ڈیلیور اس فرام دی ہیل فائر۔" مولانا، اس کے بارے میں آپ کیا کہنا چاہیں گے؟ ٹھیک ہے، دعا کیجئے۔ میں بھی آپ کے لیے دعا کرتا ہوں، آپ بھی میرے لیے دعا کیجئے۔ جی، صرف میں ایک ہی بات کہوں گا کہ</w:t>
      </w:r>
    </w:p>
    <w:p>
      <w:r>
        <w:rPr>
          <w:b/>
        </w:rPr>
        <w:t xml:space="preserve">[57:11] </w:t>
      </w:r>
      <w:r>
        <w:t>mujhe koi ek kitab ka naam likh dijiye jis ko main dobara parhoon ga, jis mein jo marifat</w:t>
      </w:r>
    </w:p>
    <w:p>
      <w:pPr>
        <w:jc w:val="right"/>
      </w:pPr>
      <w:r>
        <w:t>مجھے کوئی ایک کتاب کا نام لکھ دیجئے جس کو میں دوبارہ پڑھوں گا، جس میں جو معرفت</w:t>
      </w:r>
    </w:p>
    <w:p>
      <w:r>
        <w:rPr>
          <w:b/>
        </w:rPr>
        <w:t xml:space="preserve">[57:18] </w:t>
      </w:r>
      <w:r>
        <w:t>se bhari hui ho.</w:t>
      </w:r>
    </w:p>
    <w:p>
      <w:pPr>
        <w:jc w:val="right"/>
      </w:pPr>
      <w:r>
        <w:t>سے بھری ہوئی ہو۔</w:t>
      </w:r>
    </w:p>
    <w:p>
      <w:r>
        <w:rPr>
          <w:b/>
        </w:rPr>
        <w:t xml:space="preserve">[57:26] </w:t>
      </w:r>
      <w:r>
        <w:t>aur main kuch nahi kehta aap se, sirf ek is kitab ka naam likh dijiye mere paas, urdu</w:t>
      </w:r>
    </w:p>
    <w:p>
      <w:pPr>
        <w:jc w:val="right"/>
      </w:pPr>
      <w:r>
        <w:t>اور میں کچھ نہیں کہتا آپ سے، صرف ایک اس کتاب کا نام لکھ دیجئے میرے پاس، اردو</w:t>
      </w:r>
    </w:p>
    <w:p>
      <w:r>
        <w:rPr>
          <w:b/>
        </w:rPr>
        <w:t xml:space="preserve">[57:33] </w:t>
      </w:r>
      <w:r>
        <w:t>mein, arabi mein, farsi mein, english mein, kisi zaban mein woh kitab ho, mujhe likhiye jo aap ke nazd</w:t>
      </w:r>
    </w:p>
    <w:p>
      <w:pPr>
        <w:jc w:val="right"/>
      </w:pPr>
      <w:r>
        <w:t>میں، عربی میں، فارسی میں، انگلش میں، کسی زبان میں وہ کتاب ہو، مجھے لکھیے جو آپ کے نزد</w:t>
      </w:r>
    </w:p>
    <w:p>
      <w:r>
        <w:rPr>
          <w:b/>
        </w:rPr>
        <w:t xml:space="preserve">[57:41] </w:t>
      </w:r>
      <w:r>
        <w:t>meek marifat se bhari hui ho.</w:t>
      </w:r>
    </w:p>
    <w:p>
      <w:pPr>
        <w:jc w:val="right"/>
      </w:pPr>
      <w:r>
        <w:t>یک معرفت سے بھری ہوئی ہو۔</w:t>
      </w:r>
    </w:p>
    <w:p>
      <w:r>
        <w:rPr>
          <w:b/>
        </w:rPr>
        <w:t xml:space="preserve">[57:47] </w:t>
      </w:r>
      <w:r>
        <w:t>yani marifat pehle hasil kiya insaan ne, aur us ke baad phir kitab likhi.</w:t>
      </w:r>
    </w:p>
    <w:p>
      <w:pPr>
        <w:jc w:val="right"/>
      </w:pPr>
      <w:r>
        <w:t>یعنی معرفت پہلے حاصل کیا انسان نے، اور اس کے بعد پھر کتاب لکھی۔</w:t>
      </w:r>
    </w:p>
    <w:p>
      <w:r>
        <w:rPr>
          <w:b/>
        </w:rPr>
        <w:t xml:space="preserve">[57:53] </w:t>
      </w:r>
      <w:r>
        <w:t>bas yahi aap kijiye, aap comment mat dijiye, kitab ka naam likh dijiye.</w:t>
      </w:r>
    </w:p>
    <w:p>
      <w:pPr>
        <w:jc w:val="right"/>
      </w:pPr>
      <w:r>
        <w:t>بس یہی آپ کیجئے، آپ کمنٹ مت دیجئے، کتاب کا نام لکھ دیجئے۔</w:t>
      </w:r>
    </w:p>
    <w:p>
      <w:r>
        <w:rPr>
          <w:b/>
        </w:rPr>
        <w:t xml:space="preserve">[57:59] </w:t>
      </w:r>
      <w:r>
        <w:t>maulana, agla sawal aamir mori sahib ne kiya hai srinagar se.</w:t>
      </w:r>
    </w:p>
    <w:p>
      <w:pPr>
        <w:jc w:val="right"/>
      </w:pPr>
      <w:r>
        <w:t>مولانا، اگلا سوال عامر موری صاحب نے کیا ہے سری نگر سے۔</w:t>
      </w:r>
    </w:p>
    <w:p>
      <w:r>
        <w:rPr>
          <w:b/>
        </w:rPr>
        <w:t xml:space="preserve">[58:05] </w:t>
      </w:r>
      <w:r>
        <w:t>انہوں نے لکھا ہے: "Is discovering God a one-time process</w:t>
      </w:r>
    </w:p>
    <w:p>
      <w:pPr>
        <w:jc w:val="right"/>
      </w:pPr>
      <w:r>
        <w:t>انہوں نے لکھا ہے: "از ڈسکورنگ گاڈ ا ون ٹائم پروسیس</w:t>
      </w:r>
    </w:p>
    <w:p>
      <w:r>
        <w:rPr>
          <w:b/>
        </w:rPr>
        <w:t xml:space="preserve">[58:11] </w:t>
      </w:r>
      <w:r>
        <w:t>, and do we need to rediscover God on a continuous basis? When we observe creation, we</w:t>
      </w:r>
    </w:p>
    <w:p>
      <w:pPr>
        <w:jc w:val="right"/>
      </w:pPr>
      <w:r>
        <w:t>، اور ڈو وی نیڈ ٹو ری ڈسکور گاڈ ان ا کنٹینیوس بیسس؟ وین وی ابزرو کریشن، وی</w:t>
      </w:r>
    </w:p>
    <w:p>
      <w:r>
        <w:rPr>
          <w:b/>
        </w:rPr>
        <w:t xml:space="preserve">[58:19] </w:t>
      </w:r>
      <w:r>
        <w:t>feel and discover God, but that feeling does not remain with us permanently, which often leads us to</w:t>
      </w:r>
    </w:p>
    <w:p>
      <w:pPr>
        <w:jc w:val="right"/>
      </w:pPr>
      <w:r>
        <w:t>فیل اینڈ ڈسکور گاڈ، بٹ دیٹ فیلنگ ڈز ناٹ ریمین ود اس پرماننٹلی، وچ افن لیڈز اس ٹو</w:t>
      </w:r>
    </w:p>
    <w:p>
      <w:r>
        <w:rPr>
          <w:b/>
        </w:rPr>
        <w:t xml:space="preserve">[58:26] </w:t>
      </w:r>
      <w:r>
        <w:t>take and creator for granted.</w:t>
      </w:r>
    </w:p>
    <w:p>
      <w:pPr>
        <w:jc w:val="right"/>
      </w:pPr>
      <w:r>
        <w:t>ٹیک اور کریٹر فار گرانٹڈ۔</w:t>
      </w:r>
    </w:p>
    <w:p>
      <w:r>
        <w:rPr>
          <w:b/>
        </w:rPr>
        <w:t xml:space="preserve">[58:34] </w:t>
      </w:r>
      <w:r>
        <w:t>"Kindly guide us how we can discover God as a living belief." Dekhiye,</w:t>
      </w:r>
    </w:p>
    <w:p>
      <w:pPr>
        <w:jc w:val="right"/>
      </w:pPr>
      <w:r>
        <w:t>کائنڈلی گائیڈ اس ہاؤ وی کین ڈسکور گاڈ ایز ا لیونگ بیلیف۔" دیکھیے،</w:t>
      </w:r>
    </w:p>
    <w:p>
      <w:r>
        <w:rPr>
          <w:b/>
        </w:rPr>
        <w:t xml:space="preserve">[58:42] </w:t>
      </w:r>
      <w:r>
        <w:t>aap ke bas mein jo koshish hai, woh koshish kijiye aur dua.</w:t>
      </w:r>
    </w:p>
    <w:p>
      <w:pPr>
        <w:jc w:val="right"/>
      </w:pPr>
      <w:r>
        <w:t>آپ کے بس میں جو کوشش ہے، وہ کوشش کیجئے اور دعا۔</w:t>
      </w:r>
    </w:p>
    <w:p>
      <w:r>
        <w:rPr>
          <w:b/>
        </w:rPr>
        <w:t xml:space="preserve">[58:52] </w:t>
      </w:r>
      <w:r>
        <w:t>koshish aur dua, koshish aur dua, yeh ek process chalaiye, chalate rahiye, chalate rahiye, chalate rahiye, to yaqeenan</w:t>
      </w:r>
    </w:p>
    <w:p>
      <w:pPr>
        <w:jc w:val="right"/>
      </w:pPr>
      <w:r>
        <w:t>کوشش اور دعا، کوشش اور دعا، یہ ایک پراسیس چلائیے، چلاتے رہیے، چلاتے رہیے، چلاتے رہیے، تو یقینا</w:t>
      </w:r>
    </w:p>
    <w:p>
      <w:r>
        <w:rPr>
          <w:b/>
        </w:rPr>
        <w:t xml:space="preserve">[59:03] </w:t>
      </w:r>
      <w:r>
        <w:t>aap is manzil par pahunch jayenge.</w:t>
      </w:r>
    </w:p>
    <w:p>
      <w:pPr>
        <w:jc w:val="right"/>
      </w:pPr>
      <w:r>
        <w:t>آپ اس منزل پر پہنچ جائیں گے۔</w:t>
      </w:r>
    </w:p>
    <w:p>
      <w:r>
        <w:rPr>
          <w:b/>
        </w:rPr>
        <w:t xml:space="preserve">[59:13] </w:t>
      </w:r>
      <w:r>
        <w:t>maulana, agla sawal lete hain jo lucknow se bheja hai rashid sahib ne.</w:t>
      </w:r>
    </w:p>
    <w:p>
      <w:pPr>
        <w:jc w:val="right"/>
      </w:pPr>
      <w:r>
        <w:t>مولانا، اگلا سوال لیتے ہیں جو لکھنؤ سے بھیجا ہے راشد صاحب نے۔</w:t>
      </w:r>
    </w:p>
    <w:p>
      <w:r>
        <w:rPr>
          <w:b/>
        </w:rPr>
        <w:t xml:space="preserve">[59:19] </w:t>
      </w:r>
      <w:r>
        <w:t>انہوں نے لکھا ہے: "مولانا، I try to become a good person so that my Creator is pleased</w:t>
      </w:r>
    </w:p>
    <w:p>
      <w:pPr>
        <w:jc w:val="right"/>
      </w:pPr>
      <w:r>
        <w:t>انہوں نے لکھا ہے: "مولانا، ائی ٹرائی ٹو بیکم ا گڈ پرسن سو دیٹ مائی کریٹر از پلیزڈ</w:t>
      </w:r>
    </w:p>
    <w:p>
      <w:r>
        <w:rPr>
          <w:b/>
        </w:rPr>
        <w:t xml:space="preserve">[59:25] </w:t>
      </w:r>
      <w:r>
        <w:t>with me, but I have developed a problem, which is that all the time I feel I am</w:t>
      </w:r>
    </w:p>
    <w:p>
      <w:pPr>
        <w:jc w:val="right"/>
      </w:pPr>
      <w:r>
        <w:t>ود می، بٹ ائی ہیو ڈیویلپڈ ا پرابلم، وچ از دیٹ ال دا ٹائم ائی فیل ائی ایم</w:t>
      </w:r>
    </w:p>
    <w:p>
      <w:r>
        <w:rPr>
          <w:b/>
        </w:rPr>
        <w:t xml:space="preserve">[59:31] </w:t>
      </w:r>
      <w:r>
        <w:t>falling short of God's expectations, and that He wants me to do more.</w:t>
      </w:r>
    </w:p>
    <w:p>
      <w:pPr>
        <w:jc w:val="right"/>
      </w:pPr>
      <w:r>
        <w:t>فالنگ شارٹ اف گاڈز ایکسپیکٹیشنز، اینڈ دیٹ ہی وانٹس می ٹو ڈو مور۔</w:t>
      </w:r>
    </w:p>
    <w:p>
      <w:r>
        <w:rPr>
          <w:b/>
        </w:rPr>
        <w:t xml:space="preserve">[59:37] </w:t>
      </w:r>
      <w:r>
        <w:t>das mix me feel</w:t>
      </w:r>
    </w:p>
    <w:p>
      <w:pPr>
        <w:jc w:val="right"/>
      </w:pPr>
      <w:r>
        <w:t>دس میکس می فیل</w:t>
      </w:r>
    </w:p>
    <w:p>
      <w:r>
        <w:rPr>
          <w:b/>
        </w:rPr>
        <w:t xml:space="preserve">[59:43] </w:t>
      </w:r>
      <w:r>
        <w:t>galti al da time.</w:t>
      </w:r>
    </w:p>
    <w:p>
      <w:pPr>
        <w:jc w:val="right"/>
      </w:pPr>
      <w:r>
        <w:t>گلٹی ال دا ٹائم۔</w:t>
      </w:r>
    </w:p>
    <w:p>
      <w:r>
        <w:rPr>
          <w:b/>
        </w:rPr>
        <w:t xml:space="preserve">[59:49] </w:t>
      </w:r>
      <w:r>
        <w:t>Maulana, is such a feeling normal, or am I developing some sort of a complex? Please guide me.</w:t>
      </w:r>
    </w:p>
    <w:p>
      <w:pPr>
        <w:jc w:val="right"/>
      </w:pPr>
      <w:r>
        <w:t>مولانا، از سچ ا فیلنگ نارمل، اور ایم ائی ڈیویلپنگ سم سورٹ اف ا کمپلیکس؟ پلیز گائیڈ می</w:t>
      </w:r>
    </w:p>
    <w:p>
      <w:r>
        <w:rPr>
          <w:b/>
        </w:rPr>
        <w:t xml:space="preserve">[59:55] </w:t>
      </w:r>
      <w:r>
        <w:t>so that i can develop right attitude and right thinking." dekhiye, yeh to sahaba ki sunnat hai.</w:t>
      </w:r>
    </w:p>
    <w:p>
      <w:pPr>
        <w:jc w:val="right"/>
      </w:pPr>
      <w:r>
        <w:t>سو دیٹ ائی کین ڈیویلپ رائٹ ایٹیٹیوڈ اینڈ رائٹ تھنکنگ۔" دیکھیے، یہ تو صحابہ کی سنت ہے۔</w:t>
      </w:r>
    </w:p>
    <w:p>
      <w:r>
        <w:rPr>
          <w:b/>
        </w:rPr>
        <w:t xml:space="preserve">[1:00:01] </w:t>
      </w:r>
      <w:r>
        <w:t>saare sahaba isi tarah ke ehsaas mein rehte the.</w:t>
      </w:r>
    </w:p>
    <w:p>
      <w:pPr>
        <w:jc w:val="right"/>
      </w:pPr>
      <w:r>
        <w:t>سارے صحابہ اسی طرح کے احساس میں رہتے تھے۔</w:t>
      </w:r>
    </w:p>
    <w:p>
      <w:r>
        <w:rPr>
          <w:b/>
        </w:rPr>
        <w:t xml:space="preserve">[1:00:07] </w:t>
      </w:r>
      <w:r>
        <w:t>kami ka ehsaas, kami ka ehsaas, to kami ka ehsaas</w:t>
      </w:r>
    </w:p>
    <w:p>
      <w:pPr>
        <w:jc w:val="right"/>
      </w:pPr>
      <w:r>
        <w:t>کمی کا احساس، کمی کا احساس، تو کمی کا احساس</w:t>
      </w:r>
    </w:p>
    <w:p>
      <w:r>
        <w:rPr>
          <w:b/>
        </w:rPr>
        <w:t xml:space="preserve">[1:00:13] </w:t>
      </w:r>
      <w:r>
        <w:t>to sunnat sahaba hai. kami ka ehsas hi se to aap ke andar ek motivation aata hai, motivation ke mujhe aur karna hai, aur karna hai, aur karna hai. agar kami ka ehsas na ho to to phir to life mein halt aa jayega, aur taraqqi ruk jayegi.</w:t>
      </w:r>
    </w:p>
    <w:p>
      <w:pPr>
        <w:jc w:val="right"/>
      </w:pPr>
      <w:r>
        <w:t>تو سنت صحابہ ہے۔ کمی کا احساس ہی سے تو آپ کے اندر ایک موٹیویشن آتا ہے، موٹیویشن کہ مجھے اور کرنا ہے، اور کرنا ہے، اور کرنا ہے۔ اگر کمی کا احساس نہ ہو تو تو پھر تو لائف میں ہارٹ آ جائے گا، اور ترقی رک جائے</w:t>
      </w:r>
    </w:p>
    <w:p>
      <w:r>
        <w:rPr>
          <w:b/>
        </w:rPr>
        <w:t xml:space="preserve">[1:00:43] </w:t>
      </w:r>
      <w:r>
        <w:t>Maulana, agla sawal dilli se bheja hai nafis siddiqui sahib ne. unhon ne likha hai: "tamam log prashansa ke bhooke hote hain, woh chahte hain ke un ki prashansa karein, aur woh prashansa par khush bhi hote hain. sawal yeh hai ke prashansa karna ya prashan</w:t>
      </w:r>
    </w:p>
    <w:p>
      <w:pPr>
        <w:jc w:val="right"/>
      </w:pPr>
      <w:r>
        <w:t>گی۔ مولانا، اگلا سوال دلی سے بھیجا ہے نفیس صدیقی صاحب نے۔ انہوں نے لکھا ہے: "تمام لوگ प्रशಂसा کے بھوکے ہوتے ہیں، وہ چاہتے ہیں کہ ان کی प्रशंसा کریں، اور وہ प्रशंसा پر خوش بھی ہوتے ہیں۔ سوال یہ ہے کہ प्रशंसा کرنا یا प्रशं</w:t>
      </w:r>
    </w:p>
    <w:p>
      <w:r>
        <w:rPr>
          <w:b/>
        </w:rPr>
        <w:t xml:space="preserve">[1:01:13] </w:t>
      </w:r>
      <w:r>
        <w:t>sa ki chahat rakhna kya sahi hai ya galat?" dekhiye, tareef to ek waqea hai jo hoga.</w:t>
      </w:r>
    </w:p>
    <w:p>
      <w:pPr>
        <w:jc w:val="right"/>
      </w:pPr>
      <w:r>
        <w:t>सा کی چاہت رکھنا کیا صحیح ہے یا غلط؟" دیکھیے، प्रशंसा تو ایک واقعہ ہے جو ہوگا۔</w:t>
      </w:r>
    </w:p>
    <w:p>
      <w:r>
        <w:rPr>
          <w:b/>
        </w:rPr>
        <w:t xml:space="preserve">[1:01:19] </w:t>
      </w:r>
      <w:r>
        <w:t>agar aap koi acha kaam karein to insaan ki nature mein hai ke woh is ko acknowledge kare.</w:t>
      </w:r>
    </w:p>
    <w:p>
      <w:pPr>
        <w:jc w:val="right"/>
      </w:pPr>
      <w:r>
        <w:t>اگر آپ کوئی اچھا کام کریں تو انسان کی نیچر میں ہے کہ وہ اس کو اکنالج کرے۔</w:t>
      </w:r>
    </w:p>
    <w:p>
      <w:r>
        <w:rPr>
          <w:b/>
        </w:rPr>
        <w:t xml:space="preserve">[1:01:25] </w:t>
      </w:r>
      <w:r>
        <w:t>tareef ke liye sahi lafz hai acknowledge karna.</w:t>
      </w:r>
    </w:p>
    <w:p>
      <w:pPr>
        <w:jc w:val="right"/>
      </w:pPr>
      <w:r>
        <w:t>प्रशंसा کے لیے صحیح لفظ ہے اکنالج کرنا۔</w:t>
      </w:r>
    </w:p>
    <w:p>
      <w:r>
        <w:rPr>
          <w:b/>
        </w:rPr>
        <w:t xml:space="preserve">[1:01:31] </w:t>
      </w:r>
      <w:r>
        <w:t>to acknowledgement to hoga.</w:t>
      </w:r>
    </w:p>
    <w:p>
      <w:pPr>
        <w:jc w:val="right"/>
      </w:pPr>
      <w:r>
        <w:t>تو اکنالجمنٹ تو ہوگا۔</w:t>
      </w:r>
    </w:p>
    <w:p>
      <w:r>
        <w:rPr>
          <w:b/>
        </w:rPr>
        <w:t xml:space="preserve">[1:01:37] </w:t>
      </w:r>
      <w:r>
        <w:t>kaise aap rokeinge insaan ko ke woh acknowledgement</w:t>
      </w:r>
    </w:p>
    <w:p>
      <w:pPr>
        <w:jc w:val="right"/>
      </w:pPr>
      <w:r>
        <w:t>کیسے آپ روکیں گے انسان کو کہ وہ اکنالجمنٹ</w:t>
      </w:r>
    </w:p>
    <w:p>
      <w:r>
        <w:rPr>
          <w:b/>
        </w:rPr>
        <w:t xml:space="preserve">[1:01:43] </w:t>
      </w:r>
      <w:r>
        <w:t>ki soorat mein is ka response de? hum log rok nahi sakte aap ko.</w:t>
      </w:r>
    </w:p>
    <w:p>
      <w:pPr>
        <w:jc w:val="right"/>
      </w:pPr>
      <w:r>
        <w:t>کی صورت میں اس کا رسپانس دے؟ ہم لوگ روک نہیں سکتے آپ کو۔</w:t>
      </w:r>
    </w:p>
    <w:p>
      <w:r>
        <w:rPr>
          <w:b/>
        </w:rPr>
        <w:t xml:space="preserve">[1:01:51] </w:t>
      </w:r>
      <w:r>
        <w:t>sirf yeh hai ke aap apne aap ko itna zyada, yaani itna zyada develop kijiye, aap ki soch</w:t>
      </w:r>
    </w:p>
    <w:p>
      <w:pPr>
        <w:jc w:val="right"/>
      </w:pPr>
      <w:r>
        <w:t>صرف یہ ہے کہ آپ اپنے آپ کو اتنا زیادہ، یعنی اتنا زیادہ ڈیویلپ کیجئے، آپ کی سوچ</w:t>
      </w:r>
    </w:p>
    <w:p>
      <w:r>
        <w:rPr>
          <w:b/>
        </w:rPr>
        <w:t xml:space="preserve">[1:01:59] </w:t>
      </w:r>
      <w:r>
        <w:t>itni zyada developed soch ban jaye ke aap kisi ki tareef se koi asar hi na lein.</w:t>
      </w:r>
    </w:p>
    <w:p>
      <w:pPr>
        <w:jc w:val="right"/>
      </w:pPr>
      <w:r>
        <w:t>اتنی زیادہ ڈیولپڈ سوچ بن جائے کہ آپ کسی کی प्रशंسا سے کوئی اثر ہی نہ لیں۔</w:t>
      </w:r>
    </w:p>
    <w:p>
      <w:r>
        <w:rPr>
          <w:b/>
        </w:rPr>
        <w:t xml:space="preserve">[1:02:06] </w:t>
      </w:r>
      <w:r>
        <w:t>aur mein yeh kaha karta hoon ke momin ki</w:t>
      </w:r>
    </w:p>
    <w:p>
      <w:pPr>
        <w:jc w:val="right"/>
      </w:pPr>
      <w:r>
        <w:t>اور میں یہ کہا کرتا ہوں کہ مومن کی</w:t>
      </w:r>
    </w:p>
    <w:p>
      <w:r>
        <w:rPr>
          <w:b/>
        </w:rPr>
        <w:t xml:space="preserve">[1:02:14] </w:t>
      </w:r>
      <w:r>
        <w:t>definition yeh hai ke ke woh press se khush na ho, aur koi is par criticize kare to</w:t>
      </w:r>
    </w:p>
    <w:p>
      <w:pPr>
        <w:jc w:val="right"/>
      </w:pPr>
      <w:r>
        <w:t>ڈیفینیشن یہ ہے کہ کہ وہ پریس سے خوش نہ ہو، اور کوئی اس پر کریٹیسائز کرے تو</w:t>
      </w:r>
    </w:p>
    <w:p>
      <w:r>
        <w:rPr>
          <w:b/>
        </w:rPr>
        <w:t xml:space="preserve">[1:02:25] </w:t>
      </w:r>
      <w:r>
        <w:t>us ko gham na ho.</w:t>
      </w:r>
    </w:p>
    <w:p>
      <w:pPr>
        <w:jc w:val="right"/>
      </w:pPr>
      <w:r>
        <w:t>اس کو غم نہ ہو۔</w:t>
      </w:r>
    </w:p>
    <w:p>
      <w:r>
        <w:rPr>
          <w:b/>
        </w:rPr>
        <w:t xml:space="preserve">[1:02:36] </w:t>
      </w:r>
      <w:r>
        <w:t>tareef se khush na hona, aur tanqeed, criticism se afraid na hona, yahi momin ki pehchan hai.</w:t>
      </w:r>
    </w:p>
    <w:p>
      <w:pPr>
        <w:jc w:val="right"/>
      </w:pPr>
      <w:r>
        <w:t>تعریف سے خوش نہ ہونا، اور تنقید، کریٹیسزم سے افریڈ نہ ہونا، یہی مومن کی پہچان ہے۔</w:t>
      </w:r>
    </w:p>
    <w:p>
      <w:r>
        <w:rPr>
          <w:b/>
        </w:rPr>
        <w:t xml:space="preserve">[1:02:47] </w:t>
      </w:r>
      <w:r>
        <w:t>maulana, agla comment parhna chahein ge jo doctor waqar alam ne new york se bheja hai.</w:t>
      </w:r>
    </w:p>
    <w:p>
      <w:pPr>
        <w:jc w:val="right"/>
      </w:pPr>
      <w:r>
        <w:t>مولانا، اگلا کمنٹ پڑھنا چاہیں گے جو ڈاکٹر وقار عالم نے نیویارک سے بھیجا ہے۔</w:t>
      </w:r>
    </w:p>
    <w:p>
      <w:r>
        <w:rPr>
          <w:b/>
        </w:rPr>
        <w:t xml:space="preserve">[1:02:53] </w:t>
      </w:r>
      <w:r>
        <w:t>unhone likha hai: "maulana sahib, we all recite ayat al kursi every day.</w:t>
      </w:r>
    </w:p>
    <w:p>
      <w:pPr>
        <w:jc w:val="right"/>
      </w:pPr>
      <w:r>
        <w:t>انہوں نے لکھا ہے: "مولانا صاحب، وی آل ریسیڈ آیت الکرسی ایوری ڈے۔</w:t>
      </w:r>
    </w:p>
    <w:p>
      <w:r>
        <w:rPr>
          <w:b/>
        </w:rPr>
        <w:t xml:space="preserve">[1:02:59] </w:t>
      </w:r>
      <w:r>
        <w:t>today was the eye opening day for me to understand and relate the marifat to ayat al kursi." is</w:t>
      </w:r>
    </w:p>
    <w:p>
      <w:pPr>
        <w:jc w:val="right"/>
      </w:pPr>
      <w:r>
        <w:t>ٹوڈے واز دی آئی اوپننگ ڈے فار می ٹو انڈرسٹینڈ اینڈ ریلیٹ دا معرفت ٹو آیت الکرسی۔" اس</w:t>
      </w:r>
    </w:p>
    <w:p>
      <w:r>
        <w:rPr>
          <w:b/>
        </w:rPr>
        <w:t xml:space="preserve">[1:03:05] </w:t>
      </w:r>
      <w:r>
        <w:t>ke baad comment bheja hai faraz khan sahib ne kolkata se.</w:t>
      </w:r>
    </w:p>
    <w:p>
      <w:pPr>
        <w:jc w:val="right"/>
      </w:pPr>
      <w:r>
        <w:t>کے بعد کمنٹ بھیجا ہے فراز خان صاحب نے کلکتہ سے۔</w:t>
      </w:r>
    </w:p>
    <w:p>
      <w:r>
        <w:rPr>
          <w:b/>
        </w:rPr>
        <w:t xml:space="preserve">[1:03:11] </w:t>
      </w:r>
      <w:r>
        <w:t>unhone likha hai:</w:t>
      </w:r>
    </w:p>
    <w:p>
      <w:pPr>
        <w:jc w:val="right"/>
      </w:pPr>
      <w:r>
        <w:t>انہوں نے لکھا ہے:</w:t>
      </w:r>
    </w:p>
    <w:p>
      <w:r>
        <w:rPr>
          <w:b/>
        </w:rPr>
        <w:t xml:space="preserve">[1:03:18] </w:t>
      </w:r>
      <w:r>
        <w:t>"maulana, aap ne abhi ek baat kahi ke aap ne ek baat kahi books ke baray mein ke</w:t>
      </w:r>
    </w:p>
    <w:p>
      <w:pPr>
        <w:jc w:val="right"/>
      </w:pPr>
      <w:r>
        <w:t>"مولانا، آپ نے ابھی ایک بات کہی کہ آپ نے ایک بات کہی بکس کے بارے میں کہ</w:t>
      </w:r>
    </w:p>
    <w:p>
      <w:r>
        <w:rPr>
          <w:b/>
        </w:rPr>
        <w:t xml:space="preserve">[1:03:24] </w:t>
      </w:r>
      <w:r>
        <w:t>bohat si kitabein majmooa alfaaz hote hain, na ke majmooa marifat.</w:t>
      </w:r>
    </w:p>
    <w:p>
      <w:pPr>
        <w:jc w:val="right"/>
      </w:pPr>
      <w:r>
        <w:t>بہت سی کتابیں مجموعہ الفاظ ہوتے ہیں، نہ کہ مجموعہ معرفت۔</w:t>
      </w:r>
    </w:p>
    <w:p>
      <w:r>
        <w:rPr>
          <w:b/>
        </w:rPr>
        <w:t xml:space="preserve">[1:03:30] </w:t>
      </w:r>
      <w:r>
        <w:t>kya yeh aaj ke insaano ka bhi haal hai ke hum majmooa alfaaz ban kar reh gaye hain?</w:t>
      </w:r>
    </w:p>
    <w:p>
      <w:pPr>
        <w:jc w:val="right"/>
      </w:pPr>
      <w:r>
        <w:t>کیا یہ آج کے انسانوں کا بھی حال ہے کہ ہم مجموعہ الفاظ بن کر رہ گئے ہیں؟</w:t>
      </w:r>
    </w:p>
    <w:p>
      <w:r>
        <w:rPr>
          <w:b/>
        </w:rPr>
        <w:t xml:space="preserve">[1:03:36] </w:t>
      </w:r>
      <w:r>
        <w:t>agar haan to aap ne hum sab ko aik naya formula diya hai as to how to lead</w:t>
      </w:r>
    </w:p>
    <w:p>
      <w:pPr>
        <w:jc w:val="right"/>
      </w:pPr>
      <w:r>
        <w:t>اگر ہاں تو آپ نے ہم سب کو ایک نیا فارمولا دیا ہے ایز ٹو ہاؤ ٹو لیڈ</w:t>
      </w:r>
    </w:p>
    <w:p>
      <w:r>
        <w:rPr>
          <w:b/>
        </w:rPr>
        <w:t xml:space="preserve">[1:03:42] </w:t>
      </w:r>
      <w:r>
        <w:t>a spiritual life."</w:t>
      </w:r>
    </w:p>
    <w:p>
      <w:pPr>
        <w:jc w:val="right"/>
      </w:pPr>
      <w:r>
        <w:t>ا سپرچول لائف۔"</w:t>
      </w:r>
    </w:p>
    <w:p>
      <w:r>
        <w:rPr>
          <w:b/>
        </w:rPr>
        <w:t xml:space="preserve">[1:03:48] </w:t>
      </w:r>
      <w:r>
        <w:t>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p>
    <w:p>
      <w:pPr>
        <w:jc w:val="right"/>
      </w:pPr>
      <w:r>
        <w:t>شاہد حسین صاحب نے سری نگر سے لکھا ہے: "اینی سگنیفیکنٹ ٹاسک شوڈ بی پروسیڈڈ بائی دا ڈسکوری اف اومنیپوٹنٹ گاڈ۔ ادروائز اٹ ریمینز لائف لیس۔ مینی ٹائمز وی اوور لوک اٹ۔ تھینک یو مولانا صاحب فار دس انسپیریشن۔" عشاق کمال قادری صاحب نے حیدرآباد سے کمنٹ بھیجا ہے۔ انہوں نے لکھا ہے: "ٹو ڈسکور اللہ ان کن</w:t>
      </w:r>
    </w:p>
    <w:p>
      <w:r>
        <w:rPr>
          <w:b/>
        </w:rPr>
        <w:t xml:space="preserve">[1:04:18] </w:t>
      </w:r>
      <w:r>
        <w:t>Spiritual thinking is a realization of Allah.</w:t>
      </w:r>
    </w:p>
    <w:p>
      <w:pPr>
        <w:jc w:val="right"/>
      </w:pPr>
      <w:r>
        <w:t>سیپچول تھنکنگ از ا ریلائزیشن اف اللہ۔</w:t>
      </w:r>
    </w:p>
    <w:p>
      <w:r>
        <w:rPr>
          <w:b/>
        </w:rPr>
        <w:t xml:space="preserve">[1:04:25] </w:t>
      </w:r>
      <w:r>
        <w:t>May Almighty Allah bless you in such your thought provoking lecture. Maulana, I have a question which is:</w:t>
      </w:r>
    </w:p>
    <w:p>
      <w:pPr>
        <w:jc w:val="right"/>
      </w:pPr>
      <w:r>
        <w:t>می المائٹی اللہ بلیس یو ان سچ یور تھاٹ پرووکنگ لیکچر۔" مولانا، ائی ہیو ا کوئسچن وچ از:</w:t>
      </w:r>
    </w:p>
    <w:p>
      <w:r>
        <w:rPr>
          <w:b/>
        </w:rPr>
        <w:t xml:space="preserve">[1:04:33] </w:t>
      </w:r>
      <w:r>
        <w:t>"How can we uplift our self in such a level?" is ke bare mein bataein.</w:t>
      </w:r>
    </w:p>
    <w:p>
      <w:pPr>
        <w:jc w:val="right"/>
      </w:pPr>
      <w:r>
        <w:t>"ہاؤ کین وی اپ لفٹ اور سیلف ان سچ ا لیول؟" اس کے بارے میں بتائیں۔</w:t>
      </w:r>
    </w:p>
    <w:p>
      <w:r>
        <w:rPr>
          <w:b/>
        </w:rPr>
        <w:t xml:space="preserve">[1:04:40] </w:t>
      </w:r>
      <w:r>
        <w:t>dekhein, mein bar bar yeh keh chuka hoon ke mera jo tajruba hai is ke mut</w:t>
      </w:r>
    </w:p>
    <w:p>
      <w:pPr>
        <w:jc w:val="right"/>
      </w:pPr>
      <w:r>
        <w:t>دیکھیں، میں بار بار یہ کہہ چکا ہوں کہ میرا جو تجربہ ہے اس کے مط</w:t>
      </w:r>
    </w:p>
    <w:p>
      <w:r>
        <w:rPr>
          <w:b/>
        </w:rPr>
        <w:t xml:space="preserve">[1:04:48] </w:t>
      </w:r>
      <w:r>
        <w:t>abaq mein sab se bari rukawat samajhta hoon distraction ko.</w:t>
      </w:r>
    </w:p>
    <w:p>
      <w:pPr>
        <w:jc w:val="right"/>
      </w:pPr>
      <w:r>
        <w:t>ابق میں سب سے بڑی رکاوٹ سمجھتا ہوں ڈسٹریکشن کو۔</w:t>
      </w:r>
    </w:p>
    <w:p>
      <w:r>
        <w:rPr>
          <w:b/>
        </w:rPr>
        <w:t xml:space="preserve">[1:04:54] </w:t>
      </w:r>
      <w:r>
        <w:t>Sab se bari!</w:t>
      </w:r>
    </w:p>
    <w:p>
      <w:pPr>
        <w:jc w:val="right"/>
      </w:pPr>
      <w:r>
        <w:t>سب سے بڑی!</w:t>
      </w:r>
    </w:p>
    <w:p>
      <w:r>
        <w:rPr>
          <w:b/>
        </w:rPr>
        <w:t xml:space="preserve">[1:05:00] </w:t>
      </w:r>
      <w:r>
        <w:t>Aap yeh discover kijiye ke kya kya cheez aap ko distract karti hai, aap ko sahi raste se</w:t>
      </w:r>
    </w:p>
    <w:p>
      <w:pPr>
        <w:jc w:val="right"/>
      </w:pPr>
      <w:r>
        <w:t>آپ یہ ڈسکور کیجئے کہ کیا کیا چیز آپ کو ڈسٹریکٹ کرتی ہے، آپ کو صحیح راستے سے</w:t>
      </w:r>
    </w:p>
    <w:p>
      <w:r>
        <w:rPr>
          <w:b/>
        </w:rPr>
        <w:t xml:space="preserve">[1:05:06] </w:t>
      </w:r>
      <w:r>
        <w:t>derail karti hai, is se bachiye.</w:t>
      </w:r>
    </w:p>
    <w:p>
      <w:pPr>
        <w:jc w:val="right"/>
      </w:pPr>
      <w:r>
        <w:t>ڈیریل کرتی ہے، اس سے بچیے۔</w:t>
      </w:r>
    </w:p>
    <w:p>
      <w:r>
        <w:rPr>
          <w:b/>
        </w:rPr>
        <w:t xml:space="preserve">[1:05:12] </w:t>
      </w:r>
      <w:r>
        <w:t>Mera manna yeh hai ke insaan to</w:t>
      </w:r>
    </w:p>
    <w:p>
      <w:pPr>
        <w:jc w:val="right"/>
      </w:pPr>
      <w:r>
        <w:t>میرا ماننا یہ ہے کہ انسان تو</w:t>
      </w:r>
    </w:p>
    <w:p>
      <w:r>
        <w:rPr>
          <w:b/>
        </w:rPr>
        <w:t xml:space="preserve">[1:05:18] </w:t>
      </w:r>
      <w:r>
        <w:t>paidaishi taur par sahib-e-ma'rifat hi paida hua hai, sahib-e-ma'rifat yani Allah ka, Allah ki ma'rifat insaan</w:t>
      </w:r>
    </w:p>
    <w:p>
      <w:pPr>
        <w:jc w:val="right"/>
      </w:pPr>
      <w:r>
        <w:t>پیدائشی طور پر صاحب معرفت ہی پیدا ہوا ہے، صاحب معرفت یعنی اللہ کا، اللہ کی معرفت انسان</w:t>
      </w:r>
    </w:p>
    <w:p>
      <w:r>
        <w:rPr>
          <w:b/>
        </w:rPr>
        <w:t xml:space="preserve">[1:05:25] </w:t>
      </w:r>
      <w:r>
        <w:t>ke andar introon hai.</w:t>
      </w:r>
    </w:p>
    <w:p>
      <w:pPr>
        <w:jc w:val="right"/>
      </w:pPr>
      <w:r>
        <w:t>کے اندر انٹروون ہے۔</w:t>
      </w:r>
    </w:p>
    <w:p>
      <w:r>
        <w:rPr>
          <w:b/>
        </w:rPr>
        <w:t xml:space="preserve">[1:05:33] </w:t>
      </w:r>
      <w:r>
        <w:t>Lekin insaan bar bar distract hota rehta hai, isi wajah se woh apne potential ko actual nahi bhala pata.</w:t>
      </w:r>
    </w:p>
    <w:p>
      <w:pPr>
        <w:jc w:val="right"/>
      </w:pPr>
      <w:r>
        <w:t>لیکن انسان بار بار ڈسٹرکٹ ہوتا رہتا ہے، اسی وجہ سے وہ اپنے پوٹینشل کو ایکچول نہیں بھلا پاتا۔</w:t>
      </w:r>
    </w:p>
    <w:p>
      <w:r>
        <w:rPr>
          <w:b/>
        </w:rPr>
        <w:t xml:space="preserve">[1:05:40] </w:t>
      </w:r>
      <w:r>
        <w:t>To bas yahi kaam</w:t>
      </w:r>
    </w:p>
    <w:p>
      <w:pPr>
        <w:jc w:val="right"/>
      </w:pPr>
      <w:r>
        <w:t>تو بس یہی کام</w:t>
      </w:r>
    </w:p>
    <w:p>
      <w:r>
        <w:rPr>
          <w:b/>
        </w:rPr>
        <w:t xml:space="preserve">[1:05:48] </w:t>
      </w:r>
      <w:r>
        <w:t>karna hai ke hum apne aap ko distraction se bachaen.</w:t>
      </w:r>
    </w:p>
    <w:p>
      <w:pPr>
        <w:jc w:val="right"/>
      </w:pPr>
      <w:r>
        <w:t>کرنا ہے کہ ہم اپنے آپ کو ڈسٹریکشن سے بچائیں۔</w:t>
      </w:r>
    </w:p>
    <w:p>
      <w:r>
        <w:rPr>
          <w:b/>
        </w:rPr>
        <w:t xml:space="preserve">[1:05:54] </w:t>
      </w:r>
      <w:r>
        <w:t>Maulana, agla sawal Muhammad Aslam sahib ne kiya hai.</w:t>
      </w:r>
    </w:p>
    <w:p>
      <w:pPr>
        <w:jc w:val="right"/>
      </w:pPr>
      <w:r>
        <w:t>مولانا، اگلا سوال محمد اسلم صاحب نے کیا ہے۔</w:t>
      </w:r>
    </w:p>
    <w:p>
      <w:r>
        <w:rPr>
          <w:b/>
        </w:rPr>
        <w:t xml:space="preserve">[1:06:00] </w:t>
      </w:r>
      <w:r>
        <w:t>Unhon ne apni location nahi likhi hai.</w:t>
      </w:r>
    </w:p>
    <w:p>
      <w:pPr>
        <w:jc w:val="right"/>
      </w:pPr>
      <w:r>
        <w:t>انہوں نے اپنی لوکیشن نہیں لکھی ہے۔</w:t>
      </w:r>
    </w:p>
    <w:p>
      <w:r>
        <w:rPr>
          <w:b/>
        </w:rPr>
        <w:t xml:space="preserve">[1:06:06] </w:t>
      </w:r>
      <w:r>
        <w:t>Un ka sawal hai: "Ma'rifat ke kya ma'ni hain? Allah ki ma'rifat kis tarah hasil ki jati hai?</w:t>
      </w:r>
    </w:p>
    <w:p>
      <w:pPr>
        <w:jc w:val="right"/>
      </w:pPr>
      <w:r>
        <w:t>ان کا سوال ہے: "معرفت کے کیا معنی ہیں؟ اللہ کی معرفت کس طرح حاصل کی جاتی ہے؟</w:t>
      </w:r>
    </w:p>
    <w:p>
      <w:r>
        <w:rPr>
          <w:b/>
        </w:rPr>
        <w:t xml:space="preserve">[1:06:12] </w:t>
      </w:r>
      <w:r>
        <w:t>Aur ma'rifat hasil ho jaye gi, is ka matlab kya hai?</w:t>
      </w:r>
    </w:p>
    <w:p>
      <w:pPr>
        <w:jc w:val="right"/>
      </w:pPr>
      <w:r>
        <w:t>اور معرفت حاصل ہو جائے گی، اس کا مطلب کیا ہے؟</w:t>
      </w:r>
    </w:p>
    <w:p>
      <w:r>
        <w:rPr>
          <w:b/>
        </w:rPr>
        <w:t xml:space="preserve">[1:06:18] </w:t>
      </w:r>
      <w:r>
        <w:t>Is ko wazeh karein." Ab meri kitab hai "Kitab-e-Ma'rifat", is ko parhiye.</w:t>
      </w:r>
    </w:p>
    <w:p>
      <w:pPr>
        <w:jc w:val="right"/>
      </w:pPr>
      <w:r>
        <w:t>اس کو واضح کریں۔" اب میری کتاب ہے "کتاب معرفت"، اس کو پڑھیے۔</w:t>
      </w:r>
    </w:p>
    <w:p>
      <w:r>
        <w:rPr>
          <w:b/>
        </w:rPr>
        <w:t xml:space="preserve">[1:06:24] </w:t>
      </w:r>
      <w:r>
        <w:t>Is ka naam hai "Kitab-e-Ma'rifat", is ko parhiye.</w:t>
      </w:r>
    </w:p>
    <w:p>
      <w:pPr>
        <w:jc w:val="right"/>
      </w:pPr>
      <w:r>
        <w:t>اس کا نام ہے "کتاب معرفت"، اس کو پڑھیے۔</w:t>
      </w:r>
    </w:p>
    <w:p>
      <w:r>
        <w:rPr>
          <w:b/>
        </w:rPr>
        <w:t xml:space="preserve">[1:06:30] </w:t>
      </w:r>
      <w:r>
        <w:t>Is ko parhne ke baad phir sawal kijiye ke kya cheez abhi aap ko clear nahi hui.</w:t>
      </w:r>
    </w:p>
    <w:p>
      <w:pPr>
        <w:jc w:val="right"/>
      </w:pPr>
      <w:r>
        <w:t>اس کو پڑھنے کے بعد پھر سوال کیجئے کہ کیا چیز ابھی آپ کو کلیئر نہیں ہوئی۔</w:t>
      </w:r>
    </w:p>
    <w:p>
      <w:r>
        <w:rPr>
          <w:b/>
        </w:rPr>
        <w:t xml:space="preserve">[1:06:36] </w:t>
      </w:r>
      <w:r>
        <w:t>Us waqt inshallah mein is ke bare mein bataoonga.</w:t>
      </w:r>
    </w:p>
    <w:p>
      <w:pPr>
        <w:jc w:val="right"/>
      </w:pPr>
      <w:r>
        <w:t>اس وقت انشاءاللہ میں اس کے بارے میں بتاؤں گا۔</w:t>
      </w:r>
    </w:p>
    <w:p>
      <w:r>
        <w:rPr>
          <w:b/>
        </w:rPr>
        <w:t xml:space="preserve">[1:06:42] </w:t>
      </w:r>
      <w:r>
        <w:t>Okay, so we will end the session now.</w:t>
      </w:r>
    </w:p>
    <w:p>
      <w:pPr>
        <w:jc w:val="right"/>
      </w:pPr>
      <w:r>
        <w:t>اوکے، سو وی ویل اینڈ دی سیشن ناو۔</w:t>
      </w:r>
    </w:p>
    <w:p>
      <w:r>
        <w:rPr>
          <w:b/>
        </w:rPr>
        <w:t xml:space="preserve">[1:06:49]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