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35 | December 17, 2017</w:t>
      </w:r>
    </w:p>
    <w:p>
      <w:r>
        <w:t>https://www.youtube.com/watch?v=Cd8MlWM7B9w</w:t>
      </w:r>
    </w:p>
    <w:p>
      <w:r>
        <w:rPr>
          <w:b/>
        </w:rPr>
        <w:t xml:space="preserve">[00:10] </w:t>
      </w:r>
      <w:r>
        <w:t>bismillah rehman rahim.</w:t>
      </w:r>
    </w:p>
    <w:p>
      <w:pPr>
        <w:jc w:val="right"/>
      </w:pPr>
      <w:r>
        <w:t>بسم اللہ الرحمن الرحیم۔</w:t>
      </w:r>
    </w:p>
    <w:p>
      <w:r>
        <w:rPr>
          <w:b/>
        </w:rPr>
        <w:t xml:space="preserve">[00:16] </w:t>
      </w:r>
      <w:r>
        <w:t>wasallallahu ala nabiyil karim.</w:t>
      </w:r>
    </w:p>
    <w:p>
      <w:pPr>
        <w:jc w:val="right"/>
      </w:pPr>
      <w:r>
        <w:t>وصلی اللہ علی النبی الکریم۔</w:t>
      </w:r>
    </w:p>
    <w:p>
      <w:r>
        <w:rPr>
          <w:b/>
        </w:rPr>
        <w:t xml:space="preserve">[00:22] </w:t>
      </w:r>
      <w:r>
        <w:t>rab ishrah li sadri, wa yassir li amri, wahlu uqdatan min lisani, yafqahu qawli.</w:t>
      </w:r>
    </w:p>
    <w:p>
      <w:pPr>
        <w:jc w:val="right"/>
      </w:pPr>
      <w:r>
        <w:t>رب اشرح لی صدری، ویسر لی امری، واحل العقدۃ من لسانی، یفقہ قولی۔</w:t>
      </w:r>
    </w:p>
    <w:p>
      <w:r>
        <w:rPr>
          <w:b/>
        </w:rPr>
        <w:t xml:space="preserve">[00:28] </w:t>
      </w:r>
      <w:r>
        <w:t>17 december 2017.</w:t>
      </w:r>
    </w:p>
    <w:p>
      <w:pPr>
        <w:jc w:val="right"/>
      </w:pPr>
      <w:r>
        <w:t>17 دسمبر 2017۔</w:t>
      </w:r>
    </w:p>
    <w:p>
      <w:r>
        <w:rPr>
          <w:b/>
        </w:rPr>
        <w:t xml:space="preserve">[00:34] </w:t>
      </w:r>
      <w:r>
        <w:t>dars-e-quran mein</w:t>
      </w:r>
    </w:p>
    <w:p>
      <w:pPr>
        <w:jc w:val="right"/>
      </w:pPr>
      <w:r>
        <w:t>درسِ قرآن میں</w:t>
      </w:r>
    </w:p>
    <w:p>
      <w:r>
        <w:rPr>
          <w:b/>
        </w:rPr>
        <w:t xml:space="preserve">[00:40] </w:t>
      </w:r>
      <w:r>
        <w:t>aaj surah al-baqarah ki kuch ayatein hain, pehle iska tilawat ki jayegi, phir iska tarjuma</w:t>
      </w:r>
    </w:p>
    <w:p>
      <w:pPr>
        <w:jc w:val="right"/>
      </w:pPr>
      <w:r>
        <w:t>آج سورہ البقرہ کی کچھ آیتیں ہیں، پہلے اس کا تلاوت کی جائے گی، پھر اس کا ترجمہ</w:t>
      </w:r>
    </w:p>
    <w:p>
      <w:r>
        <w:rPr>
          <w:b/>
        </w:rPr>
        <w:t xml:space="preserve">[00:48] </w:t>
      </w:r>
      <w:r>
        <w:t>hoga, phir iski inshallah sharah hogi.</w:t>
      </w:r>
    </w:p>
    <w:p>
      <w:pPr>
        <w:jc w:val="right"/>
      </w:pPr>
      <w:r>
        <w:t>ہوگا، پھر اس کی انشاءاللہ شرح ہوگی۔</w:t>
      </w:r>
    </w:p>
    <w:p>
      <w:r>
        <w:rPr>
          <w:b/>
        </w:rPr>
        <w:t xml:space="preserve">[00:55] </w:t>
      </w:r>
      <w:r>
        <w:t>bismillah rehman rahim.</w:t>
      </w:r>
    </w:p>
    <w:p>
      <w:pPr>
        <w:jc w:val="right"/>
      </w:pPr>
      <w:r>
        <w:t>بسم اللہ الرحمن الرحیم۔</w:t>
      </w:r>
    </w:p>
    <w:p>
      <w:r>
        <w:rPr>
          <w:b/>
        </w:rPr>
        <w:t xml:space="preserve">[01:03] </w:t>
      </w:r>
      <w:r>
        <w:t>wa qulna ya adamu askun anta wa zawjukal jannata wa kula minha raghata haithu shittuma. wa la taqrab</w:t>
      </w:r>
    </w:p>
    <w:p>
      <w:pPr>
        <w:jc w:val="right"/>
      </w:pPr>
      <w:r>
        <w:t>وقلنا یا آدم اسکن انت وزوجک الجنہ وکلا منہا راغتا حيث شئتما۔ ولا تقرب</w:t>
      </w:r>
    </w:p>
    <w:p>
      <w:r>
        <w:rPr>
          <w:b/>
        </w:rPr>
        <w:t xml:space="preserve">[01:11] </w:t>
      </w:r>
      <w:r>
        <w:t>hathihi ash-shajarata fatakuna minaz-zalimin. Surah Al-Baqarah, Surah number 2, Ayat number 35. Dekhiye yeh Quran mein, Quran ka yeh hissa jis mein Adam ki paidaish aur jannat ka banana, in</w:t>
      </w:r>
    </w:p>
    <w:p>
      <w:pPr>
        <w:jc w:val="right"/>
      </w:pPr>
      <w:r>
        <w:t>ا هذه الشجرۃ فتکونا من الظالمین۔ سورہ البقرہ، سورہ نمبر 2، آیت نمبر 35۔ دیکھیے یہ قرآن میں، قرآن کا یہ حصہ جس میں آدم کی پیدائش اور جنت کا بنانا، ان</w:t>
      </w:r>
    </w:p>
    <w:p>
      <w:r>
        <w:rPr>
          <w:b/>
        </w:rPr>
        <w:t xml:space="preserve">[01:41] </w:t>
      </w:r>
      <w:r>
        <w:t>sab cheezon ka zikr hai, aap jante hain ke Quran ka bohat hi ahem hissa hai. Sabhi log is par sochte hain, main ne bhi bohat zyada socha hai. Waqai bohat ajeeb baat hai ke Allah ne insan banaya aur insan ki jannat banai. Yeh bohat hi</w:t>
      </w:r>
    </w:p>
    <w:p>
      <w:pPr>
        <w:jc w:val="right"/>
      </w:pPr>
      <w:r>
        <w:t>سب چیزوں کا ذکر ہے، آپ جانتے ہیں کہ قرآن کا بہت ہی اہم حصہ ہے۔ سبھی لوگ اس پر سوچتے ہیں، میں نے بھی بہت زیادہ سوچا ہے۔ واقعی بہت عجیب بات ہے کہ اللہ نے انسان بنایا اور انسان کی جنت بنائی۔ یہ بہت ہی</w:t>
      </w:r>
    </w:p>
    <w:p>
      <w:r>
        <w:rPr>
          <w:b/>
        </w:rPr>
        <w:t xml:space="preserve">[02:11] </w:t>
      </w:r>
      <w:r>
        <w:t>ajeeb, bohat anokhi baat hai, is pe kitabein likhi gayi hain, tasweeron mein bohat kaafi likha gaya hai.</w:t>
      </w:r>
    </w:p>
    <w:p>
      <w:pPr>
        <w:jc w:val="right"/>
      </w:pPr>
      <w:r>
        <w:t>عجیب، بہت انوکھی بات ہے، اس پہ کتابیں لکھی گئی ہیں، تصویروں میں بہت کافی لکھا گیا ہے۔</w:t>
      </w:r>
    </w:p>
    <w:p>
      <w:r>
        <w:rPr>
          <w:b/>
        </w:rPr>
        <w:t xml:space="preserve">[02:21] </w:t>
      </w:r>
      <w:r>
        <w:t>to aaj aisa hua ke raat ko jab mein soya hua tha aur subah ka waqt qareeb aaya,</w:t>
      </w:r>
    </w:p>
    <w:p>
      <w:pPr>
        <w:jc w:val="right"/>
      </w:pPr>
      <w:r>
        <w:t>تو آج ایسا ہوا کہ رات کو جب میں سویا ہوا تھا اور صبح کا وقت قریب آیا،</w:t>
      </w:r>
    </w:p>
    <w:p>
      <w:r>
        <w:rPr>
          <w:b/>
        </w:rPr>
        <w:t xml:space="preserve">[02:31] </w:t>
      </w:r>
      <w:r>
        <w:t>yani char baje,</w:t>
      </w:r>
    </w:p>
    <w:p>
      <w:pPr>
        <w:jc w:val="right"/>
      </w:pPr>
      <w:r>
        <w:t>یعنی چار بجے،</w:t>
      </w:r>
    </w:p>
    <w:p>
      <w:r>
        <w:rPr>
          <w:b/>
        </w:rPr>
        <w:t xml:space="preserve">[02:42] </w:t>
      </w:r>
      <w:r>
        <w:t>to mujhe ek, mere dil mein ek ek dua nikli.</w:t>
      </w:r>
    </w:p>
    <w:p>
      <w:pPr>
        <w:jc w:val="right"/>
      </w:pPr>
      <w:r>
        <w:t>تو مجھے ایک، میرے دل میں ایک ایک دعا نکلی۔</w:t>
      </w:r>
    </w:p>
    <w:p>
      <w:r>
        <w:rPr>
          <w:b/>
        </w:rPr>
        <w:t xml:space="preserve">[02:48] </w:t>
      </w:r>
      <w:r>
        <w:t>maine aap se zikr kiya hai ke bachpan se mujhe ek cheez bohat pasand rahi hai, khuli</w:t>
      </w:r>
    </w:p>
    <w:p>
      <w:pPr>
        <w:jc w:val="right"/>
      </w:pPr>
      <w:r>
        <w:t>میں نے آپ سے ذکر کیا ہے کہ بچپن سے مجھے ایک چیز بہت پسند رہی ہے، کھلی</w:t>
      </w:r>
    </w:p>
    <w:p>
      <w:r>
        <w:rPr>
          <w:b/>
        </w:rPr>
        <w:t xml:space="preserve">[02:54] </w:t>
      </w:r>
      <w:r>
        <w:t>fiza mein baithna subah ke waqt.</w:t>
      </w:r>
    </w:p>
    <w:p>
      <w:pPr>
        <w:jc w:val="right"/>
      </w:pPr>
      <w:r>
        <w:t>فضا میں بیٹھنا صبح کے وقت۔</w:t>
      </w:r>
    </w:p>
    <w:p>
      <w:r>
        <w:rPr>
          <w:b/>
        </w:rPr>
        <w:t xml:space="preserve">[03:00] </w:t>
      </w:r>
      <w:r>
        <w:t>jab mein gaon mein rehta tha tab bhi, gaon mein ek darya thi to subah ke waqt wahan</w:t>
      </w:r>
    </w:p>
    <w:p>
      <w:pPr>
        <w:jc w:val="right"/>
      </w:pPr>
      <w:r>
        <w:t>جب میں گاؤں میں رہتا تھا تب بھی، گاؤں میں ایک دریا تھی تو صبح کے وقت وہاں</w:t>
      </w:r>
    </w:p>
    <w:p>
      <w:r>
        <w:rPr>
          <w:b/>
        </w:rPr>
        <w:t xml:space="preserve">[03:06] </w:t>
      </w:r>
      <w:r>
        <w:t>mein chala jata tha, pul par baithta</w:t>
      </w:r>
    </w:p>
    <w:p>
      <w:pPr>
        <w:jc w:val="right"/>
      </w:pPr>
      <w:r>
        <w:t>میں چلا جاتا تھا، پل پر بیٹھتا</w:t>
      </w:r>
    </w:p>
    <w:p>
      <w:r>
        <w:rPr>
          <w:b/>
        </w:rPr>
        <w:t xml:space="preserve">[03:12] </w:t>
      </w:r>
      <w:r>
        <w:t>tha subah ka manzar dekhne ke liye. To aaj main dua kiya, main ne Allah taala se ke kai din se main mehroom hoon subah ka manzar dekhne se. Kyun ke aap jante hain ke aaj kal hamare haan bohat thand hai, badal hota hai, qahar hota hai, subah ke waqt is qabil nahi hota ke post pe ja ke baithun.</w:t>
      </w:r>
    </w:p>
    <w:p>
      <w:pPr>
        <w:jc w:val="right"/>
      </w:pPr>
      <w:r>
        <w:t>تھا صبح کا منظر دیکھنے کے لیے۔ تو آج میں دعا کیا، میں نے اللہ تعالیٰ سے کہ کئی دن سے میں محروم ہوں صبح کا منظر دیکھنے سے۔ کیونکہ آپ جانتے ہیں کہ آج کل ہمارے ہاں بہت ٹھنڈ ہے، بادل ہوتا ہے، قہر ہوتا ہے، صبح کے وقت اس قابل نہیں ہوتا کہ پوسٹ پہ جا کے بیٹھوں۔</w:t>
      </w:r>
    </w:p>
    <w:p>
      <w:r>
        <w:rPr>
          <w:b/>
        </w:rPr>
        <w:t xml:space="preserve">[03:42] </w:t>
      </w:r>
      <w:r>
        <w:t>to aaj maine raat ko lete lete dua ki, khuda aaj ki subah mere liye wahi subah</w:t>
      </w:r>
    </w:p>
    <w:p>
      <w:pPr>
        <w:jc w:val="right"/>
      </w:pPr>
      <w:r>
        <w:t>تو آج میں نے رات کو لیٹے لیٹے دعا کی، خدا آج کی صبح میرے لیے وہی صبح</w:t>
      </w:r>
    </w:p>
    <w:p>
      <w:r>
        <w:rPr>
          <w:b/>
        </w:rPr>
        <w:t xml:space="preserve">[03:48] </w:t>
      </w:r>
      <w:r>
        <w:t>bana de jo ke mein subah ke manzar ko dekhun.</w:t>
      </w:r>
    </w:p>
    <w:p>
      <w:pPr>
        <w:jc w:val="right"/>
      </w:pPr>
      <w:r>
        <w:t>بنا دے جو کہ میں صبح کے منظر کو دیکھوں۔</w:t>
      </w:r>
    </w:p>
    <w:p>
      <w:r>
        <w:rPr>
          <w:b/>
        </w:rPr>
        <w:t xml:space="preserve">[03:54] </w:t>
      </w:r>
      <w:r>
        <w:t>to waqeatan aisa hi hua.</w:t>
      </w:r>
    </w:p>
    <w:p>
      <w:pPr>
        <w:jc w:val="right"/>
      </w:pPr>
      <w:r>
        <w:t>تو واقعتاً ایسا ہی ہوا۔</w:t>
      </w:r>
    </w:p>
    <w:p>
      <w:r>
        <w:rPr>
          <w:b/>
        </w:rPr>
        <w:t xml:space="preserve">[04:00] </w:t>
      </w:r>
      <w:r>
        <w:t>mein bahar aaya to suraj nikla hua tha aur seedhi kirnein phaili hui theen.</w:t>
      </w:r>
    </w:p>
    <w:p>
      <w:pPr>
        <w:jc w:val="right"/>
      </w:pPr>
      <w:r>
        <w:t>میں باہر آیا تو سورج نکلا ہوا تھا اور سڈری کرنیں پھیلی ہوئی تھیں۔</w:t>
      </w:r>
    </w:p>
    <w:p>
      <w:r>
        <w:rPr>
          <w:b/>
        </w:rPr>
        <w:t xml:space="preserve">[04:06] </w:t>
      </w:r>
      <w:r>
        <w:t>aur hasb-e-ma</w:t>
      </w:r>
    </w:p>
    <w:p>
      <w:pPr>
        <w:jc w:val="right"/>
      </w:pPr>
      <w:r>
        <w:t>اور حسب مع</w:t>
      </w:r>
    </w:p>
    <w:p>
      <w:r>
        <w:rPr>
          <w:b/>
        </w:rPr>
        <w:t xml:space="preserve">[04:12] </w:t>
      </w:r>
      <w:r>
        <w:t>mool haray bharay darakht mere charon taraf thay, chidiyan ur rahi thin, khuli fiza thi. To woh sara manzar tha jis mein baithna mujhe bohat pasand hota hai. To aaj shayad yeh muqaddar tha ke mujhe yeh daryaft ho ke kyun mujhe pasand hai subah ka waqt. To subah ke waqt jab main baitha hua tha</w:t>
      </w:r>
    </w:p>
    <w:p>
      <w:pPr>
        <w:jc w:val="right"/>
      </w:pPr>
      <w:r>
        <w:t>مول ہرے بھرے درخت میرے چاروں طرف تھے، چڑیاں اڑ رہی تھیں، کھلی فضا تھی۔ تو وہ سارا منظر تھا جس میں بیٹھنا مجھے بہت پسند ہوتا ہے۔ تو آج شاید یہ مقدر تھا کہ مجھے یہ دریافت ہو کہ کیوں مجھے پسند ہے صبح کا وقت۔ تو صبح کے وقت جب میں بیٹھا ہوا تھا</w:t>
      </w:r>
    </w:p>
    <w:p>
      <w:r>
        <w:rPr>
          <w:b/>
        </w:rPr>
        <w:t xml:space="preserve">[04:42] </w:t>
      </w:r>
      <w:r>
        <w:t>اور بہت ہی زیادہ مجھے، مجھے بہت ہی pleasure کا experience ہو رہا تھا، بہت زیادہ۔</w:t>
      </w:r>
    </w:p>
    <w:p>
      <w:pPr>
        <w:jc w:val="right"/>
      </w:pPr>
      <w:r>
        <w:t>اور بہت ہی زیادہ مجھے، مجھے بہت ہی پلیژر کا ایکسپیرینس ہو رہا تھا، بہت زیادہ۔</w:t>
      </w:r>
    </w:p>
    <w:p>
      <w:r>
        <w:rPr>
          <w:b/>
        </w:rPr>
        <w:t xml:space="preserve">[04:52] </w:t>
      </w:r>
      <w:r>
        <w:t>یعنی سورج کی روشنی میں pleasure، درختوں میں pleasure، چڑیاں اڑ رہی تھیں، خوبصورت pleasure، فضا میں pleasure،</w:t>
      </w:r>
    </w:p>
    <w:p>
      <w:pPr>
        <w:jc w:val="right"/>
      </w:pPr>
      <w:r>
        <w:t>یعنی سورج کی روشنی میں پلیژر، درختوں میں پلیژر، چڑیاں اڑ رہی تھیں، خوبصورت پلیژر، فضا میں پلیژر،</w:t>
      </w:r>
    </w:p>
    <w:p>
      <w:r>
        <w:rPr>
          <w:b/>
        </w:rPr>
        <w:t xml:space="preserve">[05:02] </w:t>
      </w:r>
      <w:r>
        <w:t>yeh sara mahol full of p</w:t>
      </w:r>
    </w:p>
    <w:p>
      <w:pPr>
        <w:jc w:val="right"/>
      </w:pPr>
      <w:r>
        <w:t>یہ سارا ماحول فل آف پ</w:t>
      </w:r>
    </w:p>
    <w:p>
      <w:r>
        <w:rPr>
          <w:b/>
        </w:rPr>
        <w:t xml:space="preserve">[05:12] </w:t>
      </w:r>
      <w:r>
        <w:t>leisure tha.</w:t>
      </w:r>
    </w:p>
    <w:p>
      <w:pPr>
        <w:jc w:val="right"/>
      </w:pPr>
      <w:r>
        <w:t>لیژر تھا۔</w:t>
      </w:r>
    </w:p>
    <w:p>
      <w:r>
        <w:rPr>
          <w:b/>
        </w:rPr>
        <w:t xml:space="preserve">[05:18] </w:t>
      </w:r>
      <w:r>
        <w:t>to us waqt mein yeh sochne laga, yeh kya cheez hai? aisa laga ke mein us waqt jannat</w:t>
      </w:r>
    </w:p>
    <w:p>
      <w:pPr>
        <w:jc w:val="right"/>
      </w:pPr>
      <w:r>
        <w:t>تو اس وقت میں یہ سوچنے لگا، یہ کیا چیز ہے؟ ایسا لگا کہ میں اس وقت جنت</w:t>
      </w:r>
    </w:p>
    <w:p>
      <w:r>
        <w:rPr>
          <w:b/>
        </w:rPr>
        <w:t xml:space="preserve">[05:24] </w:t>
      </w:r>
      <w:r>
        <w:t>mein hoon, dunya ki jannat mein.</w:t>
      </w:r>
    </w:p>
    <w:p>
      <w:pPr>
        <w:jc w:val="right"/>
      </w:pPr>
      <w:r>
        <w:t>میں ہوں، دنیا کی جنت میں۔</w:t>
      </w:r>
    </w:p>
    <w:p>
      <w:r>
        <w:rPr>
          <w:b/>
        </w:rPr>
        <w:t xml:space="preserve">[05:30] </w:t>
      </w:r>
      <w:r>
        <w:t>phir mein ne socha ke jannat kya cheez hai? jannat hai kya? to meri samajh mein aaya ke</w:t>
      </w:r>
    </w:p>
    <w:p>
      <w:pPr>
        <w:jc w:val="right"/>
      </w:pPr>
      <w:r>
        <w:t>پھر میں نے سوچا کہ جنت کیا چیز ہے؟ جنت ہے کیا؟ تو میری سمجھ میں آیا کہ</w:t>
      </w:r>
    </w:p>
    <w:p>
      <w:r>
        <w:rPr>
          <w:b/>
        </w:rPr>
        <w:t xml:space="preserve">[05:36] </w:t>
      </w:r>
      <w:r>
        <w:t>Allah taala ne insaan ko</w:t>
      </w:r>
    </w:p>
    <w:p>
      <w:pPr>
        <w:jc w:val="right"/>
      </w:pPr>
      <w:r>
        <w:t>اللہ تعالیٰ نے انسان کو</w:t>
      </w:r>
    </w:p>
    <w:p>
      <w:r>
        <w:rPr>
          <w:b/>
        </w:rPr>
        <w:t xml:space="preserve">[05:42] </w:t>
      </w:r>
      <w:r>
        <w:t>بنایا اور انسان پورا کا پورا، یعنی pleasure seeking animal ہے۔</w:t>
      </w:r>
    </w:p>
    <w:p>
      <w:pPr>
        <w:jc w:val="right"/>
      </w:pPr>
      <w:r>
        <w:t>بنایا اور انسان پورا کا پورا، یعنی پلیژر سیکنگ اینیمل ہے۔</w:t>
      </w:r>
    </w:p>
    <w:p>
      <w:r>
        <w:rPr>
          <w:b/>
        </w:rPr>
        <w:t xml:space="preserve">[05:50] </w:t>
      </w:r>
      <w:r>
        <w:t>pleasure seeking animal.</w:t>
      </w:r>
    </w:p>
    <w:p>
      <w:pPr>
        <w:jc w:val="right"/>
      </w:pPr>
      <w:r>
        <w:t>پلیژر سیکنگ اینیمل۔</w:t>
      </w:r>
    </w:p>
    <w:p>
      <w:r>
        <w:rPr>
          <w:b/>
        </w:rPr>
        <w:t xml:space="preserve">[05:58] </w:t>
      </w:r>
      <w:r>
        <w:t>yeh bohat ajeeb baat hai ke kal mein ne parha kitaab mein ke insaan ke andar jo test</w:t>
      </w:r>
    </w:p>
    <w:p>
      <w:pPr>
        <w:jc w:val="right"/>
      </w:pPr>
      <w:r>
        <w:t>یہ بہت عجیب بات ہے کہ کل میں نے پڑھا کتاب میں کہ انسان کے اندر جو ٹیسٹ</w:t>
      </w:r>
    </w:p>
    <w:p>
      <w:r>
        <w:rPr>
          <w:b/>
        </w:rPr>
        <w:t xml:space="preserve">[06:05] </w:t>
      </w:r>
      <w:r>
        <w:t>buds hote hain,</w:t>
      </w:r>
    </w:p>
    <w:p>
      <w:pPr>
        <w:jc w:val="right"/>
      </w:pPr>
      <w:r>
        <w:t>برڈز ہوتے ہیں،</w:t>
      </w:r>
    </w:p>
    <w:p>
      <w:r>
        <w:rPr>
          <w:b/>
        </w:rPr>
        <w:t xml:space="preserve">[06:13] </w:t>
      </w:r>
      <w:r>
        <w:t>test, test, test buds, zaeqa khaane, woh ten thousand se bhi ziyada hain.</w:t>
      </w:r>
    </w:p>
    <w:p>
      <w:pPr>
        <w:jc w:val="right"/>
      </w:pPr>
      <w:r>
        <w:t>ٹیسٹ، ٹیسٹ، ٹیسٹ برڈز، ذائقہ خانے، وہ ٹن تھاؤزنڈ سے بھی زیادہ ہیں۔</w:t>
      </w:r>
    </w:p>
    <w:p>
      <w:r>
        <w:rPr>
          <w:b/>
        </w:rPr>
        <w:t xml:space="preserve">[06:23] </w:t>
      </w:r>
      <w:r>
        <w:t>hum jo khate hain, khana, phal, mukhtalif cheezein, is mein hamein aik test milta hai.</w:t>
      </w:r>
    </w:p>
    <w:p>
      <w:pPr>
        <w:jc w:val="right"/>
      </w:pPr>
      <w:r>
        <w:t>ہم جو کھاتے ہیں، کھانا، پھل، مختلف چیزیں، اس میں ہمیں ایک ٹیسٹ ملتا ہے۔</w:t>
      </w:r>
    </w:p>
    <w:p>
      <w:r>
        <w:rPr>
          <w:b/>
        </w:rPr>
        <w:t xml:space="preserve">[06:33] </w:t>
      </w:r>
      <w:r>
        <w:t>to chounke buds hain zabaan mein, tab tab woh test milta hai, zaeqa khaane. to in</w:t>
      </w:r>
    </w:p>
    <w:p>
      <w:pPr>
        <w:jc w:val="right"/>
      </w:pPr>
      <w:r>
        <w:t>تو چونکہ برڈز ہیں زبان میں، تب تب وہ ٹیسٹ ملتا ہے، ذائقہ خانے۔ تو ان</w:t>
      </w:r>
    </w:p>
    <w:p>
      <w:r>
        <w:rPr>
          <w:b/>
        </w:rPr>
        <w:t xml:space="preserve">[06:43] </w:t>
      </w:r>
      <w:r>
        <w:t>itne qism qism ke zaeqe hain, tarah tarah ke zaeqe hain, tarah tarah ke zaeqe hain.</w:t>
      </w:r>
    </w:p>
    <w:p>
      <w:pPr>
        <w:jc w:val="right"/>
      </w:pPr>
      <w:r>
        <w:t>اتنے قسم قسم کے ذائقے ہیں، طرح طرح کے ذائقے ہیں، طرح طرح کے ذائقے ہیں۔</w:t>
      </w:r>
    </w:p>
    <w:p>
      <w:r>
        <w:rPr>
          <w:b/>
        </w:rPr>
        <w:t xml:space="preserve">[06:50] </w:t>
      </w:r>
      <w:r>
        <w:t>to in ki tadad das hazar se bhi ziyada hai.</w:t>
      </w:r>
    </w:p>
    <w:p>
      <w:pPr>
        <w:jc w:val="right"/>
      </w:pPr>
      <w:r>
        <w:t>تو ان کی تعداد دس ہزار سے بھی زیادہ ہے۔</w:t>
      </w:r>
    </w:p>
    <w:p>
      <w:r>
        <w:rPr>
          <w:b/>
        </w:rPr>
        <w:t xml:space="preserve">[06:56] </w:t>
      </w:r>
      <w:r>
        <w:t>isi ki wajah se hamein cheezein achhi lagti hain.</w:t>
      </w:r>
    </w:p>
    <w:p>
      <w:pPr>
        <w:jc w:val="right"/>
      </w:pPr>
      <w:r>
        <w:t>اسی کی وجہ سے ہمیں چیزیں اچھی لگتی ہیں۔</w:t>
      </w:r>
    </w:p>
    <w:p>
      <w:r>
        <w:rPr>
          <w:b/>
        </w:rPr>
        <w:t xml:space="preserve">[07:02] </w:t>
      </w:r>
      <w:r>
        <w:t>aur sirf zabaan ki baat nahi hai, hamara is poora body jo hai woh test buds se bhara hua hai.</w:t>
      </w:r>
    </w:p>
    <w:p>
      <w:pPr>
        <w:jc w:val="right"/>
      </w:pPr>
      <w:r>
        <w:t>اور صرف زبان کی بات نہیں ہے، ہمارا اس پورا باڈی جو ہے وہ ٹیسٹ برڈز سے بھرا ہوا ہے۔</w:t>
      </w:r>
    </w:p>
    <w:p>
      <w:r>
        <w:rPr>
          <w:b/>
        </w:rPr>
        <w:t xml:space="preserve">[07:09] </w:t>
      </w:r>
      <w:r>
        <w:t>misal ke taur par dekhiye, hari hari ghaas ho, us par</w:t>
      </w:r>
    </w:p>
    <w:p>
      <w:pPr>
        <w:jc w:val="right"/>
      </w:pPr>
      <w:r>
        <w:t>مثلاً دیکھیے، ہری ہری گھاس ہو، اس پر</w:t>
      </w:r>
    </w:p>
    <w:p>
      <w:r>
        <w:rPr>
          <w:b/>
        </w:rPr>
        <w:t xml:space="preserve">[07:15] </w:t>
      </w:r>
      <w:r>
        <w:t>khule paon se chalain, baghair joota pehne hue, to jo aap ke paon se, aap ka jo paon</w:t>
      </w:r>
    </w:p>
    <w:p>
      <w:pPr>
        <w:jc w:val="right"/>
      </w:pPr>
      <w:r>
        <w:t>کھلے پاؤں سے چلیں، بغیر جوتا پہنے ہوئے، تو جو آپ کے پاؤں سے، آپ کا جو پاؤں</w:t>
      </w:r>
    </w:p>
    <w:p>
      <w:r>
        <w:rPr>
          <w:b/>
        </w:rPr>
        <w:t xml:space="preserve">[07:23] </w:t>
      </w:r>
      <w:r>
        <w:t>touch karta hai ghaas par, is mein aap ko ajeeb lazzat milti hai.</w:t>
      </w:r>
    </w:p>
    <w:p>
      <w:pPr>
        <w:jc w:val="right"/>
      </w:pPr>
      <w:r>
        <w:t>ٹچ کرتا ہے گھاس پر، اس میں آپ کو عجیب لذت ملتی ہے۔</w:t>
      </w:r>
    </w:p>
    <w:p>
      <w:r>
        <w:rPr>
          <w:b/>
        </w:rPr>
        <w:t xml:space="preserve">[07:30] </w:t>
      </w:r>
      <w:r>
        <w:t>to har cheez mein sunne mein, dekhne mein, touch karne mein, khane mein, jitna bhi aap ko tajurba</w:t>
      </w:r>
    </w:p>
    <w:p>
      <w:pPr>
        <w:jc w:val="right"/>
      </w:pPr>
      <w:r>
        <w:t>تو ہر چیز میں سننے میں، دیکھنے میں، ٹچ کرنے میں، کھانے میں، جتنا بھی آپ کو تجربہ</w:t>
      </w:r>
    </w:p>
    <w:p>
      <w:r>
        <w:rPr>
          <w:b/>
        </w:rPr>
        <w:t xml:space="preserve">[07:38] </w:t>
      </w:r>
      <w:r>
        <w:t>hota hai, is is mein har tajurbe mein test hai,</w:t>
      </w:r>
    </w:p>
    <w:p>
      <w:pPr>
        <w:jc w:val="right"/>
      </w:pPr>
      <w:r>
        <w:t>ہوتا ہے، اس اس میں ہر تجربے میں ٹیسٹ ہے،</w:t>
      </w:r>
    </w:p>
    <w:p>
      <w:r>
        <w:rPr>
          <w:b/>
        </w:rPr>
        <w:t xml:space="preserve">[07:46] </w:t>
      </w:r>
      <w:r>
        <w:t>lazzat hai.</w:t>
      </w:r>
    </w:p>
    <w:p>
      <w:pPr>
        <w:jc w:val="right"/>
      </w:pPr>
      <w:r>
        <w:t>لذت ہے۔</w:t>
      </w:r>
    </w:p>
    <w:p>
      <w:r>
        <w:rPr>
          <w:b/>
        </w:rPr>
        <w:t xml:space="preserve">[07:56] </w:t>
      </w:r>
      <w:r>
        <w:t>to woh kyun hai? to sochte sochte meri samajh mein aaya ke lazzat yeh test naam hai is</w:t>
      </w:r>
    </w:p>
    <w:p>
      <w:pPr>
        <w:jc w:val="right"/>
      </w:pPr>
      <w:r>
        <w:t>تو وہ کیوں ہے؟ تو سوچتے سوچتے میری سمجھ میں آیا کہ لذت یہ ٹیسٹ نام ہے اس</w:t>
      </w:r>
    </w:p>
    <w:p>
      <w:r>
        <w:rPr>
          <w:b/>
        </w:rPr>
        <w:t xml:space="preserve">[08:06] </w:t>
      </w:r>
      <w:r>
        <w:t>baat ka ke Allah ne aap ki shakhsiyat mein, yeh jo personality aap ki hai, is mein marifat ke</w:t>
      </w:r>
    </w:p>
    <w:p>
      <w:pPr>
        <w:jc w:val="right"/>
      </w:pPr>
      <w:r>
        <w:t>بات کا کہ اللہ نے آپ کی شخصیت میں، یہ جو پرسنیلٹی آپ کی ہے، اس میں معرفت کے</w:t>
      </w:r>
    </w:p>
    <w:p>
      <w:r>
        <w:rPr>
          <w:b/>
        </w:rPr>
        <w:t xml:space="preserve">[08:16] </w:t>
      </w:r>
      <w:r>
        <w:t>zaeqa khaane bana diye hain, test buds.</w:t>
      </w:r>
    </w:p>
    <w:p>
      <w:pPr>
        <w:jc w:val="right"/>
      </w:pPr>
      <w:r>
        <w:t>ذائقہ خانے بنا دیے ہیں، ٹیسٹ برڈز۔</w:t>
      </w:r>
    </w:p>
    <w:p>
      <w:r>
        <w:rPr>
          <w:b/>
        </w:rPr>
        <w:t xml:space="preserve">[08:22] </w:t>
      </w:r>
      <w:r>
        <w:t>aur oopar se Allah ki taraf se inspiration hota rehta hai.</w:t>
      </w:r>
    </w:p>
    <w:p>
      <w:pPr>
        <w:jc w:val="right"/>
      </w:pPr>
      <w:r>
        <w:t>اور اوپر سے اللہ کی طرف سے انسپیریشن ہوتا رہتا ہے۔</w:t>
      </w:r>
    </w:p>
    <w:p>
      <w:r>
        <w:rPr>
          <w:b/>
        </w:rPr>
        <w:t xml:space="preserve">[08:28] </w:t>
      </w:r>
      <w:r>
        <w:t>to oopar se aanay walay jo inspirations hain, woh jab aap receive karte hain, aap ke buds, to</w:t>
      </w:r>
    </w:p>
    <w:p>
      <w:pPr>
        <w:jc w:val="right"/>
      </w:pPr>
      <w:r>
        <w:t>تو اوپر سے آنے والے جو انسپیریشنز ہیں، وہ جب آپ ریسیو کرتے ہیں، آپ کے برڈز، تو</w:t>
      </w:r>
    </w:p>
    <w:p>
      <w:r>
        <w:rPr>
          <w:b/>
        </w:rPr>
        <w:t xml:space="preserve">[08:34] </w:t>
      </w:r>
      <w:r>
        <w:t>aap ko lazzat, lazzat milti hai.</w:t>
      </w:r>
    </w:p>
    <w:p>
      <w:pPr>
        <w:jc w:val="right"/>
      </w:pPr>
      <w:r>
        <w:t>آپ کو لذت، لذت ملتی ہے۔</w:t>
      </w:r>
    </w:p>
    <w:p>
      <w:r>
        <w:rPr>
          <w:b/>
        </w:rPr>
        <w:t xml:space="preserve">[08:40] </w:t>
      </w:r>
      <w:r>
        <w:t>aap ke test birds ka Allah ki nematoun</w:t>
      </w:r>
    </w:p>
    <w:p>
      <w:pPr>
        <w:jc w:val="right"/>
      </w:pPr>
      <w:r>
        <w:t>آپ کے ٹیسٹ برڈز کا اللہ کی نعمتوں</w:t>
      </w:r>
    </w:p>
    <w:p>
      <w:r>
        <w:rPr>
          <w:b/>
        </w:rPr>
        <w:t xml:space="preserve">[08:46] </w:t>
      </w:r>
      <w:r>
        <w:t>ka, blessing ka receive karna, yahi, yahi, yahi lazzat hai, yahi khushkhabri hai, yahi pleasure hai.</w:t>
      </w:r>
    </w:p>
    <w:p>
      <w:pPr>
        <w:jc w:val="right"/>
      </w:pPr>
      <w:r>
        <w:t>کا، بلیسنگ کا ریسیو کرنا، یہی، یہی، یہی لذت ہے، یہی خوشخبری ہے، یہی پلیژر ہے۔</w:t>
      </w:r>
    </w:p>
    <w:p>
      <w:r>
        <w:rPr>
          <w:b/>
        </w:rPr>
        <w:t xml:space="preserve">[08:56] </w:t>
      </w:r>
      <w:r>
        <w:t>to subah ka waqt, 24 ghante mein jo waqt milta hai hamein, is mein, is mein subah ka</w:t>
      </w:r>
    </w:p>
    <w:p>
      <w:pPr>
        <w:jc w:val="right"/>
      </w:pPr>
      <w:r>
        <w:t>تو صبح کا وقت، 24 گھنٹے میں جو وقت ملتا ہے ہمیں، اس میں، اس میں صبح کا</w:t>
      </w:r>
    </w:p>
    <w:p>
      <w:r>
        <w:rPr>
          <w:b/>
        </w:rPr>
        <w:t xml:space="preserve">[09:06] </w:t>
      </w:r>
      <w:r>
        <w:t>waqt woh waqt hai jab ke Allah ki saare hi jo blessings hain, saare jo inspirations</w:t>
      </w:r>
    </w:p>
    <w:p>
      <w:pPr>
        <w:jc w:val="right"/>
      </w:pPr>
      <w:r>
        <w:t>وقت وہ وقت ہے جب کہ اللہ کی سارے ہی جو بلیسنگز ہیں، سارے جو انسپیریشنز</w:t>
      </w:r>
    </w:p>
    <w:p>
      <w:r>
        <w:rPr>
          <w:b/>
        </w:rPr>
        <w:t xml:space="preserve">[09:16] </w:t>
      </w:r>
      <w:r>
        <w:t>hain, aap ki taraf uth padte hain.</w:t>
      </w:r>
    </w:p>
    <w:p>
      <w:pPr>
        <w:jc w:val="right"/>
      </w:pPr>
      <w:r>
        <w:t>ہیں، آپ کی طرف اوٹ پڑتے ہیں۔</w:t>
      </w:r>
    </w:p>
    <w:p>
      <w:r>
        <w:rPr>
          <w:b/>
        </w:rPr>
        <w:t xml:space="preserve">[09:22] </w:t>
      </w:r>
      <w:r>
        <w:t>aur aap fresh hote hain us waqt un ko receive karne ke liye.</w:t>
      </w:r>
    </w:p>
    <w:p>
      <w:pPr>
        <w:jc w:val="right"/>
      </w:pPr>
      <w:r>
        <w:t>اور آپ فریش ہوتے ہیں اس وقت ان کو ریسیو کرنے کے لیے۔</w:t>
      </w:r>
    </w:p>
    <w:p>
      <w:r>
        <w:rPr>
          <w:b/>
        </w:rPr>
        <w:t xml:space="preserve">[09:29] </w:t>
      </w:r>
      <w:r>
        <w:t>to subah ka waqt is liye acha lagta hai, ab mujhe bachpan se acha lagta tha ke jab</w:t>
      </w:r>
    </w:p>
    <w:p>
      <w:pPr>
        <w:jc w:val="right"/>
      </w:pPr>
      <w:r>
        <w:t>تو صبح کا وقت اس لیے اچھا لگتا ہے، اب مجھے بچپن سے اچھا لگتا تھا کہ جب</w:t>
      </w:r>
    </w:p>
    <w:p>
      <w:r>
        <w:rPr>
          <w:b/>
        </w:rPr>
        <w:t xml:space="preserve">[09:35] </w:t>
      </w:r>
      <w:r>
        <w:t>baithta tha mein, khuli fiza hai, har taraf darakht hain, chidiya hain, pani, nadi ka pani beh raha</w:t>
      </w:r>
    </w:p>
    <w:p>
      <w:pPr>
        <w:jc w:val="right"/>
      </w:pPr>
      <w:r>
        <w:t>بیٹھتا تھا میں، کھلی فضا ہے، ہر طرف درخت ہیں، چڑیاں ہیں، پانی، ندی کا پانی بہہ رہا</w:t>
      </w:r>
    </w:p>
    <w:p>
      <w:r>
        <w:rPr>
          <w:b/>
        </w:rPr>
        <w:t xml:space="preserve">[09:41] </w:t>
      </w:r>
      <w:r>
        <w:t>hai, upar suraj nikla hua hai, mein pul par baitha hoon.</w:t>
      </w:r>
    </w:p>
    <w:p>
      <w:pPr>
        <w:jc w:val="right"/>
      </w:pPr>
      <w:r>
        <w:t>ہے، اوپر سورج نکلا ہوا ہے، میں پل پر بیٹھا ہوں۔</w:t>
      </w:r>
    </w:p>
    <w:p>
      <w:r>
        <w:rPr>
          <w:b/>
        </w:rPr>
        <w:t xml:space="preserve">[09:48] </w:t>
      </w:r>
      <w:r>
        <w:t>to us waqt Allah ke yeh inspirations aa rahe hain, aa rahe hain, aa rahe hain.</w:t>
      </w:r>
    </w:p>
    <w:p>
      <w:pPr>
        <w:jc w:val="right"/>
      </w:pPr>
      <w:r>
        <w:t>تو اس وقت اللہ کے یہ انسپیریشنز آ رہے ہیں، آ رہے ہیں، آ رہے ہیں۔</w:t>
      </w:r>
    </w:p>
    <w:p>
      <w:r>
        <w:rPr>
          <w:b/>
        </w:rPr>
        <w:t xml:space="preserve">[09:54] </w:t>
      </w:r>
      <w:r>
        <w:t>to meri personality in ko receive karti thi.</w:t>
      </w:r>
    </w:p>
    <w:p>
      <w:pPr>
        <w:jc w:val="right"/>
      </w:pPr>
      <w:r>
        <w:t>تو میری پرسنیلٹی ان کو ریسیو کرتی تھی۔</w:t>
      </w:r>
    </w:p>
    <w:p>
      <w:r>
        <w:rPr>
          <w:b/>
        </w:rPr>
        <w:t xml:space="preserve">[10:00] </w:t>
      </w:r>
      <w:r>
        <w:t>mere saare test birds jo hain, jo million billion hain mere jism mein, woh is ko receive karte</w:t>
      </w:r>
    </w:p>
    <w:p>
      <w:pPr>
        <w:jc w:val="right"/>
      </w:pPr>
      <w:r>
        <w:t>میرے سارے ٹیسٹ برڈز جو ہیں، جو ملین بلین ہیں میرے جسم میں، وہ اس کو ریسیو کرتے</w:t>
      </w:r>
    </w:p>
    <w:p>
      <w:r>
        <w:rPr>
          <w:b/>
        </w:rPr>
        <w:t xml:space="preserve">[10:06] </w:t>
      </w:r>
      <w:r>
        <w:t>the ya karte hain.</w:t>
      </w:r>
    </w:p>
    <w:p>
      <w:pPr>
        <w:jc w:val="right"/>
      </w:pPr>
      <w:r>
        <w:t>تھے یا کرتے ہیں۔</w:t>
      </w:r>
    </w:p>
    <w:p>
      <w:r>
        <w:rPr>
          <w:b/>
        </w:rPr>
        <w:t xml:space="preserve">[10:12] </w:t>
      </w:r>
      <w:r>
        <w:t>to is se ek ajeeb ghareeb, na qabil e bayan qism ka</w:t>
      </w:r>
    </w:p>
    <w:p>
      <w:pPr>
        <w:jc w:val="right"/>
      </w:pPr>
      <w:r>
        <w:t>تو اس سے ایک عجیب غریب، ناقابل بیان قسم کا</w:t>
      </w:r>
    </w:p>
    <w:p>
      <w:r>
        <w:rPr>
          <w:b/>
        </w:rPr>
        <w:t xml:space="preserve">[10:18] </w:t>
      </w:r>
      <w:r>
        <w:t>pleasure milta hai insaan ko.</w:t>
      </w:r>
    </w:p>
    <w:p>
      <w:pPr>
        <w:jc w:val="right"/>
      </w:pPr>
      <w:r>
        <w:t>پلیژر ملتا ہے انسان کو۔</w:t>
      </w:r>
    </w:p>
    <w:p>
      <w:r>
        <w:rPr>
          <w:b/>
        </w:rPr>
        <w:t xml:space="preserve">[10:25] </w:t>
      </w:r>
      <w:r>
        <w:t>yeh hai dunya mein jannat ka tajurba.</w:t>
      </w:r>
    </w:p>
    <w:p>
      <w:pPr>
        <w:jc w:val="right"/>
      </w:pPr>
      <w:r>
        <w:t>یہ ہے دنیا میں جنت کا تجربہ۔</w:t>
      </w:r>
    </w:p>
    <w:p>
      <w:r>
        <w:rPr>
          <w:b/>
        </w:rPr>
        <w:t xml:space="preserve">[10:32] </w:t>
      </w:r>
      <w:r>
        <w:t>woh jo hadith, woh jo Quran mein aaya hai ke "yadkhuluhumul jannata al rafala", jannat mein dakhil karega</w:t>
      </w:r>
    </w:p>
    <w:p>
      <w:pPr>
        <w:jc w:val="right"/>
      </w:pPr>
      <w:r>
        <w:t>وہ جو حدیث، وہ جو قرآن میں آیا ہے کہ "یدخلوہم الجنت الرفال"، جنت میں داخل کرے گا</w:t>
      </w:r>
    </w:p>
    <w:p>
      <w:r>
        <w:rPr>
          <w:b/>
        </w:rPr>
        <w:t xml:space="preserve">[10:39] </w:t>
      </w:r>
      <w:r>
        <w:t>un ko jis jannat ki unhon ne pehchan kara di hai, pehchan.</w:t>
      </w:r>
    </w:p>
    <w:p>
      <w:pPr>
        <w:jc w:val="right"/>
      </w:pPr>
      <w:r>
        <w:t>ان کو جس جنت کی انہوں نے پہچان کرا دی ہے، پہچان۔</w:t>
      </w:r>
    </w:p>
    <w:p>
      <w:r>
        <w:rPr>
          <w:b/>
        </w:rPr>
        <w:t xml:space="preserve">[10:45] </w:t>
      </w:r>
      <w:r>
        <w:t>to yeh to pehchan hai.</w:t>
      </w:r>
    </w:p>
    <w:p>
      <w:pPr>
        <w:jc w:val="right"/>
      </w:pPr>
      <w:r>
        <w:t>تو یہ تو پہچان ہے۔</w:t>
      </w:r>
    </w:p>
    <w:p>
      <w:r>
        <w:rPr>
          <w:b/>
        </w:rPr>
        <w:t xml:space="preserve">[10:52] </w:t>
      </w:r>
      <w:r>
        <w:t>jannat ki pehchan ka sab se acha waqt hota hai subah ka waqt.</w:t>
      </w:r>
    </w:p>
    <w:p>
      <w:pPr>
        <w:jc w:val="right"/>
      </w:pPr>
      <w:r>
        <w:t>جنت کی پہچان کا سب سے اچھا وقت ہوتا ہے صبح کا وقت۔</w:t>
      </w:r>
    </w:p>
    <w:p>
      <w:r>
        <w:rPr>
          <w:b/>
        </w:rPr>
        <w:t xml:space="preserve">[10:57] </w:t>
      </w:r>
      <w:r>
        <w:t>subah ka waqt.</w:t>
      </w:r>
    </w:p>
    <w:p>
      <w:pPr>
        <w:jc w:val="right"/>
      </w:pPr>
      <w:r>
        <w:t>صبح کا وقت۔</w:t>
      </w:r>
    </w:p>
    <w:p>
      <w:r>
        <w:rPr>
          <w:b/>
        </w:rPr>
        <w:t xml:space="preserve">[11:03] </w:t>
      </w:r>
      <w:r>
        <w:t>to jannat ki pehchan adel di jati hai.</w:t>
      </w:r>
    </w:p>
    <w:p>
      <w:pPr>
        <w:jc w:val="right"/>
      </w:pPr>
      <w:r>
        <w:t>تو جنت کی پہچان اڈیل دی جاتی ہے۔</w:t>
      </w:r>
    </w:p>
    <w:p>
      <w:r>
        <w:rPr>
          <w:b/>
        </w:rPr>
        <w:t xml:space="preserve">[11:08] </w:t>
      </w:r>
      <w:r>
        <w:t>subah ke waqt jannat ki pehchan adel di jati hai.</w:t>
      </w:r>
    </w:p>
    <w:p>
      <w:pPr>
        <w:jc w:val="right"/>
      </w:pPr>
      <w:r>
        <w:t>صبح کے وقت جنت کی پہچان اڈیل دی جاتی ہے۔</w:t>
      </w:r>
    </w:p>
    <w:p>
      <w:r>
        <w:rPr>
          <w:b/>
        </w:rPr>
        <w:t xml:space="preserve">[11:13] </w:t>
      </w:r>
      <w:r>
        <w:t>Allah ki blessing, Allah ki nemat hai, woh inspiration ke zariye upar se aati hai.</w:t>
      </w:r>
    </w:p>
    <w:p>
      <w:pPr>
        <w:jc w:val="right"/>
      </w:pPr>
      <w:r>
        <w:t>اللہ کی بلیسنگ، اللہ کی نعمت ہے، وہ انسپیریشن کے ذریعے اوپر سے آتی ہے۔</w:t>
      </w:r>
    </w:p>
    <w:p>
      <w:r>
        <w:rPr>
          <w:b/>
        </w:rPr>
        <w:t xml:space="preserve">[11:18] </w:t>
      </w:r>
      <w:r>
        <w:t>ab jo is ko receive karta hai,</w:t>
      </w:r>
    </w:p>
    <w:p>
      <w:pPr>
        <w:jc w:val="right"/>
      </w:pPr>
      <w:r>
        <w:t>اب جو اس کو ریسیو کرتا ہے،</w:t>
      </w:r>
    </w:p>
    <w:p>
      <w:r>
        <w:rPr>
          <w:b/>
        </w:rPr>
        <w:t xml:space="preserve">[11:24] </w:t>
      </w:r>
      <w:r>
        <w:t>is inspiration ko apne test birds ke through, to woh ajeeb ghareeb qism ki us ko lazzat milti hai.</w:t>
      </w:r>
    </w:p>
    <w:p>
      <w:pPr>
        <w:jc w:val="right"/>
      </w:pPr>
      <w:r>
        <w:t>اس انسپیریشن کو اپنے ٹیسٹ برڈز کے تھرو، تو وہ عجیب غریب قسم کی اس کو لذت ملتی ہے۔</w:t>
      </w:r>
    </w:p>
    <w:p>
      <w:r>
        <w:rPr>
          <w:b/>
        </w:rPr>
        <w:t xml:space="preserve">[11:30] </w:t>
      </w:r>
      <w:r>
        <w:t>isi liye subah ko bohat acha lagta hai.</w:t>
      </w:r>
    </w:p>
    <w:p>
      <w:pPr>
        <w:jc w:val="right"/>
      </w:pPr>
      <w:r>
        <w:t>اسی لیے صبح کو بہت اچھا لگتا ہے۔</w:t>
      </w:r>
    </w:p>
    <w:p>
      <w:r>
        <w:rPr>
          <w:b/>
        </w:rPr>
        <w:t xml:space="preserve">[11:36] </w:t>
      </w:r>
      <w:r>
        <w:t>to yeh hai jannat.</w:t>
      </w:r>
    </w:p>
    <w:p>
      <w:pPr>
        <w:jc w:val="right"/>
      </w:pPr>
      <w:r>
        <w:t>تو یہ ہے جنت۔</w:t>
      </w:r>
    </w:p>
    <w:p>
      <w:r>
        <w:rPr>
          <w:b/>
        </w:rPr>
        <w:t xml:space="preserve">[11:42] </w:t>
      </w:r>
      <w:r>
        <w:t>insan ko Allah ne paida kiya ke woh is jannat mein base.</w:t>
      </w:r>
    </w:p>
    <w:p>
      <w:pPr>
        <w:jc w:val="right"/>
      </w:pPr>
      <w:r>
        <w:t>انسان کو اللہ نے پیدا کیا کہ وہ اس جنت میں بسے۔</w:t>
      </w:r>
    </w:p>
    <w:p>
      <w:r>
        <w:rPr>
          <w:b/>
        </w:rPr>
        <w:t xml:space="preserve">[11:48] </w:t>
      </w:r>
      <w:r>
        <w:t>dekhiye, jannat ko</w:t>
      </w:r>
    </w:p>
    <w:p>
      <w:pPr>
        <w:jc w:val="right"/>
      </w:pPr>
      <w:r>
        <w:t>دیکھیے، جنت کو</w:t>
      </w:r>
    </w:p>
    <w:p>
      <w:r>
        <w:rPr>
          <w:b/>
        </w:rPr>
        <w:t xml:space="preserve">[11:54] </w:t>
      </w:r>
      <w:r>
        <w:t>discover karne ke liye sab se pehle aap ko Allah Rab ul Alameen ko discover karna parta hai. agar aap ko Allah Rab ul Alameen ki discovery na hui ho to aap jannat ko bhi discover nahi karenge. kyunke baat kya hai? abadi tor par yahan ek Khuda tha, ek atal being, eternal being. Allah R</w:t>
      </w:r>
    </w:p>
    <w:p>
      <w:pPr>
        <w:jc w:val="right"/>
      </w:pPr>
      <w:r>
        <w:t>ڈسکور کرنے کے لیے سب سے پہلے آپ کو اللہ رب العالمین کو ڈسکور کرنا پڑتا ہے۔ اگر آپ کو اللہ رب العالمین کی ڈسکوری نہ ہوئی ہو تو آپ جنت کو بھی ڈسکور نہیں کریں گے۔ کیونکہ بات کیا ہے؟ ابدی طور پر یہاں ایک خدا تھا، ایک اٹل بینگ، ایٹرنل بینگ۔ اللہ ر</w:t>
      </w:r>
    </w:p>
    <w:p>
      <w:r>
        <w:rPr>
          <w:b/>
        </w:rPr>
        <w:t xml:space="preserve">[12:24] </w:t>
      </w:r>
      <w:r>
        <w:t>ab ul Alameen ne socha, yaani matlab aisa lagta hai Quran ko parh ke ke is ke paas jo pleasure ka khazana hai, Allah ke paas pleasure ka khazana hai, kis ko de? Allah ne chaha ke is pleasure ke khazane ko de kisi ko. is ke liye is ne dunya banai. khalaq al maut wal hayat, l</w:t>
      </w:r>
    </w:p>
    <w:p>
      <w:pPr>
        <w:jc w:val="right"/>
      </w:pPr>
      <w:r>
        <w:t>ب العالمین نے سوچا، یعنی مطلب ایسا لگتا ہے قرآن کو پڑھ کے کہ اس کے پاس جو پلیژر کا خزانہ ہے، اللہ کے پاس پلیژر کا خزانہ ہے، کس کو دے؟ اللہ نے چاہا کہ اس پلیژر کے خزانے کو دے کسی کو۔ اس کے لیے اس نے دنیا بنائی۔ خلق الموت والحیات، ل</w:t>
      </w:r>
    </w:p>
    <w:p>
      <w:r>
        <w:rPr>
          <w:b/>
        </w:rPr>
        <w:t xml:space="preserve">[12:54] </w:t>
      </w:r>
      <w:r>
        <w:t>e insaan ko paida kiya. aur yeh tay kiya ke insanon mein jo asal noul hoga, asal noul, best deed wala, us ko chuna jayega, us ko select kiya jayega. aur selected logon ka ek ek ek society baney</w:t>
      </w:r>
    </w:p>
    <w:p>
      <w:pPr>
        <w:jc w:val="right"/>
      </w:pPr>
      <w:r>
        <w:t>ے انسان کو پیدا کیا۔ اور یہ طے کیا کہ انسانوں میں جو اصل نول ہوگا، اصل نول، بیسٹ ڈیڈ والا، اس کو چنا جائے گا، اس کو سلیکٹ کیا جائے گا۔ اور سلیکٹڈ لوگوں کا ایک ایک ایک سوسائٹی بنے</w:t>
      </w:r>
    </w:p>
    <w:p>
      <w:r>
        <w:rPr>
          <w:b/>
        </w:rPr>
        <w:t xml:space="preserve">[13:24] </w:t>
      </w:r>
      <w:r>
        <w:t>gi. main samajhta hoon ke jannat ka jo tasawwur hai Quran mein, woh yahi hai. yahi hai. oolaika al momineen wa siddiqeen wa shuhada wa saliheena wa hasuna oolaika rafeeqah. yaani us ko le kar aisa lagta hai ke jannat husn-e-rifaqat ka muashra hai. yaani best dear, dear bo</w:t>
      </w:r>
    </w:p>
    <w:p>
      <w:pPr>
        <w:jc w:val="right"/>
      </w:pPr>
      <w:r>
        <w:t>گی۔ میں سمجھتا ہوں کہ جنت کا جو تصور ہے قرآن میں، وہ یہی ہے۔ یہی ہے۔ اولائک مونبین و صدیقین و شہدائے وصالحین و حسن اولائک رفیقہ۔ یعنی اس کو لے کر ایسا لگتا ہے کہ جنت حسن رفاقت کا معاشرہ ہے۔ یعنی بیسٹ ڈیئر، ڈیئر بو</w:t>
      </w:r>
    </w:p>
    <w:p>
      <w:r>
        <w:rPr>
          <w:b/>
        </w:rPr>
        <w:t xml:space="preserve">[13:54] </w:t>
      </w:r>
      <w:r>
        <w:t>t, best neighborhood ka ki society. aisi societies mein saare log bohat hi zyada aala character ke hon. woh kabhi kisi ke liye looseness na create karen, kisi ke liye problem na banen, kisi ke liye hate un ke andar na ho. to behtareen, poori poori history ke, is poori hist</w:t>
      </w:r>
    </w:p>
    <w:p>
      <w:pPr>
        <w:jc w:val="right"/>
      </w:pPr>
      <w:r>
        <w:t>ٹ، بیسٹ نیبرہڈ کا کی سوسائٹی۔ ایسی سوسائٹیز میں سارے لوگ بہت ہی زیادہ اعلیٰ کریکٹر کے ہوں۔ وہ کبھی کسی کے لیے لوسنس نہ کریٹ کریں، کسی کے لیے پرابلم نہ بنیں، کسی کے لیے ہیٹ ان کے اندر نہ ہو۔ تو بہترین، پوری پوری ہسٹری کے، اس پوری ہسٹ</w:t>
      </w:r>
    </w:p>
    <w:p>
      <w:r>
        <w:rPr>
          <w:b/>
        </w:rPr>
        <w:t xml:space="preserve">[14:24] </w:t>
      </w:r>
      <w:r>
        <w:t>re ke behtareen logon ka ko chuna jaye ga, un ko select kiya jaye ga.</w:t>
      </w:r>
    </w:p>
    <w:p>
      <w:pPr>
        <w:jc w:val="right"/>
      </w:pPr>
      <w:r>
        <w:t>ری کے بہترین لوگوں کا کو چنا جائے گا، ان کو سلیکٹ کیا جائے گا۔</w:t>
      </w:r>
    </w:p>
    <w:p>
      <w:r>
        <w:rPr>
          <w:b/>
        </w:rPr>
        <w:t xml:space="preserve">[14:30] </w:t>
      </w:r>
      <w:r>
        <w:t>aur un ko ek basaya jaye ga ek bagh mein.</w:t>
      </w:r>
    </w:p>
    <w:p>
      <w:pPr>
        <w:jc w:val="right"/>
      </w:pPr>
      <w:r>
        <w:t>اور ان کو ایک بسایا جائے گا ایک باغ میں۔</w:t>
      </w:r>
    </w:p>
    <w:p>
      <w:r>
        <w:rPr>
          <w:b/>
        </w:rPr>
        <w:t xml:space="preserve">[14:36] </w:t>
      </w:r>
      <w:r>
        <w:t>isi ka naam jannat hai.</w:t>
      </w:r>
    </w:p>
    <w:p>
      <w:pPr>
        <w:jc w:val="right"/>
      </w:pPr>
      <w:r>
        <w:t>اسی کا نام جنت ہے۔</w:t>
      </w:r>
    </w:p>
    <w:p>
      <w:r>
        <w:rPr>
          <w:b/>
        </w:rPr>
        <w:t xml:space="preserve">[14:42] </w:t>
      </w:r>
      <w:r>
        <w:t>to hum aap jo hai is waqt kahan hain? hum woh is waqt selecting ground mein hain.</w:t>
      </w:r>
    </w:p>
    <w:p>
      <w:pPr>
        <w:jc w:val="right"/>
      </w:pPr>
      <w:r>
        <w:t>تو ہم آپ جو ہے اس وقت کہاں ہیں؟ ہم وہ اس وقت سلیکٹ، سلیکٹنگ گراؤنڈ میں ہیں۔</w:t>
      </w:r>
    </w:p>
    <w:p>
      <w:r>
        <w:rPr>
          <w:b/>
        </w:rPr>
        <w:t xml:space="preserve">[14:48] </w:t>
      </w:r>
      <w:r>
        <w:t>yani aise afraad ka chunaao ho raha hai</w:t>
      </w:r>
    </w:p>
    <w:p>
      <w:pPr>
        <w:jc w:val="right"/>
      </w:pPr>
      <w:r>
        <w:t>یعنی ایسے افراد کا چناؤ ہو رہا ہے</w:t>
      </w:r>
    </w:p>
    <w:p>
      <w:r>
        <w:rPr>
          <w:b/>
        </w:rPr>
        <w:t xml:space="preserve">[14:54] </w:t>
      </w:r>
      <w:r>
        <w:t>jo jannat mein basane ke liye deserving candidate ban saken.</w:t>
      </w:r>
    </w:p>
    <w:p>
      <w:pPr>
        <w:jc w:val="right"/>
      </w:pPr>
      <w:r>
        <w:t>جو جنت میں بسانے کے لیے ڈیزروونگ کینڈیڈیٹ بن سکیں۔</w:t>
      </w:r>
    </w:p>
    <w:p>
      <w:r>
        <w:rPr>
          <w:b/>
        </w:rPr>
        <w:t xml:space="preserve">[15:04] </w:t>
      </w:r>
      <w:r>
        <w:t>to yeh jo hum ko subah ke waqt jo tajurba hota hai, yeh jannat ka, jannat ka yeh</w:t>
      </w:r>
    </w:p>
    <w:p>
      <w:pPr>
        <w:jc w:val="right"/>
      </w:pPr>
      <w:r>
        <w:t>تو یہ جو ہم کو صبح کے وقت جو تجربہ ہوتا ہے، یہ جنت کا، جنت کا یہ</w:t>
      </w:r>
    </w:p>
    <w:p>
      <w:r>
        <w:rPr>
          <w:b/>
        </w:rPr>
        <w:t xml:space="preserve">[15:14] </w:t>
      </w:r>
      <w:r>
        <w:t>ibtedai, ibtedai test hai. jannat ka</w:t>
      </w:r>
    </w:p>
    <w:p>
      <w:pPr>
        <w:jc w:val="right"/>
      </w:pPr>
      <w:r>
        <w:t>ابتدائی، ابتدائی ٹیسٹ ہے۔ جنت کا</w:t>
      </w:r>
    </w:p>
    <w:p>
      <w:r>
        <w:rPr>
          <w:b/>
        </w:rPr>
        <w:t xml:space="preserve">[15:24] </w:t>
      </w:r>
      <w:r>
        <w:t>peshagi tor par aap ko is ka ek test diya ja raha hai.</w:t>
      </w:r>
    </w:p>
    <w:p>
      <w:pPr>
        <w:jc w:val="right"/>
      </w:pPr>
      <w:r>
        <w:t>پیشگی طور پر آپ کو اس کا ایک ٹیسٹ دیا جا رہا ہے۔</w:t>
      </w:r>
    </w:p>
    <w:p>
      <w:r>
        <w:rPr>
          <w:b/>
        </w:rPr>
        <w:t xml:space="preserve">[15:32] </w:t>
      </w:r>
      <w:r>
        <w:t>is ki jo khushgawari hai, is ka ek jhonka aap ko mil raha hai.</w:t>
      </w:r>
    </w:p>
    <w:p>
      <w:pPr>
        <w:jc w:val="right"/>
      </w:pPr>
      <w:r>
        <w:t>اس کی جو خوشگواری ہے، اس کا ایک جھونکا آپ کو مل رہا ہے۔</w:t>
      </w:r>
    </w:p>
    <w:p>
      <w:r>
        <w:rPr>
          <w:b/>
        </w:rPr>
        <w:t xml:space="preserve">[15:39] </w:t>
      </w:r>
      <w:r>
        <w:t>jannat, aaj ki dunya jo hai, jannat ki ek glimpses, glimpses hai.</w:t>
      </w:r>
    </w:p>
    <w:p>
      <w:pPr>
        <w:jc w:val="right"/>
      </w:pPr>
      <w:r>
        <w:t>جنت، آج کی دنیا جو ہے، جنت کی ایک گلمز، گلمز ہے۔</w:t>
      </w:r>
    </w:p>
    <w:p>
      <w:r>
        <w:rPr>
          <w:b/>
        </w:rPr>
        <w:t xml:space="preserve">[15:47] </w:t>
      </w:r>
      <w:r>
        <w:t>aap sochiye ke kitna zyada qeemti hai yeh opportunity</w:t>
      </w:r>
    </w:p>
    <w:p>
      <w:pPr>
        <w:jc w:val="right"/>
      </w:pPr>
      <w:r>
        <w:t>آپ سوچیے کہ کتنا زیادہ قیمتی ہے یہ اپرچونیٹی</w:t>
      </w:r>
    </w:p>
    <w:p>
      <w:r>
        <w:rPr>
          <w:b/>
        </w:rPr>
        <w:t xml:space="preserve">[15:54] </w:t>
      </w:r>
      <w:r>
        <w:t>jo hamein is dunya mein 70 saal, 80 saal ki shakal mein milti hai.</w:t>
      </w:r>
    </w:p>
    <w:p>
      <w:pPr>
        <w:jc w:val="right"/>
      </w:pPr>
      <w:r>
        <w:t>جو ہمیں اس دنیا میں 70 سال، 80 سال کی شکل میں ملتی ہے۔</w:t>
      </w:r>
    </w:p>
    <w:p>
      <w:r>
        <w:rPr>
          <w:b/>
        </w:rPr>
        <w:t xml:space="preserve">[16:02] </w:t>
      </w:r>
      <w:r>
        <w:t>is ka ek second ka fraction bhi agar hum khote hain to karoron aur arbon aur million billion</w:t>
      </w:r>
    </w:p>
    <w:p>
      <w:pPr>
        <w:jc w:val="right"/>
      </w:pPr>
      <w:r>
        <w:t>اس کا ایک سیکنڈ کا فریکشن بھی اگر ہم کھوتے ہیں تو کروڑوں اور اربوں اور ملین بلین</w:t>
      </w:r>
    </w:p>
    <w:p>
      <w:r>
        <w:rPr>
          <w:b/>
        </w:rPr>
        <w:t xml:space="preserve">[16:09] </w:t>
      </w:r>
      <w:r>
        <w:t>saal tak hum is ka, is ka afsos rahe ga.</w:t>
      </w:r>
    </w:p>
    <w:p>
      <w:pPr>
        <w:jc w:val="right"/>
      </w:pPr>
      <w:r>
        <w:t>سال تک ہم اس کا، اس کا افسوس رہے گا۔</w:t>
      </w:r>
    </w:p>
    <w:p>
      <w:r>
        <w:rPr>
          <w:b/>
        </w:rPr>
        <w:t xml:space="preserve">[16:17] </w:t>
      </w:r>
      <w:r>
        <w:t>is ka afsos rahe ga. to</w:t>
      </w:r>
    </w:p>
    <w:p>
      <w:pPr>
        <w:jc w:val="right"/>
      </w:pPr>
      <w:r>
        <w:t>اس کا افسوس رہے گا۔ تو</w:t>
      </w:r>
    </w:p>
    <w:p>
      <w:r>
        <w:rPr>
          <w:b/>
        </w:rPr>
        <w:t xml:space="preserve">[16:24] </w:t>
      </w:r>
      <w:r>
        <w:t>jannat, abhi jo ayaten parhi gayeen, is mein yeh hai ke jannat mein ek ek tree tha jis</w:t>
      </w:r>
    </w:p>
    <w:p>
      <w:pPr>
        <w:jc w:val="right"/>
      </w:pPr>
      <w:r>
        <w:t>جنت، ابھی جو آیتیں پڑھی گئیں، اس میں یہ ہے کہ جنت میں ایک ایک ٹری تھا جس</w:t>
      </w:r>
    </w:p>
    <w:p>
      <w:r>
        <w:rPr>
          <w:b/>
        </w:rPr>
        <w:t xml:space="preserve">[16:29] </w:t>
      </w:r>
      <w:r>
        <w:t>ko kehte hain shajar mamnooa, forbidden tree.</w:t>
      </w:r>
    </w:p>
    <w:p>
      <w:pPr>
        <w:jc w:val="right"/>
      </w:pPr>
      <w:r>
        <w:t>کو کہتے ہیں شجر ممنوعہ، فاربیڈن ٹری۔</w:t>
      </w:r>
    </w:p>
    <w:p>
      <w:r>
        <w:rPr>
          <w:b/>
        </w:rPr>
        <w:t xml:space="preserve">[16:34] </w:t>
      </w:r>
      <w:r>
        <w:t>dekhiye, forbidden tree kya hai? logon ne tarah tarah ke guess kiye hain.</w:t>
      </w:r>
    </w:p>
    <w:p>
      <w:pPr>
        <w:jc w:val="right"/>
      </w:pPr>
      <w:r>
        <w:t>دیکھیے، فاربیڈن ٹری کیا ہے؟ لوگوں نے طرح طرح کے گیس کیے ہیں۔</w:t>
      </w:r>
    </w:p>
    <w:p>
      <w:r>
        <w:rPr>
          <w:b/>
        </w:rPr>
        <w:t xml:space="preserve">[16:39] </w:t>
      </w:r>
      <w:r>
        <w:t>koi kehta hai yeh hoga, yeh hoga, woh hoga.</w:t>
      </w:r>
    </w:p>
    <w:p>
      <w:pPr>
        <w:jc w:val="right"/>
      </w:pPr>
      <w:r>
        <w:t>کوئی کہتا ہے یہ ہوگا، یہ ہوگا، وہ ہوگا۔</w:t>
      </w:r>
    </w:p>
    <w:p>
      <w:r>
        <w:rPr>
          <w:b/>
        </w:rPr>
        <w:t xml:space="preserve">[16:44] </w:t>
      </w:r>
      <w:r>
        <w:t>mein ne is pe bohat socha, bohat socha.</w:t>
      </w:r>
    </w:p>
    <w:p>
      <w:pPr>
        <w:jc w:val="right"/>
      </w:pPr>
      <w:r>
        <w:t>میں نے اس پہ بہت سوچا، بہت سوچا۔</w:t>
      </w:r>
    </w:p>
    <w:p>
      <w:r>
        <w:rPr>
          <w:b/>
        </w:rPr>
        <w:t xml:space="preserve">[16:49] </w:t>
      </w:r>
      <w:r>
        <w:t>to aaj jab mein</w:t>
      </w:r>
    </w:p>
    <w:p>
      <w:pPr>
        <w:jc w:val="right"/>
      </w:pPr>
      <w:r>
        <w:t>تو آج جب میں</w:t>
      </w:r>
    </w:p>
    <w:p>
      <w:r>
        <w:rPr>
          <w:b/>
        </w:rPr>
        <w:t xml:space="preserve">[16:54] </w:t>
      </w:r>
      <w:r>
        <w:t>بیٹھا ہوا تھا صبح کے ان لمحات میں اور وہ مجھے اس کا experience ہو رہا تھا، تو</w:t>
      </w:r>
    </w:p>
    <w:p>
      <w:pPr>
        <w:jc w:val="right"/>
      </w:pPr>
      <w:r>
        <w:t>بیٹھا ہوا تھا صبح کے ان لمحات میں اور وہ مجھے اس کا ایکسپیرینس ہو رہا تھا، تو</w:t>
      </w:r>
    </w:p>
    <w:p>
      <w:r>
        <w:rPr>
          <w:b/>
        </w:rPr>
        <w:t xml:space="preserve">[17:05] </w:t>
      </w:r>
      <w:r>
        <w:t>mujhe samajh mein aaya ke shajar mamnooa darasal hai alamaati taur par, yaani symbolic system mein distraction ka</w:t>
      </w:r>
    </w:p>
    <w:p>
      <w:pPr>
        <w:jc w:val="right"/>
      </w:pPr>
      <w:r>
        <w:t>مجھے سمجھ میں آیا کہ شجر ممنوعہ دراصل ہے علامتی طور پر، یعنی سمبولک سسٹم میں ڈسٹریکشن کا</w:t>
      </w:r>
    </w:p>
    <w:p>
      <w:r>
        <w:rPr>
          <w:b/>
        </w:rPr>
        <w:t xml:space="preserve">[17:16] </w:t>
      </w:r>
      <w:r>
        <w:t>darakht, darakht se distraction ka peir.</w:t>
      </w:r>
    </w:p>
    <w:p>
      <w:pPr>
        <w:jc w:val="right"/>
      </w:pPr>
      <w:r>
        <w:t>درخت، درخت سے ڈسٹریکشن کا پیڑ۔</w:t>
      </w:r>
    </w:p>
    <w:p>
      <w:r>
        <w:rPr>
          <w:b/>
        </w:rPr>
        <w:t xml:space="preserve">[17:26] </w:t>
      </w:r>
      <w:r>
        <w:t>yaani jannat mein har cheez bohat achhi hogi.</w:t>
      </w:r>
    </w:p>
    <w:p>
      <w:pPr>
        <w:jc w:val="right"/>
      </w:pPr>
      <w:r>
        <w:t>یعنی جنت میں ہر چیز بہت اچھی ہوگی۔</w:t>
      </w:r>
    </w:p>
    <w:p>
      <w:r>
        <w:rPr>
          <w:b/>
        </w:rPr>
        <w:t xml:space="preserve">[17:34] </w:t>
      </w:r>
      <w:r>
        <w:t>isi mein aik darakht, woh darakht koi aisa nahi ke woh darakht koi, yaani extraordinary koi darakht hoga.</w:t>
      </w:r>
    </w:p>
    <w:p>
      <w:pPr>
        <w:jc w:val="right"/>
      </w:pPr>
      <w:r>
        <w:t>اسی میں ایک درخت، وہ درخت کوئی ایسا نہیں کہ وہ درخت کوئی، یعنی ایکسٹرا آرڈنری کوئی درخت ہوگا۔</w:t>
      </w:r>
    </w:p>
    <w:p>
      <w:r>
        <w:rPr>
          <w:b/>
        </w:rPr>
        <w:t xml:space="preserve">[17:41] </w:t>
      </w:r>
      <w:r>
        <w:t>woh bohat zyada different aisa nahi hai.</w:t>
      </w:r>
    </w:p>
    <w:p>
      <w:pPr>
        <w:jc w:val="right"/>
      </w:pPr>
      <w:r>
        <w:t>وہ بہت زیادہ ڈفرنٹ ایسا نہیں ہے۔</w:t>
      </w:r>
    </w:p>
    <w:p>
      <w:r>
        <w:rPr>
          <w:b/>
        </w:rPr>
        <w:t xml:space="preserve">[17:49] </w:t>
      </w:r>
      <w:r>
        <w:t>bas is ki shanakht kar di jaye gi ke yeh hai darakht jis ko tumhein chhoona nahi hai, is ke</w:t>
      </w:r>
    </w:p>
    <w:p>
      <w:pPr>
        <w:jc w:val="right"/>
      </w:pPr>
      <w:r>
        <w:t>بس اس کی شناخت کر دی جائے گی کہ یہ ہے درخت جس کو تمہیں چھونا نہیں ہے، اس کے</w:t>
      </w:r>
    </w:p>
    <w:p>
      <w:r>
        <w:rPr>
          <w:b/>
        </w:rPr>
        <w:t xml:space="preserve">[17:56] </w:t>
      </w:r>
      <w:r>
        <w:t>paas nahi jana.</w:t>
      </w:r>
    </w:p>
    <w:p>
      <w:pPr>
        <w:jc w:val="right"/>
      </w:pPr>
      <w:r>
        <w:t>پاس نہیں جانا۔</w:t>
      </w:r>
    </w:p>
    <w:p>
      <w:r>
        <w:rPr>
          <w:b/>
        </w:rPr>
        <w:t xml:space="preserve">[18:02] </w:t>
      </w:r>
      <w:r>
        <w:t>woh, woh, woh jo peir hoga, meri samajh se woh peir hoga tree of distraction.</w:t>
      </w:r>
    </w:p>
    <w:p>
      <w:pPr>
        <w:jc w:val="right"/>
      </w:pPr>
      <w:r>
        <w:t>وہ، وہ، وہ جو پیڑ ہوگا، میری سمجھ سے وہ پیڑ ہوگا ٹری آف ڈسٹریکشن۔</w:t>
      </w:r>
    </w:p>
    <w:p>
      <w:r>
        <w:rPr>
          <w:b/>
        </w:rPr>
        <w:t xml:space="preserve">[18:08] </w:t>
      </w:r>
      <w:r>
        <w:t>symbolic system mein is dunya mein jo cheez insaan ko jannat se mehroom karti hai, woh sirf aik cheez hai.</w:t>
      </w:r>
    </w:p>
    <w:p>
      <w:pPr>
        <w:jc w:val="right"/>
      </w:pPr>
      <w:r>
        <w:t>سمبولک سسٹم میں اس دنیا میں جو چیز انسان کو جنت سے محروم کرتی ہے، وہ صرف ایک چیز ہے۔</w:t>
      </w:r>
    </w:p>
    <w:p>
      <w:r>
        <w:rPr>
          <w:b/>
        </w:rPr>
        <w:t xml:space="preserve">[18:14] </w:t>
      </w:r>
      <w:r>
        <w:t>yaad rakhiye, woh distraction.</w:t>
      </w:r>
    </w:p>
    <w:p>
      <w:pPr>
        <w:jc w:val="right"/>
      </w:pPr>
      <w:r>
        <w:t>یاد رکھیے، وہ ڈسٹریکشن۔</w:t>
      </w:r>
    </w:p>
    <w:p>
      <w:r>
        <w:rPr>
          <w:b/>
        </w:rPr>
        <w:t xml:space="preserve">[18:20] </w:t>
      </w:r>
      <w:r>
        <w:t>distraction se apne aap ko bachaiye. distrac</w:t>
      </w:r>
    </w:p>
    <w:p>
      <w:pPr>
        <w:jc w:val="right"/>
      </w:pPr>
      <w:r>
        <w:t>ڈسٹریکشن سے اپنے آپ کو بچائیے۔ ڈسٹریک</w:t>
      </w:r>
    </w:p>
    <w:p>
      <w:r>
        <w:rPr>
          <w:b/>
        </w:rPr>
        <w:t xml:space="preserve">[18:26] </w:t>
      </w:r>
      <w:r>
        <w:t>tion se apne aap ko bachaiye. jaise aaj main ne ek qissa parha, ek ek aurat ka. woh ghaliban koi is ki aurat hai jo acting karti hai, shayad. to behrhaal is ka bachcha paida hua, beta</w:t>
      </w:r>
    </w:p>
    <w:p>
      <w:pPr>
        <w:jc w:val="right"/>
      </w:pPr>
      <w:r>
        <w:t>شن سے اپنے آپ کو بچائیے۔ جیسے آج میں نے ایک قصہ پڑھا، ایک ایک عورت کا۔ وہ غالباً کوئی اس کی عورت ہے جو ایکٹنگ کرتی ہے، شاید۔ تو بہرحال اس کا بچہ پیدا ہوا، بیٹا</w:t>
      </w:r>
    </w:p>
    <w:p>
      <w:r>
        <w:rPr>
          <w:b/>
        </w:rPr>
        <w:t xml:space="preserve">[18:56] </w:t>
      </w:r>
      <w:r>
        <w:t>.</w:t>
      </w:r>
    </w:p>
    <w:p>
      <w:pPr>
        <w:jc w:val="right"/>
      </w:pPr>
      <w:r>
        <w:t>۔</w:t>
      </w:r>
    </w:p>
    <w:p>
      <w:r>
        <w:rPr>
          <w:b/>
        </w:rPr>
        <w:t xml:space="preserve">[19:01] </w:t>
      </w:r>
      <w:r>
        <w:t>phir shadi hui, phir is ka beta paida hua.</w:t>
      </w:r>
    </w:p>
    <w:p>
      <w:pPr>
        <w:jc w:val="right"/>
      </w:pPr>
      <w:r>
        <w:t>پھر شادی ہوئی، پھر اس کا بیٹا پیدا ہوا۔</w:t>
      </w:r>
    </w:p>
    <w:p>
      <w:r>
        <w:rPr>
          <w:b/>
        </w:rPr>
        <w:t xml:space="preserve">[19:07] </w:t>
      </w:r>
      <w:r>
        <w:t>to woh kehti hai khud ke bete ko jab mein ne apni god mein liya, bete ko jab</w:t>
      </w:r>
    </w:p>
    <w:p>
      <w:pPr>
        <w:jc w:val="right"/>
      </w:pPr>
      <w:r>
        <w:t>تو وہ کہتی ہے خود کہ بیٹے کو جب میں نے اپنی گود میں لیا، بیٹے کو جب</w:t>
      </w:r>
    </w:p>
    <w:p>
      <w:r>
        <w:rPr>
          <w:b/>
        </w:rPr>
        <w:t xml:space="preserve">[19:12] </w:t>
      </w:r>
      <w:r>
        <w:t>apni god mein liya to mujhe aisa aik aisa joy mila, aisa joy ke har joy mujhe kabhi</w:t>
      </w:r>
    </w:p>
    <w:p>
      <w:pPr>
        <w:jc w:val="right"/>
      </w:pPr>
      <w:r>
        <w:t>اپنی گود میں لیا تو مجھے ایسا ایک ایسا جوائے ملا، ایسا جوائے کہ ہر جوائے مجھے کبھی</w:t>
      </w:r>
    </w:p>
    <w:p>
      <w:r>
        <w:rPr>
          <w:b/>
        </w:rPr>
        <w:t xml:space="preserve">[19:17] </w:t>
      </w:r>
      <w:r>
        <w:t>is se pehle nahi mila tha.</w:t>
      </w:r>
    </w:p>
    <w:p>
      <w:pPr>
        <w:jc w:val="right"/>
      </w:pPr>
      <w:r>
        <w:t>اس سے پہلے نہیں ملا تھا۔</w:t>
      </w:r>
    </w:p>
    <w:p>
      <w:r>
        <w:rPr>
          <w:b/>
        </w:rPr>
        <w:t xml:space="preserve">[19:22] </w:t>
      </w:r>
      <w:r>
        <w:t>bete ko dekha is ne, beta shayad khoobsurat bhi beta hoga, healthy beta hoga.</w:t>
      </w:r>
    </w:p>
    <w:p>
      <w:pPr>
        <w:jc w:val="right"/>
      </w:pPr>
      <w:r>
        <w:t>بیٹے کو دیکھا اس نے، بیٹا شاید خوبصورت بھی بیٹا ہوگا، ہیلدی بیٹا ہوگا۔</w:t>
      </w:r>
    </w:p>
    <w:p>
      <w:r>
        <w:rPr>
          <w:b/>
        </w:rPr>
        <w:t xml:space="preserve">[19:28] </w:t>
      </w:r>
      <w:r>
        <w:t>to be-panaah is ko pleasure hua is bete ko dekh kar ke. to Allah ne yeh kuch glimpses rakhe hain dunya mein ke agar tum apne aap ko jannat ke qabil banao aur tum ko jannat mein entry mil jaye to kaisi khushi wahan hogi. bete ki khushi ek momentary khushi hoti hai, bohat jald khushi khatm ho jati hai.</w:t>
      </w:r>
    </w:p>
    <w:p>
      <w:pPr>
        <w:jc w:val="right"/>
      </w:pPr>
      <w:r>
        <w:t>تو بے پناہ اس کو پلیژر ہوا اس بیٹے کو دیکھ کر کے۔ تو اللہ نے یہ کچھ گلمز رکھے ہیں دنیا میں کہ اگر تم اپنے آپ کو جنت کے قابل بناؤ اور تم کو جنت میں انٹری مل جائے تو کیسی خوشی وہاں ہوگی۔ بیٹے کی خوشی ایک مومنٹری خوشی ہوتی ہے، بہت جلد خوشی ختم ہو جاتی ہے۔</w:t>
      </w:r>
    </w:p>
    <w:p>
      <w:r>
        <w:rPr>
          <w:b/>
        </w:rPr>
        <w:t xml:space="preserve">[19:58] </w:t>
      </w:r>
      <w:r>
        <w:t>zindagi ke masail gher lete hain.</w:t>
      </w:r>
    </w:p>
    <w:p>
      <w:pPr>
        <w:jc w:val="right"/>
      </w:pPr>
      <w:r>
        <w:t>زندگی کے مسائل گھیر لیتے ہیں۔</w:t>
      </w:r>
    </w:p>
    <w:p>
      <w:r>
        <w:rPr>
          <w:b/>
        </w:rPr>
        <w:t xml:space="preserve">[20:04] </w:t>
      </w:r>
      <w:r>
        <w:t>kabhi bimari hai, kabhi accident hai, umar barhti hai tab bhi farq hota hai.</w:t>
      </w:r>
    </w:p>
    <w:p>
      <w:pPr>
        <w:jc w:val="right"/>
      </w:pPr>
      <w:r>
        <w:t>کبھی بیماری ہے، کبھی ایکسیڈنٹ ہے، عمر بڑھتی ہے تب بھی فرق ہوتا ہے۔</w:t>
      </w:r>
    </w:p>
    <w:p>
      <w:r>
        <w:rPr>
          <w:b/>
        </w:rPr>
        <w:t xml:space="preserve">[20:10] </w:t>
      </w:r>
      <w:r>
        <w:t>to jannat ka aik ajeeb ghareeb sifat yeh hai ke woh eternal paradise hai.</w:t>
      </w:r>
    </w:p>
    <w:p>
      <w:pPr>
        <w:jc w:val="right"/>
      </w:pPr>
      <w:r>
        <w:t>تو جنت کا ایک عجیب غریب صفت یہ ہے کہ وہ ایٹرنل پیراڈائز ہے۔</w:t>
      </w:r>
    </w:p>
    <w:p>
      <w:r>
        <w:rPr>
          <w:b/>
        </w:rPr>
        <w:t xml:space="preserve">[20:16] </w:t>
      </w:r>
      <w:r>
        <w:t>aap ghor kijiye ke kaisi ajeeb baat hai.</w:t>
      </w:r>
    </w:p>
    <w:p>
      <w:pPr>
        <w:jc w:val="right"/>
      </w:pPr>
      <w:r>
        <w:t>آپ غور کیجئے کہ کیسی عجیب بات ہے۔</w:t>
      </w:r>
    </w:p>
    <w:p>
      <w:r>
        <w:rPr>
          <w:b/>
        </w:rPr>
        <w:t xml:space="preserve">[20:22] </w:t>
      </w:r>
      <w:r>
        <w:t>eternal paradise, eternal pleasure,</w:t>
      </w:r>
    </w:p>
    <w:p>
      <w:pPr>
        <w:jc w:val="right"/>
      </w:pPr>
      <w:r>
        <w:t>ایٹرنل پیراڈائز، ایٹرنل پلیژر،</w:t>
      </w:r>
    </w:p>
    <w:p>
      <w:r>
        <w:rPr>
          <w:b/>
        </w:rPr>
        <w:t xml:space="preserve">[20:28] </w:t>
      </w:r>
      <w:r>
        <w:t>eternal happiness.</w:t>
      </w:r>
    </w:p>
    <w:p>
      <w:pPr>
        <w:jc w:val="right"/>
      </w:pPr>
      <w:r>
        <w:t>ایٹرنل ہیپینس۔</w:t>
      </w:r>
    </w:p>
    <w:p>
      <w:r>
        <w:rPr>
          <w:b/>
        </w:rPr>
        <w:t xml:space="preserve">[20:33] </w:t>
      </w:r>
      <w:r>
        <w:t>kesi ajeeb baat hai.</w:t>
      </w:r>
    </w:p>
    <w:p>
      <w:pPr>
        <w:jc w:val="right"/>
      </w:pPr>
      <w:r>
        <w:t>کیسی عجیب بات ہے۔</w:t>
      </w:r>
    </w:p>
    <w:p>
      <w:r>
        <w:rPr>
          <w:b/>
        </w:rPr>
        <w:t xml:space="preserve">[20:38] </w:t>
      </w:r>
      <w:r>
        <w:t>to bete ki khushi to bohat hi momentary khushi hai.</w:t>
      </w:r>
    </w:p>
    <w:p>
      <w:pPr>
        <w:jc w:val="right"/>
      </w:pPr>
      <w:r>
        <w:t>تو بیٹے کی خوشی تو بہت ہی مومنٹری خوشی ہے۔</w:t>
      </w:r>
    </w:p>
    <w:p>
      <w:r>
        <w:rPr>
          <w:b/>
        </w:rPr>
        <w:t xml:space="preserve">[20:43] </w:t>
      </w:r>
      <w:r>
        <w:t>aur jannat ki jo khushi hogi woh eternal hogi.</w:t>
      </w:r>
    </w:p>
    <w:p>
      <w:pPr>
        <w:jc w:val="right"/>
      </w:pPr>
      <w:r>
        <w:t>اور جنت کی جو خوشی ہوگی وہ ایٹرنل ہوگی۔</w:t>
      </w:r>
    </w:p>
    <w:p>
      <w:r>
        <w:rPr>
          <w:b/>
        </w:rPr>
        <w:t xml:space="preserve">[20:48] </w:t>
      </w:r>
      <w:r>
        <w:t>is eternal jannat mein dakhle ke liye ek hi shart hai, woh hai apne aap ko distraction se bachana.</w:t>
      </w:r>
    </w:p>
    <w:p>
      <w:pPr>
        <w:jc w:val="right"/>
      </w:pPr>
      <w:r>
        <w:t>اس ایٹرنل جنت میں داخلے کے لیے ایک ہی شرط ہے، وہ ہے اپنے آپ کو ڈسٹریکشن سے بچانا۔</w:t>
      </w:r>
    </w:p>
    <w:p>
      <w:r>
        <w:rPr>
          <w:b/>
        </w:rPr>
        <w:t xml:space="preserve">[20:53] </w:t>
      </w:r>
      <w:r>
        <w:t>kyunke dekhiye aaj baat kya hai, insaan</w:t>
      </w:r>
    </w:p>
    <w:p>
      <w:pPr>
        <w:jc w:val="right"/>
      </w:pPr>
      <w:r>
        <w:t>کیونکہ دیکھیے آج بات کیا ہے، انسان</w:t>
      </w:r>
    </w:p>
    <w:p>
      <w:r>
        <w:rPr>
          <w:b/>
        </w:rPr>
        <w:t xml:space="preserve">[20:58] </w:t>
      </w:r>
      <w:r>
        <w:t>کی نیچر میں interwoven ہے یہ سب چیزیں۔</w:t>
      </w:r>
    </w:p>
    <w:p>
      <w:pPr>
        <w:jc w:val="right"/>
      </w:pPr>
      <w:r>
        <w:t>کی نیچر میں انٹر وون ہے یہ سب چیزیں۔</w:t>
      </w:r>
    </w:p>
    <w:p>
      <w:r>
        <w:rPr>
          <w:b/>
        </w:rPr>
        <w:t xml:space="preserve">[21:06] </w:t>
      </w:r>
      <w:r>
        <w:t>انسان کی نیچر میں، انسان کی فطرت میں اللہ رب العالمین کا شعور انسان کی فطرت میں interwoven ہے۔</w:t>
      </w:r>
    </w:p>
    <w:p>
      <w:pPr>
        <w:jc w:val="right"/>
      </w:pPr>
      <w:r>
        <w:t>انسان کی نیچر میں، انسان کی فطرت میں اللہ رب العالمین کا شعور انسان کی فطرت میں انٹر وون ہے۔</w:t>
      </w:r>
    </w:p>
    <w:p>
      <w:r>
        <w:rPr>
          <w:b/>
        </w:rPr>
        <w:t xml:space="preserve">[21:14] </w:t>
      </w:r>
      <w:r>
        <w:t>jannat ka shaoor insaan ki fitrat mein inter woven hai.</w:t>
      </w:r>
    </w:p>
    <w:p>
      <w:pPr>
        <w:jc w:val="right"/>
      </w:pPr>
      <w:r>
        <w:t>جنت کا شعور انسان کی فطرت میں انٹر وون ہے۔</w:t>
      </w:r>
    </w:p>
    <w:p>
      <w:r>
        <w:rPr>
          <w:b/>
        </w:rPr>
        <w:t xml:space="preserve">[21:22] </w:t>
      </w:r>
      <w:r>
        <w:t>یہ سب چیزیں انسان کے personality میں بھری ہوئی ہیں۔</w:t>
      </w:r>
    </w:p>
    <w:p>
      <w:pPr>
        <w:jc w:val="right"/>
      </w:pPr>
      <w:r>
        <w:t>یہ سب چیزیں انسان کے پرسنیلٹی میں بھری ہوئی ہیں۔</w:t>
      </w:r>
    </w:p>
    <w:p>
      <w:r>
        <w:rPr>
          <w:b/>
        </w:rPr>
        <w:t xml:space="preserve">[21:31] </w:t>
      </w:r>
      <w:r>
        <w:t>to woh to apne aap hi insaan ko direct kar rahe hain ke jaao, jaao idhar, jaao idhar,</w:t>
      </w:r>
    </w:p>
    <w:p>
      <w:pPr>
        <w:jc w:val="right"/>
      </w:pPr>
      <w:r>
        <w:t>تو وہ تو اپنے آپ ہی انسان کو ڈائریکٹ کر رہے ہیں کہ جاؤ، جاؤ ادھر، جاؤ ادھر،</w:t>
      </w:r>
    </w:p>
    <w:p>
      <w:r>
        <w:rPr>
          <w:b/>
        </w:rPr>
        <w:t xml:space="preserve">[21:37] </w:t>
      </w:r>
      <w:r>
        <w:t>jaao idhar, jaao.</w:t>
      </w:r>
    </w:p>
    <w:p>
      <w:pPr>
        <w:jc w:val="right"/>
      </w:pPr>
      <w:r>
        <w:t>جاؤ ادھر، جاؤ۔</w:t>
      </w:r>
    </w:p>
    <w:p>
      <w:r>
        <w:rPr>
          <w:b/>
        </w:rPr>
        <w:t xml:space="preserve">[21:43] </w:t>
      </w:r>
      <w:r>
        <w:t>یہ distraction ہے جو آپ کو ہٹاتا ہے، آپ کو derail کرتا ہے۔</w:t>
      </w:r>
    </w:p>
    <w:p>
      <w:pPr>
        <w:jc w:val="right"/>
      </w:pPr>
      <w:r>
        <w:t>یہ ڈسٹریکشن ہے جو آپ کو ہٹاتا ہے، آپ کو ڈیریل کرتا ہے۔</w:t>
      </w:r>
    </w:p>
    <w:p>
      <w:r>
        <w:rPr>
          <w:b/>
        </w:rPr>
        <w:t xml:space="preserve">[21:49] </w:t>
      </w:r>
      <w:r>
        <w:t>اگر آپ کے ساتھ derailment کا قصہ نہ نہ ہو، distraction کا قصہ نہ ہو، اپنی فطرت کو</w:t>
      </w:r>
    </w:p>
    <w:p>
      <w:pPr>
        <w:jc w:val="right"/>
      </w:pPr>
      <w:r>
        <w:t>اگر آپ کے ساتھ ڈیریلمنٹ کا قصہ نہ نہ ہو، ڈسٹریکشن کا قصہ نہ ہو، اپنی فطرت کو</w:t>
      </w:r>
    </w:p>
    <w:p>
      <w:r>
        <w:rPr>
          <w:b/>
        </w:rPr>
        <w:t xml:space="preserve">[21:55] </w:t>
      </w:r>
      <w:r>
        <w:t>aap fitrat ka jo guidance hai, us pe chalte rahen, chalte rahen, chalte rahen.</w:t>
      </w:r>
    </w:p>
    <w:p>
      <w:pPr>
        <w:jc w:val="right"/>
      </w:pPr>
      <w:r>
        <w:t>آپ فطرت کا جو گائیڈنس ہے، اس پہ چلتے رہیں، چلتے رہیں، چلتے رہیں۔</w:t>
      </w:r>
    </w:p>
    <w:p>
      <w:r>
        <w:rPr>
          <w:b/>
        </w:rPr>
        <w:t xml:space="preserve">[22:02] </w:t>
      </w:r>
      <w:r>
        <w:t>to apne aap hi wahin pahunchega.</w:t>
      </w:r>
    </w:p>
    <w:p>
      <w:pPr>
        <w:jc w:val="right"/>
      </w:pPr>
      <w:r>
        <w:t>تو اپنے آپ ہی وہیں پہنچے گا۔</w:t>
      </w:r>
    </w:p>
    <w:p>
      <w:r>
        <w:rPr>
          <w:b/>
        </w:rPr>
        <w:t xml:space="preserve">[22:08] </w:t>
      </w:r>
      <w:r>
        <w:t>جیسے آج کل GPS ہے، GPS میں آپ فیڈ کر دیں کہ مجھے سی</w:t>
      </w:r>
    </w:p>
    <w:p>
      <w:pPr>
        <w:jc w:val="right"/>
      </w:pPr>
      <w:r>
        <w:t>جیسے آج کل جی پی ایس ہے، جی پی ایس میں آپ فیڈ کر دیں کہ مجھے سی</w:t>
      </w:r>
    </w:p>
    <w:p>
      <w:r>
        <w:rPr>
          <w:b/>
        </w:rPr>
        <w:t xml:space="preserve">[22:14] </w:t>
      </w:r>
      <w:r>
        <w:t>29 mein jaana hai, apne aap hi chalte chalte the, mujhe gaadi khadi ho jayegi.</w:t>
      </w:r>
    </w:p>
    <w:p>
      <w:pPr>
        <w:jc w:val="right"/>
      </w:pPr>
      <w:r>
        <w:t>29 میں جانا ہے، اپنے آپ ہی چلتے چلتے تھے، مجھے گاڑی کھڑی ہو جائے گی۔</w:t>
      </w:r>
    </w:p>
    <w:p>
      <w:r>
        <w:rPr>
          <w:b/>
        </w:rPr>
        <w:t xml:space="preserve">[22:21] </w:t>
      </w:r>
      <w:r>
        <w:t>yeh to aap jante hain, hawai jahaz mein jab seat kar deta hai pilot to apne aap pe</w:t>
      </w:r>
    </w:p>
    <w:p>
      <w:pPr>
        <w:jc w:val="right"/>
      </w:pPr>
      <w:r>
        <w:t>یہ تو آپ جانتے ہیں، ہوائی جہاز میں جب سیٹ کر دیتا ہے پائلٹ تو اپنے آپ پہ</w:t>
      </w:r>
    </w:p>
    <w:p>
      <w:r>
        <w:rPr>
          <w:b/>
        </w:rPr>
        <w:t xml:space="preserve">[22:27] </w:t>
      </w:r>
      <w:r>
        <w:t>udte udte wahan ja ke utar jata hai. woh</w:t>
      </w:r>
    </w:p>
    <w:p>
      <w:pPr>
        <w:jc w:val="right"/>
      </w:pPr>
      <w:r>
        <w:t>اڑتے اڑتے وہاں جا کے اتر جاتا ہے۔ وہ</w:t>
      </w:r>
    </w:p>
    <w:p>
      <w:r>
        <w:rPr>
          <w:b/>
        </w:rPr>
        <w:t xml:space="preserve">[22:33] </w:t>
      </w:r>
      <w:r>
        <w:t>تو اللہ تعالی نے یہ mechanical sense میں دکھایا ہے، یہ دکھایا ہے کہ تمہاری جو nature بنی</w:t>
      </w:r>
    </w:p>
    <w:p>
      <w:pPr>
        <w:jc w:val="right"/>
      </w:pPr>
      <w:r>
        <w:t>تو اللہ تعالی نے یہ مکینیکل سینس میں دکھایا ہے، یہ دکھایا ہے کہ تمہاری جو نیچر بنی</w:t>
      </w:r>
    </w:p>
    <w:p>
      <w:r>
        <w:rPr>
          <w:b/>
        </w:rPr>
        <w:t xml:space="preserve">[22:44] </w:t>
      </w:r>
      <w:r>
        <w:t>ہے، جو تمہارا ادھر nature، فطرت جو ہے، وہ اللہ رب العالمین نے اس کو سیٹ کر دیا</w:t>
      </w:r>
    </w:p>
    <w:p>
      <w:pPr>
        <w:jc w:val="right"/>
      </w:pPr>
      <w:r>
        <w:t>ہے، جو تمہارا ادھر نیچر، فطرت جو ہے، وہ اللہ رب العالمین نے اس کو سیٹ کر دیا</w:t>
      </w:r>
    </w:p>
    <w:p>
      <w:r>
        <w:rPr>
          <w:b/>
        </w:rPr>
        <w:t xml:space="preserve">[22:54] </w:t>
      </w:r>
      <w:r>
        <w:t>hai ke woh ja ke wahin utre, isi airport pe utre, paradise ke airport par. har aadmi</w:t>
      </w:r>
    </w:p>
    <w:p>
      <w:pPr>
        <w:jc w:val="right"/>
      </w:pPr>
      <w:r>
        <w:t>ہے کہ وہ جا کے وہیں اترے، اسی ایئرپورٹ پہ اترے، پیراڈائز کے ایئرپورٹ پر۔ ہر آدمی</w:t>
      </w:r>
    </w:p>
    <w:p>
      <w:r>
        <w:rPr>
          <w:b/>
        </w:rPr>
        <w:t xml:space="preserve">[23:04] </w:t>
      </w:r>
      <w:r>
        <w:t>jaise quran hadith mein hai ke kul boldee yuld wal fitra, har paida hone wala nature, nature mein paida</w:t>
      </w:r>
    </w:p>
    <w:p>
      <w:pPr>
        <w:jc w:val="right"/>
      </w:pPr>
      <w:r>
        <w:t>جیسے قرآن حدیث میں ہے کہ کل بولدی یولد والفطرہ، ہر پیدا ہونے والا نیچر، نیچر میں پیدا</w:t>
      </w:r>
    </w:p>
    <w:p>
      <w:r>
        <w:rPr>
          <w:b/>
        </w:rPr>
        <w:t xml:space="preserve">[23:12] </w:t>
      </w:r>
      <w:r>
        <w:t>hota hai, har paida hone wala nature mein paida hota hai.</w:t>
      </w:r>
    </w:p>
    <w:p>
      <w:pPr>
        <w:jc w:val="right"/>
      </w:pPr>
      <w:r>
        <w:t>ہوتا ہے، ہر پیدا ہونے والا نیچر میں پیدا ہوتا ہے۔</w:t>
      </w:r>
    </w:p>
    <w:p>
      <w:r>
        <w:rPr>
          <w:b/>
        </w:rPr>
        <w:t xml:space="preserve">[23:20] </w:t>
      </w:r>
      <w:r>
        <w:t>گویا جس طریقے سے GPS guide کرتا ہے کار کو، جس طرح GPS guide</w:t>
      </w:r>
    </w:p>
    <w:p>
      <w:pPr>
        <w:jc w:val="right"/>
      </w:pPr>
      <w:r>
        <w:t>گویا جس طریقے سے جی پی ایس گائیڈ کرتا ہے کار کو، جس طرح جی پی ایس گائیڈ</w:t>
      </w:r>
    </w:p>
    <w:p>
      <w:r>
        <w:rPr>
          <w:b/>
        </w:rPr>
        <w:t xml:space="preserve">[23:27] </w:t>
      </w:r>
      <w:r>
        <w:t>کرتا ہے ہوائی جہاز کو، ایسے آپ کا nature جو ہے، nature وہ برابر آپ کو guide کر رہا ہے۔ یہ ہے</w:t>
      </w:r>
    </w:p>
    <w:p>
      <w:pPr>
        <w:jc w:val="right"/>
      </w:pPr>
      <w:r>
        <w:t>کرتا ہے ہوائی جہاز کو، ایسے آپ کا نیچر جو ہے، نیچر وہ برابر آپ کو گائیڈ کر رہا ہے۔ یہ ہے</w:t>
      </w:r>
    </w:p>
    <w:p>
      <w:r>
        <w:rPr>
          <w:b/>
        </w:rPr>
        <w:t xml:space="preserve">[23:35] </w:t>
      </w:r>
      <w:r>
        <w:t>tumhare rab ka ki manzil, yeh hai jannat ki manzil, yeh hai sacha rasta.</w:t>
      </w:r>
    </w:p>
    <w:p>
      <w:pPr>
        <w:jc w:val="right"/>
      </w:pPr>
      <w:r>
        <w:t>تمہارے رب کا کی منزل، یہ ہے جنت کی منزل، یہ ہے سچا راستہ۔</w:t>
      </w:r>
    </w:p>
    <w:p>
      <w:r>
        <w:rPr>
          <w:b/>
        </w:rPr>
        <w:t xml:space="preserve">[23:45] </w:t>
      </w:r>
      <w:r>
        <w:t>تو آپ کا نیچر جو ہے، ہر لمحہ GPS کی طرح آپ کو گائیڈ کر رہا ہے۔</w:t>
      </w:r>
    </w:p>
    <w:p>
      <w:pPr>
        <w:jc w:val="right"/>
      </w:pPr>
      <w:r>
        <w:t>تو آپ کا نیچر جو ہے، ہر لمحہ جی پی ایس کی طرح آپ کو گائیڈ کر رہا ہے۔</w:t>
      </w:r>
    </w:p>
    <w:p>
      <w:r>
        <w:rPr>
          <w:b/>
        </w:rPr>
        <w:t xml:space="preserve">[23:56] </w:t>
      </w:r>
      <w:r>
        <w:t>aap bas distract na hon, aap distract na hon</w:t>
      </w:r>
    </w:p>
    <w:p>
      <w:pPr>
        <w:jc w:val="right"/>
      </w:pPr>
      <w:r>
        <w:t>آپ بس ڈسٹریکٹ نہ ہوں، آپ ڈسٹریکٹ نہ ہوں</w:t>
      </w:r>
    </w:p>
    <w:p>
      <w:r>
        <w:rPr>
          <w:b/>
        </w:rPr>
        <w:t xml:space="preserve">[24:06] </w:t>
      </w:r>
      <w:r>
        <w:t>to apne aap hi aap ke nature, aap ki fitrat, aap ke andar ki awaaz wahin aap ko</w:t>
      </w:r>
    </w:p>
    <w:p>
      <w:pPr>
        <w:jc w:val="right"/>
      </w:pPr>
      <w:r>
        <w:t>تو اپنے آپ ہی آپ کے نیچر، آپ کی فطرت، آپ کے اندر کی آواز وہیں آپ کو</w:t>
      </w:r>
    </w:p>
    <w:p>
      <w:r>
        <w:rPr>
          <w:b/>
        </w:rPr>
        <w:t xml:space="preserve">[24:12] </w:t>
      </w:r>
      <w:r>
        <w:t>pahuncha pahuncha degi.</w:t>
      </w:r>
    </w:p>
    <w:p>
      <w:pPr>
        <w:jc w:val="right"/>
      </w:pPr>
      <w:r>
        <w:t>پہنچا پہنچا دے گی۔</w:t>
      </w:r>
    </w:p>
    <w:p>
      <w:r>
        <w:rPr>
          <w:b/>
        </w:rPr>
        <w:t xml:space="preserve">[24:19] </w:t>
      </w:r>
      <w:r>
        <w:t>jahan Allah rabbul alameen hoga, jahan jannat hogi, jahan woh duniya hogi, us ke bare mein quran mein</w:t>
      </w:r>
    </w:p>
    <w:p>
      <w:pPr>
        <w:jc w:val="right"/>
      </w:pPr>
      <w:r>
        <w:t>جہاں اللہ رب العالمین ہوگا، جہاں جنت ہوگی، جہاں وہ دنیا ہوگی، اس کے بارے میں قرآن میں</w:t>
      </w:r>
    </w:p>
    <w:p>
      <w:r>
        <w:rPr>
          <w:b/>
        </w:rPr>
        <w:t xml:space="preserve">[24:25] </w:t>
      </w:r>
      <w:r>
        <w:t>aaya hai ke aulaye kamman nabiyyin wa siddiqin wa shuhada'i wa salihin.</w:t>
      </w:r>
    </w:p>
    <w:p>
      <w:pPr>
        <w:jc w:val="right"/>
      </w:pPr>
      <w:r>
        <w:t>آیا ہے کہ اولائے کمان نبین و صدیقین و شہدائے وصالحین۔</w:t>
      </w:r>
    </w:p>
    <w:p>
      <w:r>
        <w:rPr>
          <w:b/>
        </w:rPr>
        <w:t xml:space="preserve">[24:31] </w:t>
      </w:r>
      <w:r>
        <w:t>wa husn aulaye rafeeqah yani poori history ke woh tamam chune hue log jin se</w:t>
      </w:r>
    </w:p>
    <w:p>
      <w:pPr>
        <w:jc w:val="right"/>
      </w:pPr>
      <w:r>
        <w:t>و حسن اولائے رفیقہ یعنی پوری ہسٹری کے وہ تمام چنے ہوئے لوگ جن سے</w:t>
      </w:r>
    </w:p>
    <w:p>
      <w:r>
        <w:rPr>
          <w:b/>
        </w:rPr>
        <w:t xml:space="preserve">[24:37] </w:t>
      </w:r>
      <w:r>
        <w:t>best neighborhood banta hai yani aala character par jo log honge, aala tareen soch jin ke andar</w:t>
      </w:r>
    </w:p>
    <w:p>
      <w:pPr>
        <w:jc w:val="right"/>
      </w:pPr>
      <w:r>
        <w:t>بیسٹ نیبرہڈ بنتا ہے یعنی اعلیٰ کریکٹر پر جو لوگ ہوں گے، اعلیٰ ترین سوچ جن کے اندر</w:t>
      </w:r>
    </w:p>
    <w:p>
      <w:r>
        <w:rPr>
          <w:b/>
        </w:rPr>
        <w:t xml:space="preserve">[24:47] </w:t>
      </w:r>
      <w:r>
        <w:t>hogi, jo aakhri had tak neusion se pak honge, jo mukammal maanon mein problem free honge,</w:t>
      </w:r>
    </w:p>
    <w:p>
      <w:pPr>
        <w:jc w:val="right"/>
      </w:pPr>
      <w:r>
        <w:t>ہوگی، جو آخری حد تک نیوشن سے پاک ہوں گے، جو مکمل معنوں میں پرابلم فری ہوں گے،</w:t>
      </w:r>
    </w:p>
    <w:p>
      <w:r>
        <w:rPr>
          <w:b/>
        </w:rPr>
        <w:t xml:space="preserve">[24:57] </w:t>
      </w:r>
      <w:r>
        <w:t>aise chune hue log poori tareekh ke to ek duniya wahan</w:t>
      </w:r>
    </w:p>
    <w:p>
      <w:pPr>
        <w:jc w:val="right"/>
      </w:pPr>
      <w:r>
        <w:t>ایسے چنے ہوئے لوگ پوری تاریخ کے تو ایک دنیا وہاں</w:t>
      </w:r>
    </w:p>
    <w:p>
      <w:r>
        <w:rPr>
          <w:b/>
        </w:rPr>
        <w:t xml:space="preserve">[25:07] </w:t>
      </w:r>
      <w:r>
        <w:t>ja ke aap ko aap ke nature utar degi.</w:t>
      </w:r>
    </w:p>
    <w:p>
      <w:pPr>
        <w:jc w:val="right"/>
      </w:pPr>
      <w:r>
        <w:t>جا کے آپ کو آپ کے نیچر اتار دے گی۔</w:t>
      </w:r>
    </w:p>
    <w:p>
      <w:r>
        <w:rPr>
          <w:b/>
        </w:rPr>
        <w:t xml:space="preserve">[25:18] </w:t>
      </w:r>
      <w:r>
        <w:t>aap ka nature aap ke liye gps ki tarah guide kar ke wohin le ja raha hai.</w:t>
      </w:r>
    </w:p>
    <w:p>
      <w:pPr>
        <w:jc w:val="right"/>
      </w:pPr>
      <w:r>
        <w:t>آپ کا نیچر آپ کے لیے جی پی ایس کی طرح گائیڈ کر کے وہیں لے جا رہا ہے۔</w:t>
      </w:r>
    </w:p>
    <w:p>
      <w:r>
        <w:rPr>
          <w:b/>
        </w:rPr>
        <w:t xml:space="preserve">[25:28] </w:t>
      </w:r>
      <w:r>
        <w:t>gps ka matlab hai woh global positioning system.</w:t>
      </w:r>
    </w:p>
    <w:p>
      <w:pPr>
        <w:jc w:val="right"/>
      </w:pPr>
      <w:r>
        <w:t>جی پی ایس کا مطلب ہے وہ گلوبل پوزیشننگ سسٹم۔</w:t>
      </w:r>
    </w:p>
    <w:p>
      <w:r>
        <w:rPr>
          <w:b/>
        </w:rPr>
        <w:t xml:space="preserve">[25:39] </w:t>
      </w:r>
      <w:r>
        <w:t>gps ka matlab hai global positioning system.</w:t>
      </w:r>
    </w:p>
    <w:p>
      <w:pPr>
        <w:jc w:val="right"/>
      </w:pPr>
      <w:r>
        <w:t>جی پی ایس کا مطلب ہے گلوبل پوزیشننگ سسٹم۔</w:t>
      </w:r>
    </w:p>
    <w:p>
      <w:r>
        <w:rPr>
          <w:b/>
        </w:rPr>
        <w:t xml:space="preserve">[25:45] </w:t>
      </w:r>
      <w:r>
        <w:t>to main samajhta hoon ke yeh Allah taala ne yeh yeh jo yeh jo rakha tha fitrat mein</w:t>
      </w:r>
    </w:p>
    <w:p>
      <w:pPr>
        <w:jc w:val="right"/>
      </w:pPr>
      <w:r>
        <w:t>تو میں سمجھتا ہوں کہ یہ اللہ تعالی نے یہ یہ جو یہ جو رکھا تھا فطرت میں</w:t>
      </w:r>
    </w:p>
    <w:p>
      <w:r>
        <w:rPr>
          <w:b/>
        </w:rPr>
        <w:t xml:space="preserve">[25:52] </w:t>
      </w:r>
      <w:r>
        <w:t>jis ko insan ne discover kiya, yeh discovery hui hai second world war mein.</w:t>
      </w:r>
    </w:p>
    <w:p>
      <w:pPr>
        <w:jc w:val="right"/>
      </w:pPr>
      <w:r>
        <w:t>جس کو انسان نے ڈسکور کیا، یہ ڈسکوری ہوئی ہے سیکنڈ ورلڈ وار میں۔</w:t>
      </w:r>
    </w:p>
    <w:p>
      <w:r>
        <w:rPr>
          <w:b/>
        </w:rPr>
        <w:t xml:space="preserve">[25:58] </w:t>
      </w:r>
      <w:r>
        <w:t>main samajhta hoon second world war ek negative waqea tha lekin is mein bohat sari positive baatein niklein.</w:t>
      </w:r>
    </w:p>
    <w:p>
      <w:pPr>
        <w:jc w:val="right"/>
      </w:pPr>
      <w:r>
        <w:t>میں سمجھتا ہوں سیکنڈ ورلڈ وار ایک نیگیٹیو واقعہ تھا لیکن اس میں بہت ساری پازیٹیو باتیں نکلیں۔</w:t>
      </w:r>
    </w:p>
    <w:p>
      <w:r>
        <w:rPr>
          <w:b/>
        </w:rPr>
        <w:t xml:space="preserve">[26:04] </w:t>
      </w:r>
      <w:r>
        <w:t>is mein under compression logon ne</w:t>
      </w:r>
    </w:p>
    <w:p>
      <w:pPr>
        <w:jc w:val="right"/>
      </w:pPr>
      <w:r>
        <w:t>اس میں انڈر کمپریشن لوگوں نے</w:t>
      </w:r>
    </w:p>
    <w:p>
      <w:r>
        <w:rPr>
          <w:b/>
        </w:rPr>
        <w:t xml:space="preserve">[26:11] </w:t>
      </w:r>
      <w:r>
        <w:t>yeh discover kiya yeh system jis ko kaha jata hai gps, global positioning system.</w:t>
      </w:r>
    </w:p>
    <w:p>
      <w:pPr>
        <w:jc w:val="right"/>
      </w:pPr>
      <w:r>
        <w:t>یہ ڈسکور کیا یہ سسٹم جس کو کہا جاتا ہے جی پی ایس، گلوبل پوزیشننگ سسٹم۔</w:t>
      </w:r>
    </w:p>
    <w:p>
      <w:r>
        <w:rPr>
          <w:b/>
        </w:rPr>
        <w:t xml:space="preserve">[26:21] </w:t>
      </w:r>
      <w:r>
        <w:t>to woh ek mechanical introduction hai insan ki fitrat ka.</w:t>
      </w:r>
    </w:p>
    <w:p>
      <w:pPr>
        <w:jc w:val="right"/>
      </w:pPr>
      <w:r>
        <w:t>تو وہ ایک مکینیکل انٹروڈکشن ہے انسان کی فطرت کا۔</w:t>
      </w:r>
    </w:p>
    <w:p>
      <w:r>
        <w:rPr>
          <w:b/>
        </w:rPr>
        <w:t xml:space="preserve">[26:31] </w:t>
      </w:r>
      <w:r>
        <w:t>mechanical introduction insan ki fitrat ka ke aap koi bhi sar agar is par</w:t>
      </w:r>
    </w:p>
    <w:p>
      <w:pPr>
        <w:jc w:val="right"/>
      </w:pPr>
      <w:r>
        <w:t>مکینیکل انٹروڈکشن انسان کی فطرت کا کہ آپ کوئی بھی سر اگر اس پر</w:t>
      </w:r>
    </w:p>
    <w:p>
      <w:r>
        <w:rPr>
          <w:b/>
        </w:rPr>
        <w:t xml:space="preserve">[26:41] </w:t>
      </w:r>
      <w:r>
        <w:t>ghor karein, woh tajurba karein to is ki fitrat right way hi bhi direct karti hai.</w:t>
      </w:r>
    </w:p>
    <w:p>
      <w:pPr>
        <w:jc w:val="right"/>
      </w:pPr>
      <w:r>
        <w:t>غور کریں، وہ تجربہ کریں تو اس کی فطرت رائٹ وے ہی بھی ڈائریکٹ کرتی ہے۔</w:t>
      </w:r>
    </w:p>
    <w:p>
      <w:r>
        <w:rPr>
          <w:b/>
        </w:rPr>
        <w:t xml:space="preserve">[26:49] </w:t>
      </w:r>
      <w:r>
        <w:t>is ko sirf woh jab distract hota hai kisi cheez se tab bhatakta hai.</w:t>
      </w:r>
    </w:p>
    <w:p>
      <w:pPr>
        <w:jc w:val="right"/>
      </w:pPr>
      <w:r>
        <w:t>اس کو صرف وہ جب ڈسٹریکٹ ہوتا ہے کسی چیز سے تب بھٹکتا ہے۔</w:t>
      </w:r>
    </w:p>
    <w:p>
      <w:r>
        <w:rPr>
          <w:b/>
        </w:rPr>
        <w:t xml:space="preserve">[26:57] </w:t>
      </w:r>
      <w:r>
        <w:t>woh to jannat mein jo drakht tha, shajar mamnooa ya forbidden tree, woh drakht symbolic sense mein drakht</w:t>
      </w:r>
    </w:p>
    <w:p>
      <w:pPr>
        <w:jc w:val="right"/>
      </w:pPr>
      <w:r>
        <w:t>وہ تو جنت میں جو درخت تھا، شجر ممنوعہ یا فاربیڈن ٹری، وہ درخت سمبولک سینس میں درخت</w:t>
      </w:r>
    </w:p>
    <w:p>
      <w:r>
        <w:rPr>
          <w:b/>
        </w:rPr>
        <w:t xml:space="preserve">[27:04] </w:t>
      </w:r>
      <w:r>
        <w:t>tha, distraction ka drakht.</w:t>
      </w:r>
    </w:p>
    <w:p>
      <w:pPr>
        <w:jc w:val="right"/>
      </w:pPr>
      <w:r>
        <w:t>تھا، ڈسٹریکشن کا درخت۔</w:t>
      </w:r>
    </w:p>
    <w:p>
      <w:r>
        <w:rPr>
          <w:b/>
        </w:rPr>
        <w:t xml:space="preserve">[27:12] </w:t>
      </w:r>
      <w:r>
        <w:t>yani wahan koi likha hua nahi tha, insan ko khud yeh pehchanna tha ke kahan main distract ho</w:t>
      </w:r>
    </w:p>
    <w:p>
      <w:pPr>
        <w:jc w:val="right"/>
      </w:pPr>
      <w:r>
        <w:t>یعنی وہاں کوئی لکھا ہوا نہیں تھا، انسان کو خود یہ پہچاننا تھا کہ کہاں میں ڈسٹریکٹ ہو</w:t>
      </w:r>
    </w:p>
    <w:p>
      <w:r>
        <w:rPr>
          <w:b/>
        </w:rPr>
        <w:t xml:space="preserve">[27:20] </w:t>
      </w:r>
      <w:r>
        <w:t>raha hoon, kahan main derail ho raha hoon, kahan meri rah bhatak rahi hai.</w:t>
      </w:r>
    </w:p>
    <w:p>
      <w:pPr>
        <w:jc w:val="right"/>
      </w:pPr>
      <w:r>
        <w:t>رہا ہوں، کہاں میں ڈیریل ہو رہا ہوں، کہاں میری راہ بھٹک رہی ہے۔</w:t>
      </w:r>
    </w:p>
    <w:p>
      <w:r>
        <w:rPr>
          <w:b/>
        </w:rPr>
        <w:t xml:space="preserve">[27:27] </w:t>
      </w:r>
      <w:r>
        <w:t>bas is se bachiye.</w:t>
      </w:r>
    </w:p>
    <w:p>
      <w:pPr>
        <w:jc w:val="right"/>
      </w:pPr>
      <w:r>
        <w:t>بس اس سے بچیے۔</w:t>
      </w:r>
    </w:p>
    <w:p>
      <w:r>
        <w:rPr>
          <w:b/>
        </w:rPr>
        <w:t xml:space="preserve">[27:35] </w:t>
      </w:r>
      <w:r>
        <w:t>yani guidance to aayegi nature se, aap ko sirf bhatakne se bachana hai.</w:t>
      </w:r>
    </w:p>
    <w:p>
      <w:pPr>
        <w:jc w:val="right"/>
      </w:pPr>
      <w:r>
        <w:t>یعنی گائیڈنس تو آئے گی نیچر سے، آپ کو صرف بھٹکنے سے بچانا ہے۔</w:t>
      </w:r>
    </w:p>
    <w:p>
      <w:r>
        <w:rPr>
          <w:b/>
        </w:rPr>
        <w:t xml:space="preserve">[27:43] </w:t>
      </w:r>
      <w:r>
        <w:t>right guidance jo hai woh nature se aayegi, apne aap hi aayegi.</w:t>
      </w:r>
    </w:p>
    <w:p>
      <w:pPr>
        <w:jc w:val="right"/>
      </w:pPr>
      <w:r>
        <w:t>رائٹ گائیڈنس جو ہے وہ نیچر سے آئے گی، اپنے آپ ہی آئے گی۔</w:t>
      </w:r>
    </w:p>
    <w:p>
      <w:r>
        <w:rPr>
          <w:b/>
        </w:rPr>
        <w:t xml:space="preserve">[27:49] </w:t>
      </w:r>
      <w:r>
        <w:t>aap ko sirf yeh hai ke bhatakne se bachate rahen.</w:t>
      </w:r>
    </w:p>
    <w:p>
      <w:pPr>
        <w:jc w:val="right"/>
      </w:pPr>
      <w:r>
        <w:t>آپ کو صرف یہ ہے کہ بھٹکنے سے بچاتے رہیں۔</w:t>
      </w:r>
    </w:p>
    <w:p>
      <w:r>
        <w:rPr>
          <w:b/>
        </w:rPr>
        <w:t xml:space="preserve">[27:55] </w:t>
      </w:r>
      <w:r>
        <w:t>to Allah ne insan ko banaya, phir Allah ne jannat ko banaya aur jannat mein har qism ke</w:t>
      </w:r>
    </w:p>
    <w:p>
      <w:pPr>
        <w:jc w:val="right"/>
      </w:pPr>
      <w:r>
        <w:t>تو اللہ نے انسان کو بنایا، پھر اللہ نے جنت کو بنایا اور جنت میں ہر قسم کے</w:t>
      </w:r>
    </w:p>
    <w:p>
      <w:r>
        <w:rPr>
          <w:b/>
        </w:rPr>
        <w:t xml:space="preserve">[28:01] </w:t>
      </w:r>
      <w:r>
        <w:t>pleasure rakh diye.</w:t>
      </w:r>
    </w:p>
    <w:p>
      <w:pPr>
        <w:jc w:val="right"/>
      </w:pPr>
      <w:r>
        <w:t>پلیژر رکھ دیے۔</w:t>
      </w:r>
    </w:p>
    <w:p>
      <w:r>
        <w:rPr>
          <w:b/>
        </w:rPr>
        <w:t xml:space="preserve">[28:07] </w:t>
      </w:r>
      <w:r>
        <w:t>pleasure is ki ek misaal mein ne di</w:t>
      </w:r>
    </w:p>
    <w:p>
      <w:pPr>
        <w:jc w:val="right"/>
      </w:pPr>
      <w:r>
        <w:t>پلیژر اس کی ایک مثال میں نے دی</w:t>
      </w:r>
    </w:p>
    <w:p>
      <w:r>
        <w:rPr>
          <w:b/>
        </w:rPr>
        <w:t xml:space="preserve">[28:13] </w:t>
      </w:r>
      <w:r>
        <w:t>کہ آپ کی زبان میں جو taste buds ہیں وہ ten thousand سے زیادہ ہیں۔</w:t>
      </w:r>
    </w:p>
    <w:p>
      <w:pPr>
        <w:jc w:val="right"/>
      </w:pPr>
      <w:r>
        <w:t>کہ آپ کی زبان میں جو ٹیسٹ برڈز ہیں وہ ٹن تھاؤزنڈ سے زیادہ ہیں۔</w:t>
      </w:r>
    </w:p>
    <w:p>
      <w:r>
        <w:rPr>
          <w:b/>
        </w:rPr>
        <w:t xml:space="preserve">[28:20] </w:t>
      </w:r>
      <w:r>
        <w:t>aap cheezein khate hain to likhte hain, aap ki cheezein mein tarah tarah ke zaiqay hain.</w:t>
      </w:r>
    </w:p>
    <w:p>
      <w:pPr>
        <w:jc w:val="right"/>
      </w:pPr>
      <w:r>
        <w:t>آپ چیزیں کھاتے ہیں تو لکھتے ہیں، آپ کی چیزیں میں طرح طرح کے ذائقے ہیں۔</w:t>
      </w:r>
    </w:p>
    <w:p>
      <w:r>
        <w:rPr>
          <w:b/>
        </w:rPr>
        <w:t xml:space="preserve">[28:28] </w:t>
      </w:r>
      <w:r>
        <w:t>koi zaeqa koi aik hi qism ka nahi hota, har cheez mein zaeqa diffrent, zaeqa diffrent.</w:t>
      </w:r>
    </w:p>
    <w:p>
      <w:pPr>
        <w:jc w:val="right"/>
      </w:pPr>
      <w:r>
        <w:t>کوئی ذائقہ کوئی ایک ہی قسم کا نہیں ہوتا، ہر چیز میں ذائقہ ڈفرنٹ، ذائقہ ڈفرنٹ۔</w:t>
      </w:r>
    </w:p>
    <w:p>
      <w:r>
        <w:rPr>
          <w:b/>
        </w:rPr>
        <w:t xml:space="preserve">[28:35] </w:t>
      </w:r>
      <w:r>
        <w:t>to yeh zaeqe jo hain un ki is ki aap</w:t>
      </w:r>
    </w:p>
    <w:p>
      <w:pPr>
        <w:jc w:val="right"/>
      </w:pPr>
      <w:r>
        <w:t>تو یہ ذائقے جو ہیں ان کی اس کی آپ</w:t>
      </w:r>
    </w:p>
    <w:p>
      <w:r>
        <w:rPr>
          <w:b/>
        </w:rPr>
        <w:t xml:space="preserve">[28:43] </w:t>
      </w:r>
      <w:r>
        <w:t>ke andar rakh di gayi hai, woh test aap ke andar rakh di gayi hai, rakha hua hai.</w:t>
      </w:r>
    </w:p>
    <w:p>
      <w:pPr>
        <w:jc w:val="right"/>
      </w:pPr>
      <w:r>
        <w:t>کے اندر رکھ دی گئی ہے، وہ ٹیسٹ آپ کے اندر رکھ دی گئی ہے، رکھا ہوا ہے۔</w:t>
      </w:r>
    </w:p>
    <w:p>
      <w:r>
        <w:rPr>
          <w:b/>
        </w:rPr>
        <w:t xml:space="preserve">[28:53] </w:t>
      </w:r>
      <w:r>
        <w:t>اور ان کی قسمیں جو ہیں، ان کی قسمیں ten thousand سے زیادہ ہیں، ten thousand سے بہت زیادہ۔</w:t>
      </w:r>
    </w:p>
    <w:p>
      <w:pPr>
        <w:jc w:val="right"/>
      </w:pPr>
      <w:r>
        <w:t>اور ان کی قسمیں جو ہیں، ان کی قسمیں ٹن تھاؤزنڈ سے زیادہ ہیں، ٹن تھاؤزنڈ سے بہت زیادہ۔</w:t>
      </w:r>
    </w:p>
    <w:p>
      <w:r>
        <w:rPr>
          <w:b/>
        </w:rPr>
        <w:t xml:space="preserve">[29:03] </w:t>
      </w:r>
      <w:r>
        <w:t>to aap ke pore body mein test birds hain, har cheez mein aap ko mislan aap sunen, aap</w:t>
      </w:r>
    </w:p>
    <w:p>
      <w:pPr>
        <w:jc w:val="right"/>
      </w:pPr>
      <w:r>
        <w:t>تو آپ کے پورے باڈی میں ٹیسٹ برڈز ہیں، ہر چیز میں آپ کو مثلاً آپ سنیں، آپ</w:t>
      </w:r>
    </w:p>
    <w:p>
      <w:r>
        <w:rPr>
          <w:b/>
        </w:rPr>
        <w:t xml:space="preserve">[29:13] </w:t>
      </w:r>
      <w:r>
        <w:t>koi achi hawa is mein to kitna harf aa jaye, acha lagta hai aap ko, woh bhi aik</w:t>
      </w:r>
    </w:p>
    <w:p>
      <w:pPr>
        <w:jc w:val="right"/>
      </w:pPr>
      <w:r>
        <w:t>کوئی اچھی ہوا اس میں تو کتنا حرف آ جائے، اچھا لگتا ہے آپ کو، وہ بھی ایک</w:t>
      </w:r>
    </w:p>
    <w:p>
      <w:r>
        <w:rPr>
          <w:b/>
        </w:rPr>
        <w:t xml:space="preserve">[29:19] </w:t>
      </w:r>
      <w:r>
        <w:t>test birds hai.</w:t>
      </w:r>
    </w:p>
    <w:p>
      <w:pPr>
        <w:jc w:val="right"/>
      </w:pPr>
      <w:r>
        <w:t>ٹیسٹ برڈز ہے۔</w:t>
      </w:r>
    </w:p>
    <w:p>
      <w:r>
        <w:rPr>
          <w:b/>
        </w:rPr>
        <w:t xml:space="preserve">[29:24] </w:t>
      </w:r>
      <w:r>
        <w:t>dekhen, koi manzar kitna acha lagta hai.</w:t>
      </w:r>
    </w:p>
    <w:p>
      <w:pPr>
        <w:jc w:val="right"/>
      </w:pPr>
      <w:r>
        <w:t>دیکھیں، کوئی منظر کتنا اچھا لگتا ہے۔</w:t>
      </w:r>
    </w:p>
    <w:p>
      <w:r>
        <w:rPr>
          <w:b/>
        </w:rPr>
        <w:t xml:space="preserve">[29:29] </w:t>
      </w:r>
      <w:r>
        <w:t>to dekhna, sunna, sochna, chalna, har cheez mein aap ko test milta hai, lazzat milti hai, woh sab</w:t>
      </w:r>
    </w:p>
    <w:p>
      <w:pPr>
        <w:jc w:val="right"/>
      </w:pPr>
      <w:r>
        <w:t>تو دیکھنا، سننا، سوچنا، چلنا، ہر چیز میں آپ کو ٹیسٹ ملتا ہے، لذت ملتی ہے، وہ سب</w:t>
      </w:r>
    </w:p>
    <w:p>
      <w:r>
        <w:rPr>
          <w:b/>
        </w:rPr>
        <w:t xml:space="preserve">[29:34] </w:t>
      </w:r>
      <w:r>
        <w:t>aap ke andar rakha hua hai.</w:t>
      </w:r>
    </w:p>
    <w:p>
      <w:pPr>
        <w:jc w:val="right"/>
      </w:pPr>
      <w:r>
        <w:t>آپ کے اندر رکھا ہوا ہے۔</w:t>
      </w:r>
    </w:p>
    <w:p>
      <w:r>
        <w:rPr>
          <w:b/>
        </w:rPr>
        <w:t xml:space="preserve">[29:39] </w:t>
      </w:r>
      <w:r>
        <w:t>to agar aap</w:t>
      </w:r>
    </w:p>
    <w:p>
      <w:pPr>
        <w:jc w:val="right"/>
      </w:pPr>
      <w:r>
        <w:t>تو اگر آپ</w:t>
      </w:r>
    </w:p>
    <w:p>
      <w:r>
        <w:rPr>
          <w:b/>
        </w:rPr>
        <w:t xml:space="preserve">[29:44] </w:t>
      </w:r>
      <w:r>
        <w:t>detriment کا شکار نہ ہوں، اگر آپ distraction کا شکار نہ ہوں تو آپ کی نیچر گائیڈ کرتے</w:t>
      </w:r>
    </w:p>
    <w:p>
      <w:pPr>
        <w:jc w:val="right"/>
      </w:pPr>
      <w:r>
        <w:t>ڈیریمنٹ کا شکار نہ ہوں، اگر آپ ڈسٹریکشن کا شکار نہ ہوں تو آپ کی نیچر گائیڈ کرتے</w:t>
      </w:r>
    </w:p>
    <w:p>
      <w:r>
        <w:rPr>
          <w:b/>
        </w:rPr>
        <w:t xml:space="preserve">[29:55] </w:t>
      </w:r>
      <w:r>
        <w:t>کرتے وہاں پہنچائے گی جہاں آپ کے لیے اس کا سامان ہے، یعنی Paradise, eternal Paradise, eternal, eternal, eternal.</w:t>
      </w:r>
    </w:p>
    <w:p>
      <w:pPr>
        <w:jc w:val="right"/>
      </w:pPr>
      <w:r>
        <w:t>کرتے وہاں پہنچائے گی جہاں آپ کے لیے اس کا سامان ہے، یعنی پیراڈائز، ایٹرنل پیراڈائز، ایٹرنل، ایٹرنل، ایٹرنل۔</w:t>
      </w:r>
    </w:p>
    <w:p>
      <w:r>
        <w:rPr>
          <w:b/>
        </w:rPr>
        <w:t xml:space="preserve">[30:07] </w:t>
      </w:r>
      <w:r>
        <w:t>to yeh qissa hai yahan par surah barqah ki in ayaton mein insaan ke liye bohat bara qissa.</w:t>
      </w:r>
    </w:p>
    <w:p>
      <w:pPr>
        <w:jc w:val="right"/>
      </w:pPr>
      <w:r>
        <w:t>تو یہ قصہ ہے یہاں پر سورہ برقہ کی ان آیتوں میں انسان کے لیے بہت بڑا قصہ۔</w:t>
      </w:r>
    </w:p>
    <w:p>
      <w:r>
        <w:rPr>
          <w:b/>
        </w:rPr>
        <w:t xml:space="preserve">[30:18] </w:t>
      </w:r>
      <w:r>
        <w:t>to phir kya hua kay insan distract hua, Adam aur Hawa dono distract huay, is shajar mamnoo'a tak pohnch gaye woh. to un ko jannat say Allah nay nikal diya, is dunya mein bhej diya. lekin yeh abadi tor par nahi tha, yeh aisa nahi kay hamaray shirk hamesha kay liye jannat say mehroom</w:t>
      </w:r>
    </w:p>
    <w:p>
      <w:pPr>
        <w:jc w:val="right"/>
      </w:pPr>
      <w:r>
        <w:t>تو پھر کیا ہوا کہ انسان ڈسٹریکٹ ہوا، آدم اور حوا دونوں ڈسٹریکٹ ہوئے، اس شجر ممنوعہ تک پہنچ گئے وہ۔ تو ان کو جنت سے اللہ نے نکال دیا، اس دنیا میں بھیج دیا۔ لیکن یہ ابدی طور پر نہیں تھا، یہ ایسا نہیں کہ ہمارے شرک ہمیشہ کے لیے جنت سے محروم</w:t>
      </w:r>
    </w:p>
    <w:p>
      <w:r>
        <w:rPr>
          <w:b/>
        </w:rPr>
        <w:t xml:space="preserve">[30:48] </w:t>
      </w:r>
      <w:r>
        <w:t>kar diya jaye, aisa nahi tha. yeh tha second chance, yani Allah nay Adam aur Hawa ko jannat say nikal kar is dunya mein bheja kis liye? ta kay woh second chance ko avail karen. woh woh saza nahi thi ya</w:t>
      </w:r>
    </w:p>
    <w:p>
      <w:pPr>
        <w:jc w:val="right"/>
      </w:pPr>
      <w:r>
        <w:t>کر دیا جائے، ایسا نہیں تھا۔ یہ تھا سیکنڈ چانس، یعنی اللہ نے آدم اور حوا کو جنت سے نکال کر اس دنیا میں بھیجا کس لیے؟ تاکہ وہ سیکنڈ چانس کو اویل کریں۔ وہ وہ سزا نہیں تھی یا</w:t>
      </w:r>
    </w:p>
    <w:p>
      <w:r>
        <w:rPr>
          <w:b/>
        </w:rPr>
        <w:t xml:space="preserve">[31:18] </w:t>
      </w:r>
      <w:r>
        <w:t>mehrom bhi nahi thi, woh second chance ko avail karne ka in ko moqa dena tha.</w:t>
      </w:r>
    </w:p>
    <w:p>
      <w:pPr>
        <w:jc w:val="right"/>
      </w:pPr>
      <w:r>
        <w:t>محرم بھی نہیں تھی، وہ سیکنڈ چانس کو اویل کرنے کا ان کو موقع دینا تھا۔</w:t>
      </w:r>
    </w:p>
    <w:p>
      <w:r>
        <w:rPr>
          <w:b/>
        </w:rPr>
        <w:t xml:space="preserve">[31:24] </w:t>
      </w:r>
      <w:r>
        <w:t>to Adam ki hum sab Adam ki اولاد hain, to hum sab log goya ke second chance chance</w:t>
      </w:r>
    </w:p>
    <w:p>
      <w:pPr>
        <w:jc w:val="right"/>
      </w:pPr>
      <w:r>
        <w:t>تو آدم کی ہم سب آدم کی اولاد ہیں، تو ہم سب لوگ گویا کہ سیکنڈ چانس چانس</w:t>
      </w:r>
    </w:p>
    <w:p>
      <w:r>
        <w:rPr>
          <w:b/>
        </w:rPr>
        <w:t xml:space="preserve">[31:30] </w:t>
      </w:r>
      <w:r>
        <w:t>ke marhalay mein hain.</w:t>
      </w:r>
    </w:p>
    <w:p>
      <w:pPr>
        <w:jc w:val="right"/>
      </w:pPr>
      <w:r>
        <w:t>کے مرحلے میں ہیں۔</w:t>
      </w:r>
    </w:p>
    <w:p>
      <w:r>
        <w:rPr>
          <w:b/>
        </w:rPr>
        <w:t xml:space="preserve">[31:37] </w:t>
      </w:r>
      <w:r>
        <w:t>Adam ki اولاد hone ki hesiyat se hum sab log isi maqam par hain jahan hum second chance</w:t>
      </w:r>
    </w:p>
    <w:p>
      <w:pPr>
        <w:jc w:val="right"/>
      </w:pPr>
      <w:r>
        <w:t>آدم کی اولاد ہونے کی حیثیت سے ہم سب لوگ اسی مقام پر ہیں جہاں ہم سیکنڈ چانس</w:t>
      </w:r>
    </w:p>
    <w:p>
      <w:r>
        <w:rPr>
          <w:b/>
        </w:rPr>
        <w:t xml:space="preserve">[31:43] </w:t>
      </w:r>
      <w:r>
        <w:t>ka moqa hai.</w:t>
      </w:r>
    </w:p>
    <w:p>
      <w:pPr>
        <w:jc w:val="right"/>
      </w:pPr>
      <w:r>
        <w:t>کا موقع ہے۔</w:t>
      </w:r>
    </w:p>
    <w:p>
      <w:r>
        <w:rPr>
          <w:b/>
        </w:rPr>
        <w:t xml:space="preserve">[31:49] </w:t>
      </w:r>
      <w:r>
        <w:t>to second chance kay baad Allah nay koi third chance rakha nahi insan kay andar. is is second chance hi final chance hai. to is dunya mein hum log jo hain to hum log wahan hain jahan second chance aur aakhri chance hamein mila hua hai. yahan hum rehtay hain</w:t>
      </w:r>
    </w:p>
    <w:p>
      <w:pPr>
        <w:jc w:val="right"/>
      </w:pPr>
      <w:r>
        <w:t>تو سیکنڈ چانس کے بعد اللہ نے کوئی تھرڈ چانس رکھا نہیں انسان کے اندر۔ اس اس سیکنڈ چانس ہی فائنل چانس ہے۔ تو اس دنیا میں ہم لوگ جو ہیں تو ہم لوگ وہاں ہیں جہاں سیکنڈ چانس اور آخری چانس ہمیں ملا ہوا ہے۔ یہاں ہم رہتے ہیں</w:t>
      </w:r>
    </w:p>
    <w:p>
      <w:r>
        <w:rPr>
          <w:b/>
        </w:rPr>
        <w:t xml:space="preserve">[32:19] </w:t>
      </w:r>
      <w:r>
        <w:t>70 saal ke liye, 80 saal ke liye, aisi kuch muddat hai, bas is ke baad khatam.</w:t>
      </w:r>
    </w:p>
    <w:p>
      <w:pPr>
        <w:jc w:val="right"/>
      </w:pPr>
      <w:r>
        <w:t>70 سال کے لیے، 80 سال کے لیے، ایسی کچھ مدت ہے، بس اس کے بعد ختم۔</w:t>
      </w:r>
    </w:p>
    <w:p>
      <w:r>
        <w:rPr>
          <w:b/>
        </w:rPr>
        <w:t xml:space="preserve">[32:25] </w:t>
      </w:r>
      <w:r>
        <w:t>to yeh lamha jo hai hamara bohat hi qeemti hai, kyunke yeh lamha hum ko ya to eternal</w:t>
      </w:r>
    </w:p>
    <w:p>
      <w:pPr>
        <w:jc w:val="right"/>
      </w:pPr>
      <w:r>
        <w:t>تو یہ لمحہ جو ہے ہمارا بہت ہی قیمتی ہے، کیونکہ یہ لمحہ ہم کو یا تو ایٹرنل</w:t>
      </w:r>
    </w:p>
    <w:p>
      <w:r>
        <w:rPr>
          <w:b/>
        </w:rPr>
        <w:t xml:space="preserve">[32:31] </w:t>
      </w:r>
      <w:r>
        <w:t>jannat de ga ya eternal jannat se mehrom kar de ga.</w:t>
      </w:r>
    </w:p>
    <w:p>
      <w:pPr>
        <w:jc w:val="right"/>
      </w:pPr>
      <w:r>
        <w:t>جنت دے گا یا ایٹرنل جنت سے محروم کر دے گا۔</w:t>
      </w:r>
    </w:p>
    <w:p>
      <w:r>
        <w:rPr>
          <w:b/>
        </w:rPr>
        <w:t xml:space="preserve">[32:37] </w:t>
      </w:r>
      <w:r>
        <w:t>kisi ajeeb baat hai!</w:t>
      </w:r>
    </w:p>
    <w:p>
      <w:pPr>
        <w:jc w:val="right"/>
      </w:pPr>
      <w:r>
        <w:t>کیسی عجیب بات ہے!</w:t>
      </w:r>
    </w:p>
    <w:p>
      <w:r>
        <w:rPr>
          <w:b/>
        </w:rPr>
        <w:t xml:space="preserve">[32:43] </w:t>
      </w:r>
      <w:r>
        <w:t>ya to eternal jannat mile gi ya</w:t>
      </w:r>
    </w:p>
    <w:p>
      <w:pPr>
        <w:jc w:val="right"/>
      </w:pPr>
      <w:r>
        <w:t>یا تو ایٹرنل جنت ملے گی یا</w:t>
      </w:r>
    </w:p>
    <w:p>
      <w:r>
        <w:rPr>
          <w:b/>
        </w:rPr>
        <w:t xml:space="preserve">[32:49] </w:t>
      </w:r>
      <w:r>
        <w:t>hamesha ke liye mehrom ho jaye gi.</w:t>
      </w:r>
    </w:p>
    <w:p>
      <w:pPr>
        <w:jc w:val="right"/>
      </w:pPr>
      <w:r>
        <w:t>ہمیشہ کے لیے محروم ہو جائے گی۔</w:t>
      </w:r>
    </w:p>
    <w:p>
      <w:r>
        <w:rPr>
          <w:b/>
        </w:rPr>
        <w:t xml:space="preserve">[33:00] </w:t>
      </w:r>
      <w:r>
        <w:t>تو دیکھیے، آپ کو کرنا کیا ہے؟ بہت ہی زیادہ آپ آپ cautious بنیں، cautious اس بات کے</w:t>
      </w:r>
    </w:p>
    <w:p>
      <w:pPr>
        <w:jc w:val="right"/>
      </w:pPr>
      <w:r>
        <w:t>تو دیکھیے، آپ کو کرنا کیا ہے؟ بہت ہی زیادہ آپ آپ کاشس بنیں، کاشس اس بات کے</w:t>
      </w:r>
    </w:p>
    <w:p>
      <w:r>
        <w:rPr>
          <w:b/>
        </w:rPr>
        <w:t xml:space="preserve">[33:10] </w:t>
      </w:r>
      <w:r>
        <w:t>لیے کہ کہیں میں derail تو نہیں ہو گیا، کہیں میں distraction میں تو نہیں پڑ گیا۔</w:t>
      </w:r>
    </w:p>
    <w:p>
      <w:pPr>
        <w:jc w:val="right"/>
      </w:pPr>
      <w:r>
        <w:t>لیے کہ کہیں میں ڈیریل تو نہیں ہو گیا، کہیں میں ڈسٹریکشن میں تو نہیں پڑ گیا۔</w:t>
      </w:r>
    </w:p>
    <w:p>
      <w:r>
        <w:rPr>
          <w:b/>
        </w:rPr>
        <w:t xml:space="preserve">[33:21] </w:t>
      </w:r>
      <w:r>
        <w:t>bohat ziyada aap ko is par aik martaba mein aik majlis mein tha jahan sab professoron ki majlis thi aur baray parhay likhay log, universityon kay professor. to baatein ho rahi theen to aik professor nay jo bohat hi bara mana jata tha, yahi dilli ka qissa hai, to baat ch</w:t>
      </w:r>
    </w:p>
    <w:p>
      <w:pPr>
        <w:jc w:val="right"/>
      </w:pPr>
      <w:r>
        <w:t>بہت زیادہ آپ کو اس پر ایک مرتبہ میں ایک مجلس میں تھا جہاں سب پروفیسروں کی مجلس تھی اور بڑے پڑھے لکھے لوگ، یونیورسٹیوں کے پروفیسر۔ تو باتیں ہو رہی تھیں تو ایک پروفیسر نے جو بہت ہی بڑا مانا جاتا تھا، یہی دلی کا قصہ ہے، تو بات چ</w:t>
      </w:r>
    </w:p>
    <w:p>
      <w:r>
        <w:rPr>
          <w:b/>
        </w:rPr>
        <w:t xml:space="preserve">[33:51] </w:t>
      </w:r>
      <w:r>
        <w:t>yat ke douran is ne yeh kaha ke mein TV nahi dekhta.</w:t>
      </w:r>
    </w:p>
    <w:p>
      <w:pPr>
        <w:jc w:val="right"/>
      </w:pPr>
      <w:r>
        <w:t>یت کے دوران اس نے یہ کہا کہ میں ٹی وی نہیں دیکھتا۔</w:t>
      </w:r>
    </w:p>
    <w:p>
      <w:r>
        <w:rPr>
          <w:b/>
        </w:rPr>
        <w:t xml:space="preserve">[33:59] </w:t>
      </w:r>
      <w:r>
        <w:t>is professor ne jo ke bohat mumtaz professor tha, us ne kaha ke mein TV nahi dekhta.</w:t>
      </w:r>
    </w:p>
    <w:p>
      <w:pPr>
        <w:jc w:val="right"/>
      </w:pPr>
      <w:r>
        <w:t>اس پروفیسر نے جو کہ بہت ممتاز پروفیسر تھا، اس نے کہا کہ میں ٹی وی نہیں دیکھتا۔</w:t>
      </w:r>
    </w:p>
    <w:p>
      <w:r>
        <w:rPr>
          <w:b/>
        </w:rPr>
        <w:t xml:space="preserve">[34:07] </w:t>
      </w:r>
      <w:r>
        <w:t>to logon ko taajjub hua ke is zamanay mein kon hoga jo TV na dekhe? jo TV</w:t>
      </w:r>
    </w:p>
    <w:p>
      <w:pPr>
        <w:jc w:val="right"/>
      </w:pPr>
      <w:r>
        <w:t>تو لوگوں کو تعجب ہوا کہ اس زمانے میں کون ہوگا جو ٹی وی نہ دیکھے؟ جو ٹی</w:t>
      </w:r>
    </w:p>
    <w:p>
      <w:r>
        <w:rPr>
          <w:b/>
        </w:rPr>
        <w:t xml:space="preserve">[34:15] </w:t>
      </w:r>
      <w:r>
        <w:t>woh na dekhe? yeh qissa isi dili ka hai.</w:t>
      </w:r>
    </w:p>
    <w:p>
      <w:pPr>
        <w:jc w:val="right"/>
      </w:pPr>
      <w:r>
        <w:t>وی نہ دیکھے؟ یہ قصہ اسی دلی کا ہے۔</w:t>
      </w:r>
    </w:p>
    <w:p>
      <w:r>
        <w:rPr>
          <w:b/>
        </w:rPr>
        <w:t xml:space="preserve">[34:23] </w:t>
      </w:r>
      <w:r>
        <w:t>toh bohat ziyada logon ko curiosity hui ke yeh jo professor itna bara hai, yeh toh TV</w:t>
      </w:r>
    </w:p>
    <w:p>
      <w:pPr>
        <w:jc w:val="right"/>
      </w:pPr>
      <w:r>
        <w:t>تو بہت زیادہ لوگوں کو کیوریسٹی ہوئی کہ یہ جو پروفیسر اتنا بڑا ہے، یہ تو ٹی وی</w:t>
      </w:r>
    </w:p>
    <w:p>
      <w:r>
        <w:rPr>
          <w:b/>
        </w:rPr>
        <w:t xml:space="preserve">[34:30] </w:t>
      </w:r>
      <w:r>
        <w:t>kyun nahi dekhta? woh toh usne kaha poochne par ke TV mere liye distraction hai.</w:t>
      </w:r>
    </w:p>
    <w:p>
      <w:pPr>
        <w:jc w:val="right"/>
      </w:pPr>
      <w:r>
        <w:t>کیوں نہیں دیکھتا؟ وہ تو اس نے کہا پوچھنے پر کہ ٹی وی میرے لیے ڈسٹریکشن ہے۔</w:t>
      </w:r>
    </w:p>
    <w:p>
      <w:r>
        <w:rPr>
          <w:b/>
        </w:rPr>
        <w:t xml:space="preserve">[34:38] </w:t>
      </w:r>
      <w:r>
        <w:t>unhon ne kaha ke mera kaam yeh hai ke main study karoon, ziyada se ziyada reading karoon, ziyada</w:t>
      </w:r>
    </w:p>
    <w:p>
      <w:pPr>
        <w:jc w:val="right"/>
      </w:pPr>
      <w:r>
        <w:t>انہوں نے کہا کہ میرا کام یہ ہے کہ میں اسٹڈی کروں، زیادہ سے زیادہ ریڈنگ کروں، زیادہ</w:t>
      </w:r>
    </w:p>
    <w:p>
      <w:r>
        <w:rPr>
          <w:b/>
        </w:rPr>
        <w:t xml:space="preserve">[34:46] </w:t>
      </w:r>
      <w:r>
        <w:t>se ziyada aap knowledge barhaoon.</w:t>
      </w:r>
    </w:p>
    <w:p>
      <w:pPr>
        <w:jc w:val="right"/>
      </w:pPr>
      <w:r>
        <w:t>سے زیادہ اپ نالج بڑھاؤں۔</w:t>
      </w:r>
    </w:p>
    <w:p>
      <w:r>
        <w:rPr>
          <w:b/>
        </w:rPr>
        <w:t xml:space="preserve">[34:54] </w:t>
      </w:r>
      <w:r>
        <w:t>yeh meri field hai, yani uski uski jo field hai, us mein uski jo development</w:t>
      </w:r>
    </w:p>
    <w:p>
      <w:pPr>
        <w:jc w:val="right"/>
      </w:pPr>
      <w:r>
        <w:t>یہ میری فیلڈ ہے، یعنی اس کی اس کی جو فیلڈ ہے، اس میں اس کی جو ڈویلپمنٹ</w:t>
      </w:r>
    </w:p>
    <w:p>
      <w:r>
        <w:rPr>
          <w:b/>
        </w:rPr>
        <w:t xml:space="preserve">[35:00] </w:t>
      </w:r>
      <w:r>
        <w:t>hai, us par depend karta hai ke woh kitna parhta hai, kitna reading karta hai, kitna apne knowledge</w:t>
      </w:r>
    </w:p>
    <w:p>
      <w:pPr>
        <w:jc w:val="right"/>
      </w:pPr>
      <w:r>
        <w:t>ہے، اس پر ڈیپینڈ کرتا ہے کہ وہ کتنا پڑھتا ہے، کتنا ریڈنگ کرتا ہے، کتنا اپنے نالج</w:t>
      </w:r>
    </w:p>
    <w:p>
      <w:r>
        <w:rPr>
          <w:b/>
        </w:rPr>
        <w:t xml:space="preserve">[35:06] </w:t>
      </w:r>
      <w:r>
        <w:t>ko barhata hai.</w:t>
      </w:r>
    </w:p>
    <w:p>
      <w:pPr>
        <w:jc w:val="right"/>
      </w:pPr>
      <w:r>
        <w:t>کو بڑھاتا ہے۔</w:t>
      </w:r>
    </w:p>
    <w:p>
      <w:r>
        <w:rPr>
          <w:b/>
        </w:rPr>
        <w:t xml:space="preserve">[35:12] </w:t>
      </w:r>
      <w:r>
        <w:t>toh usne kaha ke TV se maine dekha hai ke mujhe distraction toh hota hai,</w:t>
      </w:r>
    </w:p>
    <w:p>
      <w:pPr>
        <w:jc w:val="right"/>
      </w:pPr>
      <w:r>
        <w:t>تو اس نے کہا کہ ٹی وی سے میں نے دیکھا ہے کہ مجھے ڈسٹریکشن تو ہوتا ہے،</w:t>
      </w:r>
    </w:p>
    <w:p>
      <w:r>
        <w:rPr>
          <w:b/>
        </w:rPr>
        <w:t xml:space="preserve">[35:18] </w:t>
      </w:r>
      <w:r>
        <w:t>kuch kuch mazeed koi cheez milti nahi hai mujh ko meri apni</w:t>
      </w:r>
    </w:p>
    <w:p>
      <w:pPr>
        <w:jc w:val="right"/>
      </w:pPr>
      <w:r>
        <w:t>کچھ کچھ مزید کوئی چیز ملتی نہیں ہے مجھ کو میری اپنی</w:t>
      </w:r>
    </w:p>
    <w:p>
      <w:r>
        <w:rPr>
          <w:b/>
        </w:rPr>
        <w:t xml:space="preserve">[35:24] </w:t>
      </w:r>
      <w:r>
        <w:t>field kay aitbar say. to us kay maani hain kay bohat hi hassas tha, woh bohat sensitive tha is maamlay mein kay us woh apna koi thora sa waqt bhi, yani thora sa waqt bhi, woh distraction mein zaya na karay, west na karay. woh is cheez nay us ko bara professor bana diya, apnay line</w:t>
      </w:r>
    </w:p>
    <w:p>
      <w:pPr>
        <w:jc w:val="right"/>
      </w:pPr>
      <w:r>
        <w:t>فیلڈ کے اعتبار سے۔ تو اس کے معنی ہیں کہ بہت ہی حساس تھا، وہ بہت سینسٹیو تھا اس معاملے میں کہ اس وہ اپنا کوئی تھوڑا سا وقت بھی، یعنی تھوڑا سا وقت بھی، وہ ڈسٹریکشن میں ضائع نہ کرے، ویسٹ نہ کرے۔ وہ اس چیز نے اس کو بڑا پروفیسر بنا دیا، اپنے لائن</w:t>
      </w:r>
    </w:p>
    <w:p>
      <w:r>
        <w:rPr>
          <w:b/>
        </w:rPr>
        <w:t xml:space="preserve">[35:54] </w:t>
      </w:r>
      <w:r>
        <w:t>ka woh specialist banaya jata tha.</w:t>
      </w:r>
    </w:p>
    <w:p>
      <w:pPr>
        <w:jc w:val="right"/>
      </w:pPr>
      <w:r>
        <w:t>کا وہ اسپیشلسٹ بنایا جاتا تھا۔</w:t>
      </w:r>
    </w:p>
    <w:p>
      <w:r>
        <w:rPr>
          <w:b/>
        </w:rPr>
        <w:t xml:space="preserve">[36:02] </w:t>
      </w:r>
      <w:r>
        <w:t>main samajhta hoon ke yeh waqia batata hai ke hum har shakhs ko is duniya mein kis tarah rehna hai.</w:t>
      </w:r>
    </w:p>
    <w:p>
      <w:pPr>
        <w:jc w:val="right"/>
      </w:pPr>
      <w:r>
        <w:t>میں سمجھتا ہوں کہ یہ واقعہ بتاتا ہے کہ ہم ہر شخص کو اس دنیا میں کس طرح رہنا ہے۔</w:t>
      </w:r>
    </w:p>
    <w:p>
      <w:r>
        <w:rPr>
          <w:b/>
        </w:rPr>
        <w:t xml:space="preserve">[36:10] </w:t>
      </w:r>
      <w:r>
        <w:t>har waqt usko, har waqt hum, hum, hum mein se har shakhs ko har waqt bohat hi</w:t>
      </w:r>
    </w:p>
    <w:p>
      <w:pPr>
        <w:jc w:val="right"/>
      </w:pPr>
      <w:r>
        <w:t>ہر وقت اس کو، ہر وقت ہم، ہم، ہم میں سے ہر شخص کو ہر وقت بہت ہی</w:t>
      </w:r>
    </w:p>
    <w:p>
      <w:r>
        <w:rPr>
          <w:b/>
        </w:rPr>
        <w:t xml:space="preserve">[36:18] </w:t>
      </w:r>
      <w:r>
        <w:t>sensitive rehna hai, bohat hi cautious rehna hai, cautious ke kahin main distract toh nahi ho raha hoon,</w:t>
      </w:r>
    </w:p>
    <w:p>
      <w:pPr>
        <w:jc w:val="right"/>
      </w:pPr>
      <w:r>
        <w:t>سینسٹیو رہنا ہے، بہت ہی کاشس رہنا ہے، کاشس کہ کہیں میں ڈسٹریکٹ تو نہیں ہو رہا ہوں،</w:t>
      </w:r>
    </w:p>
    <w:p>
      <w:r>
        <w:rPr>
          <w:b/>
        </w:rPr>
        <w:t xml:space="preserve">[36:27] </w:t>
      </w:r>
      <w:r>
        <w:t>meri nayi aadat nahi pakad raha hoon, main koi aisa kaam toh nahi kar raha hoon, main is</w:t>
      </w:r>
    </w:p>
    <w:p>
      <w:pPr>
        <w:jc w:val="right"/>
      </w:pPr>
      <w:r>
        <w:t>میری نئی عادت نہیں پکڑ رہا ہوں، میں کوئی ایسا کام تو نہیں کر رہا ہوں، میں اس</w:t>
      </w:r>
    </w:p>
    <w:p>
      <w:r>
        <w:rPr>
          <w:b/>
        </w:rPr>
        <w:t xml:space="preserve">[36:33] </w:t>
      </w:r>
      <w:r>
        <w:t>mein mujhe koi faida nahi.</w:t>
      </w:r>
    </w:p>
    <w:p>
      <w:pPr>
        <w:jc w:val="right"/>
      </w:pPr>
      <w:r>
        <w:t>میں مجھے کوئی فائدہ نہیں۔</w:t>
      </w:r>
    </w:p>
    <w:p>
      <w:r>
        <w:rPr>
          <w:b/>
        </w:rPr>
        <w:t xml:space="preserve">[36:39] </w:t>
      </w:r>
      <w:r>
        <w:t>toh apne aap ko right track pe baqi rakhne ke liye, yani nature toh aap ko right track</w:t>
      </w:r>
    </w:p>
    <w:p>
      <w:pPr>
        <w:jc w:val="right"/>
      </w:pPr>
      <w:r>
        <w:t>تو اپنے آپ کو رائٹ ٹریک پہ باقی رکھنے کے لیے، یعنی نیچر تو آپ کو رائٹ ٹریک</w:t>
      </w:r>
    </w:p>
    <w:p>
      <w:r>
        <w:rPr>
          <w:b/>
        </w:rPr>
        <w:t xml:space="preserve">[36:45] </w:t>
      </w:r>
      <w:r>
        <w:t>pe baqi rakhe hue hain already.</w:t>
      </w:r>
    </w:p>
    <w:p>
      <w:pPr>
        <w:jc w:val="right"/>
      </w:pPr>
      <w:r>
        <w:t>پہ باقی رکھے ہوئے ہیں الریڈی۔</w:t>
      </w:r>
    </w:p>
    <w:p>
      <w:r>
        <w:rPr>
          <w:b/>
        </w:rPr>
        <w:t xml:space="preserve">[36:51] </w:t>
      </w:r>
      <w:r>
        <w:t>agar aap distract na hon toh aap ki nature aap ko right track par baqi rakhe gi,</w:t>
      </w:r>
    </w:p>
    <w:p>
      <w:pPr>
        <w:jc w:val="right"/>
      </w:pPr>
      <w:r>
        <w:t>اگر آپ ڈسٹریکٹ نہ ہوں تو آپ کی نیچر آپ کو رائٹ ٹریک پر باقی رکھے گی،</w:t>
      </w:r>
    </w:p>
    <w:p>
      <w:r>
        <w:rPr>
          <w:b/>
        </w:rPr>
        <w:t xml:space="preserve">[36:57] </w:t>
      </w:r>
      <w:r>
        <w:t>woh hatne nahi degi. to apne aap ko right track se bas par qaim rakhiye, distraction se bachaiye, aur hamesha is baat ki koshish karte rahiye ke aap apni personality jo hai, zyada se zyada paper personality banayein, kyunke koi had nahi hai, kyunke personality ko</w:t>
      </w:r>
    </w:p>
    <w:p>
      <w:pPr>
        <w:jc w:val="right"/>
      </w:pPr>
      <w:r>
        <w:t>وہ ہٹنے نہیں دے گی۔ تو اپنے آپ کو رائٹ ٹریک سے بس پر قائم رکھیے، ڈسٹریکشن سے بچائیے، اور ہمیشہ اس بات کی کوشش کرتے رہیے کہ آپ اپنی پرسنیلٹی جو ہے، زیادہ سے زیادہ پیپر پرسنیلٹی بنائیں، کیونکہ کوئی حد نہیں ہے، کیونکہ پرسنیلٹی کو</w:t>
      </w:r>
    </w:p>
    <w:p>
      <w:r>
        <w:rPr>
          <w:b/>
        </w:rPr>
        <w:t xml:space="preserve">[37:27] </w:t>
      </w:r>
      <w:r>
        <w:t>develop par develop karne ki koi had nahi hai.</w:t>
      </w:r>
    </w:p>
    <w:p>
      <w:pPr>
        <w:jc w:val="right"/>
      </w:pPr>
      <w:r>
        <w:t>ڈیولپ پر ڈیولپ کرنے کی کوئی حد نہیں ہے۔</w:t>
      </w:r>
    </w:p>
    <w:p>
      <w:r>
        <w:rPr>
          <w:b/>
        </w:rPr>
        <w:t xml:space="preserve">[37:33] </w:t>
      </w:r>
      <w:r>
        <w:t>personality ko develop karne ki koi had nahi hai.</w:t>
      </w:r>
    </w:p>
    <w:p>
      <w:pPr>
        <w:jc w:val="right"/>
      </w:pPr>
      <w:r>
        <w:t>پرسنیلٹی کو ڈیولپ کرنے کی کوئی حد نہیں ہے۔</w:t>
      </w:r>
    </w:p>
    <w:p>
      <w:r>
        <w:rPr>
          <w:b/>
        </w:rPr>
        <w:t xml:space="preserve">[37:40] </w:t>
      </w:r>
      <w:r>
        <w:t>saari umar yeh kaam jaari rehta hai, saari umar.</w:t>
      </w:r>
    </w:p>
    <w:p>
      <w:pPr>
        <w:jc w:val="right"/>
      </w:pPr>
      <w:r>
        <w:t>ساری عمر یہ کام جاری رہتا ہے، ساری عمر۔</w:t>
      </w:r>
    </w:p>
    <w:p>
      <w:r>
        <w:rPr>
          <w:b/>
        </w:rPr>
        <w:t xml:space="preserve">[37:46] </w:t>
      </w:r>
      <w:r>
        <w:t>toh main samajhta hoon ke yeh jo Quran ka yeh passage hai, jis mein ke shajar mamnooa ka</w:t>
      </w:r>
    </w:p>
    <w:p>
      <w:pPr>
        <w:jc w:val="right"/>
      </w:pPr>
      <w:r>
        <w:t>تو میں سمجھتا ہوں کہ یہ جو قرآن کا یہ پیسج ہے، جس میں کہ شجر ممنوعہ کا</w:t>
      </w:r>
    </w:p>
    <w:p>
      <w:r>
        <w:rPr>
          <w:b/>
        </w:rPr>
        <w:t xml:space="preserve">[37:52] </w:t>
      </w:r>
      <w:r>
        <w:t>forbidden tree ka zikr hai,</w:t>
      </w:r>
    </w:p>
    <w:p>
      <w:pPr>
        <w:jc w:val="right"/>
      </w:pPr>
      <w:r>
        <w:t>فاربیڈن ٹری کا ذکر ہے،</w:t>
      </w:r>
    </w:p>
    <w:p>
      <w:r>
        <w:rPr>
          <w:b/>
        </w:rPr>
        <w:t xml:space="preserve">[37:59] </w:t>
      </w:r>
      <w:r>
        <w:t>woh hamein ek sabak deta hai, ek lesson. woh yeh ke bachao apne aap ko distraction se. jo jo ek line hai, yahan se le kar paradise tak, jis par paida hote hi hum daal diye jaate hain, us se distract na hon, us se derail na hon. bohat hi zyada hamein is maamle mein</w:t>
      </w:r>
    </w:p>
    <w:p>
      <w:pPr>
        <w:jc w:val="right"/>
      </w:pPr>
      <w:r>
        <w:t>وہ ہمیں ایک سبق دیتا ہے، ایک لیسن۔ وہ یہ کہ بچاؤ اپنے آپ کو ڈسٹریکشن سے۔ جو جو ایک لائن ہے، یہاں سے لے کر پیراڈائز تک، جس پر پیدا ہوتے ہی ہم ڈال دیے جاتے ہیں، اس سے ڈسٹریکٹ نہ ہوں، اس سے ڈیریل نہ ہوں۔ بہت ہی زیادہ ہمیں اس معاملے میں</w:t>
      </w:r>
    </w:p>
    <w:p>
      <w:r>
        <w:rPr>
          <w:b/>
        </w:rPr>
        <w:t xml:space="preserve">[38:29] </w:t>
      </w:r>
      <w:r>
        <w:t>sensitive banna hai, cautious banna hai.</w:t>
      </w:r>
    </w:p>
    <w:p>
      <w:pPr>
        <w:jc w:val="right"/>
      </w:pPr>
      <w:r>
        <w:t>سینسٹیو بننا ہے، کاشس بننا ہے۔</w:t>
      </w:r>
    </w:p>
    <w:p>
      <w:r>
        <w:rPr>
          <w:b/>
        </w:rPr>
        <w:t xml:space="preserve">[38:36] </w:t>
      </w:r>
      <w:r>
        <w:t>yehi hamara kaam hai.</w:t>
      </w:r>
    </w:p>
    <w:p>
      <w:pPr>
        <w:jc w:val="right"/>
      </w:pPr>
      <w:r>
        <w:t>یہی ہمارا کام ہے۔</w:t>
      </w:r>
    </w:p>
    <w:p>
      <w:r>
        <w:rPr>
          <w:b/>
        </w:rPr>
        <w:t xml:space="preserve">[38:44] </w:t>
      </w:r>
      <w:r>
        <w:t>yeh Allah taala ki ajeeb o ghareeb nemat hai ke Allah ne paida kiya insaan ko, paida kiya</w:t>
      </w:r>
    </w:p>
    <w:p>
      <w:pPr>
        <w:jc w:val="right"/>
      </w:pPr>
      <w:r>
        <w:t>یہ اللہ تعالیٰ کی عجیب و غریب نعمت ہے کہ اللہ نے پیدا کیا انسان کو، پیدا کیا</w:t>
      </w:r>
    </w:p>
    <w:p>
      <w:r>
        <w:rPr>
          <w:b/>
        </w:rPr>
        <w:t xml:space="preserve">[38:52] </w:t>
      </w:r>
      <w:r>
        <w:t>paradise ko, phir Allah ne hamari nature ke andar aik aik GPS rakh diya. Global positioning</w:t>
      </w:r>
    </w:p>
    <w:p>
      <w:pPr>
        <w:jc w:val="right"/>
      </w:pPr>
      <w:r>
        <w:t>پیراڈائز کو، پھر اللہ نے ہماری نیچر کے اندر ایک ایک جیپس رکھ دیا۔ گلوبل پولیشننگ</w:t>
      </w:r>
    </w:p>
    <w:p>
      <w:r>
        <w:rPr>
          <w:b/>
        </w:rPr>
        <w:t xml:space="preserve">[38:59] </w:t>
      </w:r>
      <w:r>
        <w:t>system jo hota hai, mechanical world mein, aisa hi aik rakh diya hamare hamare nature mein.</w:t>
      </w:r>
    </w:p>
    <w:p>
      <w:pPr>
        <w:jc w:val="right"/>
      </w:pPr>
      <w:r>
        <w:t>سسٹم جو ہوتا ہے، مکینیکل ورلڈ میں، ایسا ہی ایک رکھ دیا ہمارے ہمارے نیچر میں۔</w:t>
      </w:r>
    </w:p>
    <w:p>
      <w:r>
        <w:rPr>
          <w:b/>
        </w:rPr>
        <w:t xml:space="preserve">[39:08] </w:t>
      </w:r>
      <w:r>
        <w:t>yeh kaisa ajeeb ehsaan hai Allah taala ka ke paidaish apne aap hi hum ko daal deti hai,</w:t>
      </w:r>
    </w:p>
    <w:p>
      <w:pPr>
        <w:jc w:val="right"/>
      </w:pPr>
      <w:r>
        <w:t>یہ کیسا عجیب احسان ہے اللہ تعالیٰ کا کہ پیدائش اپنے آپ ہی ہم کو ڈال دیتی ہے،</w:t>
      </w:r>
    </w:p>
    <w:p>
      <w:r>
        <w:rPr>
          <w:b/>
        </w:rPr>
        <w:t xml:space="preserve">[39:16] </w:t>
      </w:r>
      <w:r>
        <w:t>saheeh raaste pe, right track par.</w:t>
      </w:r>
    </w:p>
    <w:p>
      <w:pPr>
        <w:jc w:val="right"/>
      </w:pPr>
      <w:r>
        <w:t>صحیح راستے پہ، رائٹ ٹریک پر۔</w:t>
      </w:r>
    </w:p>
    <w:p>
      <w:r>
        <w:rPr>
          <w:b/>
        </w:rPr>
        <w:t xml:space="preserve">[39:24] </w:t>
      </w:r>
      <w:r>
        <w:t>agar aap distract na hon to apne aap hi ja ke utar jayenge.</w:t>
      </w:r>
    </w:p>
    <w:p>
      <w:pPr>
        <w:jc w:val="right"/>
      </w:pPr>
      <w:r>
        <w:t>اگر آپ ڈسٹریکٹ نہ ہوں تو اپنے آپ ہی جا کے اتر جائیں گے۔</w:t>
      </w:r>
    </w:p>
    <w:p>
      <w:r>
        <w:rPr>
          <w:b/>
        </w:rPr>
        <w:t xml:space="preserve">[39:32] </w:t>
      </w:r>
      <w:r>
        <w:t>maine aap ko aik pata hai, shayad aik qissa bataya tha ke jab main teenager tha,</w:t>
      </w:r>
    </w:p>
    <w:p>
      <w:pPr>
        <w:jc w:val="right"/>
      </w:pPr>
      <w:r>
        <w:t>میں نے آپ کو ایک پتہ ہے، شاید ایک قصہ بتایا تھا کہ جب میں ٹین ایجر تھا،</w:t>
      </w:r>
    </w:p>
    <w:p>
      <w:r>
        <w:rPr>
          <w:b/>
        </w:rPr>
        <w:t xml:space="preserve">[39:38] </w:t>
      </w:r>
      <w:r>
        <w:t>teenager, us zamane mein aik baar mujhe ghore par charhne ka mauqa mila tha.</w:t>
      </w:r>
    </w:p>
    <w:p>
      <w:pPr>
        <w:jc w:val="right"/>
      </w:pPr>
      <w:r>
        <w:t>ٹین ایجر، اس زمانے میں ایک بار مجھے گھوڑے پر چڑھنے کا موقع ملا تھا۔</w:t>
      </w:r>
    </w:p>
    <w:p>
      <w:r>
        <w:rPr>
          <w:b/>
        </w:rPr>
        <w:t xml:space="preserve">[39:44] </w:t>
      </w:r>
      <w:r>
        <w:t>aik family function mein mujhe bheja gaya tha, ghore par bithaa kar.</w:t>
      </w:r>
    </w:p>
    <w:p>
      <w:pPr>
        <w:jc w:val="right"/>
      </w:pPr>
      <w:r>
        <w:t>ایک فیملی فنکشن میں مجھے بھیجا گیا تھا، گھوڑے پر بٹھا کر۔</w:t>
      </w:r>
    </w:p>
    <w:p>
      <w:r>
        <w:rPr>
          <w:b/>
        </w:rPr>
        <w:t xml:space="preserve">[39:50] </w:t>
      </w:r>
      <w:r>
        <w:t>to main sochta tha ke main to raasta jaata nahi, jahan jaana jaana tha, mujhe woh, main chhota</w:t>
      </w:r>
    </w:p>
    <w:p>
      <w:pPr>
        <w:jc w:val="right"/>
      </w:pPr>
      <w:r>
        <w:t>تو میں سوچتا تھا کہ میں تو راستہ جاتا نہیں، جہاں جانا جانا تھا، مجھے وہ، میں چھوٹا</w:t>
      </w:r>
    </w:p>
    <w:p>
      <w:r>
        <w:rPr>
          <w:b/>
        </w:rPr>
        <w:t xml:space="preserve">[39:56] </w:t>
      </w:r>
      <w:r>
        <w:t>tha, mujhe kuch pata nahi</w:t>
      </w:r>
    </w:p>
    <w:p>
      <w:pPr>
        <w:jc w:val="right"/>
      </w:pPr>
      <w:r>
        <w:t>تھا، مجھے کچھ پتہ نہیں</w:t>
      </w:r>
    </w:p>
    <w:p>
      <w:r>
        <w:rPr>
          <w:b/>
        </w:rPr>
        <w:t xml:space="preserve">[40:02] </w:t>
      </w:r>
      <w:r>
        <w:t>tha.</w:t>
      </w:r>
    </w:p>
    <w:p>
      <w:pPr>
        <w:jc w:val="right"/>
      </w:pPr>
      <w:r>
        <w:t>تھا۔</w:t>
      </w:r>
    </w:p>
    <w:p>
      <w:r>
        <w:rPr>
          <w:b/>
        </w:rPr>
        <w:t xml:space="preserve">[40:08] </w:t>
      </w:r>
      <w:r>
        <w:t>to maloom hua ke mere saath aik aadmi rahega, jis ko kehte hain horseman.</w:t>
      </w:r>
    </w:p>
    <w:p>
      <w:pPr>
        <w:jc w:val="right"/>
      </w:pPr>
      <w:r>
        <w:t>تو معلوم ہوا کہ میرے ساتھ ایک آدمی رہے گا، جس کو کہتے ہیں ہارس مین۔</w:t>
      </w:r>
    </w:p>
    <w:p>
      <w:r>
        <w:rPr>
          <w:b/>
        </w:rPr>
        <w:t xml:space="preserve">[40:14] </w:t>
      </w:r>
      <w:r>
        <w:t>mere saath aik horseman rahega, woh barabar pakde rahega ghore ki lagaam ko, aur ghoda</w:t>
      </w:r>
    </w:p>
    <w:p>
      <w:pPr>
        <w:jc w:val="right"/>
      </w:pPr>
      <w:r>
        <w:t>میرے ساتھ ایک ہارس مین رہے گا، وہ برابر پکڑے رہے گا گھوڑے کی لگام کو، اور گھوڑا</w:t>
      </w:r>
    </w:p>
    <w:p>
      <w:r>
        <w:rPr>
          <w:b/>
        </w:rPr>
        <w:t xml:space="preserve">[40:20] </w:t>
      </w:r>
      <w:r>
        <w:t>isi ke saath chalta rahega.</w:t>
      </w:r>
    </w:p>
    <w:p>
      <w:pPr>
        <w:jc w:val="right"/>
      </w:pPr>
      <w:r>
        <w:t>اسی کے ساتھ چلتا رہے گا۔</w:t>
      </w:r>
    </w:p>
    <w:p>
      <w:r>
        <w:rPr>
          <w:b/>
        </w:rPr>
        <w:t xml:space="preserve">[40:26] </w:t>
      </w:r>
      <w:r>
        <w:t>to main sirf baitha tha, main sirf ghore ki peeth par baith gaya, bas</w:t>
      </w:r>
    </w:p>
    <w:p>
      <w:pPr>
        <w:jc w:val="right"/>
      </w:pPr>
      <w:r>
        <w:t>تو میں صرف بیٹھا تھا، میں صرف گھوڑے کی پیٹھ پر بیٹھ گیا، بس</w:t>
      </w:r>
    </w:p>
    <w:p>
      <w:r>
        <w:rPr>
          <w:b/>
        </w:rPr>
        <w:t xml:space="preserve">[40:32] </w:t>
      </w:r>
      <w:r>
        <w:t>is ke siwa maine kuch nahi kiya.</w:t>
      </w:r>
    </w:p>
    <w:p>
      <w:pPr>
        <w:jc w:val="right"/>
      </w:pPr>
      <w:r>
        <w:t>اس کے سوا میں نے کچھ نہیں کیا۔</w:t>
      </w:r>
    </w:p>
    <w:p>
      <w:r>
        <w:rPr>
          <w:b/>
        </w:rPr>
        <w:t xml:space="preserve">[40:40] </w:t>
      </w:r>
      <w:r>
        <w:t>ghore ki peeth par bas main baith gaya, is ke baad horseman mujh ko le ke chalta</w:t>
      </w:r>
    </w:p>
    <w:p>
      <w:pPr>
        <w:jc w:val="right"/>
      </w:pPr>
      <w:r>
        <w:t>گھوڑے کی پیٹھ پر بس میں بیٹھ گیا، اس کے بعد ہارس مین مجھ کو لے کے چلتا</w:t>
      </w:r>
    </w:p>
    <w:p>
      <w:r>
        <w:rPr>
          <w:b/>
        </w:rPr>
        <w:t xml:space="preserve">[40:47] </w:t>
      </w:r>
      <w:r>
        <w:t>raha, yahan tak ke wahan us ghar tak pahuncha diya jahan mujhe jaana tha.</w:t>
      </w:r>
    </w:p>
    <w:p>
      <w:pPr>
        <w:jc w:val="right"/>
      </w:pPr>
      <w:r>
        <w:t>رہا، یہاں تک کہ وہاں اس گھر تک پہنچا دیا جہاں مجھے جانا تھا۔</w:t>
      </w:r>
    </w:p>
    <w:p>
      <w:r>
        <w:rPr>
          <w:b/>
        </w:rPr>
        <w:t xml:space="preserve">[40:55] </w:t>
      </w:r>
      <w:r>
        <w:t>woh mere mere bare bhai, jo hum hamari hamari baap ki pehli biwi ka inteqaal ho gaya tha,</w:t>
      </w:r>
    </w:p>
    <w:p>
      <w:pPr>
        <w:jc w:val="right"/>
      </w:pPr>
      <w:r>
        <w:t>وہ میرے میرے بڑے بھائی، جو ہم ہماری ہماری باپ کی پہلی بیوی کا انتقال ہو گیا تھا،</w:t>
      </w:r>
    </w:p>
    <w:p>
      <w:r>
        <w:rPr>
          <w:b/>
        </w:rPr>
        <w:t xml:space="preserve">[41:03] </w:t>
      </w:r>
      <w:r>
        <w:t>doosri shadi ki thi unhone.</w:t>
      </w:r>
    </w:p>
    <w:p>
      <w:pPr>
        <w:jc w:val="right"/>
      </w:pPr>
      <w:r>
        <w:t>دوسری شادی کی تھی انہوں نے۔</w:t>
      </w:r>
    </w:p>
    <w:p>
      <w:r>
        <w:rPr>
          <w:b/>
        </w:rPr>
        <w:t xml:space="preserve">[41:08] </w:t>
      </w:r>
      <w:r>
        <w:t>to pehli biwi se aik aulaad thi, un ka naam tha Abdul Quddus.</w:t>
      </w:r>
    </w:p>
    <w:p>
      <w:pPr>
        <w:jc w:val="right"/>
      </w:pPr>
      <w:r>
        <w:t>تو پہلی بیوی سے ایک اولاد تھی، ان کا نام تھا عبدالقدوس۔</w:t>
      </w:r>
    </w:p>
    <w:p>
      <w:r>
        <w:rPr>
          <w:b/>
        </w:rPr>
        <w:t xml:space="preserve">[41:13] </w:t>
      </w:r>
      <w:r>
        <w:t>woh unhi ke, yaani susral jo kehte hain, wahan jaana tha mujhe.</w:t>
      </w:r>
    </w:p>
    <w:p>
      <w:pPr>
        <w:jc w:val="right"/>
      </w:pPr>
      <w:r>
        <w:t>وہ انہی کے، یعنی سسرال جو کہتے ہیں، وہاں جانا تھا مجھے۔</w:t>
      </w:r>
    </w:p>
    <w:p>
      <w:r>
        <w:rPr>
          <w:b/>
        </w:rPr>
        <w:t xml:space="preserve">[41:18] </w:t>
      </w:r>
      <w:r>
        <w:t>to main kuch jaanta nahi tha, main ghore par baith gaya, aur horseman mujh ko le ke chalta raha.</w:t>
      </w:r>
    </w:p>
    <w:p>
      <w:pPr>
        <w:jc w:val="right"/>
      </w:pPr>
      <w:r>
        <w:t>تو میں کچھ جانتا نہیں تھا، میں گھوڑے پر بیٹھ گیا، اور ہارس مین مجھ کو لے کے چلتا رہا۔</w:t>
      </w:r>
    </w:p>
    <w:p>
      <w:r>
        <w:rPr>
          <w:b/>
        </w:rPr>
        <w:t xml:space="preserve">[41:23] </w:t>
      </w:r>
      <w:r>
        <w:t>to mein samajhta hoon ke Allah taala ka yeh ajeeb o ghareeb ehsan hai, hum mein se har</w:t>
      </w:r>
    </w:p>
    <w:p>
      <w:pPr>
        <w:jc w:val="right"/>
      </w:pPr>
      <w:r>
        <w:t>تو میں سمجھتا ہوں کہ اللہ تعالیٰ کا یہ عجیب و غریب احسان ہے، ہم میں سے ہر</w:t>
      </w:r>
    </w:p>
    <w:p>
      <w:r>
        <w:rPr>
          <w:b/>
        </w:rPr>
        <w:t xml:space="preserve">[41:28] </w:t>
      </w:r>
      <w:r>
        <w:t>shakhs ke sath Allah ne aik aik farishta laga diya hai, aik angel,</w:t>
      </w:r>
    </w:p>
    <w:p>
      <w:pPr>
        <w:jc w:val="right"/>
      </w:pPr>
      <w:r>
        <w:t>شخص کے ساتھ اللہ نے ایک ایک فرشتہ لگا دیا ہے، ایک اینجل،</w:t>
      </w:r>
    </w:p>
    <w:p>
      <w:r>
        <w:rPr>
          <w:b/>
        </w:rPr>
        <w:t xml:space="preserve">[41:33] </w:t>
      </w:r>
      <w:r>
        <w:t>like horseman.</w:t>
      </w:r>
    </w:p>
    <w:p>
      <w:pPr>
        <w:jc w:val="right"/>
      </w:pPr>
      <w:r>
        <w:t>لائک ہارس مین۔</w:t>
      </w:r>
    </w:p>
    <w:p>
      <w:r>
        <w:rPr>
          <w:b/>
        </w:rPr>
        <w:t xml:space="preserve">[41:38] </w:t>
      </w:r>
      <w:r>
        <w:t>woh hamari hamari sawari ko le ke chal raha hai.</w:t>
      </w:r>
    </w:p>
    <w:p>
      <w:pPr>
        <w:jc w:val="right"/>
      </w:pPr>
      <w:r>
        <w:t>وہ ہماری ہماری سواری کو لے کے چل رہا ہے۔</w:t>
      </w:r>
    </w:p>
    <w:p>
      <w:r>
        <w:rPr>
          <w:b/>
        </w:rPr>
        <w:t xml:space="preserve">[41:43] </w:t>
      </w:r>
      <w:r>
        <w:t>bohat hanifi baat hui hai.</w:t>
      </w:r>
    </w:p>
    <w:p>
      <w:pPr>
        <w:jc w:val="right"/>
      </w:pPr>
      <w:r>
        <w:t>بہت حنیفی بات ہوئی ہے۔</w:t>
      </w:r>
    </w:p>
    <w:p>
      <w:r>
        <w:rPr>
          <w:b/>
        </w:rPr>
        <w:t xml:space="preserve">[41:48] </w:t>
      </w:r>
      <w:r>
        <w:t>Allah ki rehmat yeh hai ke is ne hum ko paida kiya.</w:t>
      </w:r>
    </w:p>
    <w:p>
      <w:pPr>
        <w:jc w:val="right"/>
      </w:pPr>
      <w:r>
        <w:t>اللہ کی رحمت یہ ہے کہ اس نے ہم کو پیدا کیا۔</w:t>
      </w:r>
    </w:p>
    <w:p>
      <w:r>
        <w:rPr>
          <w:b/>
        </w:rPr>
        <w:t xml:space="preserve">[41:53] </w:t>
      </w:r>
      <w:r>
        <w:t>Allah ki rehmat yeh hai ke is ne hum ko aik is dunya mein rakha jahan zindagi ka saman hai.</w:t>
      </w:r>
    </w:p>
    <w:p>
      <w:pPr>
        <w:jc w:val="right"/>
      </w:pPr>
      <w:r>
        <w:t>اللہ کی رحمت یہ ہے کہ اس نے ہم کو ایک اس دنیا میں رکھا جہاں زندگی کا سامان ہے۔</w:t>
      </w:r>
    </w:p>
    <w:p>
      <w:r>
        <w:rPr>
          <w:b/>
        </w:rPr>
        <w:t xml:space="preserve">[41:58] </w:t>
      </w:r>
      <w:r>
        <w:t>phir Allah ki rehmat yeh hai ke is ne aik jannat takhleeq ki, aik paradise</w:t>
      </w:r>
    </w:p>
    <w:p>
      <w:pPr>
        <w:jc w:val="right"/>
      </w:pPr>
      <w:r>
        <w:t>پھر اللہ کی رحمت یہ ہے کہ اس نے ایک جنت تخلیق کی، ایک پیراڈائز</w:t>
      </w:r>
    </w:p>
    <w:p>
      <w:r>
        <w:rPr>
          <w:b/>
        </w:rPr>
        <w:t xml:space="preserve">[42:03] </w:t>
      </w:r>
      <w:r>
        <w:t>create ki hamare liye, eternal pleasure.</w:t>
      </w:r>
    </w:p>
    <w:p>
      <w:pPr>
        <w:jc w:val="right"/>
      </w:pPr>
      <w:r>
        <w:t>کریٹ کی ہمارے لیے، ایٹرنل پلیزر۔</w:t>
      </w:r>
    </w:p>
    <w:p>
      <w:r>
        <w:rPr>
          <w:b/>
        </w:rPr>
        <w:t xml:space="preserve">[42:09] </w:t>
      </w:r>
      <w:r>
        <w:t>aur phir us ke baad yeh ajeeb o ghareeb Allah ki blessing hai, hum mein se har shakhs</w:t>
      </w:r>
    </w:p>
    <w:p>
      <w:pPr>
        <w:jc w:val="right"/>
      </w:pPr>
      <w:r>
        <w:t>اور پھر اس کے بعد یہ عجیب و غریب اللہ کی بلیسنگ ہے، ہم میں سے ہر شخص</w:t>
      </w:r>
    </w:p>
    <w:p>
      <w:r>
        <w:rPr>
          <w:b/>
        </w:rPr>
        <w:t xml:space="preserve">[42:16] </w:t>
      </w:r>
      <w:r>
        <w:t>ke sath aik angel laga diya, jo hamari sawari ko pakad kar chalta rahe, chalta rahe, chalta rahe.</w:t>
      </w:r>
    </w:p>
    <w:p>
      <w:pPr>
        <w:jc w:val="right"/>
      </w:pPr>
      <w:r>
        <w:t>کے ساتھ ایک اینجل لگا دیا، جو ہماری سواری کو پکڑ کر چلتا رہے، چلتا رہے، چلتا رہے۔</w:t>
      </w:r>
    </w:p>
    <w:p>
      <w:r>
        <w:rPr>
          <w:b/>
        </w:rPr>
        <w:t xml:space="preserve">[42:22] </w:t>
      </w:r>
      <w:r>
        <w:t>to nature kya hai? Nature aisi horseman hai.</w:t>
      </w:r>
    </w:p>
    <w:p>
      <w:pPr>
        <w:jc w:val="right"/>
      </w:pPr>
      <w:r>
        <w:t>تو نیچر کیا ہے؟ نیچر ایسی ہارس مین ہے۔</w:t>
      </w:r>
    </w:p>
    <w:p>
      <w:r>
        <w:rPr>
          <w:b/>
        </w:rPr>
        <w:t xml:space="preserve">[42:29] </w:t>
      </w:r>
      <w:r>
        <w:t>meri aap ki nature, jis ko farishte guide kar rahe hain, woh goya horseman hai.</w:t>
      </w:r>
    </w:p>
    <w:p>
      <w:pPr>
        <w:jc w:val="right"/>
      </w:pPr>
      <w:r>
        <w:t>میری آپ کی نیچر، جس کو فرشتے گائیڈ کر رہے ہیں، وہ گویا ہارس مین ہے۔</w:t>
      </w:r>
    </w:p>
    <w:p>
      <w:r>
        <w:rPr>
          <w:b/>
        </w:rPr>
        <w:t xml:space="preserve">[42:35] </w:t>
      </w:r>
      <w:r>
        <w:t>apne aap hi le ke utar de ga ja kar ke wahan, jo jannat mein hamara maqam hai.</w:t>
      </w:r>
    </w:p>
    <w:p>
      <w:pPr>
        <w:jc w:val="right"/>
      </w:pPr>
      <w:r>
        <w:t>اپنے آپ ہی لے کے اتار دے گا جا کر کے وہاں، جو جنت میں ہمارا مقام ہے۔</w:t>
      </w:r>
    </w:p>
    <w:p>
      <w:r>
        <w:rPr>
          <w:b/>
        </w:rPr>
        <w:t xml:space="preserve">[42:43] </w:t>
      </w:r>
      <w:r>
        <w:t>to is ko sochte hue mujhe aik qissa yaad aata hai, bohat hi anokha qissa.</w:t>
      </w:r>
    </w:p>
    <w:p>
      <w:pPr>
        <w:jc w:val="right"/>
      </w:pPr>
      <w:r>
        <w:t>تو اس کو سوچتے ہوئے مجھے ایک قصہ یاد آتا ہے، بہت ہی انوکھا قصہ۔</w:t>
      </w:r>
    </w:p>
    <w:p>
      <w:r>
        <w:rPr>
          <w:b/>
        </w:rPr>
        <w:t xml:space="preserve">[42:50] </w:t>
      </w:r>
      <w:r>
        <w:t>aap Muslim Aligarh Muslim University mein aik aik sahib thay, un ka naam tha Maulana Taqi Amini.</w:t>
      </w:r>
    </w:p>
    <w:p>
      <w:pPr>
        <w:jc w:val="right"/>
      </w:pPr>
      <w:r>
        <w:t>آپ مسلم علی گڑھ مسلم یونیورسٹی میں ایک ایک صاحب تھے، ان کا نام تھا مولانا تقی امینی۔</w:t>
      </w:r>
    </w:p>
    <w:p>
      <w:r>
        <w:rPr>
          <w:b/>
        </w:rPr>
        <w:t xml:space="preserve">[42:58] </w:t>
      </w:r>
      <w:r>
        <w:t>woh wahan deeniyat ke na</w:t>
      </w:r>
    </w:p>
    <w:p>
      <w:pPr>
        <w:jc w:val="right"/>
      </w:pPr>
      <w:r>
        <w:t>وہ وہاں دینیات کے نا</w:t>
      </w:r>
    </w:p>
    <w:p>
      <w:r>
        <w:rPr>
          <w:b/>
        </w:rPr>
        <w:t xml:space="preserve">[43:05] </w:t>
      </w:r>
      <w:r>
        <w:t>azim the. ab un ka inteqal ho gaya, bohat achhe aadmi the, bohat naik aadmi the, Maulana Taqi Amini. to aksar ek jumla kehte the, woh bohat hi ajeeb andaaz mein, is tarah ka koi zikr hota tha Allah ki rehmaton ka, Allah ki blessing ka. Allah ne jo</w:t>
      </w:r>
    </w:p>
    <w:p>
      <w:pPr>
        <w:jc w:val="right"/>
      </w:pPr>
      <w:r>
        <w:t>ظم تھے۔ اب ان کا انتقال ہو گیا، بہت اچھے آدمی تھے، بہت نیک آدمی تھے، مولانا تقی امینی۔ تو اکثر ایک جملہ کہتے تھے، وہ بہت ہی عجیب انداز میں، اس طرح کا کوئی ذکر ہوتا تھا اللہ کی رحمتوں کا، اللہ کی بلیسنگ کا۔ اللہ نے جو</w:t>
      </w:r>
    </w:p>
    <w:p>
      <w:r>
        <w:rPr>
          <w:b/>
        </w:rPr>
        <w:t xml:space="preserve">[43:35] </w:t>
      </w:r>
      <w:r>
        <w:t>humein di hain cheezein, jab un ka zikr hota tha to kai baar maine suna ke unhon</w:t>
      </w:r>
    </w:p>
    <w:p>
      <w:pPr>
        <w:jc w:val="right"/>
      </w:pPr>
      <w:r>
        <w:t>ہمیں دی ہیں چیزیں، جب ان کا ذکر ہوتا تھا تو کئی بار میں نے سنا کہ انہوں</w:t>
      </w:r>
    </w:p>
    <w:p>
      <w:r>
        <w:rPr>
          <w:b/>
        </w:rPr>
        <w:t xml:space="preserve">[43:43] </w:t>
      </w:r>
      <w:r>
        <w:t>ne kaha, aisa Allah nahi mile ga, aisa Allah nahi mile ga.</w:t>
      </w:r>
    </w:p>
    <w:p>
      <w:pPr>
        <w:jc w:val="right"/>
      </w:pPr>
      <w:r>
        <w:t>نے کہا، ایسا اللہ نہیں ملے گا، ایسا اللہ نہیں ملے گا۔</w:t>
      </w:r>
    </w:p>
    <w:p>
      <w:r>
        <w:rPr>
          <w:b/>
        </w:rPr>
        <w:t xml:space="preserve">[43:50] </w:t>
      </w:r>
      <w:r>
        <w:t>ajeeb andaaz se woh kehte thay, aisa Allah nahi mile ga ke itni zyada nematein, itni zyada blessing,</w:t>
      </w:r>
    </w:p>
    <w:p>
      <w:pPr>
        <w:jc w:val="right"/>
      </w:pPr>
      <w:r>
        <w:t>عجیب انداز سے وہ کہتے تھے، ایسا اللہ نہیں ملے گا کہ اتنی زیادہ نعمتیں، اتنی زیادہ بلیسنگ،</w:t>
      </w:r>
    </w:p>
    <w:p>
      <w:r>
        <w:rPr>
          <w:b/>
        </w:rPr>
        <w:t xml:space="preserve">[43:58] </w:t>
      </w:r>
      <w:r>
        <w:t>itna zyada hamare sath acha</w:t>
      </w:r>
    </w:p>
    <w:p>
      <w:pPr>
        <w:jc w:val="right"/>
      </w:pPr>
      <w:r>
        <w:t>اتنا زیادہ ہمارے ساتھ اچھا</w:t>
      </w:r>
    </w:p>
    <w:p>
      <w:r>
        <w:rPr>
          <w:b/>
        </w:rPr>
        <w:t xml:space="preserve">[44:05] </w:t>
      </w:r>
      <w:r>
        <w:t>sulook.</w:t>
      </w:r>
    </w:p>
    <w:p>
      <w:pPr>
        <w:jc w:val="right"/>
      </w:pPr>
      <w:r>
        <w:t>سلوک۔</w:t>
      </w:r>
    </w:p>
    <w:p>
      <w:r>
        <w:rPr>
          <w:b/>
        </w:rPr>
        <w:t xml:space="preserve">[44:11] </w:t>
      </w:r>
      <w:r>
        <w:t>to aisa aisa aisa acha.</w:t>
      </w:r>
    </w:p>
    <w:p>
      <w:pPr>
        <w:jc w:val="right"/>
      </w:pPr>
      <w:r>
        <w:t>تو ایسا ایسا ایسا اچھا۔</w:t>
      </w:r>
    </w:p>
    <w:p>
      <w:r>
        <w:rPr>
          <w:b/>
        </w:rPr>
        <w:t xml:space="preserve">[44:17] </w:t>
      </w:r>
      <w:r>
        <w:t>to woh kehte thay ke aisa Allah nahi mile ga.</w:t>
      </w:r>
    </w:p>
    <w:p>
      <w:pPr>
        <w:jc w:val="right"/>
      </w:pPr>
      <w:r>
        <w:t>تو وہ کہتے تھے کہ ایسا اللہ نہیں ملے گا۔</w:t>
      </w:r>
    </w:p>
    <w:p>
      <w:r>
        <w:rPr>
          <w:b/>
        </w:rPr>
        <w:t xml:space="preserve">[44:22] </w:t>
      </w:r>
      <w:r>
        <w:t>bohat naik aadmi thay Maulana Taqi Amini.</w:t>
      </w:r>
    </w:p>
    <w:p>
      <w:pPr>
        <w:jc w:val="right"/>
      </w:pPr>
      <w:r>
        <w:t>بہت نیک آدمی تھے مولانا تقی امینی۔</w:t>
      </w:r>
    </w:p>
    <w:p>
      <w:r>
        <w:rPr>
          <w:b/>
        </w:rPr>
        <w:t xml:space="preserve">[44:28] </w:t>
      </w:r>
      <w:r>
        <w:t>to aakhir zamanay mein woh ali garh muslim university ke nazim deeniyat thay.</w:t>
      </w:r>
    </w:p>
    <w:p>
      <w:pPr>
        <w:jc w:val="right"/>
      </w:pPr>
      <w:r>
        <w:t>تو آخر زمانے میں وہ علی گڑھ مسلم یونیورسٹی کے ناظم دینیات تھے۔</w:t>
      </w:r>
    </w:p>
    <w:p>
      <w:r>
        <w:rPr>
          <w:b/>
        </w:rPr>
        <w:t xml:space="preserve">[44:34] </w:t>
      </w:r>
      <w:r>
        <w:t>phir jahan tak mujhe yaad hai, isi zamanay mein un ka ali garh mein inteqal ho gaya.</w:t>
      </w:r>
    </w:p>
    <w:p>
      <w:pPr>
        <w:jc w:val="right"/>
      </w:pPr>
      <w:r>
        <w:t>پھر جہاں تک مجھے یاد ہے، اسی زمانے میں ان کا علی گڑھ میں انتقال ہو گیا۔</w:t>
      </w:r>
    </w:p>
    <w:p>
      <w:r>
        <w:rPr>
          <w:b/>
        </w:rPr>
        <w:t xml:space="preserve">[44:39] </w:t>
      </w:r>
      <w:r>
        <w:t>to meri meri dua hai ke allah ta'ala mujh ko aur aap ko is qabil banaye ke hum</w:t>
      </w:r>
    </w:p>
    <w:p>
      <w:pPr>
        <w:jc w:val="right"/>
      </w:pPr>
      <w:r>
        <w:t>تو میری میری دعا ہے کہ اللہ تعالیٰ مجھ کو اور آپ کو اس قابل بنائے کہ ہم</w:t>
      </w:r>
    </w:p>
    <w:p>
      <w:r>
        <w:rPr>
          <w:b/>
        </w:rPr>
        <w:t xml:space="preserve">[44:44] </w:t>
      </w:r>
      <w:r>
        <w:t>allah ki rehmaton ke recipient ban saken.</w:t>
      </w:r>
    </w:p>
    <w:p>
      <w:pPr>
        <w:jc w:val="right"/>
      </w:pPr>
      <w:r>
        <w:t>اللہ کی رحمتوں کے ریسیپینٹ بن سکیں۔</w:t>
      </w:r>
    </w:p>
    <w:p>
      <w:r>
        <w:rPr>
          <w:b/>
        </w:rPr>
        <w:t xml:space="preserve">[44:49] </w:t>
      </w:r>
      <w:r>
        <w:t>banna sirf recipient hai.</w:t>
      </w:r>
    </w:p>
    <w:p>
      <w:pPr>
        <w:jc w:val="right"/>
      </w:pPr>
      <w:r>
        <w:t>بننا صرف ریسیپینٹ ہے۔</w:t>
      </w:r>
    </w:p>
    <w:p>
      <w:r>
        <w:rPr>
          <w:b/>
        </w:rPr>
        <w:t xml:space="preserve">[44:54] </w:t>
      </w:r>
      <w:r>
        <w:t>yahan par jo muamla hai woh sirf yeh hai ke allah ki rehmaten to baras rahi hain, baras</w:t>
      </w:r>
    </w:p>
    <w:p>
      <w:pPr>
        <w:jc w:val="right"/>
      </w:pPr>
      <w:r>
        <w:t>یہاں پر جو معاملہ ہے وہ صرف یہ ہے کہ اللہ کی رحمتیں تو برس رہی ہیں، برس</w:t>
      </w:r>
    </w:p>
    <w:p>
      <w:r>
        <w:rPr>
          <w:b/>
        </w:rPr>
        <w:t xml:space="preserve">[44:59] </w:t>
      </w:r>
      <w:r>
        <w:t>rahi hain, baras rahi hain.</w:t>
      </w:r>
    </w:p>
    <w:p>
      <w:pPr>
        <w:jc w:val="right"/>
      </w:pPr>
      <w:r>
        <w:t>رہی ہیں، برس رہی ہیں۔</w:t>
      </w:r>
    </w:p>
    <w:p>
      <w:r>
        <w:rPr>
          <w:b/>
        </w:rPr>
        <w:t xml:space="preserve">[45:04] </w:t>
      </w:r>
      <w:r>
        <w:t>humein sirf re</w:t>
      </w:r>
    </w:p>
    <w:p>
      <w:pPr>
        <w:jc w:val="right"/>
      </w:pPr>
      <w:r>
        <w:t>ہمیں صرف ری</w:t>
      </w:r>
    </w:p>
    <w:p>
      <w:r>
        <w:rPr>
          <w:b/>
        </w:rPr>
        <w:t xml:space="preserve">[45:09] </w:t>
      </w:r>
      <w:r>
        <w:t>cipient banna hai.</w:t>
      </w:r>
    </w:p>
    <w:p>
      <w:pPr>
        <w:jc w:val="right"/>
      </w:pPr>
      <w:r>
        <w:t>سیپینٹ بننا ہے۔</w:t>
      </w:r>
    </w:p>
    <w:p>
      <w:r>
        <w:rPr>
          <w:b/>
        </w:rPr>
        <w:t xml:space="preserve">[45:17] </w:t>
      </w:r>
      <w:r>
        <w:t>to meri dua hai ke allah ta'ala mujh ko aur aap ko is qabil banaye ke hum allah</w:t>
      </w:r>
    </w:p>
    <w:p>
      <w:pPr>
        <w:jc w:val="right"/>
      </w:pPr>
      <w:r>
        <w:t>تو میری دعا ہے کہ اللہ تعالیٰ مجھ کو اور آپ کو اس قابل بنائے کہ ہم اللہ</w:t>
      </w:r>
    </w:p>
    <w:p>
      <w:r>
        <w:rPr>
          <w:b/>
        </w:rPr>
        <w:t xml:space="preserve">[45:26] </w:t>
      </w:r>
      <w:r>
        <w:t>ki rehmaton ke recipient ban saken.</w:t>
      </w:r>
    </w:p>
    <w:p>
      <w:pPr>
        <w:jc w:val="right"/>
      </w:pPr>
      <w:r>
        <w:t>کی رحمتوں کے ریسیپینٹ بن سکیں۔</w:t>
      </w:r>
    </w:p>
    <w:p>
      <w:r>
        <w:rPr>
          <w:b/>
        </w:rPr>
        <w:t xml:space="preserve">[45:34] </w:t>
      </w:r>
      <w:r>
        <w:t>aur hadith mein aata hai ke allah ne jab</w:t>
      </w:r>
    </w:p>
    <w:p>
      <w:pPr>
        <w:jc w:val="right"/>
      </w:pPr>
      <w:r>
        <w:t>اور حدیث میں آتا ہے کہ اللہ نے جب</w:t>
      </w:r>
    </w:p>
    <w:p>
      <w:r>
        <w:rPr>
          <w:b/>
        </w:rPr>
        <w:t xml:space="preserve">[45:42] </w:t>
      </w:r>
      <w:r>
        <w:t>takhleeq ki dunya to apne takht ke oopar likh diya, ghalbat rahmati ala ghazbi.</w:t>
      </w:r>
    </w:p>
    <w:p>
      <w:pPr>
        <w:jc w:val="right"/>
      </w:pPr>
      <w:r>
        <w:t>تخلیق کی دنیا تو اپنے تخت کے اوپر لکھ دیا، غلبت رحمتی علی غضبی۔</w:t>
      </w:r>
    </w:p>
    <w:p>
      <w:r>
        <w:rPr>
          <w:b/>
        </w:rPr>
        <w:t xml:space="preserve">[45:49] </w:t>
      </w:r>
      <w:r>
        <w:t>ghalbat rahmati ala ghazbi.</w:t>
      </w:r>
    </w:p>
    <w:p>
      <w:pPr>
        <w:jc w:val="right"/>
      </w:pPr>
      <w:r>
        <w:t>غلبت رحمتی علی غضبی۔</w:t>
      </w:r>
    </w:p>
    <w:p>
      <w:r>
        <w:rPr>
          <w:b/>
        </w:rPr>
        <w:t xml:space="preserve">[45:57] </w:t>
      </w:r>
      <w:r>
        <w:t>meri mere ghazab par meri rehmat ghalib rahe gi.</w:t>
      </w:r>
    </w:p>
    <w:p>
      <w:pPr>
        <w:jc w:val="right"/>
      </w:pPr>
      <w:r>
        <w:t>میری میرے غضب پر میری رحمت غالب رہے گی۔</w:t>
      </w:r>
    </w:p>
    <w:p>
      <w:r>
        <w:rPr>
          <w:b/>
        </w:rPr>
        <w:t xml:space="preserve">[46:04] </w:t>
      </w:r>
      <w:r>
        <w:t>yani mein logon se muamla karoon ga apne ghazab ke tehat</w:t>
      </w:r>
    </w:p>
    <w:p>
      <w:pPr>
        <w:jc w:val="right"/>
      </w:pPr>
      <w:r>
        <w:t>یعنی میں لوگوں سے معاملہ کروں گا اپنے غضب کے تحت</w:t>
      </w:r>
    </w:p>
    <w:p>
      <w:r>
        <w:rPr>
          <w:b/>
        </w:rPr>
        <w:t xml:space="preserve">[46:12] </w:t>
      </w:r>
      <w:r>
        <w:t>nahin, apni rehmat ke tehat.</w:t>
      </w:r>
    </w:p>
    <w:p>
      <w:pPr>
        <w:jc w:val="right"/>
      </w:pPr>
      <w:r>
        <w:t>نہیں، اپنی رحمت کے تحت۔</w:t>
      </w:r>
    </w:p>
    <w:p>
      <w:r>
        <w:rPr>
          <w:b/>
        </w:rPr>
        <w:t xml:space="preserve">[46:20] </w:t>
      </w:r>
      <w:r>
        <w:t>pakad ke tehat nahin, balkay maafi ke tehat.</w:t>
      </w:r>
    </w:p>
    <w:p>
      <w:pPr>
        <w:jc w:val="right"/>
      </w:pPr>
      <w:r>
        <w:t>پکڑ کے تحت نہیں، بلکہ معافی کے تحت۔</w:t>
      </w:r>
    </w:p>
    <w:p>
      <w:r>
        <w:rPr>
          <w:b/>
        </w:rPr>
        <w:t xml:space="preserve">[46:27] </w:t>
      </w:r>
      <w:r>
        <w:t>yeh kaisi ajeeb baat hai? ghalbat rahmati ala ghazbi.</w:t>
      </w:r>
    </w:p>
    <w:p>
      <w:pPr>
        <w:jc w:val="right"/>
      </w:pPr>
      <w:r>
        <w:t>یہ کیسی عجیب بات ہے؟ غلبت رحمتی علی غضبی۔</w:t>
      </w:r>
    </w:p>
    <w:p>
      <w:r>
        <w:rPr>
          <w:b/>
        </w:rPr>
        <w:t xml:space="preserve">[46:35] </w:t>
      </w:r>
      <w:r>
        <w:t>to jahan tak mein ne samjha hai ke aadmi ko chahiye ke aik kaam kabhi na kare, woh hai sarkashi. sarkashi</w:t>
      </w:r>
    </w:p>
    <w:p>
      <w:pPr>
        <w:jc w:val="right"/>
      </w:pPr>
      <w:r>
        <w:t>تو جہاں تک میں نے سمجھا ہے کہ آدمی کو چاہیے کہ ایک کام کبھی نہ کرے، وہ ہے سرکشی۔ سرکشی</w:t>
      </w:r>
    </w:p>
    <w:p>
      <w:r>
        <w:rPr>
          <w:b/>
        </w:rPr>
        <w:t xml:space="preserve">[46:43] </w:t>
      </w:r>
      <w:r>
        <w:t>kabhi nahi karna chahiye aap ko. sarkashi kabhi na kare aadmi. gharoor kabhi na kare aadmi. to inshallah woh Allah ki rehmat ka mustahiq ban jayega. Allah taala mujh ko aur aap ko tofeeq de ke hum Allah ki rehmat ka mustahiq banen aur eternal paradise mein hamein dakhla mile. Assalam o alaikum warahmat</w:t>
      </w:r>
    </w:p>
    <w:p>
      <w:pPr>
        <w:jc w:val="right"/>
      </w:pPr>
      <w:r>
        <w:t>کبھی نہیں کرنا چاہیے آپ کو۔ سرکشی کبھی نہ کرے آدمی۔ غرور کبھی نہ کرے آدمی۔ تو انشاءاللہ وہ اللہ کی رحمت کا مستحق بن جائے گا۔ اللہ تعالیٰ مجھ کو اور آپ کو توفیق دے کہ ہم اللہ کی رحمت کا مستحق بنیں اور ایٹرنل پیراڈائز میں ہمیں داخلہ ملے۔ السلام علیکم ورحمۃ</w:t>
      </w:r>
    </w:p>
    <w:p>
      <w:r>
        <w:rPr>
          <w:b/>
        </w:rPr>
        <w:t xml:space="preserve">[47:13] </w:t>
      </w:r>
      <w:r>
        <w:t>ullah. okay, so ah, we we will start ah with the question answer session. ah, if you want to send your questions to Maulana sahib, then either you can post it ah in the comment section on Facebook, or you can write to info at cpsglobal dot org. ah, before ah we start with the</w:t>
      </w:r>
    </w:p>
    <w:p>
      <w:pPr>
        <w:jc w:val="right"/>
      </w:pPr>
      <w:r>
        <w:t>اللہ۔ اوکے، سو آہ، وی ویل سٹارٹ آہ ود دی کوئسچن انسر سیشن۔ آہ، اف یو وانٹ ٹو سینڈ یور کوئسچنز ٹو مولانا صاحب، دین ایتھر یو کین پوسٹ اٹ آہ ان دی کمنٹ سیکشن ان فیس بک، اور یو کین رائٹ ٹو انفو ایٹ سی پی ایس گلوبل ڈاٹ او آر جی۔ آہ، بیفور آہ وی سٹارٹ ود دی</w:t>
      </w:r>
    </w:p>
    <w:p>
      <w:r>
        <w:rPr>
          <w:b/>
        </w:rPr>
        <w:t xml:space="preserve">[47:43] </w:t>
      </w:r>
      <w:r>
        <w:t>Comments and question-answer session. Ah, one announcement.</w:t>
      </w:r>
    </w:p>
    <w:p>
      <w:pPr>
        <w:jc w:val="right"/>
      </w:pPr>
      <w:r>
        <w:t>کمنٹس اینڈ کوئسچن انسر سیشن، آہ، ون اناؤنسمنٹ۔</w:t>
      </w:r>
    </w:p>
    <w:p>
      <w:r>
        <w:rPr>
          <w:b/>
        </w:rPr>
        <w:t xml:space="preserve">[47:48] </w:t>
      </w:r>
      <w:r>
        <w:t>Ah, as you all know that ah the Spirit of Islam magazine, ah which is the monthly English</w:t>
      </w:r>
    </w:p>
    <w:p>
      <w:pPr>
        <w:jc w:val="right"/>
      </w:pPr>
      <w:r>
        <w:t>آہ، ایز یو آل نو دیٹ آہ دا سپرٹ آف اسلام میگزین، آہ وچ از دی منتھلی انگلش</w:t>
      </w:r>
    </w:p>
    <w:p>
      <w:r>
        <w:rPr>
          <w:b/>
        </w:rPr>
        <w:t xml:space="preserve">[47:53] </w:t>
      </w:r>
      <w:r>
        <w:t>میگزین، آہ is published from Bangalore, آہ and we've been getting very good reviews about آہ the spirit</w:t>
      </w:r>
    </w:p>
    <w:p>
      <w:pPr>
        <w:jc w:val="right"/>
      </w:pPr>
      <w:r>
        <w:t>میگزین، آہ از پبلشڈ فرام بینگلور، آہ اینڈ وی بین گیٹنگ ویری گڈ ریویوز اباؤٹ آہ دا سپرٹ</w:t>
      </w:r>
    </w:p>
    <w:p>
      <w:r>
        <w:rPr>
          <w:b/>
        </w:rPr>
        <w:t xml:space="preserve">[47:58] </w:t>
      </w:r>
      <w:r>
        <w:t>of islam magazine.</w:t>
      </w:r>
    </w:p>
    <w:p>
      <w:pPr>
        <w:jc w:val="right"/>
      </w:pPr>
      <w:r>
        <w:t>آف اسلام میگزین۔</w:t>
      </w:r>
    </w:p>
    <w:p>
      <w:r>
        <w:rPr>
          <w:b/>
        </w:rPr>
        <w:t xml:space="preserve">[48:03] </w:t>
      </w:r>
      <w:r>
        <w:t>So if you want to volunteer for the distribution of Spirit of Islam magazine, or you</w:t>
      </w:r>
    </w:p>
    <w:p>
      <w:pPr>
        <w:jc w:val="right"/>
      </w:pPr>
      <w:r>
        <w:t>سو اف یو وانٹ ٹو والنٹیئر فار دا ڈسٹریبیوشن آہ آف سپرٹ آف اسلام میگزین، آہ اور یو</w:t>
      </w:r>
    </w:p>
    <w:p>
      <w:r>
        <w:rPr>
          <w:b/>
        </w:rPr>
        <w:t xml:space="preserve">[48:08] </w:t>
      </w:r>
      <w:r>
        <w:t>want a free sample copies for your respective area,</w:t>
      </w:r>
    </w:p>
    <w:p>
      <w:pPr>
        <w:jc w:val="right"/>
      </w:pPr>
      <w:r>
        <w:t>وانٹ آہ فری سیمپل کاپیز فار یور ریسپیکٹو ایریا،</w:t>
      </w:r>
    </w:p>
    <w:p>
      <w:r>
        <w:rPr>
          <w:b/>
        </w:rPr>
        <w:t xml:space="preserve">[48:13] </w:t>
      </w:r>
      <w:r>
        <w:t>then write to the center for peace at gmail dot com or info at cps</w:t>
      </w:r>
    </w:p>
    <w:p>
      <w:pPr>
        <w:jc w:val="right"/>
      </w:pPr>
      <w:r>
        <w:t>دین رائٹ ٹو دا سینٹر فار پیس ایٹ جی میل ڈاٹ کام اور انفو ایٹ سی پی ایس</w:t>
      </w:r>
    </w:p>
    <w:p>
      <w:r>
        <w:rPr>
          <w:b/>
        </w:rPr>
        <w:t xml:space="preserve">[48:19] </w:t>
      </w:r>
      <w:r>
        <w:t>global dot org.</w:t>
      </w:r>
    </w:p>
    <w:p>
      <w:pPr>
        <w:jc w:val="right"/>
      </w:pPr>
      <w:r>
        <w:t>گلوبل ڈاٹ او آر جی۔</w:t>
      </w:r>
    </w:p>
    <w:p>
      <w:r>
        <w:rPr>
          <w:b/>
        </w:rPr>
        <w:t xml:space="preserve">[48:25] </w:t>
      </w:r>
      <w:r>
        <w:t>maulana, ab pehle comments lena chahen ge jo aaj aaye hain.</w:t>
      </w:r>
    </w:p>
    <w:p>
      <w:pPr>
        <w:jc w:val="right"/>
      </w:pPr>
      <w:r>
        <w:t>مولانا، اب پہلے کمنٹس لینا چاہیں گے جو آج آئے ہیں۔</w:t>
      </w:r>
    </w:p>
    <w:p>
      <w:r>
        <w:rPr>
          <w:b/>
        </w:rPr>
        <w:t xml:space="preserve">[48:31] </w:t>
      </w:r>
      <w:r>
        <w:t>miss shabana ansari ne pakistan se comment bheja hai, unhon ne likha hai, ah indeed a great thought,</w:t>
      </w:r>
    </w:p>
    <w:p>
      <w:pPr>
        <w:jc w:val="right"/>
      </w:pPr>
      <w:r>
        <w:t>مس شبانہ انصاری نے پاکستان سے کمنٹ بھیجا ہے، انہوں نے لکھا ہے، آہ انڈیڈ ا گریٹ تھاٹ،</w:t>
      </w:r>
    </w:p>
    <w:p>
      <w:r>
        <w:rPr>
          <w:b/>
        </w:rPr>
        <w:t xml:space="preserve">[48:38] </w:t>
      </w:r>
      <w:r>
        <w:t>marifat ke test</w:t>
      </w:r>
    </w:p>
    <w:p>
      <w:pPr>
        <w:jc w:val="right"/>
      </w:pPr>
      <w:r>
        <w:t>معرفت کے ٹیسٹ</w:t>
      </w:r>
    </w:p>
    <w:p>
      <w:r>
        <w:rPr>
          <w:b/>
        </w:rPr>
        <w:t xml:space="preserve">[48:44] </w:t>
      </w:r>
      <w:r>
        <w:t>birds goes us pleasure of wisdom. Maulana Iqbal Umri ne Chennai se likha hai, Maulana today I discovered that nature is guided by God like GPS, provided we are aware of all the distractions. Jazak Allah. Dr. Naghma Siddiqui ne Delhi se likha hai, Maulana you make jannat a reality as if we can see it with our own</w:t>
      </w:r>
    </w:p>
    <w:p>
      <w:pPr>
        <w:jc w:val="right"/>
      </w:pPr>
      <w:r>
        <w:t>برڈز گوز اس پلیژر آف وزڈم۔ مولانا اقبال عمری نے چنئی سے لکھا ہے، مولانا ٹوڈے آئی ڈسکورڈ دیٹ نیچر از گائیڈڈ بائے گاڈ لائک جی پی ایس، پرووائیڈڈ وی آر اویئر آف آل دا ڈسٹریکشنز۔ جزاک اللہ۔ ڈاکٹر نغمہ صدیقی نے دلی سے لکھا ہے، مولانا یو میک جنت ا ریلیٹی ایز اف وی کین سی اٹ ود اور اون</w:t>
      </w:r>
    </w:p>
    <w:p>
      <w:r>
        <w:rPr>
          <w:b/>
        </w:rPr>
        <w:t xml:space="preserve">[49:14] </w:t>
      </w:r>
      <w:r>
        <w:t>eyes in this world, then we become so desirous of achieving it. Jazak Allah for this, I will save myself from distraction, so my nature takes me towards it. It is a thrilling thought. Riyaz Bhat sahib ne Kashmir se likha hai, Maulana sahib if I correctly understood the biggest danger before human kind</w:t>
      </w:r>
    </w:p>
    <w:p>
      <w:pPr>
        <w:jc w:val="right"/>
      </w:pPr>
      <w:r>
        <w:t>ائیز ان دس ورلڈ، دین وی بیکم سو ڈیزائرس اف اچیونگ اٹ۔ جزاک اللہ فار دس، آئی ویل سیو مائی سیلف فرام ڈسٹریکشن، سو مائی نیچر ٹیکس می ٹورڈز اٹ۔ اٹ از ا تھرلنگ تھاٹ۔ ریاض بھٹ صاحب نے کشمیر سے لکھا ہے، مولانا صاحب اف آئی کریکٹلی انڈرسٹوڈ دا بگسٹ ڈینجر بیفور ہیومن کائن</w:t>
      </w:r>
    </w:p>
    <w:p>
      <w:r>
        <w:rPr>
          <w:b/>
        </w:rPr>
        <w:t xml:space="preserve">[49:44] </w:t>
      </w:r>
      <w:r>
        <w:t>is distraction and derailment from natural instincts, which are interwoven in one's nature and guide one</w:t>
      </w:r>
    </w:p>
    <w:p>
      <w:pPr>
        <w:jc w:val="right"/>
      </w:pPr>
      <w:r>
        <w:t>ڈ از ڈسٹریکشن اینڈ ڈیریلمنٹ فرام نیچرل انسٹنکٹس، وچ آر انٹر وون ان ونز نیچر اینڈ گائیڈ ون</w:t>
      </w:r>
    </w:p>
    <w:p>
      <w:r>
        <w:rPr>
          <w:b/>
        </w:rPr>
        <w:t xml:space="preserve">[49:51] </w:t>
      </w:r>
      <w:r>
        <w:t>to da right track.</w:t>
      </w:r>
    </w:p>
    <w:p>
      <w:pPr>
        <w:jc w:val="right"/>
      </w:pPr>
      <w:r>
        <w:t>ٹو دا رائٹ ٹریک۔</w:t>
      </w:r>
    </w:p>
    <w:p>
      <w:r>
        <w:rPr>
          <w:b/>
        </w:rPr>
        <w:t xml:space="preserve">[49:59] </w:t>
      </w:r>
      <w:r>
        <w:t>miss aarm qadsia ne gurdgaon se likha hai, alhamdulillah very beautifully explained, naturally we are driven towards the</w:t>
      </w:r>
    </w:p>
    <w:p>
      <w:pPr>
        <w:jc w:val="right"/>
      </w:pPr>
      <w:r>
        <w:t>مس ارم قدسیہ نے گڑگاؤں سے لکھا ہے، الحمدللہ ویری بیوٹیفلی ایکسپلینڈ، نیچرلی وی آر ڈریون ٹورڈز دا</w:t>
      </w:r>
    </w:p>
    <w:p>
      <w:r>
        <w:rPr>
          <w:b/>
        </w:rPr>
        <w:t xml:space="preserve">[50:06] </w:t>
      </w:r>
      <w:r>
        <w:t>right path, however we deliberately get into distractions in this world</w:t>
      </w:r>
    </w:p>
    <w:p>
      <w:pPr>
        <w:jc w:val="right"/>
      </w:pPr>
      <w:r>
        <w:t>رائٹ پاتھ، ہاؤ ایور وی ڈیلیبریٹلی گیٹ انٹو ڈسٹریکشنز ان دس ورلڈ</w:t>
      </w:r>
    </w:p>
    <w:p>
      <w:r>
        <w:rPr>
          <w:b/>
        </w:rPr>
        <w:t xml:space="preserve">[50:14] </w:t>
      </w:r>
      <w:r>
        <w:t>and change our path.</w:t>
      </w:r>
    </w:p>
    <w:p>
      <w:pPr>
        <w:jc w:val="right"/>
      </w:pPr>
      <w:r>
        <w:t>اینڈ چینج اور پاتھ۔</w:t>
      </w:r>
    </w:p>
    <w:p>
      <w:r>
        <w:rPr>
          <w:b/>
        </w:rPr>
        <w:t xml:space="preserve">[50:24] </w:t>
      </w:r>
      <w:r>
        <w:t>this is due to lack of patience, may Allah bless us with the wisdom to follow his gps. amin.</w:t>
      </w:r>
    </w:p>
    <w:p>
      <w:pPr>
        <w:jc w:val="right"/>
      </w:pPr>
      <w:r>
        <w:t>دس از ڈیو ٹو لیک آف پیشنس، می اللہ بلیس اس ود دا وزڈم ٹو فالو ہز جی پی ایس۔ آمین۔</w:t>
      </w:r>
    </w:p>
    <w:p>
      <w:r>
        <w:rPr>
          <w:b/>
        </w:rPr>
        <w:t xml:space="preserve">[50:34] </w:t>
      </w:r>
      <w:r>
        <w:t>aftab alam sahib ne kolkata se likha hai, shajar mamnuah symbolically means tree of distraction, what a thrilling understandable explanation. jazak Allah.</w:t>
      </w:r>
    </w:p>
    <w:p>
      <w:pPr>
        <w:jc w:val="right"/>
      </w:pPr>
      <w:r>
        <w:t>آفتاب عالم صاحب نے کلکتہ سے لکھا ہے، شجر ممنوعہ سمبولکلی مینز ٹری آف ڈسٹریکشن، واٹ ا تھرلنگ انڈرسٹینڈیبل ایکسپلینیشن۔ جزاک اللہ۔</w:t>
      </w:r>
    </w:p>
    <w:p>
      <w:r>
        <w:rPr>
          <w:b/>
        </w:rPr>
        <w:t xml:space="preserve">[50:45] </w:t>
      </w:r>
      <w:r>
        <w:t>maulana, ab hum sawal lete hain.</w:t>
      </w:r>
    </w:p>
    <w:p>
      <w:pPr>
        <w:jc w:val="right"/>
      </w:pPr>
      <w:r>
        <w:t>مولانا، اب ہم سوال لیتے ہیں۔</w:t>
      </w:r>
    </w:p>
    <w:p>
      <w:r>
        <w:rPr>
          <w:b/>
        </w:rPr>
        <w:t xml:space="preserve">[50:51] </w:t>
      </w:r>
      <w:r>
        <w:t>aah, maulana, yeh sawal bheja hai gufran sahib ne mumbai se.</w:t>
      </w:r>
    </w:p>
    <w:p>
      <w:pPr>
        <w:jc w:val="right"/>
      </w:pPr>
      <w:r>
        <w:t>آہ، مولانا، یہ سوال بھیجا ہے گفران صاحب نے ممبئی سے۔</w:t>
      </w:r>
    </w:p>
    <w:p>
      <w:r>
        <w:rPr>
          <w:b/>
        </w:rPr>
        <w:t xml:space="preserve">[50:57] </w:t>
      </w:r>
      <w:r>
        <w:t>انہوں نے لکھا ہے، مولانا صاحب، How to remain unaffected by other people's misuse of freedom؟</w:t>
      </w:r>
    </w:p>
    <w:p>
      <w:pPr>
        <w:jc w:val="right"/>
      </w:pPr>
      <w:r>
        <w:t>انہوں نے لکھا ہے، مولانا صاحب، ہاؤ ٹو ریمین ان ایفیکٹڈ بائے ادر پیپلز مس یوز آف فریڈم؟</w:t>
      </w:r>
    </w:p>
    <w:p>
      <w:r>
        <w:rPr>
          <w:b/>
        </w:rPr>
        <w:t xml:space="preserve">[51:03] </w:t>
      </w:r>
      <w:r>
        <w:t>what is your opinion in this? quran mein to ek ka ek hi bataya gaya, patience, sabr.</w:t>
      </w:r>
    </w:p>
    <w:p>
      <w:pPr>
        <w:jc w:val="right"/>
      </w:pPr>
      <w:r>
        <w:t>واٹ از یور اوپینین ان دس؟ قرآن میں تو ایک کا ایک ہی بتایا گیا، پیشنس، صبر۔</w:t>
      </w:r>
    </w:p>
    <w:p>
      <w:r>
        <w:rPr>
          <w:b/>
        </w:rPr>
        <w:t xml:space="preserve">[51:09] </w:t>
      </w:r>
      <w:r>
        <w:t>doosra karta hai to aap</w:t>
      </w:r>
    </w:p>
    <w:p>
      <w:pPr>
        <w:jc w:val="right"/>
      </w:pPr>
      <w:r>
        <w:t>دوسرا کرتا ہے تو آپ</w:t>
      </w:r>
    </w:p>
    <w:p>
      <w:r>
        <w:rPr>
          <w:b/>
        </w:rPr>
        <w:t xml:space="preserve">[51:15] </w:t>
      </w:r>
      <w:r>
        <w:t>patience, sabr kijiye, patience ka tareeqa ikhtiyar kijiye, sab se aasan hai. Is se zyada aasan to koi ho nahi sakta. Ji, Maulana, agla sawal Dr. Naghma Siddiqui ne Delhi se bheja hai. Unhone aap se poocha hai ke what are some hidden distractions that we all should</w:t>
      </w:r>
    </w:p>
    <w:p>
      <w:pPr>
        <w:jc w:val="right"/>
      </w:pPr>
      <w:r>
        <w:t>پیشنس، صبر کیجئے، پیشنس کا طریقہ اختیار کیجئے، سب سے آسان ہے۔ اس سے زیادہ آسان تو کوئی ہو نہیں سکتا۔ جی، مولانا، اگلا سوال ڈاکٹر نغمہ صدیقی نے دلی سے بھیجا ہے۔ انہوں نے آپ سے پوچھا ہے کہ واٹ آر سم ہڈن ڈسٹریکشنز دیٹ وی آل شو</w:t>
      </w:r>
    </w:p>
    <w:p>
      <w:r>
        <w:rPr>
          <w:b/>
        </w:rPr>
        <w:t xml:space="preserve">[51:45] </w:t>
      </w:r>
      <w:r>
        <w:t>"Be conscious of?" Is ke bare mein batayen.</w:t>
      </w:r>
    </w:p>
    <w:p>
      <w:pPr>
        <w:jc w:val="right"/>
      </w:pPr>
      <w:r>
        <w:t>ڈ بی کوشیس آف؟ اس کے بارے میں بتائیں۔</w:t>
      </w:r>
    </w:p>
    <w:p>
      <w:r>
        <w:rPr>
          <w:b/>
        </w:rPr>
        <w:t xml:space="preserve">[51:53] </w:t>
      </w:r>
      <w:r>
        <w:t>dekhiye, distraction ki koi list list nahi hai.</w:t>
      </w:r>
    </w:p>
    <w:p>
      <w:pPr>
        <w:jc w:val="right"/>
      </w:pPr>
      <w:r>
        <w:t>دیکھیے، ڈسٹریکشن کی کوئی لسٹ لسٹ نہیں ہے۔</w:t>
      </w:r>
    </w:p>
    <w:p>
      <w:r>
        <w:rPr>
          <w:b/>
        </w:rPr>
        <w:t xml:space="preserve">[52:02] </w:t>
      </w:r>
      <w:r>
        <w:t>koi bhi shakhs aap ko list nahi de sakta distraction ki.</w:t>
      </w:r>
    </w:p>
    <w:p>
      <w:pPr>
        <w:jc w:val="right"/>
      </w:pPr>
      <w:r>
        <w:t>کوئی بھی شخص آپ کو لسٹ نہیں دے سکتا ڈسٹریکشن کی۔</w:t>
      </w:r>
    </w:p>
    <w:p>
      <w:r>
        <w:rPr>
          <w:b/>
        </w:rPr>
        <w:t xml:space="preserve">[52:11] </w:t>
      </w:r>
      <w:r>
        <w:t>aap ko khud apne andar, yani apni apni</w:t>
      </w:r>
    </w:p>
    <w:p>
      <w:pPr>
        <w:jc w:val="right"/>
      </w:pPr>
      <w:r>
        <w:t>آپ کو خود اپنے اندر، یعنی اپنی اپنی</w:t>
      </w:r>
    </w:p>
    <w:p>
      <w:r>
        <w:rPr>
          <w:b/>
        </w:rPr>
        <w:t xml:space="preserve">[52:19] </w:t>
      </w:r>
      <w:r>
        <w:t>apni thinking ko develop karna hoga. Yeh yeh self discovery ka mamla hai. Apne aap ko khud se itna zyada conscious banaiye, conscious ke jahan koi distraction ka qissa ho, foran aap ko pata chal jaye ke haan, distraction ho gaya. Woh woh ayat padhi to aap</w:t>
      </w:r>
    </w:p>
    <w:p>
      <w:pPr>
        <w:jc w:val="right"/>
      </w:pPr>
      <w:r>
        <w:t>اپنی تھنکنگ کو ڈیولپ کرنا ہوگا۔ یہ یہ سیلف ڈسکوری کا معاملہ ہے۔ اپنے آپ کو خود سے اتنا زیادہ کوشیس بنائیے، کوشیس کہ جہاں کوئی ڈسٹریکشن کا قصہ ہو، فوراً آپ کو پتہ چل جائے کہ ہاں، ڈسٹریکشن ہو گیا۔ وہ وہ آیت پڑھی تو آپ</w:t>
      </w:r>
    </w:p>
    <w:p>
      <w:r>
        <w:rPr>
          <w:b/>
        </w:rPr>
        <w:t xml:space="preserve">[52:49] </w:t>
      </w:r>
      <w:r>
        <w:t>ko woh matlab masam taaifat tazkar.</w:t>
      </w:r>
    </w:p>
    <w:p>
      <w:pPr>
        <w:jc w:val="right"/>
      </w:pPr>
      <w:r>
        <w:t>کو وہ جو مطلب مصہم طائفۃ تذکر۔</w:t>
      </w:r>
    </w:p>
    <w:p>
      <w:r>
        <w:rPr>
          <w:b/>
        </w:rPr>
        <w:t xml:space="preserve">[52:54] </w:t>
      </w:r>
      <w:r>
        <w:t>in allazina ittaquu idha masahum taaifatun minash shaitani tazakkaru faizahum mubasirun.</w:t>
      </w:r>
    </w:p>
    <w:p>
      <w:pPr>
        <w:jc w:val="right"/>
      </w:pPr>
      <w:r>
        <w:t>ان الذین اتقوا اذا مصہم طائف من الشیطان تذکروا فایداہم مبصرون۔</w:t>
      </w:r>
    </w:p>
    <w:p>
      <w:r>
        <w:rPr>
          <w:b/>
        </w:rPr>
        <w:t xml:space="preserve">[52:59] </w:t>
      </w:r>
      <w:r>
        <w:t>haan, ayat bataiye.</w:t>
      </w:r>
    </w:p>
    <w:p>
      <w:pPr>
        <w:jc w:val="right"/>
      </w:pPr>
      <w:r>
        <w:t>ہاں، آیت بتائیے۔</w:t>
      </w:r>
    </w:p>
    <w:p>
      <w:r>
        <w:rPr>
          <w:b/>
        </w:rPr>
        <w:t xml:space="preserve">[53:04] </w:t>
      </w:r>
      <w:r>
        <w:t>surah al-araf, surah number saat, ayat number do ek.</w:t>
      </w:r>
    </w:p>
    <w:p>
      <w:pPr>
        <w:jc w:val="right"/>
      </w:pPr>
      <w:r>
        <w:t>سورہ الاعراف، سورہ نمبر سات، آیت نمبر دو ایک۔</w:t>
      </w:r>
    </w:p>
    <w:p>
      <w:r>
        <w:rPr>
          <w:b/>
        </w:rPr>
        <w:t xml:space="preserve">[53:09] </w:t>
      </w:r>
      <w:r>
        <w:t>اس آیت میں بتایا گیا ہے کہ مومن کو چاہیے کہ وہ اپنے آپ کو اتنا زیادہ develop</w:t>
      </w:r>
    </w:p>
    <w:p>
      <w:pPr>
        <w:jc w:val="right"/>
      </w:pPr>
      <w:r>
        <w:t>اس آیت میں بتایا گیا ہے کہ مومن کو چاہیے کہ وہ اپنے آپ کو اتنا زیادہ ڈیولپ</w:t>
      </w:r>
    </w:p>
    <w:p>
      <w:r>
        <w:rPr>
          <w:b/>
        </w:rPr>
        <w:t xml:space="preserve">[53:14] </w:t>
      </w:r>
      <w:r>
        <w:t>کرے کہ جب شیطان اس کو touch کرے، ٹ</w:t>
      </w:r>
    </w:p>
    <w:p>
      <w:pPr>
        <w:jc w:val="right"/>
      </w:pPr>
      <w:r>
        <w:t>کرے کہ جب شیطان اس کو ٹچ کرے، ٹ</w:t>
      </w:r>
    </w:p>
    <w:p>
      <w:r>
        <w:rPr>
          <w:b/>
        </w:rPr>
        <w:t xml:space="preserve">[53:19] </w:t>
      </w:r>
      <w:r>
        <w:t>تو جلدی سے اس کو وہ جان لے کہ یہ تو شیطان نے مجھے touch کر دیا</w:t>
      </w:r>
    </w:p>
    <w:p>
      <w:pPr>
        <w:jc w:val="right"/>
      </w:pPr>
      <w:r>
        <w:t>چ تو جلدی سے اس کو وہ جان لے کہ یہ تو شیطان نے مجھے ٹچ کر دیا</w:t>
      </w:r>
    </w:p>
    <w:p>
      <w:r>
        <w:rPr>
          <w:b/>
        </w:rPr>
        <w:t xml:space="preserve">[53:27] </w:t>
      </w:r>
      <w:r>
        <w:t>yahan, aur phir woh apne aap ko is se bacha le.</w:t>
      </w:r>
    </w:p>
    <w:p>
      <w:pPr>
        <w:jc w:val="right"/>
      </w:pPr>
      <w:r>
        <w:t>یہاں، اور پھر وہ اپنے آپ کو اس سے بچا لے۔</w:t>
      </w:r>
    </w:p>
    <w:p>
      <w:r>
        <w:rPr>
          <w:b/>
        </w:rPr>
        <w:t xml:space="preserve">[53:34] </w:t>
      </w:r>
      <w:r>
        <w:t>تو کہا اس معنی کہ اپنے اپنے اندر سوچ کو develop کرنا ہے، اور کوئی دوسرا آدمی آدمی</w:t>
      </w:r>
    </w:p>
    <w:p>
      <w:pPr>
        <w:jc w:val="right"/>
      </w:pPr>
      <w:r>
        <w:t>تو کہا اس معنی کہ اپنے اپنے اندر سوچ کو ڈیولپ کرنا ہے، اور کوئی دوسرا آدمی آدمی</w:t>
      </w:r>
    </w:p>
    <w:p>
      <w:r>
        <w:rPr>
          <w:b/>
        </w:rPr>
        <w:t xml:space="preserve">[53:42] </w:t>
      </w:r>
      <w:r>
        <w:t>hum ko list nahi bata sakta ke yeh</w:t>
      </w:r>
    </w:p>
    <w:p>
      <w:pPr>
        <w:jc w:val="right"/>
      </w:pPr>
      <w:r>
        <w:t>ہم کو لسٹ نہیں بتا سکتا کہ یہ</w:t>
      </w:r>
    </w:p>
    <w:p>
      <w:r>
        <w:rPr>
          <w:b/>
        </w:rPr>
        <w:t xml:space="preserve">[53:50] </w:t>
      </w:r>
      <w:r>
        <w:t>yeh possible nahi hai.</w:t>
      </w:r>
    </w:p>
    <w:p>
      <w:pPr>
        <w:jc w:val="right"/>
      </w:pPr>
      <w:r>
        <w:t>یہ پاسیبل نہیں ہے۔</w:t>
      </w:r>
    </w:p>
    <w:p>
      <w:r>
        <w:rPr>
          <w:b/>
        </w:rPr>
        <w:t xml:space="preserve">[53:56] </w:t>
      </w:r>
      <w:r>
        <w:t>shaitan jab touch kare to hum jaldi se ba-khabar ho jayen, isi ki zaroorat hai.</w:t>
      </w:r>
    </w:p>
    <w:p>
      <w:pPr>
        <w:jc w:val="right"/>
      </w:pPr>
      <w:r>
        <w:t>شیطان جب ٹچ کرے تو ہم جلدی سے باخبر ہو جائیں، اسی کی ضرورت ہے۔</w:t>
      </w:r>
    </w:p>
    <w:p>
      <w:r>
        <w:rPr>
          <w:b/>
        </w:rPr>
        <w:t xml:space="preserve">[54:02] </w:t>
      </w:r>
      <w:r>
        <w:t>maulana, kuch aur comments parhna chahenge sawal lene se pehle.</w:t>
      </w:r>
    </w:p>
    <w:p>
      <w:pPr>
        <w:jc w:val="right"/>
      </w:pPr>
      <w:r>
        <w:t>مولانا، کچھ اور کمنٹس پڑھنا چاہیں گے سوال لینے سے پہلے۔</w:t>
      </w:r>
    </w:p>
    <w:p>
      <w:r>
        <w:rPr>
          <w:b/>
        </w:rPr>
        <w:t xml:space="preserve">[54:08] </w:t>
      </w:r>
      <w:r>
        <w:t>مس شبینہ علی نے کلکتہ سے لکھا ہے، each moment of our worldly life that is being spent</w:t>
      </w:r>
    </w:p>
    <w:p>
      <w:pPr>
        <w:jc w:val="right"/>
      </w:pPr>
      <w:r>
        <w:t>مس شبینہ علی نے کلکتہ سے لکھا ہے، ایچ مومنٹ آف ہر ورلڈلی لائف دیٹ از بینگ سپینڈ</w:t>
      </w:r>
    </w:p>
    <w:p>
      <w:r>
        <w:rPr>
          <w:b/>
        </w:rPr>
        <w:t xml:space="preserve">[54:14] </w:t>
      </w:r>
      <w:r>
        <w:t>Here is actually a deciding factor of her eternal life,</w:t>
      </w:r>
    </w:p>
    <w:p>
      <w:pPr>
        <w:jc w:val="right"/>
      </w:pPr>
      <w:r>
        <w:t>ہیر از ایکچولی ا ڈیسائیڈنگ فیکٹر آف ہر ایٹرنل لائف،</w:t>
      </w:r>
    </w:p>
    <w:p>
      <w:r>
        <w:rPr>
          <w:b/>
        </w:rPr>
        <w:t xml:space="preserve">[54:20] </w:t>
      </w:r>
      <w:r>
        <w:t>that is hell or heaven.</w:t>
      </w:r>
    </w:p>
    <w:p>
      <w:pPr>
        <w:jc w:val="right"/>
      </w:pPr>
      <w:r>
        <w:t>دیٹ از ہیل اور ہیون۔</w:t>
      </w:r>
    </w:p>
    <w:p>
      <w:r>
        <w:rPr>
          <w:b/>
        </w:rPr>
        <w:t xml:space="preserve">[54:25] </w:t>
      </w:r>
      <w:r>
        <w:t>The gravity of the situation is that we are not understanding this critically and spending our earthly life</w:t>
      </w:r>
    </w:p>
    <w:p>
      <w:pPr>
        <w:jc w:val="right"/>
      </w:pPr>
      <w:r>
        <w:t>دا گریویٹی آف دا سچویشن از دیٹ وی آر ناٹ انڈرسٹینڈنگ دس کریٹیکلی اینڈ سپینڈنگ اور ارتھلی لائف</w:t>
      </w:r>
    </w:p>
    <w:p>
      <w:r>
        <w:rPr>
          <w:b/>
        </w:rPr>
        <w:t xml:space="preserve">[54:30] </w:t>
      </w:r>
      <w:r>
        <w:t>with so much ease and distraction.</w:t>
      </w:r>
    </w:p>
    <w:p>
      <w:pPr>
        <w:jc w:val="right"/>
      </w:pPr>
      <w:r>
        <w:t>ود سو مچ ایز اینڈ ڈسٹریکشن۔</w:t>
      </w:r>
    </w:p>
    <w:p>
      <w:r>
        <w:rPr>
          <w:b/>
        </w:rPr>
        <w:t xml:space="preserve">[54:35] </w:t>
      </w:r>
      <w:r>
        <w:t>jazak Allah maulana sahib for opening our eyes to this important fact.</w:t>
      </w:r>
    </w:p>
    <w:p>
      <w:pPr>
        <w:jc w:val="right"/>
      </w:pPr>
      <w:r>
        <w:t>جزاک اللہ مولانا صاحب فار اوپننگ اور ائیز ٹو دس امپورٹنٹ فیکٹ۔</w:t>
      </w:r>
    </w:p>
    <w:p>
      <w:r>
        <w:rPr>
          <w:b/>
        </w:rPr>
        <w:t xml:space="preserve">[54:41] </w:t>
      </w:r>
      <w:r>
        <w:t>aah, miss fauzia hassan ne bhi sawal bheja hai, aah new south wales se.</w:t>
      </w:r>
    </w:p>
    <w:p>
      <w:pPr>
        <w:jc w:val="right"/>
      </w:pPr>
      <w:r>
        <w:t>آہ، مس فوزیہ حسان نے بھی سوال بھیجا ہے، آہ نیو ساؤتھ ویل سے۔</w:t>
      </w:r>
    </w:p>
    <w:p>
      <w:r>
        <w:rPr>
          <w:b/>
        </w:rPr>
        <w:t xml:space="preserve">[54:46] </w:t>
      </w:r>
      <w:r>
        <w:t>unhon ne likha hai,</w:t>
      </w:r>
    </w:p>
    <w:p>
      <w:pPr>
        <w:jc w:val="right"/>
      </w:pPr>
      <w:r>
        <w:t>انہوں نے لکھا ہے،</w:t>
      </w:r>
    </w:p>
    <w:p>
      <w:r>
        <w:rPr>
          <w:b/>
        </w:rPr>
        <w:t xml:space="preserve">[54:51] </w:t>
      </w:r>
      <w:r>
        <w:t>aah subhan allah, so beautiful, aah so beautiful, feeling so blessed listening to your inspiring thoughts. jazak allah.</w:t>
      </w:r>
    </w:p>
    <w:p>
      <w:pPr>
        <w:jc w:val="right"/>
      </w:pPr>
      <w:r>
        <w:t>آہ سبحان اللہ، سو بیوٹیفل، آہ سو بیوٹیفل، فیلنگ سو بلیسڈ لسننگ ٹو یور انسپائرنگ تھاٹس۔ جزاک اللہ۔</w:t>
      </w:r>
    </w:p>
    <w:p>
      <w:r>
        <w:rPr>
          <w:b/>
        </w:rPr>
        <w:t xml:space="preserve">[54:57] </w:t>
      </w:r>
      <w:r>
        <w:t>maulana, ab sawal lete hain.</w:t>
      </w:r>
    </w:p>
    <w:p>
      <w:pPr>
        <w:jc w:val="right"/>
      </w:pPr>
      <w:r>
        <w:t>مولانا، اب سوال لیتے ہیں۔</w:t>
      </w:r>
    </w:p>
    <w:p>
      <w:r>
        <w:rPr>
          <w:b/>
        </w:rPr>
        <w:t xml:space="preserve">[55:03] </w:t>
      </w:r>
      <w:r>
        <w:t>aah, doctor safeena tabassum ne saharanpur se sawal bheja hai.</w:t>
      </w:r>
    </w:p>
    <w:p>
      <w:pPr>
        <w:jc w:val="right"/>
      </w:pPr>
      <w:r>
        <w:t>آہ، ڈاکٹر سفینہ تبسم نے سارن پور سے سوال بھیجا ہے۔</w:t>
      </w:r>
    </w:p>
    <w:p>
      <w:r>
        <w:rPr>
          <w:b/>
        </w:rPr>
        <w:t xml:space="preserve">[55:09] </w:t>
      </w:r>
      <w:r>
        <w:t>unhon ne likha hai, maulana, kya yeh kehna sahi hai ke insaan ka sab se bara imtehan distraction</w:t>
      </w:r>
    </w:p>
    <w:p>
      <w:pPr>
        <w:jc w:val="right"/>
      </w:pPr>
      <w:r>
        <w:t>انہوں نے لکھا ہے، مولانا، کیا یہ کہنا صحیح ہے کہ انسان کا سب سے بڑا امتحان ڈسٹریکشن</w:t>
      </w:r>
    </w:p>
    <w:p>
      <w:r>
        <w:rPr>
          <w:b/>
        </w:rPr>
        <w:t xml:space="preserve">[55:15] </w:t>
      </w:r>
      <w:r>
        <w:t>se bachna hai?</w:t>
      </w:r>
    </w:p>
    <w:p>
      <w:pPr>
        <w:jc w:val="right"/>
      </w:pPr>
      <w:r>
        <w:t>سے بچنا ہے؟</w:t>
      </w:r>
    </w:p>
    <w:p>
      <w:r>
        <w:rPr>
          <w:b/>
        </w:rPr>
        <w:t xml:space="preserve">[55:21] </w:t>
      </w:r>
      <w:r>
        <w:t>is ko wazeh karen.</w:t>
      </w:r>
    </w:p>
    <w:p>
      <w:pPr>
        <w:jc w:val="right"/>
      </w:pPr>
      <w:r>
        <w:t>اس کو واضح کریں۔</w:t>
      </w:r>
    </w:p>
    <w:p>
      <w:r>
        <w:rPr>
          <w:b/>
        </w:rPr>
        <w:t xml:space="preserve">[55:25] </w:t>
      </w:r>
      <w:r>
        <w:t>theek kaha, aap ne kaha, bilkul sahi.</w:t>
      </w:r>
    </w:p>
    <w:p>
      <w:pPr>
        <w:jc w:val="right"/>
      </w:pPr>
      <w:r>
        <w:t>ٹھیک کہا، آپ نے کہا، بالکل صحیح۔</w:t>
      </w:r>
    </w:p>
    <w:p>
      <w:r>
        <w:rPr>
          <w:b/>
        </w:rPr>
        <w:t xml:space="preserve">[55:30] </w:t>
      </w:r>
      <w:r>
        <w:t>yeh to quran se sabit hota hai.</w:t>
      </w:r>
    </w:p>
    <w:p>
      <w:pPr>
        <w:jc w:val="right"/>
      </w:pPr>
      <w:r>
        <w:t>یہ تو قرآن سے ثابت ہوتا ہے۔</w:t>
      </w:r>
    </w:p>
    <w:p>
      <w:r>
        <w:rPr>
          <w:b/>
        </w:rPr>
        <w:t xml:space="preserve">[55:34] </w:t>
      </w:r>
      <w:r>
        <w:t>woh shaitan touch kar ke aap ko disturb kar deta hai. yahi hai.</w:t>
      </w:r>
    </w:p>
    <w:p>
      <w:pPr>
        <w:jc w:val="right"/>
      </w:pPr>
      <w:r>
        <w:t>وہ شیطان ٹچ کر کے آپ کو ڈسٹرب کر دیتا ہے۔ یہی ہے۔</w:t>
      </w:r>
    </w:p>
    <w:p>
      <w:r>
        <w:rPr>
          <w:b/>
        </w:rPr>
        <w:t xml:space="preserve">[55:38] </w:t>
      </w:r>
      <w:r>
        <w:t>touch kar ke disturb kar deta hai.</w:t>
      </w:r>
    </w:p>
    <w:p>
      <w:pPr>
        <w:jc w:val="right"/>
      </w:pPr>
      <w:r>
        <w:t>ٹچ کر کے ڈسٹرب کر دیتا ہے۔</w:t>
      </w:r>
    </w:p>
    <w:p>
      <w:r>
        <w:rPr>
          <w:b/>
        </w:rPr>
        <w:t xml:space="preserve">[55:43] </w:t>
      </w:r>
      <w:r>
        <w:t>jaise main apna qissa batata hoon aap ko.</w:t>
      </w:r>
    </w:p>
    <w:p>
      <w:pPr>
        <w:jc w:val="right"/>
      </w:pPr>
      <w:r>
        <w:t>جیسے میں اپنا قصہ بتاتا ہوں آپ کو۔</w:t>
      </w:r>
    </w:p>
    <w:p>
      <w:r>
        <w:rPr>
          <w:b/>
        </w:rPr>
        <w:t xml:space="preserve">[55:47] </w:t>
      </w:r>
      <w:r>
        <w:t>delhi mein ek area hai, is ko kehte hain kingsway camp. wahan main</w:t>
      </w:r>
    </w:p>
    <w:p>
      <w:pPr>
        <w:jc w:val="right"/>
      </w:pPr>
      <w:r>
        <w:t>دلی میں ایک ایریا ہے، اس کو کہتے ہیں کنگز وے کیمپ۔ وہاں میں</w:t>
      </w:r>
    </w:p>
    <w:p>
      <w:r>
        <w:rPr>
          <w:b/>
        </w:rPr>
        <w:t xml:space="preserve">[55:52] </w:t>
      </w:r>
      <w:r>
        <w:t>road par chal raha tha, ek bicycle wala aaya, is us ne mujh se takra diya.</w:t>
      </w:r>
    </w:p>
    <w:p>
      <w:pPr>
        <w:jc w:val="right"/>
      </w:pPr>
      <w:r>
        <w:t>روڈ پر چل رہا تھا، ایک بائیسیکل والا آیا، اس اس نے مجھ سے ٹکرا دیا۔</w:t>
      </w:r>
    </w:p>
    <w:p>
      <w:r>
        <w:rPr>
          <w:b/>
        </w:rPr>
        <w:t xml:space="preserve">[55:58] </w:t>
      </w:r>
      <w:r>
        <w:t>main gir pada.</w:t>
      </w:r>
    </w:p>
    <w:p>
      <w:pPr>
        <w:jc w:val="right"/>
      </w:pPr>
      <w:r>
        <w:t>میں گر پڑا۔</w:t>
      </w:r>
    </w:p>
    <w:p>
      <w:r>
        <w:rPr>
          <w:b/>
        </w:rPr>
        <w:t xml:space="preserve">[56:04] </w:t>
      </w:r>
      <w:r>
        <w:t>meri haank thi, haank toot gayi, chot lagi, khoon nikalne laga yahan.</w:t>
      </w:r>
    </w:p>
    <w:p>
      <w:pPr>
        <w:jc w:val="right"/>
      </w:pPr>
      <w:r>
        <w:t>میری ہانک تھی، ہانک ٹوٹ گئی، چوٹ لگی، خون نکلنے لگا یہاں۔</w:t>
      </w:r>
    </w:p>
    <w:p>
      <w:r>
        <w:rPr>
          <w:b/>
        </w:rPr>
        <w:t xml:space="preserve">[56:10] </w:t>
      </w:r>
      <w:r>
        <w:t>to zahir hai ke aise mauqe par aadmi ko ghussa aata hai ke main chal raha hoon peace</w:t>
      </w:r>
    </w:p>
    <w:p>
      <w:pPr>
        <w:jc w:val="right"/>
      </w:pPr>
      <w:r>
        <w:t>تو ظاہر ہے کہ ایسے موقع پر آدمی کو غصہ آتا ہے کہ میں چل رہا ہوں پیس</w:t>
      </w:r>
    </w:p>
    <w:p>
      <w:r>
        <w:rPr>
          <w:b/>
        </w:rPr>
        <w:t xml:space="preserve">[56:16] </w:t>
      </w:r>
      <w:r>
        <w:t>fully, aur koi takra de, main gir padun, chot lage, haank toot jaye,</w:t>
      </w:r>
    </w:p>
    <w:p>
      <w:pPr>
        <w:jc w:val="right"/>
      </w:pPr>
      <w:r>
        <w:t>فلی، اور کوئی ٹکرا دے، میں گر پڑوں، چوٹ لگے، ہانک ٹوٹ جائے،</w:t>
      </w:r>
    </w:p>
    <w:p>
      <w:r>
        <w:rPr>
          <w:b/>
        </w:rPr>
        <w:t xml:space="preserve">[56:22] </w:t>
      </w:r>
      <w:r>
        <w:t>to zahir hai ghussa aayega.</w:t>
      </w:r>
    </w:p>
    <w:p>
      <w:pPr>
        <w:jc w:val="right"/>
      </w:pPr>
      <w:r>
        <w:t>تو ظاہر ہے غصہ آئے گا۔</w:t>
      </w:r>
    </w:p>
    <w:p>
      <w:r>
        <w:rPr>
          <w:b/>
        </w:rPr>
        <w:t xml:space="preserve">[56:26] </w:t>
      </w:r>
      <w:r>
        <w:t>to mujhe ghussa aaya.</w:t>
      </w:r>
    </w:p>
    <w:p>
      <w:pPr>
        <w:jc w:val="right"/>
      </w:pPr>
      <w:r>
        <w:t>تو مجھے غصہ آیا۔</w:t>
      </w:r>
    </w:p>
    <w:p>
      <w:r>
        <w:rPr>
          <w:b/>
        </w:rPr>
        <w:t xml:space="preserve">[56:31] </w:t>
      </w:r>
      <w:r>
        <w:t>lekin mera aadi be-aadati tha ke jab ghussa aata hai to main chup ho jata hoon.</w:t>
      </w:r>
    </w:p>
    <w:p>
      <w:pPr>
        <w:jc w:val="right"/>
      </w:pPr>
      <w:r>
        <w:t>لیکن میرا عادی بے عادت تھا کہ جب غصہ آتا ہے تو میں چپ ہو جاتا ہوں۔</w:t>
      </w:r>
    </w:p>
    <w:p>
      <w:r>
        <w:rPr>
          <w:b/>
        </w:rPr>
        <w:t xml:space="preserve">[56:35] </w:t>
      </w:r>
      <w:r>
        <w:t>ghussa aaya aur foran foran main chup ho gaya.</w:t>
      </w:r>
    </w:p>
    <w:p>
      <w:pPr>
        <w:jc w:val="right"/>
      </w:pPr>
      <w:r>
        <w:t>غصہ آیا اور فوراً فوراً میں چپ ہو گیا۔</w:t>
      </w:r>
    </w:p>
    <w:p>
      <w:r>
        <w:rPr>
          <w:b/>
        </w:rPr>
        <w:t xml:space="preserve">[56:40] </w:t>
      </w:r>
      <w:r>
        <w:t>to chup ho kar ke main road ke kinare barh gaya, kingsway camp ke is road ke.</w:t>
      </w:r>
    </w:p>
    <w:p>
      <w:pPr>
        <w:jc w:val="right"/>
      </w:pPr>
      <w:r>
        <w:t>تو چپ ہو کر کے میں روڈ کے کنارے بڑھ گیا، کنگز وے کیمپ کے اس روڈ کے۔</w:t>
      </w:r>
    </w:p>
    <w:p>
      <w:r>
        <w:rPr>
          <w:b/>
        </w:rPr>
        <w:t xml:space="preserve">[56:44] </w:t>
      </w:r>
      <w:r>
        <w:t>to barh gaya aur sochne laga ke kya karun.</w:t>
      </w:r>
    </w:p>
    <w:p>
      <w:pPr>
        <w:jc w:val="right"/>
      </w:pPr>
      <w:r>
        <w:t>تو بڑھ گیا اور سوچنے لگا کہ کیا کروں۔</w:t>
      </w:r>
    </w:p>
    <w:p>
      <w:r>
        <w:rPr>
          <w:b/>
        </w:rPr>
        <w:t xml:space="preserve">[56:49] </w:t>
      </w:r>
      <w:r>
        <w:t>to mein soch raha tha ke ek police man aa gaya,</w:t>
      </w:r>
    </w:p>
    <w:p>
      <w:pPr>
        <w:jc w:val="right"/>
      </w:pPr>
      <w:r>
        <w:t>تو میں سوچ رہا تھا کہ ایک پولیس مین آ گیا،</w:t>
      </w:r>
    </w:p>
    <w:p>
      <w:r>
        <w:rPr>
          <w:b/>
        </w:rPr>
        <w:t xml:space="preserve">[56:53] </w:t>
      </w:r>
      <w:r>
        <w:t>us ne us ne pakar rakha tha us bicycle wale ko.</w:t>
      </w:r>
    </w:p>
    <w:p>
      <w:pPr>
        <w:jc w:val="right"/>
      </w:pPr>
      <w:r>
        <w:t>اس نے اس نے پکڑ رکھا تھا اس بائیسیکل والے کو۔</w:t>
      </w:r>
    </w:p>
    <w:p>
      <w:r>
        <w:rPr>
          <w:b/>
        </w:rPr>
        <w:t xml:space="preserve">[56:59] </w:t>
      </w:r>
      <w:r>
        <w:t>bicycle wale ko le kar mere paas aaya aur poochne laga ke kya kehte hain aap is ke</w:t>
      </w:r>
    </w:p>
    <w:p>
      <w:pPr>
        <w:jc w:val="right"/>
      </w:pPr>
      <w:r>
        <w:t>بائیسیکل والے کو لے کر میرے پاس آیا اور پوچھنے لگا کہ کیا کہتے ہیں آپ اس کے</w:t>
      </w:r>
    </w:p>
    <w:p>
      <w:r>
        <w:rPr>
          <w:b/>
        </w:rPr>
        <w:t xml:space="preserve">[57:05] </w:t>
      </w:r>
      <w:r>
        <w:t>bare mein? to mein kuch bola nahin.</w:t>
      </w:r>
    </w:p>
    <w:p>
      <w:pPr>
        <w:jc w:val="right"/>
      </w:pPr>
      <w:r>
        <w:t>بارے میں؟ تو میں کچھ بولا نہیں۔</w:t>
      </w:r>
    </w:p>
    <w:p>
      <w:r>
        <w:rPr>
          <w:b/>
        </w:rPr>
        <w:t xml:space="preserve">[57:11] </w:t>
      </w:r>
      <w:r>
        <w:t>kai bar us ne poocha ke is bicycle wale ke liye kya aap keh rahe hain? mein ne kuch nahin.</w:t>
      </w:r>
    </w:p>
    <w:p>
      <w:pPr>
        <w:jc w:val="right"/>
      </w:pPr>
      <w:r>
        <w:t>کئی بار اس نے پوچھا کہ اس بائیسیکل والے کے لیے کیا آپ کہہ رہے ہیں؟ میں نے کچھ نہیں۔</w:t>
      </w:r>
    </w:p>
    <w:p>
      <w:r>
        <w:rPr>
          <w:b/>
        </w:rPr>
        <w:t xml:space="preserve">[57:17] </w:t>
      </w:r>
      <w:r>
        <w:t>jab mein jab kuch bola nahin to woh police man jo hai yeh keh ke chala gaya ke baba to</w:t>
      </w:r>
    </w:p>
    <w:p>
      <w:pPr>
        <w:jc w:val="right"/>
      </w:pPr>
      <w:r>
        <w:t>جب میں جب کچھ بولا نہیں تو وہ پولیس مین جو ہے یہ کہہ کے چلا گیا کہ بابا تو</w:t>
      </w:r>
    </w:p>
    <w:p>
      <w:r>
        <w:rPr>
          <w:b/>
        </w:rPr>
        <w:t xml:space="preserve">[57:23] </w:t>
      </w:r>
      <w:r>
        <w:t>kuch bolta nahin.</w:t>
      </w:r>
    </w:p>
    <w:p>
      <w:pPr>
        <w:jc w:val="right"/>
      </w:pPr>
      <w:r>
        <w:t>کچھ بولتا نہیں۔</w:t>
      </w:r>
    </w:p>
    <w:p>
      <w:r>
        <w:rPr>
          <w:b/>
        </w:rPr>
        <w:t xml:space="preserve">[57:28] </w:t>
      </w:r>
      <w:r>
        <w:t>baba to kuch bolta nahin.</w:t>
      </w:r>
    </w:p>
    <w:p>
      <w:pPr>
        <w:jc w:val="right"/>
      </w:pPr>
      <w:r>
        <w:t>بابا تو کچھ بولتا نہیں۔</w:t>
      </w:r>
    </w:p>
    <w:p>
      <w:r>
        <w:rPr>
          <w:b/>
        </w:rPr>
        <w:t xml:space="preserve">[57:34] </w:t>
      </w:r>
      <w:r>
        <w:t>to aap apne aap ko itna zyada develop karen intellectually ke jaise shaitan touch kare, aap ba-khabar ho</w:t>
      </w:r>
    </w:p>
    <w:p>
      <w:pPr>
        <w:jc w:val="right"/>
      </w:pPr>
      <w:r>
        <w:t>تو آپ اپنے آپ کو اتنا زیادہ ڈیولپ کریں انٹلیکچولی کہ جیسے شیطان ٹچ کرے، آپ باخبر ہو</w:t>
      </w:r>
    </w:p>
    <w:p>
      <w:r>
        <w:rPr>
          <w:b/>
        </w:rPr>
        <w:t xml:space="preserve">[57:39] </w:t>
      </w:r>
      <w:r>
        <w:t>jayen aur apne aap ko bacha len derailment ke sath, distraction se.</w:t>
      </w:r>
    </w:p>
    <w:p>
      <w:pPr>
        <w:jc w:val="right"/>
      </w:pPr>
      <w:r>
        <w:t>جائیں اور اپنے آپ کو بچا لیں ڈیریلمنٹ کے ساتھ، ڈسٹریکشن سے۔</w:t>
      </w:r>
    </w:p>
    <w:p>
      <w:r>
        <w:rPr>
          <w:b/>
        </w:rPr>
        <w:t xml:space="preserve">[57:44] </w:t>
      </w:r>
      <w:r>
        <w:t>yeh yahi ek hi tareeqa hai.</w:t>
      </w:r>
    </w:p>
    <w:p>
      <w:pPr>
        <w:jc w:val="right"/>
      </w:pPr>
      <w:r>
        <w:t>یہ یہی ایک ہی طریقہ ہے۔</w:t>
      </w:r>
    </w:p>
    <w:p>
      <w:r>
        <w:rPr>
          <w:b/>
        </w:rPr>
        <w:t xml:space="preserve">[57:49] </w:t>
      </w:r>
      <w:r>
        <w:t>maulana, agla sawal haiderabad se bheja hai ashyaq kamal sahab ne</w:t>
      </w:r>
    </w:p>
    <w:p>
      <w:pPr>
        <w:jc w:val="right"/>
      </w:pPr>
      <w:r>
        <w:t>مولانا، اگلا سوال حیدرآباد سے بھیجا ہے عشاق کمال صاحب نے</w:t>
      </w:r>
    </w:p>
    <w:p>
      <w:r>
        <w:rPr>
          <w:b/>
        </w:rPr>
        <w:t xml:space="preserve">[57:54] </w:t>
      </w:r>
      <w:r>
        <w:t>.</w:t>
      </w:r>
    </w:p>
    <w:p>
      <w:pPr>
        <w:jc w:val="right"/>
      </w:pPr>
      <w:r>
        <w:t>۔</w:t>
      </w:r>
    </w:p>
    <w:p>
      <w:r>
        <w:rPr>
          <w:b/>
        </w:rPr>
        <w:t xml:space="preserve">[58:00] </w:t>
      </w:r>
      <w:r>
        <w:t>انہوں نے لکھا ہے، مولانا صاحب، for the first time we came to know that we are here</w:t>
      </w:r>
    </w:p>
    <w:p>
      <w:pPr>
        <w:jc w:val="right"/>
      </w:pPr>
      <w:r>
        <w:t>انہوں نے لکھا ہے، مولانا صاحب، فار دا فرسٹ ٹائم وی کیم ٹو نو دیٹ وی آر ہیر</w:t>
      </w:r>
    </w:p>
    <w:p>
      <w:r>
        <w:rPr>
          <w:b/>
        </w:rPr>
        <w:t xml:space="preserve">[58:06] </w:t>
      </w:r>
      <w:r>
        <w:t>In this world having second golden chance and that we should avoid distraction.</w:t>
      </w:r>
    </w:p>
    <w:p>
      <w:pPr>
        <w:jc w:val="right"/>
      </w:pPr>
      <w:r>
        <w:t>ان دس ورلڈ ہیونگ سیکنڈ گولڈن چانس اینڈ دیٹ وی شوڈ اوائڈ ڈسٹریکشن۔</w:t>
      </w:r>
    </w:p>
    <w:p>
      <w:r>
        <w:rPr>
          <w:b/>
        </w:rPr>
        <w:t xml:space="preserve">[58:12] </w:t>
      </w:r>
      <w:r>
        <w:t>My question is that how can we convince our non-Muslim brothers about this second golden chance? Main</w:t>
      </w:r>
    </w:p>
    <w:p>
      <w:pPr>
        <w:jc w:val="right"/>
      </w:pPr>
      <w:r>
        <w:t>مائی کوئسچن از دیٹ ہاؤ کین وی کنونس اور نان مسلم برادرز اباؤٹ دس سیکنڈ گولڈن چانس؟ میں</w:t>
      </w:r>
    </w:p>
    <w:p>
      <w:r>
        <w:rPr>
          <w:b/>
        </w:rPr>
        <w:t xml:space="preserve">[58:18] </w:t>
      </w:r>
      <w:r>
        <w:t>to samajhta hoon ke sirf ek hi baat hai,</w:t>
      </w:r>
    </w:p>
    <w:p>
      <w:pPr>
        <w:jc w:val="right"/>
      </w:pPr>
      <w:r>
        <w:t>تو سمجھتا ہوں کہ صرف ایک ہی بات ہے،</w:t>
      </w:r>
    </w:p>
    <w:p>
      <w:r>
        <w:rPr>
          <w:b/>
        </w:rPr>
        <w:t xml:space="preserve">[58:25] </w:t>
      </w:r>
      <w:r>
        <w:t>مسلمانوں نے hate develop کر رکھی ہے non-Muslim کے لیے۔</w:t>
      </w:r>
    </w:p>
    <w:p>
      <w:pPr>
        <w:jc w:val="right"/>
      </w:pPr>
      <w:r>
        <w:t>مسلمانوں نے ہیٹ ڈیولپ کر رکھی ہے نان مسلم کے لیے۔</w:t>
      </w:r>
    </w:p>
    <w:p>
      <w:r>
        <w:rPr>
          <w:b/>
        </w:rPr>
        <w:t xml:space="preserve">[58:32] </w:t>
      </w:r>
      <w:r>
        <w:t>sari dunya ke non muslimon se hate, sab se hate.</w:t>
      </w:r>
    </w:p>
    <w:p>
      <w:pPr>
        <w:jc w:val="right"/>
      </w:pPr>
      <w:r>
        <w:t>ساری دنیا کے نان مسلموں سے ہیٹ، سب سے ہیٹ۔</w:t>
      </w:r>
    </w:p>
    <w:p>
      <w:r>
        <w:rPr>
          <w:b/>
        </w:rPr>
        <w:t xml:space="preserve">[58:40] </w:t>
      </w:r>
      <w:r>
        <w:t>jis musalman se miliye aap to doosron ko woh kahein kafir hai, jahannami hai, yeh hai, woh hai.</w:t>
      </w:r>
    </w:p>
    <w:p>
      <w:pPr>
        <w:jc w:val="right"/>
      </w:pPr>
      <w:r>
        <w:t>جس مسلمان سے ملیے آپ تو دوسروں کو وہ کہیں کافر ہے، جہنم جہنمی ہے، یہ ہے، وہ ہے۔</w:t>
      </w:r>
    </w:p>
    <w:p>
      <w:r>
        <w:rPr>
          <w:b/>
        </w:rPr>
        <w:t xml:space="preserve">[58:47] </w:t>
      </w:r>
      <w:r>
        <w:t>bas hate ko nikal dijiye to apne aap prevail kare gi insani humdardi.</w:t>
      </w:r>
    </w:p>
    <w:p>
      <w:pPr>
        <w:jc w:val="right"/>
      </w:pPr>
      <w:r>
        <w:t>بس ہیٹ کو نکال دیجئے تو اپنے آپ پرویل کرے گی انسانی ہمدردی۔</w:t>
      </w:r>
    </w:p>
    <w:p>
      <w:r>
        <w:rPr>
          <w:b/>
        </w:rPr>
        <w:t xml:space="preserve">[58:55] </w:t>
      </w:r>
      <w:r>
        <w:t>bas yeh ghair ka tasawwur khatam kar dijiye, kafir ka tasawwur khatam kar dijiye.</w:t>
      </w:r>
    </w:p>
    <w:p>
      <w:pPr>
        <w:jc w:val="right"/>
      </w:pPr>
      <w:r>
        <w:t>بس یہ غیر کا تصور ختم کر دیجئے، کافر کا تصور ختم کر دیجئے۔</w:t>
      </w:r>
    </w:p>
    <w:p>
      <w:r>
        <w:rPr>
          <w:b/>
        </w:rPr>
        <w:t xml:space="preserve">[59:01] </w:t>
      </w:r>
      <w:r>
        <w:t>har ek ko insan samjhiye, dunya ko dar-ul-kafir mat samjhiye balkeh dar-ul-insan samjhiye.</w:t>
      </w:r>
    </w:p>
    <w:p>
      <w:pPr>
        <w:jc w:val="right"/>
      </w:pPr>
      <w:r>
        <w:t>ہر ایک کو انسان سمجھیے، دنیا کو دارالکفر مت سمجھیے بلکہ دارالانسان سمجھیے۔</w:t>
      </w:r>
    </w:p>
    <w:p>
      <w:r>
        <w:rPr>
          <w:b/>
        </w:rPr>
        <w:t xml:space="preserve">[59:07] </w:t>
      </w:r>
      <w:r>
        <w:t>bas sab kuch apne aap hi theek ho jayega.</w:t>
      </w:r>
    </w:p>
    <w:p>
      <w:pPr>
        <w:jc w:val="right"/>
      </w:pPr>
      <w:r>
        <w:t>بس سب کچھ اپنے آپ ہی ٹھیک ہو جائے گا۔</w:t>
      </w:r>
    </w:p>
    <w:p>
      <w:r>
        <w:rPr>
          <w:b/>
        </w:rPr>
        <w:t xml:space="preserve">[59:13] </w:t>
      </w:r>
      <w:r>
        <w:t>har cheez apne aap theek ho jayegi.</w:t>
      </w:r>
    </w:p>
    <w:p>
      <w:pPr>
        <w:jc w:val="right"/>
      </w:pPr>
      <w:r>
        <w:t>ہر چیز اپنے آپ ٹھیک ہو جائے گی۔</w:t>
      </w:r>
    </w:p>
    <w:p>
      <w:r>
        <w:rPr>
          <w:b/>
        </w:rPr>
        <w:t xml:space="preserve">[59:19] </w:t>
      </w:r>
      <w:r>
        <w:t>maulana, agla sawal dilli se kiya hai khurram islam qureshi sahab ne</w:t>
      </w:r>
    </w:p>
    <w:p>
      <w:pPr>
        <w:jc w:val="right"/>
      </w:pPr>
      <w:r>
        <w:t>مولانا، اگلا سوال دلی سے کیا ہے خرم اسلام قریشی صاحب نے</w:t>
      </w:r>
    </w:p>
    <w:p>
      <w:r>
        <w:rPr>
          <w:b/>
        </w:rPr>
        <w:t xml:space="preserve">[59:25] </w:t>
      </w:r>
      <w:r>
        <w:t>aur unhon ne aap se poocha hai ke sarkashi ke kya maani hain? is ko wazeh karen.</w:t>
      </w:r>
    </w:p>
    <w:p>
      <w:pPr>
        <w:jc w:val="right"/>
      </w:pPr>
      <w:r>
        <w:t>اور انہوں نے آپ سے پوچھا ہے کہ سرکشی کے کیا معنی ہیں؟ اس کو واضح کریں۔</w:t>
      </w:r>
    </w:p>
    <w:p>
      <w:r>
        <w:rPr>
          <w:b/>
        </w:rPr>
        <w:t xml:space="preserve">[59:32] </w:t>
      </w:r>
      <w:r>
        <w:t>bhai, yeh bara mushkil masla hai.</w:t>
      </w:r>
    </w:p>
    <w:p>
      <w:pPr>
        <w:jc w:val="right"/>
      </w:pPr>
      <w:r>
        <w:t>بھئی، یہ بڑا مشکل مسئلہ ہے۔</w:t>
      </w:r>
    </w:p>
    <w:p>
      <w:r>
        <w:rPr>
          <w:b/>
        </w:rPr>
        <w:t xml:space="preserve">[59:39] </w:t>
      </w:r>
      <w:r>
        <w:t>mein aksar sochta hoon sarkashi ke liye english mein koi equivalent nahin hai.</w:t>
      </w:r>
    </w:p>
    <w:p>
      <w:pPr>
        <w:jc w:val="right"/>
      </w:pPr>
      <w:r>
        <w:t>میں اکثر سوچتا ہوں سرکشی کے لیے انگلش میں کوئی ایکولنٹ نہیں ہے۔</w:t>
      </w:r>
    </w:p>
    <w:p>
      <w:r>
        <w:rPr>
          <w:b/>
        </w:rPr>
        <w:t xml:space="preserve">[59:45] </w:t>
      </w:r>
      <w:r>
        <w:t>yani qareeb tar lafz jo hai english mein sarkashi ka arrogance.</w:t>
      </w:r>
    </w:p>
    <w:p>
      <w:pPr>
        <w:jc w:val="right"/>
      </w:pPr>
      <w:r>
        <w:t>یعنی قریب تر لفظ جو ہے انگلش میں سرکشی کا اروگنس۔</w:t>
      </w:r>
    </w:p>
    <w:p>
      <w:r>
        <w:rPr>
          <w:b/>
        </w:rPr>
        <w:t xml:space="preserve">[59:52] </w:t>
      </w:r>
      <w:r>
        <w:t>is se acha koi lafz mujhe nahi maloom english english mein.</w:t>
      </w:r>
    </w:p>
    <w:p>
      <w:pPr>
        <w:jc w:val="right"/>
      </w:pPr>
      <w:r>
        <w:t>اس سے اچھا کوئی لفظ مجھے نہیں معلوم انگلش انگلش میں۔</w:t>
      </w:r>
    </w:p>
    <w:p>
      <w:r>
        <w:rPr>
          <w:b/>
        </w:rPr>
        <w:t xml:space="preserve">[59:59] </w:t>
      </w:r>
      <w:r>
        <w:t>ji, maulana, agla sawal aamir mori sahib ne kiya hai srinagar se.</w:t>
      </w:r>
    </w:p>
    <w:p>
      <w:pPr>
        <w:jc w:val="right"/>
      </w:pPr>
      <w:r>
        <w:t>جی، مولانا، اگلا سوال عامر موری صاحب نے کیا ہے سری نگر سے۔</w:t>
      </w:r>
    </w:p>
    <w:p>
      <w:r>
        <w:rPr>
          <w:b/>
        </w:rPr>
        <w:t xml:space="preserve">[1:00:04] </w:t>
      </w:r>
      <w:r>
        <w:t>انہوں نے لکھا ہے، اور nature has been fine-tuned by our creator to take us to paradise</w:t>
      </w:r>
    </w:p>
    <w:p>
      <w:pPr>
        <w:jc w:val="right"/>
      </w:pPr>
      <w:r>
        <w:t>انہوں نے لکھا ہے، اور نیچر ہیز بین فائن ٹیونڈ بائے اور کریٹر ٹو ٹیک اس ٹو پیراڈائز</w:t>
      </w:r>
    </w:p>
    <w:p>
      <w:r>
        <w:rPr>
          <w:b/>
        </w:rPr>
        <w:t xml:space="preserve">[1:00:09] </w:t>
      </w:r>
      <w:r>
        <w:t>And the only requirement is to save ourself from distractions.</w:t>
      </w:r>
    </w:p>
    <w:p>
      <w:pPr>
        <w:jc w:val="right"/>
      </w:pPr>
      <w:r>
        <w:t>اینڈ دی اونلی ریکوائرمنٹ از ٹو سیو اور سیلف فرام ڈسٹریکشنز۔</w:t>
      </w:r>
    </w:p>
    <w:p>
      <w:r>
        <w:rPr>
          <w:b/>
        </w:rPr>
        <w:t xml:space="preserve">[1:00:14] </w:t>
      </w:r>
      <w:r>
        <w:t>what a thrilling thought it is!</w:t>
      </w:r>
    </w:p>
    <w:p>
      <w:pPr>
        <w:jc w:val="right"/>
      </w:pPr>
      <w:r>
        <w:t>واٹ ا تھرلنگ تھاٹ اٹ از!</w:t>
      </w:r>
    </w:p>
    <w:p>
      <w:r>
        <w:rPr>
          <w:b/>
        </w:rPr>
        <w:t xml:space="preserve">[1:00:19] </w:t>
      </w:r>
      <w:r>
        <w:t>It will surely make us more sensitive and conscious.</w:t>
      </w:r>
    </w:p>
    <w:p>
      <w:pPr>
        <w:jc w:val="right"/>
      </w:pPr>
      <w:r>
        <w:t>اٹ ول شورلی میک اس مور سینسٹیو اینڈ کانشیس۔</w:t>
      </w:r>
    </w:p>
    <w:p>
      <w:r>
        <w:rPr>
          <w:b/>
        </w:rPr>
        <w:t xml:space="preserve">[1:00:24] </w:t>
      </w:r>
      <w:r>
        <w:t>maulana sahib, my ques</w:t>
      </w:r>
    </w:p>
    <w:p>
      <w:pPr>
        <w:jc w:val="right"/>
      </w:pPr>
      <w:r>
        <w:t>مولانا صاحب، مائی کوئس</w:t>
      </w:r>
    </w:p>
    <w:p>
      <w:r>
        <w:rPr>
          <w:b/>
        </w:rPr>
        <w:t xml:space="preserve">[1:00:29] </w:t>
      </w:r>
      <w:r>
        <w:t>Chinaz, please guide and advise us how can we become super sensitive so that we save our</w:t>
      </w:r>
    </w:p>
    <w:p>
      <w:pPr>
        <w:jc w:val="right"/>
      </w:pPr>
      <w:r>
        <w:t>چن از، پلیز گائیڈ اینڈ ایڈوائز اس ہاؤ کین وی بیکم سپر سینسٹیو سو دیٹ وی سیو اور</w:t>
      </w:r>
    </w:p>
    <w:p>
      <w:r>
        <w:rPr>
          <w:b/>
        </w:rPr>
        <w:t xml:space="preserve">[1:00:36] </w:t>
      </w:r>
      <w:r>
        <w:t>self from distractions? Main sochta hoon to ek wahi baat hai ke aadmi jo apne ko bachaye distractions</w:t>
      </w:r>
    </w:p>
    <w:p>
      <w:pPr>
        <w:jc w:val="right"/>
      </w:pPr>
      <w:r>
        <w:t>سیلف فرام ڈسٹریکشنز؟ میں سوچتا ہوں تو ایک وہی بات ہے کہ آدمی جو اپنے کو بچائے ڈسٹریکشن</w:t>
      </w:r>
    </w:p>
    <w:p>
      <w:r>
        <w:rPr>
          <w:b/>
        </w:rPr>
        <w:t xml:space="preserve">[1:00:44] </w:t>
      </w:r>
      <w:r>
        <w:t>سے تو اپنے آپ ہی وہ چیز prevail کرتی ہے۔</w:t>
      </w:r>
    </w:p>
    <w:p>
      <w:pPr>
        <w:jc w:val="right"/>
      </w:pPr>
      <w:r>
        <w:t>سے تو اپنے آپ ہی وہ چیز پریول کرتی ہے۔</w:t>
      </w:r>
    </w:p>
    <w:p>
      <w:r>
        <w:rPr>
          <w:b/>
        </w:rPr>
        <w:t xml:space="preserve">[1:00:51] </w:t>
      </w:r>
      <w:r>
        <w:t>جو کہا جاتا ہے کہ let truth prevail تو truth تو پری</w:t>
      </w:r>
    </w:p>
    <w:p>
      <w:pPr>
        <w:jc w:val="right"/>
      </w:pPr>
      <w:r>
        <w:t>جو کہا جاتا ہے کہ لیٹ ٹروتھ پریول تو ٹروتھ تو پری</w:t>
      </w:r>
    </w:p>
    <w:p>
      <w:r>
        <w:rPr>
          <w:b/>
        </w:rPr>
        <w:t xml:space="preserve">[1:00:59] </w:t>
      </w:r>
      <w:r>
        <w:t>vail kare hi ga. Hum false footprint banna ji hain. Agar apne aap ko bachayenge false footprint se to truth apne aap prevail karega. Yeh hi hai. Apne aap ko bachaiye distraction se. Is ke baad jo cheez hai woh apne aap prevail karegi. Maulana, agla sawal bheja hai Jam</w:t>
      </w:r>
    </w:p>
    <w:p>
      <w:pPr>
        <w:jc w:val="right"/>
      </w:pPr>
      <w:r>
        <w:t>ول کرے ہی گا۔ ہم فالس فوٹ بننا جی ہیں۔ اگر اپنے آپ کو بچائیں گے فالس فوٹ سے تو ٹروتھ اپنے آپ پریول کرے گا۔ یہی ہے۔ اپنے آپ کو بچائیے ڈسٹریکشن سے۔ اس کے بعد جو چیز ہے وہ اپنے آپ پریول کرے گی۔ مولانا، اگلا سوال بھیجا ہے جم</w:t>
      </w:r>
    </w:p>
    <w:p>
      <w:r>
        <w:rPr>
          <w:b/>
        </w:rPr>
        <w:t xml:space="preserve">[1:01:29] </w:t>
      </w:r>
      <w:r>
        <w:t>sheed pur se azhar sahib ne.</w:t>
      </w:r>
    </w:p>
    <w:p>
      <w:pPr>
        <w:jc w:val="right"/>
      </w:pPr>
      <w:r>
        <w:t>شید پور سے اظہر صاحب نے۔</w:t>
      </w:r>
    </w:p>
    <w:p>
      <w:r>
        <w:rPr>
          <w:b/>
        </w:rPr>
        <w:t xml:space="preserve">[1:01:33] </w:t>
      </w:r>
      <w:r>
        <w:t>انہوں نے لکھا ہے، مولانا، in your earlier talks you have mentioned that one should be able to</w:t>
      </w:r>
    </w:p>
    <w:p>
      <w:pPr>
        <w:jc w:val="right"/>
      </w:pPr>
      <w:r>
        <w:t>انہوں نے لکھا ہے، مولانا، ان یور ارلیئر ٹاکس یو ہیو مینشن دیٹ ون شوڈ بی ایبل ٹو</w:t>
      </w:r>
    </w:p>
    <w:p>
      <w:r>
        <w:rPr>
          <w:b/>
        </w:rPr>
        <w:t xml:space="preserve">[1:01:37] </w:t>
      </w:r>
      <w:r>
        <w:t>Discover one's role and then play that role.</w:t>
      </w:r>
    </w:p>
    <w:p>
      <w:pPr>
        <w:jc w:val="right"/>
      </w:pPr>
      <w:r>
        <w:t>ڈسکور ونز رول اینڈ دین پلے دیٹ رول۔</w:t>
      </w:r>
    </w:p>
    <w:p>
      <w:r>
        <w:rPr>
          <w:b/>
        </w:rPr>
        <w:t xml:space="preserve">[1:01:42] </w:t>
      </w:r>
      <w:r>
        <w:t>Maulana, I have been thinking about this for last eight months but I am still not able to</w:t>
      </w:r>
    </w:p>
    <w:p>
      <w:pPr>
        <w:jc w:val="right"/>
      </w:pPr>
      <w:r>
        <w:t>مولانا، آئی ہیو بین تھنکنگ اباؤٹ دس فار لاسٹ ایٹ منتھس بٹ آئی ایم سٹل ناٹ ایبل ٹو</w:t>
      </w:r>
    </w:p>
    <w:p>
      <w:r>
        <w:rPr>
          <w:b/>
        </w:rPr>
        <w:t xml:space="preserve">[1:01:46] </w:t>
      </w:r>
      <w:r>
        <w:t>discover my role.</w:t>
      </w:r>
    </w:p>
    <w:p>
      <w:pPr>
        <w:jc w:val="right"/>
      </w:pPr>
      <w:r>
        <w:t>ڈسکور مائی رول۔</w:t>
      </w:r>
    </w:p>
    <w:p>
      <w:r>
        <w:rPr>
          <w:b/>
        </w:rPr>
        <w:t xml:space="preserve">[1:01:50] </w:t>
      </w:r>
      <w:r>
        <w:t>This has made me very restless and I am not at peace.</w:t>
      </w:r>
    </w:p>
    <w:p>
      <w:pPr>
        <w:jc w:val="right"/>
      </w:pPr>
      <w:r>
        <w:t>دس ہیز میڈ می ویری ریسٹ لیس اینڈ آئی ایم ناٹ ایٹ پیس۔</w:t>
      </w:r>
    </w:p>
    <w:p>
      <w:r>
        <w:rPr>
          <w:b/>
        </w:rPr>
        <w:t xml:space="preserve">[1:01:55] </w:t>
      </w:r>
      <w:r>
        <w:t>please tell me what should i do</w:t>
      </w:r>
    </w:p>
    <w:p>
      <w:pPr>
        <w:jc w:val="right"/>
      </w:pPr>
      <w:r>
        <w:t>پلیز ٹیل می واٹ شوڈ آئی ڈو</w:t>
      </w:r>
    </w:p>
    <w:p>
      <w:r>
        <w:rPr>
          <w:b/>
        </w:rPr>
        <w:t xml:space="preserve">[1:01:59] </w:t>
      </w:r>
      <w:r>
        <w:t>to find the role that God has kept for me so I can play my role as long</w:t>
      </w:r>
    </w:p>
    <w:p>
      <w:pPr>
        <w:jc w:val="right"/>
      </w:pPr>
      <w:r>
        <w:t>ٹو فائنڈ دا رول دیٹ گاڈ ہیز کیپ فار می سو آئی کین پلے مائی رول ایز لانگ</w:t>
      </w:r>
    </w:p>
    <w:p>
      <w:r>
        <w:rPr>
          <w:b/>
        </w:rPr>
        <w:t xml:space="preserve">[1:02:09] </w:t>
      </w:r>
      <w:r>
        <w:t>as i am alive? dekhiye, apna role janne ke liye ek prerequisite hai.</w:t>
      </w:r>
    </w:p>
    <w:p>
      <w:pPr>
        <w:jc w:val="right"/>
      </w:pPr>
      <w:r>
        <w:t>ایز آئی ایم الائیو؟ دیکھیے، اپنا رول جاننے کے لیے ایک پری ریکویزٹ ہے۔</w:t>
      </w:r>
    </w:p>
    <w:p>
      <w:r>
        <w:rPr>
          <w:b/>
        </w:rPr>
        <w:t xml:space="preserve">[1:02:19] </w:t>
      </w:r>
      <w:r>
        <w:t>pre-requisite ایک پیشگی شرط وہ یہ ہے کہ آدمی اپنے آپ میں</w:t>
      </w:r>
    </w:p>
    <w:p>
      <w:pPr>
        <w:jc w:val="right"/>
      </w:pPr>
      <w:r>
        <w:t>پری ریکویزٹ ایک پیشگی شرط وہ یہ ہے کہ آدمی اپنے آپ میں</w:t>
      </w:r>
    </w:p>
    <w:p>
      <w:r>
        <w:rPr>
          <w:b/>
        </w:rPr>
        <w:t xml:space="preserve">[1:02:29] </w:t>
      </w:r>
      <w:r>
        <w:t>apne aap apne aap apne aap ko discover kare ke kahan mein kaun si meri habit hai, kaun sa mera andar kuch cheez develop kar gayi aisi jo mujhe derail karti rehti hai apne baray mein khud. maine apne aap ko main keh sakta hoon ke poori zindagi mujhe</w:t>
      </w:r>
    </w:p>
    <w:p>
      <w:pPr>
        <w:jc w:val="right"/>
      </w:pPr>
      <w:r>
        <w:t>اپنے آپ اپنے آپ اپنے آپ کو ڈسکور کرے کہ کہاں میں کون سی میری ہیبٹ ہے، کون سا میرا اندر کچھ چیز ڈیولپ کر گئی ایسی جو مجھے ڈیریل کرتی رہتی ہے اپنے بارے میں خود۔ میں نے اپنے آپ کو میں کہہ سکتا ہوں کہ پوری زندگی مجھے</w:t>
      </w:r>
    </w:p>
    <w:p>
      <w:r>
        <w:rPr>
          <w:b/>
        </w:rPr>
        <w:t xml:space="preserve">[1:02:59] </w:t>
      </w:r>
      <w:r>
        <w:t>ڈھونڈتا رہتا ہوں کہ کہاں میرا کوئی realignment ہو رہا ہے، کہاں۔</w:t>
      </w:r>
    </w:p>
    <w:p>
      <w:pPr>
        <w:jc w:val="right"/>
      </w:pPr>
      <w:r>
        <w:t>ڈھونڈتا رہتا ہوں کہ کہاں میرا کوئی ریلیٹمنٹ ہو رہا ہے، کہاں۔</w:t>
      </w:r>
    </w:p>
    <w:p>
      <w:r>
        <w:rPr>
          <w:b/>
        </w:rPr>
        <w:t xml:space="preserve">[1:03:09] </w:t>
      </w:r>
      <w:r>
        <w:t>aur isko main bacha kar ke woh is tarah se apni personality ko nature based personality ko bachata hai.</w:t>
      </w:r>
    </w:p>
    <w:p>
      <w:pPr>
        <w:jc w:val="right"/>
      </w:pPr>
      <w:r>
        <w:t>اور اس کو میں بچا کر کے وہ اس طرح سے اپنی پرسنیلٹی کو نیچر بیسڈ پرسنیلٹی کو بچاتا ہوں۔</w:t>
      </w:r>
    </w:p>
    <w:p>
      <w:r>
        <w:rPr>
          <w:b/>
        </w:rPr>
        <w:t xml:space="preserve">[1:03:19] </w:t>
      </w:r>
      <w:r>
        <w:t>hamari personality jo jo hai jo khaliq ne creator ne nature based banaya hai</w:t>
      </w:r>
    </w:p>
    <w:p>
      <w:pPr>
        <w:jc w:val="right"/>
      </w:pPr>
      <w:r>
        <w:t>ہماری پرسنیلٹی جو جو ہے جو خالق نے کریٹر نے نیچر بیسڈ بنایا ہے</w:t>
      </w:r>
    </w:p>
    <w:p>
      <w:r>
        <w:rPr>
          <w:b/>
        </w:rPr>
        <w:t xml:space="preserve">[1:03:29] </w:t>
      </w:r>
      <w:r>
        <w:t>to woh kahan kahan woh derailment ho raha hai, is ka kahan woh distract ho rahi hai, is ko dhoondta rehta hoon. main samajhta hoon ke yahi ek hi tareeqa hai ke jab aap dher dher ke is ko is ko find out kar lenge to truth apne aap prevail karega. nature ab nature apne aap prevail karegi. let</w:t>
      </w:r>
    </w:p>
    <w:p>
      <w:pPr>
        <w:jc w:val="right"/>
      </w:pPr>
      <w:r>
        <w:t>تو وہ کہاں کہاں وہ ڈیریلمنٹ ہو رہا ہے، اس کا کہاں وہ ڈسٹریکٹ ہو رہی ہے، اس کو ڈھونڈتا رہتا ہوں۔ میں سمجھتا ہوں کہ یہی ایک ہی طریقہ ہے کہ جب آپ ڈھیر ڈھیر کے اس کو اس کو فائنڈ آؤٹ کر لیں گے تو ٹروتھ اپنے آپ پریول کرے گا۔ نیچر اب نیچر اپنے آپ پریول کرے گی۔ لیٹ</w:t>
      </w:r>
    </w:p>
    <w:p>
      <w:r>
        <w:rPr>
          <w:b/>
        </w:rPr>
        <w:t xml:space="preserve">[1:03:59] </w:t>
      </w:r>
      <w:r>
        <w:t>Truth prevail jo kaha jata hai to ye aadhi baat hai.</w:t>
      </w:r>
    </w:p>
    <w:p>
      <w:pPr>
        <w:jc w:val="right"/>
      </w:pPr>
      <w:r>
        <w:t>ٹروتھ پریول جو کہا جاتا ہے تو یہ ادھی بات ہے۔</w:t>
      </w:r>
    </w:p>
    <w:p>
      <w:r>
        <w:rPr>
          <w:b/>
        </w:rPr>
        <w:t xml:space="preserve">[1:04:05] </w:t>
      </w:r>
      <w:r>
        <w:t>yani false foot se bachao to truth apne aap prevail karega.</w:t>
      </w:r>
    </w:p>
    <w:p>
      <w:pPr>
        <w:jc w:val="right"/>
      </w:pPr>
      <w:r>
        <w:t>یعنی فالس فوٹ سے بچاؤ تو ٹروتھ اپنے آپ پریول کرے گا۔</w:t>
      </w:r>
    </w:p>
    <w:p>
      <w:r>
        <w:rPr>
          <w:b/>
        </w:rPr>
        <w:t xml:space="preserve">[1:04:11] </w:t>
      </w:r>
      <w:r>
        <w:t>maulana, agla sawal lene se pehle ek comment padhna chahenge jo ah maulana abdul basit umri sahib ne</w:t>
      </w:r>
    </w:p>
    <w:p>
      <w:pPr>
        <w:jc w:val="right"/>
      </w:pPr>
      <w:r>
        <w:t>مولانا، اگلا سوال لینے سے پہلے ایک کمنٹ پڑھنا چاہیں گے جو آہ مولانا عبدالباسط عمری صاحب نے</w:t>
      </w:r>
    </w:p>
    <w:p>
      <w:r>
        <w:rPr>
          <w:b/>
        </w:rPr>
        <w:t xml:space="preserve">[1:04:17] </w:t>
      </w:r>
      <w:r>
        <w:t>bheja hai doha qatar se.</w:t>
      </w:r>
    </w:p>
    <w:p>
      <w:pPr>
        <w:jc w:val="right"/>
      </w:pPr>
      <w:r>
        <w:t>بھیجا ہے دوحہ قطر سے۔</w:t>
      </w:r>
    </w:p>
    <w:p>
      <w:r>
        <w:rPr>
          <w:b/>
        </w:rPr>
        <w:t xml:space="preserve">[1:04:23] </w:t>
      </w:r>
      <w:r>
        <w:t>unhone likha hai, maulana, aaj ka lek</w:t>
      </w:r>
    </w:p>
    <w:p>
      <w:pPr>
        <w:jc w:val="right"/>
      </w:pPr>
      <w:r>
        <w:t>انہوں نے لکھا ہے، مولانا، آج کا لیک</w:t>
      </w:r>
    </w:p>
    <w:p>
      <w:r>
        <w:rPr>
          <w:b/>
        </w:rPr>
        <w:t xml:space="preserve">[1:04:29] </w:t>
      </w:r>
      <w:r>
        <w:t>cher bohat zabardast tha. main is lecture ko kam se kam das bar to zaroor sununga inshallah. distraction ko jis tarah wazeh kiya us tarah koi bhi nahi karta balkay log jantay bhi nahi hain. aap ki har baat, har lecture aur tehreer nuqta aaghaz deti hai jahan se hum aasani ke sath apna safar jari rakh saktay hain. main bohat khush naseeb hoon ke Allah ne aap j</w:t>
      </w:r>
    </w:p>
    <w:p>
      <w:pPr>
        <w:jc w:val="right"/>
      </w:pPr>
      <w:r>
        <w:t>چر بہت زبردست تھا۔ میں اس لیکچر کو کم سے کم دس بار تو ضرور سنوں گا انشاءاللہ۔ ڈسٹریکشن کو جس طرح واضح کیا اس طرح کوئی بھی نہیں کرتا بلکہ لوگ جانتے بھی نہیں ہیں۔ آپ کی ہر بات، ہر لیکچر اور تحریر نقطہ آغاز دیتی ہے جہاں سے ہم آسانی کے ساتھ اپنا سفر جاری رکھ سکتے ہیں۔ میں بہت خوش نصیب ہوں کہ اللہ نے آپ ج</w:t>
      </w:r>
    </w:p>
    <w:p>
      <w:r>
        <w:rPr>
          <w:b/>
        </w:rPr>
        <w:t xml:space="preserve">[1:04:59] </w:t>
      </w:r>
      <w:r>
        <w:t>yesa azeem aur quran aur hadith ke mutabiq rehnumai karne wala insan se mila diya aur aap se</w:t>
      </w:r>
    </w:p>
    <w:p>
      <w:pPr>
        <w:jc w:val="right"/>
      </w:pPr>
      <w:r>
        <w:t>یسا عظیم اور قرآن اور حدیث کے مطابق رہنمائی کرنے والا انسان سے ملا دیا اور آپ سے</w:t>
      </w:r>
    </w:p>
    <w:p>
      <w:r>
        <w:rPr>
          <w:b/>
        </w:rPr>
        <w:t xml:space="preserve">[1:05:07] </w:t>
      </w:r>
      <w:r>
        <w:t>seekhne ka mauqa diya.</w:t>
      </w:r>
    </w:p>
    <w:p>
      <w:pPr>
        <w:jc w:val="right"/>
      </w:pPr>
      <w:r>
        <w:t>سیکھنے کا موقع دیا۔</w:t>
      </w:r>
    </w:p>
    <w:p>
      <w:r>
        <w:rPr>
          <w:b/>
        </w:rPr>
        <w:t xml:space="preserve">[1:05:15] </w:t>
      </w:r>
      <w:r>
        <w:t>allah sare insano ko aap se jodne ki tofeeq de. aameen.</w:t>
      </w:r>
    </w:p>
    <w:p>
      <w:pPr>
        <w:jc w:val="right"/>
      </w:pPr>
      <w:r>
        <w:t>اللہ سارے انسانوں کو آپ سے جوڑنے کی توفیق دے۔ آمین۔</w:t>
      </w:r>
    </w:p>
    <w:p>
      <w:r>
        <w:rPr>
          <w:b/>
        </w:rPr>
        <w:t xml:space="preserve">[1:05:22] </w:t>
      </w:r>
      <w:r>
        <w:t>مولانا، اگلا سوال بھیجا ہے قصیب رضا صاحب نے گیا بہار سے اور انہوں نے لکھا ہے، مولانا، today's youngsters</w:t>
      </w:r>
    </w:p>
    <w:p>
      <w:pPr>
        <w:jc w:val="right"/>
      </w:pPr>
      <w:r>
        <w:t>مولانا، اگلا سوال بھیجا ہے قصیب رضا صاحب نے گیا بہار سے اور انہوں نے لکھا ہے، مولانا، ٹوڈےینگسٹرز</w:t>
      </w:r>
    </w:p>
    <w:p>
      <w:r>
        <w:rPr>
          <w:b/>
        </w:rPr>
        <w:t xml:space="preserve">[1:05:30] </w:t>
      </w:r>
      <w:r>
        <w:t>are in the distraction of the pressure that they face in terms of their career, future planning and</w:t>
      </w:r>
    </w:p>
    <w:p>
      <w:pPr>
        <w:jc w:val="right"/>
      </w:pPr>
      <w:r>
        <w:t>آر ان دی ڈسٹریکشن آف دا پریشر دیٹ دے فیس ان ٹرمز آف دے کریئر فیوچر پلاننگ اینڈ</w:t>
      </w:r>
    </w:p>
    <w:p>
      <w:r>
        <w:rPr>
          <w:b/>
        </w:rPr>
        <w:t xml:space="preserve">[1:05:36] </w:t>
      </w:r>
      <w:r>
        <w:t>to earn more and more.</w:t>
      </w:r>
    </w:p>
    <w:p>
      <w:pPr>
        <w:jc w:val="right"/>
      </w:pPr>
      <w:r>
        <w:t>ٹو ارن مور اینڈ مور۔</w:t>
      </w:r>
    </w:p>
    <w:p>
      <w:r>
        <w:rPr>
          <w:b/>
        </w:rPr>
        <w:t xml:space="preserve">[1:05:42] </w:t>
      </w:r>
      <w:r>
        <w:t>What is your guidance and what is your opinion for all these youngsters? Main samajhta hoon ke yahan woh</w:t>
      </w:r>
    </w:p>
    <w:p>
      <w:pPr>
        <w:jc w:val="right"/>
      </w:pPr>
      <w:r>
        <w:t>واٹ از یور گائیڈنس اینڈ واٹ از یور اوپینین فار آل دیزینگسٹرز؟ میں سمجھتا ہوں کہ یہاں وہ</w:t>
      </w:r>
    </w:p>
    <w:p>
      <w:r>
        <w:rPr>
          <w:b/>
        </w:rPr>
        <w:t xml:space="preserve">[1:05:48] </w:t>
      </w:r>
      <w:r>
        <w:t>hadith apply hoti hai.</w:t>
      </w:r>
    </w:p>
    <w:p>
      <w:pPr>
        <w:jc w:val="right"/>
      </w:pPr>
      <w:r>
        <w:t>حدیث اپلائی ہوتی ہے۔</w:t>
      </w:r>
    </w:p>
    <w:p>
      <w:r>
        <w:rPr>
          <w:b/>
        </w:rPr>
        <w:t xml:space="preserve">[1:05:54] </w:t>
      </w:r>
      <w:r>
        <w:t>ek hadith mein hai ke insan</w:t>
      </w:r>
    </w:p>
    <w:p>
      <w:pPr>
        <w:jc w:val="right"/>
      </w:pPr>
      <w:r>
        <w:t>ایک حدیث میں ہے کہ انسان</w:t>
      </w:r>
    </w:p>
    <w:p>
      <w:r>
        <w:rPr>
          <w:b/>
        </w:rPr>
        <w:t xml:space="preserve">[1:06:00] </w:t>
      </w:r>
      <w:r>
        <w:t>paida hota hai nature par, al fitrat par.</w:t>
      </w:r>
    </w:p>
    <w:p>
      <w:pPr>
        <w:jc w:val="right"/>
      </w:pPr>
      <w:r>
        <w:t>پیدا ہوتا ہے نیچر پر، الفطرت پر۔</w:t>
      </w:r>
    </w:p>
    <w:p>
      <w:r>
        <w:rPr>
          <w:b/>
        </w:rPr>
        <w:t xml:space="preserve">[1:06:06] </w:t>
      </w:r>
      <w:r>
        <w:t>phir is ke maa baap us ko daal dete hain doosre raaste par.</w:t>
      </w:r>
    </w:p>
    <w:p>
      <w:pPr>
        <w:jc w:val="right"/>
      </w:pPr>
      <w:r>
        <w:t>پھر اس کے ماں باپ اس کو ڈال دیتے ہیں دوسرے راستے پر۔</w:t>
      </w:r>
    </w:p>
    <w:p>
      <w:r>
        <w:rPr>
          <w:b/>
        </w:rPr>
        <w:t xml:space="preserve">[1:06:12] </w:t>
      </w:r>
      <w:r>
        <w:t>to main samajhta hoon ke is zamane mein taqreeban har ghar mein hi yahi ho raha hai ke</w:t>
      </w:r>
    </w:p>
    <w:p>
      <w:pPr>
        <w:jc w:val="right"/>
      </w:pPr>
      <w:r>
        <w:t>تو میں سمجھتا ہوں کہ اس زمانے میں تقریباً ہر گھر میں ہی یہی ہو رہا ہے کہ</w:t>
      </w:r>
    </w:p>
    <w:p>
      <w:r>
        <w:rPr>
          <w:b/>
        </w:rPr>
        <w:t xml:space="preserve">[1:06:18] </w:t>
      </w:r>
      <w:r>
        <w:t>maa baap ke ambitions hoti hain ke mera beta yeh bane, mera beta woh bane, mera beta falan</w:t>
      </w:r>
    </w:p>
    <w:p>
      <w:pPr>
        <w:jc w:val="right"/>
      </w:pPr>
      <w:r>
        <w:t>ماں باپ کے ایمبیشنز ہوتی ہیں کہ میرا بیٹا یہ بنے، میرا بیٹا وہ بنے، میرا بیٹا فلاں</w:t>
      </w:r>
    </w:p>
    <w:p>
      <w:r>
        <w:rPr>
          <w:b/>
        </w:rPr>
        <w:t xml:space="preserve">[1:06:24] </w:t>
      </w:r>
      <w:r>
        <w:t>idhar pahunche, mera beta yeh paisa kam</w:t>
      </w:r>
    </w:p>
    <w:p>
      <w:pPr>
        <w:jc w:val="right"/>
      </w:pPr>
      <w:r>
        <w:t>ادھر پہنچے، میرا بیٹا یہ پیسہ کم</w:t>
      </w:r>
    </w:p>
    <w:p>
      <w:r>
        <w:rPr>
          <w:b/>
        </w:rPr>
        <w:t xml:space="preserve">[1:06:30] </w:t>
      </w:r>
      <w:r>
        <w:t>aaye.</w:t>
      </w:r>
    </w:p>
    <w:p>
      <w:pPr>
        <w:jc w:val="right"/>
      </w:pPr>
      <w:r>
        <w:t>ائے۔</w:t>
      </w:r>
    </w:p>
    <w:p>
      <w:r>
        <w:rPr>
          <w:b/>
        </w:rPr>
        <w:t xml:space="preserve">[1:06:35] </w:t>
      </w:r>
      <w:r>
        <w:t>to maa baap apne ambitions ko thopte hain apni aulaad par.</w:t>
      </w:r>
    </w:p>
    <w:p>
      <w:pPr>
        <w:jc w:val="right"/>
      </w:pPr>
      <w:r>
        <w:t>تو ماں باپ اپنے ایمبیشنز کو تھوپتے ہیں اپنی اولاد پر۔</w:t>
      </w:r>
    </w:p>
    <w:p>
      <w:r>
        <w:rPr>
          <w:b/>
        </w:rPr>
        <w:t xml:space="preserve">[1:06:40] </w:t>
      </w:r>
      <w:r>
        <w:t>main samajhta hoon ke agar maa baap jo hai fitrat par qaaim rahe to bete aur aulaad apne</w:t>
      </w:r>
    </w:p>
    <w:p>
      <w:pPr>
        <w:jc w:val="right"/>
      </w:pPr>
      <w:r>
        <w:t>میں سمجھتا ہوں کہ اگر ماں باپ جو ہے فطرت پر قائم رہے تو بیٹے اور اولاد اپنے</w:t>
      </w:r>
    </w:p>
    <w:p>
      <w:r>
        <w:rPr>
          <w:b/>
        </w:rPr>
        <w:t xml:space="preserve">[1:06:45] </w:t>
      </w:r>
      <w:r>
        <w:t>aap hi fitrat par qaaim ho sakte hain.</w:t>
      </w:r>
    </w:p>
    <w:p>
      <w:pPr>
        <w:jc w:val="right"/>
      </w:pPr>
      <w:r>
        <w:t>آپ ہی فطرت پر قائم ہو سکتے ہیں۔</w:t>
      </w:r>
    </w:p>
    <w:p>
      <w:r>
        <w:rPr>
          <w:b/>
        </w:rPr>
        <w:t xml:space="preserve">[1:06:50] </w:t>
      </w:r>
      <w:r>
        <w:t>yeh badi mushkil masla hai ke maa baap ka zehan itna bigad chuka hai, itna money oriented ho</w:t>
      </w:r>
    </w:p>
    <w:p>
      <w:pPr>
        <w:jc w:val="right"/>
      </w:pPr>
      <w:r>
        <w:t>یہ بڑی مشکل مسئلہ ہے کہ ماں باپ کا ذہن اتنا بگڑ چکا ہے، اتنا منی اورینٹڈ ہو</w:t>
      </w:r>
    </w:p>
    <w:p>
      <w:r>
        <w:rPr>
          <w:b/>
        </w:rPr>
        <w:t xml:space="preserve">[1:06:56] </w:t>
      </w:r>
      <w:r>
        <w:t>gaye hain ke apne bete ko sirf ek hi chahte hain ke woh</w:t>
      </w:r>
    </w:p>
    <w:p>
      <w:pPr>
        <w:jc w:val="right"/>
      </w:pPr>
      <w:r>
        <w:t>گئے ہیں کہ اپنے بیٹے کو صرف ایک ہی چاہتے ہیں کہ وہ</w:t>
      </w:r>
    </w:p>
    <w:p>
      <w:r>
        <w:rPr>
          <w:b/>
        </w:rPr>
        <w:t xml:space="preserve">[1:07:01] </w:t>
      </w:r>
      <w:r>
        <w:t>money haarne ki machine bane.</w:t>
      </w:r>
    </w:p>
    <w:p>
      <w:pPr>
        <w:jc w:val="right"/>
      </w:pPr>
      <w:r>
        <w:t>منی ہارنے کی مشین بنے۔</w:t>
      </w:r>
    </w:p>
    <w:p>
      <w:r>
        <w:rPr>
          <w:b/>
        </w:rPr>
        <w:t xml:space="preserve">[1:07:07] </w:t>
      </w:r>
      <w:r>
        <w:t>ab hum is baare mein main sochta rehta hoon ke kya kya jaaye aur hum likhte rehte hain.</w:t>
      </w:r>
    </w:p>
    <w:p>
      <w:pPr>
        <w:jc w:val="right"/>
      </w:pPr>
      <w:r>
        <w:t>اب ہم اس بارے میں میں سوچتا رہتا ہوں کہ کیا کیا جائے اور ہم لکھتے رہتے ہیں۔</w:t>
      </w:r>
    </w:p>
    <w:p>
      <w:r>
        <w:rPr>
          <w:b/>
        </w:rPr>
        <w:t xml:space="preserve">[1:07:13] </w:t>
      </w:r>
      <w:r>
        <w:t>aa'indah bhi insha'Allah koshish karte rahenge.</w:t>
      </w:r>
    </w:p>
    <w:p>
      <w:pPr>
        <w:jc w:val="right"/>
      </w:pPr>
      <w:r>
        <w:t>آئندہ بھی انشاءاللہ کوشش کرتے رہیں گے۔</w:t>
      </w:r>
    </w:p>
    <w:p>
      <w:r>
        <w:rPr>
          <w:b/>
        </w:rPr>
        <w:t xml:space="preserve">[1:07:19] </w:t>
      </w:r>
      <w:r>
        <w:t>maulana, ek comment aaya hai Azhar Rizvi sahib ka Pakistan se.</w:t>
      </w:r>
    </w:p>
    <w:p>
      <w:pPr>
        <w:jc w:val="right"/>
      </w:pPr>
      <w:r>
        <w:t>مولانا، ایک کمنٹ آیا ہے اظہر رضوی صاحب کا پاکستان سے۔</w:t>
      </w:r>
    </w:p>
    <w:p>
      <w:r>
        <w:rPr>
          <w:b/>
        </w:rPr>
        <w:t xml:space="preserve">[1:07:25] </w:t>
      </w:r>
      <w:r>
        <w:t>unhon ne likha hai isi comment mein woh jaanna bhi yeh chahte hain ke kya inka yeh</w:t>
      </w:r>
    </w:p>
    <w:p>
      <w:pPr>
        <w:jc w:val="right"/>
      </w:pPr>
      <w:r>
        <w:t>انہوں نے لکھا ہے اسی کمنٹ میں وہ جاننا بھی یہ چاہتے ہیں کہ کیا ان کا یہ</w:t>
      </w:r>
    </w:p>
    <w:p>
      <w:r>
        <w:rPr>
          <w:b/>
        </w:rPr>
        <w:t xml:space="preserve">[1:07:31] </w:t>
      </w:r>
      <w:r>
        <w:t>sochna sahi hai.</w:t>
      </w:r>
    </w:p>
    <w:p>
      <w:pPr>
        <w:jc w:val="right"/>
      </w:pPr>
      <w:r>
        <w:t>سوچنا صحیح ہے۔</w:t>
      </w:r>
    </w:p>
    <w:p>
      <w:r>
        <w:rPr>
          <w:b/>
        </w:rPr>
        <w:t xml:space="preserve">[1:07:36] </w:t>
      </w:r>
      <w:r>
        <w:t>انہوں نے لکھا ہے کہ مولانا، if I have understood correctly, we all have worldly responsibilities and there</w:t>
      </w:r>
    </w:p>
    <w:p>
      <w:pPr>
        <w:jc w:val="right"/>
      </w:pPr>
      <w:r>
        <w:t>انہوں نے لکھا ہے کہ مولانا، اف آئی ہیو انڈرسٹوڈ کریکٹلی، وی آل ہیو ورلڈلی ریسپانسبیلٹیز اینڈ دیر</w:t>
      </w:r>
    </w:p>
    <w:p>
      <w:r>
        <w:rPr>
          <w:b/>
        </w:rPr>
        <w:t xml:space="preserve">[1:07:41] </w:t>
      </w:r>
      <w:r>
        <w:t>are two way to address them.</w:t>
      </w:r>
    </w:p>
    <w:p>
      <w:pPr>
        <w:jc w:val="right"/>
      </w:pPr>
      <w:r>
        <w:t>آر ٹو وے ٹو ایڈریس دیم۔</w:t>
      </w:r>
    </w:p>
    <w:p>
      <w:r>
        <w:rPr>
          <w:b/>
        </w:rPr>
        <w:t xml:space="preserve">[1:07:46] </w:t>
      </w:r>
      <w:r>
        <w:t>first through halal halal way and the other through the haram way.</w:t>
      </w:r>
    </w:p>
    <w:p>
      <w:pPr>
        <w:jc w:val="right"/>
      </w:pPr>
      <w:r>
        <w:t>فرسٹ تھرو حلال حلال وے اینڈ دی ادر تھرو دا حرام وے۔</w:t>
      </w:r>
    </w:p>
    <w:p>
      <w:r>
        <w:rPr>
          <w:b/>
        </w:rPr>
        <w:t xml:space="preserve">[1:07:51] </w:t>
      </w:r>
      <w:r>
        <w:t>one take you to qanaat and sabr, that is the halal way, and the other which is the</w:t>
      </w:r>
    </w:p>
    <w:p>
      <w:pPr>
        <w:jc w:val="right"/>
      </w:pPr>
      <w:r>
        <w:t>ون ٹیکس یو ٹو قناعت اینڈ صبر، دیٹ از دی حلال وے، اینڈ دی ادر وچ از دی</w:t>
      </w:r>
    </w:p>
    <w:p>
      <w:r>
        <w:rPr>
          <w:b/>
        </w:rPr>
        <w:t xml:space="preserve">[1:07:56] </w:t>
      </w:r>
      <w:r>
        <w:t>haste and the distraction is through the haram wa</w:t>
      </w:r>
    </w:p>
    <w:p>
      <w:pPr>
        <w:jc w:val="right"/>
      </w:pPr>
      <w:r>
        <w:t>ہیسٹ اینڈ دی ڈسٹریکشن از تھرو دا حرام و</w:t>
      </w:r>
    </w:p>
    <w:p>
      <w:r>
        <w:rPr>
          <w:b/>
        </w:rPr>
        <w:t xml:space="preserve">[1:08:01] </w:t>
      </w:r>
      <w:r>
        <w:t>ye. am i right in my understanding it? haan, baat to aap ki theek hai lekin yeh ek side hai. yaani sirf yahi cheez ke haram se bachna yeh aap ko jannat ka mustaghni bana dega. aap sirf khanzir na khayen, is tarah sharab na piyen. yeh ek yahi kafi nahi hai. aap ko jannat</w:t>
      </w:r>
    </w:p>
    <w:p>
      <w:pPr>
        <w:jc w:val="right"/>
      </w:pPr>
      <w:r>
        <w:t>ے۔ ایم آئی رائٹ ان مائی انڈرسٹینڈنگ اٹ؟ ہاں، بات تو آپ کی ٹھیک ہے لیکن یہ ایک سائیڈ ہے۔ یعنی صرف یہی چیز کہ حرام سے بچنا یہ آپ کو جنت کا مستغنی بنا دے گا۔ آپ صرف خنزیر نہ کھائیں، اس طرح شراب نہ پیئیں۔ یہ ایک یہی کافی نہیں ہے۔ آپ کو جنت</w:t>
      </w:r>
    </w:p>
    <w:p>
      <w:r>
        <w:rPr>
          <w:b/>
        </w:rPr>
        <w:t xml:space="preserve">[1:08:31] </w:t>
      </w:r>
      <w:r>
        <w:t>کو ڈسکور کرنا ہے، internal جو abode ہے آپ کا، اس کو ڈسکور کرنا ہے۔</w:t>
      </w:r>
    </w:p>
    <w:p>
      <w:pPr>
        <w:jc w:val="right"/>
      </w:pPr>
      <w:r>
        <w:t>کو ڈسکور کرنا ہے، اٹینڈل جو ابورڈ ہے آپ کا، اس کو ڈسکور کرنا ہے۔</w:t>
      </w:r>
    </w:p>
    <w:p>
      <w:r>
        <w:rPr>
          <w:b/>
        </w:rPr>
        <w:t xml:space="preserve">[1:08:39] </w:t>
      </w:r>
      <w:r>
        <w:t>sirf halal gosht aur haram gosht jaanna yeh kaafi nahi mere khayal se.</w:t>
      </w:r>
    </w:p>
    <w:p>
      <w:pPr>
        <w:jc w:val="right"/>
      </w:pPr>
      <w:r>
        <w:t>صرف حلال گوشت اور حرام گوشت جاننا یہ کافی نہیں میرے خیال سے۔</w:t>
      </w:r>
    </w:p>
    <w:p>
      <w:r>
        <w:rPr>
          <w:b/>
        </w:rPr>
        <w:t xml:space="preserve">[1:08:46] </w:t>
      </w:r>
      <w:r>
        <w:t>jannat ki discovery zaroori hai aur God Almighty ki discovery zaroori hai.</w:t>
      </w:r>
    </w:p>
    <w:p>
      <w:pPr>
        <w:jc w:val="right"/>
      </w:pPr>
      <w:r>
        <w:t>جنت کی ڈسکوری ضروری ہے اور گاڈ المائٹی کی ڈسکوری ضروری ہے۔</w:t>
      </w:r>
    </w:p>
    <w:p>
      <w:r>
        <w:rPr>
          <w:b/>
        </w:rPr>
        <w:t xml:space="preserve">[1:08:54] </w:t>
      </w:r>
      <w:r>
        <w:t>sab se pehle God Almighty ki discovery, phir jannat ki discovery.</w:t>
      </w:r>
    </w:p>
    <w:p>
      <w:pPr>
        <w:jc w:val="right"/>
      </w:pPr>
      <w:r>
        <w:t>سب سے پہلے گاڈ المائٹی کی ڈسکوری، پھر جنت کی ڈسکوری۔</w:t>
      </w:r>
    </w:p>
    <w:p>
      <w:r>
        <w:rPr>
          <w:b/>
        </w:rPr>
        <w:t xml:space="preserve">[1:09:02] </w:t>
      </w:r>
      <w:r>
        <w:t>main Europe America mein jaata hoon to wahan sab se zyada inka rehta hai halal gosht aur haram gosht.</w:t>
      </w:r>
    </w:p>
    <w:p>
      <w:pPr>
        <w:jc w:val="right"/>
      </w:pPr>
      <w:r>
        <w:t>میں یورپ امریکہ میں جاتا ہوں تو وہاں سب سے زیادہ ان کا رہتا ہے حلال گوشت اور حرام گوشت۔</w:t>
      </w:r>
    </w:p>
    <w:p>
      <w:r>
        <w:rPr>
          <w:b/>
        </w:rPr>
        <w:t xml:space="preserve">[1:09:08] </w:t>
      </w:r>
      <w:r>
        <w:t>yeh kaafi nahi hai.</w:t>
      </w:r>
    </w:p>
    <w:p>
      <w:pPr>
        <w:jc w:val="right"/>
      </w:pPr>
      <w:r>
        <w:t>یہ کافی نہیں ہے۔</w:t>
      </w:r>
    </w:p>
    <w:p>
      <w:r>
        <w:rPr>
          <w:b/>
        </w:rPr>
        <w:t xml:space="preserve">[1:09:14] </w:t>
      </w:r>
      <w:r>
        <w:t>maulana, agla comment bheja hai Abdus Salam Umri sahib ne Hyderabad se.</w:t>
      </w:r>
    </w:p>
    <w:p>
      <w:pPr>
        <w:jc w:val="right"/>
      </w:pPr>
      <w:r>
        <w:t>مولانا، اگلا کمنٹ بھیجا ہے عبدالسلام عمری صاحب نے حیدرآباد سے۔</w:t>
      </w:r>
    </w:p>
    <w:p>
      <w:r>
        <w:rPr>
          <w:b/>
        </w:rPr>
        <w:t xml:space="preserve">[1:09:20] </w:t>
      </w:r>
      <w:r>
        <w:t>unhon ne likha hai, maulana, aaj maine apni kamzori ko pakda, woh yeh hai ke marifat ki</w:t>
      </w:r>
    </w:p>
    <w:p>
      <w:pPr>
        <w:jc w:val="right"/>
      </w:pPr>
      <w:r>
        <w:t>انہوں نے لکھا ہے، مولانا، آج میں نے اپنی کمزوری کو پکڑا، وہ یہ ہے کہ معرفت کی</w:t>
      </w:r>
    </w:p>
    <w:p>
      <w:r>
        <w:rPr>
          <w:b/>
        </w:rPr>
        <w:t xml:space="preserve">[1:09:26] </w:t>
      </w:r>
      <w:r>
        <w:t>raah mein meri tar</w:t>
      </w:r>
    </w:p>
    <w:p>
      <w:pPr>
        <w:jc w:val="right"/>
      </w:pPr>
      <w:r>
        <w:t>راہ میں میری تر</w:t>
      </w:r>
    </w:p>
    <w:p>
      <w:r>
        <w:rPr>
          <w:b/>
        </w:rPr>
        <w:t xml:space="preserve">[1:09:32] </w:t>
      </w:r>
      <w:r>
        <w:t>aqi na hone ka reason shajar ممنوعہ hai, yani distraction hai.</w:t>
      </w:r>
    </w:p>
    <w:p>
      <w:pPr>
        <w:jc w:val="right"/>
      </w:pPr>
      <w:r>
        <w:t>قی نہ ہونے کا ریزن شجر ممنوعہ ہے، یعنی ڈسٹریکشن ہے۔</w:t>
      </w:r>
    </w:p>
    <w:p>
      <w:r>
        <w:rPr>
          <w:b/>
        </w:rPr>
        <w:t xml:space="preserve">[1:09:38] </w:t>
      </w:r>
      <w:r>
        <w:t>maulana, agla sawal bheja hai assam se umar khan sahab ne.</w:t>
      </w:r>
    </w:p>
    <w:p>
      <w:pPr>
        <w:jc w:val="right"/>
      </w:pPr>
      <w:r>
        <w:t>مولانا، اگلا سوال بھیجا ہے آسام سے عمار خان صاحب نے۔</w:t>
      </w:r>
    </w:p>
    <w:p>
      <w:r>
        <w:rPr>
          <w:b/>
        </w:rPr>
        <w:t xml:space="preserve">[1:09:44] </w:t>
      </w:r>
      <w:r>
        <w:t>انہوں نے لکھا ہے، مولانا صاحب، پلیز ٹیل اس ہاؤ ڈیڈ یو بگ، ہاؤ ڈیڈ یو बिकम सच</w:t>
      </w:r>
    </w:p>
    <w:p>
      <w:pPr>
        <w:jc w:val="right"/>
      </w:pPr>
      <w:r>
        <w:t>انہوں نے لکھا ہے، مولانا صاحب، پلیز ٹیل اس ہاؤ ڈیڈ یو بگ، ہاؤ ڈیڈ یو بیکم سچ</w:t>
      </w:r>
    </w:p>
    <w:p>
      <w:r>
        <w:rPr>
          <w:b/>
        </w:rPr>
        <w:t xml:space="preserve">[1:09:50] </w:t>
      </w:r>
      <w:r>
        <w:t>a strong personality? We cannot be like you, but please guide us how we can aim to</w:t>
      </w:r>
    </w:p>
    <w:p>
      <w:pPr>
        <w:jc w:val="right"/>
      </w:pPr>
      <w:r>
        <w:t>ا سٹرونگ پرسنیلٹی؟ وی کین ناٹ بی لائک یو، بٹ پلیز گائیڈ اس ہاؤ وی کین ایم ٹو</w:t>
      </w:r>
    </w:p>
    <w:p>
      <w:r>
        <w:rPr>
          <w:b/>
        </w:rPr>
        <w:t xml:space="preserve">[1:09:56] </w:t>
      </w:r>
      <w:r>
        <w:t>bekam a strong personality</w:t>
      </w:r>
    </w:p>
    <w:p>
      <w:pPr>
        <w:jc w:val="right"/>
      </w:pPr>
      <w:r>
        <w:t>بیکم ا سٹرونگ پرسنیلٹی</w:t>
      </w:r>
    </w:p>
    <w:p>
      <w:r>
        <w:rPr>
          <w:b/>
        </w:rPr>
        <w:t xml:space="preserve">[1:10:02] </w:t>
      </w:r>
      <w:r>
        <w:t>and not a weak personality.</w:t>
      </w:r>
    </w:p>
    <w:p>
      <w:pPr>
        <w:jc w:val="right"/>
      </w:pPr>
      <w:r>
        <w:t>اینڈ ناٹ ا ویک پرسنیلٹی۔</w:t>
      </w:r>
    </w:p>
    <w:p>
      <w:r>
        <w:rPr>
          <w:b/>
        </w:rPr>
        <w:t xml:space="preserve">[1:10:10] </w:t>
      </w:r>
      <w:r>
        <w:t>main bas ek kahoon ke aap mera monthly magazine jo hai woh regular padhiye, us ko har saala.</w:t>
      </w:r>
    </w:p>
    <w:p>
      <w:pPr>
        <w:jc w:val="right"/>
      </w:pPr>
      <w:r>
        <w:t>میں بس ایک کہوں کہ آپ میرا منتھلی میگزین جو ہے وہ ریگولر پڑھیے، اس کو ہر سالہ۔</w:t>
      </w:r>
    </w:p>
    <w:p>
      <w:r>
        <w:rPr>
          <w:b/>
        </w:rPr>
        <w:t xml:space="preserve">[1:10:18] </w:t>
      </w:r>
      <w:r>
        <w:t>har saala ko regular padhiye.</w:t>
      </w:r>
    </w:p>
    <w:p>
      <w:pPr>
        <w:jc w:val="right"/>
      </w:pPr>
      <w:r>
        <w:t>ہر سالہ کو ریگولر پڑھیے۔</w:t>
      </w:r>
    </w:p>
    <w:p>
      <w:r>
        <w:rPr>
          <w:b/>
        </w:rPr>
        <w:t xml:space="preserve">[1:10:25] </w:t>
      </w:r>
      <w:r>
        <w:t>har saala aap jante hain ke shayad dunya mein ek hi aisa periodical hai jo sirf ek shakhs ki</w:t>
      </w:r>
    </w:p>
    <w:p>
      <w:pPr>
        <w:jc w:val="right"/>
      </w:pPr>
      <w:r>
        <w:t>ہر سالہ آپ جانتے ہیں کہ شاید دنیا میں ایک ہی ایسا پیریڈیکل ہے جو صرف ایک شخص کی</w:t>
      </w:r>
    </w:p>
    <w:p>
      <w:r>
        <w:rPr>
          <w:b/>
        </w:rPr>
        <w:t xml:space="preserve">[1:10:33] </w:t>
      </w:r>
      <w:r>
        <w:t>writing par chupta hai.</w:t>
      </w:r>
    </w:p>
    <w:p>
      <w:pPr>
        <w:jc w:val="right"/>
      </w:pPr>
      <w:r>
        <w:t>رائٹنگ پر چھپتا ہے۔</w:t>
      </w:r>
    </w:p>
    <w:p>
      <w:r>
        <w:rPr>
          <w:b/>
        </w:rPr>
        <w:t xml:space="preserve">[1:10:37] </w:t>
      </w:r>
      <w:r>
        <w:t>ek hi periodical.</w:t>
      </w:r>
    </w:p>
    <w:p>
      <w:pPr>
        <w:jc w:val="right"/>
      </w:pPr>
      <w:r>
        <w:t>ایک ہی پیریڈیکل۔</w:t>
      </w:r>
    </w:p>
    <w:p>
      <w:r>
        <w:rPr>
          <w:b/>
        </w:rPr>
        <w:t xml:space="preserve">[1:10:41] </w:t>
      </w:r>
      <w:r>
        <w:t>mujhe nahi maloom ke koi doosra aisa periodical dunya mein maujood hai.</w:t>
      </w:r>
    </w:p>
    <w:p>
      <w:pPr>
        <w:jc w:val="right"/>
      </w:pPr>
      <w:r>
        <w:t>مجھے نہیں معلوم کہ کوئی دوسرا ایسا پیریڈیکل دنیا میں موجود ہے۔</w:t>
      </w:r>
    </w:p>
    <w:p>
      <w:r>
        <w:rPr>
          <w:b/>
        </w:rPr>
        <w:t xml:space="preserve">[1:10:46] </w:t>
      </w:r>
      <w:r>
        <w:t>aur doosri baat yeh hai ke jo is ke madaman hote hain mere, woh sab yani urdu mein</w:t>
      </w:r>
    </w:p>
    <w:p>
      <w:pPr>
        <w:jc w:val="right"/>
      </w:pPr>
      <w:r>
        <w:t>اور دوسری بات یہ ہے کہ جو اس کے مدامن ہوتے ہیں میرے، وہ سب یعنی اردو میں</w:t>
      </w:r>
    </w:p>
    <w:p>
      <w:r>
        <w:rPr>
          <w:b/>
        </w:rPr>
        <w:t xml:space="preserve">[1:10:50] </w:t>
      </w:r>
      <w:r>
        <w:t>ek lafz hai aurd aur amd.</w:t>
      </w:r>
    </w:p>
    <w:p>
      <w:pPr>
        <w:jc w:val="right"/>
      </w:pPr>
      <w:r>
        <w:t>ایک لفظ ہے عورد اور امد۔</w:t>
      </w:r>
    </w:p>
    <w:p>
      <w:r>
        <w:rPr>
          <w:b/>
        </w:rPr>
        <w:t xml:space="preserve">[1:10:54] </w:t>
      </w:r>
      <w:r>
        <w:t>to mere madaman koi bhi aurd nahi hota, sab amd hote hain.</w:t>
      </w:r>
    </w:p>
    <w:p>
      <w:pPr>
        <w:jc w:val="right"/>
      </w:pPr>
      <w:r>
        <w:t>تو میرے مدامن کوئی بھی عورد نہیں ہوتا، سب امد ہوتے ہیں۔</w:t>
      </w:r>
    </w:p>
    <w:p>
      <w:r>
        <w:rPr>
          <w:b/>
        </w:rPr>
        <w:t xml:space="preserve">[1:10:58] </w:t>
      </w:r>
      <w:r>
        <w:t>matlab meri mere inner voice</w:t>
      </w:r>
    </w:p>
    <w:p>
      <w:pPr>
        <w:jc w:val="right"/>
      </w:pPr>
      <w:r>
        <w:t>مطلب میری میرے انر وائس</w:t>
      </w:r>
    </w:p>
    <w:p>
      <w:r>
        <w:rPr>
          <w:b/>
        </w:rPr>
        <w:t xml:space="preserve">[1:11:03] </w:t>
      </w:r>
      <w:r>
        <w:t>jo bolti hai, woh main likhta hoon, kisi ke direction pe nahi likhta hoon main.</w:t>
      </w:r>
    </w:p>
    <w:p>
      <w:pPr>
        <w:jc w:val="right"/>
      </w:pPr>
      <w:r>
        <w:t>جو بولتی ہے، وہ میں لکھتا ہوں، کسی کے ڈائریکشن پہ نہیں لکھتا ہوں میں۔</w:t>
      </w:r>
    </w:p>
    <w:p>
      <w:r>
        <w:rPr>
          <w:b/>
        </w:rPr>
        <w:t xml:space="preserve">[1:11:09] </w:t>
      </w:r>
      <w:r>
        <w:t>to saare madaman hote hain amd, aurd nahi hote.</w:t>
      </w:r>
    </w:p>
    <w:p>
      <w:pPr>
        <w:jc w:val="right"/>
      </w:pPr>
      <w:r>
        <w:t>تو سارے مدامن ہوتے ہیں امد، عورد نہیں ہوتے۔</w:t>
      </w:r>
    </w:p>
    <w:p>
      <w:r>
        <w:rPr>
          <w:b/>
        </w:rPr>
        <w:t xml:space="preserve">[1:11:15] </w:t>
      </w:r>
      <w:r>
        <w:t>to sach poochhein to is mein aap is ko padh sakte hain risale mein.</w:t>
      </w:r>
    </w:p>
    <w:p>
      <w:pPr>
        <w:jc w:val="right"/>
      </w:pPr>
      <w:r>
        <w:t>تو سچ پوچھیں تو اس میں آپ اس کو پڑھ سکتے ہیں رسالے میں۔</w:t>
      </w:r>
    </w:p>
    <w:p>
      <w:r>
        <w:rPr>
          <w:b/>
        </w:rPr>
        <w:t xml:space="preserve">[1:11:21] </w:t>
      </w:r>
      <w:r>
        <w:t>to agar aap chahte hain to risala regular padhiye.</w:t>
      </w:r>
    </w:p>
    <w:p>
      <w:pPr>
        <w:jc w:val="right"/>
      </w:pPr>
      <w:r>
        <w:t>تو اگر آپ چاہتے ہیں تو رسالہ ریگولر پڑھیے۔</w:t>
      </w:r>
    </w:p>
    <w:p>
      <w:r>
        <w:rPr>
          <w:b/>
        </w:rPr>
        <w:t xml:space="preserve">[1:11:27] </w:t>
      </w:r>
      <w:r>
        <w:t>agar aap farz ke urdu aap ki kam hai to aap padhwa ke suniye,</w:t>
      </w:r>
    </w:p>
    <w:p>
      <w:pPr>
        <w:jc w:val="right"/>
      </w:pPr>
      <w:r>
        <w:t>اگر آپ فرض کے اردو آپ کی کم ہے تو آپ پڑھوا کے سنیے،</w:t>
      </w:r>
    </w:p>
    <w:p>
      <w:r>
        <w:rPr>
          <w:b/>
        </w:rPr>
        <w:t xml:space="preserve">[1:11:34] </w:t>
      </w:r>
      <w:r>
        <w:t>koi padh ke suna dega aap ko.</w:t>
      </w:r>
    </w:p>
    <w:p>
      <w:pPr>
        <w:jc w:val="right"/>
      </w:pPr>
      <w:r>
        <w:t>کوئی پڑھ کے سنا دے گا آپ کو۔</w:t>
      </w:r>
    </w:p>
    <w:p>
      <w:r>
        <w:rPr>
          <w:b/>
        </w:rPr>
        <w:t xml:space="preserve">[1:11:40] </w:t>
      </w:r>
      <w:r>
        <w:t>yeh ek hi tareeqa mere samajh mein aata hai.</w:t>
      </w:r>
    </w:p>
    <w:p>
      <w:pPr>
        <w:jc w:val="right"/>
      </w:pPr>
      <w:r>
        <w:t>یہ ایک ہی طریقہ میرے سمجھ میں آتا ہے۔</w:t>
      </w:r>
    </w:p>
    <w:p>
      <w:r>
        <w:rPr>
          <w:b/>
        </w:rPr>
        <w:t xml:space="preserve">[1:11:46] </w:t>
      </w:r>
      <w:r>
        <w:t>aur english mein agar aap padhna chahte hain, english mein ek kitaab hai simple wisdom.</w:t>
      </w:r>
    </w:p>
    <w:p>
      <w:pPr>
        <w:jc w:val="right"/>
      </w:pPr>
      <w:r>
        <w:t>اور انگلش میں اگر آپ پڑھنا چاہتے ہیں، انگلش میں ایک کتاب ہے سمپل وزڈم۔</w:t>
      </w:r>
    </w:p>
    <w:p>
      <w:r>
        <w:rPr>
          <w:b/>
        </w:rPr>
        <w:t xml:space="preserve">[1:11:52] </w:t>
      </w:r>
      <w:r>
        <w:t>simple wisdom, us ko padhiye.</w:t>
      </w:r>
    </w:p>
    <w:p>
      <w:pPr>
        <w:jc w:val="right"/>
      </w:pPr>
      <w:r>
        <w:t>سمپل وزڈم، اس کو پڑھیے۔</w:t>
      </w:r>
    </w:p>
    <w:p>
      <w:r>
        <w:rPr>
          <w:b/>
        </w:rPr>
        <w:t xml:space="preserve">[1:11:59] </w:t>
      </w:r>
      <w:r>
        <w:t>is mein date date wise hai, yani first january se le kar 31 december tak.</w:t>
      </w:r>
    </w:p>
    <w:p>
      <w:pPr>
        <w:jc w:val="right"/>
      </w:pPr>
      <w:r>
        <w:t>اس میں ڈیٹ ڈیٹ وائز ہے، یعنی فرسٹ جنوری سے لے کر 31 دسمبر تک۔</w:t>
      </w:r>
    </w:p>
    <w:p>
      <w:r>
        <w:rPr>
          <w:b/>
        </w:rPr>
        <w:t xml:space="preserve">[1:12:05] </w:t>
      </w:r>
      <w:r>
        <w:t>ek poore saal ka woh is mein hai.</w:t>
      </w:r>
    </w:p>
    <w:p>
      <w:pPr>
        <w:jc w:val="right"/>
      </w:pPr>
      <w:r>
        <w:t>ایک پورے سال کا وہ اس میں ہے۔</w:t>
      </w:r>
    </w:p>
    <w:p>
      <w:r>
        <w:rPr>
          <w:b/>
        </w:rPr>
        <w:t xml:space="preserve">[1:12:11] </w:t>
      </w:r>
      <w:r>
        <w:t>maulana, agla sawal bheja hai miss shabana khatoon ne.</w:t>
      </w:r>
    </w:p>
    <w:p>
      <w:pPr>
        <w:jc w:val="right"/>
      </w:pPr>
      <w:r>
        <w:t>مولانا، اگلا سوال بھیجا ہے مس شبانہ خاتون نے۔</w:t>
      </w:r>
    </w:p>
    <w:p>
      <w:r>
        <w:rPr>
          <w:b/>
        </w:rPr>
        <w:t xml:space="preserve">[1:12:17] </w:t>
      </w:r>
      <w:r>
        <w:t>unho ne apni location nahi likhi hai.</w:t>
      </w:r>
    </w:p>
    <w:p>
      <w:pPr>
        <w:jc w:val="right"/>
      </w:pPr>
      <w:r>
        <w:t>انہوں نے اپنی لوکیشن نہیں لکھی ہے۔</w:t>
      </w:r>
    </w:p>
    <w:p>
      <w:r>
        <w:rPr>
          <w:b/>
        </w:rPr>
        <w:t xml:space="preserve">[1:12:23] </w:t>
      </w:r>
      <w:r>
        <w:t>ان کا سوال ہے، when we take a decision to start off with a new duty or in any</w:t>
      </w:r>
    </w:p>
    <w:p>
      <w:pPr>
        <w:jc w:val="right"/>
      </w:pPr>
      <w:r>
        <w:t>ان کا سوال ہے، وین وی ٹیک ا ڈیسیژن ٹو سٹارٹ آف ودا نیو ڈیوٹی اور ان اینی</w:t>
      </w:r>
    </w:p>
    <w:p>
      <w:r>
        <w:rPr>
          <w:b/>
        </w:rPr>
        <w:t xml:space="preserve">[1:12:29] </w:t>
      </w:r>
      <w:r>
        <w:t>kind of work, how will I understand whether it is from Allah who is guiding us towards something</w:t>
      </w:r>
    </w:p>
    <w:p>
      <w:pPr>
        <w:jc w:val="right"/>
      </w:pPr>
      <w:r>
        <w:t>کائنڈ آف ورک، ہاؤ ویل آئی انڈرسٹینڈ ویدر اٹ از فرام اللہ ہو از گائیڈنگ اس ٹورڈز سمتھنگ</w:t>
      </w:r>
    </w:p>
    <w:p>
      <w:r>
        <w:rPr>
          <w:b/>
        </w:rPr>
        <w:t xml:space="preserve">[1:12:35] </w:t>
      </w:r>
      <w:r>
        <w:t>Good or is it through Satan who is tempting us to get into it? Please add</w:t>
      </w:r>
    </w:p>
    <w:p>
      <w:pPr>
        <w:jc w:val="right"/>
      </w:pPr>
      <w:r>
        <w:t>گڈ اور اٹ از تھرو شیطان ہو از ٹیمٹنگ اس ٹو گیٹ انٹو اٹ؟ پلیز ایڈ</w:t>
      </w:r>
    </w:p>
    <w:p>
      <w:r>
        <w:rPr>
          <w:b/>
        </w:rPr>
        <w:t xml:space="preserve">[1:12:41] </w:t>
      </w:r>
      <w:r>
        <w:t>voice is.</w:t>
      </w:r>
    </w:p>
    <w:p>
      <w:pPr>
        <w:jc w:val="right"/>
      </w:pPr>
      <w:r>
        <w:t>وائس اس۔</w:t>
      </w:r>
    </w:p>
    <w:p>
      <w:r>
        <w:rPr>
          <w:b/>
        </w:rPr>
        <w:t xml:space="preserve">[1:12:46] </w:t>
      </w:r>
      <w:r>
        <w:t>ka matlab hai ke Maulana woh yeh poochna chah rahe hain ke kuch bhi agar kaam koi start</w:t>
      </w:r>
    </w:p>
    <w:p>
      <w:pPr>
        <w:jc w:val="right"/>
      </w:pPr>
      <w:r>
        <w:t>کا مطلب ہے کہ مولانا وہ یہ پوچھنا چاہ رہے ہیں کہ کچھ بھی اگر کام کوئی سٹارٹ</w:t>
      </w:r>
    </w:p>
    <w:p>
      <w:r>
        <w:rPr>
          <w:b/>
        </w:rPr>
        <w:t xml:space="preserve">[1:12:50] </w:t>
      </w:r>
      <w:r>
        <w:t>karta hai to yeh kaise pata chalega ke woh Allah ki taraf se hai ya Shaitan ki</w:t>
      </w:r>
    </w:p>
    <w:p>
      <w:pPr>
        <w:jc w:val="right"/>
      </w:pPr>
      <w:r>
        <w:t>کرتا ہے تو یہ کیسے پتہ چلے گا کہ وہ اللہ کی طرف سے ہے یا شیطان کی</w:t>
      </w:r>
    </w:p>
    <w:p>
      <w:r>
        <w:rPr>
          <w:b/>
        </w:rPr>
        <w:t xml:space="preserve">[1:12:54] </w:t>
      </w:r>
      <w:r>
        <w:t>taraf se hai? Kaise hum janen ke jo hum kaam naya kaam start karne ja rahe hain? Dekhen,</w:t>
      </w:r>
    </w:p>
    <w:p>
      <w:pPr>
        <w:jc w:val="right"/>
      </w:pPr>
      <w:r>
        <w:t>طرف سے ہے؟ کیسے ہم جانیں کہ جو ہم کام نیا کام سٹارٹ کرنے جا رہے ہیں؟ دیکھیں،</w:t>
      </w:r>
    </w:p>
    <w:p>
      <w:r>
        <w:rPr>
          <w:b/>
        </w:rPr>
        <w:t xml:space="preserve">[1:12:59] </w:t>
      </w:r>
      <w:r>
        <w:t>vague question ka main jawab nahi de sakta.</w:t>
      </w:r>
    </w:p>
    <w:p>
      <w:pPr>
        <w:jc w:val="right"/>
      </w:pPr>
      <w:r>
        <w:t>ویک کوئسچن کا میں جواب نہیں دے سکتا۔</w:t>
      </w:r>
    </w:p>
    <w:p>
      <w:r>
        <w:rPr>
          <w:b/>
        </w:rPr>
        <w:t xml:space="preserve">[1:13:03] </w:t>
      </w:r>
      <w:r>
        <w:t>yeh to vague question hai.</w:t>
      </w:r>
    </w:p>
    <w:p>
      <w:pPr>
        <w:jc w:val="right"/>
      </w:pPr>
      <w:r>
        <w:t>یہ تو ویک کوئسچن ہے۔</w:t>
      </w:r>
    </w:p>
    <w:p>
      <w:r>
        <w:rPr>
          <w:b/>
        </w:rPr>
        <w:t xml:space="preserve">[1:13:07] </w:t>
      </w:r>
      <w:r>
        <w:t>main usooli tor par yeh kahunga ke har insan ke andar consciousness hai. Consciousness to</w:t>
      </w:r>
    </w:p>
    <w:p>
      <w:pPr>
        <w:jc w:val="right"/>
      </w:pPr>
      <w:r>
        <w:t>میں اصولی طور پر یہ کہوں گا کہ ہر انسان کے اندر کانشیسنس ہے۔ کانشیسنس تو</w:t>
      </w:r>
    </w:p>
    <w:p>
      <w:r>
        <w:rPr>
          <w:b/>
        </w:rPr>
        <w:t xml:space="preserve">[1:13:12] </w:t>
      </w:r>
      <w:r>
        <w:t>apne consciousness se poochiye.</w:t>
      </w:r>
    </w:p>
    <w:p>
      <w:pPr>
        <w:jc w:val="right"/>
      </w:pPr>
      <w:r>
        <w:t>اپنے کانشیسنس سے پوچھیے۔</w:t>
      </w:r>
    </w:p>
    <w:p>
      <w:r>
        <w:rPr>
          <w:b/>
        </w:rPr>
        <w:t xml:space="preserve">[1:13:18] </w:t>
      </w:r>
      <w:r>
        <w:t>hadees mein aata hai ke woh istafti qalb ka apne dil se fatwa poochho.</w:t>
      </w:r>
    </w:p>
    <w:p>
      <w:pPr>
        <w:jc w:val="right"/>
      </w:pPr>
      <w:r>
        <w:t>حدیث میں آتا ہے کہ وہ استفت قلب کا اپنے دل سے فتویٰ پوچھو۔</w:t>
      </w:r>
    </w:p>
    <w:p>
      <w:r>
        <w:rPr>
          <w:b/>
        </w:rPr>
        <w:t xml:space="preserve">[1:13:24] </w:t>
      </w:r>
      <w:r>
        <w:t>matlab apne consciousness ko follow karo.</w:t>
      </w:r>
    </w:p>
    <w:p>
      <w:pPr>
        <w:jc w:val="right"/>
      </w:pPr>
      <w:r>
        <w:t>مطلب اپنے کانشیسنس کو فالو کرو۔</w:t>
      </w:r>
    </w:p>
    <w:p>
      <w:r>
        <w:rPr>
          <w:b/>
        </w:rPr>
        <w:t xml:space="preserve">[1:13:30] </w:t>
      </w:r>
      <w:r>
        <w:t>usoolee tor par main yeh bata sakta hoon ke apne consciousness ko follow kijiye.</w:t>
      </w:r>
    </w:p>
    <w:p>
      <w:pPr>
        <w:jc w:val="right"/>
      </w:pPr>
      <w:r>
        <w:t>اصولی طور پر میں یہ بتا سکتا ہوں کہ اپنے کانشیسنس کو فالو کیجئے۔</w:t>
      </w:r>
    </w:p>
    <w:p>
      <w:r>
        <w:rPr>
          <w:b/>
        </w:rPr>
        <w:t xml:space="preserve">[1:13:36] </w:t>
      </w:r>
      <w:r>
        <w:t>Maulana, agla sawal lene se pehle ek comment parhna chahenge jo Muhammad Bilal Shafi sahib ne kiya hai.</w:t>
      </w:r>
    </w:p>
    <w:p>
      <w:pPr>
        <w:jc w:val="right"/>
      </w:pPr>
      <w:r>
        <w:t>مولانا، اگلا سوال لینے سے پہلے ایک کمنٹ پڑھنا چاہیں گے جو محمد بلال شفیع صاحب نے کیا ہے۔</w:t>
      </w:r>
    </w:p>
    <w:p>
      <w:r>
        <w:rPr>
          <w:b/>
        </w:rPr>
        <w:t xml:space="preserve">[1:13:42] </w:t>
      </w:r>
      <w:r>
        <w:t>ah, Kolkata se unhon ne likha hai, Maulana, as long as we keep searching for a role in life in terms of others, we can't find it. this was happening with me. then i recalled the creation plan of God as you always explain. it is to find a place for myself in jannat by striving for tazkiyah and marifat. once that happens, we can do</w:t>
      </w:r>
    </w:p>
    <w:p>
      <w:pPr>
        <w:jc w:val="right"/>
      </w:pPr>
      <w:r>
        <w:t>آہ، کلکتہ سے انہوں نے لکھا ہے، مولانا، ایز لانگ ایز وی کیپ سرچنگ فار ا رول ان لائف ان ٹرمز آف ادرز، وی کانٹ فائنڈ اٹ۔ دس واز ہیپننگ ود می۔ دین آئی ریکالڈ دا کریشن پلان آف گاڈ ایز یو آلویز ایکسپلین۔ اٹ از ٹو فائنڈ ا پلیس فار مائی سیلف ان جنت بائی سٹرائیونگ فار تزکیہ اینڈ معرفت۔ ونس دیٹ ہیپنز، وی کین ڈ</w:t>
      </w:r>
    </w:p>
    <w:p>
      <w:r>
        <w:rPr>
          <w:b/>
        </w:rPr>
        <w:t xml:space="preserve">[1:14:12] </w:t>
      </w:r>
      <w:r>
        <w:t>good for others and find the secondary role in terms of others. Maulana, agla sawal kiya hai Shamim Ahmed Khan sahib ne Kolkata se. unhon ne aap se poocha hai ke distraction ki jo wazahat aap ne ki hai, kya yahi wazahat taqwa ki bhi hogi? is ke baray mein batayen.</w:t>
      </w:r>
    </w:p>
    <w:p>
      <w:pPr>
        <w:jc w:val="right"/>
      </w:pPr>
      <w:r>
        <w:t>و گڈ فار ادرز اینڈ فائنڈ دا سیکنڈری رول ان ٹرمز آف ادرز۔ مولانا، اگلا سوال کیا ہے شمیم احمد خان صاحب نے کلکتہ سے۔ انہوں نے آپ سے پوچھا ہے کہ ڈسٹریکشن کی جو وضاحت آپ نے کی ہے، کیا یہی وضاحت تقوے کی بھی ہوگی؟ اس کے بارے میں بتائیں۔</w:t>
      </w:r>
    </w:p>
    <w:p>
      <w:r>
        <w:rPr>
          <w:b/>
        </w:rPr>
        <w:t xml:space="preserve">[1:14:42] </w:t>
      </w:r>
      <w:r>
        <w:t>haan, ek aitbaar se wahi hai.</w:t>
      </w:r>
    </w:p>
    <w:p>
      <w:pPr>
        <w:jc w:val="right"/>
      </w:pPr>
      <w:r>
        <w:t>ہاں، ایک اعتبار سے وہی ہے۔</w:t>
      </w:r>
    </w:p>
    <w:p>
      <w:r>
        <w:rPr>
          <w:b/>
        </w:rPr>
        <w:t xml:space="preserve">[1:14:46] </w:t>
      </w:r>
      <w:r>
        <w:t>taqwa ke mani hain bachna.</w:t>
      </w:r>
    </w:p>
    <w:p>
      <w:pPr>
        <w:jc w:val="right"/>
      </w:pPr>
      <w:r>
        <w:t>تقویٰ کے معنی ہیں بچنا۔</w:t>
      </w:r>
    </w:p>
    <w:p>
      <w:r>
        <w:rPr>
          <w:b/>
        </w:rPr>
        <w:t xml:space="preserve">[1:14:51] </w:t>
      </w:r>
      <w:r>
        <w:t>lafzi mani taqwa ke hain bachna.</w:t>
      </w:r>
    </w:p>
    <w:p>
      <w:pPr>
        <w:jc w:val="right"/>
      </w:pPr>
      <w:r>
        <w:t>لفظی معنی تقویٰ کے ہیں بچنا۔</w:t>
      </w:r>
    </w:p>
    <w:p>
      <w:r>
        <w:rPr>
          <w:b/>
        </w:rPr>
        <w:t xml:space="preserve">[1:14:55] </w:t>
      </w:r>
      <w:r>
        <w:t>ise wiqaya kehte hain dhaal ko jis se aadmi bachta hai takraao ke waqt.</w:t>
      </w:r>
    </w:p>
    <w:p>
      <w:pPr>
        <w:jc w:val="right"/>
      </w:pPr>
      <w:r>
        <w:t>اسے وقایہ کہتے ہیں ڈھال کو جس سے آدمی بچتا ہے ٹکراؤ کے وقت۔</w:t>
      </w:r>
    </w:p>
    <w:p>
      <w:r>
        <w:rPr>
          <w:b/>
        </w:rPr>
        <w:t xml:space="preserve">[1:14:59] </w:t>
      </w:r>
      <w:r>
        <w:t>to taqwa ke mani hain bachna.</w:t>
      </w:r>
    </w:p>
    <w:p>
      <w:pPr>
        <w:jc w:val="right"/>
      </w:pPr>
      <w:r>
        <w:t>تو تقویٰ کے معنی ہیں بچنا۔</w:t>
      </w:r>
    </w:p>
    <w:p>
      <w:r>
        <w:rPr>
          <w:b/>
        </w:rPr>
        <w:t xml:space="preserve">[1:15:04] </w:t>
      </w:r>
      <w:r>
        <w:t>bachne ke mani hain ke apne aap ko derailment se bachana.</w:t>
      </w:r>
    </w:p>
    <w:p>
      <w:pPr>
        <w:jc w:val="right"/>
      </w:pPr>
      <w:r>
        <w:t>بچنے کے معنی ہیں کہ اپنے آپ کو ڈیریلمنٹ سے بچانا۔</w:t>
      </w:r>
    </w:p>
    <w:p>
      <w:r>
        <w:rPr>
          <w:b/>
        </w:rPr>
        <w:t xml:space="preserve">[1:15:08] </w:t>
      </w:r>
      <w:r>
        <w:t>baqi derailment to hazaron qism</w:t>
      </w:r>
    </w:p>
    <w:p>
      <w:pPr>
        <w:jc w:val="right"/>
      </w:pPr>
      <w:r>
        <w:t>باقی ڈیریلمنٹ تو ہزاروں قسم</w:t>
      </w:r>
    </w:p>
    <w:p>
      <w:r>
        <w:rPr>
          <w:b/>
        </w:rPr>
        <w:t xml:space="preserve">[1:15:12] </w:t>
      </w:r>
      <w:r>
        <w:t>ke ho sakte hain.</w:t>
      </w:r>
    </w:p>
    <w:p>
      <w:pPr>
        <w:jc w:val="right"/>
      </w:pPr>
      <w:r>
        <w:t>کے ہو سکتے ہیں۔</w:t>
      </w:r>
    </w:p>
    <w:p>
      <w:r>
        <w:rPr>
          <w:b/>
        </w:rPr>
        <w:t xml:space="preserve">[1:15:16] </w:t>
      </w:r>
      <w:r>
        <w:t>to taqwa mein aap ko iski list nahi milegi.</w:t>
      </w:r>
    </w:p>
    <w:p>
      <w:pPr>
        <w:jc w:val="right"/>
      </w:pPr>
      <w:r>
        <w:t>تو تقویٰ میں آپ کو اس کی لسٹ نہیں ملے گی۔</w:t>
      </w:r>
    </w:p>
    <w:p>
      <w:r>
        <w:rPr>
          <w:b/>
        </w:rPr>
        <w:t xml:space="preserve">[1:15:20] </w:t>
      </w:r>
      <w:r>
        <w:t>woh list to aap ko khud hi banana padega.</w:t>
      </w:r>
    </w:p>
    <w:p>
      <w:pPr>
        <w:jc w:val="right"/>
      </w:pPr>
      <w:r>
        <w:t>وہ لسٹ تو آپ کو خود ہی بنانا پڑے گا۔</w:t>
      </w:r>
    </w:p>
    <w:p>
      <w:r>
        <w:rPr>
          <w:b/>
        </w:rPr>
        <w:t xml:space="preserve">[1:15:24] </w:t>
      </w:r>
      <w:r>
        <w:t>taqwa ek usool deta hai lekin jo list hai woh aap khud bana banate hain apni.</w:t>
      </w:r>
    </w:p>
    <w:p>
      <w:pPr>
        <w:jc w:val="right"/>
      </w:pPr>
      <w:r>
        <w:t>تقویٰ ایک اصول دیتا ہے لیکن جو لسٹ ہے وہ آپ خود بنا بناتے ہیں اپنی۔</w:t>
      </w:r>
    </w:p>
    <w:p>
      <w:r>
        <w:rPr>
          <w:b/>
        </w:rPr>
        <w:t xml:space="preserve">[1:15:27] </w:t>
      </w:r>
      <w:r>
        <w:t>balkeh detect karte hain.</w:t>
      </w:r>
    </w:p>
    <w:p>
      <w:pPr>
        <w:jc w:val="right"/>
      </w:pPr>
      <w:r>
        <w:t>بلکہ ڈیٹیکٹ کرتے ہیں۔</w:t>
      </w:r>
    </w:p>
    <w:p>
      <w:r>
        <w:rPr>
          <w:b/>
        </w:rPr>
        <w:t xml:space="preserve">[1:15:31] </w:t>
      </w:r>
      <w:r>
        <w:t>har mauqa par aap ja apni list mein kuch add karni parti hai ke is waqt mein kya</w:t>
      </w:r>
    </w:p>
    <w:p>
      <w:pPr>
        <w:jc w:val="right"/>
      </w:pPr>
      <w:r>
        <w:t>ہر موقع پر آپ جا اپنی لسٹ میں کچھ ایڈ کرنی پڑتی ہے کہ اس وقت میں کیا</w:t>
      </w:r>
    </w:p>
    <w:p>
      <w:r>
        <w:rPr>
          <w:b/>
        </w:rPr>
        <w:t xml:space="preserve">[1:15:35] </w:t>
      </w:r>
      <w:r>
        <w:t>le kar aaun.</w:t>
      </w:r>
    </w:p>
    <w:p>
      <w:pPr>
        <w:jc w:val="right"/>
      </w:pPr>
      <w:r>
        <w:t>لے کر آؤں۔</w:t>
      </w:r>
    </w:p>
    <w:p>
      <w:r>
        <w:rPr>
          <w:b/>
        </w:rPr>
        <w:t xml:space="preserve">[1:15:39] </w:t>
      </w:r>
      <w:r>
        <w:t>maulana, agla sawal qaseeb</w:t>
      </w:r>
    </w:p>
    <w:p>
      <w:pPr>
        <w:jc w:val="right"/>
      </w:pPr>
      <w:r>
        <w:t>مولانا، اگلا سوال قصیب</w:t>
      </w:r>
    </w:p>
    <w:p>
      <w:r>
        <w:rPr>
          <w:b/>
        </w:rPr>
        <w:t xml:space="preserve">[1:15:42] </w:t>
      </w:r>
      <w:r>
        <w:t>reza sahib ne kiya hai.</w:t>
      </w:r>
    </w:p>
    <w:p>
      <w:pPr>
        <w:jc w:val="right"/>
      </w:pPr>
      <w:r>
        <w:t>رضا صاحب نے کیا ہے۔</w:t>
      </w:r>
    </w:p>
    <w:p>
      <w:r>
        <w:rPr>
          <w:b/>
        </w:rPr>
        <w:t xml:space="preserve">[1:15:47] </w:t>
      </w:r>
      <w:r>
        <w:t>aah, gaya bihar se aur un ka yeh follow up question hai maulana jo abhi aap se unhon</w:t>
      </w:r>
    </w:p>
    <w:p>
      <w:pPr>
        <w:jc w:val="right"/>
      </w:pPr>
      <w:r>
        <w:t>آہ، گیا بہار سے اور ان کا یہ فالو اپ کوئسچن ہے مولانا جو ابھی آپ سے انہوں</w:t>
      </w:r>
    </w:p>
    <w:p>
      <w:r>
        <w:rPr>
          <w:b/>
        </w:rPr>
        <w:t xml:space="preserve">[1:15:53] </w:t>
      </w:r>
      <w:r>
        <w:t>ne poocha tha aur aap ne is ka jawab bhi diya tha.</w:t>
      </w:r>
    </w:p>
    <w:p>
      <w:pPr>
        <w:jc w:val="right"/>
      </w:pPr>
      <w:r>
        <w:t>نے پوچھا تھا اور آپ نے اس کا جواب بھی دیا تھا۔</w:t>
      </w:r>
    </w:p>
    <w:p>
      <w:r>
        <w:rPr>
          <w:b/>
        </w:rPr>
        <w:t xml:space="preserve">[1:15:58] </w:t>
      </w:r>
      <w:r>
        <w:t>aah, unhon ne likha hai ke maulana, aap ka aap ke jawab se mein bilkul sehat hoon par</w:t>
      </w:r>
    </w:p>
    <w:p>
      <w:pPr>
        <w:jc w:val="right"/>
      </w:pPr>
      <w:r>
        <w:t>آہ، انہوں نے لکھا ہے کہ مولانا، آپ کا آپ کے جواب سے میں بالکل صحت ہوں پر</w:t>
      </w:r>
    </w:p>
    <w:p>
      <w:r>
        <w:rPr>
          <w:b/>
        </w:rPr>
        <w:t xml:space="preserve">[1:16:03] </w:t>
      </w:r>
      <w:r>
        <w:t>agar waldein apne bachon ko apni khwahish ke mutabiq banana chahein aur bachay agar distraction se bachne ki</w:t>
      </w:r>
    </w:p>
    <w:p>
      <w:pPr>
        <w:jc w:val="right"/>
      </w:pPr>
      <w:r>
        <w:t>اگر والدین اپنے بچوں کو اپنی خواہش کے مطابق بنانا چاہیں اور بچے اگر ڈسٹریکشن سے بچنے کی</w:t>
      </w:r>
    </w:p>
    <w:p>
      <w:r>
        <w:rPr>
          <w:b/>
        </w:rPr>
        <w:t xml:space="preserve">[1:16:08] </w:t>
      </w:r>
      <w:r>
        <w:t>koshish karein to wahan par bachon ko waldein se</w:t>
      </w:r>
    </w:p>
    <w:p>
      <w:pPr>
        <w:jc w:val="right"/>
      </w:pPr>
      <w:r>
        <w:t>کوشش کریں تو وہاں پر بچوں کو والدین سے</w:t>
      </w:r>
    </w:p>
    <w:p>
      <w:r>
        <w:rPr>
          <w:b/>
        </w:rPr>
        <w:t xml:space="preserve">[1:16:13] </w:t>
      </w:r>
      <w:r>
        <w:t>kaise masla hal karna chahiye? is ke baray mein bataein.</w:t>
      </w:r>
    </w:p>
    <w:p>
      <w:pPr>
        <w:jc w:val="right"/>
      </w:pPr>
      <w:r>
        <w:t>کیسے مسئلہ حل کرنا چاہیے؟ اس کے بارے میں بتائیں۔</w:t>
      </w:r>
    </w:p>
    <w:p>
      <w:r>
        <w:rPr>
          <w:b/>
        </w:rPr>
        <w:t xml:space="preserve">[1:16:19] </w:t>
      </w:r>
      <w:r>
        <w:t>dekhiye, waldein jahan tak mein jaana hai, do and don't ki zuban jante hain bas.</w:t>
      </w:r>
    </w:p>
    <w:p>
      <w:pPr>
        <w:jc w:val="right"/>
      </w:pPr>
      <w:r>
        <w:t>دیکھیے، والدین جہاں تک میں جانا ہے، ڈو اینڈ ڈونٹ کی زبان جانتے ہیں بس۔</w:t>
      </w:r>
    </w:p>
    <w:p>
      <w:r>
        <w:rPr>
          <w:b/>
        </w:rPr>
        <w:t xml:space="preserve">[1:16:25] </w:t>
      </w:r>
      <w:r>
        <w:t>saare mazhabi gharon mein, so called jo mazhabi ghar hain, bohat se ghar hain jo log kehte hain</w:t>
      </w:r>
    </w:p>
    <w:p>
      <w:pPr>
        <w:jc w:val="right"/>
      </w:pPr>
      <w:r>
        <w:t>سارے مذہبی گھروں میں، سو کالڈ جو مذہبی گھر ہیں، بہت سے گھر ہیں جو لوگ کہتے ہیں</w:t>
      </w:r>
    </w:p>
    <w:p>
      <w:r>
        <w:rPr>
          <w:b/>
        </w:rPr>
        <w:t xml:space="preserve">[1:16:31] </w:t>
      </w:r>
      <w:r>
        <w:t>ke mazhabi mazhabi ghar hain.</w:t>
      </w:r>
    </w:p>
    <w:p>
      <w:pPr>
        <w:jc w:val="right"/>
      </w:pPr>
      <w:r>
        <w:t>کہ مذہبی مذہبی گھر ہیں۔</w:t>
      </w:r>
    </w:p>
    <w:p>
      <w:r>
        <w:rPr>
          <w:b/>
        </w:rPr>
        <w:t xml:space="preserve">[1:16:37] </w:t>
      </w:r>
      <w:r>
        <w:t>to woh mazhabi kya hain? don't</w:t>
      </w:r>
    </w:p>
    <w:p>
      <w:pPr>
        <w:jc w:val="right"/>
      </w:pPr>
      <w:r>
        <w:t>تو وہ مذہبی کیا ہیں؟ ڈونٹ</w:t>
      </w:r>
    </w:p>
    <w:p>
      <w:r>
        <w:rPr>
          <w:b/>
        </w:rPr>
        <w:t xml:space="preserve">[1:16:43] </w:t>
      </w:r>
      <w:r>
        <w:t>and don't, don't do and don't ki zaban jante hain. yeh karo, woh na karo, yeh na karo, woh na karo. is se kuch nahi hota. maan baap yahi sab karte hain. jaisay mein aik ghar mein gaya to unhon ne kaha ke mera bacha bara bara aisa hai, bara waisa hai. to unhon ne is ko demonstration diya ke mere bachay ko, chota sa bacha tha, bilkul chota sa, poora alhamdulillah y</w:t>
      </w:r>
    </w:p>
    <w:p>
      <w:pPr>
        <w:jc w:val="right"/>
      </w:pPr>
      <w:r>
        <w:t>اینڈ ڈونٹ، ڈونٹ ڈو اینڈ ڈونٹ کی زبان جانتے ہیں۔ یہ کرو، وہ نہ کرو، یہ نہ کرو، وہ نہ کرو۔ اس سے کچھ نہیں ہوتا۔ ماں باپ یہی سب کرتے ہیں۔ جیسے میں ایک گھر میں گیا تو انہوں نے کہا کہ میرا بچہ بڑا بڑا ایسا ہے، بڑا ویسا ہے۔ تو انہوں نے اس کو ڈائمنسٹریشن دیا کہ میرے بچے کو، چھوٹا سا بچہ تھا، بالکل چھوٹا سا، پورا الحمدللہ ی</w:t>
      </w:r>
    </w:p>
    <w:p>
      <w:r>
        <w:rPr>
          <w:b/>
        </w:rPr>
        <w:t xml:space="preserve">[1:17:13] </w:t>
      </w:r>
      <w:r>
        <w:t>ad thi is ko.</w:t>
      </w:r>
    </w:p>
    <w:p>
      <w:pPr>
        <w:jc w:val="right"/>
      </w:pPr>
      <w:r>
        <w:t>اد تھی اس کو۔</w:t>
      </w:r>
    </w:p>
    <w:p>
      <w:r>
        <w:rPr>
          <w:b/>
        </w:rPr>
        <w:t xml:space="preserve">[1:17:16] </w:t>
      </w:r>
      <w:r>
        <w:t>to is ko parh ke sunaya, ab bohat khush ho rahe hain woh.</w:t>
      </w:r>
    </w:p>
    <w:p>
      <w:pPr>
        <w:jc w:val="right"/>
      </w:pPr>
      <w:r>
        <w:t>تو اس کو پڑھ کے سنایا، اب بہت خوش ہو رہے ہیں وہ۔</w:t>
      </w:r>
    </w:p>
    <w:p>
      <w:r>
        <w:rPr>
          <w:b/>
        </w:rPr>
        <w:t xml:space="preserve">[1:17:19] </w:t>
      </w:r>
      <w:r>
        <w:t>yeh yeh koi tarbiyat nahi hai.</w:t>
      </w:r>
    </w:p>
    <w:p>
      <w:pPr>
        <w:jc w:val="right"/>
      </w:pPr>
      <w:r>
        <w:t>یہ یہ کوئی تربیت نہیں ہے۔</w:t>
      </w:r>
    </w:p>
    <w:p>
      <w:r>
        <w:rPr>
          <w:b/>
        </w:rPr>
        <w:t xml:space="preserve">[1:17:23] </w:t>
      </w:r>
      <w:r>
        <w:t>aap view of thinking banaiye un ke andar.</w:t>
      </w:r>
    </w:p>
    <w:p>
      <w:pPr>
        <w:jc w:val="right"/>
      </w:pPr>
      <w:r>
        <w:t>آپ ویو آف تھنکنگ بنائیے ان کے اندر۔</w:t>
      </w:r>
    </w:p>
    <w:p>
      <w:r>
        <w:rPr>
          <w:b/>
        </w:rPr>
        <w:t xml:space="preserve">[1:17:26] </w:t>
      </w:r>
      <w:r>
        <w:t>sochna ki faculty ko jagaiye.</w:t>
      </w:r>
    </w:p>
    <w:p>
      <w:pPr>
        <w:jc w:val="right"/>
      </w:pPr>
      <w:r>
        <w:t>سوچنا کی فیکلٹی کو جگائیے۔</w:t>
      </w:r>
    </w:p>
    <w:p>
      <w:r>
        <w:rPr>
          <w:b/>
        </w:rPr>
        <w:t xml:space="preserve">[1:17:29] </w:t>
      </w:r>
      <w:r>
        <w:t>un ke intellect ko address kijiye.</w:t>
      </w:r>
    </w:p>
    <w:p>
      <w:pPr>
        <w:jc w:val="right"/>
      </w:pPr>
      <w:r>
        <w:t>ان کے انٹلیکٹ کو ایڈریس کیجئے۔</w:t>
      </w:r>
    </w:p>
    <w:p>
      <w:r>
        <w:rPr>
          <w:b/>
        </w:rPr>
        <w:t xml:space="preserve">[1:17:33] </w:t>
      </w:r>
      <w:r>
        <w:t>tab hoga woh.</w:t>
      </w:r>
    </w:p>
    <w:p>
      <w:pPr>
        <w:jc w:val="right"/>
      </w:pPr>
      <w:r>
        <w:t>تب ہوگا وہ۔</w:t>
      </w:r>
    </w:p>
    <w:p>
      <w:r>
        <w:rPr>
          <w:b/>
        </w:rPr>
        <w:t xml:space="preserve">[1:17:36] </w:t>
      </w:r>
      <w:r>
        <w:t>is tarah se kuch nahi ho sakta ke aap surah fatiha yaad kara dein, ayat al kursi yaad kara dein.</w:t>
      </w:r>
    </w:p>
    <w:p>
      <w:pPr>
        <w:jc w:val="right"/>
      </w:pPr>
      <w:r>
        <w:t>اس طرح سے کچھ نہیں ہو سکتا کہ آپ سورہ فاتحہ یاد کرا دیں، آیت الکرسی یاد کرا دیں۔</w:t>
      </w:r>
    </w:p>
    <w:p>
      <w:r>
        <w:rPr>
          <w:b/>
        </w:rPr>
        <w:t xml:space="preserve">[1:17:39] </w:t>
      </w:r>
      <w:r>
        <w:t>is se kuch hone wal</w:t>
      </w:r>
    </w:p>
    <w:p>
      <w:pPr>
        <w:jc w:val="right"/>
      </w:pPr>
      <w:r>
        <w:t>اس سے کچھ ہونے وال</w:t>
      </w:r>
    </w:p>
    <w:p>
      <w:r>
        <w:rPr>
          <w:b/>
        </w:rPr>
        <w:t xml:space="preserve">[1:17:43] </w:t>
      </w:r>
      <w:r>
        <w:t>a nahi hai.</w:t>
      </w:r>
    </w:p>
    <w:p>
      <w:pPr>
        <w:jc w:val="right"/>
      </w:pPr>
      <w:r>
        <w:t>ا نہیں ہے۔</w:t>
      </w:r>
    </w:p>
    <w:p>
      <w:r>
        <w:rPr>
          <w:b/>
        </w:rPr>
        <w:t xml:space="preserve">[1:17:49] </w:t>
      </w:r>
      <w:r>
        <w:t>maulana, kolkatta se faraz khan sahib ne sawal bheja hai.</w:t>
      </w:r>
    </w:p>
    <w:p>
      <w:pPr>
        <w:jc w:val="right"/>
      </w:pPr>
      <w:r>
        <w:t>مولانا، کلکتہ سے فراز خان صاحب نے سوال بھیجا ہے۔</w:t>
      </w:r>
    </w:p>
    <w:p>
      <w:r>
        <w:rPr>
          <w:b/>
        </w:rPr>
        <w:t xml:space="preserve">[1:17:55] </w:t>
      </w:r>
      <w:r>
        <w:t>unho ne likha hai, aah, maulana sahib, afaiem engaged with my job and family and don't</w:t>
      </w:r>
    </w:p>
    <w:p>
      <w:pPr>
        <w:jc w:val="right"/>
      </w:pPr>
      <w:r>
        <w:t>انہوں نے لکھا ہے، آہ، مولانا صاحب، اف آئی ایم انگیجڈ ود مائی جاب اینڈ فیملی اینڈ ڈونٹ</w:t>
      </w:r>
    </w:p>
    <w:p>
      <w:r>
        <w:rPr>
          <w:b/>
        </w:rPr>
        <w:t xml:space="preserve">[1:18:01] </w:t>
      </w:r>
      <w:r>
        <w:t>have time to do dawah work directly, then what is the second option for me so that i</w:t>
      </w:r>
    </w:p>
    <w:p>
      <w:pPr>
        <w:jc w:val="right"/>
      </w:pPr>
      <w:r>
        <w:t>ہیو ٹائم ٹو ڈو داوا ورک ڈائریکٹلی، دین واٹ از دی سیکنڈ آپشن فار می سو دیٹ آئی</w:t>
      </w:r>
    </w:p>
    <w:p>
      <w:r>
        <w:rPr>
          <w:b/>
        </w:rPr>
        <w:t xml:space="preserve">[1:18:07] </w:t>
      </w:r>
      <w:r>
        <w:t>can do dawah work? what is your advice to me? dekhiye, is zamane mein</w:t>
      </w:r>
    </w:p>
    <w:p>
      <w:pPr>
        <w:jc w:val="right"/>
      </w:pPr>
      <w:r>
        <w:t>کین ڈو داوا ورک؟ واٹ از یور ایڈوائس ٹو می؟ دیکھیے، اس زمانے میں</w:t>
      </w:r>
    </w:p>
    <w:p>
      <w:r>
        <w:rPr>
          <w:b/>
        </w:rPr>
        <w:t xml:space="preserve">[1:18:13] </w:t>
      </w:r>
      <w:r>
        <w:t>yeh printing press ka zamana hai.</w:t>
      </w:r>
    </w:p>
    <w:p>
      <w:pPr>
        <w:jc w:val="right"/>
      </w:pPr>
      <w:r>
        <w:t>یہ پرنٹنگ پریس کا زمانہ ہے۔</w:t>
      </w:r>
    </w:p>
    <w:p>
      <w:r>
        <w:rPr>
          <w:b/>
        </w:rPr>
        <w:t xml:space="preserve">[1:18:17] </w:t>
      </w:r>
      <w:r>
        <w:t>is mein dawah work duniya ka sab se zyada aasan kaam hai.</w:t>
      </w:r>
    </w:p>
    <w:p>
      <w:pPr>
        <w:jc w:val="right"/>
      </w:pPr>
      <w:r>
        <w:t>اس میں داوا ورک دنیا کا سب سے زیادہ آسان کام ہے۔</w:t>
      </w:r>
    </w:p>
    <w:p>
      <w:r>
        <w:rPr>
          <w:b/>
        </w:rPr>
        <w:t xml:space="preserve">[1:18:22] </w:t>
      </w:r>
      <w:r>
        <w:t>sab se aasan.</w:t>
      </w:r>
    </w:p>
    <w:p>
      <w:pPr>
        <w:jc w:val="right"/>
      </w:pPr>
      <w:r>
        <w:t>سب سے آسان۔</w:t>
      </w:r>
    </w:p>
    <w:p>
      <w:r>
        <w:rPr>
          <w:b/>
        </w:rPr>
        <w:t xml:space="preserve">[1:18:26] </w:t>
      </w:r>
      <w:r>
        <w:t>aap pe packet, aap apni jeb mein, apne thele mein, apne bag mein, islami kitabein rakh dijiye.</w:t>
      </w:r>
    </w:p>
    <w:p>
      <w:pPr>
        <w:jc w:val="right"/>
      </w:pPr>
      <w:r>
        <w:t>آپ پہ پیکٹ، آپ اپنی جیب میں، اپنے تھیلے میں، اپنے بیگ میں، اسلامی کتابیں رکھ دیجئے۔</w:t>
      </w:r>
    </w:p>
    <w:p>
      <w:r>
        <w:rPr>
          <w:b/>
        </w:rPr>
        <w:t xml:space="preserve">[1:18:30] </w:t>
      </w:r>
      <w:r>
        <w:t>choti choti kitabein.</w:t>
      </w:r>
    </w:p>
    <w:p>
      <w:pPr>
        <w:jc w:val="right"/>
      </w:pPr>
      <w:r>
        <w:t>چھوٹی چھوٹی کتابیں۔</w:t>
      </w:r>
    </w:p>
    <w:p>
      <w:r>
        <w:rPr>
          <w:b/>
        </w:rPr>
        <w:t xml:space="preserve">[1:18:35] </w:t>
      </w:r>
      <w:r>
        <w:t>hum ne senkaron kitabein chhapi hain har zaban mein.</w:t>
      </w:r>
    </w:p>
    <w:p>
      <w:pPr>
        <w:jc w:val="right"/>
      </w:pPr>
      <w:r>
        <w:t>ہم نے سینکڑوں کتابیں چھاپی ہیں ہر زبان میں۔</w:t>
      </w:r>
    </w:p>
    <w:p>
      <w:r>
        <w:rPr>
          <w:b/>
        </w:rPr>
        <w:t xml:space="preserve">[1:18:39] </w:t>
      </w:r>
      <w:r>
        <w:t>aap ne rakh</w:t>
      </w:r>
    </w:p>
    <w:p>
      <w:pPr>
        <w:jc w:val="right"/>
      </w:pPr>
      <w:r>
        <w:t>آپ نے رکھ</w:t>
      </w:r>
    </w:p>
    <w:p>
      <w:r>
        <w:rPr>
          <w:b/>
        </w:rPr>
        <w:t xml:space="preserve">[1:18:43] </w:t>
      </w:r>
      <w:r>
        <w:t>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p>
    <w:p>
      <w:pPr>
        <w:jc w:val="right"/>
      </w:pPr>
      <w:r>
        <w:t>لی اپنے ساتھ۔ اور جو ملتا ہے آپ کو اس کو دیتے رہیے۔ اگر کچھ کہنا آتا ہے آپ کو تو کہیے۔ نہیں تو یہ تو کہہ سکتے ہیں آپ کہ یہ آپ کو سپریچول گفٹ ہے۔ یہ کام مشکل کام کیا ہے؟ اس زمانے میں جو ایک آئے کہ دعوت کا کام مشکل ہے تو وہ تو جانتے ہی نہیں زمانے کو۔ اللہ تعالی نے پرنٹنگ پری</w:t>
      </w:r>
    </w:p>
    <w:p>
      <w:r>
        <w:rPr>
          <w:b/>
        </w:rPr>
        <w:t xml:space="preserve">[1:19:13] </w:t>
      </w:r>
      <w:r>
        <w:t>is ko paida kar ke itna aasan kar diya dawah ke kaam ko.</w:t>
      </w:r>
    </w:p>
    <w:p>
      <w:pPr>
        <w:jc w:val="right"/>
      </w:pPr>
      <w:r>
        <w:t>س کو پیدا کر کے اتنا آسان کر دیا دعوت کے کام کو۔</w:t>
      </w:r>
    </w:p>
    <w:p>
      <w:r>
        <w:rPr>
          <w:b/>
        </w:rPr>
        <w:t xml:space="preserve">[1:19:18] </w:t>
      </w:r>
      <w:r>
        <w:t>is se zyada aasan koi kaam hi nahin.</w:t>
      </w:r>
    </w:p>
    <w:p>
      <w:pPr>
        <w:jc w:val="right"/>
      </w:pPr>
      <w:r>
        <w:t>اس سے زیادہ آسان کوئی کام ہی نہیں۔</w:t>
      </w:r>
    </w:p>
    <w:p>
      <w:r>
        <w:rPr>
          <w:b/>
        </w:rPr>
        <w:t xml:space="preserve">[1:19:23] </w:t>
      </w:r>
      <w:r>
        <w:t>aap bas apne sath rakhiye aur logon ko dete rahiye.</w:t>
      </w:r>
    </w:p>
    <w:p>
      <w:pPr>
        <w:jc w:val="right"/>
      </w:pPr>
      <w:r>
        <w:t>آپ بس اپنے ساتھ رکھیے اور لوگوں کو دیتے رہیے۔</w:t>
      </w:r>
    </w:p>
    <w:p>
      <w:r>
        <w:rPr>
          <w:b/>
        </w:rPr>
        <w:t xml:space="preserve">[1:19:28] </w:t>
      </w:r>
      <w:r>
        <w:t>bas dawah ka kaam jari hoga.</w:t>
      </w:r>
    </w:p>
    <w:p>
      <w:pPr>
        <w:jc w:val="right"/>
      </w:pPr>
      <w:r>
        <w:t>بس دعوت کا کام جاری ہوگا۔</w:t>
      </w:r>
    </w:p>
    <w:p>
      <w:r>
        <w:rPr>
          <w:b/>
        </w:rPr>
        <w:t xml:space="preserve">[1:19:33] </w:t>
      </w:r>
      <w:r>
        <w:t>aah, maulana, hum yahan par yeh bhi kehna chahenge ke kai log aksar aah is baat ko</w:t>
      </w:r>
    </w:p>
    <w:p>
      <w:pPr>
        <w:jc w:val="right"/>
      </w:pPr>
      <w:r>
        <w:t>آہ، مولانا، ہم یہاں پر یہ بھی کہنا چاہیں گے کہ کئی لوگ اکثر آہ اس بات کو</w:t>
      </w:r>
    </w:p>
    <w:p>
      <w:r>
        <w:rPr>
          <w:b/>
        </w:rPr>
        <w:t xml:space="preserve">[1:19:38] </w:t>
      </w:r>
      <w:r>
        <w:t>لے کر آتے ہیں کیونکہ ان کا کام اس طریقے سے ہوتا ہے کہ وہ بہت</w:t>
      </w:r>
    </w:p>
    <w:p>
      <w:pPr>
        <w:jc w:val="right"/>
      </w:pPr>
      <w:r>
        <w:t>لے کر آتے ہیں کیونکہ ان کا کام اس طریقے سے ہوتا ہے کہ وہ بہت ٹری</w:t>
      </w:r>
    </w:p>
    <w:p>
      <w:r>
        <w:rPr>
          <w:b/>
        </w:rPr>
        <w:t xml:space="preserve">[1:19:43] </w:t>
      </w:r>
      <w:r>
        <w:t>vil karte hain.</w:t>
      </w:r>
    </w:p>
    <w:p>
      <w:pPr>
        <w:jc w:val="right"/>
      </w:pPr>
      <w:r>
        <w:t>ول کرتے ہیں۔</w:t>
      </w:r>
    </w:p>
    <w:p>
      <w:r>
        <w:rPr>
          <w:b/>
        </w:rPr>
        <w:t xml:space="preserve">[1:19:49] </w:t>
      </w:r>
      <w:r>
        <w:t>to is ka ek yeh bhi tareeqa hai ke jaise aah quran drives hoti hain, quran distribution hota hai.</w:t>
      </w:r>
    </w:p>
    <w:p>
      <w:pPr>
        <w:jc w:val="right"/>
      </w:pPr>
      <w:r>
        <w:t>تو اس کا ایک یہ بھی طریقہ ہے کہ جیسے آہ قرآن ڈرائیوز ہوتی ہیں، قرآن ڈسٹریبیوشن ہوتا ہے۔</w:t>
      </w:r>
    </w:p>
    <w:p>
      <w:r>
        <w:rPr>
          <w:b/>
        </w:rPr>
        <w:t xml:space="preserve">[1:19:55] </w:t>
      </w:r>
      <w:r>
        <w:t>to if they can not aah participate directly, then they can sponsor those quran distribution exercises.</w:t>
      </w:r>
    </w:p>
    <w:p>
      <w:pPr>
        <w:jc w:val="right"/>
      </w:pPr>
      <w:r>
        <w:t>تو اف دے کین ناٹ آہ پارٹیسپیٹ ڈائریکٹلی، دین دے کین سپانسر دوز قرآن ڈسٹریبیوشن ایکسرسائز۔</w:t>
      </w:r>
    </w:p>
    <w:p>
      <w:r>
        <w:rPr>
          <w:b/>
        </w:rPr>
        <w:t xml:space="preserve">[1:20:01] </w:t>
      </w:r>
      <w:r>
        <w:t>to kya woh theek aah aah ho sakta hai maulana ke agar woh waqt nahin de sakte to</w:t>
      </w:r>
    </w:p>
    <w:p>
      <w:pPr>
        <w:jc w:val="right"/>
      </w:pPr>
      <w:r>
        <w:t>تو کیا وہ ٹھیک آہ آہ ہو سکتا ہے مولانا کہ اگر وہ وقت نہیں دے سکتے تو</w:t>
      </w:r>
    </w:p>
    <w:p>
      <w:r>
        <w:rPr>
          <w:b/>
        </w:rPr>
        <w:t xml:space="preserve">[1:20:07] </w:t>
      </w:r>
      <w:r>
        <w:t>jo quran distribution drives hain is mein woh aah sponsor kar sakte hain, paise de sakte hain? haan, paisa dein.</w:t>
      </w:r>
    </w:p>
    <w:p>
      <w:pPr>
        <w:jc w:val="right"/>
      </w:pPr>
      <w:r>
        <w:t>جو قرآن ڈسٹریبیوشن ڈرائیوز ہیں اس میں وہ آہ سپانسر کر سکتے ہیں، پیسے دے سکتے ہیں؟ ہاں، پیسہ دیں۔</w:t>
      </w:r>
    </w:p>
    <w:p>
      <w:r>
        <w:rPr>
          <w:b/>
        </w:rPr>
        <w:t xml:space="preserve">[1:20:13] </w:t>
      </w:r>
      <w:r>
        <w:t>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p>
    <w:p>
      <w:pPr>
        <w:jc w:val="right"/>
      </w:pPr>
      <w:r>
        <w:t>کس کو؟ کس کے لیے ممکن نہیں ہے؟ ہر آدمی کے پاس کچھ نہ کچھ پیسہ دینے کی پوزیشن میں ہوتا ہے۔ ہر آدمی۔ یہ نہیں کہ ہو ہو سکتا ہے کہ کسی کے پاس پیسے ہی نہ ہوں۔ قرآن میں ہے کہ لنتحبون پیسہ خرچ کرو دین کرام میں۔ یہ قرآن میں یہ آیت ہے: لنتحبون۔ تو آپ ٹائم نہ دے سکت</w:t>
      </w:r>
    </w:p>
    <w:p>
      <w:r>
        <w:rPr>
          <w:b/>
        </w:rPr>
        <w:t xml:space="preserve">[1:20:43] </w:t>
      </w:r>
      <w:r>
        <w:t>e to paisa dijiye.</w:t>
      </w:r>
    </w:p>
    <w:p>
      <w:pPr>
        <w:jc w:val="right"/>
      </w:pPr>
      <w:r>
        <w:t>ے تو پیسہ دیجئے۔</w:t>
      </w:r>
    </w:p>
    <w:p>
      <w:r>
        <w:rPr>
          <w:b/>
        </w:rPr>
        <w:t xml:space="preserve">[1:20:47] </w:t>
      </w:r>
      <w:r>
        <w:t>asal mein kuch dena chahte nahin log, na paisa, na time.</w:t>
      </w:r>
    </w:p>
    <w:p>
      <w:pPr>
        <w:jc w:val="right"/>
      </w:pPr>
      <w:r>
        <w:t>اصل میں کچھ دینا چاہتے نہیں لوگ، نہ پیسہ، نہ ٹائم۔</w:t>
      </w:r>
    </w:p>
    <w:p>
      <w:r>
        <w:rPr>
          <w:b/>
        </w:rPr>
        <w:t xml:space="preserve">[1:20:51] </w:t>
      </w:r>
      <w:r>
        <w:t>to yeh sab wada bolte hain.</w:t>
      </w:r>
    </w:p>
    <w:p>
      <w:pPr>
        <w:jc w:val="right"/>
      </w:pPr>
      <w:r>
        <w:t>تو یہ سب وعدہ بولتے ہیں۔</w:t>
      </w:r>
    </w:p>
    <w:p>
      <w:r>
        <w:rPr>
          <w:b/>
        </w:rPr>
        <w:t xml:space="preserve">[1:20:55] </w:t>
      </w:r>
      <w:r>
        <w:t>mein to samajhta hoon ke yeh sab excuses hain.</w:t>
      </w:r>
    </w:p>
    <w:p>
      <w:pPr>
        <w:jc w:val="right"/>
      </w:pPr>
      <w:r>
        <w:t>میں تو سمجھتا ہوں کہ یہ سب ایکسکیوزز ہیں۔</w:t>
      </w:r>
    </w:p>
    <w:p>
      <w:r>
        <w:rPr>
          <w:b/>
        </w:rPr>
        <w:t xml:space="preserve">[1:20:58] </w:t>
      </w:r>
      <w:r>
        <w:t>yeh sab koi aur koi gehri reason is ki nahin hai.</w:t>
      </w:r>
    </w:p>
    <w:p>
      <w:pPr>
        <w:jc w:val="right"/>
      </w:pPr>
      <w:r>
        <w:t>یہ سب کوئی اور کوئی گہری ریزن اس کی نہیں ہے۔</w:t>
      </w:r>
    </w:p>
    <w:p>
      <w:r>
        <w:rPr>
          <w:b/>
        </w:rPr>
        <w:t xml:space="preserve">[1:21:02] </w:t>
      </w:r>
      <w:r>
        <w:t>maulana, agla sawal ah nay nay khan sahib nay kiya hai.</w:t>
      </w:r>
    </w:p>
    <w:p>
      <w:pPr>
        <w:jc w:val="right"/>
      </w:pPr>
      <w:r>
        <w:t>مولانا، اگلا سوال آہ این اے خان صاحب نے کیا ہے۔</w:t>
      </w:r>
    </w:p>
    <w:p>
      <w:r>
        <w:rPr>
          <w:b/>
        </w:rPr>
        <w:t xml:space="preserve">[1:21:06] </w:t>
      </w:r>
      <w:r>
        <w:t>unhon nay location nahi likhi hai.</w:t>
      </w:r>
    </w:p>
    <w:p>
      <w:pPr>
        <w:jc w:val="right"/>
      </w:pPr>
      <w:r>
        <w:t>انہوں نے لوکیشن نہیں لکھی ہے۔</w:t>
      </w:r>
    </w:p>
    <w:p>
      <w:r>
        <w:rPr>
          <w:b/>
        </w:rPr>
        <w:t xml:space="preserve">[1:21:10] </w:t>
      </w:r>
      <w:r>
        <w:t>un ka sawal yeh hai ke mol</w:t>
      </w:r>
    </w:p>
    <w:p>
      <w:pPr>
        <w:jc w:val="right"/>
      </w:pPr>
      <w:r>
        <w:t>ان کا سوال یہ ہے کہ مول</w:t>
      </w:r>
    </w:p>
    <w:p>
      <w:r>
        <w:rPr>
          <w:b/>
        </w:rPr>
        <w:t xml:space="preserve">[1:21:13] </w:t>
      </w:r>
      <w:r>
        <w:t>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p>
    <w:p>
      <w:pPr>
        <w:jc w:val="right"/>
      </w:pPr>
      <w:r>
        <w:t>انا صاحب، اگر ہم نیک اعمال کریں تو بھی ہمیں بے سکونی، پریشانی اور مصیبتیں آتی ہیں۔ تو پھر نیک لوگ اور برے اعمال کرنے والے لوگوں میں فرق کیا ہے؟ اس کے بارے میں بتائیں۔ دیکھیے، بے سکونی جو ہے یا پریشانی، یہ کوئی ایول نہیں ہے۔ یہ آپ ایول کو سمجھتے ہیں۔ ایسی زندگی اللہ کو پسند نہیں کہ بالکل</w:t>
      </w:r>
    </w:p>
    <w:p>
      <w:r>
        <w:rPr>
          <w:b/>
        </w:rPr>
        <w:t xml:space="preserve">[1:21:43] </w:t>
      </w:r>
      <w:r>
        <w:t>bay bay bay gham aap aram chair pe bethe hue hain.</w:t>
      </w:r>
    </w:p>
    <w:p>
      <w:pPr>
        <w:jc w:val="right"/>
      </w:pPr>
      <w:r>
        <w:t>بے بے بے غم آپ آرام چیئر پہ بیٹھے ہوئے ہیں۔</w:t>
      </w:r>
    </w:p>
    <w:p>
      <w:r>
        <w:rPr>
          <w:b/>
        </w:rPr>
        <w:t xml:space="preserve">[1:21:49] </w:t>
      </w:r>
      <w:r>
        <w:t>yeh to bohat hi buri zindagi hai.</w:t>
      </w:r>
    </w:p>
    <w:p>
      <w:pPr>
        <w:jc w:val="right"/>
      </w:pPr>
      <w:r>
        <w:t>یہ تو بہت ہی بری زندگی ہے۔</w:t>
      </w:r>
    </w:p>
    <w:p>
      <w:r>
        <w:rPr>
          <w:b/>
        </w:rPr>
        <w:t xml:space="preserve">[1:21:55] </w:t>
      </w:r>
      <w:r>
        <w:t>agar aap bilkul yani yani woh aik dam bay fikr ho kar aram chair par beth te hain, yeh</w:t>
      </w:r>
    </w:p>
    <w:p>
      <w:pPr>
        <w:jc w:val="right"/>
      </w:pPr>
      <w:r>
        <w:t>اگر آپ بالکل یعنی یعنی وہ ایک دم بے فکر ہو کر آرام چیئر پر بیٹھتے ہیں، یہ</w:t>
      </w:r>
    </w:p>
    <w:p>
      <w:r>
        <w:rPr>
          <w:b/>
        </w:rPr>
        <w:t xml:space="preserve">[1:22:01] </w:t>
      </w:r>
      <w:r>
        <w:t>aap ko mila hua hai to yeh to bohat hi buri zindagi hai.</w:t>
      </w:r>
    </w:p>
    <w:p>
      <w:pPr>
        <w:jc w:val="right"/>
      </w:pPr>
      <w:r>
        <w:t>آپ کو ملا ہوا ہے تو یہ تو بہت ہی بری زندگی ہے۔</w:t>
      </w:r>
    </w:p>
    <w:p>
      <w:r>
        <w:rPr>
          <w:b/>
        </w:rPr>
        <w:t xml:space="preserve">[1:22:07] </w:t>
      </w:r>
      <w:r>
        <w:t>bay cheeni hona chahiye, beshak pareshani hona chahiye, masla hona chahiye zindagi mein.</w:t>
      </w:r>
    </w:p>
    <w:p>
      <w:pPr>
        <w:jc w:val="right"/>
      </w:pPr>
      <w:r>
        <w:t>بے چینی ہونا چاہیے، بے شک پریشانی ہونا چاہیے، مسئلہ ہونا چاہیے زندگی میں۔</w:t>
      </w:r>
    </w:p>
    <w:p>
      <w:r>
        <w:rPr>
          <w:b/>
        </w:rPr>
        <w:t xml:space="preserve">[1:22:13] </w:t>
      </w:r>
      <w:r>
        <w:t>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p>
    <w:p>
      <w:pPr>
        <w:jc w:val="right"/>
      </w:pPr>
      <w:r>
        <w:t>کیوں؟ جب ایسا ہوتا ہے تو آپ کا مائنڈ بیدر جاگتا ہے۔ مائنڈ جاگتا ہے۔ جیسے میں بتاؤں آپ کو، آج رات مجھے نیند نہیں آ رہی تھی تو سوچتے سوچتے ہوئے دعا نکلی۔ اس دعا سے مجھے آج صبح مقابلہ۔ کئی دن سے مجھے سورج نہیں مل رہا تھا۔ تو میں نے دعا کیا، دعا کیا، دیا کہ اللہ نے سورج نکال دیا۔ تو یہ یہ سوچ غلط ہے کہ</w:t>
      </w:r>
    </w:p>
    <w:p>
      <w:r>
        <w:rPr>
          <w:b/>
        </w:rPr>
        <w:t xml:space="preserve">[1:22:43] </w:t>
      </w:r>
      <w:r>
        <w:t>pareshani koi buri cheez hai.</w:t>
      </w:r>
    </w:p>
    <w:p>
      <w:pPr>
        <w:jc w:val="right"/>
      </w:pPr>
      <w:r>
        <w:t>پریشانی کوئی بری چیز ہے۔</w:t>
      </w:r>
    </w:p>
    <w:p>
      <w:r>
        <w:rPr>
          <w:b/>
        </w:rPr>
        <w:t xml:space="preserve">[1:22:49] </w:t>
      </w:r>
      <w:r>
        <w:t>pareshani to aap ke mind ko jagati hai, awaken karti hai.</w:t>
      </w:r>
    </w:p>
    <w:p>
      <w:pPr>
        <w:jc w:val="right"/>
      </w:pPr>
      <w:r>
        <w:t>پریشانی تو آپ کے مائنڈ کو جگاتی ہے، اویکن کرتی ہے۔</w:t>
      </w:r>
    </w:p>
    <w:p>
      <w:r>
        <w:rPr>
          <w:b/>
        </w:rPr>
        <w:t xml:space="preserve">[1:22:56] </w:t>
      </w:r>
      <w:r>
        <w:t>okay, so we will end the session today.</w:t>
      </w:r>
    </w:p>
    <w:p>
      <w:pPr>
        <w:jc w:val="right"/>
      </w:pPr>
      <w:r>
        <w:t>اوکے، سو وی ویل اینڈ دی سیشن ٹوڈے۔</w:t>
      </w:r>
    </w:p>
    <w:p>
      <w:r>
        <w:rPr>
          <w:b/>
        </w:rPr>
        <w:t xml:space="preserve">[1:23:02] </w:t>
      </w:r>
      <w:r>
        <w:t>once again, if you want free sample copies for spirit of Islam English magazine, or you want to</w:t>
      </w:r>
    </w:p>
    <w:p>
      <w:pPr>
        <w:jc w:val="right"/>
      </w:pPr>
      <w:r>
        <w:t>ونس اگین، اف یو وانٹ فری سیمپل کاپیز فار سپرٹ آف اسلام انگلش میگزین، اور یو وانٹ ٹو</w:t>
      </w:r>
    </w:p>
    <w:p>
      <w:r>
        <w:rPr>
          <w:b/>
        </w:rPr>
        <w:t xml:space="preserve">[1:23:08] </w:t>
      </w:r>
      <w:r>
        <w:t>join or volunteer for the distribution of spirit of Islam magazine, then write to the center for peace</w:t>
      </w:r>
    </w:p>
    <w:p>
      <w:pPr>
        <w:jc w:val="right"/>
      </w:pPr>
      <w:r>
        <w:t>جوائن اور والنٹیئر فار دا ڈسٹریبیوشن آف سپرٹ آف اسلام میگزین، دین رائٹ ٹو دی سینٹر فار پیس</w:t>
      </w:r>
    </w:p>
    <w:p>
      <w:r>
        <w:rPr>
          <w:b/>
        </w:rPr>
        <w:t xml:space="preserve">[1:23:14] </w:t>
      </w:r>
      <w:r>
        <w:t>at gmail.com or at info at cpsglobal.org. thank you.</w:t>
      </w:r>
    </w:p>
    <w:p>
      <w:pPr>
        <w:jc w:val="right"/>
      </w:pPr>
      <w:r>
        <w:t>ایٹ جی میل ڈاٹ کام اور ایٹ انفو ایٹ سی پی ایس گلوبل ڈاٹ او آر جی۔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