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 25 December 03, 2017</w:t>
      </w:r>
    </w:p>
    <w:p>
      <w:r>
        <w:t>https://www.youtube.com/watch?v=XdaA0-OrPgg</w:t>
      </w:r>
    </w:p>
    <w:p>
      <w:r>
        <w:rPr>
          <w:b/>
        </w:rPr>
        <w:t xml:space="preserve">[00:11] </w:t>
      </w:r>
      <w:r>
        <w:t>bismillah hir rahman nir rahim,</w:t>
      </w:r>
    </w:p>
    <w:p>
      <w:pPr>
        <w:jc w:val="right"/>
      </w:pPr>
      <w:r>
        <w:t>بسم اللہ الرحمن الرحیم،</w:t>
      </w:r>
    </w:p>
    <w:p>
      <w:r>
        <w:rPr>
          <w:b/>
        </w:rPr>
        <w:t xml:space="preserve">[00:17] </w:t>
      </w:r>
      <w:r>
        <w:t>wasallallahu ala nabiyyil karim. rab ishrah li sadri, wa yassir li amri, wahlul uqdatan min lisani, yafqahu qawli.</w:t>
      </w:r>
    </w:p>
    <w:p>
      <w:pPr>
        <w:jc w:val="right"/>
      </w:pPr>
      <w:r>
        <w:t>وصلی اللہ علی نبی الکریم۔ رب اشرح لی صدری، ویسر لی امری، واحل العقدۃ من لسانی، یفقہ قولی۔</w:t>
      </w:r>
    </w:p>
    <w:p>
      <w:r>
        <w:rPr>
          <w:b/>
        </w:rPr>
        <w:t xml:space="preserve">[00:36] </w:t>
      </w:r>
      <w:r>
        <w:t>3 december 2017.</w:t>
      </w:r>
    </w:p>
    <w:p>
      <w:pPr>
        <w:jc w:val="right"/>
      </w:pPr>
      <w:r>
        <w:t>3 دسمبر 2017۔</w:t>
      </w:r>
    </w:p>
    <w:p>
      <w:r>
        <w:rPr>
          <w:b/>
        </w:rPr>
        <w:t xml:space="preserve">[00:44] </w:t>
      </w:r>
      <w:r>
        <w:t>aaj dars e quran mein surah al baqarah ki woh aayatein hain jin mein jannat ka zikr hai.</w:t>
      </w:r>
    </w:p>
    <w:p>
      <w:pPr>
        <w:jc w:val="right"/>
      </w:pPr>
      <w:r>
        <w:t>آج درس قرآن میں سورہ البقرہ کی وہ آیتیں ہیں جن میں جنت کا ذکر ہے۔</w:t>
      </w:r>
    </w:p>
    <w:p>
      <w:r>
        <w:rPr>
          <w:b/>
        </w:rPr>
        <w:t xml:space="preserve">[00:58] </w:t>
      </w:r>
      <w:r>
        <w:t>to pehle aap in aayaton ko aur un ka tarjuma suniye, phir mein kuch inshallah arz karunga.</w:t>
      </w:r>
    </w:p>
    <w:p>
      <w:pPr>
        <w:jc w:val="right"/>
      </w:pPr>
      <w:r>
        <w:t>تو پہلے آپ ان آیتوں کو اور ان کا ترجمہ سنیے، پھر میں کچھ انشاءاللہ عرض کروں گا۔</w:t>
      </w:r>
    </w:p>
    <w:p>
      <w:r>
        <w:rPr>
          <w:b/>
        </w:rPr>
        <w:t xml:space="preserve">[01:08] </w:t>
      </w:r>
      <w:r>
        <w:t>bismillah hir rahman nir rahim.</w:t>
      </w:r>
    </w:p>
    <w:p>
      <w:pPr>
        <w:jc w:val="right"/>
      </w:pPr>
      <w:r>
        <w:t>بسم اللہ الرحمن الرحیم۔</w:t>
      </w:r>
    </w:p>
    <w:p>
      <w:r>
        <w:rPr>
          <w:b/>
        </w:rPr>
        <w:t xml:space="preserve">[01:13] </w:t>
      </w:r>
      <w:r>
        <w:t>wa bashir alladhina amanu wa amilus salihat annahum jannatin tajri min tahtiha al anhar. kullama ruziqu minha min thamaratin rizqan qaloo: "hadha alladhi ruziqna min qablu wa utubu mutashabiha".</w:t>
      </w:r>
    </w:p>
    <w:p>
      <w:pPr>
        <w:jc w:val="right"/>
      </w:pPr>
      <w:r>
        <w:t>وبشر الذین آمنوا وعملوا الصالحات أن لہم جنات تجری من تحتہ الانہار۔ کلما رزقوا منها من ثمرۃ الرزق قالوا: "ھذا الذی رزقنا من قبل واتوبہ متشابہا"۔</w:t>
      </w:r>
    </w:p>
    <w:p>
      <w:r>
        <w:rPr>
          <w:b/>
        </w:rPr>
        <w:t xml:space="preserve">[01:29] </w:t>
      </w:r>
      <w:r>
        <w:t>wa lahum fiha azwajun mutahharatun wa hum fiha khalidun. surah al baqarah, surah number do, ayat number 25.</w:t>
      </w:r>
    </w:p>
    <w:p>
      <w:pPr>
        <w:jc w:val="right"/>
      </w:pPr>
      <w:r>
        <w:t>ولہم فیہا ازواج مطہرۃ وہم فیہا خالدون۔ سورہ البقرہ، سورہ نمبر دو، آیت نمبر 25۔</w:t>
      </w:r>
    </w:p>
    <w:p>
      <w:r>
        <w:rPr>
          <w:b/>
        </w:rPr>
        <w:t xml:space="preserve">[01:42] </w:t>
      </w:r>
      <w:r>
        <w:t>aur khushkhabri de do un logon ko jo imaan laye aur jinhon ne nek kaam kiye, is baat ki ke un ke liye aise bagh honge jin ke neeche nehren jaari hongi.</w:t>
      </w:r>
    </w:p>
    <w:p>
      <w:pPr>
        <w:jc w:val="right"/>
      </w:pPr>
      <w:r>
        <w:t>اور خوشخبری دے دو ان لوگوں کو جو ایمان لائے اور جنہوں نے نیک کام کیے، اس بات کی کہ ان کے لیے ایسے باغ ہوں گے جن کے نیچے نہریں جاری ہوں گی۔</w:t>
      </w:r>
    </w:p>
    <w:p>
      <w:r>
        <w:rPr>
          <w:b/>
        </w:rPr>
        <w:t xml:space="preserve">[01:56] </w:t>
      </w:r>
      <w:r>
        <w:t>jab bhi un ko in baghon mein se koi phal khane ko milega to woh kahenge: "yeh wohi hai jo is se pehle hum ko diya gaya tha".</w:t>
      </w:r>
    </w:p>
    <w:p>
      <w:pPr>
        <w:jc w:val="right"/>
      </w:pPr>
      <w:r>
        <w:t>جب بھی ان کو ان باغوں میں سے کوئی پھل کھانے کو ملے گا تو وہ کہیں گے: "یہ وہی ہے جو اس سے پہلے ہم کو دیا گیا تھا"۔</w:t>
      </w:r>
    </w:p>
    <w:p>
      <w:r>
        <w:rPr>
          <w:b/>
        </w:rPr>
        <w:t xml:space="preserve">[02:06] </w:t>
      </w:r>
      <w:r>
        <w:t>aur milega un ko ek doosre se milta julta, aur un ke liye wahan pakizah jore honge aur woh is mein hamesha rahenge.</w:t>
      </w:r>
    </w:p>
    <w:p>
      <w:pPr>
        <w:jc w:val="right"/>
      </w:pPr>
      <w:r>
        <w:t>اور ملے گا ان کو ایک دوسرے سے ملتا جلتا، اور ان کے لیے وہاں پاکیزہ جوڑے ہوں گے اور وہ اس میں ہمیشہ رہیں گے۔</w:t>
      </w:r>
    </w:p>
    <w:p>
      <w:r>
        <w:rPr>
          <w:b/>
        </w:rPr>
        <w:t xml:space="preserve">[02:19] </w:t>
      </w:r>
      <w:r>
        <w:t>quran ki yeh aayatein is ke shuru mein aayin hain aur hum mein se har ek ne is ko padha hai.</w:t>
      </w:r>
    </w:p>
    <w:p>
      <w:pPr>
        <w:jc w:val="right"/>
      </w:pPr>
      <w:r>
        <w:t>قرآن کی یہ آیتیں اس کے شروع میں آئیں ہیں اور ہم میں سے ہر ایک نے اس کو پڑھا ہے۔</w:t>
      </w:r>
    </w:p>
    <w:p>
      <w:r>
        <w:rPr>
          <w:b/>
        </w:rPr>
        <w:t xml:space="preserve">[02:33] </w:t>
      </w:r>
      <w:r>
        <w:t>shayad koi bhi musalman aisa nahi hoga jis ne quran ke is surah shuru ki aayaton ko na padha ho ya na suna ho.</w:t>
      </w:r>
    </w:p>
    <w:p>
      <w:pPr>
        <w:jc w:val="right"/>
      </w:pPr>
      <w:r>
        <w:t>شاید کوئی بھی مسلمان ایسا نہیں ہوگا جس نے قرآن کے اس سورہ شروع کی آیتوں کو نہ پڑھا ہو یا نہ سنا ہو۔</w:t>
      </w:r>
    </w:p>
    <w:p>
      <w:r>
        <w:rPr>
          <w:b/>
        </w:rPr>
        <w:t xml:space="preserve">[02:46] </w:t>
      </w:r>
      <w:r>
        <w:t>to yeh allah taala ne is ko shuru mein rakha to zaroor is ke andar koi maslehat hogi. maslehat yeh hai ke is ke andar bohat bara khazana hai, jannat ka khazana.</w:t>
      </w:r>
    </w:p>
    <w:p>
      <w:pPr>
        <w:jc w:val="right"/>
      </w:pPr>
      <w:r>
        <w:t>تو یہ اللہ تعالی نے اس کو شروع میں رکھا تو ضرور اس کے اندر کوئی مصلحت ہوگی۔ مصلحت یہ ہے کہ اس کے اندر بہت بڑا خزانہ ہے، جنت کا خزانہ۔</w:t>
      </w:r>
    </w:p>
    <w:p>
      <w:r>
        <w:rPr>
          <w:b/>
        </w:rPr>
        <w:t xml:space="preserve">[03:02] </w:t>
      </w:r>
      <w:r>
        <w:t>is ke andar jannat ka khazana hai.</w:t>
      </w:r>
    </w:p>
    <w:p>
      <w:pPr>
        <w:jc w:val="right"/>
      </w:pPr>
      <w:r>
        <w:t>اس کے اندر جنت کا خزانہ ہے۔</w:t>
      </w:r>
    </w:p>
    <w:p>
      <w:r>
        <w:rPr>
          <w:b/>
        </w:rPr>
        <w:t xml:space="preserve">[03:07] </w:t>
      </w:r>
      <w:r>
        <w:t>is liye aap ko bohat dhyan se in aayaton ko padhna chahiye aur is par sochna chahiye taake is khazane ko aap pa saken.</w:t>
      </w:r>
    </w:p>
    <w:p>
      <w:pPr>
        <w:jc w:val="right"/>
      </w:pPr>
      <w:r>
        <w:t>اس لیے آپ کو بہت دھیان سے ان آیتوں کو پڑھنا چاہیے اور اس پر سوچنا چاہیے تاکہ اس خزانے کو آپ پا سکیں۔</w:t>
      </w:r>
    </w:p>
    <w:p>
      <w:r>
        <w:rPr>
          <w:b/>
        </w:rPr>
        <w:t xml:space="preserve">[03:22] </w:t>
      </w:r>
      <w:r>
        <w:t>dekhen, is mein ajeeb baat yeh kahi gayi hai ke</w:t>
      </w:r>
    </w:p>
    <w:p>
      <w:pPr>
        <w:jc w:val="right"/>
      </w:pPr>
      <w:r>
        <w:t>دیکھیں، اس میں عجیب بات یہ کہی گئی ہے کہ</w:t>
      </w:r>
    </w:p>
    <w:p>
      <w:r>
        <w:rPr>
          <w:b/>
        </w:rPr>
        <w:t xml:space="preserve">[03:30] </w:t>
      </w:r>
      <w:r>
        <w:t>jo log jannat mein dakhil kiye jayenge, wahan unhein un ki wahan ki nematein milengi. to har nemat par woh yeh kahenge: "yeh to humein pehle bhi bilashubah mila tha".</w:t>
      </w:r>
    </w:p>
    <w:p>
      <w:pPr>
        <w:jc w:val="right"/>
      </w:pPr>
      <w:r>
        <w:t>جو لوگ جنت میں داخل کیے جائیں گے، وہاں انہیں ان کی وہاں کی نعمتیں ملیں گی۔ تو ہر نعمت پر وہ یہ کہیں گے: "یہ تو ہمیں پہلے بھی بلاشبہ ملا تھا"۔</w:t>
      </w:r>
    </w:p>
    <w:p>
      <w:r>
        <w:rPr>
          <w:b/>
        </w:rPr>
        <w:t xml:space="preserve">[03:48] </w:t>
      </w:r>
      <w:r>
        <w:t>yani yeh nemat hum ko dunya mein mil chuki thi. is par mein aaj se bohat dinon se sochta raha hoon ke dunya mein mili hui jannat hi hogi jannat ki nemat.</w:t>
      </w:r>
    </w:p>
    <w:p>
      <w:pPr>
        <w:jc w:val="right"/>
      </w:pPr>
      <w:r>
        <w:t>یعنی یہ نعمت ہم کو دنیا میں مل چکی تھی۔ اس پر میں آج سے بہت دنوں سے سوچتا رہا ہوں کہ دنیا میں ملی ہوئی جنت ہی ہوگی جنت کی نعمت۔</w:t>
      </w:r>
    </w:p>
    <w:p>
      <w:r>
        <w:rPr>
          <w:b/>
        </w:rPr>
        <w:t xml:space="preserve">[04:02] </w:t>
      </w:r>
      <w:r>
        <w:t>yeh kya kya matlab hai is ka? is ka kya matlab hai? to ek hadith mein is ka matlab, ek hadith par ghor karne se is ka matlab samajh mein aata hai.</w:t>
      </w:r>
    </w:p>
    <w:p>
      <w:pPr>
        <w:jc w:val="right"/>
      </w:pPr>
      <w:r>
        <w:t>یہ کیا کیا مطلب ہے اس کا؟ اس کا کیا مطلب ہے؟ تو ایک حدیث میں اس کا مطلب، ایک حدیث پر غور کرنے سے اس کا مطلب سمجھ میں آتا ہے۔</w:t>
      </w:r>
    </w:p>
    <w:p>
      <w:r>
        <w:rPr>
          <w:b/>
        </w:rPr>
        <w:t xml:space="preserve">[04:17] </w:t>
      </w:r>
      <w:r>
        <w:t>hadith behtareen sharah hai quran ki. ek lambi hadith hai, is ka ek tukra yeh hai:</w:t>
      </w:r>
    </w:p>
    <w:p>
      <w:pPr>
        <w:jc w:val="right"/>
      </w:pPr>
      <w:r>
        <w:t>حدیث بہترین شرح ہے قرآن کی۔ ایک لمبی حدیث ہے، اس کا ایک ٹکڑا یہ ہے:</w:t>
      </w:r>
    </w:p>
    <w:p>
      <w:r>
        <w:rPr>
          <w:b/>
        </w:rPr>
        <w:t xml:space="preserve">[04:28] </w:t>
      </w:r>
      <w:r>
        <w:t>"inma inma hi aamaalukum turadu alaikum".</w:t>
      </w:r>
    </w:p>
    <w:p>
      <w:pPr>
        <w:jc w:val="right"/>
      </w:pPr>
      <w:r>
        <w:t>"إنما إنما هي أعمالكم ترد علیکم"۔</w:t>
      </w:r>
    </w:p>
    <w:p>
      <w:r>
        <w:rPr>
          <w:b/>
        </w:rPr>
        <w:t xml:space="preserve">[04:36] </w:t>
      </w:r>
      <w:r>
        <w:t>inma hi aamaalukum turadu alaikum. yeh tumhare hi aamaal hain jo tum ko akhirat mein wapas kiye jayenge.</w:t>
      </w:r>
    </w:p>
    <w:p>
      <w:pPr>
        <w:jc w:val="right"/>
      </w:pPr>
      <w:r>
        <w:t>إنما هي أعمالكم ترد علیکم۔ یہ تمہارے ہی اعمال ہیں جو تم کو آخرت میں واپس کیے جائیں گے۔</w:t>
      </w:r>
    </w:p>
    <w:p>
      <w:r>
        <w:rPr>
          <w:b/>
        </w:rPr>
        <w:t xml:space="preserve">[04:48] </w:t>
      </w:r>
      <w:r>
        <w:t>bohat ajeeb o ghareeb yeh hadith hai: "inma hi aamaalukum turadu alaikum". yani: "It is your own deed that is being returned to you".</w:t>
      </w:r>
    </w:p>
    <w:p>
      <w:pPr>
        <w:jc w:val="right"/>
      </w:pPr>
      <w:r>
        <w:t>بہت عجیب و غریب یہ حدیث ہے: "إنما هي أعمالكم ترد علیکم"۔ یعنی: "It is your own deed that is being returned to you"۔</w:t>
      </w:r>
    </w:p>
    <w:p>
      <w:r>
        <w:rPr>
          <w:b/>
        </w:rPr>
        <w:t xml:space="preserve">[05:07] </w:t>
      </w:r>
      <w:r>
        <w:t>yeh tumhare hi aamaal hain jo tum ko akhirat mein tumhari taraf lotaye jayenge.</w:t>
      </w:r>
    </w:p>
    <w:p>
      <w:pPr>
        <w:jc w:val="right"/>
      </w:pPr>
      <w:r>
        <w:t>یہ تمہارے ہی اعمال ہیں جو تم کو آخرت میں تمہاری طرف لوٹائے جائیں گے۔</w:t>
      </w:r>
    </w:p>
    <w:p>
      <w:r>
        <w:rPr>
          <w:b/>
        </w:rPr>
        <w:t xml:space="preserve">[05:18] </w:t>
      </w:r>
      <w:r>
        <w:t>"It is your own deed that is being returned to you". to dekhiye, is par ghor karte karte yeh baat samajh aayi ke aap ka jo response hai, is dunya mein tarah tarah ke tajrube hote hain.</w:t>
      </w:r>
    </w:p>
    <w:p>
      <w:pPr>
        <w:jc w:val="right"/>
      </w:pPr>
      <w:r>
        <w:t>"It is your own deed that is being returned to you"۔ تو دیکھیے، اس پر غور کرتے کرتے یہ بات سمجھ آئی کہ آپ کا جو رسپانس ہے، اس دنیا میں طرح طرح کے تجربے ہوتے ہیں۔</w:t>
      </w:r>
    </w:p>
    <w:p>
      <w:r>
        <w:rPr>
          <w:b/>
        </w:rPr>
        <w:t xml:space="preserve">[05:39] </w:t>
      </w:r>
      <w:r>
        <w:t>is is mein jo response aap dete hain, wahi aap ka amal hota hai. amal koi kamyabi cheez nahi hai ke rakha to woh dher aap ke paas hon, bohat sare hajj kar dale hon aap ne,</w:t>
      </w:r>
    </w:p>
    <w:p>
      <w:pPr>
        <w:jc w:val="right"/>
      </w:pPr>
      <w:r>
        <w:t>اس اس میں جو رسپانس آپ دیتے ہیں، وہی آپ کا عمل ہوتا ہے۔ عمل کوئی کامیابی چیز نہیں ہے کہ رکھا تو وہ ڈھیر آپ کے پاس ہوں، بہت سارے حج کر ڈالے ہوں آپ نے،</w:t>
      </w:r>
    </w:p>
    <w:p>
      <w:r>
        <w:rPr>
          <w:b/>
        </w:rPr>
        <w:t xml:space="preserve">[05:56] </w:t>
      </w:r>
      <w:r>
        <w:t>bohat sare umrah kar dale hon. to yeh amal hai, harghiz nahi, harghiz nahi, harghiz nahi.</w:t>
      </w:r>
    </w:p>
    <w:p>
      <w:pPr>
        <w:jc w:val="right"/>
      </w:pPr>
      <w:r>
        <w:t>بہت سارے عمرہ کر ڈالے ہوں۔ تو یہ عمل ہے، ہرگز نہیں، ہرگز نہیں، ہرگز نہیں۔</w:t>
      </w:r>
    </w:p>
    <w:p>
      <w:r>
        <w:rPr>
          <w:b/>
        </w:rPr>
        <w:t xml:space="preserve">[06:05] </w:t>
      </w:r>
      <w:r>
        <w:t>aap ka jo response hai kisi maamle mein, woh aap ka amal hai. hatta ke aap hajj ke liye jayen, umrah ke liye jayen, aur aap ne koi response na diya ho, koi valuable response,</w:t>
      </w:r>
    </w:p>
    <w:p>
      <w:pPr>
        <w:jc w:val="right"/>
      </w:pPr>
      <w:r>
        <w:t>آپ کا جو رسپانس ہے کسی معاملے میں، وہ آپ کا عمل ہے۔ حتیٰ کہ آپ حج کے لیے جائیں، عمرہ کے لیے جائیں، اور آپ نے کوئی رسپانس نہ دیا ہو، کوئی ویلیو ایبل رسپانس،</w:t>
      </w:r>
    </w:p>
    <w:p>
      <w:r>
        <w:rPr>
          <w:b/>
        </w:rPr>
        <w:t xml:space="preserve">[06:23] </w:t>
      </w:r>
      <w:r>
        <w:t>koi valuable response na diya ho, to use na hajj ki koi value hai, na umrah ki koi value hai. umrah yaad value samajh lijiye ke aap ke response ki hai,</w:t>
      </w:r>
    </w:p>
    <w:p>
      <w:pPr>
        <w:jc w:val="right"/>
      </w:pPr>
      <w:r>
        <w:t>کوئی ویلیو ایبل رسپانس نہ دیا ہو، تو اسے نہ حج کی کوئی ویلیو ہے، نہ عمرہ کی کوئی ویلیو ہے۔ عمرہ یاد ویلیو سمجھ لیجئے کہ آپ کے رسپانس کی ہے،</w:t>
      </w:r>
    </w:p>
    <w:p>
      <w:r>
        <w:rPr>
          <w:b/>
        </w:rPr>
        <w:t xml:space="preserve">[06:39] </w:t>
      </w:r>
      <w:r>
        <w:t>na ke shakal ke aitbar se jis ko hum kehte hain umrah, hajj. is ki</w:t>
      </w:r>
    </w:p>
    <w:p>
      <w:pPr>
        <w:jc w:val="right"/>
      </w:pPr>
      <w:r>
        <w:t>نہ کہ شکل کے اعتبار سے جس کو ہم کہتے ہیں عمرہ، حج۔ اس کی</w:t>
      </w:r>
    </w:p>
    <w:p>
      <w:r>
        <w:rPr>
          <w:b/>
        </w:rPr>
        <w:t xml:space="preserve">[06:49] </w:t>
      </w:r>
      <w:r>
        <w:t>to response kya cheez hai? mein aap ko aaj ki ek misaal deta hoon. response: abhi jab mein yahan aaya to ek sahab ke bare mein yeh khushkhabri mili ke un ke haan beta paida hua hai.</w:t>
      </w:r>
    </w:p>
    <w:p>
      <w:pPr>
        <w:jc w:val="right"/>
      </w:pPr>
      <w:r>
        <w:t>تو رسپانس کیا چیز ہے؟ میں آپ کو آج کی ایک مثال دیتا ہوں۔ رسپانس: ابھی جب میں یہاں آیا تو ایک صاحب کے بارے میں یہ خوشخبری ملی کہ ان کے ہاں بیٹا پیدا ہوا ہے۔</w:t>
      </w:r>
    </w:p>
    <w:p>
      <w:r>
        <w:rPr>
          <w:b/>
        </w:rPr>
        <w:t xml:space="preserve">[07:13] </w:t>
      </w:r>
      <w:r>
        <w:t>beta paida hua. ittefaq se mere paas ek aur sahab khade hue the jin ke haan beti paida ho chuki thi. pehle to mere zuban se nikla un se jo jin ke haan beti paida hui hai.</w:t>
      </w:r>
    </w:p>
    <w:p>
      <w:pPr>
        <w:jc w:val="right"/>
      </w:pPr>
      <w:r>
        <w:t>بیٹا پیدا ہوا۔ اتفاق سے میرے پاس ایک اور صاحب کھڑے ہوئے تھے جن کے ہاں بیٹی پیدا ہو چکی تھی۔ پہلے تو میرے زبان سے نکلا ان سے جو جن کے ہاں بیٹی پیدا ہوئی ہے۔</w:t>
      </w:r>
    </w:p>
    <w:p>
      <w:r>
        <w:rPr>
          <w:b/>
        </w:rPr>
        <w:t xml:space="preserve">[07:31] </w:t>
      </w:r>
      <w:r>
        <w:t>mein ne kaha ke log shukr karte hain bete ke paida hone par. ab shukr kijiye beti ke paida hone par.</w:t>
      </w:r>
    </w:p>
    <w:p>
      <w:pPr>
        <w:jc w:val="right"/>
      </w:pPr>
      <w:r>
        <w:t>میں نے کہا کہ لوگ شکر کرتے ہیں بیٹے کے پیدا ہونے پر۔ اب شکر کیجئے بیٹی کے پیدا ہونے پر۔</w:t>
      </w:r>
    </w:p>
    <w:p>
      <w:r>
        <w:rPr>
          <w:b/>
        </w:rPr>
        <w:t xml:space="preserve">[07:41] </w:t>
      </w:r>
      <w:r>
        <w:t>phir mein ne kaha ke is shukr, shukr kiya cheez hai? shukr hai acknowledge karna. shukr koi yeh nahi ke Alhamdulillah kehna, acknowledge karna,</w:t>
      </w:r>
    </w:p>
    <w:p>
      <w:pPr>
        <w:jc w:val="right"/>
      </w:pPr>
      <w:r>
        <w:t>پھر میں نے کہا کہ اس شکر، شکر کیا چیز ہے؟ شکر ہے اکنالج کرنا۔ شکر کوئی یہ نہیں کہ الحمدللہ کہنا، اکنالج کرنا،</w:t>
      </w:r>
    </w:p>
    <w:p>
      <w:r>
        <w:rPr>
          <w:b/>
        </w:rPr>
        <w:t xml:space="preserve">[07:57] </w:t>
      </w:r>
      <w:r>
        <w:t>positive response dena. to mein ne kaha ke beti par shukr karna kiya hai?</w:t>
      </w:r>
    </w:p>
    <w:p>
      <w:pPr>
        <w:jc w:val="right"/>
      </w:pPr>
      <w:r>
        <w:t>پازیٹیو رسپانس دینا۔ تو میں نے کہا کہ بیٹی پر شکر کرنا کیا ہے؟</w:t>
      </w:r>
    </w:p>
    <w:p>
      <w:r>
        <w:rPr>
          <w:b/>
        </w:rPr>
        <w:t xml:space="preserve">[08:09] </w:t>
      </w:r>
      <w:r>
        <w:t>woh yeh hai ke aap ka aap ke dil mein yeh ehsaas paida ho, yeh ehsaas ke log Allah ka shukr karte hain.</w:t>
      </w:r>
    </w:p>
    <w:p>
      <w:pPr>
        <w:jc w:val="right"/>
      </w:pPr>
      <w:r>
        <w:t>وہ یہ ہے کہ آپ کا آپ کے دل میں یہ احساس پیدا ہو، یہ احساس کہ لوگ اللہ کا شکر کرتے ہیں۔</w:t>
      </w:r>
    </w:p>
    <w:p>
      <w:r>
        <w:rPr>
          <w:b/>
        </w:rPr>
        <w:t xml:space="preserve">[08:27] </w:t>
      </w:r>
      <w:r>
        <w:t>beta par, ab mein beti par mili hai to isi par karunga. to dekhiye, Allah taala ki jo anjuman hoti hai, us mein farishte hote hain, farishte, angels.</w:t>
      </w:r>
    </w:p>
    <w:p>
      <w:pPr>
        <w:jc w:val="right"/>
      </w:pPr>
      <w:r>
        <w:t>بیٹا پر، اب میں بیٹی پر ملی ہے تو اسی پر کروں گا۔ تو دیکھیے، اللہ تعالی کی جو انجمن ہوتی ہے، اس میں فرشتے ہوتے ہیں، فرشتے، اینجلز۔</w:t>
      </w:r>
    </w:p>
    <w:p>
      <w:r>
        <w:rPr>
          <w:b/>
        </w:rPr>
        <w:t xml:space="preserve">[08:44] </w:t>
      </w:r>
      <w:r>
        <w:t>to Allah taala apne farishton se kahega ke dekho, is bande ko log apne maange, woh jo maangte hain, woh jab un ko diya jaye to us par shukr karna jaante hain.</w:t>
      </w:r>
    </w:p>
    <w:p>
      <w:pPr>
        <w:jc w:val="right"/>
      </w:pPr>
      <w:r>
        <w:t>تو اللہ تعالی اپنے فرشتوں سے کہے گا کہ دیکھو، اس بندے کو لوگ اپنے مانگے، وہ جو مانگتے ہیں، وہ جب ان کو دیا جائے تو اس پر شکر کرنا جانتے ہیں۔</w:t>
      </w:r>
    </w:p>
    <w:p>
      <w:r>
        <w:rPr>
          <w:b/>
        </w:rPr>
        <w:t xml:space="preserve">[09:03] </w:t>
      </w:r>
      <w:r>
        <w:t>apne apne maange hue par shukr. yeh is bande ko zara dekho,</w:t>
      </w:r>
    </w:p>
    <w:p>
      <w:pPr>
        <w:jc w:val="right"/>
      </w:pPr>
      <w:r>
        <w:t>اپنے اپنے مانگے ہوئے پر شکر۔ یہ اس بندے کو ذرا دیکھو،</w:t>
      </w:r>
    </w:p>
    <w:p>
      <w:r>
        <w:rPr>
          <w:b/>
        </w:rPr>
        <w:t xml:space="preserve">[09:11] </w:t>
      </w:r>
      <w:r>
        <w:t>us ko jo diya gaya hai, us par shukr kar raha hai. yeh is ne kiya maanga, yeh nahi. to log shukr karna jaante hain apne maange hue par.</w:t>
      </w:r>
    </w:p>
    <w:p>
      <w:pPr>
        <w:jc w:val="right"/>
      </w:pPr>
      <w:r>
        <w:t>اس کو جو دیا گیا ہے، اس پر شکر کر رہا ہے۔ یہ اس نے کیا مانگا، یہ نہیں۔ تو لوگ شکر کرنا جانتے ہیں اپنے مانگے ہوئے پر۔</w:t>
      </w:r>
    </w:p>
    <w:p>
      <w:r>
        <w:rPr>
          <w:b/>
        </w:rPr>
        <w:t xml:space="preserve">[09:23] </w:t>
      </w:r>
      <w:r>
        <w:t>yeh banda shukr kar raha hai jo us ko diya gaya hai.</w:t>
      </w:r>
    </w:p>
    <w:p>
      <w:pPr>
        <w:jc w:val="right"/>
      </w:pPr>
      <w:r>
        <w:t>یہ بندہ شکر کر رہا ہے جو اس کو دیا گیا ہے۔</w:t>
      </w:r>
    </w:p>
    <w:p>
      <w:r>
        <w:rPr>
          <w:b/>
        </w:rPr>
        <w:t xml:space="preserve">[09:31] </w:t>
      </w:r>
      <w:r>
        <w:t>to Khuda kahega angels se ke is ko double to double. is bande ko kyunke is ne diye hue par shukr kiya, jabke log maange hue par shukr karna jaante hain.</w:t>
      </w:r>
    </w:p>
    <w:p>
      <w:pPr>
        <w:jc w:val="right"/>
      </w:pPr>
      <w:r>
        <w:t>تو خدا کہے گا اینجلز سے کہ اس کو ڈبل تو ڈبل۔ اس بندے کو کیونکہ اس نے دیے ہوئے پر شکر کیا، جبکہ لوگ مانگے ہوئے پر شکر کرنا جانتے ہیں۔</w:t>
      </w:r>
    </w:p>
    <w:p>
      <w:r>
        <w:rPr>
          <w:b/>
        </w:rPr>
        <w:t xml:space="preserve">[09:48] </w:t>
      </w:r>
      <w:r>
        <w:t>dekhiye, yeh hai creative shukr, creative response, creative acknowledgement.</w:t>
      </w:r>
    </w:p>
    <w:p>
      <w:pPr>
        <w:jc w:val="right"/>
      </w:pPr>
      <w:r>
        <w:t>دیکھیے، یہ ہے کریٹیو شکر، کریٹیو رسپانس، کریٹیو اکنالجمنٹ۔</w:t>
      </w:r>
    </w:p>
    <w:p>
      <w:r>
        <w:rPr>
          <w:b/>
        </w:rPr>
        <w:t xml:space="preserve">[10:04] </w:t>
      </w:r>
      <w:r>
        <w:t>to ek aam qism ka shukr hota hai. kuch yaad kar liya alfaaz aap ne, woh yaad kar ke in alfaaz ko aap dehra rahe hain. ek yeh hai ke aap create kiya, aap ne, aap ne phir se socha,</w:t>
      </w:r>
    </w:p>
    <w:p>
      <w:pPr>
        <w:jc w:val="right"/>
      </w:pPr>
      <w:r>
        <w:t>تو ایک عام قسم کا شکر ہوتا ہے۔ کچھ یاد کر لیا الفاظ آپ نے، وہ یاد کر کے ان الفاظ کو آپ دہرا رہے ہیں۔ ایک یہ ہے کہ آپ کریٹ کیا، آپ نے، آپ نے پھر سے سوچا،</w:t>
      </w:r>
    </w:p>
    <w:p>
      <w:r>
        <w:rPr>
          <w:b/>
        </w:rPr>
        <w:t xml:space="preserve">[10:17] </w:t>
      </w:r>
      <w:r>
        <w:t>phir se aap ka mind active hua, phir se aap ne item daryaft kiye, phir se aap ne naya response diya.</w:t>
      </w:r>
    </w:p>
    <w:p>
      <w:pPr>
        <w:jc w:val="right"/>
      </w:pPr>
      <w:r>
        <w:t>پھر سے آپ کا مائنڈ ایکٹیو ہوا، پھر سے آپ نے آئٹم دریافت کیے، پھر سے آپ نے نیا رسپانس دیا۔</w:t>
      </w:r>
    </w:p>
    <w:p>
      <w:r>
        <w:rPr>
          <w:b/>
        </w:rPr>
        <w:t xml:space="preserve">[10:27] </w:t>
      </w:r>
      <w:r>
        <w:t>to dekhiye, aap chahte hain agar Allah ka bara inaam milna to aap ko creative shukr seekhna chahiye.</w:t>
      </w:r>
    </w:p>
    <w:p>
      <w:pPr>
        <w:jc w:val="right"/>
      </w:pPr>
      <w:r>
        <w:t>تو دیکھیے، آپ چاہتے ہیں اگر اللہ کا بڑا انعام ملنا تو آپ کو کریٹیو شکر سیکھنا چاہیے۔</w:t>
      </w:r>
    </w:p>
    <w:p>
      <w:r>
        <w:rPr>
          <w:b/>
        </w:rPr>
        <w:t xml:space="preserve">[10:40] </w:t>
      </w:r>
      <w:r>
        <w:t>creative shukr seekhna chahiye. yaani aap ko khud create karna padega shukr ke item, positive response ke item.</w:t>
      </w:r>
    </w:p>
    <w:p>
      <w:pPr>
        <w:jc w:val="right"/>
      </w:pPr>
      <w:r>
        <w:t>کریٹیو شکر سیکھنا چاہیے۔ یعنی آپ کو خود کریٹ کرنا پڑے گا شکر کے آئٹم، پازیٹیو رسپانس کے آئٹم۔</w:t>
      </w:r>
    </w:p>
    <w:p>
      <w:r>
        <w:rPr>
          <w:b/>
        </w:rPr>
        <w:t xml:space="preserve">[10:50] </w:t>
      </w:r>
      <w:r>
        <w:t>tab aap ko bare bare inaamaat milenge.</w:t>
      </w:r>
    </w:p>
    <w:p>
      <w:pPr>
        <w:jc w:val="right"/>
      </w:pPr>
      <w:r>
        <w:t>تب آپ کو بڑے بڑے انعامات ملیں گے۔</w:t>
      </w:r>
    </w:p>
    <w:p>
      <w:r>
        <w:rPr>
          <w:b/>
        </w:rPr>
        <w:t xml:space="preserve">[10:56] </w:t>
      </w:r>
      <w:r>
        <w:t>to yeh jo hai ke "inna ma hi a'maalukum turadu 'alaikum". tumhare hi a'maal tumhare to lotaye jayenge.</w:t>
      </w:r>
    </w:p>
    <w:p>
      <w:pPr>
        <w:jc w:val="right"/>
      </w:pPr>
      <w:r>
        <w:t>تو یہ جو ہے کہ "إنما هي أعمالكم ترد علیکم"۔ تمہارے ہی اعمال تمہارے تو لوٹائے جائیں گے۔</w:t>
      </w:r>
    </w:p>
    <w:p>
      <w:r>
        <w:rPr>
          <w:b/>
        </w:rPr>
        <w:t xml:space="preserve">[11:07] </w:t>
      </w:r>
      <w:r>
        <w:t>is par mein ne ghaur kiya to mujhe samajh aya ke aap ke har amal mein ek content hota hai ma'rifat ka.</w:t>
      </w:r>
    </w:p>
    <w:p>
      <w:pPr>
        <w:jc w:val="right"/>
      </w:pPr>
      <w:r>
        <w:t>اس پر میں نے غور کیا تو مجھے سمجھ آیا کہ آپ کے ہر عمل میں ایک کنٹینٹ ہوتا ہے معرفت کا۔</w:t>
      </w:r>
    </w:p>
    <w:p>
      <w:r>
        <w:rPr>
          <w:b/>
        </w:rPr>
        <w:t xml:space="preserve">[11:21] </w:t>
      </w:r>
      <w:r>
        <w:t>har amal ek amal hai, maadi surat ek is ki ek hai.</w:t>
      </w:r>
    </w:p>
    <w:p>
      <w:pPr>
        <w:jc w:val="right"/>
      </w:pPr>
      <w:r>
        <w:t>ہر عمل ایک عمل ہے، مادی صورت ایک اس کی ایک ہے۔</w:t>
      </w:r>
    </w:p>
    <w:p>
      <w:r>
        <w:rPr>
          <w:b/>
        </w:rPr>
        <w:t xml:space="preserve">[11:29] </w:t>
      </w:r>
      <w:r>
        <w:t>har cheez jo milti hai aap ko, woh ek maadi cheez hai jo mili aap ko. lekin har waqe' mein ek ek content hai ma'rifat ka.</w:t>
      </w:r>
    </w:p>
    <w:p>
      <w:pPr>
        <w:jc w:val="right"/>
      </w:pPr>
      <w:r>
        <w:t>ہر چیز جو ملتی ہے آپ کو، وہ ایک مادی چیز ہے جو ملی آپ کو۔ لیکن ہر واقعے میں ایک ایک کنٹینٹ ہے معرفت کا۔</w:t>
      </w:r>
    </w:p>
    <w:p>
      <w:r>
        <w:rPr>
          <w:b/>
        </w:rPr>
        <w:t xml:space="preserve">[11:45] </w:t>
      </w:r>
      <w:r>
        <w:t>ma'rifat ka content,</w:t>
      </w:r>
    </w:p>
    <w:p>
      <w:pPr>
        <w:jc w:val="right"/>
      </w:pPr>
      <w:r>
        <w:t>معرفت کا کنٹینٹ،</w:t>
      </w:r>
    </w:p>
    <w:p>
      <w:r>
        <w:rPr>
          <w:b/>
        </w:rPr>
        <w:t xml:space="preserve">[11:50] </w:t>
      </w:r>
      <w:r>
        <w:t>woh ma'rifat ka jo content hai, wohi materialize ho kar ke jannat ban jayega. sab se bari cheez, sab se bara amal ma'rifat hai.</w:t>
      </w:r>
    </w:p>
    <w:p>
      <w:pPr>
        <w:jc w:val="right"/>
      </w:pPr>
      <w:r>
        <w:t>وہ معرفت کا جو کنٹینٹ ہے، وہی مٹیریلائز ہو کر کے جنت بن جائے گا۔ سب سے بڑی چیز، سب سے بڑا عمل معرفت ہے۔</w:t>
      </w:r>
    </w:p>
    <w:p>
      <w:r>
        <w:rPr>
          <w:b/>
        </w:rPr>
        <w:t xml:space="preserve">[12:03] </w:t>
      </w:r>
      <w:r>
        <w:t>yaani Allah ki daryaft.</w:t>
      </w:r>
    </w:p>
    <w:p>
      <w:pPr>
        <w:jc w:val="right"/>
      </w:pPr>
      <w:r>
        <w:t>یعنی اللہ کی دریافت۔</w:t>
      </w:r>
    </w:p>
    <w:p>
      <w:r>
        <w:rPr>
          <w:b/>
        </w:rPr>
        <w:t xml:space="preserve">[12:08] </w:t>
      </w:r>
      <w:r>
        <w:t>Allah ki daryaft.</w:t>
      </w:r>
    </w:p>
    <w:p>
      <w:pPr>
        <w:jc w:val="right"/>
      </w:pPr>
      <w:r>
        <w:t>اللہ کی دریافت۔</w:t>
      </w:r>
    </w:p>
    <w:p>
      <w:r>
        <w:rPr>
          <w:b/>
        </w:rPr>
        <w:t xml:space="preserve">[12:12] </w:t>
      </w:r>
      <w:r>
        <w:t>misalan aap yeh daryaft karein isi ayat mein jo ayat padhi gayi aap ke samne ke "nahnu feeha khalidoon".</w:t>
      </w:r>
    </w:p>
    <w:p>
      <w:pPr>
        <w:jc w:val="right"/>
      </w:pPr>
      <w:r>
        <w:t>مثلاً آپ یہ دریافت کریں اسی آیت میں جو آیت پڑھی گئی آپ کے سامنے کہ "ہم فیہا خالدون"۔</w:t>
      </w:r>
    </w:p>
    <w:p>
      <w:r>
        <w:rPr>
          <w:b/>
        </w:rPr>
        <w:t xml:space="preserve">[12:23] </w:t>
      </w:r>
      <w:r>
        <w:t>woh rahenge hamesha jannat mein. aap sochiye ke eternal jannat, abadi jannat, hamesha ki jannat kaisi ajeeb cheez hai.</w:t>
      </w:r>
    </w:p>
    <w:p>
      <w:pPr>
        <w:jc w:val="right"/>
      </w:pPr>
      <w:r>
        <w:t>وہ رہیں گے ہمیشہ جنت میں۔ آپ سوچیے کہ ایٹرنل جنت، ابدی جنت، ہمیشہ کی جنت کیسی عجیب چیز ہے۔</w:t>
      </w:r>
    </w:p>
    <w:p>
      <w:r>
        <w:rPr>
          <w:b/>
        </w:rPr>
        <w:t xml:space="preserve">[12:37] </w:t>
      </w:r>
      <w:r>
        <w:t>ae jannat! kabhi jo kabhi khatm na ho,</w:t>
      </w:r>
    </w:p>
    <w:p>
      <w:pPr>
        <w:jc w:val="right"/>
      </w:pPr>
      <w:r>
        <w:t>اے جنت! کبھی جو کبھی ختم نہ ہو،</w:t>
      </w:r>
    </w:p>
    <w:p>
      <w:r>
        <w:rPr>
          <w:b/>
        </w:rPr>
        <w:t xml:space="preserve">[12:42] </w:t>
      </w:r>
      <w:r>
        <w:t>itna zyada thrill aayega, itna thrill aayega aap ko ke aap ke paas alfaaz nahi aayenge is ko bayan karne ke liye.</w:t>
      </w:r>
    </w:p>
    <w:p>
      <w:pPr>
        <w:jc w:val="right"/>
      </w:pPr>
      <w:r>
        <w:t>اتنا زیادہ تھرل آئے گا، اتنا تھرل آئے گا آپ کو کہ آپ کے پاس الفاظ نہیں آئیں گے اس کو بیان کرنے کے لیے۔</w:t>
      </w:r>
    </w:p>
    <w:p>
      <w:r>
        <w:rPr>
          <w:b/>
        </w:rPr>
        <w:t xml:space="preserve">[12:53] </w:t>
      </w:r>
      <w:r>
        <w:t>hamesha</w:t>
      </w:r>
    </w:p>
    <w:p>
      <w:pPr>
        <w:jc w:val="right"/>
      </w:pPr>
      <w:r>
        <w:t>ہمیشہ</w:t>
      </w:r>
    </w:p>
    <w:p>
      <w:r>
        <w:rPr>
          <w:b/>
        </w:rPr>
        <w:t xml:space="preserve">[12:57] </w:t>
      </w:r>
      <w:r>
        <w:t>jis ki nematein kabhi khatm na hon, jis ka pleasure kabhi khatm na ho, jis ki khushi kabhi khatm na ho,</w:t>
      </w:r>
    </w:p>
    <w:p>
      <w:pPr>
        <w:jc w:val="right"/>
      </w:pPr>
      <w:r>
        <w:t>جس کی نعمتیں کبھی ختم نہ ہوں، جس کا پلیژر کبھی ختم نہ ہو، جس کی خوشی کبھی ختم نہ ہو،</w:t>
      </w:r>
    </w:p>
    <w:p>
      <w:r>
        <w:rPr>
          <w:b/>
        </w:rPr>
        <w:t xml:space="preserve">[13:07] </w:t>
      </w:r>
      <w:r>
        <w:t>toh kaisi ajeeb cheez hai woh.</w:t>
      </w:r>
    </w:p>
    <w:p>
      <w:pPr>
        <w:jc w:val="right"/>
      </w:pPr>
      <w:r>
        <w:t>تو کیسی عجیب چیز ہے وہ۔</w:t>
      </w:r>
    </w:p>
    <w:p>
      <w:r>
        <w:rPr>
          <w:b/>
        </w:rPr>
        <w:t xml:space="preserve">[13:13] </w:t>
      </w:r>
      <w:r>
        <w:t>jab is tareeqe se aap ka dil soch ubharegi, tab aap is is art ko jaanenge ke jo yaani creative shukr niklta hai, jis jis mind se, woh mind aap paida karenge apne andar.</w:t>
      </w:r>
    </w:p>
    <w:p>
      <w:pPr>
        <w:jc w:val="right"/>
      </w:pPr>
      <w:r>
        <w:t>جب اس طریقے سے آپ کا دل سوچ ابھرے گی، تب آپ اس اس آرٹ کو جانیں گے کہ جو یعنی کریٹیو شکر نکلتا ہے، جس جس مائنڈ سے، وہ مائنڈ آپ پیدا کریں گے اپنے اندر۔</w:t>
      </w:r>
    </w:p>
    <w:p>
      <w:r>
        <w:rPr>
          <w:b/>
        </w:rPr>
        <w:t xml:space="preserve">[13:33] </w:t>
      </w:r>
      <w:r>
        <w:t>creative shukr ada karne wala mind.</w:t>
      </w:r>
    </w:p>
    <w:p>
      <w:pPr>
        <w:jc w:val="right"/>
      </w:pPr>
      <w:r>
        <w:t>کریٹیو شکر ادا کرنے والا مائنڈ۔</w:t>
      </w:r>
    </w:p>
    <w:p>
      <w:r>
        <w:rPr>
          <w:b/>
        </w:rPr>
        <w:t xml:space="preserve">[13:39] </w:t>
      </w:r>
      <w:r>
        <w:t>misalan dekhiye, creative shukr ki ek misal lijiye. is mauzu par aap soch rahe hain, soch rahe hain, soch rahe hain.</w:t>
      </w:r>
    </w:p>
    <w:p>
      <w:pPr>
        <w:jc w:val="right"/>
      </w:pPr>
      <w:r>
        <w:t>مثلاً دیکھیے، کریٹیو شکر کی ایک مثال لیجئے۔ اس موضوع پر آپ سوچ رہے ہیں، سوچ رہے ہیں، سوچ رہے ہیں۔</w:t>
      </w:r>
    </w:p>
    <w:p>
      <w:r>
        <w:rPr>
          <w:b/>
        </w:rPr>
        <w:t xml:space="preserve">[13:51] </w:t>
      </w:r>
      <w:r>
        <w:t>aap ke samne ek waqea hua, aap ne ek car dekhi, aap ne ek naya ghar dekha, jise abhi yahan par ghar tod tod ban rahe hain.</w:t>
      </w:r>
    </w:p>
    <w:p>
      <w:pPr>
        <w:jc w:val="right"/>
      </w:pPr>
      <w:r>
        <w:t>آپ کے سامنے ایک واقعہ ہوا، آپ نے ایک کار دیکھی، آپ نے ایک نیا گھر دیکھا، جسے ابھی یہاں پر گھر توڑ توڑ بن رہے ہیں۔</w:t>
      </w:r>
    </w:p>
    <w:p>
      <w:r>
        <w:rPr>
          <w:b/>
        </w:rPr>
        <w:t xml:space="preserve">[14:01] </w:t>
      </w:r>
      <w:r>
        <w:t>aawaz subah aa rahi thi ghar todne ki, toh woh ghar ko todenge, phir naya ghar banayenge. dekhte hain khush hoga is ko.</w:t>
      </w:r>
    </w:p>
    <w:p>
      <w:pPr>
        <w:jc w:val="right"/>
      </w:pPr>
      <w:r>
        <w:t>آواز صبح آ رہی تھی گھر توڑنے کی، تو وہ گھر کو توڑیں گے، پھر نیا گھر بنائیں گے۔ دیکھتے ہیں خوش ہوگا اس کو۔</w:t>
      </w:r>
    </w:p>
    <w:p>
      <w:r>
        <w:rPr>
          <w:b/>
        </w:rPr>
        <w:t xml:space="preserve">[14:12] </w:t>
      </w:r>
      <w:r>
        <w:t>toh main ne socha ke is aadmi ne pehle kya kiya? paisa kamaya.</w:t>
      </w:r>
    </w:p>
    <w:p>
      <w:pPr>
        <w:jc w:val="right"/>
      </w:pPr>
      <w:r>
        <w:t>تو میں نے سوچا کہ اس آدمی نے پہلے کیا کیا؟ پیسہ کمایا۔</w:t>
      </w:r>
    </w:p>
    <w:p>
      <w:r>
        <w:rPr>
          <w:b/>
        </w:rPr>
        <w:t xml:space="preserve">[14:22] </w:t>
      </w:r>
      <w:r>
        <w:t>paisa is ke paas jab ho gaya toh woh ghar bana raha hai. is ka matlab kya hai?</w:t>
      </w:r>
    </w:p>
    <w:p>
      <w:pPr>
        <w:jc w:val="right"/>
      </w:pPr>
      <w:r>
        <w:t>پیسہ اس کے پاس جب ہو گیا تو وہ گھر بنا رہا ہے۔ اس کا مطلب کیا ہے؟</w:t>
      </w:r>
    </w:p>
    <w:p>
      <w:r>
        <w:rPr>
          <w:b/>
        </w:rPr>
        <w:t xml:space="preserve">[14:30] </w:t>
      </w:r>
      <w:r>
        <w:t>ke ghar conversion hai money ka, earning ka, dollar ka, rupay ka.</w:t>
      </w:r>
    </w:p>
    <w:p>
      <w:pPr>
        <w:jc w:val="right"/>
      </w:pPr>
      <w:r>
        <w:t>کہ گھر کنورژن ہے منی کا، ارننگ کا، ڈالر کا، روپے کا۔</w:t>
      </w:r>
    </w:p>
    <w:p>
      <w:r>
        <w:rPr>
          <w:b/>
        </w:rPr>
        <w:t xml:space="preserve">[14:42] </w:t>
      </w:r>
      <w:r>
        <w:t>aap ki earning ka conversion hai jis ko aap kehte hain ghar ya car ya hawa jahaz, jo kuch bhi hai, woh conversion hai.</w:t>
      </w:r>
    </w:p>
    <w:p>
      <w:pPr>
        <w:jc w:val="right"/>
      </w:pPr>
      <w:r>
        <w:t>آپ کی ارننگ کا کنورژن ہے جس کو آپ کہتے ہیں گھر یا کار یا ہوا جہاز، جو کچھ بھی ہے، وہ کنورژن ہے۔</w:t>
      </w:r>
    </w:p>
    <w:p>
      <w:r>
        <w:rPr>
          <w:b/>
        </w:rPr>
        <w:t xml:space="preserve">[14:53] </w:t>
      </w:r>
      <w:r>
        <w:t>toh is hadith par ghor karte karte aap samjhenge ke jannat bhi ek conversion ki ek qism hai. aap ka jo positive response hai, woh convert hua toh jannat ban gayi.</w:t>
      </w:r>
    </w:p>
    <w:p>
      <w:pPr>
        <w:jc w:val="right"/>
      </w:pPr>
      <w:r>
        <w:t>تو اس حدیث پر غور کرتے کرتے آپ سمجھیں گے کہ جنت بھی ایک کنورژن کی ایک قسم ہے۔ آپ کا جو پازیٹیو رسپانس ہے، وہ کنورٹ ہوا تو جنت بن گئی۔</w:t>
      </w:r>
    </w:p>
    <w:p>
      <w:r>
        <w:rPr>
          <w:b/>
        </w:rPr>
        <w:t xml:space="preserve">[15:08] </w:t>
      </w:r>
      <w:r>
        <w:t>"inma hi aamalukum turadu alaikum" ke "It is your own deed that is being returned to you".</w:t>
      </w:r>
    </w:p>
    <w:p>
      <w:pPr>
        <w:jc w:val="right"/>
      </w:pPr>
      <w:r>
        <w:t>"إنما هي أعمالكم ترد علیکم" کہ "It is your own deed that is being returned to you"۔</w:t>
      </w:r>
    </w:p>
    <w:p>
      <w:r>
        <w:rPr>
          <w:b/>
        </w:rPr>
        <w:t xml:space="preserve">[15:21] </w:t>
      </w:r>
      <w:r>
        <w:t>yahi toh hai. toh yeh saare kainat conversion hai.</w:t>
      </w:r>
    </w:p>
    <w:p>
      <w:pPr>
        <w:jc w:val="right"/>
      </w:pPr>
      <w:r>
        <w:t>یہی تو ہے۔ تو یہ سارے کائنات کنورژن ہے۔</w:t>
      </w:r>
    </w:p>
    <w:p>
      <w:r>
        <w:rPr>
          <w:b/>
        </w:rPr>
        <w:t xml:space="preserve">[15:28] </w:t>
      </w:r>
      <w:r>
        <w:t>Allah taala ne pehle duniya mein paida kiya material particles ko, atom ko aur us ke ajza ko.</w:t>
      </w:r>
    </w:p>
    <w:p>
      <w:pPr>
        <w:jc w:val="right"/>
      </w:pPr>
      <w:r>
        <w:t>اللہ تعالی نے پہلے دنیا میں پیدا کیا مٹیریل پارٹیکلز کو، ایٹم کو اور اس کے اجزاء کو۔</w:t>
      </w:r>
    </w:p>
    <w:p>
      <w:r>
        <w:rPr>
          <w:b/>
        </w:rPr>
        <w:t xml:space="preserve">[15:38] </w:t>
      </w:r>
      <w:r>
        <w:t>wohi convert ho kar kabna kahin roshni, kahin hawa, kahin pani, kahin ghalla, kahin phal.</w:t>
      </w:r>
    </w:p>
    <w:p>
      <w:pPr>
        <w:jc w:val="right"/>
      </w:pPr>
      <w:r>
        <w:t>وہی کنورٹ ہو کر کبنا کہیں روشنی، کہیں ہوا، کہیں پانی، کہیں غلہ، کہیں پھل۔</w:t>
      </w:r>
    </w:p>
    <w:p>
      <w:r>
        <w:rPr>
          <w:b/>
        </w:rPr>
        <w:t xml:space="preserve">[15:49] </w:t>
      </w:r>
      <w:r>
        <w:t>saari duniya cheezein sab se pehle Allah taala ne paida kiya atomic particle ko, jis ko hum kehte hain particle.</w:t>
      </w:r>
    </w:p>
    <w:p>
      <w:pPr>
        <w:jc w:val="right"/>
      </w:pPr>
      <w:r>
        <w:t>ساری دنیا چیزیں سب سے پہلے اللہ تعالی نے پیدا کیا ایٹمک پارٹیکل کو، جس کو ہم کہتے ہیں پارٹیکل۔</w:t>
      </w:r>
    </w:p>
    <w:p>
      <w:r>
        <w:rPr>
          <w:b/>
        </w:rPr>
        <w:t xml:space="preserve">[16:01] </w:t>
      </w:r>
      <w:r>
        <w:t>saari cheezein ibtida mein particle thi. wohi particle jo hai convert hua toh hazaron cheezein ban gayi, hatta ke insan bhi.</w:t>
      </w:r>
    </w:p>
    <w:p>
      <w:pPr>
        <w:jc w:val="right"/>
      </w:pPr>
      <w:r>
        <w:t>ساری چیزیں ابتداء میں پارٹیکل تھیں۔ وہی پارٹیکل جو ہے کنورٹ ہوا تو ہزاروں چیزیں بن گئیں، حتیٰ کہ انسان بھی۔</w:t>
      </w:r>
    </w:p>
    <w:p>
      <w:r>
        <w:rPr>
          <w:b/>
        </w:rPr>
        <w:t xml:space="preserve">[16:13] </w:t>
      </w:r>
      <w:r>
        <w:t>toh yeh yeh ajeeb o ghareeb cheez hai ke Allah taala ka jo nizam hai, woh saara ka saara conversion par pesh karta hai.</w:t>
      </w:r>
    </w:p>
    <w:p>
      <w:pPr>
        <w:jc w:val="right"/>
      </w:pPr>
      <w:r>
        <w:t>تو یہ یہ عجیب و غریب چیز ہے کہ اللہ تعالی کا جو نظام ہے، وہ سارا کا سارا کنورژن پر پیش کرتا ہے۔</w:t>
      </w:r>
    </w:p>
    <w:p>
      <w:r>
        <w:rPr>
          <w:b/>
        </w:rPr>
        <w:t xml:space="preserve">[16:26] </w:t>
      </w:r>
      <w:r>
        <w:t>particle ka conversion, gas ka conversion, pani ka conversion. aisa hi dekhiye, jannat bhi kisi cheez ka conversion hai.</w:t>
      </w:r>
    </w:p>
    <w:p>
      <w:pPr>
        <w:jc w:val="right"/>
      </w:pPr>
      <w:r>
        <w:t>پارٹیکل کا کنورژن، گیس کا کنورژن، پانی کا کنورژن۔ ایسا ہی دیکھیے، جنت بھی کسی چیز کا کنورژن ہے۔</w:t>
      </w:r>
    </w:p>
    <w:p>
      <w:r>
        <w:rPr>
          <w:b/>
        </w:rPr>
        <w:t xml:space="preserve">[16:41] </w:t>
      </w:r>
      <w:r>
        <w:t>aap ne jo positive response diya, aap ne jo kisi ke sath mohabbat ki, aap ke andar jo sifat paida hui,</w:t>
      </w:r>
    </w:p>
    <w:p>
      <w:pPr>
        <w:jc w:val="right"/>
      </w:pPr>
      <w:r>
        <w:t>آپ نے جو پازیٹیو رسپانس دیا، آپ نے جو کسی کے ساتھ محبت کی، آپ کے اندر جو صفت پیدا ہوئی،</w:t>
      </w:r>
    </w:p>
    <w:p>
      <w:r>
        <w:rPr>
          <w:b/>
        </w:rPr>
        <w:t xml:space="preserve">[16:53] </w:t>
      </w:r>
      <w:r>
        <w:t>jis ko quran mein kaha gaya hai</w:t>
      </w:r>
    </w:p>
    <w:p>
      <w:pPr>
        <w:jc w:val="right"/>
      </w:pPr>
      <w:r>
        <w:t>جس کو قرآن میں کہا گیا ہے</w:t>
      </w:r>
    </w:p>
    <w:p>
      <w:r>
        <w:rPr>
          <w:b/>
        </w:rPr>
        <w:t xml:space="preserve">[16:58] </w:t>
      </w:r>
      <w:r>
        <w:t>"ashad hubban lillah"۔ "ashad hubban lillah"۔ phir aaya hai ke "wa lam yakhsha illa Allah"۔ yeh yeh sifat hai bazahir, isi conversion ho gayi jannat۔</w:t>
      </w:r>
    </w:p>
    <w:p>
      <w:pPr>
        <w:jc w:val="right"/>
      </w:pPr>
      <w:r>
        <w:t>"أشد حبا لله"۔ "أشد حبا لله"۔ پھر آیا ہے کہ "ولم یخشى إلا الله"۔ یہ یہ صفت ہے بظاہر، اسی کنورژن ہو گئی جنت۔</w:t>
      </w:r>
    </w:p>
    <w:p>
      <w:r>
        <w:rPr>
          <w:b/>
        </w:rPr>
        <w:t xml:space="preserve">[17:15] </w:t>
      </w:r>
      <w:r>
        <w:t>to aap ghore kijiye ke agar aap ko yeh ehsas ho jaye ke mere hi amal ka conversion hai jo kabhi jannat banegi, to aap kitna zyada muhtat ho jayenge۔</w:t>
      </w:r>
    </w:p>
    <w:p>
      <w:pPr>
        <w:jc w:val="right"/>
      </w:pPr>
      <w:r>
        <w:t>تو آپ غور کیجئے کہ اگر آپ کو یہ احساس ہو جائے کہ میرے ہی عمل کا کنورژن ہے جو کبھی جنت بنے گی، تو آپ کتنا زیادہ محتاط ہو جائیں گے۔</w:t>
      </w:r>
    </w:p>
    <w:p>
      <w:r>
        <w:rPr>
          <w:b/>
        </w:rPr>
        <w:t xml:space="preserve">[17:32] </w:t>
      </w:r>
      <w:r>
        <w:t>kitna zyada!</w:t>
      </w:r>
    </w:p>
    <w:p>
      <w:pPr>
        <w:jc w:val="right"/>
      </w:pPr>
      <w:r>
        <w:t>کتنا زیادہ!</w:t>
      </w:r>
    </w:p>
    <w:p>
      <w:r>
        <w:rPr>
          <w:b/>
        </w:rPr>
        <w:t xml:space="preserve">[17:36] </w:t>
      </w:r>
      <w:r>
        <w:t>jaise ek ek naujawan degree ki education leta hai aur bohat hi zyada hassas hota hai woh ke mein na sirf pass ho jaon balke first aaon, top karon۔</w:t>
      </w:r>
    </w:p>
    <w:p>
      <w:pPr>
        <w:jc w:val="right"/>
      </w:pPr>
      <w:r>
        <w:t>جیسے ایک ایک نوجوان ڈگری کی ایجوکیشن لیتا ہے اور بہت ہی زیادہ حساس ہوتا ہے وہ کہ میں نہ صرف پاس ہو جاؤں بلکہ فرسٹ آؤں، ٹاپ کروں۔</w:t>
      </w:r>
    </w:p>
    <w:p>
      <w:r>
        <w:rPr>
          <w:b/>
        </w:rPr>
        <w:t xml:space="preserve">[17:51] </w:t>
      </w:r>
      <w:r>
        <w:t>har samajhdar naujawan bohat hi zyada hassas hota hai is mamle mein۔ sirf yeh nahi ke woh pass kar le balke woh first aaye, woh top kare۔</w:t>
      </w:r>
    </w:p>
    <w:p>
      <w:pPr>
        <w:jc w:val="right"/>
      </w:pPr>
      <w:r>
        <w:t>ہر سمجھدار نوجوان بہت ہی زیادہ حساس ہوتا ہے اس معاملے میں۔ صرف یہ نہیں کہ وہ پاس کر لے بلکہ وہ فرسٹ آئے، وہ ٹاپ کرے۔</w:t>
      </w:r>
    </w:p>
    <w:p>
      <w:r>
        <w:rPr>
          <w:b/>
        </w:rPr>
        <w:t xml:space="preserve">[18:08] </w:t>
      </w:r>
      <w:r>
        <w:t>yeh uska concern hota hai۔kyun؟ iski yahi degree convert ho kar ke iske liye acha job banegi۔achi degree nahi to acha job bhi nahi۔</w:t>
      </w:r>
    </w:p>
    <w:p>
      <w:pPr>
        <w:jc w:val="right"/>
      </w:pPr>
      <w:r>
        <w:t>یہ اس کا کنسرن ہوتا ہے۔ کیوں؟ اس کی یہی ڈگری کنورٹ ہو کر کے اس کے لیے اچھا جاب بنے گی۔ اچھی ڈگری نہیں تو اچھا جاب بھی نہیں۔</w:t>
      </w:r>
    </w:p>
    <w:p>
      <w:r>
        <w:rPr>
          <w:b/>
        </w:rPr>
        <w:t xml:space="preserve">[18:21] </w:t>
      </w:r>
      <w:r>
        <w:t>aise hi dunya mein dekhiye, acha amal nahi to achi jannat bhi nahi۔aur amal kya hai؟ amal hai response۔</w:t>
      </w:r>
    </w:p>
    <w:p>
      <w:pPr>
        <w:jc w:val="right"/>
      </w:pPr>
      <w:r>
        <w:t>ایسے ہی دنیا میں دیکھیے، اچھا عمل نہیں تو اچھی جنت بھی نہیں۔ اور عمل کیا ہے؟ عمل ہے رسپانس۔</w:t>
      </w:r>
    </w:p>
    <w:p>
      <w:r>
        <w:rPr>
          <w:b/>
        </w:rPr>
        <w:t xml:space="preserve">[18:34] </w:t>
      </w:r>
      <w:r>
        <w:t>yad rakhiye, response ka naam amal hai۔kisi kisi kisi dher ka naam amal nahi hai۔</w:t>
      </w:r>
    </w:p>
    <w:p>
      <w:pPr>
        <w:jc w:val="right"/>
      </w:pPr>
      <w:r>
        <w:t>یاد رکھیے، رسپانس کا نام عمل ہے۔ کسی کسی کسی ڈھیر کا نام عمل نہیں ہے۔</w:t>
      </w:r>
    </w:p>
    <w:p>
      <w:r>
        <w:rPr>
          <w:b/>
        </w:rPr>
        <w:t xml:space="preserve">[18:43] </w:t>
      </w:r>
      <w:r>
        <w:t>itna sara umrah, itna sara haj, itni sari rakatein, iska amal naam nahi hai۔kisi dher ka naam amal nahi hai۔</w:t>
      </w:r>
    </w:p>
    <w:p>
      <w:pPr>
        <w:jc w:val="right"/>
      </w:pPr>
      <w:r>
        <w:t>اتنا سارا عمرہ، اتنا سارا حج، اتنی ساری رکعتیں، اس کا عمل نام نہیں ہے۔ کسی ڈھیر کا نام عمل نہیں ہے۔</w:t>
      </w:r>
    </w:p>
    <w:p>
      <w:r>
        <w:rPr>
          <w:b/>
        </w:rPr>
        <w:t xml:space="preserve">[18:54] </w:t>
      </w:r>
      <w:r>
        <w:t>amal naam hai speech, spiritual response ka ke dunya mein aap ko misal ke tor par dunya mein aap ko logon ki taraf se nafrat mili aur aap ne un se mohabbat ki۔</w:t>
      </w:r>
    </w:p>
    <w:p>
      <w:pPr>
        <w:jc w:val="right"/>
      </w:pPr>
      <w:r>
        <w:t>عمل نام ہے اسپیچ، اسپیچول رسپانس کا کہ دنیا میں آپ کو مثال کے طور پر دنیا میں آپ کو لوگوں کی طرف سے نفرت ملی اور آپ نے ان سے محبت کی۔</w:t>
      </w:r>
    </w:p>
    <w:p>
      <w:r>
        <w:rPr>
          <w:b/>
        </w:rPr>
        <w:t xml:space="preserve">[19:14] </w:t>
      </w:r>
      <w:r>
        <w:t>dunya mein koi party, political party hai, woh aap ko bura samajhti hai, aap ke khilaf qanoon banati hai۔</w:t>
      </w:r>
    </w:p>
    <w:p>
      <w:pPr>
        <w:jc w:val="right"/>
      </w:pPr>
      <w:r>
        <w:t>دنیا میں کوئی پارٹی، پولیٹیکل پارٹی ہے، وہ آپ کو برا سمجھتی ہے، آپ کے خلاف قانون بناتی ہے۔</w:t>
      </w:r>
    </w:p>
    <w:p>
      <w:r>
        <w:rPr>
          <w:b/>
        </w:rPr>
        <w:t xml:space="preserve">[19:24] </w:t>
      </w:r>
      <w:r>
        <w:t>is ke bawajood to aap ne is se mohabbat ki۔ghore kijiye, aaj sari dunya mein logon ka haal yeh hai ke political ka partiyon se nafrat karte hain۔</w:t>
      </w:r>
    </w:p>
    <w:p>
      <w:pPr>
        <w:jc w:val="right"/>
      </w:pPr>
      <w:r>
        <w:t>اس کے باوجود تو آپ نے اس سے محبت کی۔ غور کیجئے، آج ساری دنیا میں لوگوں کا حال یہ ہے کہ پولیٹیکل کا پارٹیوں سے نفرت کرتے ہیں۔</w:t>
      </w:r>
    </w:p>
    <w:p>
      <w:r>
        <w:rPr>
          <w:b/>
        </w:rPr>
        <w:t xml:space="preserve">[19:37] </w:t>
      </w:r>
      <w:r>
        <w:t>kyun؟ woh samajhte hain ke mere khilaf qanoon nahi banaya is ne, mujhe jo dena chahiye tha woh use diya nahi۔</w:t>
      </w:r>
    </w:p>
    <w:p>
      <w:pPr>
        <w:jc w:val="right"/>
      </w:pPr>
      <w:r>
        <w:t>کیوں؟ وہ سمجھتے ہیں کہ میرے خلاف قانون نہیں بنایا اس نے، مجھے جو دینا چاہیے تھا وہ اسے دیا نہیں۔</w:t>
      </w:r>
    </w:p>
    <w:p>
      <w:r>
        <w:rPr>
          <w:b/>
        </w:rPr>
        <w:t xml:space="preserve">[19:48] </w:t>
      </w:r>
      <w:r>
        <w:t>to political hate dunya mein sab se zyada hai۔aaj ki dunya mein sab se zyada jo cheez hai woh hai political hate۔</w:t>
      </w:r>
    </w:p>
    <w:p>
      <w:pPr>
        <w:jc w:val="right"/>
      </w:pPr>
      <w:r>
        <w:t>تو پولیٹیکل ہیٹ دنیا میں سب سے زیادہ ہے۔ آج کی دنیا میں سب سے زیادہ جو چیز ہے وہ ہے پولیٹیکل ہیٹ۔</w:t>
      </w:r>
    </w:p>
    <w:p>
      <w:r>
        <w:rPr>
          <w:b/>
        </w:rPr>
        <w:t xml:space="preserve">[19:59] </w:t>
      </w:r>
      <w:r>
        <w:t>aaj ki dunya mein sab se zyada jo cheez hai, sab se zyada woh hai political hate۔yeh sari dunya mein hai،</w:t>
      </w:r>
    </w:p>
    <w:p>
      <w:pPr>
        <w:jc w:val="right"/>
      </w:pPr>
      <w:r>
        <w:t>آج کی دنیا میں سب سے زیادہ جو چیز ہے، سب سے زیادہ وہ ہے پولیٹیکل ہیٹ۔ یہ ساری دنیا میں ہے،</w:t>
      </w:r>
    </w:p>
    <w:p>
      <w:r>
        <w:rPr>
          <w:b/>
        </w:rPr>
        <w:t xml:space="preserve">[20:09] </w:t>
      </w:r>
      <w:r>
        <w:t>yeh sari dunya mein۔aaj mein soch raha tha ke shaitan ne kaha tha jab dunya mein, jab dunya bani thi aur Allah taala se uska mukalama hua tha: "la tanukun zuriatahum illa qalila"۔</w:t>
      </w:r>
    </w:p>
    <w:p>
      <w:pPr>
        <w:jc w:val="right"/>
      </w:pPr>
      <w:r>
        <w:t>یہ ساری دنیا میں۔ آج میں سوچ رہا تھا کہ شیطان نے کہا تھا جب دنیا میں، جب دنیا بنی تھی اور اللہ تعالی سے اس کا مکالمہ ہوا تھا: "لا تنکن ضروریتہم الا قلیلا"۔</w:t>
      </w:r>
    </w:p>
    <w:p>
      <w:r>
        <w:rPr>
          <w:b/>
        </w:rPr>
        <w:t xml:space="preserve">[20:25] </w:t>
      </w:r>
      <w:r>
        <w:t>mein sab ko, mein sab ko nigal jaon ga, thore logon ko chhod kar۔nigalna kya hai؟</w:t>
      </w:r>
    </w:p>
    <w:p>
      <w:pPr>
        <w:jc w:val="right"/>
      </w:pPr>
      <w:r>
        <w:t>میں سب کو، میں سب کو نگل جاؤں گا، تھوڑے لوگوں کو چھوڑ کر۔ نگلنا کیا ہے؟</w:t>
      </w:r>
    </w:p>
    <w:p>
      <w:r>
        <w:rPr>
          <w:b/>
        </w:rPr>
        <w:t xml:space="preserve">[20:35] </w:t>
      </w:r>
      <w:r>
        <w:t>apne jaisa banaon ga, apne jaisa bana doon ga۔apne jaisa kya hai؟ shaitan nafrat ka putla hai۔</w:t>
      </w:r>
    </w:p>
    <w:p>
      <w:pPr>
        <w:jc w:val="right"/>
      </w:pPr>
      <w:r>
        <w:t>اپنے جیسا بناؤں گا، اپنے جیسا بنا دوں گا۔ اپنے جیسا کیا ہے؟ شیطان نفرت کا پرتلا ہے۔</w:t>
      </w:r>
    </w:p>
    <w:p>
      <w:r>
        <w:rPr>
          <w:b/>
        </w:rPr>
        <w:t xml:space="preserve">[20:45] </w:t>
      </w:r>
      <w:r>
        <w:t>shaitan sartaapa nafrat hai۔</w:t>
      </w:r>
    </w:p>
    <w:p>
      <w:pPr>
        <w:jc w:val="right"/>
      </w:pPr>
      <w:r>
        <w:t>شیطان سرتاپا نفرت ہے۔</w:t>
      </w:r>
    </w:p>
    <w:p>
      <w:r>
        <w:rPr>
          <w:b/>
        </w:rPr>
        <w:t xml:space="preserve">[20:50] </w:t>
      </w:r>
      <w:r>
        <w:t>shaitan ka aaghaz hi nafrat se hua۔insan se nafrat hi is ne ki kyunke insan ko woh cheez de di gayi jo us ko nahi di gayi thi۔to nafrat, nafrat, nafrat۔</w:t>
      </w:r>
    </w:p>
    <w:p>
      <w:pPr>
        <w:jc w:val="right"/>
      </w:pPr>
      <w:r>
        <w:t>شیطان کا آغاز ہی نفرت سے ہوا۔ انسان سے نفرت ہی اس نے کی کیونکہ انسان کو وہ چیز دے دی گئی جو اس کو نہیں دی گئی تھی۔ تو نفرت، نفرت، نفرت۔</w:t>
      </w:r>
    </w:p>
    <w:p>
      <w:r>
        <w:rPr>
          <w:b/>
        </w:rPr>
        <w:t xml:space="preserve">[21:02] </w:t>
      </w:r>
      <w:r>
        <w:t>to jo aadmi nafrat mein jeeta hai, nafrat ka response deta hai, woh shaitan ke raste par bhai hai۔shaitan ke raste par yani woh gaya apne amal se dikha raha hai ke mujh ko shaitan ne nigal liya hai،</w:t>
      </w:r>
    </w:p>
    <w:p>
      <w:pPr>
        <w:jc w:val="right"/>
      </w:pPr>
      <w:r>
        <w:t>تو جو آدمی نفرت میں جیتا ہے، نفرت کا رسپانس دیتا ہے، وہ شیطان کے راستے پر بھائی ہے۔ شیطان کے راستے پر یعنی وہ گیا اپنے عمل سے دکھا رہا ہے کہ مجھ کو شیطان نے نگل لیا ہے،</w:t>
      </w:r>
    </w:p>
    <w:p>
      <w:r>
        <w:rPr>
          <w:b/>
        </w:rPr>
        <w:t xml:space="preserve">[21:18] </w:t>
      </w:r>
      <w:r>
        <w:t>mein nigla hua insan hon۔</w:t>
      </w:r>
    </w:p>
    <w:p>
      <w:pPr>
        <w:jc w:val="right"/>
      </w:pPr>
      <w:r>
        <w:t>میں نگلا ہوا انسان ہوں۔</w:t>
      </w:r>
    </w:p>
    <w:p>
      <w:r>
        <w:rPr>
          <w:b/>
        </w:rPr>
        <w:t xml:space="preserve">[21:23] </w:t>
      </w:r>
      <w:r>
        <w:t>jo aadmi nafrat ka response de, nafrat ki boli bole, woh goya apne amal se dikha raha hai ke mujh ko mein ek nigla hua insan hon, mujhe shaitan ne nigal rakha hai،</w:t>
      </w:r>
    </w:p>
    <w:p>
      <w:pPr>
        <w:jc w:val="right"/>
      </w:pPr>
      <w:r>
        <w:t>جو آدمی نفرت کا رسپانس دے، نفرت کی بولی بولے، وہ گویا اپنے عمل سے دکھا رہا ہے کہ مجھ کو میں ایک نگلا ہوا انسان ہوں، مجھے شیطان نے نگل رکھا ہے،</w:t>
      </w:r>
    </w:p>
    <w:p>
      <w:r>
        <w:rPr>
          <w:b/>
        </w:rPr>
        <w:t xml:space="preserve">[21:38] </w:t>
      </w:r>
      <w:r>
        <w:t>mujhe sikhaya hai ke nafrat karo۔aur is dunya mein ek nai nafrat paida hui hai, woh hai political hate۔</w:t>
      </w:r>
    </w:p>
    <w:p>
      <w:pPr>
        <w:jc w:val="right"/>
      </w:pPr>
      <w:r>
        <w:t>مجھے سکھایا ہے کہ نفرت کرو۔ اور اس دنیا میں ایک نئی نفرت پیدا ہوئی ہے، وہ ہے پولیٹیکل ہیٹ۔</w:t>
      </w:r>
    </w:p>
    <w:p>
      <w:r>
        <w:rPr>
          <w:b/>
        </w:rPr>
        <w:t xml:space="preserve">[21:51] </w:t>
      </w:r>
      <w:r>
        <w:t>sari dunya mein</w:t>
      </w:r>
    </w:p>
    <w:p>
      <w:pPr>
        <w:jc w:val="right"/>
      </w:pPr>
      <w:r>
        <w:t>ساری دنیا میں</w:t>
      </w:r>
    </w:p>
    <w:p>
      <w:r>
        <w:rPr>
          <w:b/>
        </w:rPr>
        <w:t xml:space="preserve">[21:56] </w:t>
      </w:r>
      <w:r>
        <w:t>political hate ki waja se aam ho gayi kyunke political hate ke peechay aik justification hota hota hai. shaitan ne aik bohat hi beautiful hate is zamane mein dunya mein phailai hai.</w:t>
      </w:r>
    </w:p>
    <w:p>
      <w:pPr>
        <w:jc w:val="right"/>
      </w:pPr>
      <w:r>
        <w:t>پولیٹیکل ہیٹ کی وجہ سے عام ہو گئی کیونکہ پولیٹیکل ہیٹ کے پیچھے ایک جسٹیفیکیشن ہوتا ہوتا ہے۔ شیطان نے ایک بہت ہی بیوٹی فل ہیٹ اس زمانے میں دنیا میں پھیلائی ہے۔</w:t>
      </w:r>
    </w:p>
    <w:p>
      <w:r>
        <w:rPr>
          <w:b/>
        </w:rPr>
        <w:t xml:space="preserve">[22:10] </w:t>
      </w:r>
      <w:r>
        <w:t>beautiful hate woh yeh hai ke shaitan ne, yeh jo shaitan ne kaha tha ke mein sab ko nigal jaunga, to shaitan bohat hi ziyada intelligent hai, bohat hi ziyada intelligent hai.</w:t>
      </w:r>
    </w:p>
    <w:p>
      <w:pPr>
        <w:jc w:val="right"/>
      </w:pPr>
      <w:r>
        <w:t>بیوٹی فل ہیٹ وہ یہ ہے کہ شیطان نے، یہ جو شیطان نے کہا تھا کہ میں سب کو نگل جاؤں گا، تو شیطان بہت ہی زیادہ انٹیلیجنٹ ہے، بہت ہی زیادہ انٹیلیجنٹ ہے۔</w:t>
      </w:r>
    </w:p>
    <w:p>
      <w:r>
        <w:rPr>
          <w:b/>
        </w:rPr>
        <w:t xml:space="preserve">[22:26] </w:t>
      </w:r>
      <w:r>
        <w:t>shaitan ne read kar ke jana, history ko read kiya hoga, insan ki nature ko read kiya hoga ke Allah taala ne chunke dunya ko banaya hai freedom ke base par,</w:t>
      </w:r>
    </w:p>
    <w:p>
      <w:pPr>
        <w:jc w:val="right"/>
      </w:pPr>
      <w:r>
        <w:t>شیطان نے ریڈ کر کے جانا، ہسٹری کو ریڈ کیا ہوگا، انسان کی نیچر کو ریڈ کیا ہوگا کہ اللہ تعالی نے چونکہ دنیا کو بنایا ہے فریڈم کے بیس پر،</w:t>
      </w:r>
    </w:p>
    <w:p>
      <w:r>
        <w:rPr>
          <w:b/>
        </w:rPr>
        <w:t xml:space="preserve">[22:42] </w:t>
      </w:r>
      <w:r>
        <w:t>Allah taala ne dunya mein har aadmi ko freedom di hai, har aadmi ko total freedom, har aadmi ko total freedom.</w:t>
      </w:r>
    </w:p>
    <w:p>
      <w:pPr>
        <w:jc w:val="right"/>
      </w:pPr>
      <w:r>
        <w:t>اللہ تعالی نے دنیا میں ہر آدمی کو فریڈم دی ہے، ہر آدمی کو ٹوٹل فریڈم، ہر آدمی کو ٹوٹل فریڈم۔</w:t>
      </w:r>
    </w:p>
    <w:p>
      <w:r>
        <w:rPr>
          <w:b/>
        </w:rPr>
        <w:t xml:space="preserve">[22:53] </w:t>
      </w:r>
      <w:r>
        <w:t>to kahin na kahin har aadmi ko doosre ki freedom se kuch na kuch takleef pohnche gi. jab har aadmi apna freedom istemal kar raha hai, har aadmi apna freedom istemal kar raha hai, to kahin na kahin aap ko tok lage gi.</w:t>
      </w:r>
    </w:p>
    <w:p>
      <w:pPr>
        <w:jc w:val="right"/>
      </w:pPr>
      <w:r>
        <w:t>تو کہیں نہ کہیں ہر آدمی کو دوسرے کی فریڈم سے کچھ نہ کچھ تکلیف پہنچے گی۔ جب ہر آدمی اپنا فریڈم استعمال کر رہا ہے، ہر آدمی اپنا فریڈم استعمال کر رہا ہے، تو کہیں نہ کہیں آپ کو ٹوک لگے گا۔</w:t>
      </w:r>
    </w:p>
    <w:p>
      <w:r>
        <w:rPr>
          <w:b/>
        </w:rPr>
        <w:t xml:space="preserve">[23:14] </w:t>
      </w:r>
      <w:r>
        <w:t>jaise America mein kaha jata hai ke jab America mein azadi aayi to aik aadmi bohat khush hua ke aaj mein azaad hoon.</w:t>
      </w:r>
    </w:p>
    <w:p>
      <w:pPr>
        <w:jc w:val="right"/>
      </w:pPr>
      <w:r>
        <w:t>جیسے امریکہ میں کہا جاتا ہے کہ جب امریکہ میں آزادی آئی تو ایک آدمی بہت خوش ہوا کہ آج میں آزاد ہوں۔</w:t>
      </w:r>
    </w:p>
    <w:p>
      <w:r>
        <w:rPr>
          <w:b/>
        </w:rPr>
        <w:t xml:space="preserve">[23:25] </w:t>
      </w:r>
      <w:r>
        <w:t>woh ghar se nikla aur apna hath aise aise karta hua nikal raha tha, chal raha tha sarak mein unruly andaaz mein. to kisi koi aadmi doosra chal raha tha road par, us ke us ki nose, us ki nose par us ka hath lag gaya.</w:t>
      </w:r>
    </w:p>
    <w:p>
      <w:pPr>
        <w:jc w:val="right"/>
      </w:pPr>
      <w:r>
        <w:t>وہ گھر سے نکلا اور اپنا ہاتھ ایسے ایسے کرتا ہوا نکل رہا تھا، چل رہا تھا سڑک میں انرولی انداز میں۔ تو کسی کوئی آدمی دوسرا چل رہا تھا روڈ پر، اس کے اس کی نوز، اس کی نوز پر اس کا ہاتھ لگ گیا۔</w:t>
      </w:r>
    </w:p>
    <w:p>
      <w:r>
        <w:rPr>
          <w:b/>
        </w:rPr>
        <w:t xml:space="preserve">[23:45] </w:t>
      </w:r>
      <w:r>
        <w:t>to us ne kaha: "why this nonsense nonsense? why you hit my nose? why you hit my nose?" us ne kaha ke aaj mein azaad hoon, jo chahoon karoon.</w:t>
      </w:r>
    </w:p>
    <w:p>
      <w:pPr>
        <w:jc w:val="right"/>
      </w:pPr>
      <w:r>
        <w:t>تو اس نے کہا: "وائی دس نانسن نانسن؟ وائی یو ہٹ مائی نوز؟ وائی یو ہٹ مائی نوز؟" اس نے کہا کہ آج میں آزاد ہوں، جو چاہوں کروں۔</w:t>
      </w:r>
    </w:p>
    <w:p>
      <w:r>
        <w:rPr>
          <w:b/>
        </w:rPr>
        <w:t xml:space="preserve">[24:00] </w:t>
      </w:r>
      <w:r>
        <w:t>to us ne kaha ke: "my brother, your freedom ends where my nose begins.</w:t>
      </w:r>
    </w:p>
    <w:p>
      <w:pPr>
        <w:jc w:val="right"/>
      </w:pPr>
      <w:r>
        <w:t>تو اس نے کہا کہ: "مائی برادر، یور فریڈم اینڈز ویئر مائی نوز بیگنز۔</w:t>
      </w:r>
    </w:p>
    <w:p>
      <w:r>
        <w:rPr>
          <w:b/>
        </w:rPr>
        <w:t xml:space="preserve">[24:12] </w:t>
      </w:r>
      <w:r>
        <w:t>tumhari azadi wahan khatam ho jati hai jahan meri nose shuru hoti hai, jahan meri naak shuru hoti hai." yeh waqia jo hai aik secular waqia hai, secular waqia.</w:t>
      </w:r>
    </w:p>
    <w:p>
      <w:pPr>
        <w:jc w:val="right"/>
      </w:pPr>
      <w:r>
        <w:t>تمہاری آزادی وہاں ختم ہو جاتی ہے جہاں میری نوز شروع ہوتی ہے، جہاں میری ناک شروع ہوتی ہے۔" یہ واقعہ جو ہے ایک سیکولر واقعہ ہے، سیکولر واقعہ۔</w:t>
      </w:r>
    </w:p>
    <w:p>
      <w:r>
        <w:rPr>
          <w:b/>
        </w:rPr>
        <w:t xml:space="preserve">[24:24] </w:t>
      </w:r>
      <w:r>
        <w:t>lekin mein kehta hoon ke mazhabi dunya mein bhi yeh cheez poori tarah applicable hai. hum ko jo jo deen diya gaya hai, jo Allah ka ahkam bataye gaye hain, woh sach to isi ka khulasa yeh hai.</w:t>
      </w:r>
    </w:p>
    <w:p>
      <w:pPr>
        <w:jc w:val="right"/>
      </w:pPr>
      <w:r>
        <w:t>لیکن میں کہتا ہوں کہ مذہبی دنیا میں بھی یہ چیز پوری طرح ایپلیکیبل ہے۔ ہم کو جو جو دین دیا گیا ہے، جو اللہ کا احکام بتائے گئے ہیں، وہ سچ تو اسی کا خلاصہ یہ ہے۔</w:t>
      </w:r>
    </w:p>
    <w:p>
      <w:r>
        <w:rPr>
          <w:b/>
        </w:rPr>
        <w:t xml:space="preserve">[24:42] </w:t>
      </w:r>
      <w:r>
        <w:t>yani shariat kehti hai ke dunya mein insan ko azadi di gayi hai to woh apni azadi ko istemal bhi kare ga.</w:t>
      </w:r>
    </w:p>
    <w:p>
      <w:pPr>
        <w:jc w:val="right"/>
      </w:pPr>
      <w:r>
        <w:t>یعنی شریعت کہتی ہے کہ دنیا میں انسان کو آزادی دی گئی ہے تو وہ اپنی آزادی کو استعمال بھی کرے گا۔</w:t>
      </w:r>
    </w:p>
    <w:p>
      <w:r>
        <w:rPr>
          <w:b/>
        </w:rPr>
        <w:t xml:space="preserve">[24:55] </w:t>
      </w:r>
      <w:r>
        <w:t>to sabr ki had se ziyada jo taakeed Quran majeed mein hai: "Innama yuwaffa as-sabiroona ajrahum bi ghayri hisab". aik hi ayat Quran majeed mein hai, aik hi ayat, aik hi ayat jis par kaha gaya ke: "bilahisab ajr".</w:t>
      </w:r>
    </w:p>
    <w:p>
      <w:pPr>
        <w:jc w:val="right"/>
      </w:pPr>
      <w:r>
        <w:t>تو صبر کی حد سے زیادہ جو تاکید قرآن مجید میں ہے: "إنما يوف الصابرون بغیر حساب"۔ ایک ہی آیت قرآن مجید میں ہے، ایک ہی آیت، ایک ہی آیت جس پر کہا گیا کہ: "بلا حساب اجر"۔</w:t>
      </w:r>
    </w:p>
    <w:p>
      <w:r>
        <w:rPr>
          <w:b/>
        </w:rPr>
        <w:t xml:space="preserve">[25:15] </w:t>
      </w:r>
      <w:r>
        <w:t>"Innama yuwaffa as-sabiroona ajrahum bi ghayri hisab". to mein is par bohat socha, mani ke sabr pe itna ziyada sawab kyun?</w:t>
      </w:r>
    </w:p>
    <w:p>
      <w:pPr>
        <w:jc w:val="right"/>
      </w:pPr>
      <w:r>
        <w:t>"إنما يوف الصابرون بغیر حساب"۔ تو میں اس پر بہت سوچا، معنی کہ صبر پہ اتنا زیادہ ثواب کیوں؟</w:t>
      </w:r>
    </w:p>
    <w:p>
      <w:r>
        <w:rPr>
          <w:b/>
        </w:rPr>
        <w:t xml:space="preserve">[25:28] </w:t>
      </w:r>
      <w:r>
        <w:t>is ki waja hai ke aap jab sabr karte hain to sabr insan ke muqable mein bazahir karte hain. aap lekin aisa nahi hai, woh Allah ke liye karte hain.</w:t>
      </w:r>
    </w:p>
    <w:p>
      <w:pPr>
        <w:jc w:val="right"/>
      </w:pPr>
      <w:r>
        <w:t>اس کی وجہ ہے کہ آپ جب صبر کرتے ہیں تو صبر انسان کے مقابلے میں بظاہر کرتے ہیں۔ آپ لیکن ایسا نہیں ہے، وہ اللہ کے لیے کرتے ہیں۔</w:t>
      </w:r>
    </w:p>
    <w:p>
      <w:r>
        <w:rPr>
          <w:b/>
        </w:rPr>
        <w:t xml:space="preserve">[25:38] </w:t>
      </w:r>
      <w:r>
        <w:t>aap: "wa ma sabrun illa billah".</w:t>
      </w:r>
    </w:p>
    <w:p>
      <w:pPr>
        <w:jc w:val="right"/>
      </w:pPr>
      <w:r>
        <w:t>آپ: "وما صبر کا الا باللہ"۔</w:t>
      </w:r>
    </w:p>
    <w:p>
      <w:r>
        <w:rPr>
          <w:b/>
        </w:rPr>
        <w:t xml:space="preserve">[25:44] </w:t>
      </w:r>
      <w:r>
        <w:t>jab aap ki nose ko hit kiya jaye, jab aap ki nose ko hit kiya jaye aur aap sabr kar lein, yani sabr ka response dein to aap razi hue Allah ki is ki wapsi par.</w:t>
      </w:r>
    </w:p>
    <w:p>
      <w:pPr>
        <w:jc w:val="right"/>
      </w:pPr>
      <w:r>
        <w:t>جب آپ کی نوز کو ہٹ کیا جائے، جب آپ کی نوز کو ہٹ کیا جائے اور آپ صبر کر لیں، یعنی صبر کا رسپانس دیں تو آپ راضی ہوئے اللہ کی اس کی واپسی پر۔</w:t>
      </w:r>
    </w:p>
    <w:p>
      <w:r>
        <w:rPr>
          <w:b/>
        </w:rPr>
        <w:t xml:space="preserve">[26:02] </w:t>
      </w:r>
      <w:r>
        <w:t>is ko sochiye, yeh saada baat nahi hai.</w:t>
      </w:r>
    </w:p>
    <w:p>
      <w:pPr>
        <w:jc w:val="right"/>
      </w:pPr>
      <w:r>
        <w:t>اس کو سوچیے، یہ سادہ بات نہیں ہے۔</w:t>
      </w:r>
    </w:p>
    <w:p>
      <w:r>
        <w:rPr>
          <w:b/>
        </w:rPr>
        <w:t xml:space="preserve">[26:09] </w:t>
      </w:r>
      <w:r>
        <w:t>jab dunya mein zindagi guzarte hue, khandan mein, society mein, nation mein, mulk mein, community mein kahin na kahin aap ki nose hit hoti hai,</w:t>
      </w:r>
    </w:p>
    <w:p>
      <w:pPr>
        <w:jc w:val="right"/>
      </w:pPr>
      <w:r>
        <w:t>جب دنیا میں زندگی گزارتے ہوئے، خاندان میں، سوسائٹی میں، نیشن میں، ملک میں، کمیونٹی میں کہیں نہ کہیں آپ کی نوز ہٹ ہوتی ہے،</w:t>
      </w:r>
    </w:p>
    <w:p>
      <w:r>
        <w:rPr>
          <w:b/>
        </w:rPr>
        <w:t xml:space="preserve">[26:24] </w:t>
      </w:r>
      <w:r>
        <w:t>kahin political party hit karti hai, kahin koi karta hai. aap kya karte hain? aap sabr kar lete hain.</w:t>
      </w:r>
    </w:p>
    <w:p>
      <w:pPr>
        <w:jc w:val="right"/>
      </w:pPr>
      <w:r>
        <w:t>کہیں پولیٹیکل پارٹی ہٹ کرتی ہے، کہیں کوئی کرتا ہے۔ آپ کیا کرتے ہیں؟ آپ صبر کر لیتے ہیں۔</w:t>
      </w:r>
    </w:p>
    <w:p>
      <w:r>
        <w:rPr>
          <w:b/>
        </w:rPr>
        <w:t xml:space="preserve">[26:33] </w:t>
      </w:r>
      <w:r>
        <w:t>"Khudaya</w:t>
      </w:r>
    </w:p>
    <w:p>
      <w:pPr>
        <w:jc w:val="right"/>
      </w:pPr>
      <w:r>
        <w:t>"خدایا</w:t>
      </w:r>
    </w:p>
    <w:p>
      <w:r>
        <w:rPr>
          <w:b/>
        </w:rPr>
        <w:t xml:space="preserve">[26:34] </w:t>
      </w:r>
      <w:r>
        <w:t>! mein ne sabr kiya".</w:t>
      </w:r>
    </w:p>
    <w:p>
      <w:pPr>
        <w:jc w:val="right"/>
      </w:pPr>
      <w:r>
        <w:t>! میں نے صبر کیا"۔ "خدایا!" تو آپ کیا کہتے ہیں؟ جب آپ کہتے ہیں کہ: "خدایا! میں نے صبر کیا" تو آپ یہ کہہ رہے ہوتے ہیں: "خ</w:t>
      </w:r>
    </w:p>
    <w:p>
      <w:r>
        <w:rPr>
          <w:b/>
        </w:rPr>
        <w:t xml:space="preserve">[26:46] </w:t>
      </w:r>
      <w:r>
        <w:t>jab aap kehte hain ke: "Khudaya! mein ne sabr kiya" to aap yeh keh rahe hote hain: "Khuda</w:t>
      </w:r>
    </w:p>
    <w:p>
      <w:pPr>
        <w:jc w:val="right"/>
      </w:pPr>
      <w:r>
        <w:t>دایا! میں تیری اس کی آپ تھنگز پر راضی ہوا"۔ یہ سادہ بات نہیں ہے۔</w:t>
      </w:r>
    </w:p>
    <w:p>
      <w:r>
        <w:rPr>
          <w:b/>
        </w:rPr>
        <w:t xml:space="preserve">[26:55] </w:t>
      </w:r>
      <w:r>
        <w:t>daya! mein teri is ki aap things par razi hua". yeh saada baat nahi hai.</w:t>
      </w:r>
    </w:p>
    <w:p>
      <w:pPr>
        <w:jc w:val="right"/>
      </w:pPr>
      <w:r>
        <w:t>جب دنیا میں زندگی گزارتے ہوئے کوئی انسان آپ کی نوز کو ہٹ کرتا ہے، کہیں کہیں نہ کہیں آپ کو تکلیف پہنچتی ہے، آپ</w:t>
      </w:r>
    </w:p>
    <w:p>
      <w:r>
        <w:rPr>
          <w:b/>
        </w:rPr>
        <w:t xml:space="preserve">[27:08] </w:t>
      </w:r>
      <w:r>
        <w:t>kehte hain: "khudaya! main ne sabr kiya"۔ yeh saada baat nahi hai. in essence, you are saying that: "khudaya!</w:t>
      </w:r>
    </w:p>
    <w:p>
      <w:pPr>
        <w:jc w:val="right"/>
      </w:pPr>
      <w:r>
        <w:t>کہتے ہیں: "خدایا! میں نے صبر کیا"۔ یہ سادہ بات نہیں ہے۔ ان ایسنس، یو آر سینگ دیٹ: "خدایا!</w:t>
      </w:r>
    </w:p>
    <w:p>
      <w:r>
        <w:rPr>
          <w:b/>
        </w:rPr>
        <w:t xml:space="preserve">[27:19] </w:t>
      </w:r>
      <w:r>
        <w:t>main aap teri is ki aap things par raazi hua". aap ghor kijiye ke Allah kitna zyada khush hoga is insaan se,</w:t>
      </w:r>
    </w:p>
    <w:p>
      <w:pPr>
        <w:jc w:val="right"/>
      </w:pPr>
      <w:r>
        <w:t>میں آپ تیری اس کی آپ تھنگز پر راضی ہوا"۔ آپ غور کیجئے کہ اللہ کتنا زیادہ خوش ہوگا اس انسان سے،</w:t>
      </w:r>
    </w:p>
    <w:p>
      <w:r>
        <w:rPr>
          <w:b/>
        </w:rPr>
        <w:t xml:space="preserve">[27:33] </w:t>
      </w:r>
      <w:r>
        <w:t>kitna zyada khush hoga is insaan se jo kisi compulsion ke baghair, jo kisi compulsion ke baghair Allah ki is ki aap things par raazi ho jaye,</w:t>
      </w:r>
    </w:p>
    <w:p>
      <w:pPr>
        <w:jc w:val="right"/>
      </w:pPr>
      <w:r>
        <w:t>کتنا زیادہ خوش ہوگا اس انسان سے جو کسی کمپریشن کے بغیر، جو کسی کمپریشن کے بغیر اللہ کی اس کی آپ تھنگز پر راضی ہو جائے،</w:t>
      </w:r>
    </w:p>
    <w:p>
      <w:r>
        <w:rPr>
          <w:b/>
        </w:rPr>
        <w:t xml:space="preserve">[27:48] </w:t>
      </w:r>
      <w:r>
        <w:t>kitna zyada khush hoga. to yaad rakhiye, dunya mein jis cheez ko log amal kehte hain, woh samajhte hain ke bohat sara hajj kiya, bohat sara umrah kiya, bohat sari rakatein aap ke paas hain, bohat sara ehtikaf hai aap ke paas.</w:t>
      </w:r>
    </w:p>
    <w:p>
      <w:pPr>
        <w:jc w:val="right"/>
      </w:pPr>
      <w:r>
        <w:t>کتنا زیادہ خوش ہوگا۔ تو یاد رکھیے، دنیا میں جس چیز کو لوگ عمل کہتے ہیں، وہ سمجھتے ہیں کہ بہت سارا حج کیا، بہت سارا عمرہ کیا، بہت ساری رکعتیں آپ کے پاس ہیں، بہت سارا اعتکاف ہے آپ کے پاس۔</w:t>
      </w:r>
    </w:p>
    <w:p>
      <w:r>
        <w:rPr>
          <w:b/>
        </w:rPr>
        <w:t xml:space="preserve">[28:07] </w:t>
      </w:r>
      <w:r>
        <w:t>yeh sab kuch nahi.</w:t>
      </w:r>
    </w:p>
    <w:p>
      <w:pPr>
        <w:jc w:val="right"/>
      </w:pPr>
      <w:r>
        <w:t>یہ سب کچھ نہیں۔</w:t>
      </w:r>
    </w:p>
    <w:p>
      <w:r>
        <w:rPr>
          <w:b/>
        </w:rPr>
        <w:t xml:space="preserve">[28:13] </w:t>
      </w:r>
      <w:r>
        <w:t>aap ne kitna zyada positive response diya dunya ki zindagi mein, family mein rehte hue, society mein rehte hue, parosi mein rehte hue,</w:t>
      </w:r>
    </w:p>
    <w:p>
      <w:pPr>
        <w:jc w:val="right"/>
      </w:pPr>
      <w:r>
        <w:t>آپ نے کتنا زیادہ پازیٹیو رسپانس دیا دنیا کی زندگی میں، فیملی میں رہتے ہوئے، سوسائٹی میں رہتے ہوئے، پڑوسی میں رہتے ہوئے،</w:t>
      </w:r>
    </w:p>
    <w:p>
      <w:r>
        <w:rPr>
          <w:b/>
        </w:rPr>
        <w:t xml:space="preserve">[28:27] </w:t>
      </w:r>
      <w:r>
        <w:t>dusron ke sath rehte hue. kyunke dekhiye, yeh namumkin hai ke kahin na kahin aap ki nose hit na ho.</w:t>
      </w:r>
    </w:p>
    <w:p>
      <w:pPr>
        <w:jc w:val="right"/>
      </w:pPr>
      <w:r>
        <w:t>دوسروں کے ساتھ رہتے ہوئے۔ کیونکہ دیکھیے، یہ ناممکن ہے کہ کہیں نہ کہیں آپ کی نوز ہٹ نہ ہو۔</w:t>
      </w:r>
    </w:p>
    <w:p>
      <w:r>
        <w:rPr>
          <w:b/>
        </w:rPr>
        <w:t xml:space="preserve">[28:37] </w:t>
      </w:r>
      <w:r>
        <w:t>yeh namumkin hai. paighambar ki bhi nose hit hui, dusron ki bhi hogi. kabhi temporary hogi, kabhi permanent hogi.</w:t>
      </w:r>
    </w:p>
    <w:p>
      <w:pPr>
        <w:jc w:val="right"/>
      </w:pPr>
      <w:r>
        <w:t>یہ ناممکن ہے۔ پیغمبر کی بھی نوز ہٹ ہوئی، دوسروں کی بھی ہوگی۔ کبھی ٹیمپرری ہوگی، کبھی پرماننٹ ہوگی۔</w:t>
      </w:r>
    </w:p>
    <w:p>
      <w:r>
        <w:rPr>
          <w:b/>
        </w:rPr>
        <w:t xml:space="preserve">[28:52] </w:t>
      </w:r>
      <w:r>
        <w:t>permanently yani waqti tor par kabhi hogi, kabhi mustaqil tor par hogi. kabhi mustaqil tor par aap ko kuch insaan ka aap ko kuch cheez chheen lega, mustaqil tor par.</w:t>
      </w:r>
    </w:p>
    <w:p>
      <w:pPr>
        <w:jc w:val="right"/>
      </w:pPr>
      <w:r>
        <w:t>پرماننٹلی یعنی وقتی طور پر کبھی ہوگی، کبھی مستقل طور پر ہوگی۔ کبھی مستقل طور پر آپ کو کچھ انسان کا آپ کو کچھ چیز چھین لے گا، مستقل طور پر۔</w:t>
      </w:r>
    </w:p>
    <w:p>
      <w:r>
        <w:rPr>
          <w:b/>
        </w:rPr>
        <w:t xml:space="preserve">[29:07] </w:t>
      </w:r>
      <w:r>
        <w:t>to jab aisa tajurba ho ke koi aap ki nose hit hit kare aur aap dil se keh dein ke</w:t>
      </w:r>
    </w:p>
    <w:p>
      <w:pPr>
        <w:jc w:val="right"/>
      </w:pPr>
      <w:r>
        <w:t>تو جب ایسا تجربہ ہو کہ کوئی آپ کی نوز ہٹ ہٹ کرے اور آپ دل سے کہہ دیں کہ</w:t>
      </w:r>
    </w:p>
    <w:p>
      <w:r>
        <w:rPr>
          <w:b/>
        </w:rPr>
        <w:t xml:space="preserve">[29:17] </w:t>
      </w:r>
      <w:r>
        <w:t>: "khudaya! main main ne sabr kiya"، to jante hain, aap to aap to kahenge: "khudaya! main ne sabr kiya"۔ aur farishtey kya likhenge?</w:t>
      </w:r>
    </w:p>
    <w:p>
      <w:pPr>
        <w:jc w:val="right"/>
      </w:pPr>
      <w:r>
        <w:t>: "خدایا! میں میں نے صبر کیا"، تو جانتے ہیں، آپ تو آپ تو کہیں گے: "خدایا! میں نے صبر کیا"۔ اور فرشتے کیا لکھیں گے؟</w:t>
      </w:r>
    </w:p>
    <w:p>
      <w:r>
        <w:rPr>
          <w:b/>
        </w:rPr>
        <w:t xml:space="preserve">[29:27] </w:t>
      </w:r>
      <w:r>
        <w:t>farishtey kya likhenge?</w:t>
      </w:r>
    </w:p>
    <w:p>
      <w:pPr>
        <w:jc w:val="right"/>
      </w:pPr>
      <w:r>
        <w:t>فرشتے کیا لکھیں گے؟</w:t>
      </w:r>
    </w:p>
    <w:p>
      <w:r>
        <w:rPr>
          <w:b/>
        </w:rPr>
        <w:t xml:space="preserve">[29:32] </w:t>
      </w:r>
      <w:r>
        <w:t>farishtey yeh likhenge: "khuda</w:t>
      </w:r>
    </w:p>
    <w:p>
      <w:pPr>
        <w:jc w:val="right"/>
      </w:pPr>
      <w:r>
        <w:t>فرشتے یہ لکھیں گے: "خد</w:t>
      </w:r>
    </w:p>
    <w:p>
      <w:r>
        <w:rPr>
          <w:b/>
        </w:rPr>
        <w:t xml:space="preserve">[29:36] </w:t>
      </w:r>
      <w:r>
        <w:t>aya! yahan aik banda hai aur hum ne dekha ke woh teri is ki aap things par raazi hua"۔</w:t>
      </w:r>
    </w:p>
    <w:p>
      <w:pPr>
        <w:jc w:val="right"/>
      </w:pPr>
      <w:r>
        <w:t>ایا! یہاں ایک بندہ ہے اور ہم نے دیکھا کہ وہ تیری اس کی آپ تھنگز پر راضی ہوا"۔</w:t>
      </w:r>
    </w:p>
    <w:p>
      <w:r>
        <w:rPr>
          <w:b/>
        </w:rPr>
        <w:t xml:space="preserve">[29:48] </w:t>
      </w:r>
      <w:r>
        <w:t>aap to yeh kahenge: "khu</w:t>
      </w:r>
    </w:p>
    <w:p>
      <w:pPr>
        <w:jc w:val="right"/>
      </w:pPr>
      <w:r>
        <w:t>آپ تو یہ کہیں گے: "خ</w:t>
      </w:r>
    </w:p>
    <w:p>
      <w:r>
        <w:rPr>
          <w:b/>
        </w:rPr>
        <w:t xml:space="preserve">[29:49] </w:t>
      </w:r>
      <w:r>
        <w:t>daya! main ne sabr kiya"۔ lekin farishtey is ko aap ke alfaaz ko meaningful andaaz mein convert karenge.</w:t>
      </w:r>
    </w:p>
    <w:p>
      <w:pPr>
        <w:jc w:val="right"/>
      </w:pPr>
      <w:r>
        <w:t>دایا! میں نے صبر کیا"۔ لیکن فرشتے اس کو آپ کے الفاظ کو میننگ فل انداز میں کنورٹ کریں گے۔</w:t>
      </w:r>
    </w:p>
    <w:p>
      <w:r>
        <w:rPr>
          <w:b/>
        </w:rPr>
        <w:t xml:space="preserve">[30:01] </w:t>
      </w:r>
      <w:r>
        <w:t>aap ke saada alfaaz ko zyada meaningful andaaz mein convert karenge aur likhenge ke: "khudaya!</w:t>
      </w:r>
    </w:p>
    <w:p>
      <w:pPr>
        <w:jc w:val="right"/>
      </w:pPr>
      <w:r>
        <w:t>آپ کے سادہ الفاظ کو زیادہ میننگ فل انداز میں کنورٹ کریں گے اور لکھیں گے کہ: "خدایا!</w:t>
      </w:r>
    </w:p>
    <w:p>
      <w:r>
        <w:rPr>
          <w:b/>
        </w:rPr>
        <w:t xml:space="preserve">[30:09] </w:t>
      </w:r>
      <w:r>
        <w:t>yahan hum ne aik aise bande ko paya jo jiske sath aisa aur aisa hua, lekin us ne kaha ke main Allah ki is ki aap things par raazi hua"۔</w:t>
      </w:r>
    </w:p>
    <w:p>
      <w:pPr>
        <w:jc w:val="right"/>
      </w:pPr>
      <w:r>
        <w:t>یہاں ہم نے ایک ایسے بندے کو پایا جو جس کے ساتھ ایسا اور ایسا ہوا، لیکن اس نے کہا کہ میں اللہ کی اس کی آپ تھنگز پر راضی ہوا"۔</w:t>
      </w:r>
    </w:p>
    <w:p>
      <w:r>
        <w:rPr>
          <w:b/>
        </w:rPr>
        <w:t xml:space="preserve">[30:34] </w:t>
      </w:r>
      <w:r>
        <w:t>aap ghor kijiye ke kitni bari yeh nemmat hai jo dunya mein aap ko mil rahi hai, lekin har aadmi is ko avail nahi karta. har insaan ki zindagi mein rozana, rozana, rozana aise mauqe aate hain,</w:t>
      </w:r>
    </w:p>
    <w:p>
      <w:pPr>
        <w:jc w:val="right"/>
      </w:pPr>
      <w:r>
        <w:t>آپ غور کیجئے کہ کتنی بڑی یہ نعمت ہے جو دنیا میں آپ کو مل رہی ہے، لیکن ہر آدمی اس کو اویل نہیں کرتا۔ ہر انسان کی زندگی میں روزانہ، روزانہ، روزانہ ایسے مواقع آتے ہیں،</w:t>
      </w:r>
    </w:p>
    <w:p>
      <w:r>
        <w:rPr>
          <w:b/>
        </w:rPr>
        <w:t xml:space="preserve">[30:50] </w:t>
      </w:r>
      <w:r>
        <w:t>ghar ke andar bhi aate hain, ghar ke bahir bhi aate hain. jab woh aik aisa amal kare jo farishton ke record mein likha jaye ke yahan aik banda hai</w:t>
      </w:r>
    </w:p>
    <w:p>
      <w:pPr>
        <w:jc w:val="right"/>
      </w:pPr>
      <w:r>
        <w:t>گھر کے اندر بھی آتے ہیں، گھر کے باہر بھی آتے ہیں۔ جب وہ ایک ایسا عمل کرے جو فرشتوں کے ریکارڈ میں لکھا جائے کہ یہاں ایک بندہ ہے</w:t>
      </w:r>
    </w:p>
    <w:p>
      <w:r>
        <w:rPr>
          <w:b/>
        </w:rPr>
        <w:t xml:space="preserve">[31:07] </w:t>
      </w:r>
      <w:r>
        <w:t>jo Allah ki is ki aap things par raazi hua,</w:t>
      </w:r>
    </w:p>
    <w:p>
      <w:pPr>
        <w:jc w:val="right"/>
      </w:pPr>
      <w:r>
        <w:t>جو اللہ کی اس کی آپ تھنگز پر راضی ہوا،</w:t>
      </w:r>
    </w:p>
    <w:p>
      <w:r>
        <w:rPr>
          <w:b/>
        </w:rPr>
        <w:t xml:space="preserve">[31:18] </w:t>
      </w:r>
      <w:r>
        <w:t>to to hai aik hadees ke mutabiq Allah farishton se poochega: "ae mere farishto!</w:t>
      </w:r>
    </w:p>
    <w:p>
      <w:pPr>
        <w:jc w:val="right"/>
      </w:pPr>
      <w:r>
        <w:t>تو تو ہے ایک حدیث کے مطابق اللہ فرشتوں سے پوچھے گا: "اے میرے فرشتو!</w:t>
      </w:r>
    </w:p>
    <w:p>
      <w:r>
        <w:rPr>
          <w:b/>
        </w:rPr>
        <w:t xml:space="preserve">[31:27] </w:t>
      </w:r>
      <w:r>
        <w:t>kya is bande ne mujh ko dekha hai? kya is bande ne mujh ko dekha hai?" to farishtey kahenge: "</w:t>
      </w:r>
    </w:p>
    <w:p>
      <w:pPr>
        <w:jc w:val="right"/>
      </w:pPr>
      <w:r>
        <w:t>کیا اس بندے نے مجھ کو دیکھا ہے؟ کیا اس بندے نے مجھ کو دیکھا ہے؟" تو فرشتے کہیں گے: "</w:t>
      </w:r>
    </w:p>
    <w:p>
      <w:r>
        <w:rPr>
          <w:b/>
        </w:rPr>
        <w:t xml:space="preserve">[31:36] </w:t>
      </w:r>
      <w:r>
        <w:t>khudaya! nahi"۔</w:t>
      </w:r>
    </w:p>
    <w:p>
      <w:pPr>
        <w:jc w:val="right"/>
      </w:pPr>
      <w:r>
        <w:t>خدایا! نہیں"۔</w:t>
      </w:r>
    </w:p>
    <w:p>
      <w:r>
        <w:rPr>
          <w:b/>
        </w:rPr>
        <w:t xml:space="preserve">[31:40] </w:t>
      </w:r>
      <w:r>
        <w:t>to Khuda poochega ke: "agar woh dekhta to kya hota?</w:t>
      </w:r>
    </w:p>
    <w:p>
      <w:pPr>
        <w:jc w:val="right"/>
      </w:pPr>
      <w:r>
        <w:t>تو خدا پوچھے گا کہ: "اگر وہ دیکھتا تو کیا ہوتا؟</w:t>
      </w:r>
    </w:p>
    <w:p>
      <w:r>
        <w:rPr>
          <w:b/>
        </w:rPr>
        <w:t xml:space="preserve">[31:46] </w:t>
      </w:r>
      <w:r>
        <w:t>agar woh mujh ko dekh leta to kya hota?" to farishtay kahain gay: "aur ziyada, aur ziyada, aur ziyada"۔ woh positive response detay hain.</w:t>
      </w:r>
    </w:p>
    <w:p>
      <w:pPr>
        <w:jc w:val="right"/>
      </w:pPr>
      <w:r>
        <w:t>اگر وہ مجھ کو دیکھ لیتا تو کیا ہوتا؟" تو فرشتے کہیں گے: "اور زیادہ، اور زیادہ، اور زیادہ"۔ وہ پازیٹیو رسپانس دیتے ہیں۔</w:t>
      </w:r>
    </w:p>
    <w:p>
      <w:r>
        <w:rPr>
          <w:b/>
        </w:rPr>
        <w:t xml:space="preserve">[32:01] </w:t>
      </w:r>
      <w:r>
        <w:t>phir Khuda poochay ga farishtay say: "kyun aisa kiya unhon nay?"</w:t>
      </w:r>
    </w:p>
    <w:p>
      <w:pPr>
        <w:jc w:val="right"/>
      </w:pPr>
      <w:r>
        <w:t>پھر خدا پوچھے گا فرشتوں سے: "کیوں ایسا کیا انہوں نے؟"</w:t>
      </w:r>
    </w:p>
    <w:p>
      <w:r>
        <w:rPr>
          <w:b/>
        </w:rPr>
        <w:t xml:space="preserve">[32:09] </w:t>
      </w:r>
      <w:r>
        <w:t>yani kay un ki nose hit hui, lekin unhon nay jo response diya woh bilkul positive response tha.</w:t>
      </w:r>
    </w:p>
    <w:p>
      <w:pPr>
        <w:jc w:val="right"/>
      </w:pPr>
      <w:r>
        <w:t>یعنی کہ ان کی نوز ہٹ ہوئی، لیکن انہوں نے جو رسپانس دیا وہ بالکل پازیٹیو رسپانس تھا۔</w:t>
      </w:r>
    </w:p>
    <w:p>
      <w:r>
        <w:rPr>
          <w:b/>
        </w:rPr>
        <w:t xml:space="preserve">[32:18] </w:t>
      </w:r>
      <w:r>
        <w:t>"kyun aisa kiya unhon nay?" farishtay kahain gay:</w:t>
      </w:r>
    </w:p>
    <w:p>
      <w:pPr>
        <w:jc w:val="right"/>
      </w:pPr>
      <w:r>
        <w:t>"کیوں ایسا کیا انہوں نے؟" فرشتے کہیں گے:</w:t>
      </w:r>
    </w:p>
    <w:p>
      <w:r>
        <w:rPr>
          <w:b/>
        </w:rPr>
        <w:t xml:space="preserve">[32:25] </w:t>
      </w:r>
      <w:r>
        <w:t>"Khuda! is liye kay woh teri jannat chahtay hain"۔</w:t>
      </w:r>
    </w:p>
    <w:p>
      <w:pPr>
        <w:jc w:val="right"/>
      </w:pPr>
      <w:r>
        <w:t>"خدا! اس لیے کہ وہ تیری جنت چاہتے ہیں"۔</w:t>
      </w:r>
    </w:p>
    <w:p>
      <w:r>
        <w:rPr>
          <w:b/>
        </w:rPr>
        <w:t xml:space="preserve">[32:33] </w:t>
      </w:r>
      <w:r>
        <w:t>farishtay kahain gay: "kay Khuda! is liye</w:t>
      </w:r>
    </w:p>
    <w:p>
      <w:pPr>
        <w:jc w:val="right"/>
      </w:pPr>
      <w:r>
        <w:t>فرشتے کہیں گے: "کہ خدا! اس لیے</w:t>
      </w:r>
    </w:p>
    <w:p>
      <w:r>
        <w:rPr>
          <w:b/>
        </w:rPr>
        <w:t xml:space="preserve">[32:39] </w:t>
      </w:r>
      <w:r>
        <w:t>kay yeh banda teri jannat chahta hai"۔ to phir Khuda kahay ga: "ay farishto!</w:t>
      </w:r>
    </w:p>
    <w:p>
      <w:pPr>
        <w:jc w:val="right"/>
      </w:pPr>
      <w:r>
        <w:t>کہ یہ بندہ تیری جنت چاہتا ہے"۔ تو پھر خدا کہے گا: "اے فرشتو!</w:t>
      </w:r>
    </w:p>
    <w:p>
      <w:r>
        <w:rPr>
          <w:b/>
        </w:rPr>
        <w:t xml:space="preserve">[32:46] </w:t>
      </w:r>
      <w:r>
        <w:t>kya unhon nay meri jannat ko dekha hai?" to farishtay kahain gay: "nahi"۔ to Khuda kahay ga: "agar woh meri jannat ko dekh leta to kya hota?"</w:t>
      </w:r>
    </w:p>
    <w:p>
      <w:pPr>
        <w:jc w:val="right"/>
      </w:pPr>
      <w:r>
        <w:t>کیا انہوں نے میری جنت کو دیکھا ہے؟" تو فرشتے کہیں گے: "نہیں"۔ تو خدا کہے گا: "اگر وہ میری جنت کو دیکھ لیتا تو کیا ہوتا؟"</w:t>
      </w:r>
    </w:p>
    <w:p>
      <w:r>
        <w:rPr>
          <w:b/>
        </w:rPr>
        <w:t xml:space="preserve">[33:04] </w:t>
      </w:r>
      <w:r>
        <w:t>to farishtay kahain gay: "aur ziyada, aur ziyada"۔ is kay talib ban jatay hain. woh</w:t>
      </w:r>
    </w:p>
    <w:p>
      <w:pPr>
        <w:jc w:val="right"/>
      </w:pPr>
      <w:r>
        <w:t>تو فرشتے کہیں گے: "اور زیادہ، اور زیادہ"۔ اس کے طالب بن جاتے ہیں۔ وہ</w:t>
      </w:r>
    </w:p>
    <w:p>
      <w:r>
        <w:rPr>
          <w:b/>
        </w:rPr>
        <w:t xml:space="preserve">[33:19] </w:t>
      </w:r>
      <w:r>
        <w:t>to aik mukalma to hua tha</w:t>
      </w:r>
    </w:p>
    <w:p>
      <w:pPr>
        <w:jc w:val="right"/>
      </w:pPr>
      <w:r>
        <w:t>تو ایک مکالمہ تو ہوا تھا</w:t>
      </w:r>
    </w:p>
    <w:p>
      <w:r>
        <w:rPr>
          <w:b/>
        </w:rPr>
        <w:t xml:space="preserve">[33:25] </w:t>
      </w:r>
      <w:r>
        <w:t>Allah taala ka shaitan kay sath, Iblees kay sath, jis mein Iblees nay kaha tha kay: "main saray insanon ko nigal jaon ga"۔</w:t>
      </w:r>
    </w:p>
    <w:p>
      <w:pPr>
        <w:jc w:val="right"/>
      </w:pPr>
      <w:r>
        <w:t>اللہ تعالی کا شیطان کے ساتھ، ابلیس کے ساتھ، جس میں ابلیس نے کہا تھا کہ: "میں سارے انسانوں کو نگل جاؤں گا"۔</w:t>
      </w:r>
    </w:p>
    <w:p>
      <w:r>
        <w:rPr>
          <w:b/>
        </w:rPr>
        <w:t xml:space="preserve">[33:35] </w:t>
      </w:r>
      <w:r>
        <w:t>la tulqann billahi qaleela. yeh mukalma ho raha hai Allah ka farishtay kay sath.</w:t>
      </w:r>
    </w:p>
    <w:p>
      <w:pPr>
        <w:jc w:val="right"/>
      </w:pPr>
      <w:r>
        <w:t>لا تلقن باللہ قلیلا۔ یہ مکالمہ ہو رہا ہے اللہ کا فرشتوں کے ساتھ۔</w:t>
      </w:r>
    </w:p>
    <w:p>
      <w:r>
        <w:rPr>
          <w:b/>
        </w:rPr>
        <w:t xml:space="preserve">[33:46] </w:t>
      </w:r>
      <w:r>
        <w:t>is mukalmay kay end mein Allah kahay ga: "yeh baat hadith mein aayi hai: ay farishto!</w:t>
      </w:r>
    </w:p>
    <w:p>
      <w:pPr>
        <w:jc w:val="right"/>
      </w:pPr>
      <w:r>
        <w:t>اس مکالمے کے اینڈ میں اللہ کہے گا: "یہ بات حدیث میں آئی ہے: اے فرشتو!</w:t>
      </w:r>
    </w:p>
    <w:p>
      <w:r>
        <w:rPr>
          <w:b/>
        </w:rPr>
        <w:t xml:space="preserve">[34:00] </w:t>
      </w:r>
      <w:r>
        <w:t>tum gawah raho"۔ yeh baat hadith mein aayi hai kay Allah kahay ga: "ay farishto! tum gawah raho kay main nay in kay liye jannat jannat likh di"۔</w:t>
      </w:r>
    </w:p>
    <w:p>
      <w:pPr>
        <w:jc w:val="right"/>
      </w:pPr>
      <w:r>
        <w:t>تم گواہ رہو"۔ یہ بات حدیث میں آئی ہے کہ اللہ کہے گا: "اے فرشتو! تم گواہ رہو کہ میں نے ان کے لیے جنت جنت لکھ دی"۔</w:t>
      </w:r>
    </w:p>
    <w:p>
      <w:r>
        <w:rPr>
          <w:b/>
        </w:rPr>
        <w:t xml:space="preserve">[34:15] </w:t>
      </w:r>
      <w:r>
        <w:t>aap ghore kijiye, yeh kitni bari baat hai.</w:t>
      </w:r>
    </w:p>
    <w:p>
      <w:pPr>
        <w:jc w:val="right"/>
      </w:pPr>
      <w:r>
        <w:t>آپ غور کیجئے، یہ کتنی بڑی بات ہے۔</w:t>
      </w:r>
    </w:p>
    <w:p>
      <w:r>
        <w:rPr>
          <w:b/>
        </w:rPr>
        <w:t xml:space="preserve">[34:23] </w:t>
      </w:r>
      <w:r>
        <w:t>to yeh hai marifat. yeh hai, yeh hai woh cheez jo marifat har tajribay mein, har waqay mein, har bar jab aap koi aap ki</w:t>
      </w:r>
    </w:p>
    <w:p>
      <w:pPr>
        <w:jc w:val="right"/>
      </w:pPr>
      <w:r>
        <w:t>تو یہ ہے معرفت۔ یہ ہے، یہ ہے وہ چیز جو معرفت ہر تجربے میں، ہر واقعے میں، ہر بار جب آپ کوئی آپ کی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