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Muslims: A Reassessment | July 23, 2007</w:t>
      </w:r>
    </w:p>
    <w:p>
      <w:r>
        <w:t>https://www.youtube.com/watch?v=GGbpsnYmdT0</w:t>
      </w:r>
    </w:p>
    <w:p>
      <w:r>
        <w:rPr>
          <w:b/>
        </w:rPr>
        <w:t xml:space="preserve">[00:10]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[00:27] </w:t>
      </w:r>
      <w:r>
        <w:t>the title for the present talk is "Muslims' Reassessment."</w:t>
      </w:r>
    </w:p>
    <w:p>
      <w:pPr>
        <w:jc w:val="right"/>
      </w:pPr>
      <w:r>
        <w:t>The title for the present talk is "Muslims' Reassessment."</w:t>
      </w:r>
    </w:p>
    <w:p>
      <w:r>
        <w:rPr>
          <w:b/>
        </w:rPr>
        <w:t xml:space="preserve">[00:43] </w:t>
      </w:r>
      <w:r>
        <w:t>this title is derived from a hadith. the prophet of islam has said, "إن الله يبعث على رأس كل مائة سنة من يجدد لها دينها." god will send</w:t>
      </w:r>
    </w:p>
    <w:p>
      <w:pPr>
        <w:jc w:val="right"/>
      </w:pPr>
      <w:r>
        <w:t>This title is derived from a hadith. The Prophet of Islam has said, "إن الله يبعث على رأس كل مائة سنة من يجدد لها دينها." God will send</w:t>
      </w:r>
    </w:p>
    <w:p>
      <w:r>
        <w:rPr>
          <w:b/>
        </w:rPr>
        <w:t xml:space="preserve">[01:13] </w:t>
      </w:r>
      <w:r>
        <w:t>a person on the completion of every hundred years who will revive the Muslim Ummah.</w:t>
      </w:r>
    </w:p>
    <w:p>
      <w:pPr>
        <w:jc w:val="right"/>
      </w:pPr>
      <w:r>
        <w:t>a person on the completion of every hundred years who will revive the Muslim Ummah.</w:t>
      </w:r>
    </w:p>
    <w:p>
      <w:r>
        <w:rPr>
          <w:b/>
        </w:rPr>
        <w:t xml:space="preserve">[01:23] </w:t>
      </w:r>
      <w:r>
        <w:t>this teaching is not based on any kind of mystery.</w:t>
      </w:r>
    </w:p>
    <w:p>
      <w:pPr>
        <w:jc w:val="right"/>
      </w:pPr>
      <w:r>
        <w:t>This teaching is not based on any kind of mystery.</w:t>
      </w:r>
    </w:p>
    <w:p>
      <w:r>
        <w:rPr>
          <w:b/>
        </w:rPr>
        <w:t xml:space="preserve">[01:34] </w:t>
      </w:r>
      <w:r>
        <w:t>there is no</w:t>
      </w:r>
    </w:p>
    <w:p>
      <w:pPr>
        <w:jc w:val="right"/>
      </w:pPr>
      <w:r>
        <w:t>There is no</w:t>
      </w:r>
    </w:p>
    <w:p>
      <w:r>
        <w:rPr>
          <w:b/>
        </w:rPr>
        <w:t xml:space="preserve">[01:44] </w:t>
      </w:r>
      <w:r>
        <w:t>mysterious element in this hadith.</w:t>
      </w:r>
    </w:p>
    <w:p>
      <w:pPr>
        <w:jc w:val="right"/>
      </w:pPr>
      <w:r>
        <w:t>mysterious element in this hadith.</w:t>
      </w:r>
    </w:p>
    <w:p>
      <w:r>
        <w:rPr>
          <w:b/>
        </w:rPr>
        <w:t xml:space="preserve">[01:51] </w:t>
      </w:r>
      <w:r>
        <w:t>it is according to the law of nature.</w:t>
      </w:r>
    </w:p>
    <w:p>
      <w:pPr>
        <w:jc w:val="right"/>
      </w:pPr>
      <w:r>
        <w:t>It is according to the law of nature.</w:t>
      </w:r>
    </w:p>
    <w:p>
      <w:r>
        <w:rPr>
          <w:b/>
        </w:rPr>
        <w:t xml:space="preserve">[01:59] </w:t>
      </w:r>
      <w:r>
        <w:t>degeneration is a part of nature. degeneration.</w:t>
      </w:r>
    </w:p>
    <w:p>
      <w:pPr>
        <w:jc w:val="right"/>
      </w:pPr>
      <w:r>
        <w:t>Degeneration is a part of nature. Degeneration.</w:t>
      </w:r>
    </w:p>
    <w:p>
      <w:r>
        <w:rPr>
          <w:b/>
        </w:rPr>
        <w:t xml:space="preserve">[02:07] </w:t>
      </w:r>
      <w:r>
        <w:t>so in every community occurs degeneration,</w:t>
      </w:r>
    </w:p>
    <w:p>
      <w:pPr>
        <w:jc w:val="right"/>
      </w:pPr>
      <w:r>
        <w:t>So in every community occurs degeneration,</w:t>
      </w:r>
    </w:p>
    <w:p>
      <w:r>
        <w:rPr>
          <w:b/>
        </w:rPr>
        <w:t xml:space="preserve">[02:14] </w:t>
      </w:r>
      <w:r>
        <w:t>and the Muslim Ummah is not an exception.</w:t>
      </w:r>
    </w:p>
    <w:p>
      <w:pPr>
        <w:jc w:val="right"/>
      </w:pPr>
      <w:r>
        <w:t>and the Muslim Ummah is not an exception.</w:t>
      </w:r>
    </w:p>
    <w:p>
      <w:r>
        <w:rPr>
          <w:b/>
        </w:rPr>
        <w:t xml:space="preserve">[02:24] </w:t>
      </w:r>
      <w:r>
        <w:t>so after this degeneration that requires revival, return to the past.</w:t>
      </w:r>
    </w:p>
    <w:p>
      <w:pPr>
        <w:jc w:val="right"/>
      </w:pPr>
      <w:r>
        <w:t>So after this degeneration that requires revival, return to the past.</w:t>
      </w:r>
    </w:p>
    <w:p>
      <w:r>
        <w:rPr>
          <w:b/>
        </w:rPr>
        <w:t xml:space="preserve">[02:34] </w:t>
      </w:r>
      <w:r>
        <w:t>so the prophet of Islam has said that it requires a hundred yearly</w:t>
      </w:r>
    </w:p>
    <w:p>
      <w:pPr>
        <w:jc w:val="right"/>
      </w:pPr>
      <w:r>
        <w:t>So the Prophet of Islam has said that it requires a hundred yearly</w:t>
      </w:r>
    </w:p>
    <w:p>
      <w:r>
        <w:rPr>
          <w:b/>
        </w:rPr>
        <w:t xml:space="preserve">[02:44] </w:t>
      </w:r>
      <w:r>
        <w:t>revision.</w:t>
      </w:r>
    </w:p>
    <w:p>
      <w:pPr>
        <w:jc w:val="right"/>
      </w:pPr>
      <w:r>
        <w:t>revision.</w:t>
      </w:r>
    </w:p>
    <w:p>
      <w:r>
        <w:rPr>
          <w:b/>
        </w:rPr>
        <w:t xml:space="preserve">[02:55] </w:t>
      </w:r>
      <w:r>
        <w:t>It is a hundred yearly review to recorrect the path of the Muslim Ummah.</w:t>
      </w:r>
    </w:p>
    <w:p>
      <w:pPr>
        <w:jc w:val="right"/>
      </w:pPr>
      <w:r>
        <w:t>It is a hundred yearly review to recorrect the path of the Muslim Ummah.</w:t>
      </w:r>
    </w:p>
    <w:p>
      <w:r>
        <w:rPr>
          <w:b/>
        </w:rPr>
        <w:t xml:space="preserve">[03:05] </w:t>
      </w:r>
      <w:r>
        <w:t>Due to degeneration, Muslims are bound to deviate the Sirat-e-Mustaqim, theright path</w:t>
      </w:r>
    </w:p>
    <w:p>
      <w:pPr>
        <w:jc w:val="right"/>
      </w:pPr>
      <w:r>
        <w:t>Due to degeneration, Muslims are bound to deviate the Sirat-e-Mustaqim, theright path</w:t>
      </w:r>
    </w:p>
    <w:p>
      <w:r>
        <w:rPr>
          <w:b/>
        </w:rPr>
        <w:t xml:space="preserve">[03:16] </w:t>
      </w:r>
      <w:r>
        <w:t>—</w:t>
      </w:r>
    </w:p>
    <w:p>
      <w:pPr>
        <w:jc w:val="right"/>
      </w:pPr>
      <w:r>
        <w:t>.</w:t>
      </w:r>
    </w:p>
    <w:p>
      <w:r>
        <w:rPr>
          <w:b/>
        </w:rPr>
        <w:t xml:space="preserve">[03:22] </w:t>
      </w:r>
      <w:r>
        <w:t>So it requires redirect their path.</w:t>
      </w:r>
    </w:p>
    <w:p>
      <w:pPr>
        <w:jc w:val="right"/>
      </w:pPr>
      <w:r>
        <w:t>So it requires redirect their path.</w:t>
      </w:r>
    </w:p>
    <w:p>
      <w:r>
        <w:rPr>
          <w:b/>
        </w:rPr>
        <w:t xml:space="preserve">[03:29] </w:t>
      </w:r>
      <w:r>
        <w:t>It requires to reassess, to revise, and recorrect their path.</w:t>
      </w:r>
    </w:p>
    <w:p>
      <w:pPr>
        <w:jc w:val="right"/>
      </w:pPr>
      <w:r>
        <w:t>It requires to reassess, to revise, and recorrect their path.</w:t>
      </w:r>
    </w:p>
    <w:p>
      <w:r>
        <w:rPr>
          <w:b/>
        </w:rPr>
        <w:t xml:space="preserve">[03:35] </w:t>
      </w:r>
      <w:r>
        <w:t>It is this law of nature that is mentioned in the hadith.</w:t>
      </w:r>
    </w:p>
    <w:p>
      <w:pPr>
        <w:jc w:val="right"/>
      </w:pPr>
      <w:r>
        <w:t>It is this law of nature that is mentioned in the hadith.</w:t>
      </w:r>
    </w:p>
    <w:p>
      <w:r>
        <w:rPr>
          <w:b/>
        </w:rPr>
        <w:t xml:space="preserve">[03:41] </w:t>
      </w:r>
      <w:r>
        <w:t>So I have</w:t>
      </w:r>
    </w:p>
    <w:p>
      <w:pPr>
        <w:jc w:val="right"/>
      </w:pPr>
      <w:r>
        <w:t>So I have</w:t>
      </w:r>
    </w:p>
    <w:p>
      <w:r>
        <w:rPr>
          <w:b/>
        </w:rPr>
        <w:t xml:space="preserve">[03:48] </w:t>
      </w:r>
      <w:r>
        <w:t>adopted this caption, "Muslims' Reassessment," by deriving I have derived this concept from this hadith.</w:t>
      </w:r>
    </w:p>
    <w:p>
      <w:pPr>
        <w:jc w:val="right"/>
      </w:pPr>
      <w:r>
        <w:t>adopted this caption, "Muslims' Reassessment," by deriving I have derived this concept from this hadith.</w:t>
      </w:r>
    </w:p>
    <w:p>
      <w:r>
        <w:rPr>
          <w:b/>
        </w:rPr>
        <w:t xml:space="preserve">[03:59] </w:t>
      </w:r>
      <w:r>
        <w:t>Then I would like to mention a very relevant hadith, another hadith that is very relevant to our</w:t>
      </w:r>
    </w:p>
    <w:p>
      <w:pPr>
        <w:jc w:val="right"/>
      </w:pPr>
      <w:r>
        <w:t>Then I would like to mention a very relevant hadith, another hadith that is very relevant to our</w:t>
      </w:r>
    </w:p>
    <w:p>
      <w:r>
        <w:rPr>
          <w:b/>
        </w:rPr>
        <w:t xml:space="preserve">[04:10] </w:t>
      </w:r>
      <w:r>
        <w:t>talk, to our discussion.</w:t>
      </w:r>
    </w:p>
    <w:p>
      <w:pPr>
        <w:jc w:val="right"/>
      </w:pPr>
      <w:r>
        <w:t>talk, to our discussion.</w:t>
      </w:r>
    </w:p>
    <w:p>
      <w:r>
        <w:rPr>
          <w:b/>
        </w:rPr>
        <w:t xml:space="preserve">[04:21] </w:t>
      </w:r>
      <w:r>
        <w:t>You know the Prophet of Islam was born in Makkah in 570 AD, and he died in 632.</w:t>
      </w:r>
    </w:p>
    <w:p>
      <w:pPr>
        <w:jc w:val="right"/>
      </w:pPr>
      <w:r>
        <w:t>You know the Prophet of Islam was born in Makkah in 570 AD, and he died in 632.</w:t>
      </w:r>
    </w:p>
    <w:p>
      <w:r>
        <w:rPr>
          <w:b/>
        </w:rPr>
        <w:t xml:space="preserve">[04:31] </w:t>
      </w:r>
      <w:r>
        <w:t>So after his death, during his final days, he gave us a very important direction.</w:t>
      </w:r>
    </w:p>
    <w:p>
      <w:pPr>
        <w:jc w:val="right"/>
      </w:pPr>
      <w:r>
        <w:t>So after his death, during his final days, he gave us a very important direction.</w:t>
      </w:r>
    </w:p>
    <w:p>
      <w:r>
        <w:rPr>
          <w:b/>
        </w:rPr>
        <w:t xml:space="preserve">[04:41] </w:t>
      </w:r>
      <w:r>
        <w:t>This hadith is narrated by Al-Muwattha,</w:t>
      </w:r>
    </w:p>
    <w:p>
      <w:pPr>
        <w:jc w:val="right"/>
      </w:pPr>
      <w:r>
        <w:t>This hadith is narrated by Al-Muwattha,</w:t>
      </w:r>
    </w:p>
    <w:p>
      <w:r>
        <w:rPr>
          <w:b/>
        </w:rPr>
        <w:t xml:space="preserve">[04:52] </w:t>
      </w:r>
      <w:r>
        <w:t>Al-Muwattha Imam Malik.</w:t>
      </w:r>
    </w:p>
    <w:p>
      <w:pPr>
        <w:jc w:val="right"/>
      </w:pPr>
      <w:r>
        <w:t>Al-Muwattha Imam Malik.</w:t>
      </w:r>
    </w:p>
    <w:p>
      <w:r>
        <w:rPr>
          <w:b/>
        </w:rPr>
        <w:t xml:space="preserve">[05:03] </w:t>
      </w:r>
      <w:r>
        <w:t>So in this hadith, the Prophet of Islam has said, "taraqtu feekum amrain, lan tazillu ma tamassaktum bihima;</w:t>
      </w:r>
    </w:p>
    <w:p>
      <w:pPr>
        <w:jc w:val="right"/>
      </w:pPr>
      <w:r>
        <w:t>So in this hadith, the Prophet of Islam has said, "طَرَقْتُ فِيكُمْ أَمْرَيْنَ، لَنْ تَذِلُّوا مَا تَمَسَّكْتُمْ بِهِمَا؛</w:t>
      </w:r>
    </w:p>
    <w:p>
      <w:r>
        <w:rPr>
          <w:b/>
        </w:rPr>
        <w:t xml:space="preserve">[05:14] </w:t>
      </w:r>
      <w:r>
        <w:t>kitab Allahi wa sunnata nabbihi."</w:t>
      </w:r>
    </w:p>
    <w:p>
      <w:pPr>
        <w:jc w:val="right"/>
      </w:pPr>
      <w:r>
        <w:t>كِتَابَ اللَّهِ وَسُنَّةَ نَبِيِّهِ."</w:t>
      </w:r>
    </w:p>
    <w:p>
      <w:r>
        <w:rPr>
          <w:b/>
        </w:rPr>
        <w:t xml:space="preserve">[05:24] </w:t>
      </w:r>
      <w:r>
        <w:t>It means that I am leaving with you two important things, Quran and Hadith, and you will never</w:t>
      </w:r>
    </w:p>
    <w:p>
      <w:pPr>
        <w:jc w:val="right"/>
      </w:pPr>
      <w:r>
        <w:t>It means that I am leaving with you two important things, Quran and Hadith, and you will never</w:t>
      </w:r>
    </w:p>
    <w:p>
      <w:r>
        <w:rPr>
          <w:b/>
        </w:rPr>
        <w:t xml:space="preserve">[05:40] </w:t>
      </w:r>
      <w:r>
        <w:t>be astray, you will never go astray until you follow these two</w:t>
      </w:r>
    </w:p>
    <w:p>
      <w:pPr>
        <w:jc w:val="right"/>
      </w:pPr>
      <w:r>
        <w:t>be astray, you will never go astray until you follow these two</w:t>
      </w:r>
    </w:p>
    <w:p>
      <w:r>
        <w:rPr>
          <w:b/>
        </w:rPr>
        <w:t xml:space="preserve">[05:55] </w:t>
      </w:r>
      <w:r>
        <w:t>sources of guidance.</w:t>
      </w:r>
    </w:p>
    <w:p>
      <w:pPr>
        <w:jc w:val="right"/>
      </w:pPr>
      <w:r>
        <w:t>sources of guidance.</w:t>
      </w:r>
    </w:p>
    <w:p>
      <w:r>
        <w:rPr>
          <w:b/>
        </w:rPr>
        <w:t xml:space="preserve">[06:01] </w:t>
      </w:r>
      <w:r>
        <w:t>So you know Quran is a book of ideology.</w:t>
      </w:r>
    </w:p>
    <w:p>
      <w:pPr>
        <w:jc w:val="right"/>
      </w:pPr>
      <w:r>
        <w:t>So you know Quran is a book of ideology.</w:t>
      </w:r>
    </w:p>
    <w:p>
      <w:r>
        <w:rPr>
          <w:b/>
        </w:rPr>
        <w:t xml:space="preserve">[06:07] </w:t>
      </w:r>
      <w:r>
        <w:t>Quran gives us the teachings of Islam, the ideology of Islam, the theory of Islam, and the Prophet</w:t>
      </w:r>
    </w:p>
    <w:p>
      <w:pPr>
        <w:jc w:val="right"/>
      </w:pPr>
      <w:r>
        <w:t>Quran gives us the teachings of Islam, the ideology of Islam, the theory of Islam, and the Prophet</w:t>
      </w:r>
    </w:p>
    <w:p>
      <w:r>
        <w:rPr>
          <w:b/>
        </w:rPr>
        <w:t xml:space="preserve">[06:14] </w:t>
      </w:r>
      <w:r>
        <w:t>gives us a model.</w:t>
      </w:r>
    </w:p>
    <w:p>
      <w:pPr>
        <w:jc w:val="right"/>
      </w:pPr>
      <w:r>
        <w:t>gives us a model.</w:t>
      </w:r>
    </w:p>
    <w:p>
      <w:r>
        <w:rPr>
          <w:b/>
        </w:rPr>
        <w:t xml:space="preserve">[06:20] </w:t>
      </w:r>
      <w:r>
        <w:t>The life of the Prophet is a practical model of</w:t>
      </w:r>
    </w:p>
    <w:p>
      <w:pPr>
        <w:jc w:val="right"/>
      </w:pPr>
      <w:r>
        <w:t>The life of the Prophet is a practical model of</w:t>
      </w:r>
    </w:p>
    <w:p>
      <w:r>
        <w:rPr>
          <w:b/>
        </w:rPr>
        <w:t xml:space="preserve">[06:26] </w:t>
      </w:r>
      <w:r>
        <w:t>islamic ideology. so we have these two things, ideology as well as practical model. so by this hadith, we find a criterion, a method how to reassess the muslim affairs, how to revise muslims. so we have to revise muslims in the lig</w:t>
      </w:r>
    </w:p>
    <w:p>
      <w:pPr>
        <w:jc w:val="right"/>
      </w:pPr>
      <w:r>
        <w:t>Islamic ideology. So we have these two things, ideology as well as practical model. So by this hadith, we find a criterion, a method how to reassess the Muslim affairs, how to revise Muslims. So we have to revise Muslims in the lig</w:t>
      </w:r>
    </w:p>
    <w:p>
      <w:r>
        <w:rPr>
          <w:b/>
        </w:rPr>
        <w:t xml:space="preserve">[06:56] </w:t>
      </w:r>
      <w:r>
        <w:t>ht of these two things, Quran and Sunnah.</w:t>
      </w:r>
    </w:p>
    <w:p>
      <w:pPr>
        <w:jc w:val="right"/>
      </w:pPr>
      <w:r>
        <w:t>ht of these two things, Quran and Sunnah.</w:t>
      </w:r>
    </w:p>
    <w:p>
      <w:r>
        <w:rPr>
          <w:b/>
        </w:rPr>
        <w:t xml:space="preserve">[07:04] </w:t>
      </w:r>
      <w:r>
        <w:t>Every time we have to reapply the Quranic teachings and the practice of the Prophet of Islam.</w:t>
      </w:r>
    </w:p>
    <w:p>
      <w:pPr>
        <w:jc w:val="right"/>
      </w:pPr>
      <w:r>
        <w:t>Every time we have to reapply the Quranic teachings and the practice of the Prophet of Islam.</w:t>
      </w:r>
    </w:p>
    <w:p>
      <w:r>
        <w:rPr>
          <w:b/>
        </w:rPr>
        <w:t xml:space="preserve">[07:11] </w:t>
      </w:r>
      <w:r>
        <w:t>So it is a kind of reapplication.</w:t>
      </w:r>
    </w:p>
    <w:p>
      <w:pPr>
        <w:jc w:val="right"/>
      </w:pPr>
      <w:r>
        <w:t>So it is a kind of reapplication.</w:t>
      </w:r>
    </w:p>
    <w:p>
      <w:r>
        <w:rPr>
          <w:b/>
        </w:rPr>
        <w:t xml:space="preserve">[07:19] </w:t>
      </w:r>
      <w:r>
        <w:t>So it is required by reformers, by</w:t>
      </w:r>
    </w:p>
    <w:p>
      <w:pPr>
        <w:jc w:val="right"/>
      </w:pPr>
      <w:r>
        <w:t>So it is required by reformers, by</w:t>
      </w:r>
    </w:p>
    <w:p>
      <w:r>
        <w:rPr>
          <w:b/>
        </w:rPr>
        <w:t xml:space="preserve">[07:26] </w:t>
      </w:r>
      <w:r>
        <w:t>Islamic scholars.</w:t>
      </w:r>
    </w:p>
    <w:p>
      <w:pPr>
        <w:jc w:val="right"/>
      </w:pPr>
      <w:r>
        <w:t>Islamic scholars.</w:t>
      </w:r>
    </w:p>
    <w:p>
      <w:r>
        <w:rPr>
          <w:b/>
        </w:rPr>
        <w:t xml:space="preserve">[07:37] </w:t>
      </w:r>
      <w:r>
        <w:t>You can say that it is a hundred yearly review of Muslims, hundred yearly review of the Muslim Ummah.</w:t>
      </w:r>
    </w:p>
    <w:p>
      <w:pPr>
        <w:jc w:val="right"/>
      </w:pPr>
      <w:r>
        <w:t>You can say that it is a hundred yearly review of Muslims, hundred yearly review of the Muslim Ummah.</w:t>
      </w:r>
    </w:p>
    <w:p>
      <w:r>
        <w:rPr>
          <w:b/>
        </w:rPr>
        <w:t xml:space="preserve">[07:47] </w:t>
      </w:r>
      <w:r>
        <w:t>So today I would like to give some detail.</w:t>
      </w:r>
    </w:p>
    <w:p>
      <w:pPr>
        <w:jc w:val="right"/>
      </w:pPr>
      <w:r>
        <w:t>So today I would like to give some detail.</w:t>
      </w:r>
    </w:p>
    <w:p>
      <w:r>
        <w:rPr>
          <w:b/>
        </w:rPr>
        <w:t xml:space="preserve">[07:58] </w:t>
      </w:r>
      <w:r>
        <w:t>You know in our age, that is the twentieth century, the Muslim Ummah faced two great problems according</w:t>
      </w:r>
    </w:p>
    <w:p>
      <w:pPr>
        <w:jc w:val="right"/>
      </w:pPr>
      <w:r>
        <w:t>You know in our age, that is the twentieth century, the Muslim Ummah faced two great problems according</w:t>
      </w:r>
    </w:p>
    <w:p>
      <w:r>
        <w:rPr>
          <w:b/>
        </w:rPr>
        <w:t xml:space="preserve">[08:05] </w:t>
      </w:r>
      <w:r>
        <w:t>to their thinking.</w:t>
      </w:r>
    </w:p>
    <w:p>
      <w:pPr>
        <w:jc w:val="right"/>
      </w:pPr>
      <w:r>
        <w:t>to their thinking.</w:t>
      </w:r>
    </w:p>
    <w:p>
      <w:r>
        <w:rPr>
          <w:b/>
        </w:rPr>
        <w:t xml:space="preserve">[08:13] </w:t>
      </w:r>
      <w:r>
        <w:t>I do not think that these are great problems.</w:t>
      </w:r>
    </w:p>
    <w:p>
      <w:pPr>
        <w:jc w:val="right"/>
      </w:pPr>
      <w:r>
        <w:t>I do not think that these are great problems.</w:t>
      </w:r>
    </w:p>
    <w:p>
      <w:r>
        <w:rPr>
          <w:b/>
        </w:rPr>
        <w:t xml:space="preserve">[08:20] </w:t>
      </w:r>
      <w:r>
        <w:t>According to my assessment, internal problems are great problems, not the extern</w:t>
      </w:r>
    </w:p>
    <w:p>
      <w:pPr>
        <w:jc w:val="right"/>
      </w:pPr>
      <w:r>
        <w:t>According to my assessment, internal problems are great problems, not the extern</w:t>
      </w:r>
    </w:p>
    <w:p>
      <w:r>
        <w:rPr>
          <w:b/>
        </w:rPr>
        <w:t xml:space="preserve">[08:28] </w:t>
      </w:r>
      <w:r>
        <w:t>al problems.</w:t>
      </w:r>
    </w:p>
    <w:p>
      <w:pPr>
        <w:jc w:val="right"/>
      </w:pPr>
      <w:r>
        <w:t>al problems.</w:t>
      </w:r>
    </w:p>
    <w:p>
      <w:r>
        <w:rPr>
          <w:b/>
        </w:rPr>
        <w:t xml:space="preserve">[08:34] </w:t>
      </w:r>
      <w:r>
        <w:t>Internal problem means deterioration in Taqwa, in Iman, in Faith.</w:t>
      </w:r>
    </w:p>
    <w:p>
      <w:pPr>
        <w:jc w:val="right"/>
      </w:pPr>
      <w:r>
        <w:t>Internal problem means deterioration in Taqwa, in Iman, in Faith.</w:t>
      </w:r>
    </w:p>
    <w:p>
      <w:r>
        <w:rPr>
          <w:b/>
        </w:rPr>
        <w:t xml:space="preserve">[08:40] </w:t>
      </w:r>
      <w:r>
        <w:t>That is the great problem.</w:t>
      </w:r>
    </w:p>
    <w:p>
      <w:pPr>
        <w:jc w:val="right"/>
      </w:pPr>
      <w:r>
        <w:t>That is the great problem.</w:t>
      </w:r>
    </w:p>
    <w:p>
      <w:r>
        <w:rPr>
          <w:b/>
        </w:rPr>
        <w:t xml:space="preserve">[08:46] </w:t>
      </w:r>
      <w:r>
        <w:t>But according to the masses, they take external problems as great problems.</w:t>
      </w:r>
    </w:p>
    <w:p>
      <w:pPr>
        <w:jc w:val="right"/>
      </w:pPr>
      <w:r>
        <w:t>But according to the masses, they take external problems as great problems.</w:t>
      </w:r>
    </w:p>
    <w:p>
      <w:r>
        <w:rPr>
          <w:b/>
        </w:rPr>
        <w:t xml:space="preserve">[08:53] </w:t>
      </w:r>
      <w:r>
        <w:t>So according to their</w:t>
      </w:r>
    </w:p>
    <w:p>
      <w:pPr>
        <w:jc w:val="right"/>
      </w:pPr>
      <w:r>
        <w:t>So according to their</w:t>
      </w:r>
    </w:p>
    <w:p>
      <w:r>
        <w:rPr>
          <w:b/>
        </w:rPr>
        <w:t xml:space="preserve">[08:59] </w:t>
      </w:r>
      <w:r>
        <w:t>thinking, in the twentieth century, Muslims faced two great problems.</w:t>
      </w:r>
    </w:p>
    <w:p>
      <w:pPr>
        <w:jc w:val="right"/>
      </w:pPr>
      <w:r>
        <w:t>thinking, in the twentieth century, Muslims faced two great problems.</w:t>
      </w:r>
    </w:p>
    <w:p>
      <w:r>
        <w:rPr>
          <w:b/>
        </w:rPr>
        <w:t xml:space="preserve">[09:09] </w:t>
      </w:r>
      <w:r>
        <w:t>In the Arab area, it was the Palestine issue, and in the Indian subcontinent, it was Kashmir.</w:t>
      </w:r>
    </w:p>
    <w:p>
      <w:pPr>
        <w:jc w:val="right"/>
      </w:pPr>
      <w:r>
        <w:t>In the Arab area, it was the Palestine issue, and in the Indian subcontinent, it was Kashmir.</w:t>
      </w:r>
    </w:p>
    <w:p>
      <w:r>
        <w:rPr>
          <w:b/>
        </w:rPr>
        <w:t xml:space="preserve">[09:19] </w:t>
      </w:r>
      <w:r>
        <w:t>The time of beginning was perhaps the same, that is 1948.</w:t>
      </w:r>
    </w:p>
    <w:p>
      <w:pPr>
        <w:jc w:val="right"/>
      </w:pPr>
      <w:r>
        <w:t>The time of beginning was perhaps the same, that is 1948.</w:t>
      </w:r>
    </w:p>
    <w:p>
      <w:r>
        <w:rPr>
          <w:b/>
        </w:rPr>
        <w:t xml:space="preserve">[09:30] </w:t>
      </w:r>
      <w:r>
        <w:t>Both the problems started almost in 1948.</w:t>
      </w:r>
    </w:p>
    <w:p>
      <w:pPr>
        <w:jc w:val="right"/>
      </w:pPr>
      <w:r>
        <w:t>Both the problems started almost in 1948.</w:t>
      </w:r>
    </w:p>
    <w:p>
      <w:r>
        <w:rPr>
          <w:b/>
        </w:rPr>
        <w:t xml:space="preserve">[09:39] </w:t>
      </w:r>
      <w:r>
        <w:t>So what happened?</w:t>
      </w:r>
    </w:p>
    <w:p>
      <w:pPr>
        <w:jc w:val="right"/>
      </w:pPr>
      <w:r>
        <w:t>So what happened?</w:t>
      </w:r>
    </w:p>
    <w:p>
      <w:r>
        <w:rPr>
          <w:b/>
        </w:rPr>
        <w:t xml:space="preserve">[09:48] </w:t>
      </w:r>
      <w:r>
        <w:t>All the Muslims involved in militancy.</w:t>
      </w:r>
    </w:p>
    <w:p>
      <w:pPr>
        <w:jc w:val="right"/>
      </w:pPr>
      <w:r>
        <w:t>All the Muslims involved in militancy.</w:t>
      </w:r>
    </w:p>
    <w:p>
      <w:r>
        <w:rPr>
          <w:b/>
        </w:rPr>
        <w:t xml:space="preserve">[09:57] </w:t>
      </w:r>
      <w:r>
        <w:t>Some Muslims engaged themselves in a practical sense, and other Muslims,</w:t>
      </w:r>
    </w:p>
    <w:p>
      <w:pPr>
        <w:jc w:val="right"/>
      </w:pPr>
      <w:r>
        <w:t>Some Muslims engaged themselves in a practical sense, and other Muslims,</w:t>
      </w:r>
    </w:p>
    <w:p>
      <w:r>
        <w:rPr>
          <w:b/>
        </w:rPr>
        <w:t xml:space="preserve">[10:06] </w:t>
      </w:r>
      <w:r>
        <w:t>although those Muslims who involved themselves practically, they were not very large numbers, but other Muslims accepted it as theright action. So the whole Muslim Ummah endorsed this kind of action in both the places, in Pal</w:t>
      </w:r>
    </w:p>
    <w:p>
      <w:pPr>
        <w:jc w:val="right"/>
      </w:pPr>
      <w:r>
        <w:t>although those Muslims who involved themselves practically, they were not very large numbers, but other Muslims accepted it as theright action. So the whole Muslim Ummah endorsed this kind of action in both the places, in Pal</w:t>
      </w:r>
    </w:p>
    <w:p>
      <w:r>
        <w:rPr>
          <w:b/>
        </w:rPr>
        <w:t xml:space="preserve">[10:36] </w:t>
      </w:r>
      <w:r>
        <w:t>estine and Kashmir.</w:t>
      </w:r>
    </w:p>
    <w:p>
      <w:pPr>
        <w:jc w:val="right"/>
      </w:pPr>
      <w:r>
        <w:t>estine and Kashmir.</w:t>
      </w:r>
    </w:p>
    <w:p>
      <w:r>
        <w:rPr>
          <w:b/>
        </w:rPr>
        <w:t xml:space="preserve">[10:46] </w:t>
      </w:r>
      <w:r>
        <w:t>Muslims engaged in militancy, that is armed struggle, armed struggle, and all the other Muslims endorsed their action.</w:t>
      </w:r>
    </w:p>
    <w:p>
      <w:pPr>
        <w:jc w:val="right"/>
      </w:pPr>
      <w:r>
        <w:t>Muslims engaged in militancy, that is armed struggle, armed struggle, and all the other Muslims endorsed their action.</w:t>
      </w:r>
    </w:p>
    <w:p>
      <w:r>
        <w:rPr>
          <w:b/>
        </w:rPr>
        <w:t xml:space="preserve">[10:57] </w:t>
      </w:r>
      <w:r>
        <w:t>Perhaps I was the only exception in the Muslim world who was</w:t>
      </w:r>
    </w:p>
    <w:p>
      <w:pPr>
        <w:jc w:val="right"/>
      </w:pPr>
      <w:r>
        <w:t>Perhaps I was the only exception in the Muslim world who was</w:t>
      </w:r>
    </w:p>
    <w:p>
      <w:r>
        <w:rPr>
          <w:b/>
        </w:rPr>
        <w:t xml:space="preserve">[11:07] </w:t>
      </w:r>
      <w:r>
        <w:t>against this kind of militancy.</w:t>
      </w:r>
    </w:p>
    <w:p>
      <w:pPr>
        <w:jc w:val="right"/>
      </w:pPr>
      <w:r>
        <w:t>against this kind of militancy.</w:t>
      </w:r>
    </w:p>
    <w:p>
      <w:r>
        <w:rPr>
          <w:b/>
        </w:rPr>
        <w:t xml:space="preserve">[11:15] </w:t>
      </w:r>
      <w:r>
        <w:t>So now, after sixty years, we find the whole plan flopped.</w:t>
      </w:r>
    </w:p>
    <w:p>
      <w:pPr>
        <w:jc w:val="right"/>
      </w:pPr>
      <w:r>
        <w:t>So now, after sixty years, we find the whole plan flopped.</w:t>
      </w:r>
    </w:p>
    <w:p>
      <w:r>
        <w:rPr>
          <w:b/>
        </w:rPr>
        <w:t xml:space="preserve">[11:22] </w:t>
      </w:r>
      <w:r>
        <w:t>Muslims achieved nothing.</w:t>
      </w:r>
    </w:p>
    <w:p>
      <w:pPr>
        <w:jc w:val="right"/>
      </w:pPr>
      <w:r>
        <w:t>Muslims achieved nothing.</w:t>
      </w:r>
    </w:p>
    <w:p>
      <w:r>
        <w:rPr>
          <w:b/>
        </w:rPr>
        <w:t xml:space="preserve">[11:30] </w:t>
      </w:r>
      <w:r>
        <w:t>It was completely a loss, loss of money, loss of lives.</w:t>
      </w:r>
    </w:p>
    <w:p>
      <w:pPr>
        <w:jc w:val="right"/>
      </w:pPr>
      <w:r>
        <w:t>It was completely a loss, loss of money, loss of lives.</w:t>
      </w:r>
    </w:p>
    <w:p>
      <w:r>
        <w:rPr>
          <w:b/>
        </w:rPr>
        <w:t xml:space="preserve">[11:38] </w:t>
      </w:r>
      <w:r>
        <w:t>Everything was lost without any gain.</w:t>
      </w:r>
    </w:p>
    <w:p>
      <w:pPr>
        <w:jc w:val="right"/>
      </w:pPr>
      <w:r>
        <w:t>Everything was lost without any gain.</w:t>
      </w:r>
    </w:p>
    <w:p>
      <w:r>
        <w:rPr>
          <w:b/>
        </w:rPr>
        <w:t xml:space="preserve">[11:46] </w:t>
      </w:r>
      <w:r>
        <w:t>So we have to reassess why it happened.</w:t>
      </w:r>
    </w:p>
    <w:p>
      <w:pPr>
        <w:jc w:val="right"/>
      </w:pPr>
      <w:r>
        <w:t>So we have to reassess why it happened.</w:t>
      </w:r>
    </w:p>
    <w:p>
      <w:r>
        <w:rPr>
          <w:b/>
        </w:rPr>
        <w:t xml:space="preserve">[11:53] </w:t>
      </w:r>
      <w:r>
        <w:t>Although there is a verse in the Quran, "antumul aaloona in kuntum mu'mineen, qataf lahul mu'minoon." The Muslims</w:t>
      </w:r>
    </w:p>
    <w:p>
      <w:pPr>
        <w:jc w:val="right"/>
      </w:pPr>
      <w:r>
        <w:t>Although there is a verse in the Quran, "أَنْتُمُ الْعَالَوْنُ إِنْ كُنْتُمْ مُؤْمِنِينَ، قَطَفْ لَهَا الْمُؤْمِنُونَ." The Muslims</w:t>
      </w:r>
    </w:p>
    <w:p>
      <w:r>
        <w:rPr>
          <w:b/>
        </w:rPr>
        <w:t xml:space="preserve">[12:01] </w:t>
      </w:r>
      <w:r>
        <w:t>are bound to gain success</w:t>
      </w:r>
    </w:p>
    <w:p>
      <w:pPr>
        <w:jc w:val="right"/>
      </w:pPr>
      <w:r>
        <w:t>are bound to gain success</w:t>
      </w:r>
    </w:p>
    <w:p>
      <w:r>
        <w:rPr>
          <w:b/>
        </w:rPr>
        <w:t xml:space="preserve">[12:09] </w:t>
      </w:r>
      <w:r>
        <w:t>—</w:t>
      </w:r>
    </w:p>
    <w:p>
      <w:pPr>
        <w:jc w:val="right"/>
      </w:pPr>
      <w:r>
        <w:t>.</w:t>
      </w:r>
    </w:p>
    <w:p>
      <w:r>
        <w:rPr>
          <w:b/>
        </w:rPr>
        <w:t xml:space="preserve">[12:16] </w:t>
      </w:r>
      <w:r>
        <w:t>So why this happened?</w:t>
      </w:r>
    </w:p>
    <w:p>
      <w:pPr>
        <w:jc w:val="right"/>
      </w:pPr>
      <w:r>
        <w:t>So why this happened?</w:t>
      </w:r>
    </w:p>
    <w:p>
      <w:r>
        <w:rPr>
          <w:b/>
        </w:rPr>
        <w:t xml:space="preserve">[12:24] </w:t>
      </w:r>
      <w:r>
        <w:t>That after sixty years of struggle, Muslims are facing nothing but loss in terms of money, in terms of life.</w:t>
      </w:r>
    </w:p>
    <w:p>
      <w:pPr>
        <w:jc w:val="right"/>
      </w:pPr>
      <w:r>
        <w:t>That after sixty years of struggle, Muslims are facing nothing but loss in terms of money, in terms of life.</w:t>
      </w:r>
    </w:p>
    <w:p>
      <w:r>
        <w:rPr>
          <w:b/>
        </w:rPr>
        <w:t xml:space="preserve">[12:31] </w:t>
      </w:r>
      <w:r>
        <w:t>They sacrificed everything on these two fronts, but they failed completely because they deviated from the</w:t>
      </w:r>
    </w:p>
    <w:p>
      <w:pPr>
        <w:jc w:val="right"/>
      </w:pPr>
      <w:r>
        <w:t>They sacrificed everything on these two fronts, but they failed completely because they deviated from the</w:t>
      </w:r>
    </w:p>
    <w:p>
      <w:r>
        <w:rPr>
          <w:b/>
        </w:rPr>
        <w:t xml:space="preserve">[12:39] </w:t>
      </w:r>
      <w:r>
        <w:t>path of the Prophet.</w:t>
      </w:r>
    </w:p>
    <w:p>
      <w:pPr>
        <w:jc w:val="right"/>
      </w:pPr>
      <w:r>
        <w:t>path of the Prophet.</w:t>
      </w:r>
    </w:p>
    <w:p>
      <w:r>
        <w:rPr>
          <w:b/>
        </w:rPr>
        <w:t xml:space="preserve">[12:46] </w:t>
      </w:r>
      <w:r>
        <w:t>It was a case of deviation rather than a case of following.</w:t>
      </w:r>
    </w:p>
    <w:p>
      <w:pPr>
        <w:jc w:val="right"/>
      </w:pPr>
      <w:r>
        <w:t>It was a case of deviation rather than a case of following.</w:t>
      </w:r>
    </w:p>
    <w:p>
      <w:r>
        <w:rPr>
          <w:b/>
        </w:rPr>
        <w:t xml:space="preserve">[12:54] </w:t>
      </w:r>
      <w:r>
        <w:t>So this is a case, and we have to apply the Prophet's hadith on this case.</w:t>
      </w:r>
    </w:p>
    <w:p>
      <w:pPr>
        <w:jc w:val="right"/>
      </w:pPr>
      <w:r>
        <w:t>So this is a case, and we have to apply the Prophet's hadith on this case.</w:t>
      </w:r>
    </w:p>
    <w:p>
      <w:r>
        <w:rPr>
          <w:b/>
        </w:rPr>
        <w:t xml:space="preserve">[13:02] </w:t>
      </w:r>
      <w:r>
        <w:t>Here I would like to refer to a well-known hadith</w:t>
      </w:r>
    </w:p>
    <w:p>
      <w:pPr>
        <w:jc w:val="right"/>
      </w:pPr>
      <w:r>
        <w:t>Here I would like to refer to a well-known hadith</w:t>
      </w:r>
    </w:p>
    <w:p>
      <w:r>
        <w:rPr>
          <w:b/>
        </w:rPr>
        <w:t xml:space="preserve">[13:10] </w:t>
      </w:r>
      <w:r>
        <w:t>from Al-Bukhari.</w:t>
      </w:r>
    </w:p>
    <w:p>
      <w:pPr>
        <w:jc w:val="right"/>
      </w:pPr>
      <w:r>
        <w:t>from Al-Bukhari.</w:t>
      </w:r>
    </w:p>
    <w:p>
      <w:r>
        <w:rPr>
          <w:b/>
        </w:rPr>
        <w:t xml:space="preserve">[13:16] </w:t>
      </w:r>
      <w:r>
        <w:t>There is a hadith narrated by Aisha.</w:t>
      </w:r>
    </w:p>
    <w:p>
      <w:pPr>
        <w:jc w:val="right"/>
      </w:pPr>
      <w:r>
        <w:t>There is a hadith narrated by Aisha.</w:t>
      </w:r>
    </w:p>
    <w:p>
      <w:r>
        <w:rPr>
          <w:b/>
        </w:rPr>
        <w:t xml:space="preserve">[13:23] </w:t>
      </w:r>
      <w:r>
        <w:t>In this hadith, we find the general policy of the Prophet of Islam.</w:t>
      </w:r>
    </w:p>
    <w:p>
      <w:pPr>
        <w:jc w:val="right"/>
      </w:pPr>
      <w:r>
        <w:t>In this hadith, we find the general policy of the Prophet of Islam.</w:t>
      </w:r>
    </w:p>
    <w:p>
      <w:r>
        <w:rPr>
          <w:b/>
        </w:rPr>
        <w:t xml:space="preserve">[13:29] </w:t>
      </w:r>
      <w:r>
        <w:t>In this hadith, we find the general policy of the Prophet of Islam.</w:t>
      </w:r>
    </w:p>
    <w:p>
      <w:pPr>
        <w:jc w:val="right"/>
      </w:pPr>
      <w:r>
        <w:t>In this hadith, we find the general policy of the Prophet of Islam.</w:t>
      </w:r>
    </w:p>
    <w:p>
      <w:r>
        <w:rPr>
          <w:b/>
        </w:rPr>
        <w:t xml:space="preserve">[13:36] </w:t>
      </w:r>
      <w:r>
        <w:t>This hadith says,</w:t>
      </w:r>
    </w:p>
    <w:p>
      <w:pPr>
        <w:jc w:val="right"/>
      </w:pPr>
      <w:r>
        <w:t>This hadith says,</w:t>
      </w:r>
    </w:p>
    <w:p>
      <w:r>
        <w:rPr>
          <w:b/>
        </w:rPr>
        <w:t xml:space="preserve">[13:42] </w:t>
      </w:r>
      <w:r>
        <w:t>"Ma khaira rasoolullahi sallallahu alaihi wasallam bayna amrain illa ikhtaara aishah rahimah." Whenever the Prophet had</w:t>
      </w:r>
    </w:p>
    <w:p>
      <w:pPr>
        <w:jc w:val="right"/>
      </w:pPr>
      <w:r>
        <w:t>"ما خير رسول الله صلى الله عليه وسلم بين أمرين إلا اختار عائشة رحمها." Whenever the Prophet had</w:t>
      </w:r>
    </w:p>
    <w:p>
      <w:r>
        <w:rPr>
          <w:b/>
        </w:rPr>
        <w:t xml:space="preserve">[13:53] </w:t>
      </w:r>
      <w:r>
        <w:t>to choose between the two, he always opted for an easier course of action rather than a harder</w:t>
      </w:r>
    </w:p>
    <w:p>
      <w:pPr>
        <w:jc w:val="right"/>
      </w:pPr>
      <w:r>
        <w:t>to choose between the two, he always opted for an easier course of action rather than a harder</w:t>
      </w:r>
    </w:p>
    <w:p>
      <w:r>
        <w:rPr>
          <w:b/>
        </w:rPr>
        <w:t xml:space="preserve">[14:04] </w:t>
      </w:r>
      <w:r>
        <w:t>course of action.</w:t>
      </w:r>
    </w:p>
    <w:p>
      <w:pPr>
        <w:jc w:val="right"/>
      </w:pPr>
      <w:r>
        <w:t>course of action.</w:t>
      </w:r>
    </w:p>
    <w:p>
      <w:r>
        <w:rPr>
          <w:b/>
        </w:rPr>
        <w:t xml:space="preserve">[14:14] </w:t>
      </w:r>
      <w:r>
        <w:t>This was the general policy of the Prophet of Islam.</w:t>
      </w:r>
    </w:p>
    <w:p>
      <w:pPr>
        <w:jc w:val="right"/>
      </w:pPr>
      <w:r>
        <w:t>This was the general policy of the Prophet of Islam.</w:t>
      </w:r>
    </w:p>
    <w:p>
      <w:r>
        <w:rPr>
          <w:b/>
        </w:rPr>
        <w:t xml:space="preserve">[14:24] </w:t>
      </w:r>
      <w:r>
        <w:t>Now apply this principle on both these cases.</w:t>
      </w:r>
    </w:p>
    <w:p>
      <w:pPr>
        <w:jc w:val="right"/>
      </w:pPr>
      <w:r>
        <w:t>Now apply this principle on both these cases.</w:t>
      </w:r>
    </w:p>
    <w:p>
      <w:r>
        <w:rPr>
          <w:b/>
        </w:rPr>
        <w:t xml:space="preserve">[14:34] </w:t>
      </w:r>
      <w:r>
        <w:t>In Palestine and in Kashmir, at both the places, there were two opportunities, two kinds of opportunities: in peaceful activism</w:t>
      </w:r>
    </w:p>
    <w:p>
      <w:pPr>
        <w:jc w:val="right"/>
      </w:pPr>
      <w:r>
        <w:t>In Palestine and in Kashmir, at both the places, there were two opportunities, two kinds of opportunities: in peaceful activism</w:t>
      </w:r>
    </w:p>
    <w:p>
      <w:r>
        <w:rPr>
          <w:b/>
        </w:rPr>
        <w:t xml:space="preserve">[14:44] </w:t>
      </w:r>
      <w:r>
        <w:t>and violent activism in both the places.</w:t>
      </w:r>
    </w:p>
    <w:p>
      <w:pPr>
        <w:jc w:val="right"/>
      </w:pPr>
      <w:r>
        <w:t>and violent activism in both the places.</w:t>
      </w:r>
    </w:p>
    <w:p>
      <w:r>
        <w:rPr>
          <w:b/>
        </w:rPr>
        <w:t xml:space="preserve">[14:55] </w:t>
      </w:r>
      <w:r>
        <w:t>In Palestine and in Kashmir, at both the places, there were opportunities, both the opportunities.</w:t>
      </w:r>
    </w:p>
    <w:p>
      <w:pPr>
        <w:jc w:val="right"/>
      </w:pPr>
      <w:r>
        <w:t>In Palestine and in Kashmir, at both the places, there were opportunities, both the opportunities.</w:t>
      </w:r>
    </w:p>
    <w:p>
      <w:r>
        <w:rPr>
          <w:b/>
        </w:rPr>
        <w:t xml:space="preserve">[15:05] </w:t>
      </w:r>
      <w:r>
        <w:t>They were free to adopt</w:t>
      </w:r>
    </w:p>
    <w:p>
      <w:pPr>
        <w:jc w:val="right"/>
      </w:pPr>
      <w:r>
        <w:t>They were free to adopt</w:t>
      </w:r>
    </w:p>
    <w:p>
      <w:r>
        <w:rPr>
          <w:b/>
        </w:rPr>
        <w:t xml:space="preserve">[15:16] </w:t>
      </w:r>
      <w:r>
        <w:t>a peaceful method as well as they were free to adopt a violent method at both the places.</w:t>
      </w:r>
    </w:p>
    <w:p>
      <w:pPr>
        <w:jc w:val="right"/>
      </w:pPr>
      <w:r>
        <w:t>a peaceful method as well as they were free to adopt a violent method at both the places.</w:t>
      </w:r>
    </w:p>
    <w:p>
      <w:r>
        <w:rPr>
          <w:b/>
        </w:rPr>
        <w:t xml:space="preserve">[15:26] </w:t>
      </w:r>
      <w:r>
        <w:t>But Muslims adopted armed struggle, that is violent activism in Palestine as well as in Kashmir.</w:t>
      </w:r>
    </w:p>
    <w:p>
      <w:pPr>
        <w:jc w:val="right"/>
      </w:pPr>
      <w:r>
        <w:t>But Muslims adopted armed struggle, that is violent activism in Palestine as well as in Kashmir.</w:t>
      </w:r>
    </w:p>
    <w:p>
      <w:r>
        <w:rPr>
          <w:b/>
        </w:rPr>
        <w:t xml:space="preserve">[15:36] </w:t>
      </w:r>
      <w:r>
        <w:t>It was a clear deviation from the prophetic path.</w:t>
      </w:r>
    </w:p>
    <w:p>
      <w:pPr>
        <w:jc w:val="right"/>
      </w:pPr>
      <w:r>
        <w:t>It was a clear deviation from the prophetic path.</w:t>
      </w:r>
    </w:p>
    <w:p>
      <w:r>
        <w:rPr>
          <w:b/>
        </w:rPr>
        <w:t xml:space="preserve">[15:46] </w:t>
      </w:r>
      <w:r>
        <w:t>The doors were open for peaceful activism at both the places.</w:t>
      </w:r>
    </w:p>
    <w:p>
      <w:pPr>
        <w:jc w:val="right"/>
      </w:pPr>
      <w:r>
        <w:t>The doors were open for peaceful activism at both the places.</w:t>
      </w:r>
    </w:p>
    <w:p>
      <w:r>
        <w:rPr>
          <w:b/>
        </w:rPr>
        <w:t xml:space="preserve">[15:54] </w:t>
      </w:r>
      <w:r>
        <w:t>There was no hindrance at all.</w:t>
      </w:r>
    </w:p>
    <w:p>
      <w:pPr>
        <w:jc w:val="right"/>
      </w:pPr>
      <w:r>
        <w:t>There was no hindrance at all.</w:t>
      </w:r>
    </w:p>
    <w:p>
      <w:r>
        <w:rPr>
          <w:b/>
        </w:rPr>
        <w:t xml:space="preserve">[16:02] </w:t>
      </w:r>
      <w:r>
        <w:t>So Muslims must have followed the peaceful activism in Palestine as well as in Kashmir, but under the</w:t>
      </w:r>
    </w:p>
    <w:p>
      <w:pPr>
        <w:jc w:val="right"/>
      </w:pPr>
      <w:r>
        <w:t>So Muslims must have followed the peaceful activism in Palestine as well as in Kashmir, but under the</w:t>
      </w:r>
    </w:p>
    <w:p>
      <w:r>
        <w:rPr>
          <w:b/>
        </w:rPr>
        <w:t xml:space="preserve">[16:10] </w:t>
      </w:r>
      <w:r>
        <w:t>wrong leadership, under the wrong guidance, they adopted</w:t>
      </w:r>
    </w:p>
    <w:p>
      <w:pPr>
        <w:jc w:val="right"/>
      </w:pPr>
      <w:r>
        <w:t>wrong leadership, under the wrong guidance, they adopted</w:t>
      </w:r>
    </w:p>
    <w:p>
      <w:r>
        <w:rPr>
          <w:b/>
        </w:rPr>
        <w:t xml:space="preserve">[16:18] </w:t>
      </w:r>
      <w:r>
        <w:t>violent activism, that is armed struggle.</w:t>
      </w:r>
    </w:p>
    <w:p>
      <w:pPr>
        <w:jc w:val="right"/>
      </w:pPr>
      <w:r>
        <w:t>violent activism, that is armed struggle.</w:t>
      </w:r>
    </w:p>
    <w:p>
      <w:r>
        <w:rPr>
          <w:b/>
        </w:rPr>
        <w:t xml:space="preserve">[16:24] </w:t>
      </w:r>
      <w:r>
        <w:t>It was completely a deviation from the prophetic path, so it failed.</w:t>
      </w:r>
    </w:p>
    <w:p>
      <w:pPr>
        <w:jc w:val="right"/>
      </w:pPr>
      <w:r>
        <w:t>It was completely a deviation from the prophetic path, so it failed.</w:t>
      </w:r>
    </w:p>
    <w:p>
      <w:r>
        <w:rPr>
          <w:b/>
        </w:rPr>
        <w:t xml:space="preserve">[16:30] </w:t>
      </w:r>
      <w:r>
        <w:t>It was doomed to failure from the beginning.</w:t>
      </w:r>
    </w:p>
    <w:p>
      <w:pPr>
        <w:jc w:val="right"/>
      </w:pPr>
      <w:r>
        <w:t>It was doomed to failure from the beginning.</w:t>
      </w:r>
    </w:p>
    <w:p>
      <w:r>
        <w:rPr>
          <w:b/>
        </w:rPr>
        <w:t xml:space="preserve">[16:36] </w:t>
      </w:r>
      <w:r>
        <w:t>This is what I call reassessment.</w:t>
      </w:r>
    </w:p>
    <w:p>
      <w:pPr>
        <w:jc w:val="right"/>
      </w:pPr>
      <w:r>
        <w:t>This is what I call reassessment.</w:t>
      </w:r>
    </w:p>
    <w:p>
      <w:r>
        <w:rPr>
          <w:b/>
        </w:rPr>
        <w:t xml:space="preserve">[16:42] </w:t>
      </w:r>
      <w:r>
        <w:t>We have to reassess the whole situation.</w:t>
      </w:r>
    </w:p>
    <w:p>
      <w:pPr>
        <w:jc w:val="right"/>
      </w:pPr>
      <w:r>
        <w:t>We have to reassess the whole situation.</w:t>
      </w:r>
    </w:p>
    <w:p>
      <w:r>
        <w:rPr>
          <w:b/>
        </w:rPr>
        <w:t xml:space="preserve">[16:48] </w:t>
      </w:r>
      <w:r>
        <w:t>We have to reassess our past, and we have to reassess our present in the light of the</w:t>
      </w:r>
    </w:p>
    <w:p>
      <w:pPr>
        <w:jc w:val="right"/>
      </w:pPr>
      <w:r>
        <w:t>We have to reassess our past, and we have to reassess our present in the light of the</w:t>
      </w:r>
    </w:p>
    <w:p>
      <w:r>
        <w:rPr>
          <w:b/>
        </w:rPr>
        <w:t xml:space="preserve">[16:56] </w:t>
      </w:r>
      <w:r>
        <w:t>Quran and in the light of the Sunnah.</w:t>
      </w:r>
    </w:p>
    <w:p>
      <w:pPr>
        <w:jc w:val="right"/>
      </w:pPr>
      <w:r>
        <w:t>Quran and in the light of the Sunnah.</w:t>
      </w:r>
    </w:p>
    <w:p>
      <w:r>
        <w:rPr>
          <w:b/>
        </w:rPr>
        <w:t xml:space="preserve">[17:04] </w:t>
      </w:r>
      <w:r>
        <w:t>This is the application of that hadith, "taraqtu feekum amrain, lan tazillu ma tamassaktum bihima; kitab Allah wa sunnat</w:t>
      </w:r>
    </w:p>
    <w:p>
      <w:pPr>
        <w:jc w:val="right"/>
      </w:pPr>
      <w:r>
        <w:t>This is the application of that hadith, "طَرَقْتُ فِيكُمْ أَمْرَيْنَ، لَنْ تَذِلُّوا مَا تَمَسَّكْتُمْ بِهِمَا؛ كِتَابَ اللَّهِ وَسُنَّةَ</w:t>
      </w:r>
    </w:p>
    <w:p>
      <w:r>
        <w:rPr>
          <w:b/>
        </w:rPr>
        <w:t xml:space="preserve">[17:12] </w:t>
      </w:r>
      <w:r>
        <w:t>nabbihi." I am leaving</w:t>
      </w:r>
    </w:p>
    <w:p>
      <w:pPr>
        <w:jc w:val="right"/>
      </w:pPr>
      <w:r>
        <w:t>نَبِيِّهِ." I am leaving</w:t>
      </w:r>
    </w:p>
    <w:p>
      <w:r>
        <w:rPr>
          <w:b/>
        </w:rPr>
        <w:t xml:space="preserve">[17:19] </w:t>
      </w:r>
      <w:r>
        <w:t>two important things for you: Quran and Sunnah, and you will never go astray until you follow them.</w:t>
      </w:r>
    </w:p>
    <w:p>
      <w:pPr>
        <w:jc w:val="right"/>
      </w:pPr>
      <w:r>
        <w:t>two important things for you: Quran and Sunnah, and you will never go astray until you follow them.</w:t>
      </w:r>
    </w:p>
    <w:p>
      <w:r>
        <w:rPr>
          <w:b/>
        </w:rPr>
        <w:t xml:space="preserve">[17:31] </w:t>
      </w:r>
      <w:r>
        <w:t>So in this case, you find that Muslims failed to follow the path of the path given to</w:t>
      </w:r>
    </w:p>
    <w:p>
      <w:pPr>
        <w:jc w:val="right"/>
      </w:pPr>
      <w:r>
        <w:t>So in this case, you find that Muslims failed to follow the path of the path given to</w:t>
      </w:r>
    </w:p>
    <w:p>
      <w:r>
        <w:rPr>
          <w:b/>
        </w:rPr>
        <w:t xml:space="preserve">[17:42] </w:t>
      </w:r>
      <w:r>
        <w:t>them by the Prophet.</w:t>
      </w:r>
    </w:p>
    <w:p>
      <w:pPr>
        <w:jc w:val="right"/>
      </w:pPr>
      <w:r>
        <w:t>them by the Prophet.</w:t>
      </w:r>
    </w:p>
    <w:p>
      <w:r>
        <w:rPr>
          <w:b/>
        </w:rPr>
        <w:t xml:space="preserve">[17:53] </w:t>
      </w:r>
      <w:r>
        <w:t>It is a clear example when there was, when the option for, when the option for peace was open.</w:t>
      </w:r>
    </w:p>
    <w:p>
      <w:pPr>
        <w:jc w:val="right"/>
      </w:pPr>
      <w:r>
        <w:t>It is a clear example when there was, when the option for, when the option for peace was open.</w:t>
      </w:r>
    </w:p>
    <w:p>
      <w:r>
        <w:rPr>
          <w:b/>
        </w:rPr>
        <w:t xml:space="preserve">[18:00] </w:t>
      </w:r>
      <w:r>
        <w:t>So why did they opt for violence? Why?</w:t>
      </w:r>
    </w:p>
    <w:p>
      <w:pPr>
        <w:jc w:val="right"/>
      </w:pPr>
      <w:r>
        <w:t>So why did they opt for violence? Why?</w:t>
      </w:r>
    </w:p>
    <w:p>
      <w:r>
        <w:rPr>
          <w:b/>
        </w:rPr>
        <w:t xml:space="preserve">[18:08] </w:t>
      </w:r>
      <w:r>
        <w:t>It was sin, it was crime, it was deviation, it was inheraf.</w:t>
      </w:r>
    </w:p>
    <w:p>
      <w:pPr>
        <w:jc w:val="right"/>
      </w:pPr>
      <w:r>
        <w:t>It was sin, it was crime, it was deviation, it was inheraf.</w:t>
      </w:r>
    </w:p>
    <w:p>
      <w:r>
        <w:rPr>
          <w:b/>
        </w:rPr>
        <w:t xml:space="preserve">[18:15] </w:t>
      </w:r>
      <w:r>
        <w:t>It is a fact that it is</w:t>
      </w:r>
    </w:p>
    <w:p>
      <w:pPr>
        <w:jc w:val="right"/>
      </w:pPr>
      <w:r>
        <w:t>It is a fact that it is</w:t>
      </w:r>
    </w:p>
    <w:p>
      <w:r>
        <w:rPr>
          <w:b/>
        </w:rPr>
        <w:t xml:space="preserve">[18:23] </w:t>
      </w:r>
      <w:r>
        <w:t>a fact that at both places they are free to adopt for both the methods, peace and violence,</w:t>
      </w:r>
    </w:p>
    <w:p>
      <w:pPr>
        <w:jc w:val="right"/>
      </w:pPr>
      <w:r>
        <w:t>a fact that at both places they are free to adopt for both the methods, peace and violence,</w:t>
      </w:r>
    </w:p>
    <w:p>
      <w:r>
        <w:rPr>
          <w:b/>
        </w:rPr>
        <w:t xml:space="preserve">[18:34] </w:t>
      </w:r>
      <w:r>
        <w:t>but they failed to adopt peaceful activism, and they adopted violent activism, and this kind of behavior was</w:t>
      </w:r>
    </w:p>
    <w:p>
      <w:pPr>
        <w:jc w:val="right"/>
      </w:pPr>
      <w:r>
        <w:t>but they failed to adopt peaceful activism, and they adopted violent activism, and this kind of behavior was</w:t>
      </w:r>
    </w:p>
    <w:p>
      <w:r>
        <w:rPr>
          <w:b/>
        </w:rPr>
        <w:t xml:space="preserve">[18:45] </w:t>
      </w:r>
      <w:r>
        <w:t>doomed to failure</w:t>
      </w:r>
    </w:p>
    <w:p>
      <w:pPr>
        <w:jc w:val="right"/>
      </w:pPr>
      <w:r>
        <w:t>doomed to failure</w:t>
      </w:r>
    </w:p>
    <w:p>
      <w:r>
        <w:rPr>
          <w:b/>
        </w:rPr>
        <w:t xml:space="preserve">[18:55] </w:t>
      </w:r>
      <w:r>
        <w:t>—</w:t>
      </w:r>
    </w:p>
    <w:p>
      <w:pPr>
        <w:jc w:val="right"/>
      </w:pPr>
      <w:r>
        <w:t>.</w:t>
      </w:r>
    </w:p>
    <w:p>
      <w:r>
        <w:rPr>
          <w:b/>
        </w:rPr>
        <w:t xml:space="preserve">[19:01] </w:t>
      </w:r>
      <w:r>
        <w:t>Then I would like to give you.</w:t>
      </w:r>
    </w:p>
    <w:p>
      <w:pPr>
        <w:jc w:val="right"/>
      </w:pPr>
      <w:r>
        <w:t>Then I would like to give you.</w:t>
      </w:r>
    </w:p>
    <w:p>
      <w:r>
        <w:rPr>
          <w:b/>
        </w:rPr>
        <w:t xml:space="preserve">[19:07] </w:t>
      </w:r>
      <w:r>
        <w:t>Now everywhere in the world, Muslims are speaking in terms of enmity.</w:t>
      </w:r>
    </w:p>
    <w:p>
      <w:pPr>
        <w:jc w:val="right"/>
      </w:pPr>
      <w:r>
        <w:t>Now everywhere in the world, Muslims are speaking in terms of enmity.</w:t>
      </w:r>
    </w:p>
    <w:p>
      <w:r>
        <w:rPr>
          <w:b/>
        </w:rPr>
        <w:t xml:space="preserve">[19:13] </w:t>
      </w:r>
      <w:r>
        <w:t>Everyone, everyone, everyone, excluding myself, speaks the language of enmity.</w:t>
      </w:r>
    </w:p>
    <w:p>
      <w:pPr>
        <w:jc w:val="right"/>
      </w:pPr>
      <w:r>
        <w:t>Everyone, everyone, everyone, excluding myself, speaks the language of enmity.</w:t>
      </w:r>
    </w:p>
    <w:p>
      <w:r>
        <w:rPr>
          <w:b/>
        </w:rPr>
        <w:t xml:space="preserve">[19:19] </w:t>
      </w:r>
      <w:r>
        <w:t>They say America is the en</w:t>
      </w:r>
    </w:p>
    <w:p>
      <w:pPr>
        <w:jc w:val="right"/>
      </w:pPr>
      <w:r>
        <w:t>They say America is the en</w:t>
      </w:r>
    </w:p>
    <w:p>
      <w:r>
        <w:rPr>
          <w:b/>
        </w:rPr>
        <w:t xml:space="preserve">[19:25] </w:t>
      </w:r>
      <w:r>
        <w:t>emy number one of Islam, Israel is the enemy number one of Islam, Hindus are the enemy number</w:t>
      </w:r>
    </w:p>
    <w:p>
      <w:pPr>
        <w:jc w:val="right"/>
      </w:pPr>
      <w:r>
        <w:t>emy number one of Islam, Israel is the enemy number one of Islam, Hindus are the enemy number</w:t>
      </w:r>
    </w:p>
    <w:p>
      <w:r>
        <w:rPr>
          <w:b/>
        </w:rPr>
        <w:t xml:space="preserve">[19:31] </w:t>
      </w:r>
      <w:r>
        <w:t>one of Islam.</w:t>
      </w:r>
    </w:p>
    <w:p>
      <w:pPr>
        <w:jc w:val="right"/>
      </w:pPr>
      <w:r>
        <w:t>one of Islam.</w:t>
      </w:r>
    </w:p>
    <w:p>
      <w:r>
        <w:rPr>
          <w:b/>
        </w:rPr>
        <w:t xml:space="preserve">[19:36] </w:t>
      </w:r>
      <w:r>
        <w:t>So all the world is the enemy of Islam.</w:t>
      </w:r>
    </w:p>
    <w:p>
      <w:pPr>
        <w:jc w:val="right"/>
      </w:pPr>
      <w:r>
        <w:t>So all the world is the enemy of Islam.</w:t>
      </w:r>
    </w:p>
    <w:p>
      <w:r>
        <w:rPr>
          <w:b/>
        </w:rPr>
        <w:t xml:space="preserve">[19:41] </w:t>
      </w:r>
      <w:r>
        <w:t>All the world is the enemy of Islam. Why?</w:t>
      </w:r>
    </w:p>
    <w:p>
      <w:pPr>
        <w:jc w:val="right"/>
      </w:pPr>
      <w:r>
        <w:t>All the world is the enemy of Islam. Why?</w:t>
      </w:r>
    </w:p>
    <w:p>
      <w:r>
        <w:rPr>
          <w:b/>
        </w:rPr>
        <w:t xml:space="preserve">[19:46] </w:t>
      </w:r>
      <w:r>
        <w:t>They have no, they have no reason.</w:t>
      </w:r>
    </w:p>
    <w:p>
      <w:pPr>
        <w:jc w:val="right"/>
      </w:pPr>
      <w:r>
        <w:t>They have no, they have no reason.</w:t>
      </w:r>
    </w:p>
    <w:p>
      <w:r>
        <w:rPr>
          <w:b/>
        </w:rPr>
        <w:t xml:space="preserve">[19:51] </w:t>
      </w:r>
      <w:r>
        <w:t>What happened is that Mus</w:t>
      </w:r>
    </w:p>
    <w:p>
      <w:pPr>
        <w:jc w:val="right"/>
      </w:pPr>
      <w:r>
        <w:t>What happened is that Mus</w:t>
      </w:r>
    </w:p>
    <w:p>
      <w:r>
        <w:rPr>
          <w:b/>
        </w:rPr>
        <w:t xml:space="preserve">[19:56] </w:t>
      </w:r>
      <w:r>
        <w:t>lims faced some kind of trouble, some kind of problem, some kind of atrocities from other communities, so</w:t>
      </w:r>
    </w:p>
    <w:p>
      <w:pPr>
        <w:jc w:val="right"/>
      </w:pPr>
      <w:r>
        <w:t>lims faced some kind of trouble, some kind of problem, some kind of atrocities from other communities, so</w:t>
      </w:r>
    </w:p>
    <w:p>
      <w:r>
        <w:rPr>
          <w:b/>
        </w:rPr>
        <w:t xml:space="preserve">[20:04] </w:t>
      </w:r>
      <w:r>
        <w:t>they declared themselves enemies of Islam.</w:t>
      </w:r>
    </w:p>
    <w:p>
      <w:pPr>
        <w:jc w:val="right"/>
      </w:pPr>
      <w:r>
        <w:t>they declared themselves enemies of Islam.</w:t>
      </w:r>
    </w:p>
    <w:p>
      <w:r>
        <w:rPr>
          <w:b/>
        </w:rPr>
        <w:t xml:space="preserve">[20:12] </w:t>
      </w:r>
      <w:r>
        <w:t>This language was never used by the Prophet of Islam.</w:t>
      </w:r>
    </w:p>
    <w:p>
      <w:pPr>
        <w:jc w:val="right"/>
      </w:pPr>
      <w:r>
        <w:t>This language was never used by the Prophet of Islam.</w:t>
      </w:r>
    </w:p>
    <w:p>
      <w:r>
        <w:rPr>
          <w:b/>
        </w:rPr>
        <w:t xml:space="preserve">[20:20] </w:t>
      </w:r>
      <w:r>
        <w:t>You see, when the Prophet started his mission in Makkah in 610 AD,</w:t>
      </w:r>
    </w:p>
    <w:p>
      <w:pPr>
        <w:jc w:val="right"/>
      </w:pPr>
      <w:r>
        <w:t>You see, when the Prophet started his mission in Makkah in 610 AD,</w:t>
      </w:r>
    </w:p>
    <w:p>
      <w:r>
        <w:rPr>
          <w:b/>
        </w:rPr>
        <w:t xml:space="preserve">[20:28] </w:t>
      </w:r>
      <w:r>
        <w:t>the tribe of Quraish was in a leading position.</w:t>
      </w:r>
    </w:p>
    <w:p>
      <w:pPr>
        <w:jc w:val="right"/>
      </w:pPr>
      <w:r>
        <w:t>the tribe of Quraish was in a leading position.</w:t>
      </w:r>
    </w:p>
    <w:p>
      <w:r>
        <w:rPr>
          <w:b/>
        </w:rPr>
        <w:t xml:space="preserve">[20:36] </w:t>
      </w:r>
      <w:r>
        <w:t>They were the leaders of Makkah, not only Makkah but the leaders of Arabia.</w:t>
      </w:r>
    </w:p>
    <w:p>
      <w:pPr>
        <w:jc w:val="right"/>
      </w:pPr>
      <w:r>
        <w:t>They were the leaders of Makkah, not only Makkah but the leaders of Arabia.</w:t>
      </w:r>
    </w:p>
    <w:p>
      <w:r>
        <w:rPr>
          <w:b/>
        </w:rPr>
        <w:t xml:space="preserve">[20:44] </w:t>
      </w:r>
      <w:r>
        <w:t>So they turned hostile.</w:t>
      </w:r>
    </w:p>
    <w:p>
      <w:pPr>
        <w:jc w:val="right"/>
      </w:pPr>
      <w:r>
        <w:t>So they turned hostile.</w:t>
      </w:r>
    </w:p>
    <w:p>
      <w:r>
        <w:rPr>
          <w:b/>
        </w:rPr>
        <w:t xml:space="preserve">[20:51] </w:t>
      </w:r>
      <w:r>
        <w:t>They became enemies in the term of, in the language of modern Muslims.</w:t>
      </w:r>
    </w:p>
    <w:p>
      <w:pPr>
        <w:jc w:val="right"/>
      </w:pPr>
      <w:r>
        <w:t>They became enemies in the term of, in the language of modern Muslims.</w:t>
      </w:r>
    </w:p>
    <w:p>
      <w:r>
        <w:rPr>
          <w:b/>
        </w:rPr>
        <w:t xml:space="preserve">[20:59] </w:t>
      </w:r>
      <w:r>
        <w:t>But the Prophet never said that Quraish are the enemy number one of Islam, never.</w:t>
      </w:r>
    </w:p>
    <w:p>
      <w:pPr>
        <w:jc w:val="right"/>
      </w:pPr>
      <w:r>
        <w:t>But the Prophet never said that Quraish are the enemy number one of Islam, never.</w:t>
      </w:r>
    </w:p>
    <w:p>
      <w:r>
        <w:rPr>
          <w:b/>
        </w:rPr>
        <w:t xml:space="preserve">[21:06] </w:t>
      </w:r>
      <w:r>
        <w:t>When they inflicted so many troubles, and the Prophet, even they wanted to kill the Prophet, so the</w:t>
      </w:r>
    </w:p>
    <w:p>
      <w:pPr>
        <w:jc w:val="right"/>
      </w:pPr>
      <w:r>
        <w:t>When they inflicted so many troubles, and the Prophet, even they wanted to kill the Prophet, so the</w:t>
      </w:r>
    </w:p>
    <w:p>
      <w:r>
        <w:rPr>
          <w:b/>
        </w:rPr>
        <w:t xml:space="preserve">[21:14] </w:t>
      </w:r>
      <w:r>
        <w:t>Prophet was compelled to leave Makkah.</w:t>
      </w:r>
    </w:p>
    <w:p>
      <w:pPr>
        <w:jc w:val="right"/>
      </w:pPr>
      <w:r>
        <w:t>Prophet was compelled to leave Makkah.</w:t>
      </w:r>
    </w:p>
    <w:p>
      <w:r>
        <w:rPr>
          <w:b/>
        </w:rPr>
        <w:t xml:space="preserve">[21:21] </w:t>
      </w:r>
      <w:r>
        <w:t>So he migrated to Makkah,</w:t>
      </w:r>
    </w:p>
    <w:p>
      <w:pPr>
        <w:jc w:val="right"/>
      </w:pPr>
      <w:r>
        <w:t>So he migrated to Makkah,</w:t>
      </w:r>
    </w:p>
    <w:p>
      <w:r>
        <w:rPr>
          <w:b/>
        </w:rPr>
        <w:t xml:space="preserve">[21:29] </w:t>
      </w:r>
      <w:r>
        <w:t>and he settled in Madinah, but he never spoke this language that the Makkan people are the enemy</w:t>
      </w:r>
    </w:p>
    <w:p>
      <w:pPr>
        <w:jc w:val="right"/>
      </w:pPr>
      <w:r>
        <w:t>and he settled in Madinah, but he never spoke this language that the Makkan people are the enemy</w:t>
      </w:r>
    </w:p>
    <w:p>
      <w:r>
        <w:rPr>
          <w:b/>
        </w:rPr>
        <w:t xml:space="preserve">[21:36] </w:t>
      </w:r>
      <w:r>
        <w:t>number one of Islam, never, never, never.</w:t>
      </w:r>
    </w:p>
    <w:p>
      <w:pPr>
        <w:jc w:val="right"/>
      </w:pPr>
      <w:r>
        <w:t>number one of Islam, never, never, never.</w:t>
      </w:r>
    </w:p>
    <w:p>
      <w:r>
        <w:rPr>
          <w:b/>
        </w:rPr>
        <w:t xml:space="preserve">[21:44] </w:t>
      </w:r>
      <w:r>
        <w:t>Present Muslims always say that America is the enemy of Islam, raqam wahid.</w:t>
      </w:r>
    </w:p>
    <w:p>
      <w:pPr>
        <w:jc w:val="right"/>
      </w:pPr>
      <w:r>
        <w:t>Present Muslims always say that America is the enemy of Islam, رقم واحد.</w:t>
      </w:r>
    </w:p>
    <w:p>
      <w:r>
        <w:rPr>
          <w:b/>
        </w:rPr>
        <w:t xml:space="preserve">[21:52] </w:t>
      </w:r>
      <w:r>
        <w:t>Arab people say that America is the enem</w:t>
      </w:r>
    </w:p>
    <w:p>
      <w:pPr>
        <w:jc w:val="right"/>
      </w:pPr>
      <w:r>
        <w:t>Arab people say that America is the enem</w:t>
      </w:r>
    </w:p>
    <w:p>
      <w:r>
        <w:rPr>
          <w:b/>
        </w:rPr>
        <w:t xml:space="preserve">[21:59] </w:t>
      </w:r>
      <w:r>
        <w:t>y of Islam, raqam wahid.</w:t>
      </w:r>
    </w:p>
    <w:p>
      <w:pPr>
        <w:jc w:val="right"/>
      </w:pPr>
      <w:r>
        <w:t>y of Islam, رقم واحد.</w:t>
      </w:r>
    </w:p>
    <w:p>
      <w:r>
        <w:rPr>
          <w:b/>
        </w:rPr>
        <w:t xml:space="preserve">[22:06] </w:t>
      </w:r>
      <w:r>
        <w:t>Other Muslims say America is the enemy number one of Islam, but the Prophet of Islam never said like this.</w:t>
      </w:r>
    </w:p>
    <w:p>
      <w:pPr>
        <w:jc w:val="right"/>
      </w:pPr>
      <w:r>
        <w:t>Other Muslims say America is the enemy number one of Islam, but the Prophet of Islam never said like this.</w:t>
      </w:r>
    </w:p>
    <w:p>
      <w:r>
        <w:rPr>
          <w:b/>
        </w:rPr>
        <w:t xml:space="preserve">[22:13] </w:t>
      </w:r>
      <w:r>
        <w:t>He never said that Makkah is the enemy number one of Islam or Quraish are the enemy number</w:t>
      </w:r>
    </w:p>
    <w:p>
      <w:pPr>
        <w:jc w:val="right"/>
      </w:pPr>
      <w:r>
        <w:t>He never said that Makkah is the enemy number one of Islam or Quraish are the enemy number</w:t>
      </w:r>
    </w:p>
    <w:p>
      <w:r>
        <w:rPr>
          <w:b/>
        </w:rPr>
        <w:t xml:space="preserve">[22:20] </w:t>
      </w:r>
      <w:r>
        <w:t>one of Islam.</w:t>
      </w:r>
    </w:p>
    <w:p>
      <w:pPr>
        <w:jc w:val="right"/>
      </w:pPr>
      <w:r>
        <w:t>one of Islam.</w:t>
      </w:r>
    </w:p>
    <w:p>
      <w:r>
        <w:rPr>
          <w:b/>
        </w:rPr>
        <w:t xml:space="preserve">[22:27] </w:t>
      </w:r>
      <w:r>
        <w:t>Even he never uttered any sentence against those people</w:t>
      </w:r>
    </w:p>
    <w:p>
      <w:pPr>
        <w:jc w:val="right"/>
      </w:pPr>
      <w:r>
        <w:t>Even he never uttered any sentence against those people</w:t>
      </w:r>
    </w:p>
    <w:p>
      <w:r>
        <w:rPr>
          <w:b/>
        </w:rPr>
        <w:t xml:space="preserve">[22:34] </w:t>
      </w:r>
      <w:r>
        <w:t>when he reached Makkah, and he delivered his first speech.</w:t>
      </w:r>
    </w:p>
    <w:p>
      <w:pPr>
        <w:jc w:val="right"/>
      </w:pPr>
      <w:r>
        <w:t>when he reached Makkah, and he delivered his first speech.</w:t>
      </w:r>
    </w:p>
    <w:p>
      <w:r>
        <w:rPr>
          <w:b/>
        </w:rPr>
        <w:t xml:space="preserve">[22:42] </w:t>
      </w:r>
      <w:r>
        <w:t>This speech you can read in the Sirat Ibn Hisham.</w:t>
      </w:r>
    </w:p>
    <w:p>
      <w:pPr>
        <w:jc w:val="right"/>
      </w:pPr>
      <w:r>
        <w:t>This speech you can read in the Sirat Ibn Hisham.</w:t>
      </w:r>
    </w:p>
    <w:p>
      <w:r>
        <w:rPr>
          <w:b/>
        </w:rPr>
        <w:t xml:space="preserve">[22:50] </w:t>
      </w:r>
      <w:r>
        <w:t>This speech is mentioned in this book, Sirat Ibn Hisham, which is an authentic book called Sira.</w:t>
      </w:r>
    </w:p>
    <w:p>
      <w:pPr>
        <w:jc w:val="right"/>
      </w:pPr>
      <w:r>
        <w:t>This speech is mentioned in this book, Sirat Ibn Hisham, which is an authentic book called Sira.</w:t>
      </w:r>
    </w:p>
    <w:p>
      <w:r>
        <w:rPr>
          <w:b/>
        </w:rPr>
        <w:t xml:space="preserve">[22:58] </w:t>
      </w:r>
      <w:r>
        <w:t>awwal khutbah khataba rasool Allah sal Allah alayhi wa sallam fil Madinah</w:t>
      </w:r>
    </w:p>
    <w:p>
      <w:pPr>
        <w:jc w:val="right"/>
      </w:pPr>
      <w:r>
        <w:t>أَوَّلُ خُطْبَةٍ خَطَبَهَا رَسُولُ اللَّهِ صلى الله عليه وسلم فِي الْمَدِينَةِ</w:t>
      </w:r>
    </w:p>
    <w:p>
      <w:r>
        <w:rPr>
          <w:b/>
        </w:rPr>
        <w:t xml:space="preserve">[23:06] </w:t>
      </w:r>
      <w:r>
        <w:t>—</w:t>
      </w:r>
    </w:p>
    <w:p>
      <w:pPr>
        <w:jc w:val="right"/>
      </w:pPr>
      <w:r>
        <w:t>.</w:t>
      </w:r>
    </w:p>
    <w:p>
      <w:r>
        <w:rPr>
          <w:b/>
        </w:rPr>
        <w:t xml:space="preserve">[23:14] </w:t>
      </w:r>
      <w:r>
        <w:t>The first speech delivered by the Prophet of Islam in Madinah.</w:t>
      </w:r>
    </w:p>
    <w:p>
      <w:pPr>
        <w:jc w:val="right"/>
      </w:pPr>
      <w:r>
        <w:t>The first speech delivered by the Prophet of Islam in Madinah.</w:t>
      </w:r>
    </w:p>
    <w:p>
      <w:r>
        <w:rPr>
          <w:b/>
        </w:rPr>
        <w:t xml:space="preserve">[23:22] </w:t>
      </w:r>
      <w:r>
        <w:t>So in this speech he said, "Ayyuha al-nas ittaqullah walaw bi shaqi tamrah." O people, save yourselves from</w:t>
      </w:r>
    </w:p>
    <w:p>
      <w:pPr>
        <w:jc w:val="right"/>
      </w:pPr>
      <w:r>
        <w:t>So in this speech he said, "أيها الناس اتقوا الله ولو بشق تمرة." O people, save yourselves from</w:t>
      </w:r>
    </w:p>
    <w:p>
      <w:r>
        <w:rPr>
          <w:b/>
        </w:rPr>
        <w:t xml:space="preserve">[23:30] </w:t>
      </w:r>
      <w:r>
        <w:t>the hellfire at any cost</w:t>
      </w:r>
    </w:p>
    <w:p>
      <w:pPr>
        <w:jc w:val="right"/>
      </w:pPr>
      <w:r>
        <w:t>the hellfire at any cost</w:t>
      </w:r>
    </w:p>
    <w:p>
      <w:r>
        <w:rPr>
          <w:b/>
        </w:rPr>
        <w:t xml:space="preserve">[23:39] </w:t>
      </w:r>
      <w:r>
        <w:t>—</w:t>
      </w:r>
    </w:p>
    <w:p>
      <w:pPr>
        <w:jc w:val="right"/>
      </w:pPr>
      <w:r>
        <w:t>.</w:t>
      </w:r>
    </w:p>
    <w:p>
      <w:r>
        <w:rPr>
          <w:b/>
        </w:rPr>
        <w:t xml:space="preserve">[23:46] </w:t>
      </w:r>
      <w:r>
        <w:t>And you see, in our present days, all the Muslim speakers, all the Muslim writers are engaged to</w:t>
      </w:r>
    </w:p>
    <w:p>
      <w:pPr>
        <w:jc w:val="right"/>
      </w:pPr>
      <w:r>
        <w:t>And you see, in our present days, all the Muslim speakers, all the Muslim writers are engaged to</w:t>
      </w:r>
    </w:p>
    <w:p>
      <w:r>
        <w:rPr>
          <w:b/>
        </w:rPr>
        <w:t xml:space="preserve">[23:54] </w:t>
      </w:r>
      <w:r>
        <w:t>declare the conspiracies of other nations, conspiracies, enmities of other nations.</w:t>
      </w:r>
    </w:p>
    <w:p>
      <w:pPr>
        <w:jc w:val="right"/>
      </w:pPr>
      <w:r>
        <w:t>declare the conspiracies of other nations, conspiracies, enmities of other nations.</w:t>
      </w:r>
    </w:p>
    <w:p>
      <w:r>
        <w:rPr>
          <w:b/>
        </w:rPr>
        <w:t xml:space="preserve">[24:01] </w:t>
      </w:r>
      <w:r>
        <w:t>All Muslim papers, all Muslim magazines, all Muslim meetings are speaking this language</w:t>
      </w:r>
    </w:p>
    <w:p>
      <w:pPr>
        <w:jc w:val="right"/>
      </w:pPr>
      <w:r>
        <w:t>All Muslim papers, all Muslim magazines, all Muslim meetings are speaking this language</w:t>
      </w:r>
    </w:p>
    <w:p>
      <w:r>
        <w:rPr>
          <w:b/>
        </w:rPr>
        <w:t xml:space="preserve">[24:09] </w:t>
      </w:r>
      <w:r>
        <w:t>everywhere in the world.</w:t>
      </w:r>
    </w:p>
    <w:p>
      <w:pPr>
        <w:jc w:val="right"/>
      </w:pPr>
      <w:r>
        <w:t>everywhere in the world.</w:t>
      </w:r>
    </w:p>
    <w:p>
      <w:r>
        <w:rPr>
          <w:b/>
        </w:rPr>
        <w:t xml:space="preserve">[24:18] </w:t>
      </w:r>
      <w:r>
        <w:t>So all the Muslims became negative.</w:t>
      </w:r>
    </w:p>
    <w:p>
      <w:pPr>
        <w:jc w:val="right"/>
      </w:pPr>
      <w:r>
        <w:t>So all the Muslims became negative.</w:t>
      </w:r>
    </w:p>
    <w:p>
      <w:r>
        <w:rPr>
          <w:b/>
        </w:rPr>
        <w:t xml:space="preserve">[24:26] </w:t>
      </w:r>
      <w:r>
        <w:t>All the Muslims are living in hate, hate against America, hate against Jews, hate against Christians, hate against</w:t>
      </w:r>
    </w:p>
    <w:p>
      <w:pPr>
        <w:jc w:val="right"/>
      </w:pPr>
      <w:r>
        <w:t>All the Muslims are living in hate, hate against America, hate against Jews, hate against Christians, hate against</w:t>
      </w:r>
    </w:p>
    <w:p>
      <w:r>
        <w:rPr>
          <w:b/>
        </w:rPr>
        <w:t xml:space="preserve">[24:35] </w:t>
      </w:r>
      <w:r>
        <w:t>Hindus because every language, every Muslim magazine, every Muslim paper, every Muslim stage, every Muslim meeting</w:t>
      </w:r>
    </w:p>
    <w:p>
      <w:pPr>
        <w:jc w:val="right"/>
      </w:pPr>
      <w:r>
        <w:t>Hindus because every language, every Muslim magazine, every Muslim paper, every Muslim stage, every Muslim meeting</w:t>
      </w:r>
    </w:p>
    <w:p>
      <w:r>
        <w:rPr>
          <w:b/>
        </w:rPr>
        <w:t xml:space="preserve">[24:44] </w:t>
      </w:r>
      <w:r>
        <w:t>tells Muslims that they are engaged in conspiracy against Islam, they are engaged in enmity against Islam.</w:t>
      </w:r>
    </w:p>
    <w:p>
      <w:pPr>
        <w:jc w:val="right"/>
      </w:pPr>
      <w:r>
        <w:t>tells Muslims that they are engaged in conspiracy against Islam, they are engaged in enmity against Islam.</w:t>
      </w:r>
    </w:p>
    <w:p>
      <w:r>
        <w:rPr>
          <w:b/>
        </w:rPr>
        <w:t xml:space="preserve">[24:59] </w:t>
      </w:r>
      <w:r>
        <w:t>So after hearing and listening and reading these kinds of speeches</w:t>
      </w:r>
    </w:p>
    <w:p>
      <w:pPr>
        <w:jc w:val="right"/>
      </w:pPr>
      <w:r>
        <w:t>So after hearing and listening and reading these kinds of speeches</w:t>
      </w:r>
    </w:p>
    <w:p>
      <w:r>
        <w:rPr>
          <w:b/>
        </w:rPr>
        <w:t xml:space="preserve">[25:14] </w:t>
      </w:r>
      <w:r>
        <w:t>and articles, Muslims became negative.</w:t>
      </w:r>
    </w:p>
    <w:p>
      <w:pPr>
        <w:jc w:val="right"/>
      </w:pPr>
      <w:r>
        <w:t>and articles, Muslims became negative.</w:t>
      </w:r>
    </w:p>
    <w:p>
      <w:r>
        <w:rPr>
          <w:b/>
        </w:rPr>
        <w:t xml:space="preserve">[25:22] </w:t>
      </w:r>
      <w:r>
        <w:t>All the Muslims, except those who are with us in this mission, our mission is the only exception</w:t>
      </w:r>
    </w:p>
    <w:p>
      <w:pPr>
        <w:jc w:val="right"/>
      </w:pPr>
      <w:r>
        <w:t>All the Muslims, except those who are with us in this mission, our mission is the only exception</w:t>
      </w:r>
    </w:p>
    <w:p>
      <w:r>
        <w:rPr>
          <w:b/>
        </w:rPr>
        <w:t xml:space="preserve">[25:29] </w:t>
      </w:r>
      <w:r>
        <w:t>in the world.</w:t>
      </w:r>
    </w:p>
    <w:p>
      <w:pPr>
        <w:jc w:val="right"/>
      </w:pPr>
      <w:r>
        <w:t>in the world.</w:t>
      </w:r>
    </w:p>
    <w:p>
      <w:r>
        <w:rPr>
          <w:b/>
        </w:rPr>
        <w:t xml:space="preserve">[25:37] </w:t>
      </w:r>
      <w:r>
        <w:t>Otherwise, Muslims are living in hate, in negativity, but</w:t>
      </w:r>
    </w:p>
    <w:p>
      <w:pPr>
        <w:jc w:val="right"/>
      </w:pPr>
      <w:r>
        <w:t>Otherwise, Muslims are living in hate, in negativity, but</w:t>
      </w:r>
    </w:p>
    <w:p>
      <w:r>
        <w:rPr>
          <w:b/>
        </w:rPr>
        <w:t xml:space="preserve">[25:44] </w:t>
      </w:r>
      <w:r>
        <w:t>the Prophet of Islam never used such language.</w:t>
      </w:r>
    </w:p>
    <w:p>
      <w:pPr>
        <w:jc w:val="right"/>
      </w:pPr>
      <w:r>
        <w:t>the Prophet of Islam never used such language.</w:t>
      </w:r>
    </w:p>
    <w:p>
      <w:r>
        <w:rPr>
          <w:b/>
        </w:rPr>
        <w:t xml:space="preserve">[25:52] </w:t>
      </w:r>
      <w:r>
        <w:t>The Prophet of Islam was living in positivity.</w:t>
      </w:r>
    </w:p>
    <w:p>
      <w:pPr>
        <w:jc w:val="right"/>
      </w:pPr>
      <w:r>
        <w:t>The Prophet of Islam was living in positivity.</w:t>
      </w:r>
    </w:p>
    <w:p>
      <w:r>
        <w:rPr>
          <w:b/>
        </w:rPr>
        <w:t xml:space="preserve">[25:59] </w:t>
      </w:r>
      <w:r>
        <w:t>His heart was full of sympathy, full of positive thinking, full of compassion.</w:t>
      </w:r>
    </w:p>
    <w:p>
      <w:pPr>
        <w:jc w:val="right"/>
      </w:pPr>
      <w:r>
        <w:t>His heart was full of sympathy, full of positive thinking, full of compassion.</w:t>
      </w:r>
    </w:p>
    <w:p>
      <w:r>
        <w:rPr>
          <w:b/>
        </w:rPr>
        <w:t xml:space="preserve">[26:07] </w:t>
      </w:r>
      <w:r>
        <w:t>So compare this: present Muslims, the hearts of present Muslims are</w:t>
      </w:r>
    </w:p>
    <w:p>
      <w:pPr>
        <w:jc w:val="right"/>
      </w:pPr>
      <w:r>
        <w:t>So compare this: present Muslims, the hearts of present Muslims are</w:t>
      </w:r>
    </w:p>
    <w:p>
      <w:r>
        <w:rPr>
          <w:b/>
        </w:rPr>
        <w:t xml:space="preserve">[26:14] </w:t>
      </w:r>
      <w:r>
        <w:t>filled with hate and negativity, while the heart of the Prophet of Islam was filled with compassion, with</w:t>
      </w:r>
    </w:p>
    <w:p>
      <w:pPr>
        <w:jc w:val="right"/>
      </w:pPr>
      <w:r>
        <w:t>filled with hate and negativity, while the heart of the Prophet of Islam was filled with compassion, with</w:t>
      </w:r>
    </w:p>
    <w:p>
      <w:r>
        <w:rPr>
          <w:b/>
        </w:rPr>
        <w:t xml:space="preserve">[26:22] </w:t>
      </w:r>
      <w:r>
        <w:t>positivity, with love.</w:t>
      </w:r>
    </w:p>
    <w:p>
      <w:pPr>
        <w:jc w:val="right"/>
      </w:pPr>
      <w:r>
        <w:t>positivity, with love.</w:t>
      </w:r>
    </w:p>
    <w:p>
      <w:r>
        <w:rPr>
          <w:b/>
        </w:rPr>
        <w:t xml:space="preserve">[26:30] </w:t>
      </w:r>
      <w:r>
        <w:t>So the present state of affairs we see among Muslims is quite wrong, baseless, un-Islamic.</w:t>
      </w:r>
    </w:p>
    <w:p>
      <w:pPr>
        <w:jc w:val="right"/>
      </w:pPr>
      <w:r>
        <w:t>So the present state of affairs we see among Muslims is quite wrong, baseless, un-Islamic.</w:t>
      </w:r>
    </w:p>
    <w:p>
      <w:r>
        <w:rPr>
          <w:b/>
        </w:rPr>
        <w:t xml:space="preserve">[26:37] </w:t>
      </w:r>
      <w:r>
        <w:t>Muslims must correct</w:t>
      </w:r>
    </w:p>
    <w:p>
      <w:pPr>
        <w:jc w:val="right"/>
      </w:pPr>
      <w:r>
        <w:t>Muslims must correct</w:t>
      </w:r>
    </w:p>
    <w:p>
      <w:r>
        <w:rPr>
          <w:b/>
        </w:rPr>
        <w:t xml:space="preserve">[26:45] </w:t>
      </w:r>
      <w:r>
        <w:t>it.</w:t>
      </w:r>
    </w:p>
    <w:p>
      <w:pPr>
        <w:jc w:val="right"/>
      </w:pPr>
      <w:r>
        <w:t>it.</w:t>
      </w:r>
    </w:p>
    <w:p>
      <w:r>
        <w:rPr>
          <w:b/>
        </w:rPr>
        <w:t xml:space="preserve">[26:53] </w:t>
      </w:r>
      <w:r>
        <w:t>Muslims must admit that they deviated from the path of the Prophet.</w:t>
      </w:r>
    </w:p>
    <w:p>
      <w:pPr>
        <w:jc w:val="right"/>
      </w:pPr>
      <w:r>
        <w:t>Muslims must admit that they deviated from the path of the Prophet.</w:t>
      </w:r>
    </w:p>
    <w:p>
      <w:r>
        <w:rPr>
          <w:b/>
        </w:rPr>
        <w:t xml:space="preserve">[27:00] </w:t>
      </w:r>
      <w:r>
        <w:t>They must eradicate all those negativities from their heart.</w:t>
      </w:r>
    </w:p>
    <w:p>
      <w:pPr>
        <w:jc w:val="right"/>
      </w:pPr>
      <w:r>
        <w:t>They must eradicate all those negativities from their heart.</w:t>
      </w:r>
    </w:p>
    <w:p>
      <w:r>
        <w:rPr>
          <w:b/>
        </w:rPr>
        <w:t xml:space="preserve">[27:08] </w:t>
      </w:r>
      <w:r>
        <w:t>They must reassess, they must revise their present</w:t>
      </w:r>
    </w:p>
    <w:p>
      <w:pPr>
        <w:jc w:val="right"/>
      </w:pPr>
      <w:r>
        <w:t>They must reassess, they must revise their present</w:t>
      </w:r>
    </w:p>
    <w:p>
      <w:r>
        <w:rPr>
          <w:b/>
        </w:rPr>
        <w:t xml:space="preserve">[27:16] </w:t>
      </w:r>
      <w:r>
        <w:t>situation.</w:t>
      </w:r>
    </w:p>
    <w:p>
      <w:pPr>
        <w:jc w:val="right"/>
      </w:pPr>
      <w:r>
        <w:t>situation.</w:t>
      </w:r>
    </w:p>
    <w:p>
      <w:r>
        <w:rPr>
          <w:b/>
        </w:rPr>
        <w:t xml:space="preserve">[27:23] </w:t>
      </w:r>
      <w:r>
        <w:t>So this is what the Prophet of Islam directed us, that I am leaving with you two things:</w:t>
      </w:r>
    </w:p>
    <w:p>
      <w:pPr>
        <w:jc w:val="right"/>
      </w:pPr>
      <w:r>
        <w:t>So this is what the Prophet of Islam directed us, that I am leaving with you two things:</w:t>
      </w:r>
    </w:p>
    <w:p>
      <w:r>
        <w:rPr>
          <w:b/>
        </w:rPr>
        <w:t xml:space="preserve">[27:31] </w:t>
      </w:r>
      <w:r>
        <w:t>Quran and Sunnah, and you have to reassess, and you have to reapply, you have to compare, you</w:t>
      </w:r>
    </w:p>
    <w:p>
      <w:pPr>
        <w:jc w:val="right"/>
      </w:pPr>
      <w:r>
        <w:t>Quran and Sunnah, and you have to reassess, and you have to reapply, you have to compare, you</w:t>
      </w:r>
    </w:p>
    <w:p>
      <w:r>
        <w:rPr>
          <w:b/>
        </w:rPr>
        <w:t xml:space="preserve">[27:38] </w:t>
      </w:r>
      <w:r>
        <w:t>have to compare your life from</w:t>
      </w:r>
    </w:p>
    <w:p>
      <w:pPr>
        <w:jc w:val="right"/>
      </w:pPr>
      <w:r>
        <w:t>have to compare your life from</w:t>
      </w:r>
    </w:p>
    <w:p>
      <w:r>
        <w:rPr>
          <w:b/>
        </w:rPr>
        <w:t xml:space="preserve">[27:46] </w:t>
      </w:r>
      <w:r>
        <w:t>these from Quran and Hadith.</w:t>
      </w:r>
    </w:p>
    <w:p>
      <w:pPr>
        <w:jc w:val="right"/>
      </w:pPr>
      <w:r>
        <w:t>these from Quran and Hadith.</w:t>
      </w:r>
    </w:p>
    <w:p>
      <w:r>
        <w:rPr>
          <w:b/>
        </w:rPr>
        <w:t xml:space="preserve">[27:57] </w:t>
      </w:r>
      <w:r>
        <w:t>Muslims must compare their practices, Muslims must compare their policy and find the true picture of Islam in</w:t>
      </w:r>
    </w:p>
    <w:p>
      <w:pPr>
        <w:jc w:val="right"/>
      </w:pPr>
      <w:r>
        <w:t>Muslims must compare their practices, Muslims must compare their policy and find the true picture of Islam in</w:t>
      </w:r>
    </w:p>
    <w:p>
      <w:r>
        <w:rPr>
          <w:b/>
        </w:rPr>
        <w:t xml:space="preserve">[28:08] </w:t>
      </w:r>
      <w:r>
        <w:t>the Quran and Sunnah and must apply it in your life. Then</w:t>
      </w:r>
    </w:p>
    <w:p>
      <w:pPr>
        <w:jc w:val="right"/>
      </w:pPr>
      <w:r>
        <w:t>the Quran and Sunnah and must apply it in your life. Then</w:t>
      </w:r>
    </w:p>
    <w:p>
      <w:r>
        <w:rPr>
          <w:b/>
        </w:rPr>
        <w:t xml:space="preserve">[28:19] </w:t>
      </w:r>
      <w:r>
        <w:t>if you attend any Muslim meeting, if you read Muslim papers, you will find that every time Muslims</w:t>
      </w:r>
    </w:p>
    <w:p>
      <w:pPr>
        <w:jc w:val="right"/>
      </w:pPr>
      <w:r>
        <w:t>if you attend any Muslim meeting, if you read Muslim papers, you will find that every time Muslims</w:t>
      </w:r>
    </w:p>
    <w:p>
      <w:r>
        <w:rPr>
          <w:b/>
        </w:rPr>
        <w:t xml:space="preserve">[28:26] </w:t>
      </w:r>
      <w:r>
        <w:t>blame others, others, their formula is blame others.</w:t>
      </w:r>
    </w:p>
    <w:p>
      <w:pPr>
        <w:jc w:val="right"/>
      </w:pPr>
      <w:r>
        <w:t>blame others, others, their formula is blame others.</w:t>
      </w:r>
    </w:p>
    <w:p>
      <w:r>
        <w:rPr>
          <w:b/>
        </w:rPr>
        <w:t xml:space="preserve">[28:34] </w:t>
      </w:r>
      <w:r>
        <w:t>But what was the formula of Quran and Hadith?</w:t>
      </w:r>
    </w:p>
    <w:p>
      <w:pPr>
        <w:jc w:val="right"/>
      </w:pPr>
      <w:r>
        <w:t>But what was the formula of Quran and Hadith?</w:t>
      </w:r>
    </w:p>
    <w:p>
      <w:r>
        <w:rPr>
          <w:b/>
        </w:rPr>
        <w:t xml:space="preserve">[28:42] </w:t>
      </w:r>
      <w:r>
        <w:t>I will cite two</w:t>
      </w:r>
    </w:p>
    <w:p>
      <w:pPr>
        <w:jc w:val="right"/>
      </w:pPr>
      <w:r>
        <w:t>I will cite two</w:t>
      </w:r>
    </w:p>
    <w:p>
      <w:r>
        <w:rPr>
          <w:b/>
        </w:rPr>
        <w:t xml:space="preserve">[28:50] </w:t>
      </w:r>
      <w:r>
        <w:t>instances.</w:t>
      </w:r>
    </w:p>
    <w:p>
      <w:pPr>
        <w:jc w:val="right"/>
      </w:pPr>
      <w:r>
        <w:t>instances.</w:t>
      </w:r>
    </w:p>
    <w:p>
      <w:r>
        <w:rPr>
          <w:b/>
        </w:rPr>
        <w:t xml:space="preserve">[28:57] </w:t>
      </w:r>
      <w:r>
        <w:t>During the Prophet of Islam, there were two Ghazwah, two battles, that is Ghazwah Uhud and Ghazwah Hunayn.</w:t>
      </w:r>
    </w:p>
    <w:p>
      <w:pPr>
        <w:jc w:val="right"/>
      </w:pPr>
      <w:r>
        <w:t>During the Prophet of Islam, there were two Ghazwah, two battles, that is Ghazwah Uhud and Ghazwah Hunayn.</w:t>
      </w:r>
    </w:p>
    <w:p>
      <w:r>
        <w:rPr>
          <w:b/>
        </w:rPr>
        <w:t xml:space="preserve">[29:05] </w:t>
      </w:r>
      <w:r>
        <w:t>In these two Ghazwah or in these two battles, Muslims suffered a lot, a lot in both these</w:t>
      </w:r>
    </w:p>
    <w:p>
      <w:pPr>
        <w:jc w:val="right"/>
      </w:pPr>
      <w:r>
        <w:t>In these two Ghazwah or in these two battles, Muslims suffered a lot, a lot in both these</w:t>
      </w:r>
    </w:p>
    <w:p>
      <w:r>
        <w:rPr>
          <w:b/>
        </w:rPr>
        <w:t xml:space="preserve">[29:12] </w:t>
      </w:r>
      <w:r>
        <w:t>two, in both these Ghazwah</w:t>
      </w:r>
    </w:p>
    <w:p>
      <w:pPr>
        <w:jc w:val="right"/>
      </w:pPr>
      <w:r>
        <w:t>two, in both these Ghazwah</w:t>
      </w:r>
    </w:p>
    <w:p>
      <w:r>
        <w:rPr>
          <w:b/>
        </w:rPr>
        <w:t xml:space="preserve">[29:20] </w:t>
      </w:r>
      <w:r>
        <w:t>Uhud and Hunayn.</w:t>
      </w:r>
    </w:p>
    <w:p>
      <w:pPr>
        <w:jc w:val="right"/>
      </w:pPr>
      <w:r>
        <w:t>Uhud and Hunayn.</w:t>
      </w:r>
    </w:p>
    <w:p>
      <w:r>
        <w:rPr>
          <w:b/>
        </w:rPr>
        <w:t xml:space="preserve">[29:28] </w:t>
      </w:r>
      <w:r>
        <w:t>Muslims suffered; there were losses of life and other kinds of losses.</w:t>
      </w:r>
    </w:p>
    <w:p>
      <w:pPr>
        <w:jc w:val="right"/>
      </w:pPr>
      <w:r>
        <w:t>Muslims suffered; there were losses of life and other kinds of losses.</w:t>
      </w:r>
    </w:p>
    <w:p>
      <w:r>
        <w:rPr>
          <w:b/>
        </w:rPr>
        <w:t xml:space="preserve">[29:35] </w:t>
      </w:r>
      <w:r>
        <w:t>So both these wars, both these Ghazwah occurred after aggression.</w:t>
      </w:r>
    </w:p>
    <w:p>
      <w:pPr>
        <w:jc w:val="right"/>
      </w:pPr>
      <w:r>
        <w:t>So both these wars, both these Ghazwah occurred after aggression.</w:t>
      </w:r>
    </w:p>
    <w:p>
      <w:r>
        <w:rPr>
          <w:b/>
        </w:rPr>
        <w:t xml:space="preserve">[29:43] </w:t>
      </w:r>
      <w:r>
        <w:t>This was the result of aggression,</w:t>
      </w:r>
    </w:p>
    <w:p>
      <w:pPr>
        <w:jc w:val="right"/>
      </w:pPr>
      <w:r>
        <w:t>This was the result of aggression,</w:t>
      </w:r>
    </w:p>
    <w:p>
      <w:r>
        <w:rPr>
          <w:b/>
        </w:rPr>
        <w:t xml:space="preserve">[29:51] </w:t>
      </w:r>
      <w:r>
        <w:t>of attack, that is Makkan people attacked.</w:t>
      </w:r>
    </w:p>
    <w:p>
      <w:pPr>
        <w:jc w:val="right"/>
      </w:pPr>
      <w:r>
        <w:t>of attack, that is Makkan people attacked.</w:t>
      </w:r>
    </w:p>
    <w:p>
      <w:r>
        <w:rPr>
          <w:b/>
        </w:rPr>
        <w:t xml:space="preserve">[29:58] </w:t>
      </w:r>
      <w:r>
        <w:t>Then there was Hunayn, then there was Uhud.</w:t>
      </w:r>
    </w:p>
    <w:p>
      <w:pPr>
        <w:jc w:val="right"/>
      </w:pPr>
      <w:r>
        <w:t>Then there was Hunayn, then there was Uhud.</w:t>
      </w:r>
    </w:p>
    <w:p>
      <w:r>
        <w:rPr>
          <w:b/>
        </w:rPr>
        <w:t xml:space="preserve">[30:06] </w:t>
      </w:r>
      <w:r>
        <w:t>So it was clearly a case of aggression.</w:t>
      </w:r>
    </w:p>
    <w:p>
      <w:pPr>
        <w:jc w:val="right"/>
      </w:pPr>
      <w:r>
        <w:t>So it was clearly a case of aggression.</w:t>
      </w:r>
    </w:p>
    <w:p>
      <w:r>
        <w:rPr>
          <w:b/>
        </w:rPr>
        <w:t xml:space="preserve">[30:13] </w:t>
      </w:r>
      <w:r>
        <w:t>So Hunayn and Uhud both were clearly a case of aggression.</w:t>
      </w:r>
    </w:p>
    <w:p>
      <w:pPr>
        <w:jc w:val="right"/>
      </w:pPr>
      <w:r>
        <w:t>So Hunayn and Uhud both were clearly a case of aggression.</w:t>
      </w:r>
    </w:p>
    <w:p>
      <w:r>
        <w:rPr>
          <w:b/>
        </w:rPr>
        <w:t xml:space="preserve">[30:21] </w:t>
      </w:r>
      <w:r>
        <w:t>But what happened when Quran—but Quran mentions these, but Quran mentions both the events—but the language is, but</w:t>
      </w:r>
    </w:p>
    <w:p>
      <w:pPr>
        <w:jc w:val="right"/>
      </w:pPr>
      <w:r>
        <w:t>But what happened when Quran—but Quran mentions these, but Quran mentions both the events—but the language is, but</w:t>
      </w:r>
    </w:p>
    <w:p>
      <w:r>
        <w:rPr>
          <w:b/>
        </w:rPr>
        <w:t xml:space="preserve">[30:36] </w:t>
      </w:r>
      <w:r>
        <w:t>the Quranic language is quite different about</w:t>
      </w:r>
    </w:p>
    <w:p>
      <w:pPr>
        <w:jc w:val="right"/>
      </w:pPr>
      <w:r>
        <w:t>the Quranic language is quite different about</w:t>
      </w:r>
    </w:p>
    <w:p>
      <w:r>
        <w:rPr>
          <w:b/>
        </w:rPr>
        <w:t xml:space="preserve">[30:51] </w:t>
      </w:r>
      <w:r>
        <w:t>Uhud.</w:t>
      </w:r>
    </w:p>
    <w:p>
      <w:pPr>
        <w:jc w:val="right"/>
      </w:pPr>
      <w:r>
        <w:t>Uhud.</w:t>
      </w:r>
    </w:p>
    <w:p>
      <w:r>
        <w:rPr>
          <w:b/>
        </w:rPr>
        <w:t xml:space="preserve">[31:01] </w:t>
      </w:r>
      <w:r>
        <w:t>Quran says, hatta idha fashiltum wa tanadaltum fil amri.</w:t>
      </w:r>
    </w:p>
    <w:p>
      <w:pPr>
        <w:jc w:val="right"/>
      </w:pPr>
      <w:r>
        <w:t>Quran says, حَتَّىٰ إِذَا فَشِلْتُمْ وَتَنَاضَلْتُمْ فِي الْأَمْرِ.</w:t>
      </w:r>
    </w:p>
    <w:p>
      <w:r>
        <w:rPr>
          <w:b/>
        </w:rPr>
        <w:t xml:space="preserve">[31:11] </w:t>
      </w:r>
      <w:r>
        <w:t>It means that your losses were a result of your own</w:t>
      </w:r>
    </w:p>
    <w:p>
      <w:pPr>
        <w:jc w:val="right"/>
      </w:pPr>
      <w:r>
        <w:t>It means that your losses were a result of your own</w:t>
      </w:r>
    </w:p>
    <w:p>
      <w:r>
        <w:rPr>
          <w:b/>
        </w:rPr>
        <w:t xml:space="preserve">[31:21] </w:t>
      </w:r>
      <w:r>
        <w:t>weakness, that you disputed, that you indulged in disputes, and you disobeyed the order. So here you can see that the Quran mentions internal fault, internal weakness. So the Quran invites introspection. These verses of the Quran invite Muslim</w:t>
      </w:r>
    </w:p>
    <w:p>
      <w:pPr>
        <w:jc w:val="right"/>
      </w:pPr>
      <w:r>
        <w:t>weakness, that you disputed, that you indulged in disputes, and you disobeyed the order. So here you can see that the Quran mentions internal fault, internal weakness. So the Quran invites introspection. These verses of the Quran invite Muslim</w:t>
      </w:r>
    </w:p>
    <w:p>
      <w:r>
        <w:rPr>
          <w:b/>
        </w:rPr>
        <w:t xml:space="preserve">[31:51] </w:t>
      </w:r>
      <w:r>
        <w:t>s to go to introspection, that see that you indulged in dispute, you disobeyed the order.</w:t>
      </w:r>
    </w:p>
    <w:p>
      <w:pPr>
        <w:jc w:val="right"/>
      </w:pPr>
      <w:r>
        <w:t>s to go to introspection, that see that you indulged in dispute, you disobeyed the order.</w:t>
      </w:r>
    </w:p>
    <w:p>
      <w:r>
        <w:rPr>
          <w:b/>
        </w:rPr>
        <w:t xml:space="preserve">[32:02] </w:t>
      </w:r>
      <w:r>
        <w:t>So happened this defeat, so you suffered these losses.</w:t>
      </w:r>
    </w:p>
    <w:p>
      <w:pPr>
        <w:jc w:val="right"/>
      </w:pPr>
      <w:r>
        <w:t>So happened this defeat, so you suffered these losses.</w:t>
      </w:r>
    </w:p>
    <w:p>
      <w:r>
        <w:rPr>
          <w:b/>
        </w:rPr>
        <w:t xml:space="preserve">[32:12] </w:t>
      </w:r>
      <w:r>
        <w:t>Then see the Hunayn, the Quran says about Hunayn,</w:t>
      </w:r>
    </w:p>
    <w:p>
      <w:pPr>
        <w:jc w:val="right"/>
      </w:pPr>
      <w:r>
        <w:t>Then see the Hunayn, the Quran says about Hunayn,</w:t>
      </w:r>
    </w:p>
    <w:p>
      <w:r>
        <w:rPr>
          <w:b/>
        </w:rPr>
        <w:t xml:space="preserve">[32:23] </w:t>
      </w:r>
      <w:r>
        <w:t>wa yauma hunaynin iz 'ajatkum kathratukum.</w:t>
      </w:r>
    </w:p>
    <w:p>
      <w:pPr>
        <w:jc w:val="right"/>
      </w:pPr>
      <w:r>
        <w:t>وَيَوْمَ هُنَيْنٍ إِذْ عَاجَبَتْكُمْ كَثْرَتُكُمْ.</w:t>
      </w:r>
    </w:p>
    <w:p>
      <w:r>
        <w:rPr>
          <w:b/>
        </w:rPr>
        <w:t xml:space="preserve">[32:31] </w:t>
      </w:r>
      <w:r>
        <w:t>It means that on the day of Hunayn, you became proud of your number.</w:t>
      </w:r>
    </w:p>
    <w:p>
      <w:pPr>
        <w:jc w:val="right"/>
      </w:pPr>
      <w:r>
        <w:t>It means that on the day of Hunayn, you became proud of your number.</w:t>
      </w:r>
    </w:p>
    <w:p>
      <w:r>
        <w:rPr>
          <w:b/>
        </w:rPr>
        <w:t xml:space="preserve">[32:40] </w:t>
      </w:r>
      <w:r>
        <w:t>On the day of Hunayn, you became proud of your number.</w:t>
      </w:r>
    </w:p>
    <w:p>
      <w:pPr>
        <w:jc w:val="right"/>
      </w:pPr>
      <w:r>
        <w:t>On the day of Hunayn, you became proud of your number.</w:t>
      </w:r>
    </w:p>
    <w:p>
      <w:r>
        <w:rPr>
          <w:b/>
        </w:rPr>
        <w:t xml:space="preserve">[32:49] </w:t>
      </w:r>
      <w:r>
        <w:t>This was the reason of those losses.</w:t>
      </w:r>
    </w:p>
    <w:p>
      <w:pPr>
        <w:jc w:val="right"/>
      </w:pPr>
      <w:r>
        <w:t>This was the reason of those losses.</w:t>
      </w:r>
    </w:p>
    <w:p>
      <w:r>
        <w:rPr>
          <w:b/>
        </w:rPr>
        <w:t xml:space="preserve">[32:57] </w:t>
      </w:r>
      <w:r>
        <w:t>So the Quran, here you can see the Quran is blaming Muslims themselves.</w:t>
      </w:r>
    </w:p>
    <w:p>
      <w:pPr>
        <w:jc w:val="right"/>
      </w:pPr>
      <w:r>
        <w:t>So the Quran, here you can see the Quran is blaming Muslims themselves.</w:t>
      </w:r>
    </w:p>
    <w:p>
      <w:r>
        <w:rPr>
          <w:b/>
        </w:rPr>
        <w:t xml:space="preserve">[33:05] </w:t>
      </w:r>
      <w:r>
        <w:t>The Quran invites Muslims to go to introspection.</w:t>
      </w:r>
    </w:p>
    <w:p>
      <w:pPr>
        <w:jc w:val="right"/>
      </w:pPr>
      <w:r>
        <w:t>The Quran invites Muslims to go to introspection.</w:t>
      </w:r>
    </w:p>
    <w:p>
      <w:r>
        <w:rPr>
          <w:b/>
        </w:rPr>
        <w:t xml:space="preserve">[33:12] </w:t>
      </w:r>
      <w:r>
        <w:t>In both cases, the formula of the Quran is blame yourself.</w:t>
      </w:r>
    </w:p>
    <w:p>
      <w:pPr>
        <w:jc w:val="right"/>
      </w:pPr>
      <w:r>
        <w:t>In both cases, the formula of the Quran is blame yourself.</w:t>
      </w:r>
    </w:p>
    <w:p>
      <w:r>
        <w:rPr>
          <w:b/>
        </w:rPr>
        <w:t xml:space="preserve">[33:20] </w:t>
      </w:r>
      <w:r>
        <w:t>In both cases, the formula given by the Quran is blame yourself.</w:t>
      </w:r>
    </w:p>
    <w:p>
      <w:pPr>
        <w:jc w:val="right"/>
      </w:pPr>
      <w:r>
        <w:t>In both cases, the formula given by the Quran is blame yourself.</w:t>
      </w:r>
    </w:p>
    <w:p>
      <w:r>
        <w:rPr>
          <w:b/>
        </w:rPr>
        <w:t xml:space="preserve">[33:27] </w:t>
      </w:r>
      <w:r>
        <w:t>But you see what are Muslims doing at present? They have adopted the formula blame others in every occasion, in every event, in every time. They always, without any exception, blame others except myself. I always follow this formula, this Quranic form</w:t>
      </w:r>
    </w:p>
    <w:p>
      <w:pPr>
        <w:jc w:val="right"/>
      </w:pPr>
      <w:r>
        <w:t>But you see what are Muslims doing at present? They have adopted the formula blame others in every occasion, in every event, in every time. They always, without any exception, blame others except myself. I always follow this formula, this Quranic form</w:t>
      </w:r>
    </w:p>
    <w:p>
      <w:r>
        <w:rPr>
          <w:b/>
        </w:rPr>
        <w:t xml:space="preserve">[33:57] </w:t>
      </w:r>
      <w:r>
        <w:t>ula, but all the Muslims throughout the world have adopted the formula blame others, blame others.</w:t>
      </w:r>
    </w:p>
    <w:p>
      <w:pPr>
        <w:jc w:val="right"/>
      </w:pPr>
      <w:r>
        <w:t>ula, but all the Muslims throughout the world have adopted the formula blame others, blame others.</w:t>
      </w:r>
    </w:p>
    <w:p>
      <w:r>
        <w:rPr>
          <w:b/>
        </w:rPr>
        <w:t xml:space="preserve">[34:05] </w:t>
      </w:r>
      <w:r>
        <w:t>So this is a clear deviation from the path of the Quran.</w:t>
      </w:r>
    </w:p>
    <w:p>
      <w:pPr>
        <w:jc w:val="right"/>
      </w:pPr>
      <w:r>
        <w:t>So this is a clear deviation from the path of the Quran.</w:t>
      </w:r>
    </w:p>
    <w:p>
      <w:r>
        <w:rPr>
          <w:b/>
        </w:rPr>
        <w:t xml:space="preserve">[34:13] </w:t>
      </w:r>
      <w:r>
        <w:t>So this is a case of revival of Islam, this is a case of divisionism, a case of reassessment.</w:t>
      </w:r>
    </w:p>
    <w:p>
      <w:pPr>
        <w:jc w:val="right"/>
      </w:pPr>
      <w:r>
        <w:t>So this is a case of revival of Islam, this is a case of divisionism, a case of reassessment.</w:t>
      </w:r>
    </w:p>
    <w:p>
      <w:r>
        <w:rPr>
          <w:b/>
        </w:rPr>
        <w:t xml:space="preserve">[34:21] </w:t>
      </w:r>
      <w:r>
        <w:t>Muslims must confess that they</w:t>
      </w:r>
    </w:p>
    <w:p>
      <w:pPr>
        <w:jc w:val="right"/>
      </w:pPr>
      <w:r>
        <w:t>Muslims must confess that they</w:t>
      </w:r>
    </w:p>
    <w:p>
      <w:r>
        <w:rPr>
          <w:b/>
        </w:rPr>
        <w:t xml:space="preserve">[34:28] </w:t>
      </w:r>
      <w:r>
        <w:t>deviated from theright path.</w:t>
      </w:r>
    </w:p>
    <w:p>
      <w:pPr>
        <w:jc w:val="right"/>
      </w:pPr>
      <w:r>
        <w:t>deviated from theright path.</w:t>
      </w:r>
    </w:p>
    <w:p>
      <w:r>
        <w:rPr>
          <w:b/>
        </w:rPr>
        <w:t xml:space="preserve">[34:39] </w:t>
      </w:r>
      <w:r>
        <w:t>The Quranic principle was to go to introspection, but in contrary, we tried to blame others, and what happened?</w:t>
      </w:r>
    </w:p>
    <w:p>
      <w:pPr>
        <w:jc w:val="right"/>
      </w:pPr>
      <w:r>
        <w:t>The Quranic principle was to go to introspection, but in contrary, we tried to blame others, and what happened?</w:t>
      </w:r>
    </w:p>
    <w:p>
      <w:r>
        <w:rPr>
          <w:b/>
        </w:rPr>
        <w:t xml:space="preserve">[34:49] </w:t>
      </w:r>
      <w:r>
        <w:t>Muslims are living in loss.</w:t>
      </w:r>
    </w:p>
    <w:p>
      <w:pPr>
        <w:jc w:val="right"/>
      </w:pPr>
      <w:r>
        <w:t>Muslims are living in loss.</w:t>
      </w:r>
    </w:p>
    <w:p>
      <w:r>
        <w:rPr>
          <w:b/>
        </w:rPr>
        <w:t xml:space="preserve">[34:59] </w:t>
      </w:r>
      <w:r>
        <w:t>Muslims gain nothing by adopting this policy.</w:t>
      </w:r>
    </w:p>
    <w:p>
      <w:pPr>
        <w:jc w:val="right"/>
      </w:pPr>
      <w:r>
        <w:t>Muslims gain nothing by adopting this policy.</w:t>
      </w:r>
    </w:p>
    <w:p>
      <w:r>
        <w:rPr>
          <w:b/>
        </w:rPr>
        <w:t xml:space="preserve">[35:07] </w:t>
      </w:r>
      <w:r>
        <w:t>Muslims gain nothing.</w:t>
      </w:r>
    </w:p>
    <w:p>
      <w:pPr>
        <w:jc w:val="right"/>
      </w:pPr>
      <w:r>
        <w:t>Muslims gain nothing.</w:t>
      </w:r>
    </w:p>
    <w:p>
      <w:r>
        <w:rPr>
          <w:b/>
        </w:rPr>
        <w:t xml:space="preserve">[35:16] </w:t>
      </w:r>
      <w:r>
        <w:t>So in this policy, also Muslims must admit that their policy was, that their policy to blame others was wrong.</w:t>
      </w:r>
    </w:p>
    <w:p>
      <w:pPr>
        <w:jc w:val="right"/>
      </w:pPr>
      <w:r>
        <w:t>So in this policy, also Muslims must admit that their policy was, that their policy to blame others was wrong.</w:t>
      </w:r>
    </w:p>
    <w:p>
      <w:r>
        <w:rPr>
          <w:b/>
        </w:rPr>
        <w:t xml:space="preserve">[35:24] </w:t>
      </w:r>
      <w:r>
        <w:t>They must blame themselves, they must go to introspection,</w:t>
      </w:r>
    </w:p>
    <w:p>
      <w:pPr>
        <w:jc w:val="right"/>
      </w:pPr>
      <w:r>
        <w:t>They must blame themselves, they must go to introspection,</w:t>
      </w:r>
    </w:p>
    <w:p>
      <w:r>
        <w:rPr>
          <w:b/>
        </w:rPr>
        <w:t xml:space="preserve">[35:32] </w:t>
      </w:r>
      <w:r>
        <w:t>they must find their own fault.</w:t>
      </w:r>
    </w:p>
    <w:p>
      <w:pPr>
        <w:jc w:val="right"/>
      </w:pPr>
      <w:r>
        <w:t>they must find their own fault.</w:t>
      </w:r>
    </w:p>
    <w:p>
      <w:r>
        <w:rPr>
          <w:b/>
        </w:rPr>
        <w:t xml:space="preserve">[35:43] </w:t>
      </w:r>
      <w:r>
        <w:t>It is very clear in the Quran that laysa lil insaani illaa maa sa'ab.</w:t>
      </w:r>
    </w:p>
    <w:p>
      <w:pPr>
        <w:jc w:val="right"/>
      </w:pPr>
      <w:r>
        <w:t>It is very clear in the Quran that لَيْسَ لِلْإِنْسَانِ إِلَّا مَا صَآبَ.</w:t>
      </w:r>
    </w:p>
    <w:p>
      <w:r>
        <w:rPr>
          <w:b/>
        </w:rPr>
        <w:t xml:space="preserve">[35:53] </w:t>
      </w:r>
      <w:r>
        <w:t>Then there is another verse that what happened happened due to their own fault</w:t>
      </w:r>
    </w:p>
    <w:p>
      <w:pPr>
        <w:jc w:val="right"/>
      </w:pPr>
      <w:r>
        <w:t>Then there is another verse that what happened happened due to their own fault</w:t>
      </w:r>
    </w:p>
    <w:p>
      <w:r>
        <w:rPr>
          <w:b/>
        </w:rPr>
        <w:t xml:space="preserve">[36:04] </w:t>
      </w:r>
      <w:r>
        <w:t>—</w:t>
      </w:r>
    </w:p>
    <w:p>
      <w:pPr>
        <w:jc w:val="right"/>
      </w:pPr>
      <w:r>
        <w:t>.</w:t>
      </w:r>
    </w:p>
    <w:p>
      <w:r>
        <w:rPr>
          <w:b/>
        </w:rPr>
        <w:t xml:space="preserve">[36:11] </w:t>
      </w:r>
      <w:r>
        <w:t>mima kasabat aydikum.</w:t>
      </w:r>
    </w:p>
    <w:p>
      <w:pPr>
        <w:jc w:val="right"/>
      </w:pPr>
      <w:r>
        <w:t>مِمَّا كَسَبَتْ أَيْدِيكُمْ.</w:t>
      </w:r>
    </w:p>
    <w:p>
      <w:r>
        <w:rPr>
          <w:b/>
        </w:rPr>
        <w:t xml:space="preserve">[36:19] </w:t>
      </w:r>
      <w:r>
        <w:t>What happened happened due to your own fault, due to your own shortcoming.</w:t>
      </w:r>
    </w:p>
    <w:p>
      <w:pPr>
        <w:jc w:val="right"/>
      </w:pPr>
      <w:r>
        <w:t>What happened happened due to your own fault, due to your own shortcoming.</w:t>
      </w:r>
    </w:p>
    <w:p>
      <w:r>
        <w:rPr>
          <w:b/>
        </w:rPr>
        <w:t xml:space="preserve">[36:26] </w:t>
      </w:r>
      <w:r>
        <w:t>So this is the criter</w:t>
      </w:r>
    </w:p>
    <w:p>
      <w:pPr>
        <w:jc w:val="right"/>
      </w:pPr>
      <w:r>
        <w:t>So this is the criter</w:t>
      </w:r>
    </w:p>
    <w:p>
      <w:r>
        <w:rPr>
          <w:b/>
        </w:rPr>
        <w:t xml:space="preserve">[36:34] </w:t>
      </w:r>
      <w:r>
        <w:t>ion.</w:t>
      </w:r>
    </w:p>
    <w:p>
      <w:pPr>
        <w:jc w:val="right"/>
      </w:pPr>
      <w:r>
        <w:t>ion.</w:t>
      </w:r>
    </w:p>
    <w:p>
      <w:r>
        <w:rPr>
          <w:b/>
        </w:rPr>
        <w:t xml:space="preserve">[36:41] </w:t>
      </w:r>
      <w:r>
        <w:t>So we must reassess, we must revise.</w:t>
      </w:r>
    </w:p>
    <w:p>
      <w:pPr>
        <w:jc w:val="right"/>
      </w:pPr>
      <w:r>
        <w:t>So we must reassess, we must revise.</w:t>
      </w:r>
    </w:p>
    <w:p>
      <w:r>
        <w:rPr>
          <w:b/>
        </w:rPr>
        <w:t xml:space="preserve">[36:49] </w:t>
      </w:r>
      <w:r>
        <w:t>The time is now, it is time of reassessment, but not we need no reassessment in the Quran.</w:t>
      </w:r>
    </w:p>
    <w:p>
      <w:pPr>
        <w:jc w:val="right"/>
      </w:pPr>
      <w:r>
        <w:t>The time is now, it is time of reassessment, but not we need no reassessment in the Quran.</w:t>
      </w:r>
    </w:p>
    <w:p>
      <w:r>
        <w:rPr>
          <w:b/>
        </w:rPr>
        <w:t xml:space="preserve">[36:56] </w:t>
      </w:r>
      <w:r>
        <w:t>As far as the Quran</w:t>
      </w:r>
    </w:p>
    <w:p>
      <w:pPr>
        <w:jc w:val="right"/>
      </w:pPr>
      <w:r>
        <w:t>As far as the Quran</w:t>
      </w:r>
    </w:p>
    <w:p>
      <w:r>
        <w:rPr>
          <w:b/>
        </w:rPr>
        <w:t xml:space="preserve">[37:04] </w:t>
      </w:r>
      <w:r>
        <w:t>and Sunnah is concerned, there is no need of reassessment.</w:t>
      </w:r>
    </w:p>
    <w:p>
      <w:pPr>
        <w:jc w:val="right"/>
      </w:pPr>
      <w:r>
        <w:t>and Sunnah is concerned, there is no need of reassessment.</w:t>
      </w:r>
    </w:p>
    <w:p>
      <w:r>
        <w:rPr>
          <w:b/>
        </w:rPr>
        <w:t xml:space="preserve">[37:12] </w:t>
      </w:r>
      <w:r>
        <w:t>The Quran is an eternal truth, and Sunnah is an eternal model.</w:t>
      </w:r>
    </w:p>
    <w:p>
      <w:pPr>
        <w:jc w:val="right"/>
      </w:pPr>
      <w:r>
        <w:t>The Quran is an eternal truth, and Sunnah is an eternal model.</w:t>
      </w:r>
    </w:p>
    <w:p>
      <w:r>
        <w:rPr>
          <w:b/>
        </w:rPr>
        <w:t xml:space="preserve">[37:19] </w:t>
      </w:r>
      <w:r>
        <w:t>The Quran is the Book of God, the Quran is the preserved Book of God.</w:t>
      </w:r>
    </w:p>
    <w:p>
      <w:pPr>
        <w:jc w:val="right"/>
      </w:pPr>
      <w:r>
        <w:t>The Quran is the Book of God, the Quran is the preserved Book of God.</w:t>
      </w:r>
    </w:p>
    <w:p>
      <w:r>
        <w:rPr>
          <w:b/>
        </w:rPr>
        <w:t xml:space="preserve">[37:27] </w:t>
      </w:r>
      <w:r>
        <w:t>So Quranic ideology, Quranic teachings are eternally</w:t>
      </w:r>
    </w:p>
    <w:p>
      <w:pPr>
        <w:jc w:val="right"/>
      </w:pPr>
      <w:r>
        <w:t>So Quranic ideology, Quranic teachings are eternally</w:t>
      </w:r>
    </w:p>
    <w:p>
      <w:r>
        <w:rPr>
          <w:b/>
        </w:rPr>
        <w:t xml:space="preserve">[37:35] </w:t>
      </w:r>
      <w:r>
        <w:t>true.</w:t>
      </w:r>
    </w:p>
    <w:p>
      <w:pPr>
        <w:jc w:val="right"/>
      </w:pPr>
      <w:r>
        <w:t>true.</w:t>
      </w:r>
    </w:p>
    <w:p>
      <w:r>
        <w:rPr>
          <w:b/>
        </w:rPr>
        <w:t xml:space="preserve">[37:40] </w:t>
      </w:r>
      <w:r>
        <w:t>There is no need to revise the Quran.</w:t>
      </w:r>
    </w:p>
    <w:p>
      <w:pPr>
        <w:jc w:val="right"/>
      </w:pPr>
      <w:r>
        <w:t>There is no need to revise the Quran.</w:t>
      </w:r>
    </w:p>
    <w:p>
      <w:r>
        <w:rPr>
          <w:b/>
        </w:rPr>
        <w:t xml:space="preserve">[37:45] </w:t>
      </w:r>
      <w:r>
        <w:t>And also the model of the Prophet of Islam, the practical example of the Prophet of Islam is</w:t>
      </w:r>
    </w:p>
    <w:p>
      <w:pPr>
        <w:jc w:val="right"/>
      </w:pPr>
      <w:r>
        <w:t>And also the model of the Prophet of Islam, the practical example of the Prophet of Islam is</w:t>
      </w:r>
    </w:p>
    <w:p>
      <w:r>
        <w:rPr>
          <w:b/>
        </w:rPr>
        <w:t xml:space="preserve">[37:51] </w:t>
      </w:r>
      <w:r>
        <w:t>relevant in all the times.</w:t>
      </w:r>
    </w:p>
    <w:p>
      <w:pPr>
        <w:jc w:val="right"/>
      </w:pPr>
      <w:r>
        <w:t>relevant in all the times.</w:t>
      </w:r>
    </w:p>
    <w:p>
      <w:r>
        <w:rPr>
          <w:b/>
        </w:rPr>
        <w:t xml:space="preserve">[37:56] </w:t>
      </w:r>
      <w:r>
        <w:t>It is relevant in all the times.</w:t>
      </w:r>
    </w:p>
    <w:p>
      <w:pPr>
        <w:jc w:val="right"/>
      </w:pPr>
      <w:r>
        <w:t>It is relevant in all the times.</w:t>
      </w:r>
    </w:p>
    <w:p>
      <w:r>
        <w:rPr>
          <w:b/>
        </w:rPr>
        <w:t xml:space="preserve">[38:01] </w:t>
      </w:r>
      <w:r>
        <w:t>There is no need to revise in it</w:t>
      </w:r>
    </w:p>
    <w:p>
      <w:pPr>
        <w:jc w:val="right"/>
      </w:pPr>
      <w:r>
        <w:t>There is no need to revise in it</w:t>
      </w:r>
    </w:p>
    <w:p>
      <w:r>
        <w:rPr>
          <w:b/>
        </w:rPr>
        <w:t xml:space="preserve">[38:06] </w:t>
      </w:r>
      <w:r>
        <w:t>, but Muslims must revise themselves. Muslims reassess themselves. Muslims admit their own fault. So the reason is here. These examples are ver</w:t>
      </w:r>
    </w:p>
    <w:p>
      <w:pPr>
        <w:jc w:val="right"/>
      </w:pPr>
      <w:r>
        <w:t>, but Muslims must revise themselves. Muslims reassess themselves. Muslims admit their own fault. So the reason is here. These examples are ver</w:t>
      </w:r>
    </w:p>
    <w:p>
      <w:r>
        <w:rPr>
          <w:b/>
        </w:rPr>
        <w:t xml:space="preserve">[38:36] </w:t>
      </w:r>
      <w:r>
        <w:t>y clear, very, very clear. There is no ambiguity. There is no ambiguity. But if you see present Muslims, you will find that they are reluctant to adopt this policy of the Quran. They are rel</w:t>
      </w:r>
    </w:p>
    <w:p>
      <w:pPr>
        <w:jc w:val="right"/>
      </w:pPr>
      <w:r>
        <w:t>y clear, very, very clear. There is no ambiguity. There is no ambiguity. But if you see present Muslims, you will find that they are reluctant to adopt this policy of the Quran. They are rel</w:t>
      </w:r>
    </w:p>
    <w:p>
      <w:r>
        <w:rPr>
          <w:b/>
        </w:rPr>
        <w:t xml:space="preserve">[39:06] </w:t>
      </w:r>
      <w:r>
        <w:t>reluctant, although it is very clear in the Quran, in the Sunnah, but present Muslims are reluctant to</w:t>
      </w:r>
    </w:p>
    <w:p>
      <w:pPr>
        <w:jc w:val="right"/>
      </w:pPr>
      <w:r>
        <w:t>uctant, although it is very clear in the Quran, in the Sunnah, but present Muslims are reluctant to</w:t>
      </w:r>
    </w:p>
    <w:p>
      <w:r>
        <w:rPr>
          <w:b/>
        </w:rPr>
        <w:t xml:space="preserve">[39:12] </w:t>
      </w:r>
      <w:r>
        <w:t>follow this pattern.</w:t>
      </w:r>
    </w:p>
    <w:p>
      <w:pPr>
        <w:jc w:val="right"/>
      </w:pPr>
      <w:r>
        <w:t>follow this pattern.</w:t>
      </w:r>
    </w:p>
    <w:p>
      <w:r>
        <w:rPr>
          <w:b/>
        </w:rPr>
        <w:t xml:space="preserve">[39:18] </w:t>
      </w:r>
      <w:r>
        <w:t>This reminds me of a Hadith.</w:t>
      </w:r>
    </w:p>
    <w:p>
      <w:pPr>
        <w:jc w:val="right"/>
      </w:pPr>
      <w:r>
        <w:t>This reminds me of a Hadith.</w:t>
      </w:r>
    </w:p>
    <w:p>
      <w:r>
        <w:rPr>
          <w:b/>
        </w:rPr>
        <w:t xml:space="preserve">[39:24] </w:t>
      </w:r>
      <w:r>
        <w:t>The Prophet of Islam has said, bad'a al-islām gharīban wa saya'ūdu kamā bada'a.</w:t>
      </w:r>
    </w:p>
    <w:p>
      <w:pPr>
        <w:jc w:val="right"/>
      </w:pPr>
      <w:r>
        <w:t>The Prophet of Islam has said, بَدْءَ الْإِسْلَامُ غَرِيبًا وَسَيَعُودُ كَمَا بَدَأَ.</w:t>
      </w:r>
    </w:p>
    <w:p>
      <w:r>
        <w:rPr>
          <w:b/>
        </w:rPr>
        <w:t xml:space="preserve">[39:30] </w:t>
      </w:r>
      <w:r>
        <w:t>In the beginning,</w:t>
      </w:r>
    </w:p>
    <w:p>
      <w:pPr>
        <w:jc w:val="right"/>
      </w:pPr>
      <w:r>
        <w:t>In the beginning,</w:t>
      </w:r>
    </w:p>
    <w:p>
      <w:r>
        <w:rPr>
          <w:b/>
        </w:rPr>
        <w:t xml:space="preserve">[39:36] </w:t>
      </w:r>
      <w:r>
        <w:t>Islam was a stranger.</w:t>
      </w:r>
    </w:p>
    <w:p>
      <w:pPr>
        <w:jc w:val="right"/>
      </w:pPr>
      <w:r>
        <w:t>Islam was a stranger.</w:t>
      </w:r>
    </w:p>
    <w:p>
      <w:r>
        <w:rPr>
          <w:b/>
        </w:rPr>
        <w:t xml:space="preserve">[39:47] </w:t>
      </w:r>
      <w:r>
        <w:t>In the beginning, Islam was a stranger, and in later days, again Islam will become a stranger.</w:t>
      </w:r>
    </w:p>
    <w:p>
      <w:pPr>
        <w:jc w:val="right"/>
      </w:pPr>
      <w:r>
        <w:t>In the beginning, Islam was a stranger, and in later days, again Islam will become a stranger.</w:t>
      </w:r>
    </w:p>
    <w:p>
      <w:r>
        <w:rPr>
          <w:b/>
        </w:rPr>
        <w:t xml:space="preserve">[39:57] </w:t>
      </w:r>
      <w:r>
        <w:t>At the beginning, Islam was a stranger, and in later days, again Islam will become a stranger.</w:t>
      </w:r>
    </w:p>
    <w:p>
      <w:pPr>
        <w:jc w:val="right"/>
      </w:pPr>
      <w:r>
        <w:t>At the beginning, Islam was a stranger, and in later days, again Islam will become a stranger.</w:t>
      </w:r>
    </w:p>
    <w:p>
      <w:r>
        <w:rPr>
          <w:b/>
        </w:rPr>
        <w:t xml:space="preserve">[40:07] </w:t>
      </w:r>
      <w:r>
        <w:t>So this is the—this Hadith explains the present situation.</w:t>
      </w:r>
    </w:p>
    <w:p>
      <w:pPr>
        <w:jc w:val="right"/>
      </w:pPr>
      <w:r>
        <w:t>So this is the—this Hadith explains the present situation.</w:t>
      </w:r>
    </w:p>
    <w:p>
      <w:r>
        <w:rPr>
          <w:b/>
        </w:rPr>
        <w:t xml:space="preserve">[40:15] </w:t>
      </w:r>
      <w:r>
        <w:t>Although these teachings are very clear in the Quran, but Muslims are reluctant, what Muslims have adopted that</w:t>
      </w:r>
    </w:p>
    <w:p>
      <w:pPr>
        <w:jc w:val="right"/>
      </w:pPr>
      <w:r>
        <w:t>Although these teachings are very clear in the Quran, but Muslims are reluctant, what Muslims have adopted that</w:t>
      </w:r>
    </w:p>
    <w:p>
      <w:r>
        <w:rPr>
          <w:b/>
        </w:rPr>
        <w:t xml:space="preserve">[40:22] </w:t>
      </w:r>
      <w:r>
        <w:t>was Bid'ah, innovation.</w:t>
      </w:r>
    </w:p>
    <w:p>
      <w:pPr>
        <w:jc w:val="right"/>
      </w:pPr>
      <w:r>
        <w:t>was Bid'ah, innovation.</w:t>
      </w:r>
    </w:p>
    <w:p>
      <w:r>
        <w:rPr>
          <w:b/>
        </w:rPr>
        <w:t xml:space="preserve">[40:30] </w:t>
      </w:r>
      <w:r>
        <w:t>What is Bid'ah?</w:t>
      </w:r>
    </w:p>
    <w:p>
      <w:pPr>
        <w:jc w:val="right"/>
      </w:pPr>
      <w:r>
        <w:t>What is Bid'ah?</w:t>
      </w:r>
    </w:p>
    <w:p>
      <w:r>
        <w:rPr>
          <w:b/>
        </w:rPr>
        <w:t xml:space="preserve">[40:37] </w:t>
      </w:r>
      <w:r>
        <w:t>Bid'ah is innovation, that is deviation from theright path.</w:t>
      </w:r>
    </w:p>
    <w:p>
      <w:pPr>
        <w:jc w:val="right"/>
      </w:pPr>
      <w:r>
        <w:t>Bid'ah is innovation, that is deviation from theright path.</w:t>
      </w:r>
    </w:p>
    <w:p>
      <w:r>
        <w:rPr>
          <w:b/>
        </w:rPr>
        <w:t xml:space="preserve">[40:45] </w:t>
      </w:r>
      <w:r>
        <w:t>Every deviation is Bid'ah.</w:t>
      </w:r>
    </w:p>
    <w:p>
      <w:pPr>
        <w:jc w:val="right"/>
      </w:pPr>
      <w:r>
        <w:t>Every deviation is Bid'ah.</w:t>
      </w:r>
    </w:p>
    <w:p>
      <w:r>
        <w:rPr>
          <w:b/>
        </w:rPr>
        <w:t xml:space="preserve">[40:52] </w:t>
      </w:r>
      <w:r>
        <w:t>The Prophet of Islam has said, man ataa'a fi amrin nahaz ma laisa minhu fahuwa radd.</w:t>
      </w:r>
    </w:p>
    <w:p>
      <w:pPr>
        <w:jc w:val="right"/>
      </w:pPr>
      <w:r>
        <w:t>The Prophet of Islam has said, مَنْ أَطَسَ فِي أَمْرٍ نَهَازَ مَا لَيْسَ مِنْهُ فَوَرَدٌ.</w:t>
      </w:r>
    </w:p>
    <w:p>
      <w:r>
        <w:rPr>
          <w:b/>
        </w:rPr>
        <w:t xml:space="preserve">[41:00] </w:t>
      </w:r>
      <w:r>
        <w:t>Any kind of innovation in our religion is</w:t>
      </w:r>
    </w:p>
    <w:p>
      <w:pPr>
        <w:jc w:val="right"/>
      </w:pPr>
      <w:r>
        <w:t>Any kind of innovation in our religion is</w:t>
      </w:r>
    </w:p>
    <w:p>
      <w:r>
        <w:rPr>
          <w:b/>
        </w:rPr>
        <w:t xml:space="preserve">[41:07] </w:t>
      </w:r>
      <w:r>
        <w:t>rejected, is liable to be rejected.</w:t>
      </w:r>
    </w:p>
    <w:p>
      <w:pPr>
        <w:jc w:val="right"/>
      </w:pPr>
      <w:r>
        <w:t>rejected, is liable to be rejected.</w:t>
      </w:r>
    </w:p>
    <w:p>
      <w:r>
        <w:rPr>
          <w:b/>
        </w:rPr>
        <w:t xml:space="preserve">[41:15] </w:t>
      </w:r>
      <w:r>
        <w:t>So all those things that Muslims are following by the way of deviation, that is Bid'ah or innovation,</w:t>
      </w:r>
    </w:p>
    <w:p>
      <w:pPr>
        <w:jc w:val="right"/>
      </w:pPr>
      <w:r>
        <w:t>So all those things that Muslims are following by the way of deviation, that is Bid'ah or innovation,</w:t>
      </w:r>
    </w:p>
    <w:p>
      <w:r>
        <w:rPr>
          <w:b/>
        </w:rPr>
        <w:t xml:space="preserve">[41:23] </w:t>
      </w:r>
      <w:r>
        <w:t>so it is liable to be rejected, liable to be rejected.</w:t>
      </w:r>
    </w:p>
    <w:p>
      <w:pPr>
        <w:jc w:val="right"/>
      </w:pPr>
      <w:r>
        <w:t>so it is liable to be rejected, liable to be rejected.</w:t>
      </w:r>
    </w:p>
    <w:p>
      <w:r>
        <w:rPr>
          <w:b/>
        </w:rPr>
        <w:t xml:space="preserve">[41:31] </w:t>
      </w:r>
      <w:r>
        <w:t>Then I will give you another example.</w:t>
      </w:r>
    </w:p>
    <w:p>
      <w:pPr>
        <w:jc w:val="right"/>
      </w:pPr>
      <w:r>
        <w:t>Then I will give you another example.</w:t>
      </w:r>
    </w:p>
    <w:p>
      <w:r>
        <w:rPr>
          <w:b/>
        </w:rPr>
        <w:t xml:space="preserve">[41:38] </w:t>
      </w:r>
      <w:r>
        <w:t>In every Muslim country, there are movements against the rulers, against their rulers.</w:t>
      </w:r>
    </w:p>
    <w:p>
      <w:pPr>
        <w:jc w:val="right"/>
      </w:pPr>
      <w:r>
        <w:t>In every Muslim country, there are movements against the rulers, against their rulers.</w:t>
      </w:r>
    </w:p>
    <w:p>
      <w:r>
        <w:rPr>
          <w:b/>
        </w:rPr>
        <w:t xml:space="preserve">[41:48] </w:t>
      </w:r>
      <w:r>
        <w:t>In every country, there are violent movements against their rulers.</w:t>
      </w:r>
    </w:p>
    <w:p>
      <w:pPr>
        <w:jc w:val="right"/>
      </w:pPr>
      <w:r>
        <w:t>In every country, there are violent movements against their rulers.</w:t>
      </w:r>
    </w:p>
    <w:p>
      <w:r>
        <w:rPr>
          <w:b/>
        </w:rPr>
        <w:t xml:space="preserve">[41:58] </w:t>
      </w:r>
      <w:r>
        <w:t>The recent example was the episode of the Lal Masjid of Islamab</w:t>
      </w:r>
    </w:p>
    <w:p>
      <w:pPr>
        <w:jc w:val="right"/>
      </w:pPr>
      <w:r>
        <w:t>The recent example was the episode of the Lal Masjid of Islamab</w:t>
      </w:r>
    </w:p>
    <w:p>
      <w:r>
        <w:rPr>
          <w:b/>
        </w:rPr>
        <w:t xml:space="preserve">[42:08] </w:t>
      </w:r>
      <w:r>
        <w:t>ad.</w:t>
      </w:r>
    </w:p>
    <w:p>
      <w:pPr>
        <w:jc w:val="right"/>
      </w:pPr>
      <w:r>
        <w:t>ad.</w:t>
      </w:r>
    </w:p>
    <w:p>
      <w:r>
        <w:rPr>
          <w:b/>
        </w:rPr>
        <w:t xml:space="preserve">[42:16] </w:t>
      </w:r>
      <w:r>
        <w:t>So almost in every Muslim country, there are violent movements against their rulers.</w:t>
      </w:r>
    </w:p>
    <w:p>
      <w:pPr>
        <w:jc w:val="right"/>
      </w:pPr>
      <w:r>
        <w:t>So almost in every Muslim country, there are violent movements against their rulers.</w:t>
      </w:r>
    </w:p>
    <w:p>
      <w:r>
        <w:rPr>
          <w:b/>
        </w:rPr>
        <w:t xml:space="preserve">[42:23] </w:t>
      </w:r>
      <w:r>
        <w:t>This is called in Islamic literature Khuruj.</w:t>
      </w:r>
    </w:p>
    <w:p>
      <w:pPr>
        <w:jc w:val="right"/>
      </w:pPr>
      <w:r>
        <w:t>This is called in Islamic literature Khuruj.</w:t>
      </w:r>
    </w:p>
    <w:p>
      <w:r>
        <w:rPr>
          <w:b/>
        </w:rPr>
        <w:t xml:space="preserve">[42:31] </w:t>
      </w:r>
      <w:r>
        <w:t>Khuruj means revolt.</w:t>
      </w:r>
    </w:p>
    <w:p>
      <w:pPr>
        <w:jc w:val="right"/>
      </w:pPr>
      <w:r>
        <w:t>Khuruj means revolt.</w:t>
      </w:r>
    </w:p>
    <w:p>
      <w:r>
        <w:rPr>
          <w:b/>
        </w:rPr>
        <w:t xml:space="preserve">[42:38] </w:t>
      </w:r>
      <w:r>
        <w:t>So all these movements are Khuruj, that is revolt.</w:t>
      </w:r>
    </w:p>
    <w:p>
      <w:pPr>
        <w:jc w:val="right"/>
      </w:pPr>
      <w:r>
        <w:t>So all these movements are Khuruj, that is revolt.</w:t>
      </w:r>
    </w:p>
    <w:p>
      <w:r>
        <w:rPr>
          <w:b/>
        </w:rPr>
        <w:t xml:space="preserve">[42:49] </w:t>
      </w:r>
      <w:r>
        <w:t>The Prophet of Islam has issued clear directions that Khuruj is haram.</w:t>
      </w:r>
    </w:p>
    <w:p>
      <w:pPr>
        <w:jc w:val="right"/>
      </w:pPr>
      <w:r>
        <w:t>The Prophet of Islam has issued clear directions that Khuruj is haram.</w:t>
      </w:r>
    </w:p>
    <w:p>
      <w:r>
        <w:rPr>
          <w:b/>
        </w:rPr>
        <w:t xml:space="preserve">[42:59] </w:t>
      </w:r>
      <w:r>
        <w:t>Do not go to Khuruj, do not go to revolt against your Muslim rulers.</w:t>
      </w:r>
    </w:p>
    <w:p>
      <w:pPr>
        <w:jc w:val="right"/>
      </w:pPr>
      <w:r>
        <w:t>Do not go to Khuruj, do not go to revolt against your Muslim rulers.</w:t>
      </w:r>
    </w:p>
    <w:p>
      <w:r>
        <w:rPr>
          <w:b/>
        </w:rPr>
        <w:t xml:space="preserve">[43:10] </w:t>
      </w:r>
      <w:r>
        <w:t>Here I would like to refer to Sahih Muslim.</w:t>
      </w:r>
    </w:p>
    <w:p>
      <w:pPr>
        <w:jc w:val="right"/>
      </w:pPr>
      <w:r>
        <w:t>Here I would like to refer to Sahih Muslim.</w:t>
      </w:r>
    </w:p>
    <w:p>
      <w:r>
        <w:rPr>
          <w:b/>
        </w:rPr>
        <w:t xml:space="preserve">[43:20] </w:t>
      </w:r>
      <w:r>
        <w:t>Sahih Muslim is a well-known book of Hadiths, and Al-Imam Nawawi has interpreted these Hadiths.</w:t>
      </w:r>
    </w:p>
    <w:p>
      <w:pPr>
        <w:jc w:val="right"/>
      </w:pPr>
      <w:r>
        <w:t>Sahih Muslim is a well-known book of Hadiths, and Al-Imam Nawawi has interpreted these Hadiths.</w:t>
      </w:r>
    </w:p>
    <w:p>
      <w:r>
        <w:rPr>
          <w:b/>
        </w:rPr>
        <w:t xml:space="preserve">[43:30] </w:t>
      </w:r>
      <w:r>
        <w:t>It is a well-known interpretation of Hadith</w:t>
      </w:r>
    </w:p>
    <w:p>
      <w:pPr>
        <w:jc w:val="right"/>
      </w:pPr>
      <w:r>
        <w:t>It is a well-known interpretation of Hadith</w:t>
      </w:r>
    </w:p>
    <w:p>
      <w:r>
        <w:rPr>
          <w:b/>
        </w:rPr>
        <w:t xml:space="preserve">[43:40] </w:t>
      </w:r>
      <w:r>
        <w:t>s.</w:t>
      </w:r>
    </w:p>
    <w:p>
      <w:pPr>
        <w:jc w:val="right"/>
      </w:pPr>
      <w:r>
        <w:t>s.</w:t>
      </w:r>
    </w:p>
    <w:p>
      <w:r>
        <w:rPr>
          <w:b/>
        </w:rPr>
        <w:t xml:space="preserve">[43:48] </w:t>
      </w:r>
      <w:r>
        <w:t>Imam Nawawi was a great scholar.</w:t>
      </w:r>
    </w:p>
    <w:p>
      <w:pPr>
        <w:jc w:val="right"/>
      </w:pPr>
      <w:r>
        <w:t>Imam Nawawi was a great scholar.</w:t>
      </w:r>
    </w:p>
    <w:p>
      <w:r>
        <w:rPr>
          <w:b/>
        </w:rPr>
        <w:t xml:space="preserve">[43:55] </w:t>
      </w:r>
      <w:r>
        <w:t>So under the Kitab al-Fitn, in every book of Hadiths, there are Kitab al-Fitn, a chapter of Fitn.</w:t>
      </w:r>
    </w:p>
    <w:p>
      <w:pPr>
        <w:jc w:val="right"/>
      </w:pPr>
      <w:r>
        <w:t>So under the Kitab al-Fitn, in every book of Hadiths, there are Kitab al-Fitn, a chapter of Fitn.</w:t>
      </w:r>
    </w:p>
    <w:p>
      <w:r>
        <w:rPr>
          <w:b/>
        </w:rPr>
        <w:t xml:space="preserve">[44:03] </w:t>
      </w:r>
      <w:r>
        <w:t>In these chapters, there are a number of Hadiths that tell us that do not go to revolt against your</w:t>
      </w:r>
    </w:p>
    <w:p>
      <w:pPr>
        <w:jc w:val="right"/>
      </w:pPr>
      <w:r>
        <w:t>In these chapters, there are a number of Hadiths that tell us that do not go to revolt against your</w:t>
      </w:r>
    </w:p>
    <w:p>
      <w:r>
        <w:rPr>
          <w:b/>
        </w:rPr>
        <w:t xml:space="preserve">[44:10] </w:t>
      </w:r>
      <w:r>
        <w:t>rulers because this kind of revolt results only in anarchy, in Fasad.</w:t>
      </w:r>
    </w:p>
    <w:p>
      <w:pPr>
        <w:jc w:val="right"/>
      </w:pPr>
      <w:r>
        <w:t>rulers because this kind of revolt results only in anarchy, in Fasad.</w:t>
      </w:r>
    </w:p>
    <w:p>
      <w:r>
        <w:rPr>
          <w:b/>
        </w:rPr>
        <w:t xml:space="preserve">[44:20] </w:t>
      </w:r>
      <w:r>
        <w:t>So you have to follow strictly the peaceful path rather than the violent path.</w:t>
      </w:r>
    </w:p>
    <w:p>
      <w:pPr>
        <w:jc w:val="right"/>
      </w:pPr>
      <w:r>
        <w:t>So you have to follow strictly the peaceful path rather than the violent path.</w:t>
      </w:r>
    </w:p>
    <w:p>
      <w:r>
        <w:rPr>
          <w:b/>
        </w:rPr>
        <w:t xml:space="preserve">[44:30] </w:t>
      </w:r>
      <w:r>
        <w:t>Revolt is adopting the violent path; it is haram in Islam. So you</w:t>
      </w:r>
    </w:p>
    <w:p>
      <w:pPr>
        <w:jc w:val="right"/>
      </w:pPr>
      <w:r>
        <w:t>Revolt is adopting the violent path; it is haram in Islam. So you</w:t>
      </w:r>
    </w:p>
    <w:p>
      <w:r>
        <w:rPr>
          <w:b/>
        </w:rPr>
        <w:t xml:space="preserve">[44:40] </w:t>
      </w:r>
      <w:r>
        <w:t>have to follow theright path.</w:t>
      </w:r>
    </w:p>
    <w:p>
      <w:pPr>
        <w:jc w:val="right"/>
      </w:pPr>
      <w:r>
        <w:t>have to follow theright path.</w:t>
      </w:r>
    </w:p>
    <w:p>
      <w:r>
        <w:rPr>
          <w:b/>
        </w:rPr>
        <w:t xml:space="preserve">[44:50] </w:t>
      </w:r>
      <w:r>
        <w:t>So by—in his commentary, in his commentary, Imam Nawawi says that if you have any objection against your</w:t>
      </w:r>
    </w:p>
    <w:p>
      <w:pPr>
        <w:jc w:val="right"/>
      </w:pPr>
      <w:r>
        <w:t>So by—in his commentary, in his commentary, Imam Nawawi says that if you have any objection against your</w:t>
      </w:r>
    </w:p>
    <w:p>
      <w:r>
        <w:rPr>
          <w:b/>
        </w:rPr>
        <w:t xml:space="preserve">[45:00] </w:t>
      </w:r>
      <w:r>
        <w:t>ruler, so there is</w:t>
      </w:r>
    </w:p>
    <w:p>
      <w:pPr>
        <w:jc w:val="right"/>
      </w:pPr>
      <w:r>
        <w:t>ruler, so there is</w:t>
      </w:r>
    </w:p>
    <w:p>
      <w:r>
        <w:rPr>
          <w:b/>
        </w:rPr>
        <w:t xml:space="preserve">[45:10] </w:t>
      </w:r>
      <w:r>
        <w:t>no way for you except to go to peaceful advice.</w:t>
      </w:r>
    </w:p>
    <w:p>
      <w:pPr>
        <w:jc w:val="right"/>
      </w:pPr>
      <w:r>
        <w:t>no way for you except to go to peaceful advice.</w:t>
      </w:r>
    </w:p>
    <w:p>
      <w:r>
        <w:rPr>
          <w:b/>
        </w:rPr>
        <w:t xml:space="preserve">[45:18] </w:t>
      </w:r>
      <w:r>
        <w:t>fefimaka bainaka wa baina hu.</w:t>
      </w:r>
    </w:p>
    <w:p>
      <w:pPr>
        <w:jc w:val="right"/>
      </w:pPr>
      <w:r>
        <w:t>فَفِيمَا بَيْنَكَ وَبَيْنَهُ.</w:t>
      </w:r>
    </w:p>
    <w:p>
      <w:r>
        <w:rPr>
          <w:b/>
        </w:rPr>
        <w:t xml:space="preserve">[45:25] </w:t>
      </w:r>
      <w:r>
        <w:t>You must meet him, and you have to convey your ideas in person-to-person talk.</w:t>
      </w:r>
    </w:p>
    <w:p>
      <w:pPr>
        <w:jc w:val="right"/>
      </w:pPr>
      <w:r>
        <w:t>You must meet him, and you have to convey your ideas in person-to-person talk.</w:t>
      </w:r>
    </w:p>
    <w:p>
      <w:r>
        <w:rPr>
          <w:b/>
        </w:rPr>
        <w:t xml:space="preserve">[45:33] </w:t>
      </w:r>
      <w:r>
        <w:t>No demonstration is allowed in Islam. No</w:t>
      </w:r>
    </w:p>
    <w:p>
      <w:pPr>
        <w:jc w:val="right"/>
      </w:pPr>
      <w:r>
        <w:t>No demonstration is allowed in Islam. No</w:t>
      </w:r>
    </w:p>
    <w:p>
      <w:r>
        <w:rPr>
          <w:b/>
        </w:rPr>
        <w:t xml:space="preserve">[45:40] </w:t>
      </w:r>
      <w:r>
        <w:t>revolt is allowed in Islam. No demonstration, no revolt, no violent activism against your rulers. Fa feema baynaka wa baynahu. Then he says, wa ambal khuruju alayhim. Then Imam Nawawi says, according to the Hadith, wa ambal khuruju alayhim fah</w:t>
      </w:r>
    </w:p>
    <w:p>
      <w:pPr>
        <w:jc w:val="right"/>
      </w:pPr>
      <w:r>
        <w:t>revolt is allowed in Islam. No demonstration, no revolt, no violent activism against your rulers. فَفِيمَا بَيْنَكَ وَبَيْنَهُ. Then he says, وَأَمْبَلْ خُرُوجُ عَلَيْهِمْ. Then Imam Nawawi says, according to the Hadith, وَأَمْبَلْ خُرُوجُ عَلَيْهِمْ فَه</w:t>
      </w:r>
    </w:p>
    <w:p>
      <w:r>
        <w:rPr>
          <w:b/>
        </w:rPr>
        <w:t xml:space="preserve">[46:10] </w:t>
      </w:r>
      <w:r>
        <w:t>haramun ijma al-muslimin wa lau kanu fasaqa wa lau kanu zzalimin.</w:t>
      </w:r>
    </w:p>
    <w:p>
      <w:pPr>
        <w:jc w:val="right"/>
      </w:pPr>
      <w:r>
        <w:t>ْرَامٌ بِإِجْمَاعِ الْمُسْلِمِينَ وَلَوْ كَانُوا فَسَقَاءَ وَلَوْ كَانُوا ظَالِمِينَ.</w:t>
      </w:r>
    </w:p>
    <w:p>
      <w:r>
        <w:rPr>
          <w:b/>
        </w:rPr>
        <w:t xml:space="preserve">[46:21] </w:t>
      </w:r>
      <w:r>
        <w:t>And as far as the revolt is concerned, so it is haram in Islam even if you think</w:t>
      </w:r>
    </w:p>
    <w:p>
      <w:pPr>
        <w:jc w:val="right"/>
      </w:pPr>
      <w:r>
        <w:t>And as far as the revolt is concerned, so it is haram in Islam even if you think</w:t>
      </w:r>
    </w:p>
    <w:p>
      <w:r>
        <w:rPr>
          <w:b/>
        </w:rPr>
        <w:t xml:space="preserve">[46:31] </w:t>
      </w:r>
      <w:r>
        <w:t>that your ruler is a bad ruler, your ruler is a zzalim ruler, no</w:t>
      </w:r>
    </w:p>
    <w:p>
      <w:pPr>
        <w:jc w:val="right"/>
      </w:pPr>
      <w:r>
        <w:t>that your ruler is a bad ruler, your ruler is a ظالم ruler, no</w:t>
      </w:r>
    </w:p>
    <w:p>
      <w:r>
        <w:rPr>
          <w:b/>
        </w:rPr>
        <w:t xml:space="preserve">[46:41] </w:t>
      </w:r>
      <w:r>
        <w:t>excuse whatsoever allows you to go to adopt the path of revolt.</w:t>
      </w:r>
    </w:p>
    <w:p>
      <w:pPr>
        <w:jc w:val="right"/>
      </w:pPr>
      <w:r>
        <w:t>excuse whatsoever allows you to go to adopt the path of revolt.</w:t>
      </w:r>
    </w:p>
    <w:p>
      <w:r>
        <w:rPr>
          <w:b/>
        </w:rPr>
        <w:t xml:space="preserve">[46:51] </w:t>
      </w:r>
      <w:r>
        <w:t>So according to these Hadiths, if you find that your ruler is not a just ruler, your ruler</w:t>
      </w:r>
    </w:p>
    <w:p>
      <w:pPr>
        <w:jc w:val="right"/>
      </w:pPr>
      <w:r>
        <w:t>So according to these Hadiths, if you find that your ruler is not a just ruler, your ruler</w:t>
      </w:r>
    </w:p>
    <w:p>
      <w:r>
        <w:rPr>
          <w:b/>
        </w:rPr>
        <w:t xml:space="preserve">[47:01] </w:t>
      </w:r>
      <w:r>
        <w:t>is committing injustice,</w:t>
      </w:r>
    </w:p>
    <w:p>
      <w:pPr>
        <w:jc w:val="right"/>
      </w:pPr>
      <w:r>
        <w:t>is committing injustice,</w:t>
      </w:r>
    </w:p>
    <w:p>
      <w:r>
        <w:rPr>
          <w:b/>
        </w:rPr>
        <w:t xml:space="preserve">[47:11] </w:t>
      </w:r>
      <w:r>
        <w:t>so you have to discuss the matter in peace.</w:t>
      </w:r>
    </w:p>
    <w:p>
      <w:pPr>
        <w:jc w:val="right"/>
      </w:pPr>
      <w:r>
        <w:t>so you have to discuss the matter in peace.</w:t>
      </w:r>
    </w:p>
    <w:p>
      <w:r>
        <w:rPr>
          <w:b/>
        </w:rPr>
        <w:t xml:space="preserve">[47:15] </w:t>
      </w:r>
      <w:r>
        <w:t>You have to give him advice.</w:t>
      </w:r>
    </w:p>
    <w:p>
      <w:pPr>
        <w:jc w:val="right"/>
      </w:pPr>
      <w:r>
        <w:t>You have to give him advice.</w:t>
      </w:r>
    </w:p>
    <w:p>
      <w:r>
        <w:rPr>
          <w:b/>
        </w:rPr>
        <w:t xml:space="preserve">[47:20] </w:t>
      </w:r>
      <w:r>
        <w:t>That is all.</w:t>
      </w:r>
    </w:p>
    <w:p>
      <w:pPr>
        <w:jc w:val="right"/>
      </w:pPr>
      <w:r>
        <w:t>That is all.</w:t>
      </w:r>
    </w:p>
    <w:p>
      <w:r>
        <w:rPr>
          <w:b/>
        </w:rPr>
        <w:t xml:space="preserve">[47:24] </w:t>
      </w:r>
      <w:r>
        <w:t>Any kind of demonstration is haram in Islam.</w:t>
      </w:r>
    </w:p>
    <w:p>
      <w:pPr>
        <w:jc w:val="right"/>
      </w:pPr>
      <w:r>
        <w:t>Any kind of demonstration is haram in Islam.</w:t>
      </w:r>
    </w:p>
    <w:p>
      <w:r>
        <w:rPr>
          <w:b/>
        </w:rPr>
        <w:t xml:space="preserve">[47:28] </w:t>
      </w:r>
      <w:r>
        <w:t>Any kind of revolt is haram in Islam.</w:t>
      </w:r>
    </w:p>
    <w:p>
      <w:pPr>
        <w:jc w:val="right"/>
      </w:pPr>
      <w:r>
        <w:t>Any kind of revolt is haram in Islam.</w:t>
      </w:r>
    </w:p>
    <w:p>
      <w:r>
        <w:rPr>
          <w:b/>
        </w:rPr>
        <w:t xml:space="preserve">[47:33] </w:t>
      </w:r>
      <w:r>
        <w:t>Any kind of army struggle is haram in Islam.</w:t>
      </w:r>
    </w:p>
    <w:p>
      <w:pPr>
        <w:jc w:val="right"/>
      </w:pPr>
      <w:r>
        <w:t>Any kind of army struggle is haram in Islam.</w:t>
      </w:r>
    </w:p>
    <w:p>
      <w:r>
        <w:rPr>
          <w:b/>
        </w:rPr>
        <w:t xml:space="preserve">[47:37] </w:t>
      </w:r>
      <w:r>
        <w:t>But you see, in every Muslim</w:t>
      </w:r>
    </w:p>
    <w:p>
      <w:pPr>
        <w:jc w:val="right"/>
      </w:pPr>
      <w:r>
        <w:t>But you see, in every Muslim</w:t>
      </w:r>
    </w:p>
    <w:p>
      <w:r>
        <w:rPr>
          <w:b/>
        </w:rPr>
        <w:t xml:space="preserve">[47:41] </w:t>
      </w:r>
      <w:r>
        <w:t>country, Muslims are engaged in this kind of politics.</w:t>
      </w:r>
    </w:p>
    <w:p>
      <w:pPr>
        <w:jc w:val="right"/>
      </w:pPr>
      <w:r>
        <w:t>country, Muslims are engaged in this kind of politics.</w:t>
      </w:r>
    </w:p>
    <w:p>
      <w:r>
        <w:rPr>
          <w:b/>
        </w:rPr>
        <w:t xml:space="preserve">[47:49] </w:t>
      </w:r>
      <w:r>
        <w:t>This is not allowed in Islam.</w:t>
      </w:r>
    </w:p>
    <w:p>
      <w:pPr>
        <w:jc w:val="right"/>
      </w:pPr>
      <w:r>
        <w:t>This is not allowed in Islam.</w:t>
      </w:r>
    </w:p>
    <w:p>
      <w:r>
        <w:rPr>
          <w:b/>
        </w:rPr>
        <w:t xml:space="preserve">[47:58] </w:t>
      </w:r>
      <w:r>
        <w:t>It is based on a great wisdom, great wisdom that is min husn-e-islami al-mar'i tarkuhu ma la ya'nihi.</w:t>
      </w:r>
    </w:p>
    <w:p>
      <w:pPr>
        <w:jc w:val="right"/>
      </w:pPr>
      <w:r>
        <w:t>It is based on a great wisdom, great wisdom that is مِنْ حُسْنِ إِسْلَامِ الْمَرِءِ تَرْكُهُ مَا لَا يَعْنِيهُ.</w:t>
      </w:r>
    </w:p>
    <w:p>
      <w:r>
        <w:rPr>
          <w:b/>
        </w:rPr>
        <w:t xml:space="preserve">[48:06] </w:t>
      </w:r>
      <w:r>
        <w:t>It means that you have to see the result.</w:t>
      </w:r>
    </w:p>
    <w:p>
      <w:pPr>
        <w:jc w:val="right"/>
      </w:pPr>
      <w:r>
        <w:t>It means that you have to see the result.</w:t>
      </w:r>
    </w:p>
    <w:p>
      <w:r>
        <w:rPr>
          <w:b/>
        </w:rPr>
        <w:t xml:space="preserve">[48:14] </w:t>
      </w:r>
      <w:r>
        <w:t>Your action must be subjected to result. If you—if positive result is—if it is possible to gain positive result, then you can go to action; otherwise, no. So all these—in all these Muslim countries—you can see</w:t>
      </w:r>
    </w:p>
    <w:p>
      <w:pPr>
        <w:jc w:val="right"/>
      </w:pPr>
      <w:r>
        <w:t>Your action must be subjected to result. If you—if positive result is—if it is possible to gain positive result, then you can go to action; otherwise, no. So all these—in all these Muslim countries—you can see</w:t>
      </w:r>
    </w:p>
    <w:p>
      <w:r>
        <w:rPr>
          <w:b/>
        </w:rPr>
        <w:t xml:space="preserve">[48:44] </w:t>
      </w:r>
      <w:r>
        <w:t>that this kind of policy has resulted only in negative, in negative result in all the Muslim countries. The recent example is Pakistan, that Lal Masjid was a center of violent activism against their rulers, and there was bloodshed. So many Muslims were</w:t>
      </w:r>
    </w:p>
    <w:p>
      <w:pPr>
        <w:jc w:val="right"/>
      </w:pPr>
      <w:r>
        <w:t>that this kind of policy has resulted only in negative, in negative result in all the Muslim countries. The recent example is Pakistan, that Lal Masjid was a center of violent activism against their rulers, and there was bloodshed. So many Muslims were</w:t>
      </w:r>
    </w:p>
    <w:p>
      <w:r>
        <w:rPr>
          <w:b/>
        </w:rPr>
        <w:t xml:space="preserve">[49:14] </w:t>
      </w:r>
      <w:r>
        <w:t>killed.</w:t>
      </w:r>
    </w:p>
    <w:p>
      <w:pPr>
        <w:jc w:val="right"/>
      </w:pPr>
      <w:r>
        <w:t>killed.</w:t>
      </w:r>
    </w:p>
    <w:p>
      <w:r>
        <w:rPr>
          <w:b/>
        </w:rPr>
        <w:t xml:space="preserve">[49:23] </w:t>
      </w:r>
      <w:r>
        <w:t>You know what the Quran says about killing?</w:t>
      </w:r>
    </w:p>
    <w:p>
      <w:pPr>
        <w:jc w:val="right"/>
      </w:pPr>
      <w:r>
        <w:t>You know what the Quran says about killing?</w:t>
      </w:r>
    </w:p>
    <w:p>
      <w:r>
        <w:rPr>
          <w:b/>
        </w:rPr>
        <w:t xml:space="preserve">[49:31] </w:t>
      </w:r>
      <w:r>
        <w:t>The Quran says that man qatala nafsan bighairi nafsin wa fasadin fakana ma'ahu qatla nasan jami'an.</w:t>
      </w:r>
    </w:p>
    <w:p>
      <w:pPr>
        <w:jc w:val="right"/>
      </w:pPr>
      <w:r>
        <w:t>The Quran says that مَنْ قَتْلَ نَفْسًا بَغَيْرِ نَفْسٍ وَفَسَادٍ فَكَانَ مَعَهُ قَتْلًا نَاسًا جَمِيعًا.</w:t>
      </w:r>
    </w:p>
    <w:p>
      <w:r>
        <w:rPr>
          <w:b/>
        </w:rPr>
        <w:t xml:space="preserve">[49:39] </w:t>
      </w:r>
      <w:r>
        <w:t>If you kill a person, if you kill a single person, you have killed all the humanity.</w:t>
      </w:r>
    </w:p>
    <w:p>
      <w:pPr>
        <w:jc w:val="right"/>
      </w:pPr>
      <w:r>
        <w:t>If you kill a person, if you kill a single person, you have killed all the humanity.</w:t>
      </w:r>
    </w:p>
    <w:p>
      <w:r>
        <w:rPr>
          <w:b/>
        </w:rPr>
        <w:t xml:space="preserve">[49:48] </w:t>
      </w:r>
      <w:r>
        <w:t>Killing a single person is like killing all the humanity, all mankind.</w:t>
      </w:r>
    </w:p>
    <w:p>
      <w:pPr>
        <w:jc w:val="right"/>
      </w:pPr>
      <w:r>
        <w:t>Killing a single person is like killing all the humanity, all mankind.</w:t>
      </w:r>
    </w:p>
    <w:p>
      <w:r>
        <w:rPr>
          <w:b/>
        </w:rPr>
        <w:t xml:space="preserve">[49:55] </w:t>
      </w:r>
      <w:r>
        <w:t>Then the Quran says, man qatala mu'minan muta'ammidan fajazahu jahannam.</w:t>
      </w:r>
    </w:p>
    <w:p>
      <w:pPr>
        <w:jc w:val="right"/>
      </w:pPr>
      <w:r>
        <w:t>Then the Quran says, مَنْ قَتْلَ مُؤْمِنًا مُطَعَمَّةً فَجَزَاهُ جَهَنَّمٌ.</w:t>
      </w:r>
    </w:p>
    <w:p>
      <w:r>
        <w:rPr>
          <w:b/>
        </w:rPr>
        <w:t xml:space="preserve">[50:03] </w:t>
      </w:r>
      <w:r>
        <w:t>One who kills a Muslim intentionally, he will go to hell.</w:t>
      </w:r>
    </w:p>
    <w:p>
      <w:pPr>
        <w:jc w:val="right"/>
      </w:pPr>
      <w:r>
        <w:t>One who kills a Muslim intentionally, he will go to hell.</w:t>
      </w:r>
    </w:p>
    <w:p>
      <w:r>
        <w:rPr>
          <w:b/>
        </w:rPr>
        <w:t xml:space="preserve">[50:10] </w:t>
      </w:r>
      <w:r>
        <w:t>man qatala mu'minan muta'ammidan fajazahu jahannam.</w:t>
      </w:r>
    </w:p>
    <w:p>
      <w:pPr>
        <w:jc w:val="right"/>
      </w:pPr>
      <w:r>
        <w:t>مَنْ قَتْلَ مُؤْمِنًا مُطَعَمَّةً فَجَزَاهُ جَهَنَّمٌ.</w:t>
      </w:r>
    </w:p>
    <w:p>
      <w:r>
        <w:rPr>
          <w:b/>
        </w:rPr>
        <w:t xml:space="preserve">[50:18] </w:t>
      </w:r>
      <w:r>
        <w:t>These are the words of the Quran.</w:t>
      </w:r>
    </w:p>
    <w:p>
      <w:pPr>
        <w:jc w:val="right"/>
      </w:pPr>
      <w:r>
        <w:t>These are the words of the Quran.</w:t>
      </w:r>
    </w:p>
    <w:p>
      <w:r>
        <w:rPr>
          <w:b/>
        </w:rPr>
        <w:t xml:space="preserve">[50:25] </w:t>
      </w:r>
      <w:r>
        <w:t>One who kills a Muslim intentionally, he will go to hell.</w:t>
      </w:r>
    </w:p>
    <w:p>
      <w:pPr>
        <w:jc w:val="right"/>
      </w:pPr>
      <w:r>
        <w:t>One who kills a Muslim intentionally, he will go to hell.</w:t>
      </w:r>
    </w:p>
    <w:p>
      <w:r>
        <w:rPr>
          <w:b/>
        </w:rPr>
        <w:t xml:space="preserve">[50:33] </w:t>
      </w:r>
      <w:r>
        <w:t>But you see, in every Muslim country, they are killing—Muslims are killing Muslims.</w:t>
      </w:r>
    </w:p>
    <w:p>
      <w:pPr>
        <w:jc w:val="right"/>
      </w:pPr>
      <w:r>
        <w:t>But you see, in every Muslim country, they are killing—Muslims are killing Muslims.</w:t>
      </w:r>
    </w:p>
    <w:p>
      <w:r>
        <w:rPr>
          <w:b/>
        </w:rPr>
        <w:t xml:space="preserve">[50:40] </w:t>
      </w:r>
      <w:r>
        <w:t>In every Muslim country, in Afghanistan, in Pakistan, and in Iraq, almost in every country,</w:t>
      </w:r>
    </w:p>
    <w:p>
      <w:pPr>
        <w:jc w:val="right"/>
      </w:pPr>
      <w:r>
        <w:t>In every Muslim country, in Afghanistan, in Pakistan, and in Iraq, almost in every country,</w:t>
      </w:r>
    </w:p>
    <w:p>
      <w:r>
        <w:rPr>
          <w:b/>
        </w:rPr>
        <w:t xml:space="preserve">[50:48] </w:t>
      </w:r>
      <w:r>
        <w:t>Muslims are killing Muslims on the basis of some false excuses.</w:t>
      </w:r>
    </w:p>
    <w:p>
      <w:pPr>
        <w:jc w:val="right"/>
      </w:pPr>
      <w:r>
        <w:t>Muslims are killing Muslims on the basis of some false excuses.</w:t>
      </w:r>
    </w:p>
    <w:p>
      <w:r>
        <w:rPr>
          <w:b/>
        </w:rPr>
        <w:t xml:space="preserve">[50:56] </w:t>
      </w:r>
      <w:r>
        <w:t>And no excuse—except no excuse is acceptable whatsoever.</w:t>
      </w:r>
    </w:p>
    <w:p>
      <w:pPr>
        <w:jc w:val="right"/>
      </w:pPr>
      <w:r>
        <w:t>And no excuse—except no excuse is acceptable whatsoever.</w:t>
      </w:r>
    </w:p>
    <w:p>
      <w:r>
        <w:rPr>
          <w:b/>
        </w:rPr>
        <w:t xml:space="preserve">[51:03] </w:t>
      </w:r>
      <w:r>
        <w:t>No excuse whatsoever is acceptable in this matter.</w:t>
      </w:r>
    </w:p>
    <w:p>
      <w:pPr>
        <w:jc w:val="right"/>
      </w:pPr>
      <w:r>
        <w:t>No excuse whatsoever is acceptable in this matter.</w:t>
      </w:r>
    </w:p>
    <w:p>
      <w:r>
        <w:rPr>
          <w:b/>
        </w:rPr>
        <w:t xml:space="preserve">[51:11] </w:t>
      </w:r>
      <w:r>
        <w:t>Muslims are not allowed to go to bloodshed, to go to</w:t>
      </w:r>
    </w:p>
    <w:p>
      <w:pPr>
        <w:jc w:val="right"/>
      </w:pPr>
      <w:r>
        <w:t>Muslims are not allowed to go to bloodshed, to go to</w:t>
      </w:r>
    </w:p>
    <w:p>
      <w:r>
        <w:rPr>
          <w:b/>
        </w:rPr>
        <w:t xml:space="preserve">[51:18] </w:t>
      </w:r>
      <w:r>
        <w:t>army struggle.</w:t>
      </w:r>
    </w:p>
    <w:p>
      <w:pPr>
        <w:jc w:val="right"/>
      </w:pPr>
      <w:r>
        <w:t>army struggle.</w:t>
      </w:r>
    </w:p>
    <w:p>
      <w:r>
        <w:rPr>
          <w:b/>
        </w:rPr>
        <w:t xml:space="preserve">[51:30] </w:t>
      </w:r>
      <w:r>
        <w:t>Only peaceful struggle is allowed for Muslims.</w:t>
      </w:r>
    </w:p>
    <w:p>
      <w:pPr>
        <w:jc w:val="right"/>
      </w:pPr>
      <w:r>
        <w:t>Only peaceful struggle is allowed for Muslims.</w:t>
      </w:r>
    </w:p>
    <w:p>
      <w:r>
        <w:rPr>
          <w:b/>
        </w:rPr>
        <w:t xml:space="preserve">[51:41] </w:t>
      </w:r>
      <w:r>
        <w:t>These are the Quranic teachings, and this is the—this is the prophetic model.</w:t>
      </w:r>
    </w:p>
    <w:p>
      <w:pPr>
        <w:jc w:val="right"/>
      </w:pPr>
      <w:r>
        <w:t>These are the Quranic teachings, and this is the—this is the prophetic model.</w:t>
      </w:r>
    </w:p>
    <w:p>
      <w:r>
        <w:rPr>
          <w:b/>
        </w:rPr>
        <w:t xml:space="preserve">[51:53] </w:t>
      </w:r>
      <w:r>
        <w:t>I have met some Arab people in Palestine.</w:t>
      </w:r>
    </w:p>
    <w:p>
      <w:pPr>
        <w:jc w:val="right"/>
      </w:pPr>
      <w:r>
        <w:t>I have met some Arab people in Palestine.</w:t>
      </w:r>
    </w:p>
    <w:p>
      <w:r>
        <w:rPr>
          <w:b/>
        </w:rPr>
        <w:t xml:space="preserve">[52:03] </w:t>
      </w:r>
      <w:r>
        <w:t>I said, "Why are you engaged in this kind of violence?" You know what is their slogan?</w:t>
      </w:r>
    </w:p>
    <w:p>
      <w:pPr>
        <w:jc w:val="right"/>
      </w:pPr>
      <w:r>
        <w:t>I said, "Why are you engaged in this kind of violence?" You know what is their slogan?</w:t>
      </w:r>
    </w:p>
    <w:p>
      <w:r>
        <w:rPr>
          <w:b/>
        </w:rPr>
        <w:t xml:space="preserve">[52:13] </w:t>
      </w:r>
      <w:r>
        <w:t>The slogan of these Palestinian Arabs is halumma nuqatil halumma nuqatil fa innal qitala sabilun rashadin.</w:t>
      </w:r>
    </w:p>
    <w:p>
      <w:pPr>
        <w:jc w:val="right"/>
      </w:pPr>
      <w:r>
        <w:t>The slogan of these Palestinian Arabs is حَلُمَّا نُقَاتِلْ حَلُمَّا نُقَاتِلْ فَإِنَّ الْقِتَالَ سَبِيلٌ رَشَادٍ.</w:t>
      </w:r>
    </w:p>
    <w:p>
      <w:r>
        <w:rPr>
          <w:b/>
        </w:rPr>
        <w:t xml:space="preserve">[52:23] </w:t>
      </w:r>
      <w:r>
        <w:t>Let us wage, let us wage, for war is the way to success.</w:t>
      </w:r>
    </w:p>
    <w:p>
      <w:pPr>
        <w:jc w:val="right"/>
      </w:pPr>
      <w:r>
        <w:t>Let us wage, let us wage, for war is the way to success.</w:t>
      </w:r>
    </w:p>
    <w:p>
      <w:r>
        <w:rPr>
          <w:b/>
        </w:rPr>
        <w:t xml:space="preserve">[52:31] </w:t>
      </w:r>
      <w:r>
        <w:t>I said, "Why have you opted for war?</w:t>
      </w:r>
    </w:p>
    <w:p>
      <w:pPr>
        <w:jc w:val="right"/>
      </w:pPr>
      <w:r>
        <w:t>I said, "Why have you opted for war?</w:t>
      </w:r>
    </w:p>
    <w:p>
      <w:r>
        <w:rPr>
          <w:b/>
        </w:rPr>
        <w:t xml:space="preserve">[52:39] </w:t>
      </w:r>
      <w:r>
        <w:t>Why have you opted for violence?" They said, "Yes, we want peace.</w:t>
      </w:r>
    </w:p>
    <w:p>
      <w:pPr>
        <w:jc w:val="right"/>
      </w:pPr>
      <w:r>
        <w:t>Why have you opted for violence?" They said, "Yes, we want peace.</w:t>
      </w:r>
    </w:p>
    <w:p>
      <w:r>
        <w:rPr>
          <w:b/>
        </w:rPr>
        <w:t xml:space="preserve">[52:47] </w:t>
      </w:r>
      <w:r>
        <w:t>We want peace, but we want assalamu ma al adli</w:t>
      </w:r>
    </w:p>
    <w:p>
      <w:pPr>
        <w:jc w:val="right"/>
      </w:pPr>
      <w:r>
        <w:t>We want peace, but we want السَّلَامُ مَعَ الْعَدْلِ</w:t>
      </w:r>
    </w:p>
    <w:p>
      <w:r>
        <w:rPr>
          <w:b/>
        </w:rPr>
        <w:t xml:space="preserve">[52:55] </w:t>
      </w:r>
      <w:r>
        <w:t>". assalamu ma al adli means peace with justice, peace with justice.</w:t>
      </w:r>
    </w:p>
    <w:p>
      <w:pPr>
        <w:jc w:val="right"/>
      </w:pPr>
      <w:r>
        <w:t>." السَّلَامُ مَعَ الْعَدْلِ means peace with justice, peace with justice.</w:t>
      </w:r>
    </w:p>
    <w:p>
      <w:r>
        <w:rPr>
          <w:b/>
        </w:rPr>
        <w:t xml:space="preserve">[53:05] </w:t>
      </w:r>
      <w:r>
        <w:t>So they said that, "Give us justice, and we will abandon violence." I said, "You are wrong, you</w:t>
      </w:r>
    </w:p>
    <w:p>
      <w:pPr>
        <w:jc w:val="right"/>
      </w:pPr>
      <w:r>
        <w:t>So they said that, "Give us justice, and we will abandon violence." I said, "You are wrong, you</w:t>
      </w:r>
    </w:p>
    <w:p>
      <w:r>
        <w:rPr>
          <w:b/>
        </w:rPr>
        <w:t xml:space="preserve">[53:15] </w:t>
      </w:r>
      <w:r>
        <w:t>are wrong." The Prophet of Islam agreed on a peace agreement in Hudaybiyyah without</w:t>
      </w:r>
    </w:p>
    <w:p>
      <w:pPr>
        <w:jc w:val="right"/>
      </w:pPr>
      <w:r>
        <w:t>are wrong." The Prophet of Islam agreed on a peace agreement in Hudaybiyyah without</w:t>
      </w:r>
    </w:p>
    <w:p>
      <w:r>
        <w:rPr>
          <w:b/>
        </w:rPr>
        <w:t xml:space="preserve">[53:25] </w:t>
      </w:r>
      <w:r>
        <w:t>any injustice.</w:t>
      </w:r>
    </w:p>
    <w:p>
      <w:pPr>
        <w:jc w:val="right"/>
      </w:pPr>
      <w:r>
        <w:t>any injustice.</w:t>
      </w:r>
    </w:p>
    <w:p>
      <w:r>
        <w:rPr>
          <w:b/>
        </w:rPr>
        <w:t xml:space="preserve">[53:31] </w:t>
      </w:r>
      <w:r>
        <w:t>The Prophet never achieved any injustice, but he agreed on peace.</w:t>
      </w:r>
    </w:p>
    <w:p>
      <w:pPr>
        <w:jc w:val="right"/>
      </w:pPr>
      <w:r>
        <w:t>The Prophet never achieved any injustice, but he agreed on peace.</w:t>
      </w:r>
    </w:p>
    <w:p>
      <w:r>
        <w:rPr>
          <w:b/>
        </w:rPr>
        <w:t xml:space="preserve">[53:37] </w:t>
      </w:r>
      <w:r>
        <w:t>He signed a peace treaty.</w:t>
      </w:r>
    </w:p>
    <w:p>
      <w:pPr>
        <w:jc w:val="right"/>
      </w:pPr>
      <w:r>
        <w:t>He signed a peace treaty.</w:t>
      </w:r>
    </w:p>
    <w:p>
      <w:r>
        <w:rPr>
          <w:b/>
        </w:rPr>
        <w:t xml:space="preserve">[53:43] </w:t>
      </w:r>
      <w:r>
        <w:t>So the Hudaybiyyah example tells us that peace for the sake of peace is the Islamic formula.</w:t>
      </w:r>
    </w:p>
    <w:p>
      <w:pPr>
        <w:jc w:val="right"/>
      </w:pPr>
      <w:r>
        <w:t>So the Hudaybiyyah example tells us that peace for the sake of peace is the Islamic formula.</w:t>
      </w:r>
    </w:p>
    <w:p>
      <w:r>
        <w:rPr>
          <w:b/>
        </w:rPr>
        <w:t xml:space="preserve">[53:49] </w:t>
      </w:r>
      <w:r>
        <w:t>Islamic formula is peace</w:t>
      </w:r>
    </w:p>
    <w:p>
      <w:pPr>
        <w:jc w:val="right"/>
      </w:pPr>
      <w:r>
        <w:t>Islamic formula is peace</w:t>
      </w:r>
    </w:p>
    <w:p>
      <w:r>
        <w:rPr>
          <w:b/>
        </w:rPr>
        <w:t xml:space="preserve">[53:55] </w:t>
      </w:r>
      <w:r>
        <w:t>for the sake of peace.</w:t>
      </w:r>
    </w:p>
    <w:p>
      <w:pPr>
        <w:jc w:val="right"/>
      </w:pPr>
      <w:r>
        <w:t>for the sake of peace.</w:t>
      </w:r>
    </w:p>
    <w:p>
      <w:r>
        <w:rPr>
          <w:b/>
        </w:rPr>
        <w:t xml:space="preserve">[54:01] </w:t>
      </w:r>
      <w:r>
        <w:t>This is not the Islamic formula that peace for the sake of justice.</w:t>
      </w:r>
    </w:p>
    <w:p>
      <w:pPr>
        <w:jc w:val="right"/>
      </w:pPr>
      <w:r>
        <w:t>This is not the Islamic formula that peace for the sake of justice.</w:t>
      </w:r>
    </w:p>
    <w:p>
      <w:r>
        <w:rPr>
          <w:b/>
        </w:rPr>
        <w:t xml:space="preserve">[54:07] </w:t>
      </w:r>
      <w:r>
        <w:t>This is not the Islamic formula.</w:t>
      </w:r>
    </w:p>
    <w:p>
      <w:pPr>
        <w:jc w:val="right"/>
      </w:pPr>
      <w:r>
        <w:t>This is not the Islamic formula.</w:t>
      </w:r>
    </w:p>
    <w:p>
      <w:r>
        <w:rPr>
          <w:b/>
        </w:rPr>
        <w:t xml:space="preserve">[54:13] </w:t>
      </w:r>
      <w:r>
        <w:t>Everyone can study the Hudaybiyyah affair, and he will find that when the Prophet signed the Hudaybiyyah treaty,</w:t>
      </w:r>
    </w:p>
    <w:p>
      <w:pPr>
        <w:jc w:val="right"/>
      </w:pPr>
      <w:r>
        <w:t>Everyone can study the Hudaybiyyah affair, and he will find that when the Prophet signed the Hudaybiyyah treaty,</w:t>
      </w:r>
    </w:p>
    <w:p>
      <w:r>
        <w:rPr>
          <w:b/>
        </w:rPr>
        <w:t xml:space="preserve">[54:19] </w:t>
      </w:r>
      <w:r>
        <w:t>when the Prophet signed</w:t>
      </w:r>
    </w:p>
    <w:p>
      <w:pPr>
        <w:jc w:val="right"/>
      </w:pPr>
      <w:r>
        <w:t>when the Prophet signed</w:t>
      </w:r>
    </w:p>
    <w:p>
      <w:r>
        <w:rPr>
          <w:b/>
        </w:rPr>
        <w:t xml:space="preserve">[54:25] </w:t>
      </w:r>
      <w:r>
        <w:t>the peace treaty at Hudaybiyyah, he never achieved any kind of justice.</w:t>
      </w:r>
    </w:p>
    <w:p>
      <w:pPr>
        <w:jc w:val="right"/>
      </w:pPr>
      <w:r>
        <w:t>the peace treaty at Hudaybiyyah, he never achieved any kind of justice.</w:t>
      </w:r>
    </w:p>
    <w:p>
      <w:r>
        <w:rPr>
          <w:b/>
        </w:rPr>
        <w:t xml:space="preserve">[54:33] </w:t>
      </w:r>
      <w:r>
        <w:t>He achieved only peace.</w:t>
      </w:r>
    </w:p>
    <w:p>
      <w:pPr>
        <w:jc w:val="right"/>
      </w:pPr>
      <w:r>
        <w:t>He achieved only peace.</w:t>
      </w:r>
    </w:p>
    <w:p>
      <w:r>
        <w:rPr>
          <w:b/>
        </w:rPr>
        <w:t xml:space="preserve">[54:42] </w:t>
      </w:r>
      <w:r>
        <w:t>So Islamic formula is peace for the sake of peace and not peace for the sake of justice.</w:t>
      </w:r>
    </w:p>
    <w:p>
      <w:pPr>
        <w:jc w:val="right"/>
      </w:pPr>
      <w:r>
        <w:t>So Islamic formula is peace for the sake of peace and not peace for the sake of justice.</w:t>
      </w:r>
    </w:p>
    <w:p>
      <w:r>
        <w:rPr>
          <w:b/>
        </w:rPr>
        <w:t xml:space="preserve">[54:50] </w:t>
      </w:r>
      <w:r>
        <w:t>So I said that justice is not part of peace</w:t>
      </w:r>
    </w:p>
    <w:p>
      <w:pPr>
        <w:jc w:val="right"/>
      </w:pPr>
      <w:r>
        <w:t>So I said that justice is not part of peace</w:t>
      </w:r>
    </w:p>
    <w:p>
      <w:r>
        <w:rPr>
          <w:b/>
        </w:rPr>
        <w:t xml:space="preserve">[54:58] </w:t>
      </w:r>
      <w:r>
        <w:t>.</w:t>
      </w:r>
    </w:p>
    <w:p>
      <w:pPr>
        <w:jc w:val="right"/>
      </w:pPr>
      <w:r>
        <w:t>.</w:t>
      </w:r>
    </w:p>
    <w:p>
      <w:r>
        <w:rPr>
          <w:b/>
        </w:rPr>
        <w:t xml:space="preserve">[55:04] </w:t>
      </w:r>
      <w:r>
        <w:t>Justice is not a part of the peace.</w:t>
      </w:r>
    </w:p>
    <w:p>
      <w:pPr>
        <w:jc w:val="right"/>
      </w:pPr>
      <w:r>
        <w:t>Justice is not a part of the peace.</w:t>
      </w:r>
    </w:p>
    <w:p>
      <w:r>
        <w:rPr>
          <w:b/>
        </w:rPr>
        <w:t xml:space="preserve">[55:10] </w:t>
      </w:r>
      <w:r>
        <w:t>In fact, peace opens the door of opportunities.</w:t>
      </w:r>
    </w:p>
    <w:p>
      <w:pPr>
        <w:jc w:val="right"/>
      </w:pPr>
      <w:r>
        <w:t>In fact, peace opens the door of opportunities.</w:t>
      </w:r>
    </w:p>
    <w:p>
      <w:r>
        <w:rPr>
          <w:b/>
        </w:rPr>
        <w:t xml:space="preserve">[55:16] </w:t>
      </w:r>
      <w:r>
        <w:t>Peace gives you opportunity and not justice.</w:t>
      </w:r>
    </w:p>
    <w:p>
      <w:pPr>
        <w:jc w:val="right"/>
      </w:pPr>
      <w:r>
        <w:t>Peace gives you opportunity and not justice.</w:t>
      </w:r>
    </w:p>
    <w:p>
      <w:r>
        <w:rPr>
          <w:b/>
        </w:rPr>
        <w:t xml:space="preserve">[55:22] </w:t>
      </w:r>
      <w:r>
        <w:t>Peace gives you opportunity to work and not justice.</w:t>
      </w:r>
    </w:p>
    <w:p>
      <w:pPr>
        <w:jc w:val="right"/>
      </w:pPr>
      <w:r>
        <w:t>Peace gives you opportunity to work and not justice.</w:t>
      </w:r>
    </w:p>
    <w:p>
      <w:r>
        <w:rPr>
          <w:b/>
        </w:rPr>
        <w:t xml:space="preserve">[55:28] </w:t>
      </w:r>
      <w:r>
        <w:t>So justice is not a direct part of peace.</w:t>
      </w:r>
    </w:p>
    <w:p>
      <w:pPr>
        <w:jc w:val="right"/>
      </w:pPr>
      <w:r>
        <w:t>So justice is not a direct part of peace.</w:t>
      </w:r>
    </w:p>
    <w:p>
      <w:r>
        <w:rPr>
          <w:b/>
        </w:rPr>
        <w:t xml:space="preserve">[55:36] </w:t>
      </w:r>
      <w:r>
        <w:t>Peace opens all kinds of opportunities, and by availing these opportunities, you can achieve justice.</w:t>
      </w:r>
    </w:p>
    <w:p>
      <w:pPr>
        <w:jc w:val="right"/>
      </w:pPr>
      <w:r>
        <w:t>Peace opens all kinds of opportunities, and by availing these opportunities, you can achieve justice.</w:t>
      </w:r>
    </w:p>
    <w:p>
      <w:r>
        <w:rPr>
          <w:b/>
        </w:rPr>
        <w:t xml:space="preserve">[55:44] </w:t>
      </w:r>
      <w:r>
        <w:t>So this is the formula.</w:t>
      </w:r>
    </w:p>
    <w:p>
      <w:pPr>
        <w:jc w:val="right"/>
      </w:pPr>
      <w:r>
        <w:t>So this is the formula.</w:t>
      </w:r>
    </w:p>
    <w:p>
      <w:r>
        <w:rPr>
          <w:b/>
        </w:rPr>
        <w:t xml:space="preserve">[55:52] </w:t>
      </w:r>
      <w:r>
        <w:t>First of all, you have to establish peace so that you find opportuniti</w:t>
      </w:r>
    </w:p>
    <w:p>
      <w:pPr>
        <w:jc w:val="right"/>
      </w:pPr>
      <w:r>
        <w:t>First of all, you have to establish peace so that you find opportuniti</w:t>
      </w:r>
    </w:p>
    <w:p>
      <w:r>
        <w:rPr>
          <w:b/>
        </w:rPr>
        <w:t xml:space="preserve">[55:59] </w:t>
      </w:r>
      <w:r>
        <w:t>es, and by availing these opportunities, you can achieve justice.</w:t>
      </w:r>
    </w:p>
    <w:p>
      <w:pPr>
        <w:jc w:val="right"/>
      </w:pPr>
      <w:r>
        <w:t>es, and by availing these opportunities, you can achieve justice.</w:t>
      </w:r>
    </w:p>
    <w:p>
      <w:r>
        <w:rPr>
          <w:b/>
        </w:rPr>
        <w:t xml:space="preserve">[56:07] </w:t>
      </w:r>
      <w:r>
        <w:t>This is the Islamic formula.</w:t>
      </w:r>
    </w:p>
    <w:p>
      <w:pPr>
        <w:jc w:val="right"/>
      </w:pPr>
      <w:r>
        <w:t>This is the Islamic formula.</w:t>
      </w:r>
    </w:p>
    <w:p>
      <w:r>
        <w:rPr>
          <w:b/>
        </w:rPr>
        <w:t xml:space="preserve">[56:14] </w:t>
      </w:r>
      <w:r>
        <w:t>So all these people have deviated from the path of Islam.</w:t>
      </w:r>
    </w:p>
    <w:p>
      <w:pPr>
        <w:jc w:val="right"/>
      </w:pPr>
      <w:r>
        <w:t>So all these people have deviated from the path of Islam.</w:t>
      </w:r>
    </w:p>
    <w:p>
      <w:r>
        <w:rPr>
          <w:b/>
        </w:rPr>
        <w:t xml:space="preserve">[56:22] </w:t>
      </w:r>
      <w:r>
        <w:t>When they say that as-salamu ma'al-adl or peace with justice, they are deviating from the</w:t>
      </w:r>
    </w:p>
    <w:p>
      <w:pPr>
        <w:jc w:val="right"/>
      </w:pPr>
      <w:r>
        <w:t>When they say that السَّلَامُ مَعَ الْعَدْلِ or peace with justice, they are deviating from the</w:t>
      </w:r>
    </w:p>
    <w:p>
      <w:r>
        <w:rPr>
          <w:b/>
        </w:rPr>
        <w:t xml:space="preserve">[56:30] </w:t>
      </w:r>
      <w:r>
        <w:t>Islamic path.</w:t>
      </w:r>
    </w:p>
    <w:p>
      <w:pPr>
        <w:jc w:val="right"/>
      </w:pPr>
      <w:r>
        <w:t>Islamic path.</w:t>
      </w:r>
    </w:p>
    <w:p>
      <w:r>
        <w:rPr>
          <w:b/>
        </w:rPr>
        <w:t xml:space="preserve">[56:36] </w:t>
      </w:r>
      <w:r>
        <w:t>So this is the present situation.</w:t>
      </w:r>
    </w:p>
    <w:p>
      <w:pPr>
        <w:jc w:val="right"/>
      </w:pPr>
      <w:r>
        <w:t>So this is the present situation.</w:t>
      </w:r>
    </w:p>
    <w:p>
      <w:r>
        <w:rPr>
          <w:b/>
        </w:rPr>
        <w:t xml:space="preserve">[56:42] </w:t>
      </w:r>
      <w:r>
        <w:t>Then these Muslims say in Arab and in other parts of the world that then what to do?</w:t>
      </w:r>
    </w:p>
    <w:p>
      <w:pPr>
        <w:jc w:val="right"/>
      </w:pPr>
      <w:r>
        <w:t>Then these Muslims say in Arab and in other parts of the world that then what to do?</w:t>
      </w:r>
    </w:p>
    <w:p>
      <w:r>
        <w:rPr>
          <w:b/>
        </w:rPr>
        <w:t xml:space="preserve">[56:48] </w:t>
      </w:r>
      <w:r>
        <w:t>We have no option other than to go to fighting.</w:t>
      </w:r>
    </w:p>
    <w:p>
      <w:pPr>
        <w:jc w:val="right"/>
      </w:pPr>
      <w:r>
        <w:t>We have no option other than to go to fighting.</w:t>
      </w:r>
    </w:p>
    <w:p>
      <w:r>
        <w:rPr>
          <w:b/>
        </w:rPr>
        <w:t xml:space="preserve">[56:54] </w:t>
      </w:r>
      <w:r>
        <w:t>I said, "No,</w:t>
      </w:r>
    </w:p>
    <w:p>
      <w:pPr>
        <w:jc w:val="right"/>
      </w:pPr>
      <w:r>
        <w:t>I said, "No,</w:t>
      </w:r>
    </w:p>
    <w:p>
      <w:r>
        <w:rPr>
          <w:b/>
        </w:rPr>
        <w:t xml:space="preserve">[57:01] </w:t>
      </w:r>
      <w:r>
        <w:t>the other option is patience, sabr.</w:t>
      </w:r>
    </w:p>
    <w:p>
      <w:pPr>
        <w:jc w:val="right"/>
      </w:pPr>
      <w:r>
        <w:t>the other option is patience, sabr.</w:t>
      </w:r>
    </w:p>
    <w:p>
      <w:r>
        <w:rPr>
          <w:b/>
        </w:rPr>
        <w:t xml:space="preserve">[57:08] </w:t>
      </w:r>
      <w:r>
        <w:t>If your action results into negativity, if your violent action, if your army struggle gives you a negative</w:t>
      </w:r>
    </w:p>
    <w:p>
      <w:pPr>
        <w:jc w:val="right"/>
      </w:pPr>
      <w:r>
        <w:t>If your action results into negativity, if your violent action, if your army struggle gives you a negative</w:t>
      </w:r>
    </w:p>
    <w:p>
      <w:r>
        <w:rPr>
          <w:b/>
        </w:rPr>
        <w:t xml:space="preserve">[57:16] </w:t>
      </w:r>
      <w:r>
        <w:t>result, then you have to abandon army struggle, and you have to keep patience, that is sabr.</w:t>
      </w:r>
    </w:p>
    <w:p>
      <w:pPr>
        <w:jc w:val="right"/>
      </w:pPr>
      <w:r>
        <w:t>result, then you have to abandon army struggle, and you have to keep patience, that is sabr.</w:t>
      </w:r>
    </w:p>
    <w:p>
      <w:r>
        <w:rPr>
          <w:b/>
        </w:rPr>
        <w:t xml:space="preserve">[57:24] </w:t>
      </w:r>
      <w:r>
        <w:t>So for you, sabr is the option</w:t>
      </w:r>
    </w:p>
    <w:p>
      <w:pPr>
        <w:jc w:val="right"/>
      </w:pPr>
      <w:r>
        <w:t>So for you, sabr is the option</w:t>
      </w:r>
    </w:p>
    <w:p>
      <w:r>
        <w:rPr>
          <w:b/>
        </w:rPr>
        <w:t xml:space="preserve">[57:31] </w:t>
      </w:r>
      <w:r>
        <w:t>and not useless fighting." But all the Muslims are engaged in this useless fighting, destructive fightings.</w:t>
      </w:r>
    </w:p>
    <w:p>
      <w:pPr>
        <w:jc w:val="right"/>
      </w:pPr>
      <w:r>
        <w:t>and not useless fighting." But all the Muslims are engaged in this useless fighting, destructive fightings.</w:t>
      </w:r>
    </w:p>
    <w:p>
      <w:r>
        <w:rPr>
          <w:b/>
        </w:rPr>
        <w:t xml:space="preserve">[57:46] </w:t>
      </w:r>
      <w:r>
        <w:t>So in such a situation, when you—in such a situation, when you cannot achieve any positive result</w:t>
      </w:r>
    </w:p>
    <w:p>
      <w:pPr>
        <w:jc w:val="right"/>
      </w:pPr>
      <w:r>
        <w:t>So in such a situation, when you—in such a situation, when you cannot achieve any positive result</w:t>
      </w:r>
    </w:p>
    <w:p>
      <w:r>
        <w:rPr>
          <w:b/>
        </w:rPr>
        <w:t xml:space="preserve">[58:01] </w:t>
      </w:r>
      <w:r>
        <w:t>by adopting fighting or army struggle, you have to adopt sabr, that is patience.</w:t>
      </w:r>
    </w:p>
    <w:p>
      <w:pPr>
        <w:jc w:val="right"/>
      </w:pPr>
      <w:r>
        <w:t>by adopting fighting or army struggle, you have to adopt sabr, that is patience.</w:t>
      </w:r>
    </w:p>
    <w:p>
      <w:r>
        <w:rPr>
          <w:b/>
        </w:rPr>
        <w:t xml:space="preserve">[58:12] </w:t>
      </w:r>
      <w:r>
        <w:t>You have to adopt sabr, iraz, patience, and avoidance.</w:t>
      </w:r>
    </w:p>
    <w:p>
      <w:pPr>
        <w:jc w:val="right"/>
      </w:pPr>
      <w:r>
        <w:t>You have to adopt sabr, iraz, patience, and avoidance.</w:t>
      </w:r>
    </w:p>
    <w:p>
      <w:r>
        <w:rPr>
          <w:b/>
        </w:rPr>
        <w:t xml:space="preserve">[58:22] </w:t>
      </w:r>
      <w:r>
        <w:t>So in such a situation, sabr is the option and not war.</w:t>
      </w:r>
    </w:p>
    <w:p>
      <w:pPr>
        <w:jc w:val="right"/>
      </w:pPr>
      <w:r>
        <w:t>So in such a situation, sabr is the option and not war.</w:t>
      </w:r>
    </w:p>
    <w:p>
      <w:r>
        <w:rPr>
          <w:b/>
        </w:rPr>
        <w:t xml:space="preserve">[58:32] </w:t>
      </w:r>
      <w:r>
        <w:t>This is the true path of the Quran, and this is the true path of Hadith and Sunnah. Aqoolu qawli hadha wa astaghfirullaha li wa lakum ajma'een.</w:t>
      </w:r>
    </w:p>
    <w:p>
      <w:pPr>
        <w:jc w:val="right"/>
      </w:pPr>
      <w:r>
        <w:t>This is the true path of the Quran, and this is the true path of Hadith and Sunnah.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