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Belief System of Islam August 01, 2007</w:t>
      </w:r>
    </w:p>
    <w:p>
      <w:r>
        <w:t>https://www.youtube.com/watch?v=5pdnwRaPfmY</w:t>
      </w:r>
    </w:p>
    <w:p>
      <w:r>
        <w:rPr>
          <w:b/>
        </w:rPr>
        <w:t xml:space="preserve">[00:09] </w:t>
      </w:r>
      <w:r>
        <w:t>Bismillah hir rahman nir raheem, wa salla Allahu 'ala an-nabiyyi al-kareem.</w:t>
      </w:r>
    </w:p>
    <w:p>
      <w:pPr>
        <w:jc w:val="right"/>
      </w:pPr>
      <w:r>
        <w:t>بسم اللہ الرحمن الرحیم، وصلی اللہ علی النبی الکریم۔</w:t>
      </w:r>
    </w:p>
    <w:p>
      <w:r>
        <w:rPr>
          <w:b/>
        </w:rPr>
        <w:t xml:space="preserve">[00:20] </w:t>
      </w:r>
      <w:r>
        <w:t>Rabbi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The topic for this day is the belief system of Islam.</w:t>
      </w:r>
    </w:p>
    <w:p>
      <w:pPr>
        <w:jc w:val="right"/>
      </w:pPr>
      <w:r>
        <w:t>The topic for this day is the belief system of Islam.</w:t>
      </w:r>
    </w:p>
    <w:p>
      <w:r>
        <w:rPr>
          <w:b/>
        </w:rPr>
        <w:t xml:space="preserve">[00:49] </w:t>
      </w:r>
      <w:r>
        <w:t>The belief system of Islam is based on three important tenets, three important teachings.</w:t>
      </w:r>
    </w:p>
    <w:p>
      <w:pPr>
        <w:jc w:val="right"/>
      </w:pPr>
      <w:r>
        <w:t>The belief system of Islam is based on three important tenets, three important teachings.</w:t>
      </w:r>
    </w:p>
    <w:p>
      <w:r>
        <w:rPr>
          <w:b/>
        </w:rPr>
        <w:t xml:space="preserve">[01:00] </w:t>
      </w:r>
      <w:r>
        <w:t>toheed, risalat, aakhirat,</w:t>
      </w:r>
    </w:p>
    <w:p>
      <w:pPr>
        <w:jc w:val="right"/>
      </w:pPr>
      <w:r>
        <w:t>That is: توحید، رسالت، آخرت،</w:t>
      </w:r>
    </w:p>
    <w:p>
      <w:r>
        <w:rPr>
          <w:b/>
        </w:rPr>
        <w:t xml:space="preserve">[01:11] </w:t>
      </w:r>
      <w:r>
        <w:t>Oneness of God, Prophethood, and World Hereafter.</w:t>
      </w:r>
    </w:p>
    <w:p>
      <w:pPr>
        <w:jc w:val="right"/>
      </w:pPr>
      <w:r>
        <w:t>Oneness of God، Prophethood، and World Hereafter.</w:t>
      </w:r>
    </w:p>
    <w:p>
      <w:r>
        <w:rPr>
          <w:b/>
        </w:rPr>
        <w:t xml:space="preserve">[01:24] </w:t>
      </w:r>
      <w:r>
        <w:t>These three tenets are basic principles in Islam.</w:t>
      </w:r>
    </w:p>
    <w:p>
      <w:pPr>
        <w:jc w:val="right"/>
      </w:pPr>
      <w:r>
        <w:t>These three tenets are basic principles in Islam.</w:t>
      </w:r>
    </w:p>
    <w:p>
      <w:r>
        <w:rPr>
          <w:b/>
        </w:rPr>
        <w:t xml:space="preserve">[01:31] </w:t>
      </w:r>
      <w:r>
        <w:t>These three tenets form the belief system of Islam. Today I would like to say something.</w:t>
      </w:r>
    </w:p>
    <w:p>
      <w:pPr>
        <w:jc w:val="right"/>
      </w:pPr>
      <w:r>
        <w:t>These three tenets form the belief system of Islam. Today I would like to say something.</w:t>
      </w:r>
    </w:p>
    <w:p>
      <w:r>
        <w:rPr>
          <w:b/>
        </w:rPr>
        <w:t xml:space="preserve">[01:45] </w:t>
      </w:r>
      <w:r>
        <w:t>Today I would like to say a few words about these three aspects of Islamic belief.</w:t>
      </w:r>
    </w:p>
    <w:p>
      <w:pPr>
        <w:jc w:val="right"/>
      </w:pPr>
      <w:r>
        <w:t>Today I would like to say a few words about these three aspects of Islamic belief.</w:t>
      </w:r>
    </w:p>
    <w:p>
      <w:r>
        <w:rPr>
          <w:b/>
        </w:rPr>
        <w:t xml:space="preserve">[01:55] </w:t>
      </w:r>
      <w:r>
        <w:t>Tawhid means Oneness of God</w:t>
      </w:r>
    </w:p>
    <w:p>
      <w:pPr>
        <w:jc w:val="right"/>
      </w:pPr>
      <w:r>
        <w:t>Tawhid means Oneness of God</w:t>
      </w:r>
    </w:p>
    <w:p>
      <w:r>
        <w:rPr>
          <w:b/>
        </w:rPr>
        <w:t xml:space="preserve">[02:00] </w:t>
      </w:r>
      <w:r>
        <w:t>. That is, God is one. He is the only creator. He is the only sustainer of the world.</w:t>
      </w:r>
    </w:p>
    <w:p>
      <w:pPr>
        <w:jc w:val="right"/>
      </w:pPr>
      <w:r>
        <w:t>. That is, God is one. He is the only creator. He is the only sustainer of the world.</w:t>
      </w:r>
    </w:p>
    <w:p>
      <w:r>
        <w:rPr>
          <w:b/>
        </w:rPr>
        <w:t xml:space="preserve">[02:12] </w:t>
      </w:r>
      <w:r>
        <w:t>And He is the day of He is the Lord of the Day of Judgment. So this is Tawhid.</w:t>
      </w:r>
    </w:p>
    <w:p>
      <w:pPr>
        <w:jc w:val="right"/>
      </w:pPr>
      <w:r>
        <w:t>And He is the day of He is the Lord of the Day of Judgment. So this is Tawhid.</w:t>
      </w:r>
    </w:p>
    <w:p>
      <w:r>
        <w:rPr>
          <w:b/>
        </w:rPr>
        <w:t xml:space="preserve">[02:23] </w:t>
      </w:r>
      <w:r>
        <w:t>This concept is based on the belief in God.</w:t>
      </w:r>
    </w:p>
    <w:p>
      <w:pPr>
        <w:jc w:val="right"/>
      </w:pPr>
      <w:r>
        <w:t>This concept is based on the belief in God.</w:t>
      </w:r>
    </w:p>
    <w:p>
      <w:r>
        <w:rPr>
          <w:b/>
        </w:rPr>
        <w:t xml:space="preserve">[02:29] </w:t>
      </w:r>
      <w:r>
        <w:t>You know, in previous human history, the</w:t>
      </w:r>
    </w:p>
    <w:p>
      <w:pPr>
        <w:jc w:val="right"/>
      </w:pPr>
      <w:r>
        <w:t>You know, in previous human history, the</w:t>
      </w:r>
    </w:p>
    <w:p>
      <w:r>
        <w:rPr>
          <w:b/>
        </w:rPr>
        <w:t xml:space="preserve">[02:42] </w:t>
      </w:r>
      <w:r>
        <w:t>anthropological</w:t>
      </w:r>
    </w:p>
    <w:p>
      <w:pPr>
        <w:jc w:val="right"/>
      </w:pPr>
      <w:r>
        <w:t>anthropological</w:t>
      </w:r>
    </w:p>
    <w:p>
      <w:r>
        <w:rPr>
          <w:b/>
        </w:rPr>
        <w:t xml:space="preserve">[02:45] </w:t>
      </w:r>
      <w:r>
        <w:t>studies show that in every age and every period, man was a believer of God.</w:t>
      </w:r>
    </w:p>
    <w:p>
      <w:pPr>
        <w:jc w:val="right"/>
      </w:pPr>
      <w:r>
        <w:t>studies show that in every age and every period, man was a believer of God.</w:t>
      </w:r>
    </w:p>
    <w:p>
      <w:r>
        <w:rPr>
          <w:b/>
        </w:rPr>
        <w:t xml:space="preserve">[03:00] </w:t>
      </w:r>
      <w:r>
        <w:t>The only</w:t>
      </w:r>
    </w:p>
    <w:p>
      <w:pPr>
        <w:jc w:val="right"/>
      </w:pPr>
      <w:r>
        <w:t>The only</w:t>
      </w:r>
    </w:p>
    <w:p>
      <w:r>
        <w:rPr>
          <w:b/>
        </w:rPr>
        <w:t xml:space="preserve">[03:07] </w:t>
      </w:r>
      <w:r>
        <w:t>irreligious belief at that time was Shirk. People were believing in God, but at the same time,</w:t>
      </w:r>
    </w:p>
    <w:p>
      <w:pPr>
        <w:jc w:val="right"/>
      </w:pPr>
      <w:r>
        <w:t>irreligious belief at that time was Shirk. People were believing in God, but at the same time,</w:t>
      </w:r>
    </w:p>
    <w:p>
      <w:r>
        <w:rPr>
          <w:b/>
        </w:rPr>
        <w:t xml:space="preserve">[03:21] </w:t>
      </w:r>
      <w:r>
        <w:t>they were believing in Shirk.</w:t>
      </w:r>
    </w:p>
    <w:p>
      <w:pPr>
        <w:jc w:val="right"/>
      </w:pPr>
      <w:r>
        <w:t>they were believing in Shirk.</w:t>
      </w:r>
    </w:p>
    <w:p>
      <w:r>
        <w:rPr>
          <w:b/>
        </w:rPr>
        <w:t xml:space="preserve">[03:23] </w:t>
      </w:r>
      <w:r>
        <w:t>Shirk means that they believed that there are some partners of God.</w:t>
      </w:r>
    </w:p>
    <w:p>
      <w:pPr>
        <w:jc w:val="right"/>
      </w:pPr>
      <w:r>
        <w:t>Shirk means that they believed that there are some partners of God.</w:t>
      </w:r>
    </w:p>
    <w:p>
      <w:r>
        <w:rPr>
          <w:b/>
        </w:rPr>
        <w:t xml:space="preserve">[03:33] </w:t>
      </w:r>
      <w:r>
        <w:t>So although they were believers of God, but at the same time, they presumed, they supposed that there are some partners of God.</w:t>
      </w:r>
    </w:p>
    <w:p>
      <w:pPr>
        <w:jc w:val="right"/>
      </w:pPr>
      <w:r>
        <w:t>So although they were believers of God, but at the same time, they presumed, they supposed that there are some partners of God.</w:t>
      </w:r>
    </w:p>
    <w:p>
      <w:r>
        <w:rPr>
          <w:b/>
        </w:rPr>
        <w:t xml:space="preserve">[03:47] </w:t>
      </w:r>
      <w:r>
        <w:t>So God, so the concept of God was like axiom throughout history. Now, after the advent of science,</w:t>
      </w:r>
    </w:p>
    <w:p>
      <w:pPr>
        <w:jc w:val="right"/>
      </w:pPr>
      <w:r>
        <w:t>So God, so the concept of God was like axiom throughout history. Now, after the advent of science,</w:t>
      </w:r>
    </w:p>
    <w:p>
      <w:r>
        <w:rPr>
          <w:b/>
        </w:rPr>
        <w:t xml:space="preserve">[04:01] </w:t>
      </w:r>
      <w:r>
        <w:t>after the advent of modern science, for the first time in history, a new phenomenon was</w:t>
      </w:r>
    </w:p>
    <w:p>
      <w:pPr>
        <w:jc w:val="right"/>
      </w:pPr>
      <w:r>
        <w:t>after the advent of modern science, for the first time in history, a new phenomenon was</w:t>
      </w:r>
    </w:p>
    <w:p>
      <w:r>
        <w:rPr>
          <w:b/>
        </w:rPr>
        <w:t xml:space="preserve">[04:13] </w:t>
      </w:r>
      <w:r>
        <w:t>seen. That is, Atheism</w:t>
      </w:r>
    </w:p>
    <w:p>
      <w:pPr>
        <w:jc w:val="right"/>
      </w:pPr>
      <w:r>
        <w:t>seen. That is, Atheism</w:t>
      </w:r>
    </w:p>
    <w:p>
      <w:r>
        <w:rPr>
          <w:b/>
        </w:rPr>
        <w:t xml:space="preserve">[04:18] </w:t>
      </w:r>
      <w:r>
        <w:t>. Some people claim that science has disproved the existence of God.</w:t>
      </w:r>
    </w:p>
    <w:p>
      <w:pPr>
        <w:jc w:val="right"/>
      </w:pPr>
      <w:r>
        <w:t>. Some people claim that science has disproved the existence of God.</w:t>
      </w:r>
    </w:p>
    <w:p>
      <w:r>
        <w:rPr>
          <w:b/>
        </w:rPr>
        <w:t xml:space="preserve">[04:29] </w:t>
      </w:r>
      <w:r>
        <w:t>In the early phase of the science, they used to say that our world is a material drama.</w:t>
      </w:r>
    </w:p>
    <w:p>
      <w:pPr>
        <w:jc w:val="right"/>
      </w:pPr>
      <w:r>
        <w:t>In the early phase of the science, they used to say that our world is a material drama.</w:t>
      </w:r>
    </w:p>
    <w:p>
      <w:r>
        <w:rPr>
          <w:b/>
        </w:rPr>
        <w:t xml:space="preserve">[04:44] </w:t>
      </w:r>
      <w:r>
        <w:t>There is no God.</w:t>
      </w:r>
    </w:p>
    <w:p>
      <w:pPr>
        <w:jc w:val="right"/>
      </w:pPr>
      <w:r>
        <w:t>There is no God.</w:t>
      </w:r>
    </w:p>
    <w:p>
      <w:r>
        <w:rPr>
          <w:b/>
        </w:rPr>
        <w:t xml:space="preserve">[04:46] </w:t>
      </w:r>
      <w:r>
        <w:t>All the activities are just a result of blind interplay of physical and chemical forces.</w:t>
      </w:r>
    </w:p>
    <w:p>
      <w:pPr>
        <w:jc w:val="right"/>
      </w:pPr>
      <w:r>
        <w:t>All the activities are just a result of blind interplay of physical and chemical forces.</w:t>
      </w:r>
    </w:p>
    <w:p>
      <w:r>
        <w:rPr>
          <w:b/>
        </w:rPr>
        <w:t xml:space="preserve">[05:02] </w:t>
      </w:r>
      <w:r>
        <w:t>Blind interplay of physical and chemical forces. This was believed in the first phase of scientific discoveries.</w:t>
      </w:r>
    </w:p>
    <w:p>
      <w:pPr>
        <w:jc w:val="right"/>
      </w:pPr>
      <w:r>
        <w:t>Blind interplay of physical and chemical forces. This was believed in the first phase of scientific discoveries.</w:t>
      </w:r>
    </w:p>
    <w:p>
      <w:r>
        <w:rPr>
          <w:b/>
        </w:rPr>
        <w:t xml:space="preserve">[05:18] </w:t>
      </w:r>
      <w:r>
        <w:t>But after the split of atoms, everything was changed. Now it became</w:t>
      </w:r>
    </w:p>
    <w:p>
      <w:pPr>
        <w:jc w:val="right"/>
      </w:pPr>
      <w:r>
        <w:t>But after the split of atoms, everything was changed. Now it became</w:t>
      </w:r>
    </w:p>
    <w:p>
      <w:r>
        <w:rPr>
          <w:b/>
        </w:rPr>
        <w:t xml:space="preserve">[05:31] </w:t>
      </w:r>
      <w:r>
        <w:t>impossible to</w:t>
      </w:r>
    </w:p>
    <w:p>
      <w:pPr>
        <w:jc w:val="right"/>
      </w:pPr>
      <w:r>
        <w:t>impossible to</w:t>
      </w:r>
    </w:p>
    <w:p>
      <w:r>
        <w:rPr>
          <w:b/>
        </w:rPr>
        <w:t xml:space="preserve">[05:35] </w:t>
      </w:r>
      <w:r>
        <w:t>say that it is all a material drama</w:t>
      </w:r>
    </w:p>
    <w:p>
      <w:pPr>
        <w:jc w:val="right"/>
      </w:pPr>
      <w:r>
        <w:t>say that it is all a material drama</w:t>
      </w:r>
    </w:p>
    <w:p>
      <w:r>
        <w:rPr>
          <w:b/>
        </w:rPr>
        <w:t xml:space="preserve">[05:42] </w:t>
      </w:r>
      <w:r>
        <w:t>because all the material world except man was simply matter without any intelligence</w:t>
      </w:r>
    </w:p>
    <w:p>
      <w:pPr>
        <w:jc w:val="right"/>
      </w:pPr>
      <w:r>
        <w:t>because all the material world except man was simply matter without any intelligence</w:t>
      </w:r>
    </w:p>
    <w:p>
      <w:r>
        <w:rPr>
          <w:b/>
        </w:rPr>
        <w:t xml:space="preserve">[05:56] </w:t>
      </w:r>
      <w:r>
        <w:t>. Except human being, there is no there is nothing in the vast universe that has intelligence</w:t>
      </w:r>
    </w:p>
    <w:p>
      <w:pPr>
        <w:jc w:val="right"/>
      </w:pPr>
      <w:r>
        <w:t>. Except human being, there is no there is nothing in the vast universe that has intelligence</w:t>
      </w:r>
    </w:p>
    <w:p>
      <w:r>
        <w:rPr>
          <w:b/>
        </w:rPr>
        <w:t xml:space="preserve">[06:10] </w:t>
      </w:r>
      <w:r>
        <w:t>. All the stars, all the planets, and solar system, and everything in this vast universe.</w:t>
      </w:r>
    </w:p>
    <w:p>
      <w:pPr>
        <w:jc w:val="right"/>
      </w:pPr>
      <w:r>
        <w:t>. All the stars, all the planets, and solar system, and everything in this vast universe.</w:t>
      </w:r>
    </w:p>
    <w:p>
      <w:r>
        <w:rPr>
          <w:b/>
        </w:rPr>
        <w:t xml:space="preserve">[06:19] </w:t>
      </w:r>
      <w:r>
        <w:t>You know, in this vast universe, there are so many things, countless things, but there is no intelligence</w:t>
      </w:r>
    </w:p>
    <w:p>
      <w:pPr>
        <w:jc w:val="right"/>
      </w:pPr>
      <w:r>
        <w:t>You know, in this vast universe, there are so many things, countless things, but there is no intelligence</w:t>
      </w:r>
    </w:p>
    <w:p>
      <w:r>
        <w:rPr>
          <w:b/>
        </w:rPr>
        <w:t xml:space="preserve">[06:31] </w:t>
      </w:r>
      <w:r>
        <w:t>. But scientific discoveries show that</w:t>
      </w:r>
    </w:p>
    <w:p>
      <w:pPr>
        <w:jc w:val="right"/>
      </w:pPr>
      <w:r>
        <w:t>. But scientific discoveries show that</w:t>
      </w:r>
    </w:p>
    <w:p>
      <w:r>
        <w:rPr>
          <w:b/>
        </w:rPr>
        <w:t xml:space="preserve">[06:39] </w:t>
      </w:r>
      <w:r>
        <w:t>there is intelligence behind all these activities because the</w:t>
      </w:r>
    </w:p>
    <w:p>
      <w:pPr>
        <w:jc w:val="right"/>
      </w:pPr>
      <w:r>
        <w:t>there is intelligence behind all these activities because the</w:t>
      </w:r>
    </w:p>
    <w:p>
      <w:r>
        <w:rPr>
          <w:b/>
        </w:rPr>
        <w:t xml:space="preserve">[06:48] </w:t>
      </w:r>
      <w:r>
        <w:t>world science discovered was very, very meaningful. There was very, very harmony. Everywhere, there was mathematical precision.</w:t>
      </w:r>
    </w:p>
    <w:p>
      <w:pPr>
        <w:jc w:val="right"/>
      </w:pPr>
      <w:r>
        <w:t>world science discovered was very, very meaningful. There was very, very harmony. Everywhere, there was mathematical precision.</w:t>
      </w:r>
    </w:p>
    <w:p>
      <w:r>
        <w:rPr>
          <w:b/>
        </w:rPr>
        <w:t xml:space="preserve">[07:00] </w:t>
      </w:r>
      <w:r>
        <w:t>Ever</w:t>
      </w:r>
    </w:p>
    <w:p>
      <w:pPr>
        <w:jc w:val="right"/>
      </w:pPr>
      <w:r>
        <w:t>Ever</w:t>
      </w:r>
    </w:p>
    <w:p>
      <w:r>
        <w:rPr>
          <w:b/>
        </w:rPr>
        <w:t xml:space="preserve">[07:01] </w:t>
      </w:r>
      <w:r>
        <w:t>ywhere, there was mathematical order. So it was impossible to understand.</w:t>
      </w:r>
    </w:p>
    <w:p>
      <w:pPr>
        <w:jc w:val="right"/>
      </w:pPr>
      <w:r>
        <w:t>ywhere, there was mathematical order. So it was impossible to understand.</w:t>
      </w:r>
    </w:p>
    <w:p>
      <w:r>
        <w:rPr>
          <w:b/>
        </w:rPr>
        <w:t xml:space="preserve">[07:09] </w:t>
      </w:r>
      <w:r>
        <w:t>It was impossible to believe that there is no intelligence in the universe. So in the second phase, people</w:t>
      </w:r>
    </w:p>
    <w:p>
      <w:pPr>
        <w:jc w:val="right"/>
      </w:pPr>
      <w:r>
        <w:t>It was impossible to believe that there is no intelligence in the universe. So in the second phase, people</w:t>
      </w:r>
    </w:p>
    <w:p>
      <w:r>
        <w:rPr>
          <w:b/>
        </w:rPr>
        <w:t xml:space="preserve">[07:24] </w:t>
      </w:r>
      <w:r>
        <w:t>said that</w:t>
      </w:r>
    </w:p>
    <w:p>
      <w:pPr>
        <w:jc w:val="right"/>
      </w:pPr>
      <w:r>
        <w:t>said that</w:t>
      </w:r>
    </w:p>
    <w:p>
      <w:r>
        <w:rPr>
          <w:b/>
        </w:rPr>
        <w:t xml:space="preserve">[07:29] </w:t>
      </w:r>
      <w:r>
        <w:t>the universe itself is an intelligent universe. One Fred Hoyle published a book, "Intelligent Universe." So they claimed that our world is a world of intelligence, but it was wrong.</w:t>
      </w:r>
    </w:p>
    <w:p>
      <w:pPr>
        <w:jc w:val="right"/>
      </w:pPr>
      <w:r>
        <w:t>the universe itself is an intelligent universe. One Fred Hoyle published a book, "Intelligent Universe." So they claimed that our world is a world of intelligence, but it was wrong.</w:t>
      </w:r>
    </w:p>
    <w:p>
      <w:r>
        <w:rPr>
          <w:b/>
        </w:rPr>
        <w:t xml:space="preserve">[07:49] </w:t>
      </w:r>
      <w:r>
        <w:t>All these scientific discoveries disproved this notion. So now the position is that we have no trace at all to prove that</w:t>
      </w:r>
    </w:p>
    <w:p>
      <w:pPr>
        <w:jc w:val="right"/>
      </w:pPr>
      <w:r>
        <w:t>All these scientific discoveries disproved this notion. So now the position is that we have no trace at all to prove that</w:t>
      </w:r>
    </w:p>
    <w:p>
      <w:r>
        <w:rPr>
          <w:b/>
        </w:rPr>
        <w:t xml:space="preserve">[08:08] </w:t>
      </w:r>
      <w:r>
        <w:t>the universe is an intelligent universe, but there is intelligence behind the universe. So how to explain</w:t>
      </w:r>
    </w:p>
    <w:p>
      <w:pPr>
        <w:jc w:val="right"/>
      </w:pPr>
      <w:r>
        <w:t>the universe is an intelligent universe, but there is intelligence behind the universe. So how to explain</w:t>
      </w:r>
    </w:p>
    <w:p>
      <w:r>
        <w:rPr>
          <w:b/>
        </w:rPr>
        <w:t xml:space="preserve">[08:20] </w:t>
      </w:r>
      <w:r>
        <w:t>? How to explain? Because there is no proof at all that</w:t>
      </w:r>
    </w:p>
    <w:p>
      <w:pPr>
        <w:jc w:val="right"/>
      </w:pPr>
      <w:r>
        <w:t>? How to explain? Because there is no proof at all that</w:t>
      </w:r>
    </w:p>
    <w:p>
      <w:r>
        <w:rPr>
          <w:b/>
        </w:rPr>
        <w:t xml:space="preserve">[08:33] </w:t>
      </w:r>
      <w:r>
        <w:t>the universe itself is an intelligent universe. There is no scientific proof towards this notion. So now the question is, according to these Atheist people, they say that if God created the universe, then who created God?</w:t>
      </w:r>
    </w:p>
    <w:p>
      <w:pPr>
        <w:jc w:val="right"/>
      </w:pPr>
      <w:r>
        <w:t>the universe itself is an intelligent universe. There is no scientific proof towards this notion. So now the question is, according to these Atheist people, they say that if God created the universe, then who created God?</w:t>
      </w:r>
    </w:p>
    <w:p>
      <w:r>
        <w:rPr>
          <w:b/>
        </w:rPr>
        <w:t xml:space="preserve">[08:59] </w:t>
      </w:r>
      <w:r>
        <w:t>If God created the universe, then who created God? But this question is illogical.</w:t>
      </w:r>
    </w:p>
    <w:p>
      <w:pPr>
        <w:jc w:val="right"/>
      </w:pPr>
      <w:r>
        <w:t>If God created the universe, then who created God? But this question is illogical.</w:t>
      </w:r>
    </w:p>
    <w:p>
      <w:r>
        <w:rPr>
          <w:b/>
        </w:rPr>
        <w:t xml:space="preserve">[09:10] </w:t>
      </w:r>
      <w:r>
        <w:t>Illogical.</w:t>
      </w:r>
    </w:p>
    <w:p>
      <w:pPr>
        <w:jc w:val="right"/>
      </w:pPr>
      <w:r>
        <w:t>Illogical.</w:t>
      </w:r>
    </w:p>
    <w:p>
      <w:r>
        <w:rPr>
          <w:b/>
        </w:rPr>
        <w:t xml:space="preserve">[09:15] </w:t>
      </w:r>
      <w:r>
        <w:t>Here I would like to give only one example of the universal harmony. You know, all the phenomena, all the things we see in the universe are a combination of atoms.</w:t>
      </w:r>
    </w:p>
    <w:p>
      <w:pPr>
        <w:jc w:val="right"/>
      </w:pPr>
      <w:r>
        <w:t>Here I would like to give only one example of the universal harmony. You know, all the phenomena, all the things we see in the universe are a combination of atoms.</w:t>
      </w:r>
    </w:p>
    <w:p>
      <w:r>
        <w:rPr>
          <w:b/>
        </w:rPr>
        <w:t xml:space="preserve">[09:33] </w:t>
      </w:r>
      <w:r>
        <w:t>Atoms.</w:t>
      </w:r>
    </w:p>
    <w:p>
      <w:pPr>
        <w:jc w:val="right"/>
      </w:pPr>
      <w:r>
        <w:t>Atoms.</w:t>
      </w:r>
    </w:p>
    <w:p>
      <w:r>
        <w:rPr>
          <w:b/>
        </w:rPr>
        <w:t xml:space="preserve">[09:36] </w:t>
      </w:r>
      <w:r>
        <w:t>A drop of water contains a billion atoms. So is the case of everything in this vast universe.</w:t>
      </w:r>
    </w:p>
    <w:p>
      <w:pPr>
        <w:jc w:val="right"/>
      </w:pPr>
      <w:r>
        <w:t>A drop of water contains a billion atoms. So is the case of everything in this vast universe.</w:t>
      </w:r>
    </w:p>
    <w:p>
      <w:r>
        <w:rPr>
          <w:b/>
        </w:rPr>
        <w:t xml:space="preserve">[09:47] </w:t>
      </w:r>
      <w:r>
        <w:t>But now science has discovered that the atom comprises two things: proton and neutron.</w:t>
      </w:r>
    </w:p>
    <w:p>
      <w:pPr>
        <w:jc w:val="right"/>
      </w:pPr>
      <w:r>
        <w:t>But now science has discovered that the atom comprises two things: proton and neutron.</w:t>
      </w:r>
    </w:p>
    <w:p>
      <w:r>
        <w:rPr>
          <w:b/>
        </w:rPr>
        <w:t xml:space="preserve">[10:05] </w:t>
      </w:r>
      <w:r>
        <w:t>And it is discovered that proton is a bit lighter and neutron is a bit heavier.</w:t>
      </w:r>
    </w:p>
    <w:p>
      <w:pPr>
        <w:jc w:val="right"/>
      </w:pPr>
      <w:r>
        <w:t>And it is discovered that proton is a bit lighter and neutron is a bit heavier.</w:t>
      </w:r>
    </w:p>
    <w:p>
      <w:r>
        <w:rPr>
          <w:b/>
        </w:rPr>
        <w:t xml:space="preserve">[10:18] </w:t>
      </w:r>
      <w:r>
        <w:t>All the atoms in this universe, all the atoms of this universe have the same property that their neutrons are a little heavier and their protons are a little lighter.</w:t>
      </w:r>
    </w:p>
    <w:p>
      <w:pPr>
        <w:jc w:val="right"/>
      </w:pPr>
      <w:r>
        <w:t>All the atoms in this universe, all the atoms of this universe have the same property that their neutrons are a little heavier and their protons are a little lighter.</w:t>
      </w:r>
    </w:p>
    <w:p>
      <w:r>
        <w:rPr>
          <w:b/>
        </w:rPr>
        <w:t xml:space="preserve">[10:39] </w:t>
      </w:r>
      <w:r>
        <w:t>So the</w:t>
      </w:r>
    </w:p>
    <w:p>
      <w:pPr>
        <w:jc w:val="right"/>
      </w:pPr>
      <w:r>
        <w:t>So the</w:t>
      </w:r>
    </w:p>
    <w:p>
      <w:r>
        <w:rPr>
          <w:b/>
        </w:rPr>
        <w:t xml:space="preserve">[10:43] </w:t>
      </w:r>
      <w:r>
        <w:t>scientific community says that if they were opposite, if the case were opposite that protons were heavier and neutrons were lighter,</w:t>
      </w:r>
    </w:p>
    <w:p>
      <w:pPr>
        <w:jc w:val="right"/>
      </w:pPr>
      <w:r>
        <w:t>scientific community says that if they were opposite, if the case were opposite that protons were heavier and neutrons were lighter,</w:t>
      </w:r>
    </w:p>
    <w:p>
      <w:r>
        <w:rPr>
          <w:b/>
        </w:rPr>
        <w:t xml:space="preserve">[10:59] </w:t>
      </w:r>
      <w:r>
        <w:t>so all the atoms</w:t>
      </w:r>
    </w:p>
    <w:p>
      <w:pPr>
        <w:jc w:val="right"/>
      </w:pPr>
      <w:r>
        <w:t>so all the atoms</w:t>
      </w:r>
    </w:p>
    <w:p>
      <w:r>
        <w:rPr>
          <w:b/>
        </w:rPr>
        <w:t xml:space="preserve">[11:04] </w:t>
      </w:r>
      <w:r>
        <w:t>disintegrated</w:t>
      </w:r>
    </w:p>
    <w:p>
      <w:pPr>
        <w:jc w:val="right"/>
      </w:pPr>
      <w:r>
        <w:t>disintegrated</w:t>
      </w:r>
    </w:p>
    <w:p>
      <w:r>
        <w:rPr>
          <w:b/>
        </w:rPr>
        <w:t xml:space="preserve">[11:07] </w:t>
      </w:r>
      <w:r>
        <w:t>. And after the disintegration of atoms, there was no atom. There was no chemistry</w:t>
      </w:r>
    </w:p>
    <w:p>
      <w:pPr>
        <w:jc w:val="right"/>
      </w:pPr>
      <w:r>
        <w:t>. And after the disintegration of atoms, there was no atom. There was no chemistry</w:t>
      </w:r>
    </w:p>
    <w:p>
      <w:r>
        <w:rPr>
          <w:b/>
        </w:rPr>
        <w:t xml:space="preserve">[11:15] </w:t>
      </w:r>
      <w:r>
        <w:t>. There was no life. There was no human being.</w:t>
      </w:r>
    </w:p>
    <w:p>
      <w:pPr>
        <w:jc w:val="right"/>
      </w:pPr>
      <w:r>
        <w:t>. There was no life. There was no human being.</w:t>
      </w:r>
    </w:p>
    <w:p>
      <w:r>
        <w:rPr>
          <w:b/>
        </w:rPr>
        <w:t xml:space="preserve">[11:22] </w:t>
      </w:r>
      <w:r>
        <w:t>So here you can see that there are billions, billions of examples of this kind that show us that there is a great intelligence behind this universe.</w:t>
      </w:r>
    </w:p>
    <w:p>
      <w:pPr>
        <w:jc w:val="right"/>
      </w:pPr>
      <w:r>
        <w:t>So here you can see that there are billions, billions of examples of this kind that show us that there is a great intelligence behind this universe.</w:t>
      </w:r>
    </w:p>
    <w:p>
      <w:r>
        <w:rPr>
          <w:b/>
        </w:rPr>
        <w:t xml:space="preserve">[11:41] </w:t>
      </w:r>
      <w:r>
        <w:t>In everything, there is mathematical order. So now the option for us, now the option before us is that either we have to accept unexplained mathematical laws or we have to accept unexplained God.</w:t>
      </w:r>
    </w:p>
    <w:p>
      <w:pPr>
        <w:jc w:val="right"/>
      </w:pPr>
      <w:r>
        <w:t>In everything, there is mathematical order. So now the option for us, now the option before us is that either we have to accept unexplained mathematical laws or we have to accept unexplained God.</w:t>
      </w:r>
    </w:p>
    <w:p>
      <w:r>
        <w:rPr>
          <w:b/>
        </w:rPr>
        <w:t xml:space="preserve">[12:10] </w:t>
      </w:r>
      <w:r>
        <w:t>Either we have to believe that there is a God, there is unexplained God, or we have to believe that there is unexplained mathematical laws.</w:t>
      </w:r>
    </w:p>
    <w:p>
      <w:pPr>
        <w:jc w:val="right"/>
      </w:pPr>
      <w:r>
        <w:t>Either we have to believe that there is a God, there is unexplained God, or we have to believe that there is unexplained mathematical laws.</w:t>
      </w:r>
    </w:p>
    <w:p>
      <w:r>
        <w:rPr>
          <w:b/>
        </w:rPr>
        <w:t xml:space="preserve">[12:22] </w:t>
      </w:r>
      <w:r>
        <w:t>But mathematical laws are not an option for us, not at all. So we have only one option: to believe that there is an unexplained God.</w:t>
      </w:r>
    </w:p>
    <w:p>
      <w:pPr>
        <w:jc w:val="right"/>
      </w:pPr>
      <w:r>
        <w:t>But mathematical laws are not an option for us, not at all. So we have only one option: to believe that there is an unexplained God.</w:t>
      </w:r>
    </w:p>
    <w:p>
      <w:r>
        <w:rPr>
          <w:b/>
        </w:rPr>
        <w:t xml:space="preserve">[12:37] </w:t>
      </w:r>
      <w:r>
        <w:t>There is no other option. For example, let us take the example of a mother.</w:t>
      </w:r>
    </w:p>
    <w:p>
      <w:pPr>
        <w:jc w:val="right"/>
      </w:pPr>
      <w:r>
        <w:t>There is no other option. For example, let us take the example of a mother.</w:t>
      </w:r>
    </w:p>
    <w:p>
      <w:r>
        <w:rPr>
          <w:b/>
        </w:rPr>
        <w:t xml:space="preserve">[12:46] </w:t>
      </w:r>
      <w:r>
        <w:t>If there is a living mother and at the same time there is a plastic mother, so apparently there are two options: either to believe your living mother as your mother or that plastic woman as your mother.</w:t>
      </w:r>
    </w:p>
    <w:p>
      <w:pPr>
        <w:jc w:val="right"/>
      </w:pPr>
      <w:r>
        <w:t>If there is a living mother and at the same time there is a plastic mother, so apparently there are two options: either to believe your living mother as your mother or that plastic woman as your mother.</w:t>
      </w:r>
    </w:p>
    <w:p>
      <w:r>
        <w:rPr>
          <w:b/>
        </w:rPr>
        <w:t xml:space="preserve">[13:04] </w:t>
      </w:r>
      <w:r>
        <w:t>But in real sense, it is not an option. You have no two options but only one option. You cannot opt for the plastic mother.</w:t>
      </w:r>
    </w:p>
    <w:p>
      <w:pPr>
        <w:jc w:val="right"/>
      </w:pPr>
      <w:r>
        <w:t>But in real sense, it is not an option. You have no two options but only one option. You cannot opt for the plastic mother.</w:t>
      </w:r>
    </w:p>
    <w:p>
      <w:r>
        <w:rPr>
          <w:b/>
        </w:rPr>
        <w:t xml:space="preserve">[13:22] </w:t>
      </w:r>
      <w:r>
        <w:t>It is not an option. It is ridiculous to say that this plastic mother is my mother. So you have one option, only one option: that this living woman is my mother.</w:t>
      </w:r>
    </w:p>
    <w:p>
      <w:pPr>
        <w:jc w:val="right"/>
      </w:pPr>
      <w:r>
        <w:t>It is not an option. It is ridiculous to say that this plastic mother is my mother. So you have one option, only one option: that this living woman is my mother.</w:t>
      </w:r>
    </w:p>
    <w:p>
      <w:r>
        <w:rPr>
          <w:b/>
        </w:rPr>
        <w:t xml:space="preserve">[13:36] </w:t>
      </w:r>
      <w:r>
        <w:t>So in the case of</w:t>
      </w:r>
    </w:p>
    <w:p>
      <w:pPr>
        <w:jc w:val="right"/>
      </w:pPr>
      <w:r>
        <w:t>So in the case of</w:t>
      </w:r>
    </w:p>
    <w:p>
      <w:r>
        <w:rPr>
          <w:b/>
        </w:rPr>
        <w:t xml:space="preserve">[13:42] </w:t>
      </w:r>
      <w:r>
        <w:t>our world, we cannot accept unexplained</w:t>
      </w:r>
    </w:p>
    <w:p>
      <w:pPr>
        <w:jc w:val="right"/>
      </w:pPr>
      <w:r>
        <w:t>our world, we cannot accept unexplained</w:t>
      </w:r>
    </w:p>
    <w:p>
      <w:r>
        <w:rPr>
          <w:b/>
        </w:rPr>
        <w:t xml:space="preserve">[13:50] </w:t>
      </w:r>
      <w:r>
        <w:t>mathematical laws; they are not our option. Only one option</w:t>
      </w:r>
    </w:p>
    <w:p>
      <w:pPr>
        <w:jc w:val="right"/>
      </w:pPr>
      <w:r>
        <w:t>mathematical laws; they are not our option. Only one option</w:t>
      </w:r>
    </w:p>
    <w:p>
      <w:r>
        <w:rPr>
          <w:b/>
        </w:rPr>
        <w:t xml:space="preserve">[13:59] </w:t>
      </w:r>
      <w:r>
        <w:t>is feasible: that is unexplained God.</w:t>
      </w:r>
    </w:p>
    <w:p>
      <w:pPr>
        <w:jc w:val="right"/>
      </w:pPr>
      <w:r>
        <w:t>is feasible: that is unexplained God.</w:t>
      </w:r>
    </w:p>
    <w:p>
      <w:r>
        <w:rPr>
          <w:b/>
        </w:rPr>
        <w:t xml:space="preserve">[14:04] </w:t>
      </w:r>
      <w:r>
        <w:t>So now God is a scientific phenomenon, scientifically proved phenomenon.</w:t>
      </w:r>
    </w:p>
    <w:p>
      <w:pPr>
        <w:jc w:val="right"/>
      </w:pPr>
      <w:r>
        <w:t>So now God is a scientific phenomenon, scientifically proved phenomenon.</w:t>
      </w:r>
    </w:p>
    <w:p>
      <w:r>
        <w:rPr>
          <w:b/>
        </w:rPr>
        <w:t xml:space="preserve">[14:15] </w:t>
      </w:r>
      <w:r>
        <w:t>Then let us take the belief in the Prophethood</w:t>
      </w:r>
    </w:p>
    <w:p>
      <w:pPr>
        <w:jc w:val="right"/>
      </w:pPr>
      <w:r>
        <w:t>Then let us take the belief in the Prophethood</w:t>
      </w:r>
    </w:p>
    <w:p>
      <w:r>
        <w:rPr>
          <w:b/>
        </w:rPr>
        <w:t xml:space="preserve">[14:21] </w:t>
      </w:r>
      <w:r>
        <w:t>. According to Islam, we believe that</w:t>
      </w:r>
    </w:p>
    <w:p>
      <w:pPr>
        <w:jc w:val="right"/>
      </w:pPr>
      <w:r>
        <w:t>. According to Islam, we believe that</w:t>
      </w:r>
    </w:p>
    <w:p>
      <w:r>
        <w:rPr>
          <w:b/>
        </w:rPr>
        <w:t xml:space="preserve">[14:35] </w:t>
      </w:r>
      <w:r>
        <w:t>in the Quran, there is a verse. In the Quran, there is a verse: "Wama utitum min al-'ilmi illa qalila."</w:t>
      </w:r>
    </w:p>
    <w:p>
      <w:pPr>
        <w:jc w:val="right"/>
      </w:pPr>
      <w:r>
        <w:t>in the Quran, there is a verse. In the Quran, there is a verse: "Wama utitum min al-'ilmi illa qalila."</w:t>
      </w:r>
    </w:p>
    <w:p>
      <w:r>
        <w:rPr>
          <w:b/>
        </w:rPr>
        <w:t xml:space="preserve">[14:49] </w:t>
      </w:r>
      <w:r>
        <w:t>This</w:t>
      </w:r>
    </w:p>
    <w:p>
      <w:pPr>
        <w:jc w:val="right"/>
      </w:pPr>
      <w:r>
        <w:t>This</w:t>
      </w:r>
    </w:p>
    <w:p>
      <w:r>
        <w:rPr>
          <w:b/>
        </w:rPr>
        <w:t xml:space="preserve">[14:53] </w:t>
      </w:r>
      <w:r>
        <w:t>is a Quranic verse. This verse tells us that man has only little knowledge.</w:t>
      </w:r>
    </w:p>
    <w:p>
      <w:pPr>
        <w:jc w:val="right"/>
      </w:pPr>
      <w:r>
        <w:t>is a Quranic verse. This verse tells us that man has only little knowledge.</w:t>
      </w:r>
    </w:p>
    <w:p>
      <w:r>
        <w:rPr>
          <w:b/>
        </w:rPr>
        <w:t xml:space="preserve">[15:04] </w:t>
      </w:r>
      <w:r>
        <w:t>"Wama utitum min al-'ilmi illa qalila." Ilm qalil, that is little knowledge.</w:t>
      </w:r>
    </w:p>
    <w:p>
      <w:pPr>
        <w:jc w:val="right"/>
      </w:pPr>
      <w:r>
        <w:t>"Wama utitum min al-'ilmi illa qalila." Ilm qalil, that is little knowledge.</w:t>
      </w:r>
    </w:p>
    <w:p>
      <w:r>
        <w:rPr>
          <w:b/>
        </w:rPr>
        <w:t xml:space="preserve">[15:13] </w:t>
      </w:r>
      <w:r>
        <w:t>This was declared in the Quran in the first quarter of the seventh century.</w:t>
      </w:r>
    </w:p>
    <w:p>
      <w:pPr>
        <w:jc w:val="right"/>
      </w:pPr>
      <w:r>
        <w:t>This was declared in the Quran in the first quarter of the seventh century.</w:t>
      </w:r>
    </w:p>
    <w:p>
      <w:r>
        <w:rPr>
          <w:b/>
        </w:rPr>
        <w:t xml:space="preserve">[15:24] </w:t>
      </w:r>
      <w:r>
        <w:t>Now science itself says that</w:t>
      </w:r>
    </w:p>
    <w:p>
      <w:pPr>
        <w:jc w:val="right"/>
      </w:pPr>
      <w:r>
        <w:t>Now science itself says that</w:t>
      </w:r>
    </w:p>
    <w:p>
      <w:r>
        <w:rPr>
          <w:b/>
        </w:rPr>
        <w:t xml:space="preserve">[15:32] </w:t>
      </w:r>
      <w:r>
        <w:t>science gives us but a partial knowledge of reality.</w:t>
      </w:r>
    </w:p>
    <w:p>
      <w:pPr>
        <w:jc w:val="right"/>
      </w:pPr>
      <w:r>
        <w:t>science gives us but a partial knowledge of reality.</w:t>
      </w:r>
    </w:p>
    <w:p>
      <w:r>
        <w:rPr>
          <w:b/>
        </w:rPr>
        <w:t xml:space="preserve">[15:40] </w:t>
      </w:r>
      <w:r>
        <w:t>I read a book. This book was written by a scientist. The title was "Limitations of Science." In this book, he has established that science gives us but a partial knowledge of reality.</w:t>
      </w:r>
    </w:p>
    <w:p>
      <w:pPr>
        <w:jc w:val="right"/>
      </w:pPr>
      <w:r>
        <w:t>I read a book. This book was written by a scientist. The title was "Limitations of Science." In this book, he has established that science gives us but a partial knowledge of reality.</w:t>
      </w:r>
    </w:p>
    <w:p>
      <w:r>
        <w:rPr>
          <w:b/>
        </w:rPr>
        <w:t xml:space="preserve">[16:00] </w:t>
      </w:r>
      <w:r>
        <w:t>So here you can see that the Quranic concept is now proved by science.</w:t>
      </w:r>
    </w:p>
    <w:p>
      <w:pPr>
        <w:jc w:val="right"/>
      </w:pPr>
      <w:r>
        <w:t>So here you can see that the Quranic concept is now proved by science.</w:t>
      </w:r>
    </w:p>
    <w:p>
      <w:r>
        <w:rPr>
          <w:b/>
        </w:rPr>
        <w:t xml:space="preserve">[16:11] </w:t>
      </w:r>
      <w:r>
        <w:t>The Quran declared that you have to rely on the prophetic knowledge because other than the Prophet, no one can give you the full knowledge about your life.</w:t>
      </w:r>
    </w:p>
    <w:p>
      <w:pPr>
        <w:jc w:val="right"/>
      </w:pPr>
      <w:r>
        <w:t>The Quran declared that you have to rely on the prophetic knowledge because other than the Prophet, no one can give you the full knowledge about your life.</w:t>
      </w:r>
    </w:p>
    <w:p>
      <w:r>
        <w:rPr>
          <w:b/>
        </w:rPr>
        <w:t xml:space="preserve">[16:32] </w:t>
      </w:r>
      <w:r>
        <w:t>So philosophy failed, and now science itself confessed that science gives us but a partial knowledge of reality.</w:t>
      </w:r>
    </w:p>
    <w:p>
      <w:pPr>
        <w:jc w:val="right"/>
      </w:pPr>
      <w:r>
        <w:t>So philosophy failed, and now science itself confessed that science gives us but a partial knowledge of reality.</w:t>
      </w:r>
    </w:p>
    <w:p>
      <w:r>
        <w:rPr>
          <w:b/>
        </w:rPr>
        <w:t xml:space="preserve">[16:48] </w:t>
      </w:r>
      <w:r>
        <w:t>So if you take this scientific discovery, you will be compelled to believe that we have no option other than revelation,</w:t>
      </w:r>
    </w:p>
    <w:p>
      <w:pPr>
        <w:jc w:val="right"/>
      </w:pPr>
      <w:r>
        <w:t>So if you take this scientific discovery, you will be compelled to believe that we have no option other than revelation,</w:t>
      </w:r>
    </w:p>
    <w:p>
      <w:r>
        <w:rPr>
          <w:b/>
        </w:rPr>
        <w:t xml:space="preserve">[17:06] </w:t>
      </w:r>
      <w:r>
        <w:t>other than Prophethood.</w:t>
      </w:r>
    </w:p>
    <w:p>
      <w:pPr>
        <w:jc w:val="right"/>
      </w:pPr>
      <w:r>
        <w:t>other than Prophethood.</w:t>
      </w:r>
    </w:p>
    <w:p>
      <w:r>
        <w:rPr>
          <w:b/>
        </w:rPr>
        <w:t xml:space="preserve">[17:11] </w:t>
      </w:r>
      <w:r>
        <w:t>You know, Alexis Carroll has published a book, "Man, the Unknown." So man still remains unknown.</w:t>
      </w:r>
    </w:p>
    <w:p>
      <w:pPr>
        <w:jc w:val="right"/>
      </w:pPr>
      <w:r>
        <w:t>You know, Alexis Carroll has published a book, "Man, the Unknown." So man still remains unknown.</w:t>
      </w:r>
    </w:p>
    <w:p>
      <w:r>
        <w:rPr>
          <w:b/>
        </w:rPr>
        <w:t xml:space="preserve">[17:22] </w:t>
      </w:r>
      <w:r>
        <w:t>Science failed to discover all those laws which may explain the human phenomenon.</w:t>
      </w:r>
    </w:p>
    <w:p>
      <w:pPr>
        <w:jc w:val="right"/>
      </w:pPr>
      <w:r>
        <w:t>Science failed to discover all those laws which may explain the human phenomenon.</w:t>
      </w:r>
    </w:p>
    <w:p>
      <w:r>
        <w:rPr>
          <w:b/>
        </w:rPr>
        <w:t xml:space="preserve">[17:34] </w:t>
      </w:r>
      <w:r>
        <w:t>Alexis Carroll himself was a scientist, a French scientist. So he published this book with this title, "Man, the Unknown."</w:t>
      </w:r>
    </w:p>
    <w:p>
      <w:pPr>
        <w:jc w:val="right"/>
      </w:pPr>
      <w:r>
        <w:t>Alexis Carroll himself was a scientist, a French scientist. So he published this book with this title, "Man, the Unknown."</w:t>
      </w:r>
    </w:p>
    <w:p>
      <w:r>
        <w:rPr>
          <w:b/>
        </w:rPr>
        <w:t xml:space="preserve">[17:48] </w:t>
      </w:r>
      <w:r>
        <w:t>So all those philosophical struggles, all those scientific discoveries we have, but still man is unknown.</w:t>
      </w:r>
    </w:p>
    <w:p>
      <w:pPr>
        <w:jc w:val="right"/>
      </w:pPr>
      <w:r>
        <w:t>So all those philosophical struggles, all those scientific discoveries we have, but still man is unknown.</w:t>
      </w:r>
    </w:p>
    <w:p>
      <w:r>
        <w:rPr>
          <w:b/>
        </w:rPr>
        <w:t xml:space="preserve">[18:04] </w:t>
      </w:r>
      <w:r>
        <w:t>We cannot.</w:t>
      </w:r>
    </w:p>
    <w:p>
      <w:pPr>
        <w:jc w:val="right"/>
      </w:pPr>
      <w:r>
        <w:t>We cannot.</w:t>
      </w:r>
    </w:p>
    <w:p>
      <w:r>
        <w:rPr>
          <w:b/>
        </w:rPr>
        <w:t xml:space="preserve">[18:09] </w:t>
      </w:r>
      <w:r>
        <w:t>We are unaware of those laws by which we may understand man's phenomenon. You know, everyone has questions in his mind: Who am I?</w:t>
      </w:r>
    </w:p>
    <w:p>
      <w:pPr>
        <w:jc w:val="right"/>
      </w:pPr>
      <w:r>
        <w:t>We are unaware of those laws by which we may understand man's phenomenon. You know, everyone has questions in his mind: Who am I?</w:t>
      </w:r>
    </w:p>
    <w:p>
      <w:r>
        <w:rPr>
          <w:b/>
        </w:rPr>
        <w:t xml:space="preserve">[18:25] </w:t>
      </w:r>
      <w:r>
        <w:t>What is my future? What is the purpose of my life? What is the pre-death period? What is the post-death period?</w:t>
      </w:r>
    </w:p>
    <w:p>
      <w:pPr>
        <w:jc w:val="right"/>
      </w:pPr>
      <w:r>
        <w:t>What is my future? What is the purpose of my life? What is the pre-death period? What is the post-death period?</w:t>
      </w:r>
    </w:p>
    <w:p>
      <w:r>
        <w:rPr>
          <w:b/>
        </w:rPr>
        <w:t xml:space="preserve">[18:36] </w:t>
      </w:r>
      <w:r>
        <w:t>All these questions are very pertinent to every man and woman, but philosophy failed to give us the answers to these questions, and science also failed to give us.</w:t>
      </w:r>
    </w:p>
    <w:p>
      <w:pPr>
        <w:jc w:val="right"/>
      </w:pPr>
      <w:r>
        <w:t>All these questions are very pertinent to every man and woman, but philosophy failed to give us the answers to these questions, and science also failed to give us.</w:t>
      </w:r>
    </w:p>
    <w:p>
      <w:r>
        <w:rPr>
          <w:b/>
        </w:rPr>
        <w:t xml:space="preserve">[18:53] </w:t>
      </w:r>
      <w:r>
        <w:t>So the</w:t>
      </w:r>
    </w:p>
    <w:p>
      <w:pPr>
        <w:jc w:val="right"/>
      </w:pPr>
      <w:r>
        <w:t>So the</w:t>
      </w:r>
    </w:p>
    <w:p>
      <w:r>
        <w:rPr>
          <w:b/>
        </w:rPr>
        <w:t xml:space="preserve">[18:56] </w:t>
      </w:r>
      <w:r>
        <w:t>purpose of life, the occasional plan of life, everything is unknown.</w:t>
      </w:r>
    </w:p>
    <w:p>
      <w:pPr>
        <w:jc w:val="right"/>
      </w:pPr>
      <w:r>
        <w:t>purpose of life, the occasional plan of life, everything is unknown.</w:t>
      </w:r>
    </w:p>
    <w:p>
      <w:r>
        <w:rPr>
          <w:b/>
        </w:rPr>
        <w:t xml:space="preserve">[19:08] </w:t>
      </w:r>
      <w:r>
        <w:t>So</w:t>
      </w:r>
    </w:p>
    <w:p>
      <w:pPr>
        <w:jc w:val="right"/>
      </w:pPr>
      <w:r>
        <w:t>So</w:t>
      </w:r>
    </w:p>
    <w:p>
      <w:r>
        <w:rPr>
          <w:b/>
        </w:rPr>
        <w:t xml:space="preserve">[19:13] </w:t>
      </w:r>
      <w:r>
        <w:t>the failure of philosophy and the confession of science that science gives us but a partial knowledge of reality,</w:t>
      </w:r>
    </w:p>
    <w:p>
      <w:pPr>
        <w:jc w:val="right"/>
      </w:pPr>
      <w:r>
        <w:t>the failure of philosophy and the confession of science that science gives us but a partial knowledge of reality,</w:t>
      </w:r>
    </w:p>
    <w:p>
      <w:r>
        <w:rPr>
          <w:b/>
        </w:rPr>
        <w:t xml:space="preserve">[19:28] </w:t>
      </w:r>
      <w:r>
        <w:t>it proves that we have no option other than to accept the Prophet because the Prophet is a person who has revealed knowledge from God</w:t>
      </w:r>
    </w:p>
    <w:p>
      <w:pPr>
        <w:jc w:val="right"/>
      </w:pPr>
      <w:r>
        <w:t>it proves that we have no option other than to accept the Prophet because the Prophet is a person who has revealed knowledge from God</w:t>
      </w:r>
    </w:p>
    <w:p>
      <w:r>
        <w:rPr>
          <w:b/>
        </w:rPr>
        <w:t xml:space="preserve">[19:43] </w:t>
      </w:r>
      <w:r>
        <w:t>. The Prophet is a revealed person. The Prophet receives</w:t>
      </w:r>
    </w:p>
    <w:p>
      <w:pPr>
        <w:jc w:val="right"/>
      </w:pPr>
      <w:r>
        <w:t>. The Prophet is a revealed person. The Prophet receives</w:t>
      </w:r>
    </w:p>
    <w:p>
      <w:r>
        <w:rPr>
          <w:b/>
        </w:rPr>
        <w:t xml:space="preserve">[19:54] </w:t>
      </w:r>
      <w:r>
        <w:t>revelation from God. You know, God is the Creator. God knows everything.</w:t>
      </w:r>
    </w:p>
    <w:p>
      <w:pPr>
        <w:jc w:val="right"/>
      </w:pPr>
      <w:r>
        <w:t>revelation from God. You know, God is the Creator. God knows everything.</w:t>
      </w:r>
    </w:p>
    <w:p>
      <w:r>
        <w:rPr>
          <w:b/>
        </w:rPr>
        <w:t xml:space="preserve">[20:05] </w:t>
      </w:r>
      <w:r>
        <w:t>Everything is in God's mind.</w:t>
      </w:r>
    </w:p>
    <w:p>
      <w:pPr>
        <w:jc w:val="right"/>
      </w:pPr>
      <w:r>
        <w:t>Everything is in God's mind.</w:t>
      </w:r>
    </w:p>
    <w:p>
      <w:r>
        <w:rPr>
          <w:b/>
        </w:rPr>
        <w:t xml:space="preserve">[20:08] </w:t>
      </w:r>
      <w:r>
        <w:t>So God has sent the knowledge of truth to His Prophet, and the Prophet has conveyed to us that revelation, that knowledge.</w:t>
      </w:r>
    </w:p>
    <w:p>
      <w:pPr>
        <w:jc w:val="right"/>
      </w:pPr>
      <w:r>
        <w:t>So God has sent the knowledge of truth to His Prophet, and the Prophet has conveyed to us that revelation, that knowledge.</w:t>
      </w:r>
    </w:p>
    <w:p>
      <w:r>
        <w:rPr>
          <w:b/>
        </w:rPr>
        <w:t xml:space="preserve">[20:23] </w:t>
      </w:r>
      <w:r>
        <w:t>So we have no option other than to accept the Prophet.</w:t>
      </w:r>
    </w:p>
    <w:p>
      <w:pPr>
        <w:jc w:val="right"/>
      </w:pPr>
      <w:r>
        <w:t>So we have no option other than to accept the Prophet.</w:t>
      </w:r>
    </w:p>
    <w:p>
      <w:r>
        <w:rPr>
          <w:b/>
        </w:rPr>
        <w:t xml:space="preserve">[20:29] </w:t>
      </w:r>
      <w:r>
        <w:t>If we want to know the secrets of life, if we want to plan our life in theright manner, if we want to know the true path of life, if we want to know what is the secret of success of our life</w:t>
      </w:r>
    </w:p>
    <w:p>
      <w:pPr>
        <w:jc w:val="right"/>
      </w:pPr>
      <w:r>
        <w:t>If we want to know the secrets of life, if we want to plan our life in theright manner, if we want to know the true path of life, if we want to know what is the secret of success of our life</w:t>
      </w:r>
    </w:p>
    <w:p>
      <w:r>
        <w:rPr>
          <w:b/>
        </w:rPr>
        <w:t xml:space="preserve">[20:56] </w:t>
      </w:r>
      <w:r>
        <w:t>in the pre-death period and also in the post-death period, so we have no option other than to believe in the Prophet, to rely on the Prophet,</w:t>
      </w:r>
    </w:p>
    <w:p>
      <w:pPr>
        <w:jc w:val="right"/>
      </w:pPr>
      <w:r>
        <w:t>in the pre-death period and also in the post-death period, so we have no option other than to believe in the Prophet, to rely on the Prophet,</w:t>
      </w:r>
    </w:p>
    <w:p>
      <w:r>
        <w:rPr>
          <w:b/>
        </w:rPr>
        <w:t xml:space="preserve">[21:11] </w:t>
      </w:r>
      <w:r>
        <w:t>to take guidance from the Prophet. So this is the second tenet of Islam, the second tenets of Islamic belief.</w:t>
      </w:r>
    </w:p>
    <w:p>
      <w:pPr>
        <w:jc w:val="right"/>
      </w:pPr>
      <w:r>
        <w:t>to take guidance from the Prophet. So this is the second tenet of Islam, the second tenets of Islamic belief.</w:t>
      </w:r>
    </w:p>
    <w:p>
      <w:r>
        <w:rPr>
          <w:b/>
        </w:rPr>
        <w:t xml:space="preserve">[21:30] </w:t>
      </w:r>
      <w:r>
        <w:t>Then the third belief is Akhira.</w:t>
      </w:r>
    </w:p>
    <w:p>
      <w:pPr>
        <w:jc w:val="right"/>
      </w:pPr>
      <w:r>
        <w:t>Then the third belief is Akhira.</w:t>
      </w:r>
    </w:p>
    <w:p>
      <w:r>
        <w:rPr>
          <w:b/>
        </w:rPr>
        <w:t xml:space="preserve">[21:40] </w:t>
      </w:r>
      <w:r>
        <w:t>The Islamic belief system</w:t>
      </w:r>
    </w:p>
    <w:p>
      <w:pPr>
        <w:jc w:val="right"/>
      </w:pPr>
      <w:r>
        <w:t>The Islamic belief system</w:t>
      </w:r>
    </w:p>
    <w:p>
      <w:r>
        <w:rPr>
          <w:b/>
        </w:rPr>
        <w:t xml:space="preserve">[21:44] </w:t>
      </w:r>
      <w:r>
        <w:t>is based on three tenets: Tawhid,</w:t>
      </w:r>
    </w:p>
    <w:p>
      <w:pPr>
        <w:jc w:val="right"/>
      </w:pPr>
      <w:r>
        <w:t>is based on three tenets: Tawhid,</w:t>
      </w:r>
    </w:p>
    <w:p>
      <w:r>
        <w:rPr>
          <w:b/>
        </w:rPr>
        <w:t xml:space="preserve">[21:52] </w:t>
      </w:r>
      <w:r>
        <w:t>Prophethood, and Akhira. Akhira is the third tenet of the Islamic belief.</w:t>
      </w:r>
    </w:p>
    <w:p>
      <w:pPr>
        <w:jc w:val="right"/>
      </w:pPr>
      <w:r>
        <w:t>Prophethood, and Akhira. Akhira is the third tenet of the Islamic belief.</w:t>
      </w:r>
    </w:p>
    <w:p>
      <w:r>
        <w:rPr>
          <w:b/>
        </w:rPr>
        <w:t xml:space="preserve">[22:02] </w:t>
      </w:r>
      <w:r>
        <w:t>Akhira means</w:t>
      </w:r>
    </w:p>
    <w:p>
      <w:pPr>
        <w:jc w:val="right"/>
      </w:pPr>
      <w:r>
        <w:t>Akhira means</w:t>
      </w:r>
    </w:p>
    <w:p>
      <w:r>
        <w:rPr>
          <w:b/>
        </w:rPr>
        <w:t xml:space="preserve">[22:07] </w:t>
      </w:r>
      <w:r>
        <w:t>hereafter, the world hereafter. So according to this belief,</w:t>
      </w:r>
    </w:p>
    <w:p>
      <w:pPr>
        <w:jc w:val="right"/>
      </w:pPr>
      <w:r>
        <w:t>hereafter, the world hereafter. So according to this belief,</w:t>
      </w:r>
    </w:p>
    <w:p>
      <w:r>
        <w:rPr>
          <w:b/>
        </w:rPr>
        <w:t xml:space="preserve">[22:15] </w:t>
      </w:r>
      <w:r>
        <w:t>God has created man as an eternal being, but He placed his lifespan,</w:t>
      </w:r>
    </w:p>
    <w:p>
      <w:pPr>
        <w:jc w:val="right"/>
      </w:pPr>
      <w:r>
        <w:t>God has created man as an eternal being, but He placed his lifespan,</w:t>
      </w:r>
    </w:p>
    <w:p>
      <w:r>
        <w:rPr>
          <w:b/>
        </w:rPr>
        <w:t xml:space="preserve">[22:31] </w:t>
      </w:r>
      <w:r>
        <w:t>but He divided his lifespan into two parts. One part He placed in the before-death period, and the other He placed in the post-death period.</w:t>
      </w:r>
    </w:p>
    <w:p>
      <w:pPr>
        <w:jc w:val="right"/>
      </w:pPr>
      <w:r>
        <w:t>but He divided his lifespan into two parts. One part He placed in the before-death period, and the other He placed in the post-death period.</w:t>
      </w:r>
    </w:p>
    <w:p>
      <w:r>
        <w:rPr>
          <w:b/>
        </w:rPr>
        <w:t xml:space="preserve">[22:49] </w:t>
      </w:r>
      <w:r>
        <w:t>So Akhira is the very important tenet of Islam,</w:t>
      </w:r>
    </w:p>
    <w:p>
      <w:pPr>
        <w:jc w:val="right"/>
      </w:pPr>
      <w:r>
        <w:t>So Akhira is the very important tenet of Islam,</w:t>
      </w:r>
    </w:p>
    <w:p>
      <w:r>
        <w:rPr>
          <w:b/>
        </w:rPr>
        <w:t xml:space="preserve">[22:56] </w:t>
      </w:r>
      <w:r>
        <w:t>a very important tenet of Islam.</w:t>
      </w:r>
    </w:p>
    <w:p>
      <w:pPr>
        <w:jc w:val="right"/>
      </w:pPr>
      <w:r>
        <w:t>a very important tenet of Islam.</w:t>
      </w:r>
    </w:p>
    <w:p>
      <w:r>
        <w:rPr>
          <w:b/>
        </w:rPr>
        <w:t xml:space="preserve">[23:02] </w:t>
      </w:r>
      <w:r>
        <w:t>If you take a copy of the Quran and start reading it, you will find that the very first chapter of the Quran says: "Maaliqayyaumiddin." God is the Lord of the Day of Judgment.</w:t>
      </w:r>
    </w:p>
    <w:p>
      <w:pPr>
        <w:jc w:val="right"/>
      </w:pPr>
      <w:r>
        <w:t>If you take a copy of the Quran and start reading it, you will find that the very first chapter of the Quran says: "Maaliqayyaumiddin." God is the Lord of the Day of Judgment.</w:t>
      </w:r>
    </w:p>
    <w:p>
      <w:r>
        <w:rPr>
          <w:b/>
        </w:rPr>
        <w:t xml:space="preserve">[23:30] </w:t>
      </w:r>
      <w:r>
        <w:t>God is the Lord of the Day of Judgment. Almost in every chapter, you will see something about this belief, about the Akhira.</w:t>
      </w:r>
    </w:p>
    <w:p>
      <w:pPr>
        <w:jc w:val="right"/>
      </w:pPr>
      <w:r>
        <w:t>God is the Lord of the Day of Judgment. Almost in every chapter, you will see something about this belief, about the Akhira.</w:t>
      </w:r>
    </w:p>
    <w:p>
      <w:r>
        <w:rPr>
          <w:b/>
        </w:rPr>
        <w:t xml:space="preserve">[23:48] </w:t>
      </w:r>
      <w:r>
        <w:t>Almost every chapter gives us some knowledge directly or indirectly about Akhira. One scholar was asked, "What is the gist of the Quran</w:t>
      </w:r>
    </w:p>
    <w:p>
      <w:pPr>
        <w:jc w:val="right"/>
      </w:pPr>
      <w:r>
        <w:t>Almost every chapter gives us some knowledge directly or indirectly about Akhira. One scholar was asked, "What is the gist of the Quran</w:t>
      </w:r>
    </w:p>
    <w:p>
      <w:r>
        <w:rPr>
          <w:b/>
        </w:rPr>
        <w:t xml:space="preserve">[24:04] </w:t>
      </w:r>
      <w:r>
        <w:t>?" He said, "Sarguzast-e Inzar." Sarguzast-e Inzar means a record of warning, warning about the Akhira.</w:t>
      </w:r>
    </w:p>
    <w:p>
      <w:pPr>
        <w:jc w:val="right"/>
      </w:pPr>
      <w:r>
        <w:t>?" He said, "Sarguzast-e Inzar." Sarguzast-e Inzar means a record of warning, warning about the Akhira.</w:t>
      </w:r>
    </w:p>
    <w:p>
      <w:r>
        <w:rPr>
          <w:b/>
        </w:rPr>
        <w:t xml:space="preserve">[24:21] </w:t>
      </w:r>
      <w:r>
        <w:t>So the whole Quran is a warning. The Quran gives us, the Quran informs us about the creation plan of God,</w:t>
      </w:r>
    </w:p>
    <w:p>
      <w:pPr>
        <w:jc w:val="right"/>
      </w:pPr>
      <w:r>
        <w:t>So the whole Quran is a warning. The Quran gives us, the Quran informs us about the creation plan of God,</w:t>
      </w:r>
    </w:p>
    <w:p>
      <w:r>
        <w:rPr>
          <w:b/>
        </w:rPr>
        <w:t xml:space="preserve">[24:36] </w:t>
      </w:r>
      <w:r>
        <w:t>and according to this creation plan of God, we will face the world hereafter.</w:t>
      </w:r>
    </w:p>
    <w:p>
      <w:pPr>
        <w:jc w:val="right"/>
      </w:pPr>
      <w:r>
        <w:t>and according to this creation plan of God, we will face the world hereafter.</w:t>
      </w:r>
    </w:p>
    <w:p>
      <w:r>
        <w:rPr>
          <w:b/>
        </w:rPr>
        <w:t xml:space="preserve">[24:49] </w:t>
      </w:r>
      <w:r>
        <w:t>According to this creation plan of God, we are accountable to God.</w:t>
      </w:r>
    </w:p>
    <w:p>
      <w:pPr>
        <w:jc w:val="right"/>
      </w:pPr>
      <w:r>
        <w:t>According to this creation plan of God, we are accountable to God.</w:t>
      </w:r>
    </w:p>
    <w:p>
      <w:r>
        <w:rPr>
          <w:b/>
        </w:rPr>
        <w:t xml:space="preserve">[24:56] </w:t>
      </w:r>
      <w:r>
        <w:t>So this concept is</w:t>
      </w:r>
    </w:p>
    <w:p>
      <w:pPr>
        <w:jc w:val="right"/>
      </w:pPr>
      <w:r>
        <w:t>So this concept is</w:t>
      </w:r>
    </w:p>
    <w:p>
      <w:r>
        <w:rPr>
          <w:b/>
        </w:rPr>
        <w:t xml:space="preserve">[25:04] </w:t>
      </w:r>
      <w:r>
        <w:t>the most important concept in Islam. You know, when the Prophet of Islam was appointed as a Prophet in 610, he addressed the Makkan people in his first address after receiving revelation from God</w:t>
      </w:r>
    </w:p>
    <w:p>
      <w:pPr>
        <w:jc w:val="right"/>
      </w:pPr>
      <w:r>
        <w:t>the most important concept in Islam. You know, when the Prophet of Islam was appointed as a Prophet in 610, he addressed the Makkan people in his first address after receiving revelation from God</w:t>
      </w:r>
    </w:p>
    <w:p>
      <w:r>
        <w:rPr>
          <w:b/>
        </w:rPr>
        <w:t xml:space="preserve">[25:29] </w:t>
      </w:r>
      <w:r>
        <w:t>. So after, so in this first prophetic address,</w:t>
      </w:r>
    </w:p>
    <w:p>
      <w:pPr>
        <w:jc w:val="right"/>
      </w:pPr>
      <w:r>
        <w:t>. So after, so in this first prophetic address,</w:t>
      </w:r>
    </w:p>
    <w:p>
      <w:r>
        <w:rPr>
          <w:b/>
        </w:rPr>
        <w:t xml:space="preserve">[25:40] </w:t>
      </w:r>
      <w:r>
        <w:t>he said, "O people, innakum la tamutun kama tanamun,</w:t>
      </w:r>
    </w:p>
    <w:p>
      <w:pPr>
        <w:jc w:val="right"/>
      </w:pPr>
      <w:r>
        <w:t>he said, "O people, innakum la tamutun kama tanamun,</w:t>
      </w:r>
    </w:p>
    <w:p>
      <w:r>
        <w:rPr>
          <w:b/>
        </w:rPr>
        <w:t xml:space="preserve">[25:57] </w:t>
      </w:r>
      <w:r>
        <w:t>thumm innakum la tahyawn kama tastaqudun, wa innaha la jannatun abadan, awla narun abadan." This was the first address by the Prophet of Islam in Makkah.</w:t>
      </w:r>
    </w:p>
    <w:p>
      <w:pPr>
        <w:jc w:val="right"/>
      </w:pPr>
      <w:r>
        <w:t>thumm innakum la tahyawn kama tastaqudun, wa innaha la jannatun abadan, awla narun abadan." This was the first address by the Prophet of Islam in Makkah.</w:t>
      </w:r>
    </w:p>
    <w:p>
      <w:r>
        <w:rPr>
          <w:b/>
        </w:rPr>
        <w:t xml:space="preserve">[26:15] </w:t>
      </w:r>
      <w:r>
        <w:t>He said that, "O people, you will die, and then you, but the death is not the end of your life." He said that the death is not the end of your life.</w:t>
      </w:r>
    </w:p>
    <w:p>
      <w:pPr>
        <w:jc w:val="right"/>
      </w:pPr>
      <w:r>
        <w:t>He said that, "O people, you will die, and then you, but the death is not the end of your life." He said that the death is not the end of your life.</w:t>
      </w:r>
    </w:p>
    <w:p>
      <w:r>
        <w:rPr>
          <w:b/>
        </w:rPr>
        <w:t xml:space="preserve">[26:41] </w:t>
      </w:r>
      <w:r>
        <w:t>After death, there is also another life,</w:t>
      </w:r>
    </w:p>
    <w:p>
      <w:pPr>
        <w:jc w:val="right"/>
      </w:pPr>
      <w:r>
        <w:t>After death, there is also another life,</w:t>
      </w:r>
    </w:p>
    <w:p>
      <w:r>
        <w:rPr>
          <w:b/>
        </w:rPr>
        <w:t xml:space="preserve">[26:47] </w:t>
      </w:r>
      <w:r>
        <w:t>another life, and in that life, in that period of life, there is Hell, Heaven. So you will be either punished or you will be rewarded.</w:t>
      </w:r>
    </w:p>
    <w:p>
      <w:pPr>
        <w:jc w:val="right"/>
      </w:pPr>
      <w:r>
        <w:t>another life, and in that life, in that period of life, there is Hell, Heaven. So you will be either punished or you will be rewarded.</w:t>
      </w:r>
    </w:p>
    <w:p>
      <w:r>
        <w:rPr>
          <w:b/>
        </w:rPr>
        <w:t xml:space="preserve">[27:05] </w:t>
      </w:r>
      <w:r>
        <w:t>So you have to follow the path of God.</w:t>
      </w:r>
    </w:p>
    <w:p>
      <w:pPr>
        <w:jc w:val="right"/>
      </w:pPr>
      <w:r>
        <w:t>So you have to follow the path of God.</w:t>
      </w:r>
    </w:p>
    <w:p>
      <w:r>
        <w:rPr>
          <w:b/>
        </w:rPr>
        <w:t xml:space="preserve">[27:09] </w:t>
      </w:r>
      <w:r>
        <w:t>You have to believe in God. You have to purify your soul. You have to prepare yourself; otherwise, you will be punished in the world hereafter.</w:t>
      </w:r>
    </w:p>
    <w:p>
      <w:pPr>
        <w:jc w:val="right"/>
      </w:pPr>
      <w:r>
        <w:t>You have to believe in God. You have to purify your soul. You have to prepare yourself; otherwise, you will be punished in the world hereafter.</w:t>
      </w:r>
    </w:p>
    <w:p>
      <w:r>
        <w:rPr>
          <w:b/>
        </w:rPr>
        <w:t xml:space="preserve">[27:25] </w:t>
      </w:r>
      <w:r>
        <w:t>This was the first address by the Prophet of Islam in Makkah, and when he migrated from Makkah and settled in Madinah,</w:t>
      </w:r>
    </w:p>
    <w:p>
      <w:pPr>
        <w:jc w:val="right"/>
      </w:pPr>
      <w:r>
        <w:t>This was the first address by the Prophet of Islam in Makkah, and when he migrated from Makkah and settled in Madinah,</w:t>
      </w:r>
    </w:p>
    <w:p>
      <w:r>
        <w:rPr>
          <w:b/>
        </w:rPr>
        <w:t xml:space="preserve">[27:39] </w:t>
      </w:r>
      <w:r>
        <w:t>in Madinah also, in Madinah, he addressed the Madinah people, and in this first address, he again repeated those Islamic principles.</w:t>
      </w:r>
    </w:p>
    <w:p>
      <w:pPr>
        <w:jc w:val="right"/>
      </w:pPr>
      <w:r>
        <w:t>in Madinah also, in Madinah, he addressed the Madinah people, and in this first address, he again repeated those Islamic principles.</w:t>
      </w:r>
    </w:p>
    <w:p>
      <w:r>
        <w:rPr>
          <w:b/>
        </w:rPr>
        <w:t xml:space="preserve">[27:58] </w:t>
      </w:r>
      <w:r>
        <w:t>He said that, "Ittaqun nar ayyuhannas, ittaqun nar walobishakketamra." O people, save yourself from Hell,</w:t>
      </w:r>
    </w:p>
    <w:p>
      <w:pPr>
        <w:jc w:val="right"/>
      </w:pPr>
      <w:r>
        <w:t>He said that, "Ittaqun nar ayyuhannas, ittaqun nar walobishakketamra." O people, save yourself from Hell,</w:t>
      </w:r>
    </w:p>
    <w:p>
      <w:r>
        <w:rPr>
          <w:b/>
        </w:rPr>
        <w:t xml:space="preserve">[28:15] </w:t>
      </w:r>
      <w:r>
        <w:t>save yourself from Hell.</w:t>
      </w:r>
    </w:p>
    <w:p>
      <w:pPr>
        <w:jc w:val="right"/>
      </w:pPr>
      <w:r>
        <w:t>save yourself from Hell.</w:t>
      </w:r>
    </w:p>
    <w:p>
      <w:r>
        <w:rPr>
          <w:b/>
        </w:rPr>
        <w:t xml:space="preserve">[28:21] </w:t>
      </w:r>
      <w:r>
        <w:t>So this was the main message of the Prophet of Islam,</w:t>
      </w:r>
    </w:p>
    <w:p>
      <w:pPr>
        <w:jc w:val="right"/>
      </w:pPr>
      <w:r>
        <w:t>So this was the main message of the Prophet of Islam,</w:t>
      </w:r>
    </w:p>
    <w:p>
      <w:r>
        <w:rPr>
          <w:b/>
        </w:rPr>
        <w:t xml:space="preserve">[28:32] </w:t>
      </w:r>
      <w:r>
        <w:t>and this is Akhira. Now</w:t>
      </w:r>
    </w:p>
    <w:p>
      <w:pPr>
        <w:jc w:val="right"/>
      </w:pPr>
      <w:r>
        <w:t>and this is Akhira. Now</w:t>
      </w:r>
    </w:p>
    <w:p>
      <w:r>
        <w:rPr>
          <w:b/>
        </w:rPr>
        <w:t xml:space="preserve">[28:43] </w:t>
      </w:r>
      <w:r>
        <w:t>the studies, the scientific studies, show that man has some very natural urge in his nature, in his mind.</w:t>
      </w:r>
    </w:p>
    <w:p>
      <w:pPr>
        <w:jc w:val="right"/>
      </w:pPr>
      <w:r>
        <w:t>the studies, the scientific studies, show that man has some very natural urge in his nature, in his mind.</w:t>
      </w:r>
    </w:p>
    <w:p>
      <w:r>
        <w:rPr>
          <w:b/>
        </w:rPr>
        <w:t xml:space="preserve">[29:02] </w:t>
      </w:r>
      <w:r>
        <w:t>For example, we have an urge in the form of hunger.</w:t>
      </w:r>
    </w:p>
    <w:p>
      <w:pPr>
        <w:jc w:val="right"/>
      </w:pPr>
      <w:r>
        <w:t>For example, we have an urge in the form of hunger.</w:t>
      </w:r>
    </w:p>
    <w:p>
      <w:r>
        <w:rPr>
          <w:b/>
        </w:rPr>
        <w:t xml:space="preserve">[29:14] </w:t>
      </w:r>
      <w:r>
        <w:t>Hunger is our initialurge. We find that there is abundant food provided for us in this world.</w:t>
      </w:r>
    </w:p>
    <w:p>
      <w:pPr>
        <w:jc w:val="right"/>
      </w:pPr>
      <w:r>
        <w:t>Hunger is our initialurge. We find that there is abundant food provided for us in this world.</w:t>
      </w:r>
    </w:p>
    <w:p>
      <w:r>
        <w:rPr>
          <w:b/>
        </w:rPr>
        <w:t xml:space="preserve">[29:26] </w:t>
      </w:r>
      <w:r>
        <w:t>When we</w:t>
      </w:r>
    </w:p>
    <w:p>
      <w:pPr>
        <w:jc w:val="right"/>
      </w:pPr>
      <w:r>
        <w:t>When we</w:t>
      </w:r>
    </w:p>
    <w:p>
      <w:r>
        <w:rPr>
          <w:b/>
        </w:rPr>
        <w:t xml:space="preserve">[29:34] </w:t>
      </w:r>
      <w:r>
        <w:t>find in our personality hunger, and then the world provides us with food,</w:t>
      </w:r>
    </w:p>
    <w:p>
      <w:pPr>
        <w:jc w:val="right"/>
      </w:pPr>
      <w:r>
        <w:t>find in our personality hunger, and then the world provides us with food,</w:t>
      </w:r>
    </w:p>
    <w:p>
      <w:r>
        <w:rPr>
          <w:b/>
        </w:rPr>
        <w:t xml:space="preserve">[29:46] </w:t>
      </w:r>
      <w:r>
        <w:t>then there is another urge in the form of thirst. Thirst is also a natural phenomenon, but here we see that nature provides us water.</w:t>
      </w:r>
    </w:p>
    <w:p>
      <w:pPr>
        <w:jc w:val="right"/>
      </w:pPr>
      <w:r>
        <w:t>then there is another urge in the form of thirst. Thirst is also a natural phenomenon, but here we see that nature provides us water.</w:t>
      </w:r>
    </w:p>
    <w:p>
      <w:r>
        <w:rPr>
          <w:b/>
        </w:rPr>
        <w:t xml:space="preserve">[30:03] </w:t>
      </w:r>
      <w:r>
        <w:t>Water. Then, although we have two eyes, we cannot see without light</w:t>
      </w:r>
    </w:p>
    <w:p>
      <w:pPr>
        <w:jc w:val="right"/>
      </w:pPr>
      <w:r>
        <w:t>Water. Then, although we have two eyes, we cannot see without light</w:t>
      </w:r>
    </w:p>
    <w:p>
      <w:r>
        <w:rPr>
          <w:b/>
        </w:rPr>
        <w:t xml:space="preserve">[30:14] </w:t>
      </w:r>
      <w:r>
        <w:t>. Although we have two eyes, but the eyes cannot see anything without light.</w:t>
      </w:r>
    </w:p>
    <w:p>
      <w:pPr>
        <w:jc w:val="right"/>
      </w:pPr>
      <w:r>
        <w:t>. Although we have two eyes, but the eyes cannot see anything without light.</w:t>
      </w:r>
    </w:p>
    <w:p>
      <w:r>
        <w:rPr>
          <w:b/>
        </w:rPr>
        <w:t xml:space="preserve">[30:25] </w:t>
      </w:r>
      <w:r>
        <w:t>So nature provides us light, light in the form of sunlight.</w:t>
      </w:r>
    </w:p>
    <w:p>
      <w:pPr>
        <w:jc w:val="right"/>
      </w:pPr>
      <w:r>
        <w:t>So nature provides us light, light in the form of sunlight.</w:t>
      </w:r>
    </w:p>
    <w:p>
      <w:r>
        <w:rPr>
          <w:b/>
        </w:rPr>
        <w:t xml:space="preserve">[30:35] </w:t>
      </w:r>
      <w:r>
        <w:t>So all those things we want, all those things our nature requires, are present here in this world.</w:t>
      </w:r>
    </w:p>
    <w:p>
      <w:pPr>
        <w:jc w:val="right"/>
      </w:pPr>
      <w:r>
        <w:t>So all those things we want, all those things our nature requires, are present here in this world.</w:t>
      </w:r>
    </w:p>
    <w:p>
      <w:r>
        <w:rPr>
          <w:b/>
        </w:rPr>
        <w:t xml:space="preserve">[30:49] </w:t>
      </w:r>
      <w:r>
        <w:t>But there are threeurges which are not</w:t>
      </w:r>
    </w:p>
    <w:p>
      <w:pPr>
        <w:jc w:val="right"/>
      </w:pPr>
      <w:r>
        <w:t>But there are threeurges which are not</w:t>
      </w:r>
    </w:p>
    <w:p>
      <w:r>
        <w:rPr>
          <w:b/>
        </w:rPr>
        <w:t xml:space="preserve">[31:05] </w:t>
      </w:r>
      <w:r>
        <w:t>provided to us in this world. Threeurges. All except these threeurges, all theurges are present in this world.</w:t>
      </w:r>
    </w:p>
    <w:p>
      <w:pPr>
        <w:jc w:val="right"/>
      </w:pPr>
      <w:r>
        <w:t>provided to us in this world. Threeurges. All except these threeurges, all theurges are present in this world.</w:t>
      </w:r>
    </w:p>
    <w:p>
      <w:r>
        <w:rPr>
          <w:b/>
        </w:rPr>
        <w:t xml:space="preserve">[31:18] </w:t>
      </w:r>
      <w:r>
        <w:t>What are these threeurges? These are eternity and justice and</w:t>
      </w:r>
    </w:p>
    <w:p>
      <w:pPr>
        <w:jc w:val="right"/>
      </w:pPr>
      <w:r>
        <w:t>What are these threeurges? These are eternity and justice and</w:t>
      </w:r>
    </w:p>
    <w:p>
      <w:r>
        <w:rPr>
          <w:b/>
        </w:rPr>
        <w:t xml:space="preserve">[31:32] </w:t>
      </w:r>
      <w:r>
        <w:t>happiness. We want eternity, we want eternal life, but we die after 70 years, after 80 years.</w:t>
      </w:r>
    </w:p>
    <w:p>
      <w:pPr>
        <w:jc w:val="right"/>
      </w:pPr>
      <w:r>
        <w:t>happiness. We want eternity, we want eternal life, but we die after 70 years, after 80 years.</w:t>
      </w:r>
    </w:p>
    <w:p>
      <w:r>
        <w:rPr>
          <w:b/>
        </w:rPr>
        <w:t xml:space="preserve">[31:48] </w:t>
      </w:r>
      <w:r>
        <w:t>No one was able to live</w:t>
      </w:r>
    </w:p>
    <w:p>
      <w:pPr>
        <w:jc w:val="right"/>
      </w:pPr>
      <w:r>
        <w:t>No one was able to live</w:t>
      </w:r>
    </w:p>
    <w:p>
      <w:r>
        <w:rPr>
          <w:b/>
        </w:rPr>
        <w:t xml:space="preserve">[31:52] </w:t>
      </w:r>
      <w:r>
        <w:t>eternally, no king, no wealthy person.</w:t>
      </w:r>
    </w:p>
    <w:p>
      <w:pPr>
        <w:jc w:val="right"/>
      </w:pPr>
      <w:r>
        <w:t>eternally, no king, no wealthy person.</w:t>
      </w:r>
    </w:p>
    <w:p>
      <w:r>
        <w:rPr>
          <w:b/>
        </w:rPr>
        <w:t xml:space="preserve">[32:02] </w:t>
      </w:r>
      <w:r>
        <w:t>So by nature, we want to live eternally. Eternity is our naturalurge, but eternity is not there.</w:t>
      </w:r>
    </w:p>
    <w:p>
      <w:pPr>
        <w:jc w:val="right"/>
      </w:pPr>
      <w:r>
        <w:t>So by nature, we want to live eternally. Eternity is our naturalurge, but eternity is not there.</w:t>
      </w:r>
    </w:p>
    <w:p>
      <w:r>
        <w:rPr>
          <w:b/>
        </w:rPr>
        <w:t xml:space="preserve">[32:20] </w:t>
      </w:r>
      <w:r>
        <w:t>We feel hungry, and there is food</w:t>
      </w:r>
    </w:p>
    <w:p>
      <w:pPr>
        <w:jc w:val="right"/>
      </w:pPr>
      <w:r>
        <w:t>We feel hungry, and there is food</w:t>
      </w:r>
    </w:p>
    <w:p>
      <w:r>
        <w:rPr>
          <w:b/>
        </w:rPr>
        <w:t xml:space="preserve">[32:23] </w:t>
      </w:r>
      <w:r>
        <w:t>. We feel thirsty, and there is water. We need light, and there is the solar system. But we want eternity, but there is no eternity in this world.</w:t>
      </w:r>
    </w:p>
    <w:p>
      <w:pPr>
        <w:jc w:val="right"/>
      </w:pPr>
      <w:r>
        <w:t>. We feel thirsty, and there is water. We need light, and there is the solar system. But we want eternity, but there is no eternity in this world.</w:t>
      </w:r>
    </w:p>
    <w:p>
      <w:r>
        <w:rPr>
          <w:b/>
        </w:rPr>
        <w:t xml:space="preserve">[32:40] </w:t>
      </w:r>
      <w:r>
        <w:t>We are compelled to die</w:t>
      </w:r>
    </w:p>
    <w:p>
      <w:pPr>
        <w:jc w:val="right"/>
      </w:pPr>
      <w:r>
        <w:t>We are compelled to die</w:t>
      </w:r>
    </w:p>
    <w:p>
      <w:r>
        <w:rPr>
          <w:b/>
        </w:rPr>
        <w:t xml:space="preserve">[32:45] </w:t>
      </w:r>
      <w:r>
        <w:t>before finding eternity. Then we want justice. We want justice.</w:t>
      </w:r>
    </w:p>
    <w:p>
      <w:pPr>
        <w:jc w:val="right"/>
      </w:pPr>
      <w:r>
        <w:t>before finding eternity. Then we want justice. We want justice.</w:t>
      </w:r>
    </w:p>
    <w:p>
      <w:r>
        <w:rPr>
          <w:b/>
        </w:rPr>
        <w:t xml:space="preserve">[32:56] </w:t>
      </w:r>
      <w:r>
        <w:t>Justice is intrinsic in our nature. We see that in this world, some people are good, some people are bad,</w:t>
      </w:r>
    </w:p>
    <w:p>
      <w:pPr>
        <w:jc w:val="right"/>
      </w:pPr>
      <w:r>
        <w:t>Justice is intrinsic in our nature. We see that in this world, some people are good, some people are bad,</w:t>
      </w:r>
    </w:p>
    <w:p>
      <w:r>
        <w:rPr>
          <w:b/>
        </w:rPr>
        <w:t xml:space="preserve">[33:10] </w:t>
      </w:r>
      <w:r>
        <w:t>some people do good, and some people do bad, but there is no result.</w:t>
      </w:r>
    </w:p>
    <w:p>
      <w:pPr>
        <w:jc w:val="right"/>
      </w:pPr>
      <w:r>
        <w:t>some people do good, and some people do bad, but there is no result.</w:t>
      </w:r>
    </w:p>
    <w:p>
      <w:r>
        <w:rPr>
          <w:b/>
        </w:rPr>
        <w:t xml:space="preserve">[33:18] </w:t>
      </w:r>
      <w:r>
        <w:t>There is no punishment for</w:t>
      </w:r>
    </w:p>
    <w:p>
      <w:pPr>
        <w:jc w:val="right"/>
      </w:pPr>
      <w:r>
        <w:t>There is no punishment for</w:t>
      </w:r>
    </w:p>
    <w:p>
      <w:r>
        <w:rPr>
          <w:b/>
        </w:rPr>
        <w:t xml:space="preserve">[33:23] </w:t>
      </w:r>
      <w:r>
        <w:t>those people who are living with evil character, with bad character, and also there is no reward for those people who were good people.</w:t>
      </w:r>
    </w:p>
    <w:p>
      <w:pPr>
        <w:jc w:val="right"/>
      </w:pPr>
      <w:r>
        <w:t>those people who are living with evil character, with bad character, and also there is no reward for those people who were good people.</w:t>
      </w:r>
    </w:p>
    <w:p>
      <w:r>
        <w:rPr>
          <w:b/>
        </w:rPr>
        <w:t xml:space="preserve">[33:39] </w:t>
      </w:r>
      <w:r>
        <w:t>So in this world, there is no justice. Justice requires punishment and reward both.</w:t>
      </w:r>
    </w:p>
    <w:p>
      <w:pPr>
        <w:jc w:val="right"/>
      </w:pPr>
      <w:r>
        <w:t>So in this world, there is no justice. Justice requires punishment and reward both.</w:t>
      </w:r>
    </w:p>
    <w:p>
      <w:r>
        <w:rPr>
          <w:b/>
        </w:rPr>
        <w:t xml:space="preserve">[33:50] </w:t>
      </w:r>
      <w:r>
        <w:t>Justice requires that good people must be rewarded and bad people must be punished, but you see there is no reward, no punishment.</w:t>
      </w:r>
    </w:p>
    <w:p>
      <w:pPr>
        <w:jc w:val="right"/>
      </w:pPr>
      <w:r>
        <w:t>Justice requires that good people must be rewarded and bad people must be punished, but you see there is no reward, no punishment.</w:t>
      </w:r>
    </w:p>
    <w:p>
      <w:r>
        <w:rPr>
          <w:b/>
        </w:rPr>
        <w:t xml:space="preserve">[34:04] </w:t>
      </w:r>
      <w:r>
        <w:t>So our nature wants justice, but there is no justice in this world. Then let us take happiness.</w:t>
      </w:r>
    </w:p>
    <w:p>
      <w:pPr>
        <w:jc w:val="right"/>
      </w:pPr>
      <w:r>
        <w:t>So our nature wants justice, but there is no justice in this world. Then let us take happiness.</w:t>
      </w:r>
    </w:p>
    <w:p>
      <w:r>
        <w:rPr>
          <w:b/>
        </w:rPr>
        <w:t xml:space="preserve">[34:14] </w:t>
      </w:r>
      <w:r>
        <w:t>Everyone tries to live in happiness. Happiness is our deep desire.</w:t>
      </w:r>
    </w:p>
    <w:p>
      <w:pPr>
        <w:jc w:val="right"/>
      </w:pPr>
      <w:r>
        <w:t>Everyone tries to live in happiness. Happiness is our deep desire.</w:t>
      </w:r>
    </w:p>
    <w:p>
      <w:r>
        <w:rPr>
          <w:b/>
        </w:rPr>
        <w:t xml:space="preserve">[34:24] </w:t>
      </w:r>
      <w:r>
        <w:t>To live in happiness is our deepest desire, but no one is able to live in happiness.</w:t>
      </w:r>
    </w:p>
    <w:p>
      <w:pPr>
        <w:jc w:val="right"/>
      </w:pPr>
      <w:r>
        <w:t>To live in happiness is our deepest desire, but no one is able to live in happiness.</w:t>
      </w:r>
    </w:p>
    <w:p>
      <w:r>
        <w:rPr>
          <w:b/>
        </w:rPr>
        <w:t xml:space="preserve">[34:35] </w:t>
      </w:r>
      <w:r>
        <w:t>Barton Russell has published a book with this title, "Happiness." The title of this book is "Happiness." So Barton Russell says in this book that happiness in this world is impossible.</w:t>
      </w:r>
    </w:p>
    <w:p>
      <w:pPr>
        <w:jc w:val="right"/>
      </w:pPr>
      <w:r>
        <w:t>Barton Russell has published a book with this title, "Happiness." The title of this book is "Happiness." So Barton Russell says in this book that happiness in this world is impossible.</w:t>
      </w:r>
    </w:p>
    <w:p>
      <w:r>
        <w:rPr>
          <w:b/>
        </w:rPr>
        <w:t xml:space="preserve">[34:56] </w:t>
      </w:r>
      <w:r>
        <w:t>You see all the novels of the world in every language, all the novels are tragedy. All the popular novels are tragedy.</w:t>
      </w:r>
    </w:p>
    <w:p>
      <w:pPr>
        <w:jc w:val="right"/>
      </w:pPr>
      <w:r>
        <w:t>You see all the novels of the world in every language, all the novels are tragedy. All the popular novels are tragedy.</w:t>
      </w:r>
    </w:p>
    <w:p>
      <w:r>
        <w:rPr>
          <w:b/>
        </w:rPr>
        <w:t xml:space="preserve">[35:09] </w:t>
      </w:r>
      <w:r>
        <w:t>Why?</w:t>
      </w:r>
    </w:p>
    <w:p>
      <w:pPr>
        <w:jc w:val="right"/>
      </w:pPr>
      <w:r>
        <w:t>Why?</w:t>
      </w:r>
    </w:p>
    <w:p>
      <w:r>
        <w:rPr>
          <w:b/>
        </w:rPr>
        <w:t xml:space="preserve">[35:11] </w:t>
      </w:r>
      <w:r>
        <w:t>Because only tragic novels address people's minds. Everyone is living in frustration.</w:t>
      </w:r>
    </w:p>
    <w:p>
      <w:pPr>
        <w:jc w:val="right"/>
      </w:pPr>
      <w:r>
        <w:t>Because only tragic novels address people's minds. Everyone is living in frustration.</w:t>
      </w:r>
    </w:p>
    <w:p>
      <w:r>
        <w:rPr>
          <w:b/>
        </w:rPr>
        <w:t xml:space="preserve">[35:23] </w:t>
      </w:r>
      <w:r>
        <w:t>Everyone is living with this feeling that I was deprived of happiness.</w:t>
      </w:r>
    </w:p>
    <w:p>
      <w:pPr>
        <w:jc w:val="right"/>
      </w:pPr>
      <w:r>
        <w:t>Everyone is living with this feeling that I was deprived of happiness.</w:t>
      </w:r>
    </w:p>
    <w:p>
      <w:r>
        <w:rPr>
          <w:b/>
        </w:rPr>
        <w:t xml:space="preserve">[35:32] </w:t>
      </w:r>
      <w:r>
        <w:t>Every man and woman are living with this feeling that I failed to achieve happiness</w:t>
      </w:r>
    </w:p>
    <w:p>
      <w:pPr>
        <w:jc w:val="right"/>
      </w:pPr>
      <w:r>
        <w:t>Every man and woman are living with this feeling that I failed to achieve happiness</w:t>
      </w:r>
    </w:p>
    <w:p>
      <w:r>
        <w:rPr>
          <w:b/>
        </w:rPr>
        <w:t xml:space="preserve">[35:41] </w:t>
      </w:r>
      <w:r>
        <w:t>. So only</w:t>
      </w:r>
    </w:p>
    <w:p>
      <w:pPr>
        <w:jc w:val="right"/>
      </w:pPr>
      <w:r>
        <w:t>. So only</w:t>
      </w:r>
    </w:p>
    <w:p>
      <w:r>
        <w:rPr>
          <w:b/>
        </w:rPr>
        <w:t xml:space="preserve">[35:45] </w:t>
      </w:r>
      <w:r>
        <w:t>those novels that are tragic novels, only those novels address people's minds. So only those novels are bestseller novels.</w:t>
      </w:r>
    </w:p>
    <w:p>
      <w:pPr>
        <w:jc w:val="right"/>
      </w:pPr>
      <w:r>
        <w:t>those novels that are tragic novels, only those novels address people's minds. So only those novels are bestseller novels.</w:t>
      </w:r>
    </w:p>
    <w:p>
      <w:r>
        <w:rPr>
          <w:b/>
        </w:rPr>
        <w:t xml:space="preserve">[36:00] </w:t>
      </w:r>
      <w:r>
        <w:t>So this is the situation.</w:t>
      </w:r>
    </w:p>
    <w:p>
      <w:pPr>
        <w:jc w:val="right"/>
      </w:pPr>
      <w:r>
        <w:t>So this is the situation.</w:t>
      </w:r>
    </w:p>
    <w:p>
      <w:r>
        <w:rPr>
          <w:b/>
        </w:rPr>
        <w:t xml:space="preserve">[36:07] </w:t>
      </w:r>
      <w:r>
        <w:t>No king, no wealthy people, no one was able to achieve success.</w:t>
      </w:r>
    </w:p>
    <w:p>
      <w:pPr>
        <w:jc w:val="right"/>
      </w:pPr>
      <w:r>
        <w:t>No king, no wealthy people, no one was able to achieve success.</w:t>
      </w:r>
    </w:p>
    <w:p>
      <w:r>
        <w:rPr>
          <w:b/>
        </w:rPr>
        <w:t xml:space="preserve">[36:20] </w:t>
      </w:r>
      <w:r>
        <w:t>Everyone is doomed to die in failure with frustration. So we want eternity, and we failed to achieve eternity.</w:t>
      </w:r>
    </w:p>
    <w:p>
      <w:pPr>
        <w:jc w:val="right"/>
      </w:pPr>
      <w:r>
        <w:t>Everyone is doomed to die in failure with frustration. So we want eternity, and we failed to achieve eternity.</w:t>
      </w:r>
    </w:p>
    <w:p>
      <w:r>
        <w:rPr>
          <w:b/>
        </w:rPr>
        <w:t xml:space="preserve">[36:35] </w:t>
      </w:r>
      <w:r>
        <w:t>We want justice, and we failed to achieve justice in this world. We want happiness, but everyone failed to achieve happiness.</w:t>
      </w:r>
    </w:p>
    <w:p>
      <w:pPr>
        <w:jc w:val="right"/>
      </w:pPr>
      <w:r>
        <w:t>We want justice, and we failed to achieve justice in this world. We want happiness, but everyone failed to achieve happiness.</w:t>
      </w:r>
    </w:p>
    <w:p>
      <w:r>
        <w:rPr>
          <w:b/>
        </w:rPr>
        <w:t xml:space="preserve">[36:52] </w:t>
      </w:r>
      <w:r>
        <w:t>So why this state of affairs? Why this state of affairs?</w:t>
      </w:r>
    </w:p>
    <w:p>
      <w:pPr>
        <w:jc w:val="right"/>
      </w:pPr>
      <w:r>
        <w:t>So why this state of affairs? Why this state of affairs?</w:t>
      </w:r>
    </w:p>
    <w:p>
      <w:r>
        <w:rPr>
          <w:b/>
        </w:rPr>
        <w:t xml:space="preserve">[37:05] </w:t>
      </w:r>
      <w:r>
        <w:t>Why is everyone</w:t>
      </w:r>
    </w:p>
    <w:p>
      <w:pPr>
        <w:jc w:val="right"/>
      </w:pPr>
      <w:r>
        <w:t>Why is everyone</w:t>
      </w:r>
    </w:p>
    <w:p>
      <w:r>
        <w:rPr>
          <w:b/>
        </w:rPr>
        <w:t xml:space="preserve">[37:11] </w:t>
      </w:r>
      <w:r>
        <w:t>in despair</w:t>
      </w:r>
    </w:p>
    <w:p>
      <w:pPr>
        <w:jc w:val="right"/>
      </w:pPr>
      <w:r>
        <w:t>in despair</w:t>
      </w:r>
    </w:p>
    <w:p>
      <w:r>
        <w:rPr>
          <w:b/>
        </w:rPr>
        <w:t xml:space="preserve">[37:12] </w:t>
      </w:r>
      <w:r>
        <w:t>? Everyone</w:t>
      </w:r>
    </w:p>
    <w:p>
      <w:pPr>
        <w:jc w:val="right"/>
      </w:pPr>
      <w:r>
        <w:t>? Everyone</w:t>
      </w:r>
    </w:p>
    <w:p>
      <w:r>
        <w:rPr>
          <w:b/>
        </w:rPr>
        <w:t xml:space="preserve">[37:17] </w:t>
      </w:r>
      <w:r>
        <w:t>is compelled to live in despair.</w:t>
      </w:r>
    </w:p>
    <w:p>
      <w:pPr>
        <w:jc w:val="right"/>
      </w:pPr>
      <w:r>
        <w:t>is compelled to live in despair.</w:t>
      </w:r>
    </w:p>
    <w:p>
      <w:r>
        <w:rPr>
          <w:b/>
        </w:rPr>
        <w:t xml:space="preserve">[37:23] </w:t>
      </w:r>
      <w:r>
        <w:t>You know, an American, there is a well-known missionary in America, Billy Graham</w:t>
      </w:r>
    </w:p>
    <w:p>
      <w:pPr>
        <w:jc w:val="right"/>
      </w:pPr>
      <w:r>
        <w:t>You know, an American, there is a well-known missionary in America, Billy Graham</w:t>
      </w:r>
    </w:p>
    <w:p>
      <w:r>
        <w:rPr>
          <w:b/>
        </w:rPr>
        <w:t xml:space="preserve">[37:33] </w:t>
      </w:r>
      <w:r>
        <w:t>. He says in one of his speeches that once I received a message from a richest person in America.</w:t>
      </w:r>
    </w:p>
    <w:p>
      <w:pPr>
        <w:jc w:val="right"/>
      </w:pPr>
      <w:r>
        <w:t>. He says in one of his speeches that once I received a message from a richest person in America.</w:t>
      </w:r>
    </w:p>
    <w:p>
      <w:r>
        <w:rPr>
          <w:b/>
        </w:rPr>
        <w:t xml:space="preserve">[37:43] </w:t>
      </w:r>
      <w:r>
        <w:t>He was a wealthy person, so he sent anurgent message.</w:t>
      </w:r>
    </w:p>
    <w:p>
      <w:pPr>
        <w:jc w:val="right"/>
      </w:pPr>
      <w:r>
        <w:t>He was a wealthy person, so he sent anurgent message.</w:t>
      </w:r>
    </w:p>
    <w:p>
      <w:r>
        <w:rPr>
          <w:b/>
        </w:rPr>
        <w:t xml:space="preserve">[37:55] </w:t>
      </w:r>
      <w:r>
        <w:t>So I abandoned my programs, and I hurriedly went to his town</w:t>
      </w:r>
    </w:p>
    <w:p>
      <w:pPr>
        <w:jc w:val="right"/>
      </w:pPr>
      <w:r>
        <w:t>So I abandoned my programs, and I hurriedly went to his town</w:t>
      </w:r>
    </w:p>
    <w:p>
      <w:r>
        <w:rPr>
          <w:b/>
        </w:rPr>
        <w:t xml:space="preserve">[38:05] </w:t>
      </w:r>
      <w:r>
        <w:t>. But when I</w:t>
      </w:r>
    </w:p>
    <w:p>
      <w:pPr>
        <w:jc w:val="right"/>
      </w:pPr>
      <w:r>
        <w:t>. But when I</w:t>
      </w:r>
    </w:p>
    <w:p>
      <w:r>
        <w:rPr>
          <w:b/>
        </w:rPr>
        <w:t xml:space="preserve">[38:09] </w:t>
      </w:r>
      <w:r>
        <w:t>was face to face with that billionaire, he was completely in frustration, in despair.</w:t>
      </w:r>
    </w:p>
    <w:p>
      <w:pPr>
        <w:jc w:val="right"/>
      </w:pPr>
      <w:r>
        <w:t>was face to face with that billionaire, he was completely in frustration, in despair.</w:t>
      </w:r>
    </w:p>
    <w:p>
      <w:r>
        <w:rPr>
          <w:b/>
        </w:rPr>
        <w:t xml:space="preserve">[38:22] </w:t>
      </w:r>
      <w:r>
        <w:t>Although he had a big house, abundance, everything in abundance, great bank balance, everything was there,</w:t>
      </w:r>
    </w:p>
    <w:p>
      <w:pPr>
        <w:jc w:val="right"/>
      </w:pPr>
      <w:r>
        <w:t>Although he had a big house, abundance, everything in abundance, great bank balance, everything was there,</w:t>
      </w:r>
    </w:p>
    <w:p>
      <w:r>
        <w:rPr>
          <w:b/>
        </w:rPr>
        <w:t xml:space="preserve">[38:36] </w:t>
      </w:r>
      <w:r>
        <w:t>but</w:t>
      </w:r>
    </w:p>
    <w:p>
      <w:pPr>
        <w:jc w:val="right"/>
      </w:pPr>
      <w:r>
        <w:t>but</w:t>
      </w:r>
    </w:p>
    <w:p>
      <w:r>
        <w:rPr>
          <w:b/>
        </w:rPr>
        <w:t xml:space="preserve">[38:40] </w:t>
      </w:r>
      <w:r>
        <w:t>now he was an old person, but he was living in despair. So he said to Billy Graham, he said to Billy Graham with</w:t>
      </w:r>
    </w:p>
    <w:p>
      <w:pPr>
        <w:jc w:val="right"/>
      </w:pPr>
      <w:r>
        <w:t>now he was an old person, but he was living in despair. So he said to Billy Graham, he said to Billy Graham with</w:t>
      </w:r>
    </w:p>
    <w:p>
      <w:r>
        <w:rPr>
          <w:b/>
        </w:rPr>
        <w:t xml:space="preserve">[38:56] </w:t>
      </w:r>
      <w:r>
        <w:t>great despair,</w:t>
      </w:r>
    </w:p>
    <w:p>
      <w:pPr>
        <w:jc w:val="right"/>
      </w:pPr>
      <w:r>
        <w:t>great despair,</w:t>
      </w:r>
    </w:p>
    <w:p>
      <w:r>
        <w:rPr>
          <w:b/>
        </w:rPr>
        <w:t xml:space="preserve">[39:04] </w:t>
      </w:r>
      <w:r>
        <w:t>with frustration,</w:t>
      </w:r>
    </w:p>
    <w:p>
      <w:pPr>
        <w:jc w:val="right"/>
      </w:pPr>
      <w:r>
        <w:t>with frustration,</w:t>
      </w:r>
    </w:p>
    <w:p>
      <w:r>
        <w:rPr>
          <w:b/>
        </w:rPr>
        <w:t xml:space="preserve">[39:08] </w:t>
      </w:r>
      <w:r>
        <w:t>in a pessimistic mood</w:t>
      </w:r>
    </w:p>
    <w:p>
      <w:pPr>
        <w:jc w:val="right"/>
      </w:pPr>
      <w:r>
        <w:t>in a pessimistic mood</w:t>
      </w:r>
    </w:p>
    <w:p>
      <w:r>
        <w:rPr>
          <w:b/>
        </w:rPr>
        <w:t xml:space="preserve">[39:11] </w:t>
      </w:r>
      <w:r>
        <w:t>. So he said, "You see, I am an old man.</w:t>
      </w:r>
    </w:p>
    <w:p>
      <w:pPr>
        <w:jc w:val="right"/>
      </w:pPr>
      <w:r>
        <w:t>. So he said, "You see, I am an old man.</w:t>
      </w:r>
    </w:p>
    <w:p>
      <w:r>
        <w:rPr>
          <w:b/>
        </w:rPr>
        <w:t xml:space="preserve">[39:23] </w:t>
      </w:r>
      <w:r>
        <w:t>Life has lost all meanings. I am going to take a faithful leap into the unknown.</w:t>
      </w:r>
    </w:p>
    <w:p>
      <w:pPr>
        <w:jc w:val="right"/>
      </w:pPr>
      <w:r>
        <w:t>Life has lost all meanings. I am going to take a faithful leap into the unknown.</w:t>
      </w:r>
    </w:p>
    <w:p>
      <w:r>
        <w:rPr>
          <w:b/>
        </w:rPr>
        <w:t xml:space="preserve">[39:39] </w:t>
      </w:r>
      <w:r>
        <w:t>Young man, can you give me a ray of hope? Can you give me a ray of hope?" So everyone is seeking a ray of hope.</w:t>
      </w:r>
    </w:p>
    <w:p>
      <w:pPr>
        <w:jc w:val="right"/>
      </w:pPr>
      <w:r>
        <w:t>Young man, can you give me a ray of hope? Can you give me a ray of hope?" So everyone is seeking a ray of hope.</w:t>
      </w:r>
    </w:p>
    <w:p>
      <w:r>
        <w:rPr>
          <w:b/>
        </w:rPr>
        <w:t xml:space="preserve">[39:54] </w:t>
      </w:r>
      <w:r>
        <w:t>All humanity, all men and women are seeking a ray of hope. Hope means</w:t>
      </w:r>
    </w:p>
    <w:p>
      <w:pPr>
        <w:jc w:val="right"/>
      </w:pPr>
      <w:r>
        <w:t>All humanity, all men and women are seeking a ray of hope. Hope means</w:t>
      </w:r>
    </w:p>
    <w:p>
      <w:r>
        <w:rPr>
          <w:b/>
        </w:rPr>
        <w:t xml:space="preserve">[40:05] </w:t>
      </w:r>
      <w:r>
        <w:t>they want to find eternity, they want to find justice, they want to find happiness.</w:t>
      </w:r>
    </w:p>
    <w:p>
      <w:pPr>
        <w:jc w:val="right"/>
      </w:pPr>
      <w:r>
        <w:t>they want to find eternity, they want to find justice, they want to find happiness.</w:t>
      </w:r>
    </w:p>
    <w:p>
      <w:r>
        <w:rPr>
          <w:b/>
        </w:rPr>
        <w:t xml:space="preserve">[40:17] </w:t>
      </w:r>
      <w:r>
        <w:t>So here, hope of a ray of hope means a world where there is eternity, a world where there is happiness, a world where there is justice.</w:t>
      </w:r>
    </w:p>
    <w:p>
      <w:pPr>
        <w:jc w:val="right"/>
      </w:pPr>
      <w:r>
        <w:t>So here, hope of a ray of hope means a world where there is eternity, a world where there is happiness, a world where there is justice.</w:t>
      </w:r>
    </w:p>
    <w:p>
      <w:r>
        <w:rPr>
          <w:b/>
        </w:rPr>
        <w:t xml:space="preserve">[40:29] </w:t>
      </w:r>
      <w:r>
        <w:t>So this is a dream of every human being. This is a dream of a human being.</w:t>
      </w:r>
    </w:p>
    <w:p>
      <w:pPr>
        <w:jc w:val="right"/>
      </w:pPr>
      <w:r>
        <w:t>So this is a dream of every human being. This is a dream of a human being.</w:t>
      </w:r>
    </w:p>
    <w:p>
      <w:r>
        <w:rPr>
          <w:b/>
        </w:rPr>
        <w:t xml:space="preserve">[40:40] </w:t>
      </w:r>
      <w:r>
        <w:t>There is no exception at all.</w:t>
      </w:r>
    </w:p>
    <w:p>
      <w:pPr>
        <w:jc w:val="right"/>
      </w:pPr>
      <w:r>
        <w:t>There is no exception at all.</w:t>
      </w:r>
    </w:p>
    <w:p>
      <w:r>
        <w:rPr>
          <w:b/>
        </w:rPr>
        <w:t xml:space="preserve">[40:43] </w:t>
      </w:r>
      <w:r>
        <w:t>You cannot find a single person who is an exception.</w:t>
      </w:r>
    </w:p>
    <w:p>
      <w:pPr>
        <w:jc w:val="right"/>
      </w:pPr>
      <w:r>
        <w:t>You cannot find a single person who is an exception.</w:t>
      </w:r>
    </w:p>
    <w:p>
      <w:r>
        <w:rPr>
          <w:b/>
        </w:rPr>
        <w:t xml:space="preserve">[40:53] </w:t>
      </w:r>
      <w:r>
        <w:t>Everyone is born with this dream to find eternity, to find justice, to find happiness.</w:t>
      </w:r>
    </w:p>
    <w:p>
      <w:pPr>
        <w:jc w:val="right"/>
      </w:pPr>
      <w:r>
        <w:t>Everyone is born with this dream to find eternity, to find justice, to find happiness.</w:t>
      </w:r>
    </w:p>
    <w:p>
      <w:r>
        <w:rPr>
          <w:b/>
        </w:rPr>
        <w:t xml:space="preserve">[41:03] </w:t>
      </w:r>
      <w:r>
        <w:t>But in spite of all those struggles, all those endeavors, and all those wealth and political power, he fails.</w:t>
      </w:r>
    </w:p>
    <w:p>
      <w:pPr>
        <w:jc w:val="right"/>
      </w:pPr>
      <w:r>
        <w:t>But in spite of all those struggles, all those endeavors, and all those wealth and political power, he fails.</w:t>
      </w:r>
    </w:p>
    <w:p>
      <w:r>
        <w:rPr>
          <w:b/>
        </w:rPr>
        <w:t xml:space="preserve">[41:17] </w:t>
      </w:r>
      <w:r>
        <w:t>So in the end, he is asking this question was not only that American billionaire. This question was given by everyone.</w:t>
      </w:r>
    </w:p>
    <w:p>
      <w:pPr>
        <w:jc w:val="right"/>
      </w:pPr>
      <w:r>
        <w:t>So in the end, he is asking this question was not only that American billionaire. This question was given by everyone.</w:t>
      </w:r>
    </w:p>
    <w:p>
      <w:r>
        <w:rPr>
          <w:b/>
        </w:rPr>
        <w:t xml:space="preserve">[41:29] </w:t>
      </w:r>
      <w:r>
        <w:t>This question is everyone's question.</w:t>
      </w:r>
    </w:p>
    <w:p>
      <w:pPr>
        <w:jc w:val="right"/>
      </w:pPr>
      <w:r>
        <w:t>This question is everyone's question.</w:t>
      </w:r>
    </w:p>
    <w:p>
      <w:r>
        <w:rPr>
          <w:b/>
        </w:rPr>
        <w:t xml:space="preserve">[41:35] </w:t>
      </w:r>
      <w:r>
        <w:t>Everyone is seeking a ray of hope. Everyone asks whether there is a dream world, there is a world that was in my mind.</w:t>
      </w:r>
    </w:p>
    <w:p>
      <w:pPr>
        <w:jc w:val="right"/>
      </w:pPr>
      <w:r>
        <w:t>Everyone is seeking a ray of hope. Everyone asks whether there is a dream world, there is a world that was in my mind.</w:t>
      </w:r>
    </w:p>
    <w:p>
      <w:r>
        <w:rPr>
          <w:b/>
        </w:rPr>
        <w:t xml:space="preserve">[41:55] </w:t>
      </w:r>
      <w:r>
        <w:t>So everyone dies with this question.</w:t>
      </w:r>
    </w:p>
    <w:p>
      <w:pPr>
        <w:jc w:val="right"/>
      </w:pPr>
      <w:r>
        <w:t>So everyone dies with this question.</w:t>
      </w:r>
    </w:p>
    <w:p>
      <w:r>
        <w:rPr>
          <w:b/>
        </w:rPr>
        <w:t xml:space="preserve">[42:00] </w:t>
      </w:r>
      <w:r>
        <w:t>Every man and woman dies with this question that</w:t>
      </w:r>
    </w:p>
    <w:p>
      <w:pPr>
        <w:jc w:val="right"/>
      </w:pPr>
      <w:r>
        <w:t>Every man and woman dies with this question that</w:t>
      </w:r>
    </w:p>
    <w:p>
      <w:r>
        <w:rPr>
          <w:b/>
        </w:rPr>
        <w:t xml:space="preserve">[42:10] </w:t>
      </w:r>
      <w:r>
        <w:t>whether I can fulfill my dream, whether it is possible to have that dreamland,</w:t>
      </w:r>
    </w:p>
    <w:p>
      <w:pPr>
        <w:jc w:val="right"/>
      </w:pPr>
      <w:r>
        <w:t>whether I can fulfill my dream, whether it is possible to have that dreamland,</w:t>
      </w:r>
    </w:p>
    <w:p>
      <w:r>
        <w:rPr>
          <w:b/>
        </w:rPr>
        <w:t xml:space="preserve">[42:22] </w:t>
      </w:r>
      <w:r>
        <w:t>whether it is possible to find a world where there is eternity, where there is happiness, where there is justice.</w:t>
      </w:r>
    </w:p>
    <w:p>
      <w:pPr>
        <w:jc w:val="right"/>
      </w:pPr>
      <w:r>
        <w:t>whether it is possible to find a world where there is eternity, where there is happiness, where there is justice.</w:t>
      </w:r>
    </w:p>
    <w:p>
      <w:r>
        <w:rPr>
          <w:b/>
        </w:rPr>
        <w:t xml:space="preserve">[42:35] </w:t>
      </w:r>
      <w:r>
        <w:t>So</w:t>
      </w:r>
    </w:p>
    <w:p>
      <w:pPr>
        <w:jc w:val="right"/>
      </w:pPr>
      <w:r>
        <w:t>So</w:t>
      </w:r>
    </w:p>
    <w:p>
      <w:r>
        <w:rPr>
          <w:b/>
        </w:rPr>
        <w:t xml:space="preserve">[42:43] </w:t>
      </w:r>
      <w:r>
        <w:t>the belief in Akhara tells us that yes, there is a world.</w:t>
      </w:r>
    </w:p>
    <w:p>
      <w:pPr>
        <w:jc w:val="right"/>
      </w:pPr>
      <w:r>
        <w:t>the belief in Akhara tells us that yes, there is a world.</w:t>
      </w:r>
    </w:p>
    <w:p>
      <w:r>
        <w:rPr>
          <w:b/>
        </w:rPr>
        <w:t xml:space="preserve">[42:50] </w:t>
      </w:r>
      <w:r>
        <w:t>That world is Paradise.</w:t>
      </w:r>
    </w:p>
    <w:p>
      <w:pPr>
        <w:jc w:val="right"/>
      </w:pPr>
      <w:r>
        <w:t>That world is Paradise.</w:t>
      </w:r>
    </w:p>
    <w:p>
      <w:r>
        <w:rPr>
          <w:b/>
        </w:rPr>
        <w:t xml:space="preserve">[42:57] </w:t>
      </w:r>
      <w:r>
        <w:t>The concept of Akhara is</w:t>
      </w:r>
    </w:p>
    <w:p>
      <w:pPr>
        <w:jc w:val="right"/>
      </w:pPr>
      <w:r>
        <w:t>The concept of Akhara is</w:t>
      </w:r>
    </w:p>
    <w:p>
      <w:r>
        <w:rPr>
          <w:b/>
        </w:rPr>
        <w:t xml:space="preserve">[43:02] </w:t>
      </w:r>
      <w:r>
        <w:t>an answer to this question.</w:t>
      </w:r>
    </w:p>
    <w:p>
      <w:pPr>
        <w:jc w:val="right"/>
      </w:pPr>
      <w:r>
        <w:t>an answer to this question.</w:t>
      </w:r>
    </w:p>
    <w:p>
      <w:r>
        <w:rPr>
          <w:b/>
        </w:rPr>
        <w:t xml:space="preserve">[43:10] </w:t>
      </w:r>
      <w:r>
        <w:t>Akhara means that the world of eternity, the world of happiness, the world of justice is there, but it requires a price.</w:t>
      </w:r>
    </w:p>
    <w:p>
      <w:pPr>
        <w:jc w:val="right"/>
      </w:pPr>
      <w:r>
        <w:t>Akhara means that the world of eternity, the world of happiness, the world of justice is there, but it requires a price.</w:t>
      </w:r>
    </w:p>
    <w:p>
      <w:r>
        <w:rPr>
          <w:b/>
        </w:rPr>
        <w:t xml:space="preserve">[43:24] </w:t>
      </w:r>
      <w:r>
        <w:t>A price. With a price, you cannot achieve anything in this world.</w:t>
      </w:r>
    </w:p>
    <w:p>
      <w:pPr>
        <w:jc w:val="right"/>
      </w:pPr>
      <w:r>
        <w:t>A price. With a price, you cannot achieve anything in this world.</w:t>
      </w:r>
    </w:p>
    <w:p>
      <w:r>
        <w:rPr>
          <w:b/>
        </w:rPr>
        <w:t xml:space="preserve">[43:33] </w:t>
      </w:r>
      <w:r>
        <w:t>So your dreamland, your dream world is there, but it requires a price.</w:t>
      </w:r>
    </w:p>
    <w:p>
      <w:pPr>
        <w:jc w:val="right"/>
      </w:pPr>
      <w:r>
        <w:t>So your dreamland, your dream world is there, but it requires a price.</w:t>
      </w:r>
    </w:p>
    <w:p>
      <w:r>
        <w:rPr>
          <w:b/>
        </w:rPr>
        <w:t xml:space="preserve">[43:42] </w:t>
      </w:r>
      <w:r>
        <w:t>And what is that price</w:t>
      </w:r>
    </w:p>
    <w:p>
      <w:pPr>
        <w:jc w:val="right"/>
      </w:pPr>
      <w:r>
        <w:t>And what is that price</w:t>
      </w:r>
    </w:p>
    <w:p>
      <w:r>
        <w:rPr>
          <w:b/>
        </w:rPr>
        <w:t xml:space="preserve">[43:44] </w:t>
      </w:r>
      <w:r>
        <w:t>? That you follow the guidance of the Prophet</w:t>
      </w:r>
    </w:p>
    <w:p>
      <w:pPr>
        <w:jc w:val="right"/>
      </w:pPr>
      <w:r>
        <w:t>? That you follow the guidance of the Prophet</w:t>
      </w:r>
    </w:p>
    <w:p>
      <w:r>
        <w:rPr>
          <w:b/>
        </w:rPr>
        <w:t xml:space="preserve">[43:55] </w:t>
      </w:r>
      <w:r>
        <w:t>in your pre-death period of life, and then in the post-death period, you will find that dream world in the form of Paradise.</w:t>
      </w:r>
    </w:p>
    <w:p>
      <w:pPr>
        <w:jc w:val="right"/>
      </w:pPr>
      <w:r>
        <w:t>in your pre-death period of life, and then in the post-death period, you will find that dream world in the form of Paradise.</w:t>
      </w:r>
    </w:p>
    <w:p>
      <w:r>
        <w:rPr>
          <w:b/>
        </w:rPr>
        <w:t xml:space="preserve">[44:15] </w:t>
      </w:r>
      <w:r>
        <w:t>So belief in Akhara is the only answer to this question.</w:t>
      </w:r>
    </w:p>
    <w:p>
      <w:pPr>
        <w:jc w:val="right"/>
      </w:pPr>
      <w:r>
        <w:t>So belief in Akhara is the only answer to this question.</w:t>
      </w:r>
    </w:p>
    <w:p>
      <w:r>
        <w:rPr>
          <w:b/>
        </w:rPr>
        <w:t xml:space="preserve">[44:29] </w:t>
      </w:r>
      <w:r>
        <w:t>The present world is a world of</w:t>
      </w:r>
    </w:p>
    <w:p>
      <w:pPr>
        <w:jc w:val="right"/>
      </w:pPr>
      <w:r>
        <w:t>The present world is a world of</w:t>
      </w:r>
    </w:p>
    <w:p>
      <w:r>
        <w:rPr>
          <w:b/>
        </w:rPr>
        <w:t xml:space="preserve">[44:32] </w:t>
      </w:r>
      <w:r>
        <w:t>test. It is a testing ground. In the present world, we have</w:t>
      </w:r>
    </w:p>
    <w:p>
      <w:pPr>
        <w:jc w:val="right"/>
      </w:pPr>
      <w:r>
        <w:t>test. It is a testing ground. In the present world, we have</w:t>
      </w:r>
    </w:p>
    <w:p>
      <w:r>
        <w:rPr>
          <w:b/>
        </w:rPr>
        <w:t xml:space="preserve">[44:45] </w:t>
      </w:r>
      <w:r>
        <w:t>a golden chance. In our present world, we have a golden chance to prove with our character, with our behavior, that we are a deserving candidate for Paradise.</w:t>
      </w:r>
    </w:p>
    <w:p>
      <w:pPr>
        <w:jc w:val="right"/>
      </w:pPr>
      <w:r>
        <w:t>a golden chance. In our present world, we have a golden chance to prove with our character, with our behavior, that we are a deserving candidate for Paradise.</w:t>
      </w:r>
    </w:p>
    <w:p>
      <w:r>
        <w:rPr>
          <w:b/>
        </w:rPr>
        <w:t xml:space="preserve">[45:07] </w:t>
      </w:r>
      <w:r>
        <w:t>So this world is a kind of selecting ground, a selective ground.</w:t>
      </w:r>
    </w:p>
    <w:p>
      <w:pPr>
        <w:jc w:val="right"/>
      </w:pPr>
      <w:r>
        <w:t>So this world is a kind of selecting ground, a selective ground.</w:t>
      </w:r>
    </w:p>
    <w:p>
      <w:r>
        <w:rPr>
          <w:b/>
        </w:rPr>
        <w:t xml:space="preserve">[45:18] </w:t>
      </w:r>
      <w:r>
        <w:t>According to the Quran,</w:t>
      </w:r>
    </w:p>
    <w:p>
      <w:pPr>
        <w:jc w:val="right"/>
      </w:pPr>
      <w:r>
        <w:t>According to the Quran,</w:t>
      </w:r>
    </w:p>
    <w:p>
      <w:r>
        <w:rPr>
          <w:b/>
        </w:rPr>
        <w:t xml:space="preserve">[45:22] </w:t>
      </w:r>
      <w:r>
        <w:t>we are under the angels. Every time,</w:t>
      </w:r>
    </w:p>
    <w:p>
      <w:pPr>
        <w:jc w:val="right"/>
      </w:pPr>
      <w:r>
        <w:t>we are under the angels. Every time,</w:t>
      </w:r>
    </w:p>
    <w:p>
      <w:r>
        <w:rPr>
          <w:b/>
        </w:rPr>
        <w:t xml:space="preserve">[45:29] </w:t>
      </w:r>
      <w:r>
        <w:t>under every time, angels are recording our life, our intention, our speech, our belief, our character</w:t>
      </w:r>
    </w:p>
    <w:p>
      <w:pPr>
        <w:jc w:val="right"/>
      </w:pPr>
      <w:r>
        <w:t>under every time, angels are recording our life, our intention, our speech, our belief, our character</w:t>
      </w:r>
    </w:p>
    <w:p>
      <w:r>
        <w:rPr>
          <w:b/>
        </w:rPr>
        <w:t xml:space="preserve">[45:39] </w:t>
      </w:r>
      <w:r>
        <w:t>. Everything is under watch by the angels. So the angels of God are preparing our record of life.</w:t>
      </w:r>
    </w:p>
    <w:p>
      <w:pPr>
        <w:jc w:val="right"/>
      </w:pPr>
      <w:r>
        <w:t>. Everything is under watch by the angels. So the angels of God are preparing our record of life.</w:t>
      </w:r>
    </w:p>
    <w:p>
      <w:r>
        <w:rPr>
          <w:b/>
        </w:rPr>
        <w:t xml:space="preserve">[45:51] </w:t>
      </w:r>
      <w:r>
        <w:t>According to this record, we will be given Paradise or we will be denied Paradise.</w:t>
      </w:r>
    </w:p>
    <w:p>
      <w:pPr>
        <w:jc w:val="right"/>
      </w:pPr>
      <w:r>
        <w:t>According to this record, we will be given Paradise or we will be denied Paradise.</w:t>
      </w:r>
    </w:p>
    <w:p>
      <w:r>
        <w:rPr>
          <w:b/>
        </w:rPr>
        <w:t xml:space="preserve">[46:06] </w:t>
      </w:r>
      <w:r>
        <w:t>So this is the answer to that question.</w:t>
      </w:r>
    </w:p>
    <w:p>
      <w:pPr>
        <w:jc w:val="right"/>
      </w:pPr>
      <w:r>
        <w:t>So this is the answer to that question.</w:t>
      </w:r>
    </w:p>
    <w:p>
      <w:r>
        <w:rPr>
          <w:b/>
        </w:rPr>
        <w:t xml:space="preserve">[46:11] </w:t>
      </w:r>
      <w:r>
        <w:t>Why are people living in frustration</w:t>
      </w:r>
    </w:p>
    <w:p>
      <w:pPr>
        <w:jc w:val="right"/>
      </w:pPr>
      <w:r>
        <w:t>Why are people living in frustration</w:t>
      </w:r>
    </w:p>
    <w:p>
      <w:r>
        <w:rPr>
          <w:b/>
        </w:rPr>
        <w:t xml:space="preserve">[46:14] </w:t>
      </w:r>
      <w:r>
        <w:t>? Because what is provided in the world hereafter? They are trying to achieve in this world</w:t>
      </w:r>
    </w:p>
    <w:p>
      <w:pPr>
        <w:jc w:val="right"/>
      </w:pPr>
      <w:r>
        <w:t>? Because what is provided in the world hereafter? They are trying to achieve in this world</w:t>
      </w:r>
    </w:p>
    <w:p>
      <w:r>
        <w:rPr>
          <w:b/>
        </w:rPr>
        <w:t xml:space="preserve">[46:26] </w:t>
      </w:r>
      <w:r>
        <w:t>. When you are traveling in a train, or in a bus, or in an aeroplane, you cannot find your house.</w:t>
      </w:r>
    </w:p>
    <w:p>
      <w:pPr>
        <w:jc w:val="right"/>
      </w:pPr>
      <w:r>
        <w:t>. When you are traveling in a train, or in a bus, or in an aeroplane, you cannot find your house.</w:t>
      </w:r>
    </w:p>
    <w:p>
      <w:r>
        <w:rPr>
          <w:b/>
        </w:rPr>
        <w:t xml:space="preserve">[46:35] </w:t>
      </w:r>
      <w:r>
        <w:t>You cannot find a park. You cannot find a market in a train, or in a bus, or in an aeroplane.</w:t>
      </w:r>
    </w:p>
    <w:p>
      <w:pPr>
        <w:jc w:val="right"/>
      </w:pPr>
      <w:r>
        <w:t>You cannot find a park. You cannot find a market in a train, or in a bus, or in an aeroplane.</w:t>
      </w:r>
    </w:p>
    <w:p>
      <w:r>
        <w:rPr>
          <w:b/>
        </w:rPr>
        <w:t xml:space="preserve">[46:47] </w:t>
      </w:r>
      <w:r>
        <w:t>An aeroplane is a fast journey. You cannot find a house to live in in the aeroplane.</w:t>
      </w:r>
    </w:p>
    <w:p>
      <w:pPr>
        <w:jc w:val="right"/>
      </w:pPr>
      <w:r>
        <w:t>An aeroplane is a fast journey. You cannot find a house to live in in the aeroplane.</w:t>
      </w:r>
    </w:p>
    <w:p>
      <w:r>
        <w:rPr>
          <w:b/>
        </w:rPr>
        <w:t xml:space="preserve">[46:58] </w:t>
      </w:r>
      <w:r>
        <w:t>So now we are a traveler.</w:t>
      </w:r>
    </w:p>
    <w:p>
      <w:pPr>
        <w:jc w:val="right"/>
      </w:pPr>
      <w:r>
        <w:t>So now we are a traveler.</w:t>
      </w:r>
    </w:p>
    <w:p>
      <w:r>
        <w:rPr>
          <w:b/>
        </w:rPr>
        <w:t xml:space="preserve">[47:04] </w:t>
      </w:r>
      <w:r>
        <w:t>Now we are like a traveler.</w:t>
      </w:r>
    </w:p>
    <w:p>
      <w:pPr>
        <w:jc w:val="right"/>
      </w:pPr>
      <w:r>
        <w:t>Now we are like a traveler.</w:t>
      </w:r>
    </w:p>
    <w:p>
      <w:r>
        <w:rPr>
          <w:b/>
        </w:rPr>
        <w:t xml:space="preserve">[47:11] </w:t>
      </w:r>
      <w:r>
        <w:t>During this travel, we cannot find Paradise.</w:t>
      </w:r>
    </w:p>
    <w:p>
      <w:pPr>
        <w:jc w:val="right"/>
      </w:pPr>
      <w:r>
        <w:t>During this travel, we cannot find Paradise.</w:t>
      </w:r>
    </w:p>
    <w:p>
      <w:r>
        <w:rPr>
          <w:b/>
        </w:rPr>
        <w:t xml:space="preserve">[47:17] </w:t>
      </w:r>
      <w:r>
        <w:t>Paradise is at the destination, and that destination is</w:t>
      </w:r>
    </w:p>
    <w:p>
      <w:pPr>
        <w:jc w:val="right"/>
      </w:pPr>
      <w:r>
        <w:t>Paradise is at the destination, and that destination is</w:t>
      </w:r>
    </w:p>
    <w:p>
      <w:r>
        <w:rPr>
          <w:b/>
        </w:rPr>
        <w:t xml:space="preserve">[47:25] </w:t>
      </w:r>
      <w:r>
        <w:t>after death, in the world in the world after death.</w:t>
      </w:r>
    </w:p>
    <w:p>
      <w:pPr>
        <w:jc w:val="right"/>
      </w:pPr>
      <w:r>
        <w:t>after death, in the world in the world after death.</w:t>
      </w:r>
    </w:p>
    <w:p>
      <w:r>
        <w:rPr>
          <w:b/>
        </w:rPr>
        <w:t xml:space="preserve">[47:31] </w:t>
      </w:r>
      <w:r>
        <w:t>So Akhara is the only answer to this question.</w:t>
      </w:r>
    </w:p>
    <w:p>
      <w:pPr>
        <w:jc w:val="right"/>
      </w:pPr>
      <w:r>
        <w:t>So Akhara is the only answer to this question.</w:t>
      </w:r>
    </w:p>
    <w:p>
      <w:r>
        <w:rPr>
          <w:b/>
        </w:rPr>
        <w:t xml:space="preserve">[47:38] </w:t>
      </w:r>
      <w:r>
        <w:t>Akhara is good news for all those seekers,</w:t>
      </w:r>
    </w:p>
    <w:p>
      <w:pPr>
        <w:jc w:val="right"/>
      </w:pPr>
      <w:r>
        <w:t>Akhara is good news for all those seekers,</w:t>
      </w:r>
    </w:p>
    <w:p>
      <w:r>
        <w:rPr>
          <w:b/>
        </w:rPr>
        <w:t xml:space="preserve">[47:44] </w:t>
      </w:r>
      <w:r>
        <w:t>all those people who are seeking a world where there is eternity, where there is happiness, where there is justice.</w:t>
      </w:r>
    </w:p>
    <w:p>
      <w:pPr>
        <w:jc w:val="right"/>
      </w:pPr>
      <w:r>
        <w:t>all those people who are seeking a world where there is eternity, where there is happiness, where there is justice.</w:t>
      </w:r>
    </w:p>
    <w:p>
      <w:r>
        <w:rPr>
          <w:b/>
        </w:rPr>
        <w:t xml:space="preserve">[47:55] </w:t>
      </w:r>
      <w:r>
        <w:t>So Akhara is a good tiding for all those people</w:t>
      </w:r>
    </w:p>
    <w:p>
      <w:pPr>
        <w:jc w:val="right"/>
      </w:pPr>
      <w:r>
        <w:t>So Akhara is a good tiding for all those people</w:t>
      </w:r>
    </w:p>
    <w:p>
      <w:r>
        <w:rPr>
          <w:b/>
        </w:rPr>
        <w:t xml:space="preserve">[48:03] </w:t>
      </w:r>
      <w:r>
        <w:t>. Akhara is good news for all those people because Akhara tells us that in the world hereafter, there is Paradise.</w:t>
      </w:r>
    </w:p>
    <w:p>
      <w:pPr>
        <w:jc w:val="right"/>
      </w:pPr>
      <w:r>
        <w:t>. Akhara is good news for all those people because Akhara tells us that in the world hereafter, there is Paradise.</w:t>
      </w:r>
    </w:p>
    <w:p>
      <w:r>
        <w:rPr>
          <w:b/>
        </w:rPr>
        <w:t xml:space="preserve">[48:16] </w:t>
      </w:r>
      <w:r>
        <w:t>Paradise is an ideal world. Paradise is a perfect world.</w:t>
      </w:r>
    </w:p>
    <w:p>
      <w:pPr>
        <w:jc w:val="right"/>
      </w:pPr>
      <w:r>
        <w:t>Paradise is an ideal world. Paradise is a perfect world.</w:t>
      </w:r>
    </w:p>
    <w:p>
      <w:r>
        <w:rPr>
          <w:b/>
        </w:rPr>
        <w:t xml:space="preserve">[48:26] </w:t>
      </w:r>
      <w:r>
        <w:t>Paradise is an eternal world</w:t>
      </w:r>
    </w:p>
    <w:p>
      <w:pPr>
        <w:jc w:val="right"/>
      </w:pPr>
      <w:r>
        <w:t>Paradise is an eternal world</w:t>
      </w:r>
    </w:p>
    <w:p>
      <w:r>
        <w:rPr>
          <w:b/>
        </w:rPr>
        <w:t xml:space="preserve">[48:29] </w:t>
      </w:r>
      <w:r>
        <w:t>. All kinds of happiness are there, and also there is justice, complete justice.</w:t>
      </w:r>
    </w:p>
    <w:p>
      <w:pPr>
        <w:jc w:val="right"/>
      </w:pPr>
      <w:r>
        <w:t>. All kinds of happiness are there, and also there is justice, complete justice.</w:t>
      </w:r>
    </w:p>
    <w:p>
      <w:r>
        <w:rPr>
          <w:b/>
        </w:rPr>
        <w:t xml:space="preserve">[48:44] </w:t>
      </w:r>
      <w:r>
        <w:t>So Akhara is good news for all those people who are seeking,</w:t>
      </w:r>
    </w:p>
    <w:p>
      <w:pPr>
        <w:jc w:val="right"/>
      </w:pPr>
      <w:r>
        <w:t>So Akhara is good news for all those people who are seeking,</w:t>
      </w:r>
    </w:p>
    <w:p>
      <w:r>
        <w:rPr>
          <w:b/>
        </w:rPr>
        <w:t xml:space="preserve">[48:54] </w:t>
      </w:r>
      <w:r>
        <w:t>who are seeking the</w:t>
      </w:r>
    </w:p>
    <w:p>
      <w:pPr>
        <w:jc w:val="right"/>
      </w:pPr>
      <w:r>
        <w:t>who are seeking the</w:t>
      </w:r>
    </w:p>
    <w:p>
      <w:r>
        <w:rPr>
          <w:b/>
        </w:rPr>
        <w:t xml:space="preserve">[49:01] </w:t>
      </w:r>
      <w:r>
        <w:t>place where they can fulfill their dream.</w:t>
      </w:r>
    </w:p>
    <w:p>
      <w:pPr>
        <w:jc w:val="right"/>
      </w:pPr>
      <w:r>
        <w:t>place where they can fulfill their dream.</w:t>
      </w:r>
    </w:p>
    <w:p>
      <w:r>
        <w:rPr>
          <w:b/>
        </w:rPr>
        <w:t xml:space="preserve">[49:13] </w:t>
      </w:r>
      <w:r>
        <w:t>So everything, you know, you know that everything requires a price. Without a price, you cannot get anything.</w:t>
      </w:r>
    </w:p>
    <w:p>
      <w:pPr>
        <w:jc w:val="right"/>
      </w:pPr>
      <w:r>
        <w:t>So everything, you know, you know that everything requires a price. Without a price, you cannot get anything.</w:t>
      </w:r>
    </w:p>
    <w:p>
      <w:r>
        <w:rPr>
          <w:b/>
        </w:rPr>
        <w:t xml:space="preserve">[49:28] </w:t>
      </w:r>
      <w:r>
        <w:t>So what is the price of Paradise?</w:t>
      </w:r>
    </w:p>
    <w:p>
      <w:pPr>
        <w:jc w:val="right"/>
      </w:pPr>
      <w:r>
        <w:t>So what is the price of Paradise?</w:t>
      </w:r>
    </w:p>
    <w:p>
      <w:r>
        <w:rPr>
          <w:b/>
        </w:rPr>
        <w:t xml:space="preserve">[49:32] </w:t>
      </w:r>
      <w:r>
        <w:t>Paradise also needs a price, and that price is that you</w:t>
      </w:r>
    </w:p>
    <w:p>
      <w:pPr>
        <w:jc w:val="right"/>
      </w:pPr>
      <w:r>
        <w:t>Paradise also needs a price, and that price is that you</w:t>
      </w:r>
    </w:p>
    <w:p>
      <w:r>
        <w:rPr>
          <w:b/>
        </w:rPr>
        <w:t xml:space="preserve">[49:43] </w:t>
      </w:r>
      <w:r>
        <w:t>follow the divine guidance in the pre-death period so that may God award you Paradise in the post-death period.</w:t>
      </w:r>
    </w:p>
    <w:p>
      <w:pPr>
        <w:jc w:val="right"/>
      </w:pPr>
      <w:r>
        <w:t>follow the divine guidance in the pre-death period so that may God award you Paradise in the post-death period.</w:t>
      </w:r>
    </w:p>
    <w:p>
      <w:r>
        <w:rPr>
          <w:b/>
        </w:rPr>
        <w:t xml:space="preserve">[50:01] </w:t>
      </w:r>
      <w:r>
        <w:t>This is the price of Paradise.</w:t>
      </w:r>
    </w:p>
    <w:p>
      <w:pPr>
        <w:jc w:val="right"/>
      </w:pPr>
      <w:r>
        <w:t>This is the price of Paradise.</w:t>
      </w:r>
    </w:p>
    <w:p>
      <w:r>
        <w:rPr>
          <w:b/>
        </w:rPr>
        <w:t xml:space="preserve">[50:09] </w:t>
      </w:r>
      <w:r>
        <w:t>Without a price, there is no Paradise. You know, Paradise, some people believe that there are chosen people</w:t>
      </w:r>
    </w:p>
    <w:p>
      <w:pPr>
        <w:jc w:val="right"/>
      </w:pPr>
      <w:r>
        <w:t>Without a price, there is no Paradise. You know, Paradise, some people believe that there are chosen people</w:t>
      </w:r>
    </w:p>
    <w:p>
      <w:r>
        <w:rPr>
          <w:b/>
        </w:rPr>
        <w:t xml:space="preserve">[50:27] </w:t>
      </w:r>
      <w:r>
        <w:t>. Some people believe that there are chosen people, and Paradise is theirright. It is wrong.</w:t>
      </w:r>
    </w:p>
    <w:p>
      <w:pPr>
        <w:jc w:val="right"/>
      </w:pPr>
      <w:r>
        <w:t>. Some people believe that there are chosen people, and Paradise is theirright. It is wrong.</w:t>
      </w:r>
    </w:p>
    <w:p>
      <w:r>
        <w:rPr>
          <w:b/>
        </w:rPr>
        <w:t xml:space="preserve">[50:38] </w:t>
      </w:r>
      <w:r>
        <w:t>No group is a chosen group. No people are chosen people, and no one can</w:t>
      </w:r>
    </w:p>
    <w:p>
      <w:pPr>
        <w:jc w:val="right"/>
      </w:pPr>
      <w:r>
        <w:t>No group is a chosen group. No people are chosen people, and no one can</w:t>
      </w:r>
    </w:p>
    <w:p>
      <w:r>
        <w:rPr>
          <w:b/>
        </w:rPr>
        <w:t xml:space="preserve">[50:50] </w:t>
      </w:r>
      <w:r>
        <w:t>get Paradise as hisright.</w:t>
      </w:r>
    </w:p>
    <w:p>
      <w:pPr>
        <w:jc w:val="right"/>
      </w:pPr>
      <w:r>
        <w:t>get Paradise as hisright.</w:t>
      </w:r>
    </w:p>
    <w:p>
      <w:r>
        <w:rPr>
          <w:b/>
        </w:rPr>
        <w:t xml:space="preserve">[50:56] </w:t>
      </w:r>
      <w:r>
        <w:t>No.</w:t>
      </w:r>
    </w:p>
    <w:p>
      <w:pPr>
        <w:jc w:val="right"/>
      </w:pPr>
      <w:r>
        <w:t>No.</w:t>
      </w:r>
    </w:p>
    <w:p>
      <w:r>
        <w:rPr>
          <w:b/>
        </w:rPr>
        <w:t xml:space="preserve">[50:59] </w:t>
      </w:r>
      <w:r>
        <w:t>First of all, you have to live a life according to divine guidance so that you may prove a deserving candidate for Paradise.</w:t>
      </w:r>
    </w:p>
    <w:p>
      <w:pPr>
        <w:jc w:val="right"/>
      </w:pPr>
      <w:r>
        <w:t>First of all, you have to live a life according to divine guidance so that you may prove a deserving candidate for Paradise.</w:t>
      </w:r>
    </w:p>
    <w:p>
      <w:r>
        <w:rPr>
          <w:b/>
        </w:rPr>
        <w:t xml:space="preserve">[51:18] </w:t>
      </w:r>
      <w:r>
        <w:t>Paradise is a perfect world. Paradise is an ideal world</w:t>
      </w:r>
    </w:p>
    <w:p>
      <w:pPr>
        <w:jc w:val="right"/>
      </w:pPr>
      <w:r>
        <w:t>Paradise is a perfect world. Paradise is an ideal world</w:t>
      </w:r>
    </w:p>
    <w:p>
      <w:r>
        <w:rPr>
          <w:b/>
        </w:rPr>
        <w:t xml:space="preserve">[51:24] </w:t>
      </w:r>
      <w:r>
        <w:t>. It is Paradise where we can find all these good things: eternity, and happiness, and justice, and all those good things.</w:t>
      </w:r>
    </w:p>
    <w:p>
      <w:pPr>
        <w:jc w:val="right"/>
      </w:pPr>
      <w:r>
        <w:t>. It is Paradise where we can find all these good things: eternity, and happiness, and justice, and all those good things.</w:t>
      </w:r>
    </w:p>
    <w:p>
      <w:r>
        <w:rPr>
          <w:b/>
        </w:rPr>
        <w:t xml:space="preserve">[51:41] </w:t>
      </w:r>
      <w:r>
        <w:t>But without paying the price, you cannot get Paradise.</w:t>
      </w:r>
    </w:p>
    <w:p>
      <w:pPr>
        <w:jc w:val="right"/>
      </w:pPr>
      <w:r>
        <w:t>But without paying the price, you cannot get Paradise.</w:t>
      </w:r>
    </w:p>
    <w:p>
      <w:r>
        <w:rPr>
          <w:b/>
        </w:rPr>
        <w:t xml:space="preserve">[51:51] </w:t>
      </w:r>
      <w:r>
        <w:t>So first of all, we have to discover God</w:t>
      </w:r>
    </w:p>
    <w:p>
      <w:pPr>
        <w:jc w:val="right"/>
      </w:pPr>
      <w:r>
        <w:t>So first of all, we have to discover God</w:t>
      </w:r>
    </w:p>
    <w:p>
      <w:r>
        <w:rPr>
          <w:b/>
        </w:rPr>
        <w:t xml:space="preserve">[51:58] </w:t>
      </w:r>
      <w:r>
        <w:t>. We have to find God. We have to realize God. This is the starting point of this Paradise culture.</w:t>
      </w:r>
    </w:p>
    <w:p>
      <w:pPr>
        <w:jc w:val="right"/>
      </w:pPr>
      <w:r>
        <w:t>. We have to find God. We have to realize God. This is the starting point of this Paradise culture.</w:t>
      </w:r>
    </w:p>
    <w:p>
      <w:r>
        <w:rPr>
          <w:b/>
        </w:rPr>
        <w:t xml:space="preserve">[52:12] </w:t>
      </w:r>
      <w:r>
        <w:t>The starting point of the journey towards Paradise is the discovery of God</w:t>
      </w:r>
    </w:p>
    <w:p>
      <w:pPr>
        <w:jc w:val="right"/>
      </w:pPr>
      <w:r>
        <w:t>The starting point of the journey towards Paradise is the discovery of God</w:t>
      </w:r>
    </w:p>
    <w:p>
      <w:r>
        <w:rPr>
          <w:b/>
        </w:rPr>
        <w:t xml:space="preserve">[52:22] </w:t>
      </w:r>
      <w:r>
        <w:t>. From here begins the journey towards Paradise.</w:t>
      </w:r>
    </w:p>
    <w:p>
      <w:pPr>
        <w:jc w:val="right"/>
      </w:pPr>
      <w:r>
        <w:t>. From here begins the journey towards Paradise.</w:t>
      </w:r>
    </w:p>
    <w:p>
      <w:r>
        <w:rPr>
          <w:b/>
        </w:rPr>
        <w:t xml:space="preserve">[52:32] </w:t>
      </w:r>
      <w:r>
        <w:t>So we have to discover God. We have to realize God. We have to find God.</w:t>
      </w:r>
    </w:p>
    <w:p>
      <w:pPr>
        <w:jc w:val="right"/>
      </w:pPr>
      <w:r>
        <w:t>So we have to discover God. We have to realize God. We have to find God.</w:t>
      </w:r>
    </w:p>
    <w:p>
      <w:r>
        <w:rPr>
          <w:b/>
        </w:rPr>
        <w:t xml:space="preserve">[52:42] </w:t>
      </w:r>
      <w:r>
        <w:t>And we have to redefine everything. We have to reshape our mind.</w:t>
      </w:r>
    </w:p>
    <w:p>
      <w:pPr>
        <w:jc w:val="right"/>
      </w:pPr>
      <w:r>
        <w:t>And we have to redefine everything. We have to reshape our mind.</w:t>
      </w:r>
    </w:p>
    <w:p>
      <w:r>
        <w:rPr>
          <w:b/>
        </w:rPr>
        <w:t xml:space="preserve">[52:53] </w:t>
      </w:r>
      <w:r>
        <w:t>We have to discover God, and we have to reshape our mind according to the divine principles.</w:t>
      </w:r>
    </w:p>
    <w:p>
      <w:pPr>
        <w:jc w:val="right"/>
      </w:pPr>
      <w:r>
        <w:t>We have to discover God, and we have to reshape our mind according to the divine principles.</w:t>
      </w:r>
    </w:p>
    <w:p>
      <w:r>
        <w:rPr>
          <w:b/>
        </w:rPr>
        <w:t xml:space="preserve">[53:08] </w:t>
      </w:r>
      <w:r>
        <w:t>Then the second thing is that we have to follow the guidance given by the Prophet.</w:t>
      </w:r>
    </w:p>
    <w:p>
      <w:pPr>
        <w:jc w:val="right"/>
      </w:pPr>
      <w:r>
        <w:t>Then the second thing is that we have to follow the guidance given by the Prophet.</w:t>
      </w:r>
    </w:p>
    <w:p>
      <w:r>
        <w:rPr>
          <w:b/>
        </w:rPr>
        <w:t xml:space="preserve">[53:20] </w:t>
      </w:r>
      <w:r>
        <w:t>The Prophet is a revealed person</w:t>
      </w:r>
    </w:p>
    <w:p>
      <w:pPr>
        <w:jc w:val="right"/>
      </w:pPr>
      <w:r>
        <w:t>The Prophet is a revealed person</w:t>
      </w:r>
    </w:p>
    <w:p>
      <w:r>
        <w:rPr>
          <w:b/>
        </w:rPr>
        <w:t xml:space="preserve">[53:24] </w:t>
      </w:r>
      <w:r>
        <w:t>. He is the only authentic source of divine truth. The Prophet is the only authentic source of divine truth.</w:t>
      </w:r>
    </w:p>
    <w:p>
      <w:pPr>
        <w:jc w:val="right"/>
      </w:pPr>
      <w:r>
        <w:t>. He is the only authentic source of divine truth. The Prophet is the only authentic source of divine truth.</w:t>
      </w:r>
    </w:p>
    <w:p>
      <w:r>
        <w:rPr>
          <w:b/>
        </w:rPr>
        <w:t xml:space="preserve">[53:40] </w:t>
      </w:r>
      <w:r>
        <w:t>So we have to follow the Prophet</w:t>
      </w:r>
    </w:p>
    <w:p>
      <w:pPr>
        <w:jc w:val="right"/>
      </w:pPr>
      <w:r>
        <w:t>So we have to follow the Prophet</w:t>
      </w:r>
    </w:p>
    <w:p>
      <w:r>
        <w:rPr>
          <w:b/>
        </w:rPr>
        <w:t xml:space="preserve">[53:47] </w:t>
      </w:r>
      <w:r>
        <w:t>unconditionally. We have to follow the Prophet without any condition.</w:t>
      </w:r>
    </w:p>
    <w:p>
      <w:pPr>
        <w:jc w:val="right"/>
      </w:pPr>
      <w:r>
        <w:t>unconditionally. We have to follow the Prophet without any condition.</w:t>
      </w:r>
    </w:p>
    <w:p>
      <w:r>
        <w:rPr>
          <w:b/>
        </w:rPr>
        <w:t xml:space="preserve">[53:58] </w:t>
      </w:r>
      <w:r>
        <w:t>Thus, we can save ourselves from deviation, from distraction. When we accept the Prophet as our unconditional leader,</w:t>
      </w:r>
    </w:p>
    <w:p>
      <w:pPr>
        <w:jc w:val="right"/>
      </w:pPr>
      <w:r>
        <w:t>Thus, we can save ourselves from deviation, from distraction. When we accept the Prophet as our unconditional leader,</w:t>
      </w:r>
    </w:p>
    <w:p>
      <w:r>
        <w:rPr>
          <w:b/>
        </w:rPr>
        <w:t xml:space="preserve">[54:12] </w:t>
      </w:r>
      <w:r>
        <w:t>then we can save ourselves from deviation, from distraction.</w:t>
      </w:r>
    </w:p>
    <w:p>
      <w:pPr>
        <w:jc w:val="right"/>
      </w:pPr>
      <w:r>
        <w:t>then we can save ourselves from deviation, from distraction.</w:t>
      </w:r>
    </w:p>
    <w:p>
      <w:r>
        <w:rPr>
          <w:b/>
        </w:rPr>
        <w:t xml:space="preserve">[54:27] </w:t>
      </w:r>
      <w:r>
        <w:t>Then we have to believe in the world hereafter. We have to believe in accountability.</w:t>
      </w:r>
    </w:p>
    <w:p>
      <w:pPr>
        <w:jc w:val="right"/>
      </w:pPr>
      <w:r>
        <w:t>Then we have to believe in the world hereafter. We have to believe in accountability.</w:t>
      </w:r>
    </w:p>
    <w:p>
      <w:r>
        <w:rPr>
          <w:b/>
        </w:rPr>
        <w:t xml:space="preserve">[54:39] </w:t>
      </w:r>
      <w:r>
        <w:t>We have to believe in the</w:t>
      </w:r>
    </w:p>
    <w:p>
      <w:pPr>
        <w:jc w:val="right"/>
      </w:pPr>
      <w:r>
        <w:t>We have to believe in the</w:t>
      </w:r>
    </w:p>
    <w:p>
      <w:r>
        <w:rPr>
          <w:b/>
        </w:rPr>
        <w:t xml:space="preserve">[54:46] </w:t>
      </w:r>
      <w:r>
        <w:t>concept of Maliki Yomid Deen (God is the Lord of the Day of Judgment).</w:t>
      </w:r>
    </w:p>
    <w:p>
      <w:pPr>
        <w:jc w:val="right"/>
      </w:pPr>
      <w:r>
        <w:t>concept of Maliki Yomid Deen (God is the Lord of the Day of Judgment).</w:t>
      </w:r>
    </w:p>
    <w:p>
      <w:r>
        <w:rPr>
          <w:b/>
        </w:rPr>
        <w:t xml:space="preserve">[54:53] </w:t>
      </w:r>
      <w:r>
        <w:t>So this belief will enlighten us. This belief will awaken our mind.</w:t>
      </w:r>
    </w:p>
    <w:p>
      <w:pPr>
        <w:jc w:val="right"/>
      </w:pPr>
      <w:r>
        <w:t>So this belief will enlighten us. This belief will awaken our mind.</w:t>
      </w:r>
    </w:p>
    <w:p>
      <w:r>
        <w:rPr>
          <w:b/>
        </w:rPr>
        <w:t xml:space="preserve">[55:04] </w:t>
      </w:r>
      <w:r>
        <w:t>This belief will vitalize our spirituality. This belief will make us a person who is a deserving candidate for Paradise.</w:t>
      </w:r>
    </w:p>
    <w:p>
      <w:pPr>
        <w:jc w:val="right"/>
      </w:pPr>
      <w:r>
        <w:t>This belief will vitalize our spirituality. This belief will make us a person who is a deserving candidate for Paradise.</w:t>
      </w:r>
    </w:p>
    <w:p>
      <w:r>
        <w:rPr>
          <w:b/>
        </w:rPr>
        <w:t xml:space="preserve">[55:29] </w:t>
      </w:r>
      <w:r>
        <w:t>So these are the three basic</w:t>
      </w:r>
    </w:p>
    <w:p>
      <w:pPr>
        <w:jc w:val="right"/>
      </w:pPr>
      <w:r>
        <w:t>So these are the three basic</w:t>
      </w:r>
    </w:p>
    <w:p>
      <w:r>
        <w:rPr>
          <w:b/>
        </w:rPr>
        <w:t xml:space="preserve">[55:34] </w:t>
      </w:r>
      <w:r>
        <w:t>tenets of Islam, and the belief system of Islam is based on these three tenets.</w:t>
      </w:r>
    </w:p>
    <w:p>
      <w:pPr>
        <w:jc w:val="right"/>
      </w:pPr>
      <w:r>
        <w:t>tenets of Islam, and the belief system of Islam is based on these three tenets.</w:t>
      </w:r>
    </w:p>
    <w:p>
      <w:r>
        <w:rPr>
          <w:b/>
        </w:rPr>
        <w:t xml:space="preserve">[55:47] </w:t>
      </w:r>
      <w:r>
        <w:t>These three tenets are Tawhid, Risalat, Akhara—that is, Oneness of God, La Ilaha Illallah.</w:t>
      </w:r>
    </w:p>
    <w:p>
      <w:pPr>
        <w:jc w:val="right"/>
      </w:pPr>
      <w:r>
        <w:t>These three tenets are Tawhid, Risalat, Akhara—that is, Oneness of God, La Ilaha Illallah.</w:t>
      </w:r>
    </w:p>
    <w:p>
      <w:r>
        <w:rPr>
          <w:b/>
        </w:rPr>
        <w:t xml:space="preserve">[56:07] </w:t>
      </w:r>
      <w:r>
        <w:t>It means there is no God but one God.</w:t>
      </w:r>
    </w:p>
    <w:p>
      <w:pPr>
        <w:jc w:val="right"/>
      </w:pPr>
      <w:r>
        <w:t>It means there is no God but one God.</w:t>
      </w:r>
    </w:p>
    <w:p>
      <w:r>
        <w:rPr>
          <w:b/>
        </w:rPr>
        <w:t xml:space="preserve">[56:17] </w:t>
      </w:r>
      <w:r>
        <w:t>Ashhadu an La Ilaha Illallah—I bear witness that there is no God but one God.</w:t>
      </w:r>
    </w:p>
    <w:p>
      <w:pPr>
        <w:jc w:val="right"/>
      </w:pPr>
      <w:r>
        <w:t>Ashhadu an La Ilaha Illallah—I bear witness that there is no God but one God.</w:t>
      </w:r>
    </w:p>
    <w:p>
      <w:r>
        <w:rPr>
          <w:b/>
        </w:rPr>
        <w:t xml:space="preserve">[56:28] </w:t>
      </w:r>
      <w:r>
        <w:t>Then we have to believe in the Prophethood of Muhammad. This belief is also a discovery.</w:t>
      </w:r>
    </w:p>
    <w:p>
      <w:pPr>
        <w:jc w:val="right"/>
      </w:pPr>
      <w:r>
        <w:t>Then we have to believe in the Prophethood of Muhammad. This belief is also a discovery.</w:t>
      </w:r>
    </w:p>
    <w:p>
      <w:r>
        <w:rPr>
          <w:b/>
        </w:rPr>
        <w:t xml:space="preserve">[56:41] </w:t>
      </w:r>
      <w:r>
        <w:t>This belief is not any kind of lip service. It is a realization.</w:t>
      </w:r>
    </w:p>
    <w:p>
      <w:pPr>
        <w:jc w:val="right"/>
      </w:pPr>
      <w:r>
        <w:t>This belief is not any kind of lip service. It is a realization.</w:t>
      </w:r>
    </w:p>
    <w:p>
      <w:r>
        <w:rPr>
          <w:b/>
        </w:rPr>
        <w:t xml:space="preserve">[56:51] </w:t>
      </w:r>
      <w:r>
        <w:t>It is a discovery.</w:t>
      </w:r>
    </w:p>
    <w:p>
      <w:pPr>
        <w:jc w:val="right"/>
      </w:pPr>
      <w:r>
        <w:t>It is a discovery.</w:t>
      </w:r>
    </w:p>
    <w:p>
      <w:r>
        <w:rPr>
          <w:b/>
        </w:rPr>
        <w:t xml:space="preserve">[56:56] </w:t>
      </w:r>
      <w:r>
        <w:t>Then the third tenet</w:t>
      </w:r>
    </w:p>
    <w:p>
      <w:pPr>
        <w:jc w:val="right"/>
      </w:pPr>
      <w:r>
        <w:t>Then the third tenet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