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in the Age of Science July 29, 2007</w:t>
      </w:r>
    </w:p>
    <w:p>
      <w:r>
        <w:t>https://www.youtube.com/watch?v=Gk-ZkZs0UvA</w:t>
      </w:r>
    </w:p>
    <w:p>
      <w:r>
        <w:rPr>
          <w:b/>
        </w:rPr>
        <w:t xml:space="preserve">[00:13] </w:t>
      </w:r>
      <w:r>
        <w:t>bismillah hir rahman nir rahim, wa salla Allahu ala an-nabiyyi al-karim. Rabbi-shrah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yaf-qahu qawli.</w:t>
      </w:r>
    </w:p>
    <w:p>
      <w:pPr>
        <w:jc w:val="right"/>
      </w:pPr>
      <w:r>
        <w:t>یفقہ قولی.</w:t>
      </w:r>
    </w:p>
    <w:p>
      <w:r>
        <w:rPr>
          <w:b/>
        </w:rPr>
        <w:t xml:space="preserve">[00:38] </w:t>
      </w:r>
      <w:r>
        <w:t>aaj ka jo topic hai woh hai</w:t>
      </w:r>
    </w:p>
    <w:p>
      <w:pPr>
        <w:jc w:val="right"/>
      </w:pPr>
      <w:r>
        <w:t>آج کا جو topic ہے وہ ہے</w:t>
      </w:r>
    </w:p>
    <w:p>
      <w:r>
        <w:rPr>
          <w:b/>
        </w:rPr>
        <w:t xml:space="preserve">[00:47] </w:t>
      </w:r>
      <w:r>
        <w:t>"Religion in the Age of Science".</w:t>
      </w:r>
    </w:p>
    <w:p>
      <w:pPr>
        <w:jc w:val="right"/>
      </w:pPr>
      <w:r>
        <w:t>"Religion in the Age of Science".</w:t>
      </w:r>
    </w:p>
    <w:p>
      <w:r>
        <w:rPr>
          <w:b/>
        </w:rPr>
        <w:t xml:space="preserve">[00:58] </w:t>
      </w:r>
      <w:r>
        <w:t>Religion in the Age of Science. dekhiye, science ke reference mein</w:t>
      </w:r>
    </w:p>
    <w:p>
      <w:pPr>
        <w:jc w:val="right"/>
      </w:pPr>
      <w:r>
        <w:t>Religion in the Age of Science. دیکھیے، سائنس کے reference میں</w:t>
      </w:r>
    </w:p>
    <w:p>
      <w:r>
        <w:rPr>
          <w:b/>
        </w:rPr>
        <w:t xml:space="preserve">[01:06] </w:t>
      </w:r>
      <w:r>
        <w:t>ek baat ka zikr bahut kam hota hai, haalanki wahi sab se important hai. woh yeh hai ki is se pehle, yaani pre-scientific age mein kya tha, sab kuch speculation par base karta tha.</w:t>
      </w:r>
    </w:p>
    <w:p>
      <w:pPr>
        <w:jc w:val="right"/>
      </w:pPr>
      <w:r>
        <w:t>ایک بات کا ذکر بہت کم ہوتا ہے، حالانکہ وہی سب سے important ہے۔ وہ یہ ہے کہ اس سے پہلے، یعنی pre-scientific age میں کیا تھا، سب کچھ speculation پر base کرتا تھا۔</w:t>
      </w:r>
    </w:p>
    <w:p>
      <w:r>
        <w:rPr>
          <w:b/>
        </w:rPr>
        <w:t xml:space="preserve">[01:29] </w:t>
      </w:r>
      <w:r>
        <w:t>log speculation ko le kar rai banaya karte the. science ke zamane mein yeh hua ki ek solid ground mil gayi aadmi ko rai banane ke liye.</w:t>
      </w:r>
    </w:p>
    <w:p>
      <w:pPr>
        <w:jc w:val="right"/>
      </w:pPr>
      <w:r>
        <w:t>لوگ speculation کو لے کر رائے بنایا کرتے تھے۔ سائنس کے زمانے میں یہ ہوا کہ ایک solid ground مل گئی آدمی کو رائے بنانے کے لیے۔</w:t>
      </w:r>
    </w:p>
    <w:p>
      <w:r>
        <w:rPr>
          <w:b/>
        </w:rPr>
        <w:t xml:space="preserve">[01:44] </w:t>
      </w:r>
      <w:r>
        <w:t>woh hai exact sciences. to saare hi jo insaan ke thoughts the, is mein ek revision ki movement chal padi.</w:t>
      </w:r>
    </w:p>
    <w:p>
      <w:pPr>
        <w:jc w:val="right"/>
      </w:pPr>
      <w:r>
        <w:t>وہ ہے exact sciences۔ تو سارے ہی جو انسان کے thoughts تھے، اس میں ایک revision کی movement چل پڑی۔</w:t>
      </w:r>
    </w:p>
    <w:p>
      <w:r>
        <w:rPr>
          <w:b/>
        </w:rPr>
        <w:t xml:space="preserve">[01:59] </w:t>
      </w:r>
      <w:r>
        <w:t>saare jo insaan ke thoughts the, pehle wale, un ko revise kiya gaya har field mein.</w:t>
      </w:r>
    </w:p>
    <w:p>
      <w:pPr>
        <w:jc w:val="right"/>
      </w:pPr>
      <w:r>
        <w:t>سارے جو انسان کے thoughts تھے، پہلے والے، ان کو revise کیا گیا ہر field میں۔</w:t>
      </w:r>
    </w:p>
    <w:p>
      <w:r>
        <w:rPr>
          <w:b/>
        </w:rPr>
        <w:t xml:space="preserve">[02:07] </w:t>
      </w:r>
      <w:r>
        <w:t>to ek example mein is ka yeh doon ga ki solar system hamara jo hai, solar system ko dekh kar aisa lagta tha insaan ko ki hamari jo yeh zameen hai,</w:t>
      </w:r>
    </w:p>
    <w:p>
      <w:pPr>
        <w:jc w:val="right"/>
      </w:pPr>
      <w:r>
        <w:t>تو ایک example میں اس کا یہ دوں گا کہ solar system ہمارا جو ہے، solar system کو دیکھ کر ایسا لگتا تھا انسان کو کہ ہماری جو یہ زمین ہے،</w:t>
      </w:r>
    </w:p>
    <w:p>
      <w:r>
        <w:rPr>
          <w:b/>
        </w:rPr>
        <w:t xml:space="preserve">[02:24] </w:t>
      </w:r>
      <w:r>
        <w:t>woh center mein hai aur suraj is ke gird ghoom raha hai. yaani east se nikla, west mein gaya. east se nikla, west mein gaya.</w:t>
      </w:r>
    </w:p>
    <w:p>
      <w:pPr>
        <w:jc w:val="right"/>
      </w:pPr>
      <w:r>
        <w:t>وہ center میں ہے اور سورج اس کے گرد گھوم رہا ہے۔ یعنی east سے نکلا، west میں گیا۔ east سے نکلا، west میں گیا۔</w:t>
      </w:r>
    </w:p>
    <w:p>
      <w:r>
        <w:rPr>
          <w:b/>
        </w:rPr>
        <w:t xml:space="preserve">[02:35] </w:t>
      </w:r>
      <w:r>
        <w:t>to lagta tha dekhne se ki zameen center mein hai aur suraj is ke gird ghoom raha hai. to Tolmi ne yeh theory banai jis ko kehte hain geocentric theory.</w:t>
      </w:r>
    </w:p>
    <w:p>
      <w:pPr>
        <w:jc w:val="right"/>
      </w:pPr>
      <w:r>
        <w:t>تو لگتا تھا دیکھنے سے کہ زمین center میں ہے اور سورج اس کے گرد گھوم رہا ہے۔ تو ٹالمی نے یہ theory بنائی جس کو کہتے ہیں geocentric theory۔</w:t>
      </w:r>
    </w:p>
    <w:p>
      <w:r>
        <w:rPr>
          <w:b/>
        </w:rPr>
        <w:t xml:space="preserve">[02:52] </w:t>
      </w:r>
      <w:r>
        <w:t>yaani zameen ka center mein hona aur suraj ka is ke gird ghoomna. to yeh geocentric theory jo hai, yeh Tolmi ne banai.</w:t>
      </w:r>
    </w:p>
    <w:p>
      <w:pPr>
        <w:jc w:val="right"/>
      </w:pPr>
      <w:r>
        <w:t>یعنی زمین کا center میں ہونا اور سورج کا اس کے گرد گھومنا۔ تو یہ geocentric theory جو ہے، یہ ٹالمی نے بنائی۔</w:t>
      </w:r>
    </w:p>
    <w:p>
      <w:r>
        <w:rPr>
          <w:b/>
        </w:rPr>
        <w:t xml:space="preserve">[03:02] </w:t>
      </w:r>
      <w:r>
        <w:t>phir Aristotle jo bahut bada philosopher tha Greece ka, us ne is ko le liya. to chunanche yeh theory dominate karti rahi bahut dinon tak insaan ke mind ko.</w:t>
      </w:r>
    </w:p>
    <w:p>
      <w:pPr>
        <w:jc w:val="right"/>
      </w:pPr>
      <w:r>
        <w:t>پھر Aristotle جو بہت بڑا philosopher تھا Greece کا، اس نے اس کو لے لیا۔ تو چنانچہ یہ theory dominate کرتی رہی بہت دنوں تک انسان کے mind کو۔</w:t>
      </w:r>
    </w:p>
    <w:p>
      <w:r>
        <w:rPr>
          <w:b/>
        </w:rPr>
        <w:t xml:space="preserve">[03:19] </w:t>
      </w:r>
      <w:r>
        <w:t>phir kya hua, Galileo aur Copernicus paida hue, unhon ne modern technique se, khaas taur par telescope se jo observe kiya to paaya ki baat ulti hai.</w:t>
      </w:r>
    </w:p>
    <w:p>
      <w:pPr>
        <w:jc w:val="right"/>
      </w:pPr>
      <w:r>
        <w:t>پھر کیا ہوا، Galileo اور Copernicus پیدا ہوئے، انہوں نے modern technique سے، خاص طور پر telescope سے جو observe کیا تو پایا کہ بات الٹی ہے۔</w:t>
      </w:r>
    </w:p>
    <w:p>
      <w:r>
        <w:rPr>
          <w:b/>
        </w:rPr>
        <w:t xml:space="preserve">[03:40] </w:t>
      </w:r>
      <w:r>
        <w:t>yaani zameen satellite hai aur suraj jo hai, beech mein hai, center mein hai. to doosri theory bani jis ko kehte hain heliocentric theory.</w:t>
      </w:r>
    </w:p>
    <w:p>
      <w:pPr>
        <w:jc w:val="right"/>
      </w:pPr>
      <w:r>
        <w:t>یعنی زمین satellite ہے اور سورج جو ہے، بیچ میں ہے، center میں ہے۔ تو دوسری theory بنی جس کو کہتے ہیں heliocentric theory۔</w:t>
      </w:r>
    </w:p>
    <w:p>
      <w:r>
        <w:rPr>
          <w:b/>
        </w:rPr>
        <w:t xml:space="preserve">[03:54] </w:t>
      </w:r>
      <w:r>
        <w:t>is tarah se geocentric theory discard ho gayi aur geocentric theory establish ho gayi.</w:t>
      </w:r>
    </w:p>
    <w:p>
      <w:pPr>
        <w:jc w:val="right"/>
      </w:pPr>
      <w:r>
        <w:t>اس طرح سے geocentric theory discard ہو گئی اور geocentric theory establish ہو گئی۔</w:t>
      </w:r>
    </w:p>
    <w:p>
      <w:r>
        <w:rPr>
          <w:b/>
        </w:rPr>
        <w:t xml:space="preserve">[04:05] </w:t>
      </w:r>
      <w:r>
        <w:t>to yeh main kahoon ga ki yahi baat poore universe of thought mein hui.</w:t>
      </w:r>
    </w:p>
    <w:p>
      <w:pPr>
        <w:jc w:val="right"/>
      </w:pPr>
      <w:r>
        <w:t>تو یہ میں کہوں گا کہ یہی بات پورے universe of thought میں ہوئی۔</w:t>
      </w:r>
    </w:p>
    <w:p>
      <w:r>
        <w:rPr>
          <w:b/>
        </w:rPr>
        <w:t xml:space="preserve">[04:15] </w:t>
      </w:r>
      <w:r>
        <w:t>insaan ki saari soch mein isi tarah se badlao aaya. yahan tak ki religion mein bhi yeh revision shuru ho gaya.</w:t>
      </w:r>
    </w:p>
    <w:p>
      <w:pPr>
        <w:jc w:val="right"/>
      </w:pPr>
      <w:r>
        <w:t>انسان کی ساری سوچ میں اسی طرح سے بدلاؤ آیا۔ یہاں تک کہ religion میں بھی یہ revision شروع ہو گیا۔</w:t>
      </w:r>
    </w:p>
    <w:p>
      <w:r>
        <w:rPr>
          <w:b/>
        </w:rPr>
        <w:t xml:space="preserve">[04:25] </w:t>
      </w:r>
      <w:r>
        <w:t>aur aap jante hain ki religion mein ek discipline wajood mein aaya jis ko kehte hain historical criticism ya comparative study of religion.</w:t>
      </w:r>
    </w:p>
    <w:p>
      <w:pPr>
        <w:jc w:val="right"/>
      </w:pPr>
      <w:r>
        <w:t>اور آپ جانتے ہیں کہ religion میں ایک discipline وجود میں آیا جس کو کہتے ہیں historical criticism یا comparative study of religion۔</w:t>
      </w:r>
    </w:p>
    <w:p>
      <w:r>
        <w:rPr>
          <w:b/>
        </w:rPr>
        <w:t xml:space="preserve">[04:39] </w:t>
      </w:r>
      <w:r>
        <w:t>to is mein kya hua ki religion ko examine kiya jaane laga scientific theories se. yeh bahut bada ek kaam hua hai jo pichhle sau baras mein hua hai.</w:t>
      </w:r>
    </w:p>
    <w:p>
      <w:pPr>
        <w:jc w:val="right"/>
      </w:pPr>
      <w:r>
        <w:t>تو اس میں کیا ہوا کہ religion کو examine کیا جانے لگا scientific theories سے۔ یہ بہت بڑا ایک کام ہوا ہے جو پچھلے سو برس میں ہوا ہے۔</w:t>
      </w:r>
    </w:p>
    <w:p>
      <w:r>
        <w:rPr>
          <w:b/>
        </w:rPr>
        <w:t xml:space="preserve">[04:52] </w:t>
      </w:r>
      <w:r>
        <w:t>to is mein kya hua hai ki</w:t>
      </w:r>
    </w:p>
    <w:p>
      <w:pPr>
        <w:jc w:val="right"/>
      </w:pPr>
      <w:r>
        <w:t>تو اس میں کیا ہوا ہے کہ</w:t>
      </w:r>
    </w:p>
    <w:p>
      <w:r>
        <w:rPr>
          <w:b/>
        </w:rPr>
        <w:t xml:space="preserve">[04:57] </w:t>
      </w:r>
      <w:r>
        <w:t>ek bahut badi cheez jo Quran mein pehle bata di gayi thi, woh establish ho gayi.</w:t>
      </w:r>
    </w:p>
    <w:p>
      <w:pPr>
        <w:jc w:val="right"/>
      </w:pPr>
      <w:r>
        <w:t>ایک بہت بڑی چیز جو قرآن میں پہلے بتا دی گئی تھی، وہ establish ہو گئی۔</w:t>
      </w:r>
    </w:p>
    <w:p>
      <w:r>
        <w:rPr>
          <w:b/>
        </w:rPr>
        <w:t xml:space="preserve">[05:08] </w:t>
      </w:r>
      <w:r>
        <w:t>quran mein dekhiye yeh hai ke</w:t>
      </w:r>
    </w:p>
    <w:p>
      <w:pPr>
        <w:jc w:val="right"/>
      </w:pPr>
      <w:r>
        <w:t>قرآن میں دیکھیے یہ ہے کہ</w:t>
      </w:r>
    </w:p>
    <w:p>
      <w:r>
        <w:rPr>
          <w:b/>
        </w:rPr>
        <w:t xml:space="preserve">[05:13] </w:t>
      </w:r>
      <w:r>
        <w:t>"sayureekum ayatihi fata'rifunaha" ek aur ayat hai ke "sanureehim ayatina fil afaqi wa fi anfusihim hatta yatabayyana lahum annahu alhaq" yani future mein, mustaqbil mein aisa hoga ke ayat ke mani hote hain signs, nishaniyan.</w:t>
      </w:r>
    </w:p>
    <w:p>
      <w:pPr>
        <w:jc w:val="right"/>
      </w:pPr>
      <w:r>
        <w:t>"سَيُورِيكُمْ آَيَاتِهِ فَتَعْرِفُونَهَا" ایک اور آیت ہے کہ "سَنُورِيهِمْ آَيَاتِنَا فِي الْآفَاقِ وَفِي أَنْفَسِهِمْ حَتَّىٰ يَتَبَيَّنَ لَهُمْ أَنَّهُ الْحَقُّ" یعنی future میں، مستقبل میں ایسا ہوگا کہ آیات کے معنی ہوتے ہیں signs، نشانیاں۔</w:t>
      </w:r>
    </w:p>
    <w:p>
      <w:r>
        <w:rPr>
          <w:b/>
        </w:rPr>
        <w:t xml:space="preserve">[05:40] </w:t>
      </w:r>
      <w:r>
        <w:t>nishaniyan zahir hongi to tum jaan loge ke tum jaan loge ke yahi sach hai, yahi haq hai future mein.</w:t>
      </w:r>
    </w:p>
    <w:p>
      <w:pPr>
        <w:jc w:val="right"/>
      </w:pPr>
      <w:r>
        <w:t>نشانیاں ظاہر ہوں گی تو تم جان لو گے کہ تم جان لو گے کہ یہی سچ ہے، یہی حق ہے future میں۔</w:t>
      </w:r>
    </w:p>
    <w:p>
      <w:r>
        <w:rPr>
          <w:b/>
        </w:rPr>
        <w:t xml:space="preserve">[05:52] </w:t>
      </w:r>
      <w:r>
        <w:t>yani prophet of islam jab aaye to aap jante hain ke woh seventh century ke first quarter mein aaye. yeh zamana pre-scientific age ka zamana tha.</w:t>
      </w:r>
    </w:p>
    <w:p>
      <w:pPr>
        <w:jc w:val="right"/>
      </w:pPr>
      <w:r>
        <w:t>یعنی prophet of اسلام جب آئے تو آپ جانتے ہیں کہ وہ seventh century کے first quarter میں آئے۔ یہ زمانہ pre-scientific age کا زمانہ تھا۔</w:t>
      </w:r>
    </w:p>
    <w:p>
      <w:r>
        <w:rPr>
          <w:b/>
        </w:rPr>
        <w:t xml:space="preserve">[06:04] </w:t>
      </w:r>
      <w:r>
        <w:t>us waqt yeh aelan kiya gaya ke aage aisa hoga. yeh ek bohat hi daring statement tha.</w:t>
      </w:r>
    </w:p>
    <w:p>
      <w:pPr>
        <w:jc w:val="right"/>
      </w:pPr>
      <w:r>
        <w:t>اس وقت یہ اعلان کیا گیا کہ آگے ایسا ہوگا۔ یہ ایک بہت ہی daring statement تھا۔</w:t>
      </w:r>
    </w:p>
    <w:p>
      <w:r>
        <w:rPr>
          <w:b/>
        </w:rPr>
        <w:t xml:space="preserve">[06:14] </w:t>
      </w:r>
      <w:r>
        <w:t>is ka matlab yeh tha ke "river of knowledge is flowing from ignorance to</w:t>
      </w:r>
    </w:p>
    <w:p>
      <w:pPr>
        <w:jc w:val="right"/>
      </w:pPr>
      <w:r>
        <w:t>اس کا مطلب یہ تھا کہ "river of knowledge is flowing from ignorance to</w:t>
      </w:r>
    </w:p>
    <w:p>
      <w:r>
        <w:rPr>
          <w:b/>
        </w:rPr>
        <w:t xml:space="preserve">[06:24] </w:t>
      </w:r>
      <w:r>
        <w:t>awareness, from darkness to light, from unseen world to seen world"</w:t>
      </w:r>
    </w:p>
    <w:p>
      <w:pPr>
        <w:jc w:val="right"/>
      </w:pPr>
      <w:r>
        <w:t>awareness, from darkness to light, from unseen world to seen world"</w:t>
      </w:r>
    </w:p>
    <w:p>
      <w:r>
        <w:rPr>
          <w:b/>
        </w:rPr>
        <w:t xml:space="preserve">[06:34] </w:t>
      </w:r>
      <w:r>
        <w:t>yani woh sab kuch jo us waqt ya us se pehle</w:t>
      </w:r>
    </w:p>
    <w:p>
      <w:pPr>
        <w:jc w:val="right"/>
      </w:pPr>
      <w:r>
        <w:t>یعنی وہ سب کچھ جو اس وقت یا اس سے پہلے</w:t>
      </w:r>
    </w:p>
    <w:p>
      <w:r>
        <w:rPr>
          <w:b/>
        </w:rPr>
        <w:t xml:space="preserve">[06:41] </w:t>
      </w:r>
      <w:r>
        <w:t>sirf speculation ke base par chal raha tha, woh science ke base par prove ho jayega. jaisa ke mein ek example deta hoon aap ko.</w:t>
      </w:r>
    </w:p>
    <w:p>
      <w:pPr>
        <w:jc w:val="right"/>
      </w:pPr>
      <w:r>
        <w:t>صرف speculation کے base پر چل رہا تھا، وہ سائنس کے base پر prove ہو جائے گا۔ جیسا کہ میں ایک example دیتا ہوں آپ کو۔</w:t>
      </w:r>
    </w:p>
    <w:p>
      <w:r>
        <w:rPr>
          <w:b/>
        </w:rPr>
        <w:t xml:space="preserve">[06:54] </w:t>
      </w:r>
      <w:r>
        <w:t>quran mein hai ke jab tauheed ki theory pesh ki gayi, the oneness of God, to us waqt ka jo</w:t>
      </w:r>
    </w:p>
    <w:p>
      <w:pPr>
        <w:jc w:val="right"/>
      </w:pPr>
      <w:r>
        <w:t>قرآن میں ہے کہ جب توحید کی theory پیش کی گئی، the oneness of God، تو اس وقت کا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