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Paradise A Home of Peace July 26, 2007</w:t>
      </w:r>
    </w:p>
    <w:p>
      <w:r>
        <w:t>https://www.youtube.com/watch?v=jJ_Gc-StCAc</w:t>
      </w:r>
    </w:p>
    <w:p>
      <w:r>
        <w:rPr>
          <w:b/>
        </w:rPr>
        <w:t xml:space="preserve">[00:09] </w:t>
      </w:r>
      <w:r>
        <w:t>rab ishrah li sadri, wa yassir li amri, wah-lul uqdatan min lisani, yafqahu qawli.</w:t>
      </w:r>
    </w:p>
    <w:p>
      <w:pPr>
        <w:jc w:val="right"/>
      </w:pPr>
      <w:r>
        <w:t>رب اشرح لی صدری، ویسر لی امری، واحل العقدۃ من لسانی، یفقہ قولی.</w:t>
      </w:r>
    </w:p>
    <w:p>
      <w:r>
        <w:rPr>
          <w:b/>
        </w:rPr>
        <w:t xml:space="preserve">[00:24] </w:t>
      </w:r>
      <w:r>
        <w:t>The topic for this day is</w:t>
      </w:r>
    </w:p>
    <w:p>
      <w:pPr>
        <w:jc w:val="right"/>
      </w:pPr>
      <w:r>
        <w:t>The topic for this day is</w:t>
      </w:r>
    </w:p>
    <w:p>
      <w:r>
        <w:rPr>
          <w:b/>
        </w:rPr>
        <w:t xml:space="preserve">[00:33] </w:t>
      </w:r>
      <w:r>
        <w:t>Paradise: A Peace Heaven.</w:t>
      </w:r>
    </w:p>
    <w:p>
      <w:pPr>
        <w:jc w:val="right"/>
      </w:pPr>
      <w:r>
        <w:t>Paradise: A Peace Heaven.</w:t>
      </w:r>
    </w:p>
    <w:p>
      <w:r>
        <w:rPr>
          <w:b/>
        </w:rPr>
        <w:t xml:space="preserve">[00:42] </w:t>
      </w:r>
      <w:r>
        <w:t>Paradise: A Peace Heaven. Paradise is the goal of all true believers.</w:t>
      </w:r>
    </w:p>
    <w:p>
      <w:pPr>
        <w:jc w:val="right"/>
      </w:pPr>
      <w:r>
        <w:t>Paradise: A Peace Heaven. Paradise is the goal of all true believers.</w:t>
      </w:r>
    </w:p>
    <w:p>
      <w:r>
        <w:rPr>
          <w:b/>
        </w:rPr>
        <w:t xml:space="preserve">[00:54] </w:t>
      </w:r>
      <w:r>
        <w:t>According to my study, Paradise is not a mysterious place.</w:t>
      </w:r>
    </w:p>
    <w:p>
      <w:pPr>
        <w:jc w:val="right"/>
      </w:pPr>
      <w:r>
        <w:t>According to my study, Paradise is not a mysterious place.</w:t>
      </w:r>
    </w:p>
    <w:p>
      <w:r>
        <w:rPr>
          <w:b/>
        </w:rPr>
        <w:t xml:space="preserve">[01:04] </w:t>
      </w:r>
      <w:r>
        <w:t>Paradise is like our present world.</w:t>
      </w:r>
    </w:p>
    <w:p>
      <w:pPr>
        <w:jc w:val="right"/>
      </w:pPr>
      <w:r>
        <w:t>Paradise is like our present world.</w:t>
      </w:r>
    </w:p>
    <w:p>
      <w:r>
        <w:rPr>
          <w:b/>
        </w:rPr>
        <w:t xml:space="preserve">[01:11] </w:t>
      </w:r>
      <w:r>
        <w:t>Everything we find in our present world is also</w:t>
      </w:r>
    </w:p>
    <w:p>
      <w:pPr>
        <w:jc w:val="right"/>
      </w:pPr>
      <w:r>
        <w:t>Everything we find in our present world is also</w:t>
      </w:r>
    </w:p>
    <w:p>
      <w:r>
        <w:rPr>
          <w:b/>
        </w:rPr>
        <w:t xml:space="preserve">[01:23] </w:t>
      </w:r>
      <w:r>
        <w:t>present in the Paradise. But the only difference is that our world is an imperfect world and Paradise is a perfect world.</w:t>
      </w:r>
    </w:p>
    <w:p>
      <w:pPr>
        <w:jc w:val="right"/>
      </w:pPr>
      <w:r>
        <w:t>present in the Paradise. But the only difference is that our world is an imperfect world and Paradise is a perfect world.</w:t>
      </w:r>
    </w:p>
    <w:p>
      <w:r>
        <w:rPr>
          <w:b/>
        </w:rPr>
        <w:t xml:space="preserve">[01:40] </w:t>
      </w:r>
      <w:r>
        <w:t>Here in this world everything is less than ideal, but in the Paradise everything is ideal.</w:t>
      </w:r>
    </w:p>
    <w:p>
      <w:pPr>
        <w:jc w:val="right"/>
      </w:pPr>
      <w:r>
        <w:t>Here in this world everything is less than ideal, but in the Paradise everything is ideal.</w:t>
      </w:r>
    </w:p>
    <w:p>
      <w:r>
        <w:rPr>
          <w:b/>
        </w:rPr>
        <w:t xml:space="preserve">[01:55] </w:t>
      </w:r>
      <w:r>
        <w:t>Then</w:t>
      </w:r>
    </w:p>
    <w:p>
      <w:pPr>
        <w:jc w:val="right"/>
      </w:pPr>
      <w:r>
        <w:t>Then</w:t>
      </w:r>
    </w:p>
    <w:p>
      <w:r>
        <w:rPr>
          <w:b/>
        </w:rPr>
        <w:t xml:space="preserve">[01:58] </w:t>
      </w:r>
      <w:r>
        <w:t>Paradise is an eternal place. The present world is not an eternal place, but Paradise is an eternal place.</w:t>
      </w:r>
    </w:p>
    <w:p>
      <w:pPr>
        <w:jc w:val="right"/>
      </w:pPr>
      <w:r>
        <w:t>Paradise is an eternal place. The present world is not an eternal place, but Paradise is an eternal place.</w:t>
      </w:r>
    </w:p>
    <w:p>
      <w:r>
        <w:rPr>
          <w:b/>
        </w:rPr>
        <w:t xml:space="preserve">[02:15] </w:t>
      </w:r>
      <w:r>
        <w:t>All kinds of happiness, all kinds of joy, all kinds of comfort are there.</w:t>
      </w:r>
    </w:p>
    <w:p>
      <w:pPr>
        <w:jc w:val="right"/>
      </w:pPr>
      <w:r>
        <w:t>All kinds of happiness, all kinds of joy, all kinds of comfort are there.</w:t>
      </w:r>
    </w:p>
    <w:p>
      <w:r>
        <w:rPr>
          <w:b/>
        </w:rPr>
        <w:t xml:space="preserve">[02:28] </w:t>
      </w:r>
      <w:r>
        <w:t>no</w:t>
      </w:r>
    </w:p>
    <w:p>
      <w:pPr>
        <w:jc w:val="right"/>
      </w:pPr>
      <w:r>
        <w:t>No</w:t>
      </w:r>
    </w:p>
    <w:p>
      <w:r>
        <w:rPr>
          <w:b/>
        </w:rPr>
        <w:t xml:space="preserve">[02:33] </w:t>
      </w:r>
      <w:r>
        <w:t>disease, no boredom, no accident, no</w:t>
      </w:r>
    </w:p>
    <w:p>
      <w:pPr>
        <w:jc w:val="right"/>
      </w:pPr>
      <w:r>
        <w:t>disease, no boredom, no accident, no</w:t>
      </w:r>
    </w:p>
    <w:p>
      <w:r>
        <w:rPr>
          <w:b/>
        </w:rPr>
        <w:t xml:space="preserve">[02:44] </w:t>
      </w:r>
      <w:r>
        <w:t>nuisance, no noise pollution, no air pollution, no water pollution—no.</w:t>
      </w:r>
    </w:p>
    <w:p>
      <w:pPr>
        <w:jc w:val="right"/>
      </w:pPr>
      <w:r>
        <w:t>nuisance, no noise pollution, no air pollution, no water pollution—no.</w:t>
      </w:r>
    </w:p>
    <w:p>
      <w:r>
        <w:rPr>
          <w:b/>
        </w:rPr>
        <w:t xml:space="preserve">[02:58] </w:t>
      </w:r>
      <w:r>
        <w:t>paradise is</w:t>
      </w:r>
    </w:p>
    <w:p>
      <w:pPr>
        <w:jc w:val="right"/>
      </w:pPr>
      <w:r>
        <w:t>Paradise is</w:t>
      </w:r>
    </w:p>
    <w:p>
      <w:r>
        <w:rPr>
          <w:b/>
        </w:rPr>
        <w:t xml:space="preserve">[03:02] </w:t>
      </w:r>
      <w:r>
        <w:t>a dream world</w:t>
      </w:r>
    </w:p>
    <w:p>
      <w:pPr>
        <w:jc w:val="right"/>
      </w:pPr>
      <w:r>
        <w:t>a dream world</w:t>
      </w:r>
    </w:p>
    <w:p>
      <w:r>
        <w:rPr>
          <w:b/>
        </w:rPr>
        <w:t xml:space="preserve">[03:05] </w:t>
      </w:r>
      <w:r>
        <w:t>. everyone has a dream in his mind. everyone. there is no exception.</w:t>
      </w:r>
    </w:p>
    <w:p>
      <w:pPr>
        <w:jc w:val="right"/>
      </w:pPr>
      <w:r>
        <w:t>. Everyone has a dream in his mind. Everyone. There is no exception.</w:t>
      </w:r>
    </w:p>
    <w:p>
      <w:r>
        <w:rPr>
          <w:b/>
        </w:rPr>
        <w:t xml:space="preserve">[03:15] </w:t>
      </w:r>
      <w:r>
        <w:t>everyone is a seeker, seeker of paradise. so everyone tries to find his dream world in the present world,</w:t>
      </w:r>
    </w:p>
    <w:p>
      <w:pPr>
        <w:jc w:val="right"/>
      </w:pPr>
      <w:r>
        <w:t>Everyone is a seeker, seeker of Paradise. So everyone tries to find his dream world in the present world,</w:t>
      </w:r>
    </w:p>
    <w:p>
      <w:r>
        <w:rPr>
          <w:b/>
        </w:rPr>
        <w:t xml:space="preserve">[03:31] </w:t>
      </w:r>
      <w:r>
        <w:t>but everyone fails. the history shows that no one was able to achieve his dream world.</w:t>
      </w:r>
    </w:p>
    <w:p>
      <w:pPr>
        <w:jc w:val="right"/>
      </w:pPr>
      <w:r>
        <w:t>but everyone fails. The history shows that no one was able to achieve his dream world.</w:t>
      </w:r>
    </w:p>
    <w:p>
      <w:r>
        <w:rPr>
          <w:b/>
        </w:rPr>
        <w:t xml:space="preserve">[03:49] </w:t>
      </w:r>
      <w:r>
        <w:t>no wealthy person, no powerful person was an achiever in this sense.</w:t>
      </w:r>
    </w:p>
    <w:p>
      <w:pPr>
        <w:jc w:val="right"/>
      </w:pPr>
      <w:r>
        <w:t>No wealthy person, no powerful person was an achiever in this sense.</w:t>
      </w:r>
    </w:p>
    <w:p>
      <w:r>
        <w:rPr>
          <w:b/>
        </w:rPr>
        <w:t xml:space="preserve">[04:00] </w:t>
      </w:r>
      <w:r>
        <w:t>it is a fact. one evidence of this fact is that all the stories, all the novels are tragedy, not comedy,</w:t>
      </w:r>
    </w:p>
    <w:p>
      <w:pPr>
        <w:jc w:val="right"/>
      </w:pPr>
      <w:r>
        <w:t>It is a fact. One evidence of this fact is that all the stories, all the novels are tragedy, not comedy,</w:t>
      </w:r>
    </w:p>
    <w:p>
      <w:r>
        <w:rPr>
          <w:b/>
        </w:rPr>
        <w:t xml:space="preserve">[04:16] </w:t>
      </w:r>
      <w:r>
        <w:t>because tragedy addresses people's mind.</w:t>
      </w:r>
    </w:p>
    <w:p>
      <w:pPr>
        <w:jc w:val="right"/>
      </w:pPr>
      <w:r>
        <w:t>because tragedy addresses people's mind.</w:t>
      </w:r>
    </w:p>
    <w:p>
      <w:r>
        <w:rPr>
          <w:b/>
        </w:rPr>
        <w:t xml:space="preserve">[04:23] </w:t>
      </w:r>
      <w:r>
        <w:t>tragic stories address people's mind. well-known english poet shelley said, "our sweetest songs are those which are saddest songs." why?</w:t>
      </w:r>
    </w:p>
    <w:p>
      <w:pPr>
        <w:jc w:val="right"/>
      </w:pPr>
      <w:r>
        <w:t>Tragic stories address people's mind. Well-known English poet Shelley said, "Our sweetest songs are those which are saddest songs." Why?</w:t>
      </w:r>
    </w:p>
    <w:p>
      <w:r>
        <w:rPr>
          <w:b/>
        </w:rPr>
        <w:t xml:space="preserve">[04:47] </w:t>
      </w:r>
      <w:r>
        <w:t>because everyone, even rich people and political leaders, even kings, are living in sadness</w:t>
      </w:r>
    </w:p>
    <w:p>
      <w:pPr>
        <w:jc w:val="right"/>
      </w:pPr>
      <w:r>
        <w:t>Because everyone, even rich people and political leaders, even kings, are living in sadness</w:t>
      </w:r>
    </w:p>
    <w:p>
      <w:r>
        <w:rPr>
          <w:b/>
        </w:rPr>
        <w:t xml:space="preserve">[05:01] </w:t>
      </w:r>
      <w:r>
        <w:t>. everyone has a sad personality.</w:t>
      </w:r>
    </w:p>
    <w:p>
      <w:pPr>
        <w:jc w:val="right"/>
      </w:pPr>
      <w:r>
        <w:t>. Everyone has a sad personality.</w:t>
      </w:r>
    </w:p>
    <w:p>
      <w:r>
        <w:rPr>
          <w:b/>
        </w:rPr>
        <w:t xml:space="preserve">[05:07] </w:t>
      </w:r>
      <w:r>
        <w:t>everyone feels that, "i was deprived of happiness." so tragic stories address their mind.</w:t>
      </w:r>
    </w:p>
    <w:p>
      <w:pPr>
        <w:jc w:val="right"/>
      </w:pPr>
      <w:r>
        <w:t>Everyone feels that, "I was deprived of happiness." So tragic stories address their mind.</w:t>
      </w:r>
    </w:p>
    <w:p>
      <w:r>
        <w:rPr>
          <w:b/>
        </w:rPr>
        <w:t xml:space="preserve">[05:21] </w:t>
      </w:r>
      <w:r>
        <w:t>this is the secret why all the novels are tragedy and not comedy.</w:t>
      </w:r>
    </w:p>
    <w:p>
      <w:pPr>
        <w:jc w:val="right"/>
      </w:pPr>
      <w:r>
        <w:t>This is the secret why all the novels are tragedy and not comedy.</w:t>
      </w:r>
    </w:p>
    <w:p>
      <w:r>
        <w:rPr>
          <w:b/>
        </w:rPr>
        <w:t xml:space="preserve">[05:33] </w:t>
      </w:r>
      <w:r>
        <w:t>so this dream is not unreal. no. it is impossible that a thing that is unreal may sustain throughout history.</w:t>
      </w:r>
    </w:p>
    <w:p>
      <w:pPr>
        <w:jc w:val="right"/>
      </w:pPr>
      <w:r>
        <w:t>So this dream is not unreal. No. It is impossible that a thing that is unreal may sustain throughout history.</w:t>
      </w:r>
    </w:p>
    <w:p>
      <w:r>
        <w:rPr>
          <w:b/>
        </w:rPr>
        <w:t xml:space="preserve">[05:49] </w:t>
      </w:r>
      <w:r>
        <w:t>every human being, men and women of the history, were born with this dream.</w:t>
      </w:r>
    </w:p>
    <w:p>
      <w:pPr>
        <w:jc w:val="right"/>
      </w:pPr>
      <w:r>
        <w:t>Every human being, men and women of the history, were born with this dream.</w:t>
      </w:r>
    </w:p>
    <w:p>
      <w:r>
        <w:rPr>
          <w:b/>
        </w:rPr>
        <w:t xml:space="preserve">[06:02] </w:t>
      </w:r>
      <w:r>
        <w:t>there is no exception in this aspect. so it is impossible that a thing that is not real may sustain throughout history.</w:t>
      </w:r>
    </w:p>
    <w:p>
      <w:pPr>
        <w:jc w:val="right"/>
      </w:pPr>
      <w:r>
        <w:t>There is no exception in this aspect. So it is impossible that a thing that is not real may sustain throughout history.</w:t>
      </w:r>
    </w:p>
    <w:p>
      <w:r>
        <w:rPr>
          <w:b/>
        </w:rPr>
        <w:t xml:space="preserve">[06:20] </w:t>
      </w:r>
      <w:r>
        <w:t>no. this kind of dream is part of nature. it is instilled in human personality.</w:t>
      </w:r>
    </w:p>
    <w:p>
      <w:pPr>
        <w:jc w:val="right"/>
      </w:pPr>
      <w:r>
        <w:t>No. This kind of dream is part of nature. It is instilled in human personality.</w:t>
      </w:r>
    </w:p>
    <w:p>
      <w:r>
        <w:rPr>
          <w:b/>
        </w:rPr>
        <w:t xml:space="preserve">[06:33] </w:t>
      </w:r>
      <w:r>
        <w:t>so it is an advanced news of paradise.</w:t>
      </w:r>
    </w:p>
    <w:p>
      <w:pPr>
        <w:jc w:val="right"/>
      </w:pPr>
      <w:r>
        <w:t>So it is an advanced news of Paradise.</w:t>
      </w:r>
    </w:p>
    <w:p>
      <w:r>
        <w:rPr>
          <w:b/>
        </w:rPr>
        <w:t xml:space="preserve">[06:44] </w:t>
      </w:r>
      <w:r>
        <w:t>paradise is there. paradise exists. paradise is a reality. and god has instilled its concept in every human being.</w:t>
      </w:r>
    </w:p>
    <w:p>
      <w:pPr>
        <w:jc w:val="right"/>
      </w:pPr>
      <w:r>
        <w:t>Paradise is there. Paradise exists. Paradise is a reality. And God has instilled its concept in every human being.</w:t>
      </w:r>
    </w:p>
    <w:p>
      <w:r>
        <w:rPr>
          <w:b/>
        </w:rPr>
        <w:t xml:space="preserve">[07:02] </w:t>
      </w:r>
      <w:r>
        <w:t>it is this</w:t>
      </w:r>
    </w:p>
    <w:p>
      <w:pPr>
        <w:jc w:val="right"/>
      </w:pPr>
      <w:r>
        <w:t>It is this</w:t>
      </w:r>
    </w:p>
    <w:p>
      <w:r>
        <w:rPr>
          <w:b/>
        </w:rPr>
        <w:t xml:space="preserve">[07:09] </w:t>
      </w:r>
      <w:r>
        <w:t>reason</w:t>
      </w:r>
    </w:p>
    <w:p>
      <w:pPr>
        <w:jc w:val="right"/>
      </w:pPr>
      <w:r>
        <w:t>reason</w:t>
      </w:r>
    </w:p>
    <w:p>
      <w:r>
        <w:rPr>
          <w:b/>
        </w:rPr>
        <w:t xml:space="preserve">[07:14] </w:t>
      </w:r>
      <w:r>
        <w:t>it is not a—so our dream is not a fiction</w:t>
      </w:r>
    </w:p>
    <w:p>
      <w:pPr>
        <w:jc w:val="right"/>
      </w:pPr>
      <w:r>
        <w:t>it is not a—so our dream is not a fiction</w:t>
      </w:r>
    </w:p>
    <w:p>
      <w:r>
        <w:rPr>
          <w:b/>
        </w:rPr>
        <w:t xml:space="preserve">[07:22] </w:t>
      </w:r>
      <w:r>
        <w:t>. Our dream is not unreal. It is quite real. But the only thing that—the only thing is that we can find our Paradise, our dream world, in the post-death period of our life.</w:t>
      </w:r>
    </w:p>
    <w:p>
      <w:pPr>
        <w:jc w:val="right"/>
      </w:pPr>
      <w:r>
        <w:t>. Our dream is not unreal. It is quite real. But the only thing that—the only thing is that we can find our Paradise, our dream world, in the post-death period of our life.</w:t>
      </w:r>
    </w:p>
    <w:p>
      <w:r>
        <w:rPr>
          <w:b/>
        </w:rPr>
        <w:t xml:space="preserve">[07:50] </w:t>
      </w:r>
      <w:r>
        <w:t>We are seeking our dream world in the pre-death period</w:t>
      </w:r>
    </w:p>
    <w:p>
      <w:pPr>
        <w:jc w:val="right"/>
      </w:pPr>
      <w:r>
        <w:t>We are seeking our dream world in the pre-death period</w:t>
      </w:r>
    </w:p>
    <w:p>
      <w:r>
        <w:rPr>
          <w:b/>
        </w:rPr>
        <w:t xml:space="preserve">[07:56] </w:t>
      </w:r>
      <w:r>
        <w:t>. That is impossible. Why everyone</w:t>
      </w:r>
    </w:p>
    <w:p>
      <w:pPr>
        <w:jc w:val="right"/>
      </w:pPr>
      <w:r>
        <w:t>. That is impossible. Why everyone</w:t>
      </w:r>
    </w:p>
    <w:p>
      <w:r>
        <w:rPr>
          <w:b/>
        </w:rPr>
        <w:t xml:space="preserve">[08:06] </w:t>
      </w:r>
      <w:r>
        <w:t>was a case of failure? Because these people wanted to achieve their Paradise or their dream world in the pre-death period</w:t>
      </w:r>
    </w:p>
    <w:p>
      <w:pPr>
        <w:jc w:val="right"/>
      </w:pPr>
      <w:r>
        <w:t>was a case of failure? Because these people wanted to achieve their Paradise or their dream world in the pre-death period</w:t>
      </w:r>
    </w:p>
    <w:p>
      <w:r>
        <w:rPr>
          <w:b/>
        </w:rPr>
        <w:t xml:space="preserve">[08:24] </w:t>
      </w:r>
      <w:r>
        <w:t>. This was against the law of nature. This was against the creation plan of God. So they failed.</w:t>
      </w:r>
    </w:p>
    <w:p>
      <w:pPr>
        <w:jc w:val="right"/>
      </w:pPr>
      <w:r>
        <w:t>. This was against the law of nature. This was against the creation plan of God. So they failed.</w:t>
      </w:r>
    </w:p>
    <w:p>
      <w:r>
        <w:rPr>
          <w:b/>
        </w:rPr>
        <w:t xml:space="preserve">[08:38] </w:t>
      </w:r>
      <w:r>
        <w:t>The fact is that</w:t>
      </w:r>
    </w:p>
    <w:p>
      <w:pPr>
        <w:jc w:val="right"/>
      </w:pPr>
      <w:r>
        <w:t>The fact is that</w:t>
      </w:r>
    </w:p>
    <w:p>
      <w:r>
        <w:rPr>
          <w:b/>
        </w:rPr>
        <w:t xml:space="preserve">[08:42] </w:t>
      </w:r>
      <w:r>
        <w:t>Paradise is a reality, but</w:t>
      </w:r>
    </w:p>
    <w:p>
      <w:pPr>
        <w:jc w:val="right"/>
      </w:pPr>
      <w:r>
        <w:t>Paradise is a reality, but</w:t>
      </w:r>
    </w:p>
    <w:p>
      <w:r>
        <w:rPr>
          <w:b/>
        </w:rPr>
        <w:t xml:space="preserve">[08:48] </w:t>
      </w:r>
      <w:r>
        <w:t>we can achieve it only in the</w:t>
      </w:r>
    </w:p>
    <w:p>
      <w:pPr>
        <w:jc w:val="right"/>
      </w:pPr>
      <w:r>
        <w:t>we can achieve it only in the</w:t>
      </w:r>
    </w:p>
    <w:p>
      <w:r>
        <w:rPr>
          <w:b/>
        </w:rPr>
        <w:t xml:space="preserve">[08:59] </w:t>
      </w:r>
      <w:r>
        <w:t>pre-death, in the post-death period, in the period after the death, not before the death.</w:t>
      </w:r>
    </w:p>
    <w:p>
      <w:pPr>
        <w:jc w:val="right"/>
      </w:pPr>
      <w:r>
        <w:t>pre-death, in the post-death period, in the period after the death, not before the death.</w:t>
      </w:r>
    </w:p>
    <w:p>
      <w:r>
        <w:rPr>
          <w:b/>
        </w:rPr>
        <w:t xml:space="preserve">[09:12] </w:t>
      </w:r>
      <w:r>
        <w:t>God has</w:t>
      </w:r>
    </w:p>
    <w:p>
      <w:pPr>
        <w:jc w:val="right"/>
      </w:pPr>
      <w:r>
        <w:t>God has</w:t>
      </w:r>
    </w:p>
    <w:p>
      <w:r>
        <w:rPr>
          <w:b/>
        </w:rPr>
        <w:t xml:space="preserve">[09:17] </w:t>
      </w:r>
      <w:r>
        <w:t>created us with an eternal being. Everyone is an eternal being.</w:t>
      </w:r>
    </w:p>
    <w:p>
      <w:pPr>
        <w:jc w:val="right"/>
      </w:pPr>
      <w:r>
        <w:t>created us with an eternal being. Everyone is an eternal being.</w:t>
      </w:r>
    </w:p>
    <w:p>
      <w:r>
        <w:rPr>
          <w:b/>
        </w:rPr>
        <w:t xml:space="preserve">[09:30] </w:t>
      </w:r>
      <w:r>
        <w:t>But our life span is divided into two parts. Our life span is divided</w:t>
      </w:r>
    </w:p>
    <w:p>
      <w:pPr>
        <w:jc w:val="right"/>
      </w:pPr>
      <w:r>
        <w:t>But our life span is divided into two parts. Our life span is divided</w:t>
      </w:r>
    </w:p>
    <w:p>
      <w:r>
        <w:rPr>
          <w:b/>
        </w:rPr>
        <w:t xml:space="preserve">[09:43] </w:t>
      </w:r>
      <w:r>
        <w:t>into two parts: pre-death period and post-death period.</w:t>
      </w:r>
    </w:p>
    <w:p>
      <w:pPr>
        <w:jc w:val="right"/>
      </w:pPr>
      <w:r>
        <w:t>into two parts: pre-death period and post-death period.</w:t>
      </w:r>
    </w:p>
    <w:p>
      <w:r>
        <w:rPr>
          <w:b/>
        </w:rPr>
        <w:t xml:space="preserve">[09:53] </w:t>
      </w:r>
      <w:r>
        <w:t>So we have to know this scheme of nature</w:t>
      </w:r>
    </w:p>
    <w:p>
      <w:pPr>
        <w:jc w:val="right"/>
      </w:pPr>
      <w:r>
        <w:t>So we have to know this scheme of nature</w:t>
      </w:r>
    </w:p>
    <w:p>
      <w:r>
        <w:rPr>
          <w:b/>
        </w:rPr>
        <w:t xml:space="preserve">[10:01] </w:t>
      </w:r>
      <w:r>
        <w:t>so that we may plan our activities, so that we save ourselves from frustration, so that we may save ourselves from failure, desperation,</w:t>
      </w:r>
    </w:p>
    <w:p>
      <w:pPr>
        <w:jc w:val="right"/>
      </w:pPr>
      <w:r>
        <w:t>so that we may plan our activities, so that we save ourselves from frustration, so that we may save ourselves from failure, desperation,</w:t>
      </w:r>
    </w:p>
    <w:p>
      <w:r>
        <w:rPr>
          <w:b/>
        </w:rPr>
        <w:t xml:space="preserve">[10:24] </w:t>
      </w:r>
      <w:r>
        <w:t>and despair. The Quran is an</w:t>
      </w:r>
    </w:p>
    <w:p>
      <w:pPr>
        <w:jc w:val="right"/>
      </w:pPr>
      <w:r>
        <w:t>and despair. The Quran is an</w:t>
      </w:r>
    </w:p>
    <w:p>
      <w:r>
        <w:rPr>
          <w:b/>
        </w:rPr>
        <w:t xml:space="preserve">[10:30] </w:t>
      </w:r>
      <w:r>
        <w:t>introduction of Paradise. The Quran is an introduction of Paradise.</w:t>
      </w:r>
    </w:p>
    <w:p>
      <w:pPr>
        <w:jc w:val="right"/>
      </w:pPr>
      <w:r>
        <w:t>introduction of Paradise. The Quran is an introduction of Paradise.</w:t>
      </w:r>
    </w:p>
    <w:p>
      <w:r>
        <w:rPr>
          <w:b/>
        </w:rPr>
        <w:t xml:space="preserve">[10:42] </w:t>
      </w:r>
      <w:r>
        <w:t>I think that according to my study, the most</w:t>
      </w:r>
    </w:p>
    <w:p>
      <w:pPr>
        <w:jc w:val="right"/>
      </w:pPr>
      <w:r>
        <w:t>I think that according to my study, the most</w:t>
      </w:r>
    </w:p>
    <w:p>
      <w:r>
        <w:rPr>
          <w:b/>
        </w:rPr>
        <w:t xml:space="preserve">[10:49] </w:t>
      </w:r>
      <w:r>
        <w:t>distinctive feature of Paradise is peace</w:t>
      </w:r>
    </w:p>
    <w:p>
      <w:pPr>
        <w:jc w:val="right"/>
      </w:pPr>
      <w:r>
        <w:t>distinctive feature of Paradise is peace</w:t>
      </w:r>
    </w:p>
    <w:p>
      <w:r>
        <w:rPr>
          <w:b/>
        </w:rPr>
        <w:t xml:space="preserve">[10:53] </w:t>
      </w:r>
      <w:r>
        <w:t>. Peace. Paradise is a peace heaven.</w:t>
      </w:r>
    </w:p>
    <w:p>
      <w:pPr>
        <w:jc w:val="right"/>
      </w:pPr>
      <w:r>
        <w:t>. Peace. Paradise is a peace heaven.</w:t>
      </w:r>
    </w:p>
    <w:p>
      <w:r>
        <w:rPr>
          <w:b/>
        </w:rPr>
        <w:t xml:space="preserve">[11:03] </w:t>
      </w:r>
      <w:r>
        <w:t>Everywhere in the Paradise there is peace.</w:t>
      </w:r>
    </w:p>
    <w:p>
      <w:pPr>
        <w:jc w:val="right"/>
      </w:pPr>
      <w:r>
        <w:t>Everywhere in the Paradise there is peace.</w:t>
      </w:r>
    </w:p>
    <w:p>
      <w:r>
        <w:rPr>
          <w:b/>
        </w:rPr>
        <w:t xml:space="preserve">[11:13] </w:t>
      </w:r>
      <w:r>
        <w:t>Scholars generally define peace as</w:t>
      </w:r>
    </w:p>
    <w:p>
      <w:pPr>
        <w:jc w:val="right"/>
      </w:pPr>
      <w:r>
        <w:t>Scholars generally define peace as</w:t>
      </w:r>
    </w:p>
    <w:p>
      <w:r>
        <w:rPr>
          <w:b/>
        </w:rPr>
        <w:t xml:space="preserve">[11:22] </w:t>
      </w:r>
      <w:r>
        <w:t>the absence of war. According to the scholars' definition, peace means the absence of war, but it is a negative definition.</w:t>
      </w:r>
    </w:p>
    <w:p>
      <w:pPr>
        <w:jc w:val="right"/>
      </w:pPr>
      <w:r>
        <w:t>the absence of war. According to the scholars' definition, peace means the absence of war, but it is a negative definition.</w:t>
      </w:r>
    </w:p>
    <w:p>
      <w:r>
        <w:rPr>
          <w:b/>
        </w:rPr>
        <w:t xml:space="preserve">[11:38] </w:t>
      </w:r>
      <w:r>
        <w:t>It is a negative definition</w:t>
      </w:r>
    </w:p>
    <w:p>
      <w:pPr>
        <w:jc w:val="right"/>
      </w:pPr>
      <w:r>
        <w:t>It is a negative definition</w:t>
      </w:r>
    </w:p>
    <w:p>
      <w:r>
        <w:rPr>
          <w:b/>
        </w:rPr>
        <w:t xml:space="preserve">[11:41] </w:t>
      </w:r>
      <w:r>
        <w:t>. Peace is a highly positive quality. According to my experience,</w:t>
      </w:r>
    </w:p>
    <w:p>
      <w:pPr>
        <w:jc w:val="right"/>
      </w:pPr>
      <w:r>
        <w:t>. Peace is a highly positive quality. According to my experience,</w:t>
      </w:r>
    </w:p>
    <w:p>
      <w:r>
        <w:rPr>
          <w:b/>
        </w:rPr>
        <w:t xml:space="preserve">[11:52] </w:t>
      </w:r>
      <w:r>
        <w:t>peace is not a virtue in itself. Peace is not a religious virtue in itself.</w:t>
      </w:r>
    </w:p>
    <w:p>
      <w:pPr>
        <w:jc w:val="right"/>
      </w:pPr>
      <w:r>
        <w:t>peace is not a virtue in itself. Peace is not a religious virtue in itself.</w:t>
      </w:r>
    </w:p>
    <w:p>
      <w:r>
        <w:rPr>
          <w:b/>
        </w:rPr>
        <w:t xml:space="preserve">[12:05] </w:t>
      </w:r>
      <w:r>
        <w:t>According to my experience, peace is not a religious virtue in itself, but peace provides favorable</w:t>
      </w:r>
    </w:p>
    <w:p>
      <w:pPr>
        <w:jc w:val="right"/>
      </w:pPr>
      <w:r>
        <w:t>According to my experience, peace is not a religious virtue in itself, but peace provides favorable</w:t>
      </w:r>
    </w:p>
    <w:p>
      <w:r>
        <w:rPr>
          <w:b/>
        </w:rPr>
        <w:t xml:space="preserve">[12:25] </w:t>
      </w:r>
      <w:r>
        <w:t>conditions for all kinds of religious activities.</w:t>
      </w:r>
    </w:p>
    <w:p>
      <w:pPr>
        <w:jc w:val="right"/>
      </w:pPr>
      <w:r>
        <w:t>conditions for all kinds of religious activities.</w:t>
      </w:r>
    </w:p>
    <w:p>
      <w:r>
        <w:rPr>
          <w:b/>
        </w:rPr>
        <w:t xml:space="preserve">[12:33] </w:t>
      </w:r>
      <w:r>
        <w:t>So peace in it—peace is the importance of peace is this: that it provides us favorable conditions.</w:t>
      </w:r>
    </w:p>
    <w:p>
      <w:pPr>
        <w:jc w:val="right"/>
      </w:pPr>
      <w:r>
        <w:t>So peace in it—peace is the importance of peace is this: that it provides us favorable conditions.</w:t>
      </w:r>
    </w:p>
    <w:p>
      <w:r>
        <w:rPr>
          <w:b/>
        </w:rPr>
        <w:t xml:space="preserve">[12:45] </w:t>
      </w:r>
      <w:r>
        <w:t>It provides us opportunities. You know, without peace, no positive activities are possible in this world.</w:t>
      </w:r>
    </w:p>
    <w:p>
      <w:pPr>
        <w:jc w:val="right"/>
      </w:pPr>
      <w:r>
        <w:t>It provides us opportunities. You know, without peace, no positive activities are possible in this world.</w:t>
      </w:r>
    </w:p>
    <w:p>
      <w:r>
        <w:rPr>
          <w:b/>
        </w:rPr>
        <w:t xml:space="preserve">[12:59] </w:t>
      </w:r>
      <w:r>
        <w:t>Without peace, there is no progress, no development, no positive activities are possible in an atmosphere where there is no peace.</w:t>
      </w:r>
    </w:p>
    <w:p>
      <w:pPr>
        <w:jc w:val="right"/>
      </w:pPr>
      <w:r>
        <w:t>Without peace, there is no progress, no development, no positive activities are possible in an atmosphere where there is no peace.</w:t>
      </w:r>
    </w:p>
    <w:p>
      <w:r>
        <w:rPr>
          <w:b/>
        </w:rPr>
        <w:t xml:space="preserve">[13:20] </w:t>
      </w:r>
      <w:r>
        <w:t>Even I cannot deliver a speech without peaceful conditions.</w:t>
      </w:r>
    </w:p>
    <w:p>
      <w:pPr>
        <w:jc w:val="right"/>
      </w:pPr>
      <w:r>
        <w:t>Even I cannot deliver a speech without peaceful conditions.</w:t>
      </w:r>
    </w:p>
    <w:p>
      <w:r>
        <w:rPr>
          <w:b/>
        </w:rPr>
        <w:t xml:space="preserve">[13:29] </w:t>
      </w:r>
      <w:r>
        <w:t>Even a glass of water you cannot take if everywhere there is</w:t>
      </w:r>
    </w:p>
    <w:p>
      <w:pPr>
        <w:jc w:val="right"/>
      </w:pPr>
      <w:r>
        <w:t>Even a glass of water you cannot take if everywhere there is</w:t>
      </w:r>
    </w:p>
    <w:p>
      <w:r>
        <w:rPr>
          <w:b/>
        </w:rPr>
        <w:t xml:space="preserve">[13:39] </w:t>
      </w:r>
      <w:r>
        <w:t>no peace</w:t>
      </w:r>
    </w:p>
    <w:p>
      <w:pPr>
        <w:jc w:val="right"/>
      </w:pPr>
      <w:r>
        <w:t>no peace</w:t>
      </w:r>
    </w:p>
    <w:p>
      <w:r>
        <w:rPr>
          <w:b/>
        </w:rPr>
        <w:t xml:space="preserve">[13:42] </w:t>
      </w:r>
      <w:r>
        <w:t>. It also requires peaceful conditions to drink a glass of water.</w:t>
      </w:r>
    </w:p>
    <w:p>
      <w:pPr>
        <w:jc w:val="right"/>
      </w:pPr>
      <w:r>
        <w:t>. It also requires peaceful conditions to drink a glass of water.</w:t>
      </w:r>
    </w:p>
    <w:p>
      <w:r>
        <w:rPr>
          <w:b/>
        </w:rPr>
        <w:t xml:space="preserve">[13:53] </w:t>
      </w:r>
      <w:r>
        <w:t>So everything, everything, everything depends on peace.</w:t>
      </w:r>
    </w:p>
    <w:p>
      <w:pPr>
        <w:jc w:val="right"/>
      </w:pPr>
      <w:r>
        <w:t>So everything, everything, everything depends on peace.</w:t>
      </w:r>
    </w:p>
    <w:p>
      <w:r>
        <w:rPr>
          <w:b/>
        </w:rPr>
        <w:t xml:space="preserve">[14:01] </w:t>
      </w:r>
      <w:r>
        <w:t>I can say people generally say that Samambonam—about Samambonam there are differences.</w:t>
      </w:r>
    </w:p>
    <w:p>
      <w:pPr>
        <w:jc w:val="right"/>
      </w:pPr>
      <w:r>
        <w:t>I can say people generally say that Samambonam—about Samambonam there are differences.</w:t>
      </w:r>
    </w:p>
    <w:p>
      <w:r>
        <w:rPr>
          <w:b/>
        </w:rPr>
        <w:t xml:space="preserve">[14:11] </w:t>
      </w:r>
      <w:r>
        <w:t>They say that freedom is Samambonam.</w:t>
      </w:r>
    </w:p>
    <w:p>
      <w:pPr>
        <w:jc w:val="right"/>
      </w:pPr>
      <w:r>
        <w:t>They say that freedom is Samambonam.</w:t>
      </w:r>
    </w:p>
    <w:p>
      <w:r>
        <w:rPr>
          <w:b/>
        </w:rPr>
        <w:t xml:space="preserve">[14:18] </w:t>
      </w:r>
      <w:r>
        <w:t>They say that freedom is Samambonam. And those Jihadi people say that war is Samambonam.</w:t>
      </w:r>
    </w:p>
    <w:p>
      <w:pPr>
        <w:jc w:val="right"/>
      </w:pPr>
      <w:r>
        <w:t>They say that freedom is Samambonam. And those Jihadi people say that war is Samambonam.</w:t>
      </w:r>
    </w:p>
    <w:p>
      <w:r>
        <w:rPr>
          <w:b/>
        </w:rPr>
        <w:t xml:space="preserve">[14:28] </w:t>
      </w:r>
      <w:r>
        <w:t>Some people will say—some people would like to say that wealth is Samambonam. Some would like to say that political power is Samambonam.</w:t>
      </w:r>
    </w:p>
    <w:p>
      <w:pPr>
        <w:jc w:val="right"/>
      </w:pPr>
      <w:r>
        <w:t>Some people will say—some people would like to say that wealth is Samambonam. Some would like to say that political power is Samambonam.</w:t>
      </w:r>
    </w:p>
    <w:p>
      <w:r>
        <w:rPr>
          <w:b/>
        </w:rPr>
        <w:t xml:space="preserve">[14:42] </w:t>
      </w:r>
      <w:r>
        <w:t>No. All these things are wrong.</w:t>
      </w:r>
    </w:p>
    <w:p>
      <w:pPr>
        <w:jc w:val="right"/>
      </w:pPr>
      <w:r>
        <w:t>No. All these things are wrong.</w:t>
      </w:r>
    </w:p>
    <w:p>
      <w:r>
        <w:rPr>
          <w:b/>
        </w:rPr>
        <w:t xml:space="preserve">[14:46] </w:t>
      </w:r>
      <w:r>
        <w:t>According to my experience, peace is the Samambonam.</w:t>
      </w:r>
    </w:p>
    <w:p>
      <w:pPr>
        <w:jc w:val="right"/>
      </w:pPr>
      <w:r>
        <w:t>According to my experience, peace is the Samambonam.</w:t>
      </w:r>
    </w:p>
    <w:p>
      <w:r>
        <w:rPr>
          <w:b/>
        </w:rPr>
        <w:t xml:space="preserve">[14:53] </w:t>
      </w:r>
      <w:r>
        <w:t>According to my experience, peace is the Samambonam because if there is peace, there is freedom.</w:t>
      </w:r>
    </w:p>
    <w:p>
      <w:pPr>
        <w:jc w:val="right"/>
      </w:pPr>
      <w:r>
        <w:t>According to my experience, peace is the Samambonam because if there is peace, there is freedom.</w:t>
      </w:r>
    </w:p>
    <w:p>
      <w:r>
        <w:rPr>
          <w:b/>
        </w:rPr>
        <w:t xml:space="preserve">[15:03] </w:t>
      </w:r>
      <w:r>
        <w:t>There is religion. There is philosophy. There are scientific activities. Without peace, there is no activity at all.</w:t>
      </w:r>
    </w:p>
    <w:p>
      <w:pPr>
        <w:jc w:val="right"/>
      </w:pPr>
      <w:r>
        <w:t>There is religion. There is philosophy. There are scientific activities. Without peace, there is no activity at all.</w:t>
      </w:r>
    </w:p>
    <w:p>
      <w:r>
        <w:rPr>
          <w:b/>
        </w:rPr>
        <w:t xml:space="preserve">[15:16] </w:t>
      </w:r>
      <w:r>
        <w:t>Because of this, because of this, God named the Paradise as Darussalam.</w:t>
      </w:r>
    </w:p>
    <w:p>
      <w:pPr>
        <w:jc w:val="right"/>
      </w:pPr>
      <w:r>
        <w:t>Because of this, because of this, God named the Paradise as Darussalam.</w:t>
      </w:r>
    </w:p>
    <w:p>
      <w:r>
        <w:rPr>
          <w:b/>
        </w:rPr>
        <w:t xml:space="preserve">[15:32] </w:t>
      </w:r>
      <w:r>
        <w:t>In the Quran, there is a very relevant verse in this regard: "Wallahu yadu ila Darussalam," and God calls to the home of peace</w:t>
      </w:r>
    </w:p>
    <w:p>
      <w:pPr>
        <w:jc w:val="right"/>
      </w:pPr>
      <w:r>
        <w:t>In the Quran, there is a very relevant verse in this regard: "Wallahu yadu ila Darussalam," and God calls to the home of peace</w:t>
      </w:r>
    </w:p>
    <w:p>
      <w:r>
        <w:rPr>
          <w:b/>
        </w:rPr>
        <w:t xml:space="preserve">[15:51] </w:t>
      </w:r>
      <w:r>
        <w:t>. Here, Darussalam means Jannah, Paradise.</w:t>
      </w:r>
    </w:p>
    <w:p>
      <w:pPr>
        <w:jc w:val="right"/>
      </w:pPr>
      <w:r>
        <w:t>. Here, Darussalam means Jannah, Paradise.</w:t>
      </w:r>
    </w:p>
    <w:p>
      <w:r>
        <w:rPr>
          <w:b/>
        </w:rPr>
        <w:t xml:space="preserve">[15:58] </w:t>
      </w:r>
      <w:r>
        <w:t>"Wallahu yadu ila Darussalam," God calls to the home of peace</w:t>
      </w:r>
    </w:p>
    <w:p>
      <w:pPr>
        <w:jc w:val="right"/>
      </w:pPr>
      <w:r>
        <w:t>"Wallahu yadu ila Darussalam," God calls to the home of peace</w:t>
      </w:r>
    </w:p>
    <w:p>
      <w:r>
        <w:rPr>
          <w:b/>
        </w:rPr>
        <w:t xml:space="preserve">[16:06] </w:t>
      </w:r>
      <w:r>
        <w:t>. So the best name adopted by the Quran for Jannah or Paradise is Darussalam. That is, that is, that is the place of peace, home of peace</w:t>
      </w:r>
    </w:p>
    <w:p>
      <w:pPr>
        <w:jc w:val="right"/>
      </w:pPr>
      <w:r>
        <w:t>. So the best name adopted by the Quran for Jannah or Paradise is Darussalam. That is, that is, that is the place of peace, home of peace</w:t>
      </w:r>
    </w:p>
    <w:p>
      <w:r>
        <w:rPr>
          <w:b/>
        </w:rPr>
        <w:t xml:space="preserve">[16:24] </w:t>
      </w:r>
      <w:r>
        <w:t>because if there is peace, then everything else must be there. You know, according to the Quran, peace is also a name of God Almighty,</w:t>
      </w:r>
    </w:p>
    <w:p>
      <w:pPr>
        <w:jc w:val="right"/>
      </w:pPr>
      <w:r>
        <w:t>because if there is peace, then everything else must be there. You know, according to the Quran, peace is also a name of God Almighty,</w:t>
      </w:r>
    </w:p>
    <w:p>
      <w:r>
        <w:rPr>
          <w:b/>
        </w:rPr>
        <w:t xml:space="preserve">[16:41] </w:t>
      </w:r>
      <w:r>
        <w:t>Assalam.</w:t>
      </w:r>
    </w:p>
    <w:p>
      <w:pPr>
        <w:jc w:val="right"/>
      </w:pPr>
      <w:r>
        <w:t>Assalam.</w:t>
      </w:r>
    </w:p>
    <w:p>
      <w:r>
        <w:rPr>
          <w:b/>
        </w:rPr>
        <w:t xml:space="preserve">[16:46] </w:t>
      </w:r>
      <w:r>
        <w:t>One name according to the Quran of God is Assalam. Assalam means peace.</w:t>
      </w:r>
    </w:p>
    <w:p>
      <w:pPr>
        <w:jc w:val="right"/>
      </w:pPr>
      <w:r>
        <w:t>One name according to the Quran of God is Assalam. Assalam means peace.</w:t>
      </w:r>
    </w:p>
    <w:p>
      <w:r>
        <w:rPr>
          <w:b/>
        </w:rPr>
        <w:t xml:space="preserve">[16:54] </w:t>
      </w:r>
      <w:r>
        <w:t>Assalam means peace.</w:t>
      </w:r>
    </w:p>
    <w:p>
      <w:pPr>
        <w:jc w:val="right"/>
      </w:pPr>
      <w:r>
        <w:t>Assalam means peace.</w:t>
      </w:r>
    </w:p>
    <w:p>
      <w:r>
        <w:rPr>
          <w:b/>
        </w:rPr>
        <w:t xml:space="preserve">[17:00] </w:t>
      </w:r>
      <w:r>
        <w:t>So peace is a name of God. Then there is a Hadith: "Assalamu min al-Islam."</w:t>
      </w:r>
    </w:p>
    <w:p>
      <w:pPr>
        <w:jc w:val="right"/>
      </w:pPr>
      <w:r>
        <w:t>So peace is a name of God. Then there is a Hadith: "Assalamu min al-Islam."</w:t>
      </w:r>
    </w:p>
    <w:p>
      <w:r>
        <w:rPr>
          <w:b/>
        </w:rPr>
        <w:t xml:space="preserve">[17:15] </w:t>
      </w:r>
      <w:r>
        <w:t>Assalamu min al-Islam. It means that peace is a part of Islam.</w:t>
      </w:r>
    </w:p>
    <w:p>
      <w:pPr>
        <w:jc w:val="right"/>
      </w:pPr>
      <w:r>
        <w:t>Assalamu min al-Islam. It means that peace is a part of Islam.</w:t>
      </w:r>
    </w:p>
    <w:p>
      <w:r>
        <w:rPr>
          <w:b/>
        </w:rPr>
        <w:t xml:space="preserve">[17:24] </w:t>
      </w:r>
      <w:r>
        <w:t>Peace is a part of the religion of Islam. Assalamu min al-Islam.</w:t>
      </w:r>
    </w:p>
    <w:p>
      <w:pPr>
        <w:jc w:val="right"/>
      </w:pPr>
      <w:r>
        <w:t>Peace is a part of the religion of Islam. Assalamu min al-Islam.</w:t>
      </w:r>
    </w:p>
    <w:p>
      <w:r>
        <w:rPr>
          <w:b/>
        </w:rPr>
        <w:t xml:space="preserve">[17:34] </w:t>
      </w:r>
      <w:r>
        <w:t>Then the Quran says that</w:t>
      </w:r>
    </w:p>
    <w:p>
      <w:pPr>
        <w:jc w:val="right"/>
      </w:pPr>
      <w:r>
        <w:t>Then the Quran says that</w:t>
      </w:r>
    </w:p>
    <w:p>
      <w:r>
        <w:rPr>
          <w:b/>
        </w:rPr>
        <w:t xml:space="preserve">[17:41] </w:t>
      </w:r>
      <w:r>
        <w:t>the greetings of the people of Paradise will be Assalam, peace.</w:t>
      </w:r>
    </w:p>
    <w:p>
      <w:pPr>
        <w:jc w:val="right"/>
      </w:pPr>
      <w:r>
        <w:t>the greetings of the people of Paradise will be Assalam, peace.</w:t>
      </w:r>
    </w:p>
    <w:p>
      <w:r>
        <w:rPr>
          <w:b/>
        </w:rPr>
        <w:t xml:space="preserve">[17:49] </w:t>
      </w:r>
      <w:r>
        <w:t>Peace be upon you. Peace be upon you.</w:t>
      </w:r>
    </w:p>
    <w:p>
      <w:pPr>
        <w:jc w:val="right"/>
      </w:pPr>
      <w:r>
        <w:t>Peace be upon you. Peace be upon you.</w:t>
      </w:r>
    </w:p>
    <w:p>
      <w:r>
        <w:rPr>
          <w:b/>
        </w:rPr>
        <w:t xml:space="preserve">[17:55] </w:t>
      </w:r>
      <w:r>
        <w:t>Greetings of the people of Paradise will be Assalam, Assalam. Tahiyyatuhum fiha Assalam.</w:t>
      </w:r>
    </w:p>
    <w:p>
      <w:pPr>
        <w:jc w:val="right"/>
      </w:pPr>
      <w:r>
        <w:t>Greetings of the people of Paradise will be Assalam, Assalam. Tahiyyatuhum fiha Assalam.</w:t>
      </w:r>
    </w:p>
    <w:p>
      <w:r>
        <w:rPr>
          <w:b/>
        </w:rPr>
        <w:t xml:space="preserve">[18:03] </w:t>
      </w:r>
      <w:r>
        <w:t>Tahiyyatuhum fiha Assalam. Now, it is not simply a lip service. No. In Paradise, it is impossible to say something as a lip service.</w:t>
      </w:r>
    </w:p>
    <w:p>
      <w:pPr>
        <w:jc w:val="right"/>
      </w:pPr>
      <w:r>
        <w:t>Tahiyyatuhum fiha Assalam. Now, it is not simply a lip service. No. In Paradise, it is impossible to say something as a lip service.</w:t>
      </w:r>
    </w:p>
    <w:p>
      <w:r>
        <w:rPr>
          <w:b/>
        </w:rPr>
        <w:t xml:space="preserve">[18:18] </w:t>
      </w:r>
      <w:r>
        <w:t>Paradise is a real world, the world of truth</w:t>
      </w:r>
    </w:p>
    <w:p>
      <w:pPr>
        <w:jc w:val="right"/>
      </w:pPr>
      <w:r>
        <w:t>Paradise is a real world, the world of truth</w:t>
      </w:r>
    </w:p>
    <w:p>
      <w:r>
        <w:rPr>
          <w:b/>
        </w:rPr>
        <w:t xml:space="preserve">[18:24] </w:t>
      </w:r>
      <w:r>
        <w:t>. Paradise is the world of truth. So peace means a complete—represents a complete culture, a complete environment, a complete thinking.</w:t>
      </w:r>
    </w:p>
    <w:p>
      <w:pPr>
        <w:jc w:val="right"/>
      </w:pPr>
      <w:r>
        <w:t>. Paradise is the world of truth. So peace means a complete—represents a complete culture, a complete environment, a complete thinking.</w:t>
      </w:r>
    </w:p>
    <w:p>
      <w:r>
        <w:rPr>
          <w:b/>
        </w:rPr>
        <w:t xml:space="preserve">[18:41] </w:t>
      </w:r>
      <w:r>
        <w:t>When a man in Paradise would say to another person, "Assalam," "Assalamu alaikum," peace be upon you,</w:t>
      </w:r>
    </w:p>
    <w:p>
      <w:pPr>
        <w:jc w:val="right"/>
      </w:pPr>
      <w:r>
        <w:t>When a man in Paradise would say to another person, "Assalam," "Assalamu alaikum," peace be upon you,</w:t>
      </w:r>
    </w:p>
    <w:p>
      <w:r>
        <w:rPr>
          <w:b/>
        </w:rPr>
        <w:t xml:space="preserve">[18:55] </w:t>
      </w:r>
      <w:r>
        <w:t>it means that he is</w:t>
      </w:r>
    </w:p>
    <w:p>
      <w:pPr>
        <w:jc w:val="right"/>
      </w:pPr>
      <w:r>
        <w:t>it means that he is</w:t>
      </w:r>
    </w:p>
    <w:p>
      <w:r>
        <w:rPr>
          <w:b/>
        </w:rPr>
        <w:t xml:space="preserve">[19:03] </w:t>
      </w:r>
      <w:r>
        <w:t>saying a word of truth</w:t>
      </w:r>
    </w:p>
    <w:p>
      <w:pPr>
        <w:jc w:val="right"/>
      </w:pPr>
      <w:r>
        <w:t>saying a word of truth</w:t>
      </w:r>
    </w:p>
    <w:p>
      <w:r>
        <w:rPr>
          <w:b/>
        </w:rPr>
        <w:t xml:space="preserve">[19:07] </w:t>
      </w:r>
      <w:r>
        <w:t>. He is introducing his personality. It means that I have nothing in my heart about you except peace, except love, except compassion.</w:t>
      </w:r>
    </w:p>
    <w:p>
      <w:pPr>
        <w:jc w:val="right"/>
      </w:pPr>
      <w:r>
        <w:t>. He is introducing his personality. It means that I have nothing in my heart about you except peace, except love, except compassion.</w:t>
      </w:r>
    </w:p>
    <w:p>
      <w:r>
        <w:rPr>
          <w:b/>
        </w:rPr>
        <w:t xml:space="preserve">[19:25] </w:t>
      </w:r>
      <w:r>
        <w:t>In this sense, I can say that</w:t>
      </w:r>
    </w:p>
    <w:p>
      <w:pPr>
        <w:jc w:val="right"/>
      </w:pPr>
      <w:r>
        <w:t>In this sense, I can say that</w:t>
      </w:r>
    </w:p>
    <w:p>
      <w:r>
        <w:rPr>
          <w:b/>
        </w:rPr>
        <w:t xml:space="preserve">[19:31] </w:t>
      </w:r>
      <w:r>
        <w:t>peace culture is the Paradise culture.</w:t>
      </w:r>
    </w:p>
    <w:p>
      <w:pPr>
        <w:jc w:val="right"/>
      </w:pPr>
      <w:r>
        <w:t>peace culture is the Paradise culture.</w:t>
      </w:r>
    </w:p>
    <w:p>
      <w:r>
        <w:rPr>
          <w:b/>
        </w:rPr>
        <w:t xml:space="preserve">[19:35] </w:t>
      </w:r>
      <w:r>
        <w:t>There is a Hadith that</w:t>
      </w:r>
    </w:p>
    <w:p>
      <w:pPr>
        <w:jc w:val="right"/>
      </w:pPr>
      <w:r>
        <w:t>There is a Hadith that</w:t>
      </w:r>
    </w:p>
    <w:p>
      <w:r>
        <w:rPr>
          <w:b/>
        </w:rPr>
        <w:t xml:space="preserve">[19:40] </w:t>
      </w:r>
      <w:r>
        <w:t>once an angel came to the Prophet.</w:t>
      </w:r>
    </w:p>
    <w:p>
      <w:pPr>
        <w:jc w:val="right"/>
      </w:pPr>
      <w:r>
        <w:t>once an angel came to the Prophet.</w:t>
      </w:r>
    </w:p>
    <w:p>
      <w:r>
        <w:rPr>
          <w:b/>
        </w:rPr>
        <w:t xml:space="preserve">[19:47] </w:t>
      </w:r>
      <w:r>
        <w:t>He said, "O Prophet, God has conveyed you Assalam, peace</w:t>
      </w:r>
    </w:p>
    <w:p>
      <w:pPr>
        <w:jc w:val="right"/>
      </w:pPr>
      <w:r>
        <w:t>He said, "O Prophet, God has conveyed you Assalam, peace</w:t>
      </w:r>
    </w:p>
    <w:p>
      <w:r>
        <w:rPr>
          <w:b/>
        </w:rPr>
        <w:t xml:space="preserve">[19:58] </w:t>
      </w:r>
      <w:r>
        <w:t>. God has conveyed this message, peace upon the Prophet, the message of Assalam." Then the Prophet said,</w:t>
      </w:r>
    </w:p>
    <w:p>
      <w:pPr>
        <w:jc w:val="right"/>
      </w:pPr>
      <w:r>
        <w:t>. God has conveyed this message, peace upon the Prophet, the message of Assalam." Then the Prophet said,</w:t>
      </w:r>
    </w:p>
    <w:p>
      <w:r>
        <w:rPr>
          <w:b/>
        </w:rPr>
        <w:t xml:space="preserve">[20:15] </w:t>
      </w:r>
      <w:r>
        <w:t>after hearing this message from the angel, the Prophet said, "Allahumma, Anta Assalam, Waminka Assalam,</w:t>
      </w:r>
    </w:p>
    <w:p>
      <w:pPr>
        <w:jc w:val="right"/>
      </w:pPr>
      <w:r>
        <w:t>after hearing this message from the angel, the Prophet said, "Allahumma, Anta Assalam, Waminka Assalam,</w:t>
      </w:r>
    </w:p>
    <w:p>
      <w:r>
        <w:rPr>
          <w:b/>
        </w:rPr>
        <w:t xml:space="preserve">[20:31] </w:t>
      </w:r>
      <w:r>
        <w:t>Wa ilaika Yarjaa Assalam, Hayyina Rabbana Abis Salam, Wa adhilna Darika Darussalam, Tabarakta Rabbana Wa Ta'ala Yaa Zal-Jalaal Wal-Ikram." This was the response from the Prophet.</w:t>
      </w:r>
    </w:p>
    <w:p>
      <w:pPr>
        <w:jc w:val="right"/>
      </w:pPr>
      <w:r>
        <w:t>Wa ilaika Yarjaa Assalam, Hayyina Rabbana Abis Salam, Wa adhilna Darika Darussalam, Tabarakta Rabbana Wa Ta'ala Yaa Zal-Jalaal Wal-Ikram." This was the response from the Prophet.</w:t>
      </w:r>
    </w:p>
    <w:p>
      <w:r>
        <w:rPr>
          <w:b/>
        </w:rPr>
        <w:t xml:space="preserve">[20:51] </w:t>
      </w:r>
      <w:r>
        <w:t>It means that, "O God,</w:t>
      </w:r>
    </w:p>
    <w:p>
      <w:pPr>
        <w:jc w:val="right"/>
      </w:pPr>
      <w:r>
        <w:t>It means that, "O God,</w:t>
      </w:r>
    </w:p>
    <w:p>
      <w:r>
        <w:rPr>
          <w:b/>
        </w:rPr>
        <w:t xml:space="preserve">[20:57] </w:t>
      </w:r>
      <w:r>
        <w:t>O God, You are peace.</w:t>
      </w:r>
    </w:p>
    <w:p>
      <w:pPr>
        <w:jc w:val="right"/>
      </w:pPr>
      <w:r>
        <w:t>O God, You are peace.</w:t>
      </w:r>
    </w:p>
    <w:p>
      <w:r>
        <w:rPr>
          <w:b/>
        </w:rPr>
        <w:t xml:space="preserve">[21:04] </w:t>
      </w:r>
      <w:r>
        <w:t>O God, You are peace. Peace is from You.</w:t>
      </w:r>
    </w:p>
    <w:p>
      <w:pPr>
        <w:jc w:val="right"/>
      </w:pPr>
      <w:r>
        <w:t>O God, You are peace. Peace is from You.</w:t>
      </w:r>
    </w:p>
    <w:p>
      <w:r>
        <w:rPr>
          <w:b/>
        </w:rPr>
        <w:t xml:space="preserve">[21:15] </w:t>
      </w:r>
      <w:r>
        <w:t>Peace returns to You. O God, let us live in peace.</w:t>
      </w:r>
    </w:p>
    <w:p>
      <w:pPr>
        <w:jc w:val="right"/>
      </w:pPr>
      <w:r>
        <w:t>Peace returns to You. O God, let us live in peace.</w:t>
      </w:r>
    </w:p>
    <w:p>
      <w:r>
        <w:rPr>
          <w:b/>
        </w:rPr>
        <w:t xml:space="preserve">[21:26] </w:t>
      </w:r>
      <w:r>
        <w:t>O God,</w:t>
      </w:r>
    </w:p>
    <w:p>
      <w:pPr>
        <w:jc w:val="right"/>
      </w:pPr>
      <w:r>
        <w:t>O God,</w:t>
      </w:r>
    </w:p>
    <w:p>
      <w:r>
        <w:rPr>
          <w:b/>
        </w:rPr>
        <w:t xml:space="preserve">[21:32] </w:t>
      </w:r>
      <w:r>
        <w:t>give us</w:t>
      </w:r>
    </w:p>
    <w:p>
      <w:pPr>
        <w:jc w:val="right"/>
      </w:pPr>
      <w:r>
        <w:t>give us</w:t>
      </w:r>
    </w:p>
    <w:p>
      <w:r>
        <w:rPr>
          <w:b/>
        </w:rPr>
        <w:t xml:space="preserve">[21:36] </w:t>
      </w:r>
      <w:r>
        <w:t>entry into the</w:t>
      </w:r>
    </w:p>
    <w:p>
      <w:pPr>
        <w:jc w:val="right"/>
      </w:pPr>
      <w:r>
        <w:t>entry into the</w:t>
      </w:r>
    </w:p>
    <w:p>
      <w:r>
        <w:rPr>
          <w:b/>
        </w:rPr>
        <w:t xml:space="preserve">[21:42] </w:t>
      </w:r>
      <w:r>
        <w:t>house of, into the home of peace, Darussalam, home of peace, that is Paradise." O God, You are great.</w:t>
      </w:r>
    </w:p>
    <w:p>
      <w:pPr>
        <w:jc w:val="right"/>
      </w:pPr>
      <w:r>
        <w:t>house of, into the home of peace, Darussalam, home of peace, that is Paradise." O God, You are great.</w:t>
      </w:r>
    </w:p>
    <w:p>
      <w:r>
        <w:rPr>
          <w:b/>
        </w:rPr>
        <w:t xml:space="preserve">[21:55] </w:t>
      </w:r>
      <w:r>
        <w:t>O God, You are Almighty. Here you can say that</w:t>
      </w:r>
    </w:p>
    <w:p>
      <w:pPr>
        <w:jc w:val="right"/>
      </w:pPr>
      <w:r>
        <w:t>O God, You are Almighty. Here you can say that</w:t>
      </w:r>
    </w:p>
    <w:p>
      <w:r>
        <w:rPr>
          <w:b/>
        </w:rPr>
        <w:t xml:space="preserve">[22:04] </w:t>
      </w:r>
      <w:r>
        <w:t>God sends the message of peace to the Prophet, and the response from the Prophet is again in peace.</w:t>
      </w:r>
    </w:p>
    <w:p>
      <w:pPr>
        <w:jc w:val="right"/>
      </w:pPr>
      <w:r>
        <w:t>God sends the message of peace to the Prophet, and the response from the Prophet is again in peace.</w:t>
      </w:r>
    </w:p>
    <w:p>
      <w:r>
        <w:rPr>
          <w:b/>
        </w:rPr>
        <w:t xml:space="preserve">[22:17] </w:t>
      </w:r>
      <w:r>
        <w:t>You see these verses, it means that the Prophet was thrilled. "Allahumma, Anta Assalam, Waminka Assalam, Wa ilaika Yarjaa Assalam, Hayyina Rabbana Abis Salam, Wa adhilna Darika Darussalam." So when the Prophet received the message of peace from God, he was thrilled.</w:t>
      </w:r>
    </w:p>
    <w:p>
      <w:pPr>
        <w:jc w:val="right"/>
      </w:pPr>
      <w:r>
        <w:t>You see these verses, it means that the Prophet was thrilled. "Allahumma, Anta Assalam, Waminka Assalam, Wa ilaika Yarjaa Assalam, Hayyina Rabbana Abis Salam, Wa adhilna Darika Darussalam." So when the Prophet received the message of peace from God, he was thrilled.</w:t>
      </w:r>
    </w:p>
    <w:p>
      <w:r>
        <w:rPr>
          <w:b/>
        </w:rPr>
        <w:t xml:space="preserve">[22:42] </w:t>
      </w:r>
      <w:r>
        <w:t>He was thrilled.</w:t>
      </w:r>
    </w:p>
    <w:p>
      <w:pPr>
        <w:jc w:val="right"/>
      </w:pPr>
      <w:r>
        <w:t>He was thrilled.</w:t>
      </w:r>
    </w:p>
    <w:p>
      <w:r>
        <w:rPr>
          <w:b/>
        </w:rPr>
        <w:t xml:space="preserve">[22:46] </w:t>
      </w:r>
      <w:r>
        <w:t>These words are words of thrill.</w:t>
      </w:r>
    </w:p>
    <w:p>
      <w:pPr>
        <w:jc w:val="right"/>
      </w:pPr>
      <w:r>
        <w:t>These words are words of thrill.</w:t>
      </w:r>
    </w:p>
    <w:p>
      <w:r>
        <w:rPr>
          <w:b/>
        </w:rPr>
        <w:t xml:space="preserve">[22:51] </w:t>
      </w:r>
      <w:r>
        <w:t>So this is the most important aspect of Islam.</w:t>
      </w:r>
    </w:p>
    <w:p>
      <w:pPr>
        <w:jc w:val="right"/>
      </w:pPr>
      <w:r>
        <w:t>So this is the most important aspect of Islam.</w:t>
      </w:r>
    </w:p>
    <w:p>
      <w:r>
        <w:rPr>
          <w:b/>
        </w:rPr>
        <w:t xml:space="preserve">[22:58] </w:t>
      </w:r>
      <w:r>
        <w:t>Now,</w:t>
      </w:r>
    </w:p>
    <w:p>
      <w:pPr>
        <w:jc w:val="right"/>
      </w:pPr>
      <w:r>
        <w:t>Now,</w:t>
      </w:r>
    </w:p>
    <w:p>
      <w:r>
        <w:rPr>
          <w:b/>
        </w:rPr>
        <w:t xml:space="preserve">[23:09] </w:t>
      </w:r>
      <w:r>
        <w:t>I can say that</w:t>
      </w:r>
    </w:p>
    <w:p>
      <w:pPr>
        <w:jc w:val="right"/>
      </w:pPr>
      <w:r>
        <w:t>I can say that</w:t>
      </w:r>
    </w:p>
    <w:p>
      <w:r>
        <w:rPr>
          <w:b/>
        </w:rPr>
        <w:t xml:space="preserve">[23:14] </w:t>
      </w:r>
      <w:r>
        <w:t>who are those blessed people who will find entry into Paradise?</w:t>
      </w:r>
    </w:p>
    <w:p>
      <w:pPr>
        <w:jc w:val="right"/>
      </w:pPr>
      <w:r>
        <w:t>who are those blessed people who will find entry into Paradise?</w:t>
      </w:r>
    </w:p>
    <w:p>
      <w:r>
        <w:rPr>
          <w:b/>
        </w:rPr>
        <w:t xml:space="preserve">[23:25] </w:t>
      </w:r>
      <w:r>
        <w:t>Who are blessed men and women? Who are those blessed men and women who will find a place in Paradise?</w:t>
      </w:r>
    </w:p>
    <w:p>
      <w:pPr>
        <w:jc w:val="right"/>
      </w:pPr>
      <w:r>
        <w:t>Who are blessed men and women? Who are those blessed men and women who will find a place in Paradise?</w:t>
      </w:r>
    </w:p>
    <w:p>
      <w:r>
        <w:rPr>
          <w:b/>
        </w:rPr>
        <w:t xml:space="preserve">[23:42] </w:t>
      </w:r>
      <w:r>
        <w:t>These are those men and women who are peaceful persons, who have a peaceful character.</w:t>
      </w:r>
    </w:p>
    <w:p>
      <w:pPr>
        <w:jc w:val="right"/>
      </w:pPr>
      <w:r>
        <w:t>These are those men and women who are peaceful persons, who have a peaceful character.</w:t>
      </w:r>
    </w:p>
    <w:p>
      <w:r>
        <w:rPr>
          <w:b/>
        </w:rPr>
        <w:t xml:space="preserve">[23:55] </w:t>
      </w:r>
      <w:r>
        <w:t>You know, the Quran says, "Wallahu yadu ila Darussalam," and God calls to the home of peace</w:t>
      </w:r>
    </w:p>
    <w:p>
      <w:pPr>
        <w:jc w:val="right"/>
      </w:pPr>
      <w:r>
        <w:t>You know, the Quran says, "Wallahu yadu ila Darussalam," and God calls to the home of peace</w:t>
      </w:r>
    </w:p>
    <w:p>
      <w:r>
        <w:rPr>
          <w:b/>
        </w:rPr>
        <w:t xml:space="preserve">[24:08] </w:t>
      </w:r>
      <w:r>
        <w:t>. It means that, it means that God is saying, God is conveying this message that here is a beautiful world of peace.</w:t>
      </w:r>
    </w:p>
    <w:p>
      <w:pPr>
        <w:jc w:val="right"/>
      </w:pPr>
      <w:r>
        <w:t>. It means that, it means that God is saying, God is conveying this message that here is a beautiful world of peace.</w:t>
      </w:r>
    </w:p>
    <w:p>
      <w:r>
        <w:rPr>
          <w:b/>
        </w:rPr>
        <w:t xml:space="preserve">[24:24] </w:t>
      </w:r>
      <w:r>
        <w:t>Here is a beautiful</w:t>
      </w:r>
    </w:p>
    <w:p>
      <w:pPr>
        <w:jc w:val="right"/>
      </w:pPr>
      <w:r>
        <w:t>Here is a beautiful</w:t>
      </w:r>
    </w:p>
    <w:p>
      <w:r>
        <w:rPr>
          <w:b/>
        </w:rPr>
        <w:t xml:space="preserve">[24:31] </w:t>
      </w:r>
      <w:r>
        <w:t>Paradise of peace</w:t>
      </w:r>
    </w:p>
    <w:p>
      <w:pPr>
        <w:jc w:val="right"/>
      </w:pPr>
      <w:r>
        <w:t>Paradise of peace</w:t>
      </w:r>
    </w:p>
    <w:p>
      <w:r>
        <w:rPr>
          <w:b/>
        </w:rPr>
        <w:t xml:space="preserve">[24:34] </w:t>
      </w:r>
      <w:r>
        <w:t>, and those who prove to be</w:t>
      </w:r>
    </w:p>
    <w:p>
      <w:pPr>
        <w:jc w:val="right"/>
      </w:pPr>
      <w:r>
        <w:t>, and those who prove to be</w:t>
      </w:r>
    </w:p>
    <w:p>
      <w:r>
        <w:rPr>
          <w:b/>
        </w:rPr>
        <w:t xml:space="preserve">[24:43] </w:t>
      </w:r>
      <w:r>
        <w:t>a character of peace, they will find entry into Paradise. So Paradise is a place of peace</w:t>
      </w:r>
    </w:p>
    <w:p>
      <w:pPr>
        <w:jc w:val="right"/>
      </w:pPr>
      <w:r>
        <w:t>a character of peace, they will find entry into Paradise. So Paradise is a place of peace</w:t>
      </w:r>
    </w:p>
    <w:p>
      <w:r>
        <w:rPr>
          <w:b/>
        </w:rPr>
        <w:t xml:space="preserve">[24:54] </w:t>
      </w:r>
      <w:r>
        <w:t>. So only those are</w:t>
      </w:r>
    </w:p>
    <w:p>
      <w:pPr>
        <w:jc w:val="right"/>
      </w:pPr>
      <w:r>
        <w:t>. So only those are</w:t>
      </w:r>
    </w:p>
    <w:p>
      <w:r>
        <w:rPr>
          <w:b/>
        </w:rPr>
        <w:t xml:space="preserve">[25:00] </w:t>
      </w:r>
      <w:r>
        <w:t>capable to find entry into Paradise who have this kind of character, character of peace.</w:t>
      </w:r>
    </w:p>
    <w:p>
      <w:pPr>
        <w:jc w:val="right"/>
      </w:pPr>
      <w:r>
        <w:t>capable to find entry into Paradise who have this kind of character, character of peace.</w:t>
      </w:r>
    </w:p>
    <w:p>
      <w:r>
        <w:rPr>
          <w:b/>
        </w:rPr>
        <w:t xml:space="preserve">[25:14] </w:t>
      </w:r>
      <w:r>
        <w:t>Peace is a very comprehensive word</w:t>
      </w:r>
    </w:p>
    <w:p>
      <w:pPr>
        <w:jc w:val="right"/>
      </w:pPr>
      <w:r>
        <w:t>Peace is a very comprehensive word</w:t>
      </w:r>
    </w:p>
    <w:p>
      <w:r>
        <w:rPr>
          <w:b/>
        </w:rPr>
        <w:t xml:space="preserve">[25:20] </w:t>
      </w:r>
      <w:r>
        <w:t>. Peace is not simply, as I have earlier said, that peace is not simply the absence of war. It is a negative definition of peace.</w:t>
      </w:r>
    </w:p>
    <w:p>
      <w:pPr>
        <w:jc w:val="right"/>
      </w:pPr>
      <w:r>
        <w:t>. Peace is not simply, as I have earlier said, that peace is not simply the absence of war. It is a negative definition of peace.</w:t>
      </w:r>
    </w:p>
    <w:p>
      <w:r>
        <w:rPr>
          <w:b/>
        </w:rPr>
        <w:t xml:space="preserve">[25:32] </w:t>
      </w:r>
      <w:r>
        <w:t>Peace is a complete culture. Peace is a complete—peace is a comprehensive word.</w:t>
      </w:r>
    </w:p>
    <w:p>
      <w:pPr>
        <w:jc w:val="right"/>
      </w:pPr>
      <w:r>
        <w:t>Peace is a complete culture. Peace is a complete—peace is a comprehensive word.</w:t>
      </w:r>
    </w:p>
    <w:p>
      <w:r>
        <w:rPr>
          <w:b/>
        </w:rPr>
        <w:t xml:space="preserve">[25:43] </w:t>
      </w:r>
      <w:r>
        <w:t>Peace includes</w:t>
      </w:r>
    </w:p>
    <w:p>
      <w:pPr>
        <w:jc w:val="right"/>
      </w:pPr>
      <w:r>
        <w:t>Peace includes</w:t>
      </w:r>
    </w:p>
    <w:p>
      <w:r>
        <w:rPr>
          <w:b/>
        </w:rPr>
        <w:t xml:space="preserve">[25:50] </w:t>
      </w:r>
      <w:r>
        <w:t>love, compassion,</w:t>
      </w:r>
    </w:p>
    <w:p>
      <w:pPr>
        <w:jc w:val="right"/>
      </w:pPr>
      <w:r>
        <w:t>love, compassion,</w:t>
      </w:r>
    </w:p>
    <w:p>
      <w:r>
        <w:rPr>
          <w:b/>
        </w:rPr>
        <w:t xml:space="preserve">[25:57] </w:t>
      </w:r>
      <w:r>
        <w:t>well-wishing, adjustment, tolerance, positive thinking,</w:t>
      </w:r>
    </w:p>
    <w:p>
      <w:pPr>
        <w:jc w:val="right"/>
      </w:pPr>
      <w:r>
        <w:t>well-wishing, adjustment, tolerance, positive thinking,</w:t>
      </w:r>
    </w:p>
    <w:p>
      <w:r>
        <w:rPr>
          <w:b/>
        </w:rPr>
        <w:t xml:space="preserve">[26:10] </w:t>
      </w:r>
      <w:r>
        <w:t>forbearance, serenity,</w:t>
      </w:r>
    </w:p>
    <w:p>
      <w:pPr>
        <w:jc w:val="right"/>
      </w:pPr>
      <w:r>
        <w:t>forbearance, serenity,</w:t>
      </w:r>
    </w:p>
    <w:p>
      <w:r>
        <w:rPr>
          <w:b/>
        </w:rPr>
        <w:t xml:space="preserve">[26:18] </w:t>
      </w:r>
      <w:r>
        <w:t>truthfulness</w:t>
      </w:r>
    </w:p>
    <w:p>
      <w:pPr>
        <w:jc w:val="right"/>
      </w:pPr>
      <w:r>
        <w:t>truthfulness</w:t>
      </w:r>
    </w:p>
    <w:p>
      <w:r>
        <w:rPr>
          <w:b/>
        </w:rPr>
        <w:t xml:space="preserve">[26:21] </w:t>
      </w:r>
      <w:r>
        <w:t>. All these things are an integral part of peace. One who is peaceful in character, in two senses of the word, he cannot afford—I would repeat that—one who has a peaceful character, peaceful thinking,</w:t>
      </w:r>
    </w:p>
    <w:p>
      <w:pPr>
        <w:jc w:val="right"/>
      </w:pPr>
      <w:r>
        <w:t>. All these things are an integral part of peace. One who is peaceful in character, in two senses of the word, he cannot afford—I would repeat that—one who has a peaceful character, peaceful thinking,</w:t>
      </w:r>
    </w:p>
    <w:p>
      <w:r>
        <w:rPr>
          <w:b/>
        </w:rPr>
        <w:t xml:space="preserve">[26:51] </w:t>
      </w:r>
      <w:r>
        <w:t>one who has a peaceful soul,</w:t>
      </w:r>
    </w:p>
    <w:p>
      <w:pPr>
        <w:jc w:val="right"/>
      </w:pPr>
      <w:r>
        <w:t>one who has a peaceful soul,</w:t>
      </w:r>
    </w:p>
    <w:p>
      <w:r>
        <w:rPr>
          <w:b/>
        </w:rPr>
        <w:t xml:space="preserve">[26:56] </w:t>
      </w:r>
      <w:r>
        <w:t>one who has a spirit of peace, he cannot afford to live with negativity.</w:t>
      </w:r>
    </w:p>
    <w:p>
      <w:pPr>
        <w:jc w:val="right"/>
      </w:pPr>
      <w:r>
        <w:t>one who has a spirit of peace, he cannot afford to live with negativity.</w:t>
      </w:r>
    </w:p>
    <w:p>
      <w:r>
        <w:rPr>
          <w:b/>
        </w:rPr>
        <w:t xml:space="preserve">[27:07] </w:t>
      </w:r>
      <w:r>
        <w:t>He cannot afford anger. He cannot afford hate.</w:t>
      </w:r>
    </w:p>
    <w:p>
      <w:pPr>
        <w:jc w:val="right"/>
      </w:pPr>
      <w:r>
        <w:t>He cannot afford anger. He cannot afford hate.</w:t>
      </w:r>
    </w:p>
    <w:p>
      <w:r>
        <w:rPr>
          <w:b/>
        </w:rPr>
        <w:t xml:space="preserve">[27:17] </w:t>
      </w:r>
      <w:r>
        <w:t>He cannot afford lust</w:t>
      </w:r>
    </w:p>
    <w:p>
      <w:pPr>
        <w:jc w:val="right"/>
      </w:pPr>
      <w:r>
        <w:t>He cannot afford lust</w:t>
      </w:r>
    </w:p>
    <w:p>
      <w:r>
        <w:rPr>
          <w:b/>
        </w:rPr>
        <w:t xml:space="preserve">[27:21] </w:t>
      </w:r>
      <w:r>
        <w:t>. He cannot afford violence. He cannot afford fighting.</w:t>
      </w:r>
    </w:p>
    <w:p>
      <w:pPr>
        <w:jc w:val="right"/>
      </w:pPr>
      <w:r>
        <w:t>. He cannot afford violence. He cannot afford fighting.</w:t>
      </w:r>
    </w:p>
    <w:p>
      <w:r>
        <w:rPr>
          <w:b/>
        </w:rPr>
        <w:t xml:space="preserve">[27:34] </w:t>
      </w:r>
      <w:r>
        <w:t>He cannot afford to create problems for others.</w:t>
      </w:r>
    </w:p>
    <w:p>
      <w:pPr>
        <w:jc w:val="right"/>
      </w:pPr>
      <w:r>
        <w:t>He cannot afford to create problems for others.</w:t>
      </w:r>
    </w:p>
    <w:p>
      <w:r>
        <w:rPr>
          <w:b/>
        </w:rPr>
        <w:t xml:space="preserve">[27:42] </w:t>
      </w:r>
      <w:r>
        <w:t>A peaceful person is completely a positive person,</w:t>
      </w:r>
    </w:p>
    <w:p>
      <w:pPr>
        <w:jc w:val="right"/>
      </w:pPr>
      <w:r>
        <w:t>A peaceful person is completely a positive person,</w:t>
      </w:r>
    </w:p>
    <w:p>
      <w:r>
        <w:rPr>
          <w:b/>
        </w:rPr>
        <w:t xml:space="preserve">[27:48] </w:t>
      </w:r>
      <w:r>
        <w:t>and those who have this quality, the quality of peace, will be allotted a place in Paradise.</w:t>
      </w:r>
    </w:p>
    <w:p>
      <w:pPr>
        <w:jc w:val="right"/>
      </w:pPr>
      <w:r>
        <w:t>and those who have this quality, the quality of peace, will be allotted a place in Paradise.</w:t>
      </w:r>
    </w:p>
    <w:p>
      <w:r>
        <w:rPr>
          <w:b/>
        </w:rPr>
        <w:t xml:space="preserve">[27:59] </w:t>
      </w:r>
      <w:r>
        <w:t>Now, what is this world and what is the world of Paradise?</w:t>
      </w:r>
    </w:p>
    <w:p>
      <w:pPr>
        <w:jc w:val="right"/>
      </w:pPr>
      <w:r>
        <w:t>Now, what is this world and what is the world of Paradise?</w:t>
      </w:r>
    </w:p>
    <w:p>
      <w:r>
        <w:rPr>
          <w:b/>
        </w:rPr>
        <w:t xml:space="preserve">[28:10] </w:t>
      </w:r>
      <w:r>
        <w:t>This world is a world of test.</w:t>
      </w:r>
    </w:p>
    <w:p>
      <w:pPr>
        <w:jc w:val="right"/>
      </w:pPr>
      <w:r>
        <w:t>This world is a world of test.</w:t>
      </w:r>
    </w:p>
    <w:p>
      <w:r>
        <w:rPr>
          <w:b/>
        </w:rPr>
        <w:t xml:space="preserve">[28:15] </w:t>
      </w:r>
      <w:r>
        <w:t>It is a testing ground. God created this world on the same</w:t>
      </w:r>
    </w:p>
    <w:p>
      <w:pPr>
        <w:jc w:val="right"/>
      </w:pPr>
      <w:r>
        <w:t>It is a testing ground. God created this world on the same</w:t>
      </w:r>
    </w:p>
    <w:p>
      <w:r>
        <w:rPr>
          <w:b/>
        </w:rPr>
        <w:t xml:space="preserve">[28:27] </w:t>
      </w:r>
      <w:r>
        <w:t>model. Our planet Earth was created on the same model, which is the model of Paradise,</w:t>
      </w:r>
    </w:p>
    <w:p>
      <w:pPr>
        <w:jc w:val="right"/>
      </w:pPr>
      <w:r>
        <w:t>model. Our planet Earth was created on the same model, which is the model of Paradise,</w:t>
      </w:r>
    </w:p>
    <w:p>
      <w:r>
        <w:rPr>
          <w:b/>
        </w:rPr>
        <w:t xml:space="preserve">[28:41] </w:t>
      </w:r>
      <w:r>
        <w:t>with the only difference that this world is imperfect and Paradise is perfect. So this world is an imperfect model of perfect Paradise.</w:t>
      </w:r>
    </w:p>
    <w:p>
      <w:pPr>
        <w:jc w:val="right"/>
      </w:pPr>
      <w:r>
        <w:t>with the only difference that this world is imperfect and Paradise is perfect. So this world is an imperfect model of perfect Paradise.</w:t>
      </w:r>
    </w:p>
    <w:p>
      <w:r>
        <w:rPr>
          <w:b/>
        </w:rPr>
        <w:t xml:space="preserve">[29:00] </w:t>
      </w:r>
      <w:r>
        <w:t>Our planet Earth, you know, on this planet Earth, there is everything, everything, everything. Here are good scenes, here is joy, here is taste.</w:t>
      </w:r>
    </w:p>
    <w:p>
      <w:pPr>
        <w:jc w:val="right"/>
      </w:pPr>
      <w:r>
        <w:t>Our planet Earth, you know, on this planet Earth, there is everything, everything, everything. Here are good scenes, here is joy, here is taste.</w:t>
      </w:r>
    </w:p>
    <w:p>
      <w:r>
        <w:rPr>
          <w:b/>
        </w:rPr>
        <w:t xml:space="preserve">[29:18] </w:t>
      </w:r>
      <w:r>
        <w:t>Everything is here.</w:t>
      </w:r>
    </w:p>
    <w:p>
      <w:pPr>
        <w:jc w:val="right"/>
      </w:pPr>
      <w:r>
        <w:t>Everything is here.</w:t>
      </w:r>
    </w:p>
    <w:p>
      <w:r>
        <w:rPr>
          <w:b/>
        </w:rPr>
        <w:t xml:space="preserve">[29:24] </w:t>
      </w:r>
      <w:r>
        <w:t>There is a verse in the Quran that people of Paradise will say,</w:t>
      </w:r>
    </w:p>
    <w:p>
      <w:pPr>
        <w:jc w:val="right"/>
      </w:pPr>
      <w:r>
        <w:t>There is a verse in the Quran that people of Paradise will say,</w:t>
      </w:r>
    </w:p>
    <w:p>
      <w:r>
        <w:rPr>
          <w:b/>
        </w:rPr>
        <w:t xml:space="preserve">[29:32] </w:t>
      </w:r>
      <w:r>
        <w:t>"Haazal ladhi rudhiqna min qabl."</w:t>
      </w:r>
    </w:p>
    <w:p>
      <w:pPr>
        <w:jc w:val="right"/>
      </w:pPr>
      <w:r>
        <w:t>"Haazal ladhi rudhiqna min qabl."</w:t>
      </w:r>
    </w:p>
    <w:p>
      <w:r>
        <w:rPr>
          <w:b/>
        </w:rPr>
        <w:t xml:space="preserve">[29:36] </w:t>
      </w:r>
      <w:r>
        <w:t>When they enter into Paradise</w:t>
      </w:r>
    </w:p>
    <w:p>
      <w:pPr>
        <w:jc w:val="right"/>
      </w:pPr>
      <w:r>
        <w:t>When they enter into Paradise</w:t>
      </w:r>
    </w:p>
    <w:p>
      <w:r>
        <w:rPr>
          <w:b/>
        </w:rPr>
        <w:t xml:space="preserve">[29:40] </w:t>
      </w:r>
      <w:r>
        <w:t>and live over there,</w:t>
      </w:r>
    </w:p>
    <w:p>
      <w:pPr>
        <w:jc w:val="right"/>
      </w:pPr>
      <w:r>
        <w:t>and live over there,</w:t>
      </w:r>
    </w:p>
    <w:p>
      <w:r>
        <w:rPr>
          <w:b/>
        </w:rPr>
        <w:t xml:space="preserve">[29:43] </w:t>
      </w:r>
      <w:r>
        <w:t>they would say, "Haazal ladhi rudhiqna min qabl, wa utu bahi mutashabiha."</w:t>
      </w:r>
    </w:p>
    <w:p>
      <w:pPr>
        <w:jc w:val="right"/>
      </w:pPr>
      <w:r>
        <w:t>they would say, "Haazal ladhi rudhiqna min qabl, wa utu bahi mutashabiha."</w:t>
      </w:r>
    </w:p>
    <w:p>
      <w:r>
        <w:rPr>
          <w:b/>
        </w:rPr>
        <w:t xml:space="preserve">[29:51] </w:t>
      </w:r>
      <w:r>
        <w:t>It means that people of Paradise will say</w:t>
      </w:r>
    </w:p>
    <w:p>
      <w:pPr>
        <w:jc w:val="right"/>
      </w:pPr>
      <w:r>
        <w:t>It means that people of Paradise will say</w:t>
      </w:r>
    </w:p>
    <w:p>
      <w:r>
        <w:rPr>
          <w:b/>
        </w:rPr>
        <w:t xml:space="preserve">[29:55] </w:t>
      </w:r>
      <w:r>
        <w:t>that the planet Earth was</w:t>
      </w:r>
    </w:p>
    <w:p>
      <w:pPr>
        <w:jc w:val="right"/>
      </w:pPr>
      <w:r>
        <w:t>that the planet Earth was</w:t>
      </w:r>
    </w:p>
    <w:p>
      <w:r>
        <w:rPr>
          <w:b/>
        </w:rPr>
        <w:t xml:space="preserve">[29:59] </w:t>
      </w:r>
      <w:r>
        <w:t>the same.</w:t>
      </w:r>
    </w:p>
    <w:p>
      <w:pPr>
        <w:jc w:val="right"/>
      </w:pPr>
      <w:r>
        <w:t>the same.</w:t>
      </w:r>
    </w:p>
    <w:p>
      <w:r>
        <w:rPr>
          <w:b/>
        </w:rPr>
        <w:t xml:space="preserve">[30:02] </w:t>
      </w:r>
      <w:r>
        <w:t>All these things we find here were provided also in Paradise, in the planet Earth also. All those things we find in Paradise,</w:t>
      </w:r>
    </w:p>
    <w:p>
      <w:pPr>
        <w:jc w:val="right"/>
      </w:pPr>
      <w:r>
        <w:t>All these things we find here were provided also in Paradise, in the planet Earth also. All those things we find in Paradise,</w:t>
      </w:r>
    </w:p>
    <w:p>
      <w:r>
        <w:rPr>
          <w:b/>
        </w:rPr>
        <w:t xml:space="preserve">[30:17] </w:t>
      </w:r>
      <w:r>
        <w:t>they were provided in the planet Earth also. So the present planet Earth is—so the planet Earth was created on the same model.</w:t>
      </w:r>
    </w:p>
    <w:p>
      <w:pPr>
        <w:jc w:val="right"/>
      </w:pPr>
      <w:r>
        <w:t>they were provided in the planet Earth also. So the present planet Earth is—so the planet Earth was created on the same model.</w:t>
      </w:r>
    </w:p>
    <w:p>
      <w:r>
        <w:rPr>
          <w:b/>
        </w:rPr>
        <w:t xml:space="preserve">[30:42] </w:t>
      </w:r>
      <w:r>
        <w:t>The only difference is that Paradise is</w:t>
      </w:r>
    </w:p>
    <w:p>
      <w:pPr>
        <w:jc w:val="right"/>
      </w:pPr>
      <w:r>
        <w:t>The only difference is that Paradise is</w:t>
      </w:r>
    </w:p>
    <w:p>
      <w:r>
        <w:rPr>
          <w:b/>
        </w:rPr>
        <w:t xml:space="preserve">[30:50] </w:t>
      </w:r>
      <w:r>
        <w:t>a perfect world, and the present world is an imperfect world.</w:t>
      </w:r>
    </w:p>
    <w:p>
      <w:pPr>
        <w:jc w:val="right"/>
      </w:pPr>
      <w:r>
        <w:t>a perfect world, and the present world is an imperfect world.</w:t>
      </w:r>
    </w:p>
    <w:p>
      <w:r>
        <w:rPr>
          <w:b/>
        </w:rPr>
        <w:t xml:space="preserve">[30:58] </w:t>
      </w:r>
      <w:r>
        <w:t>Now, why was this kind of scheme adopted by God?</w:t>
      </w:r>
    </w:p>
    <w:p>
      <w:pPr>
        <w:jc w:val="right"/>
      </w:pPr>
      <w:r>
        <w:t>Now, why was this kind of scheme adopted by God?</w:t>
      </w:r>
    </w:p>
    <w:p>
      <w:r>
        <w:rPr>
          <w:b/>
        </w:rPr>
        <w:t xml:space="preserve">[31:07] </w:t>
      </w:r>
      <w:r>
        <w:t>Why was this kind of creation adopted by God? The reason is that God provided the same environment on this Earth.</w:t>
      </w:r>
    </w:p>
    <w:p>
      <w:pPr>
        <w:jc w:val="right"/>
      </w:pPr>
      <w:r>
        <w:t>Why was this kind of creation adopted by God? The reason is that God provided the same environment on this Earth.</w:t>
      </w:r>
    </w:p>
    <w:p>
      <w:r>
        <w:rPr>
          <w:b/>
        </w:rPr>
        <w:t xml:space="preserve">[31:24] </w:t>
      </w:r>
      <w:r>
        <w:t>All those kinds of contact, all those kinds of dealing, all those kinds of</w:t>
      </w:r>
    </w:p>
    <w:p>
      <w:pPr>
        <w:jc w:val="right"/>
      </w:pPr>
      <w:r>
        <w:t>All those kinds of contact, all those kinds of dealing, all those kinds of</w:t>
      </w:r>
    </w:p>
    <w:p>
      <w:r>
        <w:rPr>
          <w:b/>
        </w:rPr>
        <w:t xml:space="preserve">[31:32] </w:t>
      </w:r>
      <w:r>
        <w:t>things are here also. So why?</w:t>
      </w:r>
    </w:p>
    <w:p>
      <w:pPr>
        <w:jc w:val="right"/>
      </w:pPr>
      <w:r>
        <w:t>things are here also. So why?</w:t>
      </w:r>
    </w:p>
    <w:p>
      <w:r>
        <w:rPr>
          <w:b/>
        </w:rPr>
        <w:t xml:space="preserve">[31:41] </w:t>
      </w:r>
      <w:r>
        <w:t>God wanted to see you, wanted to see your behaviour in advance.</w:t>
      </w:r>
    </w:p>
    <w:p>
      <w:pPr>
        <w:jc w:val="right"/>
      </w:pPr>
      <w:r>
        <w:t>God wanted to see you, wanted to see your behaviour in advance.</w:t>
      </w:r>
    </w:p>
    <w:p>
      <w:r>
        <w:rPr>
          <w:b/>
        </w:rPr>
        <w:t xml:space="preserve">[31:52] </w:t>
      </w:r>
      <w:r>
        <w:t>God wanted to see the behaviour of people in advance, whether they are deserving candidates to find entry into Paradise or not.</w:t>
      </w:r>
    </w:p>
    <w:p>
      <w:pPr>
        <w:jc w:val="right"/>
      </w:pPr>
      <w:r>
        <w:t>God wanted to see the behaviour of people in advance, whether they are deserving candidates to find entry into Paradise or not.</w:t>
      </w:r>
    </w:p>
    <w:p>
      <w:r>
        <w:rPr>
          <w:b/>
        </w:rPr>
        <w:t xml:space="preserve">[32:09] </w:t>
      </w:r>
      <w:r>
        <w:t>In the same situation, all those situations which we will enjoy in Paradise are provided here on this planet Earth.</w:t>
      </w:r>
    </w:p>
    <w:p>
      <w:pPr>
        <w:jc w:val="right"/>
      </w:pPr>
      <w:r>
        <w:t>In the same situation, all those situations which we will enjoy in Paradise are provided here on this planet Earth.</w:t>
      </w:r>
    </w:p>
    <w:p>
      <w:r>
        <w:rPr>
          <w:b/>
        </w:rPr>
        <w:t xml:space="preserve">[32:23] </w:t>
      </w:r>
      <w:r>
        <w:t>So God</w:t>
      </w:r>
    </w:p>
    <w:p>
      <w:pPr>
        <w:jc w:val="right"/>
      </w:pPr>
      <w:r>
        <w:t>So God</w:t>
      </w:r>
    </w:p>
    <w:p>
      <w:r>
        <w:rPr>
          <w:b/>
        </w:rPr>
        <w:t xml:space="preserve">[32:31] </w:t>
      </w:r>
      <w:r>
        <w:t>wanted to see our behaviour, and with every person, there are two angels.</w:t>
      </w:r>
    </w:p>
    <w:p>
      <w:pPr>
        <w:jc w:val="right"/>
      </w:pPr>
      <w:r>
        <w:t>wanted to see our behaviour, and with every person, there are two angels.</w:t>
      </w:r>
    </w:p>
    <w:p>
      <w:r>
        <w:rPr>
          <w:b/>
        </w:rPr>
        <w:t xml:space="preserve">[32:49] </w:t>
      </w:r>
      <w:r>
        <w:t>It means that every man and woman who are born on this planet Earth, there are two angels with them.</w:t>
      </w:r>
    </w:p>
    <w:p>
      <w:pPr>
        <w:jc w:val="right"/>
      </w:pPr>
      <w:r>
        <w:t>It means that every man and woman who are born on this planet Earth, there are two angels with them.</w:t>
      </w:r>
    </w:p>
    <w:p>
      <w:r>
        <w:rPr>
          <w:b/>
        </w:rPr>
        <w:t xml:space="preserve">[33:02] </w:t>
      </w:r>
      <w:r>
        <w:t>These two angels record everyone's</w:t>
      </w:r>
    </w:p>
    <w:p>
      <w:pPr>
        <w:jc w:val="right"/>
      </w:pPr>
      <w:r>
        <w:t>These two angels record everyone's</w:t>
      </w:r>
    </w:p>
    <w:p>
      <w:r>
        <w:rPr>
          <w:b/>
        </w:rPr>
        <w:t xml:space="preserve">[33:17] </w:t>
      </w:r>
      <w:r>
        <w:t>behaviours, their intentions, their speech, their behaviour, their character.</w:t>
      </w:r>
    </w:p>
    <w:p>
      <w:pPr>
        <w:jc w:val="right"/>
      </w:pPr>
      <w:r>
        <w:t>behaviours, their intentions, their speech, their behaviour, their character.</w:t>
      </w:r>
    </w:p>
    <w:p>
      <w:r>
        <w:rPr>
          <w:b/>
        </w:rPr>
        <w:t xml:space="preserve">[33:25] </w:t>
      </w:r>
      <w:r>
        <w:t>Everything is recorded by angels, and this record will be produced before God. So God wanted to see</w:t>
      </w:r>
    </w:p>
    <w:p>
      <w:pPr>
        <w:jc w:val="right"/>
      </w:pPr>
      <w:r>
        <w:t>Everything is recorded by angels, and this record will be produced before God. So God wanted to see</w:t>
      </w:r>
    </w:p>
    <w:p>
      <w:r>
        <w:rPr>
          <w:b/>
        </w:rPr>
        <w:t xml:space="preserve">[33:38] </w:t>
      </w:r>
      <w:r>
        <w:t>our behaviour, our speech, our way of conduct, our way of dealing, our way of greeting,</w:t>
      </w:r>
    </w:p>
    <w:p>
      <w:pPr>
        <w:jc w:val="right"/>
      </w:pPr>
      <w:r>
        <w:t>our behaviour, our speech, our way of conduct, our way of dealing, our way of greeting,</w:t>
      </w:r>
    </w:p>
    <w:p>
      <w:r>
        <w:rPr>
          <w:b/>
        </w:rPr>
        <w:t xml:space="preserve">[33:53] </w:t>
      </w:r>
      <w:r>
        <w:t>our way of interaction, including intention. So everything is observed.</w:t>
      </w:r>
    </w:p>
    <w:p>
      <w:pPr>
        <w:jc w:val="right"/>
      </w:pPr>
      <w:r>
        <w:t>our way of interaction, including intention. So everything is observed.</w:t>
      </w:r>
    </w:p>
    <w:p>
      <w:r>
        <w:rPr>
          <w:b/>
        </w:rPr>
        <w:t xml:space="preserve">[34:04] </w:t>
      </w:r>
      <w:r>
        <w:t>Two angels are observing day and night and recording.</w:t>
      </w:r>
    </w:p>
    <w:p>
      <w:pPr>
        <w:jc w:val="right"/>
      </w:pPr>
      <w:r>
        <w:t>Two angels are observing day and night and recording.</w:t>
      </w:r>
    </w:p>
    <w:p>
      <w:r>
        <w:rPr>
          <w:b/>
        </w:rPr>
        <w:t xml:space="preserve">[34:12] </w:t>
      </w:r>
      <w:r>
        <w:t>So if—so one who</w:t>
      </w:r>
    </w:p>
    <w:p>
      <w:pPr>
        <w:jc w:val="right"/>
      </w:pPr>
      <w:r>
        <w:t>So if—so one who</w:t>
      </w:r>
    </w:p>
    <w:p>
      <w:r>
        <w:rPr>
          <w:b/>
        </w:rPr>
        <w:t xml:space="preserve">[34:21] </w:t>
      </w:r>
      <w:r>
        <w:t>proves by his conduct, by his character, that he is a deserving candidate to be settled in Paradise,</w:t>
      </w:r>
    </w:p>
    <w:p>
      <w:pPr>
        <w:jc w:val="right"/>
      </w:pPr>
      <w:r>
        <w:t>proves by his conduct, by his character, that he is a deserving candidate to be settled in Paradise,</w:t>
      </w:r>
    </w:p>
    <w:p>
      <w:r>
        <w:rPr>
          <w:b/>
        </w:rPr>
        <w:t xml:space="preserve">[34:36] </w:t>
      </w:r>
      <w:r>
        <w:t>so that person will be allotted a place in Paradise.</w:t>
      </w:r>
    </w:p>
    <w:p>
      <w:pPr>
        <w:jc w:val="right"/>
      </w:pPr>
      <w:r>
        <w:t>so that person will be allotted a place in Paradise.</w:t>
      </w:r>
    </w:p>
    <w:p>
      <w:r>
        <w:rPr>
          <w:b/>
        </w:rPr>
        <w:t xml:space="preserve">[34:45] </w:t>
      </w:r>
      <w:r>
        <w:t>For this purpose, God created Paradise and also a semi-Paradise, an imperfect Paradise.</w:t>
      </w:r>
    </w:p>
    <w:p>
      <w:pPr>
        <w:jc w:val="right"/>
      </w:pPr>
      <w:r>
        <w:t>For this purpose, God created Paradise and also a semi-Paradise, an imperfect Paradise.</w:t>
      </w:r>
    </w:p>
    <w:p>
      <w:r>
        <w:rPr>
          <w:b/>
        </w:rPr>
        <w:t xml:space="preserve">[34:58] </w:t>
      </w:r>
      <w:r>
        <w:t>When God created Paradise as an eternal place, as a place of joy and a place of perfect happiness, at the same time,</w:t>
      </w:r>
    </w:p>
    <w:p>
      <w:pPr>
        <w:jc w:val="right"/>
      </w:pPr>
      <w:r>
        <w:t>When God created Paradise as an eternal place, as a place of joy and a place of perfect happiness, at the same time,</w:t>
      </w:r>
    </w:p>
    <w:p>
      <w:r>
        <w:rPr>
          <w:b/>
        </w:rPr>
        <w:t xml:space="preserve">[35:14] </w:t>
      </w:r>
      <w:r>
        <w:t>Paradise—at the same time, God created this world, this imperfect world.</w:t>
      </w:r>
    </w:p>
    <w:p>
      <w:pPr>
        <w:jc w:val="right"/>
      </w:pPr>
      <w:r>
        <w:t>Paradise—at the same time, God created this world, this imperfect world.</w:t>
      </w:r>
    </w:p>
    <w:p>
      <w:r>
        <w:rPr>
          <w:b/>
        </w:rPr>
        <w:t xml:space="preserve">[35:21] </w:t>
      </w:r>
      <w:r>
        <w:t>So all those</w:t>
      </w:r>
    </w:p>
    <w:p>
      <w:pPr>
        <w:jc w:val="right"/>
      </w:pPr>
      <w:r>
        <w:t>So all those</w:t>
      </w:r>
    </w:p>
    <w:p>
      <w:r>
        <w:rPr>
          <w:b/>
        </w:rPr>
        <w:t xml:space="preserve">[35:26] </w:t>
      </w:r>
      <w:r>
        <w:t>situations are here in this world also. So God—so angels are watching, angels are observing whether we—they are watching our behaviour, our</w:t>
      </w:r>
    </w:p>
    <w:p>
      <w:pPr>
        <w:jc w:val="right"/>
      </w:pPr>
      <w:r>
        <w:t>situations are here in this world also. So God—so angels are watching, angels are observing whether we—they are watching our behaviour, our</w:t>
      </w:r>
    </w:p>
    <w:p>
      <w:r>
        <w:rPr>
          <w:b/>
        </w:rPr>
        <w:t xml:space="preserve">[35:51] </w:t>
      </w:r>
      <w:r>
        <w:t>manners, our moral conduct, our intention, our dealing, our interaction, our meetings.</w:t>
      </w:r>
    </w:p>
    <w:p>
      <w:pPr>
        <w:jc w:val="right"/>
      </w:pPr>
      <w:r>
        <w:t>manners, our moral conduct, our intention, our dealing, our interaction, our meetings.</w:t>
      </w:r>
    </w:p>
    <w:p>
      <w:r>
        <w:rPr>
          <w:b/>
        </w:rPr>
        <w:t xml:space="preserve">[36:04] </w:t>
      </w:r>
      <w:r>
        <w:t>Everything is under observation. Everything is under observation. So one who proves that his conduct, his dealing,</w:t>
      </w:r>
    </w:p>
    <w:p>
      <w:pPr>
        <w:jc w:val="right"/>
      </w:pPr>
      <w:r>
        <w:t>Everything is under observation. Everything is under observation. So one who proves that his conduct, his dealing,</w:t>
      </w:r>
    </w:p>
    <w:p>
      <w:r>
        <w:rPr>
          <w:b/>
        </w:rPr>
        <w:t xml:space="preserve">[36:21] </w:t>
      </w:r>
      <w:r>
        <w:t>his way of interaction, his way of meeting is</w:t>
      </w:r>
    </w:p>
    <w:p>
      <w:pPr>
        <w:jc w:val="right"/>
      </w:pPr>
      <w:r>
        <w:t>his way of interaction, his way of meeting is</w:t>
      </w:r>
    </w:p>
    <w:p>
      <w:r>
        <w:rPr>
          <w:b/>
        </w:rPr>
        <w:t xml:space="preserve">[36:30] </w:t>
      </w:r>
      <w:r>
        <w:t>up to the standard of Paradise,</w:t>
      </w:r>
    </w:p>
    <w:p>
      <w:pPr>
        <w:jc w:val="right"/>
      </w:pPr>
      <w:r>
        <w:t>up to the standard of Paradise,</w:t>
      </w:r>
    </w:p>
    <w:p>
      <w:r>
        <w:rPr>
          <w:b/>
        </w:rPr>
        <w:t xml:space="preserve">[36:36] </w:t>
      </w:r>
      <w:r>
        <w:t>so he will be declared as a deserving candidate for Paradise.</w:t>
      </w:r>
    </w:p>
    <w:p>
      <w:pPr>
        <w:jc w:val="right"/>
      </w:pPr>
      <w:r>
        <w:t>so he will be declared as a deserving candidate for Paradise.</w:t>
      </w:r>
    </w:p>
    <w:p>
      <w:r>
        <w:rPr>
          <w:b/>
        </w:rPr>
        <w:t xml:space="preserve">[36:43] </w:t>
      </w:r>
      <w:r>
        <w:t>This is the scheme of God.</w:t>
      </w:r>
    </w:p>
    <w:p>
      <w:pPr>
        <w:jc w:val="right"/>
      </w:pPr>
      <w:r>
        <w:t>This is the scheme of God.</w:t>
      </w:r>
    </w:p>
    <w:p>
      <w:r>
        <w:rPr>
          <w:b/>
        </w:rPr>
        <w:t xml:space="preserve">[36:45] </w:t>
      </w:r>
      <w:r>
        <w:t>This is the creation plan of God. On this planet Earth, we are under observation, under continuous watch, and we have to know this fact: we are not free.</w:t>
      </w:r>
    </w:p>
    <w:p>
      <w:pPr>
        <w:jc w:val="right"/>
      </w:pPr>
      <w:r>
        <w:t>This is the creation plan of God. On this planet Earth, we are under observation, under continuous watch, and we have to know this fact: we are not free.</w:t>
      </w:r>
    </w:p>
    <w:p>
      <w:r>
        <w:rPr>
          <w:b/>
        </w:rPr>
        <w:t xml:space="preserve">[37:06] </w:t>
      </w:r>
      <w:r>
        <w:t>Although we are free for our action, this freedom is not ourright, not ourright.</w:t>
      </w:r>
    </w:p>
    <w:p>
      <w:pPr>
        <w:jc w:val="right"/>
      </w:pPr>
      <w:r>
        <w:t>Although we are free for our action, this freedom is not ourright, not ourright.</w:t>
      </w:r>
    </w:p>
    <w:p>
      <w:r>
        <w:rPr>
          <w:b/>
        </w:rPr>
        <w:t xml:space="preserve">[37:20] </w:t>
      </w:r>
      <w:r>
        <w:t>So we are accountable to God. We are under observation. We are under watch.</w:t>
      </w:r>
    </w:p>
    <w:p>
      <w:pPr>
        <w:jc w:val="right"/>
      </w:pPr>
      <w:r>
        <w:t>So we are accountable to God. We are under observation. We are under watch.</w:t>
      </w:r>
    </w:p>
    <w:p>
      <w:r>
        <w:rPr>
          <w:b/>
        </w:rPr>
        <w:t xml:space="preserve">[37:33] </w:t>
      </w:r>
      <w:r>
        <w:t>We are watched by the angels. So we must know this fact. We must know this fact.</w:t>
      </w:r>
    </w:p>
    <w:p>
      <w:pPr>
        <w:jc w:val="right"/>
      </w:pPr>
      <w:r>
        <w:t>We are watched by the angels. So we must know this fact. We must know this fact.</w:t>
      </w:r>
    </w:p>
    <w:p>
      <w:r>
        <w:rPr>
          <w:b/>
        </w:rPr>
        <w:t xml:space="preserve">[37:45] </w:t>
      </w:r>
      <w:r>
        <w:t>Those who recognize this fact, those who understand this fact,</w:t>
      </w:r>
    </w:p>
    <w:p>
      <w:pPr>
        <w:jc w:val="right"/>
      </w:pPr>
      <w:r>
        <w:t>Those who recognize this fact, those who understand this fact,</w:t>
      </w:r>
    </w:p>
    <w:p>
      <w:r>
        <w:rPr>
          <w:b/>
        </w:rPr>
        <w:t xml:space="preserve">[37:53] </w:t>
      </w:r>
      <w:r>
        <w:t>those who</w:t>
      </w:r>
    </w:p>
    <w:p>
      <w:pPr>
        <w:jc w:val="right"/>
      </w:pPr>
      <w:r>
        <w:t>those who</w:t>
      </w:r>
    </w:p>
    <w:p>
      <w:r>
        <w:rPr>
          <w:b/>
        </w:rPr>
        <w:t xml:space="preserve">[37:57] </w:t>
      </w:r>
      <w:r>
        <w:t>are aware of this fact, they will maintain that kind of behaviour which is required by God</w:t>
      </w:r>
    </w:p>
    <w:p>
      <w:pPr>
        <w:jc w:val="right"/>
      </w:pPr>
      <w:r>
        <w:t>are aware of this fact, they will maintain that kind of behaviour which is required by God</w:t>
      </w:r>
    </w:p>
    <w:p>
      <w:r>
        <w:rPr>
          <w:b/>
        </w:rPr>
        <w:t xml:space="preserve">[38:11] </w:t>
      </w:r>
      <w:r>
        <w:t>. So our intention, our speech, our behaviour, our character, our dealing,</w:t>
      </w:r>
    </w:p>
    <w:p>
      <w:pPr>
        <w:jc w:val="right"/>
      </w:pPr>
      <w:r>
        <w:t>. So our intention, our speech, our behaviour, our character, our dealing,</w:t>
      </w:r>
    </w:p>
    <w:p>
      <w:r>
        <w:rPr>
          <w:b/>
        </w:rPr>
        <w:t xml:space="preserve">[38:26] </w:t>
      </w:r>
      <w:r>
        <w:t>our meeting—everything is under watch. Everything is under observation.</w:t>
      </w:r>
    </w:p>
    <w:p>
      <w:pPr>
        <w:jc w:val="right"/>
      </w:pPr>
      <w:r>
        <w:t>our meeting—everything is under watch. Everything is under observation.</w:t>
      </w:r>
    </w:p>
    <w:p>
      <w:r>
        <w:rPr>
          <w:b/>
        </w:rPr>
        <w:t xml:space="preserve">[38:38] </w:t>
      </w:r>
      <w:r>
        <w:t>We must know this fact.</w:t>
      </w:r>
    </w:p>
    <w:p>
      <w:pPr>
        <w:jc w:val="right"/>
      </w:pPr>
      <w:r>
        <w:t>We must know this fact.</w:t>
      </w:r>
    </w:p>
    <w:p>
      <w:r>
        <w:rPr>
          <w:b/>
        </w:rPr>
        <w:t xml:space="preserve">[38:46] </w:t>
      </w:r>
      <w:r>
        <w:t>We must know this fact. We must adopt. We must</w:t>
      </w:r>
    </w:p>
    <w:p>
      <w:pPr>
        <w:jc w:val="right"/>
      </w:pPr>
      <w:r>
        <w:t>We must know this fact. We must adopt. We must</w:t>
      </w:r>
    </w:p>
    <w:p>
      <w:r>
        <w:rPr>
          <w:b/>
        </w:rPr>
        <w:t xml:space="preserve">[38:57] </w:t>
      </w:r>
      <w:r>
        <w:t>adopt that kind of pattern of life which is required by God.</w:t>
      </w:r>
    </w:p>
    <w:p>
      <w:pPr>
        <w:jc w:val="right"/>
      </w:pPr>
      <w:r>
        <w:t>adopt that kind of pattern of life which is required by God.</w:t>
      </w:r>
    </w:p>
    <w:p>
      <w:r>
        <w:rPr>
          <w:b/>
        </w:rPr>
        <w:t xml:space="preserve">[39:06] </w:t>
      </w:r>
      <w:r>
        <w:t>Any other pattern—if we adopt any other pattern of life, we will be rejected.</w:t>
      </w:r>
    </w:p>
    <w:p>
      <w:pPr>
        <w:jc w:val="right"/>
      </w:pPr>
      <w:r>
        <w:t>Any other pattern—if we adopt any other pattern of life, we will be rejected.</w:t>
      </w:r>
    </w:p>
    <w:p>
      <w:r>
        <w:rPr>
          <w:b/>
        </w:rPr>
        <w:t xml:space="preserve">[39:20] </w:t>
      </w:r>
      <w:r>
        <w:t>Although we are free here, this freedom is conditional. It is not ourright.</w:t>
      </w:r>
    </w:p>
    <w:p>
      <w:pPr>
        <w:jc w:val="right"/>
      </w:pPr>
      <w:r>
        <w:t>Although we are free here, this freedom is conditional. It is not ourright.</w:t>
      </w:r>
    </w:p>
    <w:p>
      <w:r>
        <w:rPr>
          <w:b/>
        </w:rPr>
        <w:t xml:space="preserve">[39:28] </w:t>
      </w:r>
      <w:r>
        <w:t>So we must know this fact that if we misuse our freedom,</w:t>
      </w:r>
    </w:p>
    <w:p>
      <w:pPr>
        <w:jc w:val="right"/>
      </w:pPr>
      <w:r>
        <w:t>So we must know this fact that if we misuse our freedom,</w:t>
      </w:r>
    </w:p>
    <w:p>
      <w:r>
        <w:rPr>
          <w:b/>
        </w:rPr>
        <w:t xml:space="preserve">[39:37] </w:t>
      </w:r>
      <w:r>
        <w:t>we must know this fact that if we misuse our freedom, if we fail to</w:t>
      </w:r>
    </w:p>
    <w:p>
      <w:pPr>
        <w:jc w:val="right"/>
      </w:pPr>
      <w:r>
        <w:t>we must know this fact that if we misuse our freedom, if we fail to</w:t>
      </w:r>
    </w:p>
    <w:p>
      <w:r>
        <w:rPr>
          <w:b/>
        </w:rPr>
        <w:t xml:space="preserve">[39:53] </w:t>
      </w:r>
      <w:r>
        <w:t>behave in a divine manner,</w:t>
      </w:r>
    </w:p>
    <w:p>
      <w:pPr>
        <w:jc w:val="right"/>
      </w:pPr>
      <w:r>
        <w:t>behave in a divine manner,</w:t>
      </w:r>
    </w:p>
    <w:p>
      <w:r>
        <w:rPr>
          <w:b/>
        </w:rPr>
        <w:t xml:space="preserve">[39:58] </w:t>
      </w:r>
      <w:r>
        <w:t>if we fail to adopt that kind of character which is required by God, then we will be rejected by God.</w:t>
      </w:r>
    </w:p>
    <w:p>
      <w:pPr>
        <w:jc w:val="right"/>
      </w:pPr>
      <w:r>
        <w:t>if we fail to adopt that kind of character which is required by God, then we will be rejected by God.</w:t>
      </w:r>
    </w:p>
    <w:p>
      <w:r>
        <w:rPr>
          <w:b/>
        </w:rPr>
        <w:t xml:space="preserve">[40:13] </w:t>
      </w:r>
      <w:r>
        <w:t>And who was rejected by God? He will not find any place in this universe.</w:t>
      </w:r>
    </w:p>
    <w:p>
      <w:pPr>
        <w:jc w:val="right"/>
      </w:pPr>
      <w:r>
        <w:t>And who was rejected by God? He will not find any place in this universe.</w:t>
      </w:r>
    </w:p>
    <w:p>
      <w:r>
        <w:rPr>
          <w:b/>
        </w:rPr>
        <w:t xml:space="preserve">[40:25] </w:t>
      </w:r>
      <w:r>
        <w:t>So we are between two extreme positions.</w:t>
      </w:r>
    </w:p>
    <w:p>
      <w:pPr>
        <w:jc w:val="right"/>
      </w:pPr>
      <w:r>
        <w:t>So we are between two extreme positions.</w:t>
      </w:r>
    </w:p>
    <w:p>
      <w:r>
        <w:rPr>
          <w:b/>
        </w:rPr>
        <w:t xml:space="preserve">[40:33] </w:t>
      </w:r>
      <w:r>
        <w:t>We are between two extreme positions. If you prove to be—if you prove to be</w:t>
      </w:r>
    </w:p>
    <w:p>
      <w:pPr>
        <w:jc w:val="right"/>
      </w:pPr>
      <w:r>
        <w:t>We are between two extreme positions. If you prove to be—if you prove to be</w:t>
      </w:r>
    </w:p>
    <w:p>
      <w:r>
        <w:rPr>
          <w:b/>
        </w:rPr>
        <w:t xml:space="preserve">[40:49] </w:t>
      </w:r>
      <w:r>
        <w:t>a good character, the character of Paradise, then we are successful.</w:t>
      </w:r>
    </w:p>
    <w:p>
      <w:pPr>
        <w:jc w:val="right"/>
      </w:pPr>
      <w:r>
        <w:t>a good character, the character of Paradise, then we are successful.</w:t>
      </w:r>
    </w:p>
    <w:p>
      <w:r>
        <w:rPr>
          <w:b/>
        </w:rPr>
        <w:t xml:space="preserve">[41:00] </w:t>
      </w:r>
      <w:r>
        <w:t>And if you fail—if you fail to adopt that kind of character, then you will be rejected and go to hell.</w:t>
      </w:r>
    </w:p>
    <w:p>
      <w:pPr>
        <w:jc w:val="right"/>
      </w:pPr>
      <w:r>
        <w:t>And if you fail—if you fail to adopt that kind of character, then you will be rejected and go to hell.</w:t>
      </w:r>
    </w:p>
    <w:p>
      <w:r>
        <w:rPr>
          <w:b/>
        </w:rPr>
        <w:t xml:space="preserve">[41:21] </w:t>
      </w:r>
      <w:r>
        <w:t>So we are between two extreme situations. On one side, there is Paradise, and on the other side, there is hell.</w:t>
      </w:r>
    </w:p>
    <w:p>
      <w:pPr>
        <w:jc w:val="right"/>
      </w:pPr>
      <w:r>
        <w:t>So we are between two extreme situations. On one side, there is Paradise, and on the other side, there is hell.</w:t>
      </w:r>
    </w:p>
    <w:p>
      <w:r>
        <w:rPr>
          <w:b/>
        </w:rPr>
        <w:t xml:space="preserve">[41:32] </w:t>
      </w:r>
      <w:r>
        <w:t>There is no third position.</w:t>
      </w:r>
    </w:p>
    <w:p>
      <w:pPr>
        <w:jc w:val="right"/>
      </w:pPr>
      <w:r>
        <w:t>There is no third position.</w:t>
      </w:r>
    </w:p>
    <w:p>
      <w:r>
        <w:rPr>
          <w:b/>
        </w:rPr>
        <w:t xml:space="preserve">[41:38] </w:t>
      </w:r>
      <w:r>
        <w:t>We have to know that there is no third position.</w:t>
      </w:r>
    </w:p>
    <w:p>
      <w:pPr>
        <w:jc w:val="right"/>
      </w:pPr>
      <w:r>
        <w:t>We have to know that there is no third position.</w:t>
      </w:r>
    </w:p>
    <w:p>
      <w:r>
        <w:rPr>
          <w:b/>
        </w:rPr>
        <w:t xml:space="preserve">[41:46] </w:t>
      </w:r>
      <w:r>
        <w:t>No</w:t>
      </w:r>
    </w:p>
    <w:p>
      <w:pPr>
        <w:jc w:val="right"/>
      </w:pPr>
      <w:r>
        <w:t>No</w:t>
      </w:r>
    </w:p>
    <w:p>
      <w:r>
        <w:rPr>
          <w:b/>
        </w:rPr>
        <w:t xml:space="preserve">[41:47] </w:t>
      </w:r>
      <w:r>
        <w:t>third position. Only two positions are available here: either Paradise, or either eternal Paradise, or eternal hell.</w:t>
      </w:r>
    </w:p>
    <w:p>
      <w:pPr>
        <w:jc w:val="right"/>
      </w:pPr>
      <w:r>
        <w:t>third position. Only two positions are available here: either Paradise, or either eternal Paradise, or eternal hell.</w:t>
      </w:r>
    </w:p>
    <w:p>
      <w:r>
        <w:rPr>
          <w:b/>
        </w:rPr>
        <w:t xml:space="preserve">[41:59] </w:t>
      </w:r>
      <w:r>
        <w:t>No third position is available for anyone.</w:t>
      </w:r>
    </w:p>
    <w:p>
      <w:pPr>
        <w:jc w:val="right"/>
      </w:pPr>
      <w:r>
        <w:t>No third position is available for anyone.</w:t>
      </w:r>
    </w:p>
    <w:p>
      <w:r>
        <w:rPr>
          <w:b/>
        </w:rPr>
        <w:t xml:space="preserve">[42:10] </w:t>
      </w:r>
      <w:r>
        <w:t>So our life is a great blessing. Our life is a great opportunity. Our life is a great advantage.</w:t>
      </w:r>
    </w:p>
    <w:p>
      <w:pPr>
        <w:jc w:val="right"/>
      </w:pPr>
      <w:r>
        <w:t>So our life is a great blessing. Our life is a great opportunity. Our life is a great advantage.</w:t>
      </w:r>
    </w:p>
    <w:p>
      <w:r>
        <w:rPr>
          <w:b/>
        </w:rPr>
        <w:t xml:space="preserve">[42:22] </w:t>
      </w:r>
      <w:r>
        <w:t>We are here in this world for a very short time—for 40 years, for 50 years, 60 years, 70 years—that is all.</w:t>
      </w:r>
    </w:p>
    <w:p>
      <w:pPr>
        <w:jc w:val="right"/>
      </w:pPr>
      <w:r>
        <w:t>We are here in this world for a very short time—for 40 years, for 50 years, 60 years, 70 years—that is all.</w:t>
      </w:r>
    </w:p>
    <w:p>
      <w:r>
        <w:rPr>
          <w:b/>
        </w:rPr>
        <w:t xml:space="preserve">[42:38] </w:t>
      </w:r>
      <w:r>
        <w:t>So we have a very short time,</w:t>
      </w:r>
    </w:p>
    <w:p>
      <w:pPr>
        <w:jc w:val="right"/>
      </w:pPr>
      <w:r>
        <w:t>So we have a very short time,</w:t>
      </w:r>
    </w:p>
    <w:p>
      <w:r>
        <w:rPr>
          <w:b/>
        </w:rPr>
        <w:t xml:space="preserve">[42:43] </w:t>
      </w:r>
      <w:r>
        <w:t>but this short time is a great blessing</w:t>
      </w:r>
    </w:p>
    <w:p>
      <w:pPr>
        <w:jc w:val="right"/>
      </w:pPr>
      <w:r>
        <w:t>but this short time is a great blessing</w:t>
      </w:r>
    </w:p>
    <w:p>
      <w:r>
        <w:rPr>
          <w:b/>
        </w:rPr>
        <w:t xml:space="preserve">[42:47] </w:t>
      </w:r>
      <w:r>
        <w:t>because if we adopt</w:t>
      </w:r>
    </w:p>
    <w:p>
      <w:pPr>
        <w:jc w:val="right"/>
      </w:pPr>
      <w:r>
        <w:t>because if we adopt</w:t>
      </w:r>
    </w:p>
    <w:p>
      <w:r>
        <w:rPr>
          <w:b/>
        </w:rPr>
        <w:t xml:space="preserve">[42:54] </w:t>
      </w:r>
      <w:r>
        <w:t>that kind of behaviour</w:t>
      </w:r>
    </w:p>
    <w:p>
      <w:pPr>
        <w:jc w:val="right"/>
      </w:pPr>
      <w:r>
        <w:t>that kind of behaviour</w:t>
      </w:r>
    </w:p>
    <w:p>
      <w:r>
        <w:rPr>
          <w:b/>
        </w:rPr>
        <w:t xml:space="preserve">[42:58] </w:t>
      </w:r>
      <w:r>
        <w:t>which is required by God,</w:t>
      </w:r>
    </w:p>
    <w:p>
      <w:pPr>
        <w:jc w:val="right"/>
      </w:pPr>
      <w:r>
        <w:t>which is required by God,</w:t>
      </w:r>
    </w:p>
    <w:p>
      <w:r>
        <w:rPr>
          <w:b/>
        </w:rPr>
        <w:t xml:space="preserve">[43:01] </w:t>
      </w:r>
      <w:r>
        <w:t>we will be blessed—the</w:t>
      </w:r>
    </w:p>
    <w:p>
      <w:pPr>
        <w:jc w:val="right"/>
      </w:pPr>
      <w:r>
        <w:t>we will be blessed—the</w:t>
      </w:r>
    </w:p>
    <w:p>
      <w:r>
        <w:rPr>
          <w:b/>
        </w:rPr>
        <w:t xml:space="preserve">[43:06] </w:t>
      </w:r>
      <w:r>
        <w:t>eternal Paradise—and if we fail,</w:t>
      </w:r>
    </w:p>
    <w:p>
      <w:pPr>
        <w:jc w:val="right"/>
      </w:pPr>
      <w:r>
        <w:t>eternal Paradise—and if we fail,</w:t>
      </w:r>
    </w:p>
    <w:p>
      <w:r>
        <w:rPr>
          <w:b/>
        </w:rPr>
        <w:t xml:space="preserve">[43:15] </w:t>
      </w:r>
      <w:r>
        <w:t>we will be punished and we will go to eternal hell</w:t>
      </w:r>
    </w:p>
    <w:p>
      <w:pPr>
        <w:jc w:val="right"/>
      </w:pPr>
      <w:r>
        <w:t>we will be punished and we will go to eternal hell</w:t>
      </w:r>
    </w:p>
    <w:p>
      <w:r>
        <w:rPr>
          <w:b/>
        </w:rPr>
        <w:t xml:space="preserve">[43:21] </w:t>
      </w:r>
      <w:r>
        <w:t>. So our life is a great blessing. Our life is a great responsibility. At the same time, it involves a great risk.</w:t>
      </w:r>
    </w:p>
    <w:p>
      <w:pPr>
        <w:jc w:val="right"/>
      </w:pPr>
      <w:r>
        <w:t>. So our life is a great blessing. Our life is a great responsibility. At the same time, it involves a great risk.</w:t>
      </w:r>
    </w:p>
    <w:p>
      <w:r>
        <w:rPr>
          <w:b/>
        </w:rPr>
        <w:t xml:space="preserve">[43:37] </w:t>
      </w:r>
      <w:r>
        <w:t>Our life is a great blessing, but at the same time, it involves a great risk because we are between heaven and between Paradise and hell.</w:t>
      </w:r>
    </w:p>
    <w:p>
      <w:pPr>
        <w:jc w:val="right"/>
      </w:pPr>
      <w:r>
        <w:t>Our life is a great blessing, but at the same time, it involves a great risk because we are between heaven and between Paradise and hell.</w:t>
      </w:r>
    </w:p>
    <w:p>
      <w:r>
        <w:rPr>
          <w:b/>
        </w:rPr>
        <w:t xml:space="preserve">[43:55] </w:t>
      </w:r>
      <w:r>
        <w:t>So it is a very, very risky position.</w:t>
      </w:r>
    </w:p>
    <w:p>
      <w:pPr>
        <w:jc w:val="right"/>
      </w:pPr>
      <w:r>
        <w:t>So it is a very, very risky position.</w:t>
      </w:r>
    </w:p>
    <w:p>
      <w:r>
        <w:rPr>
          <w:b/>
        </w:rPr>
        <w:t xml:space="preserve">[44:07] </w:t>
      </w:r>
      <w:r>
        <w:t>We have to uphold. We have to avail this golden opportunity.</w:t>
      </w:r>
    </w:p>
    <w:p>
      <w:pPr>
        <w:jc w:val="right"/>
      </w:pPr>
      <w:r>
        <w:t>We have to uphold. We have to avail this golden opportunity.</w:t>
      </w:r>
    </w:p>
    <w:p>
      <w:r>
        <w:rPr>
          <w:b/>
        </w:rPr>
        <w:t xml:space="preserve">[44:18] </w:t>
      </w:r>
      <w:r>
        <w:t>For us, it is a golden opportunity.</w:t>
      </w:r>
    </w:p>
    <w:p>
      <w:pPr>
        <w:jc w:val="right"/>
      </w:pPr>
      <w:r>
        <w:t>For us, it is a golden opportunity.</w:t>
      </w:r>
    </w:p>
    <w:p>
      <w:r>
        <w:rPr>
          <w:b/>
        </w:rPr>
        <w:t xml:space="preserve">[44:27] </w:t>
      </w:r>
      <w:r>
        <w:t>We have on this planet Earth—on this planet Earth—on this planet Earth, God has provided us a golden opportunity</w:t>
      </w:r>
    </w:p>
    <w:p>
      <w:pPr>
        <w:jc w:val="right"/>
      </w:pPr>
      <w:r>
        <w:t>We have on this planet Earth—on this planet Earth—on this planet Earth, God has provided us a golden opportunity</w:t>
      </w:r>
    </w:p>
    <w:p>
      <w:r>
        <w:rPr>
          <w:b/>
        </w:rPr>
        <w:t xml:space="preserve">[44:45] </w:t>
      </w:r>
      <w:r>
        <w:t>to live as required by God, and we will be blessed with Paradise. And if we fail,</w:t>
      </w:r>
    </w:p>
    <w:p>
      <w:pPr>
        <w:jc w:val="right"/>
      </w:pPr>
      <w:r>
        <w:t>to live as required by God, and we will be blessed with Paradise. And if we fail,</w:t>
      </w:r>
    </w:p>
    <w:p>
      <w:r>
        <w:rPr>
          <w:b/>
        </w:rPr>
        <w:t xml:space="preserve">[44:59] </w:t>
      </w:r>
      <w:r>
        <w:t>then we will be punished and we will go to hell.</w:t>
      </w:r>
    </w:p>
    <w:p>
      <w:pPr>
        <w:jc w:val="right"/>
      </w:pPr>
      <w:r>
        <w:t>then we will be punished and we will go to hell.</w:t>
      </w:r>
    </w:p>
    <w:p>
      <w:r>
        <w:rPr>
          <w:b/>
        </w:rPr>
        <w:t xml:space="preserve">[45:05] </w:t>
      </w:r>
      <w:r>
        <w:t>There is a verse in the Qur'an:</w:t>
      </w:r>
    </w:p>
    <w:p>
      <w:pPr>
        <w:jc w:val="right"/>
      </w:pPr>
      <w:r>
        <w:t>There is a verse in the Qur'an:</w:t>
      </w:r>
    </w:p>
    <w:p>
      <w:r>
        <w:rPr>
          <w:b/>
        </w:rPr>
        <w:t xml:space="preserve">[45:13] </w:t>
      </w:r>
      <w:r>
        <w:t>"It means that those who are true candidates of Paradise, they are free of arrogance. They are people of modesty.</w:t>
      </w:r>
    </w:p>
    <w:p>
      <w:pPr>
        <w:jc w:val="right"/>
      </w:pPr>
      <w:r>
        <w:t>"It means that those who are true candidates of Paradise, they are free of arrogance. They are people of modesty.</w:t>
      </w:r>
    </w:p>
    <w:p>
      <w:r>
        <w:rPr>
          <w:b/>
        </w:rPr>
        <w:t xml:space="preserve">[45:27] </w:t>
      </w:r>
      <w:r>
        <w:t>Those who are true candidates of Paradise,</w:t>
      </w:r>
    </w:p>
    <w:p>
      <w:pPr>
        <w:jc w:val="right"/>
      </w:pPr>
      <w:r>
        <w:t>Those who are true candidates of Paradise,</w:t>
      </w:r>
    </w:p>
    <w:p>
      <w:r>
        <w:rPr>
          <w:b/>
        </w:rPr>
        <w:t xml:space="preserve">[45:35] </w:t>
      </w:r>
      <w:r>
        <w:t>they always adopt the character of modesty." So modesty is the character of Paradise. Arrogance is the character of people of hell, and modesty is the character of the people of Paradise.</w:t>
      </w:r>
    </w:p>
    <w:p>
      <w:pPr>
        <w:jc w:val="right"/>
      </w:pPr>
      <w:r>
        <w:t>they always adopt the character of modesty." So modesty is the character of Paradise. Arrogance is the character of people of hell, and modesty is the character of the people of Paradise.</w:t>
      </w:r>
    </w:p>
    <w:p>
      <w:r>
        <w:rPr>
          <w:b/>
        </w:rPr>
        <w:t xml:space="preserve">[45:55] </w:t>
      </w:r>
      <w:r>
        <w:t>Hate is the character of people of hell, and love is the character of people of Paradise.</w:t>
      </w:r>
    </w:p>
    <w:p>
      <w:pPr>
        <w:jc w:val="right"/>
      </w:pPr>
      <w:r>
        <w:t>Hate is the character of people of hell, and love is the character of people of Paradise.</w:t>
      </w:r>
    </w:p>
    <w:p>
      <w:r>
        <w:rPr>
          <w:b/>
        </w:rPr>
        <w:t xml:space="preserve">[46:05] </w:t>
      </w:r>
      <w:r>
        <w:t>So we have to adopt the character of Paradise. We have to refrain ourselves from the character of hell</w:t>
      </w:r>
    </w:p>
    <w:p>
      <w:pPr>
        <w:jc w:val="right"/>
      </w:pPr>
      <w:r>
        <w:t>So we have to adopt the character of Paradise. We have to refrain ourselves from the character of hell</w:t>
      </w:r>
    </w:p>
    <w:p>
      <w:r>
        <w:rPr>
          <w:b/>
        </w:rPr>
        <w:t xml:space="preserve">[46:16] </w:t>
      </w:r>
      <w:r>
        <w:t>. And according to my experience and according to my study, I can say that</w:t>
      </w:r>
    </w:p>
    <w:p>
      <w:pPr>
        <w:jc w:val="right"/>
      </w:pPr>
      <w:r>
        <w:t>. And according to my experience and according to my study, I can say that</w:t>
      </w:r>
    </w:p>
    <w:p>
      <w:r>
        <w:rPr>
          <w:b/>
        </w:rPr>
        <w:t xml:space="preserve">[46:27] </w:t>
      </w:r>
      <w:r>
        <w:t>all these things can be achieved through intellectual development</w:t>
      </w:r>
    </w:p>
    <w:p>
      <w:pPr>
        <w:jc w:val="right"/>
      </w:pPr>
      <w:r>
        <w:t>all these things can be achieved through intellectual development</w:t>
      </w:r>
    </w:p>
    <w:p>
      <w:r>
        <w:rPr>
          <w:b/>
        </w:rPr>
        <w:t xml:space="preserve">[46:35] </w:t>
      </w:r>
      <w:r>
        <w:t>. Only intellectually developed persons can understand these things.</w:t>
      </w:r>
    </w:p>
    <w:p>
      <w:pPr>
        <w:jc w:val="right"/>
      </w:pPr>
      <w:r>
        <w:t>. Only intellectually developed persons can understand these things.</w:t>
      </w:r>
    </w:p>
    <w:p>
      <w:r>
        <w:rPr>
          <w:b/>
        </w:rPr>
        <w:t xml:space="preserve">[46:48] </w:t>
      </w:r>
      <w:r>
        <w:t>Only those people who are intellectually developed can understand</w:t>
      </w:r>
    </w:p>
    <w:p>
      <w:pPr>
        <w:jc w:val="right"/>
      </w:pPr>
      <w:r>
        <w:t>Only those people who are intellectually developed can understand</w:t>
      </w:r>
    </w:p>
    <w:p>
      <w:r>
        <w:rPr>
          <w:b/>
        </w:rPr>
        <w:t xml:space="preserve">[47:00] </w:t>
      </w:r>
      <w:r>
        <w:t>these things. And how you can develop your mind via the way of intellectual development, I think that the most important thing is that you have to save from distraction.</w:t>
      </w:r>
    </w:p>
    <w:p>
      <w:pPr>
        <w:jc w:val="right"/>
      </w:pPr>
      <w:r>
        <w:t>these things. And how you can develop your mind via the way of intellectual development, I think that the most important thing is that you have to save from distraction.</w:t>
      </w:r>
    </w:p>
    <w:p>
      <w:r>
        <w:rPr>
          <w:b/>
        </w:rPr>
        <w:t xml:space="preserve">[47:23] </w:t>
      </w:r>
      <w:r>
        <w:t>You have to save from all kinds of distraction. Distraction is the enemy of intellectual development.</w:t>
      </w:r>
    </w:p>
    <w:p>
      <w:pPr>
        <w:jc w:val="right"/>
      </w:pPr>
      <w:r>
        <w:t>You have to save from all kinds of distraction. Distraction is the enemy of intellectual development.</w:t>
      </w:r>
    </w:p>
    <w:p>
      <w:r>
        <w:rPr>
          <w:b/>
        </w:rPr>
        <w:t xml:space="preserve">[47:34] </w:t>
      </w:r>
      <w:r>
        <w:t>Distraction is the enemy of intellectual development. Every time you are engaged in something other than truth, you are distracted.</w:t>
      </w:r>
    </w:p>
    <w:p>
      <w:pPr>
        <w:jc w:val="right"/>
      </w:pPr>
      <w:r>
        <w:t>Distraction is the enemy of intellectual development. Every time you are engaged in something other than truth, you are distracted.</w:t>
      </w:r>
    </w:p>
    <w:p>
      <w:r>
        <w:rPr>
          <w:b/>
        </w:rPr>
        <w:t xml:space="preserve">[47:49] </w:t>
      </w:r>
      <w:r>
        <w:t>You are involved in distractions, all kinds of artificial distractions. In our modern time, there are so many distractions: fashion,</w:t>
      </w:r>
    </w:p>
    <w:p>
      <w:pPr>
        <w:jc w:val="right"/>
      </w:pPr>
      <w:r>
        <w:t>You are involved in distractions, all kinds of artificial distractions. In our modern time, there are so many distractions: fashion,</w:t>
      </w:r>
    </w:p>
    <w:p>
      <w:r>
        <w:rPr>
          <w:b/>
        </w:rPr>
        <w:t xml:space="preserve">[48:04] </w:t>
      </w:r>
      <w:r>
        <w:t>and beauty powder, and shopping, and outing, and pomp and show, and marriage party,</w:t>
      </w:r>
    </w:p>
    <w:p>
      <w:pPr>
        <w:jc w:val="right"/>
      </w:pPr>
      <w:r>
        <w:t>and beauty powder, and shopping, and outing, and pomp and show, and marriage party,</w:t>
      </w:r>
    </w:p>
    <w:p>
      <w:r>
        <w:rPr>
          <w:b/>
        </w:rPr>
        <w:t xml:space="preserve">[48:20] </w:t>
      </w:r>
      <w:r>
        <w:t>different kinds of functions, luxurious life, gossip culture</w:t>
      </w:r>
    </w:p>
    <w:p>
      <w:pPr>
        <w:jc w:val="right"/>
      </w:pPr>
      <w:r>
        <w:t>different kinds of functions, luxurious life, gossip culture</w:t>
      </w:r>
    </w:p>
    <w:p>
      <w:r>
        <w:rPr>
          <w:b/>
        </w:rPr>
        <w:t xml:space="preserve">[48:31] </w:t>
      </w:r>
      <w:r>
        <w:t>. All these things are distractions. Distraction is the enemy of intellectual development.</w:t>
      </w:r>
    </w:p>
    <w:p>
      <w:pPr>
        <w:jc w:val="right"/>
      </w:pPr>
      <w:r>
        <w:t>. All these things are distractions. Distraction is the enemy of intellectual development.</w:t>
      </w:r>
    </w:p>
    <w:p>
      <w:r>
        <w:rPr>
          <w:b/>
        </w:rPr>
        <w:t xml:space="preserve">[48:45] </w:t>
      </w:r>
      <w:r>
        <w:t>Those who are involved in these distractions, they are depriving themselves from intellectual development.</w:t>
      </w:r>
    </w:p>
    <w:p>
      <w:pPr>
        <w:jc w:val="right"/>
      </w:pPr>
      <w:r>
        <w:t>Those who are involved in these distractions, they are depriving themselves from intellectual development.</w:t>
      </w:r>
    </w:p>
    <w:p>
      <w:r>
        <w:rPr>
          <w:b/>
        </w:rPr>
        <w:t xml:space="preserve">[48:59] </w:t>
      </w:r>
      <w:r>
        <w:t>So we have a very short time in this world, a very short time. We cannot afford distraction.</w:t>
      </w:r>
    </w:p>
    <w:p>
      <w:pPr>
        <w:jc w:val="right"/>
      </w:pPr>
      <w:r>
        <w:t>So we have a very short time in this world, a very short time. We cannot afford distraction.</w:t>
      </w:r>
    </w:p>
    <w:p>
      <w:r>
        <w:rPr>
          <w:b/>
        </w:rPr>
        <w:t xml:space="preserve">[49:11] </w:t>
      </w:r>
      <w:r>
        <w:t>I would like to say that we cannot afford distraction because distraction deprives us from intellectual development.</w:t>
      </w:r>
    </w:p>
    <w:p>
      <w:pPr>
        <w:jc w:val="right"/>
      </w:pPr>
      <w:r>
        <w:t>I would like to say that we cannot afford distraction because distraction deprives us from intellectual development.</w:t>
      </w:r>
    </w:p>
    <w:p>
      <w:r>
        <w:rPr>
          <w:b/>
        </w:rPr>
        <w:t xml:space="preserve">[49:28] </w:t>
      </w:r>
      <w:r>
        <w:t>We cannot afford distraction</w:t>
      </w:r>
    </w:p>
    <w:p>
      <w:pPr>
        <w:jc w:val="right"/>
      </w:pPr>
      <w:r>
        <w:t>We cannot afford distraction</w:t>
      </w:r>
    </w:p>
    <w:p>
      <w:r>
        <w:rPr>
          <w:b/>
        </w:rPr>
        <w:t xml:space="preserve">[49:34] </w:t>
      </w:r>
      <w:r>
        <w:t>because distraction—where there is distraction, there is no intellectual development.</w:t>
      </w:r>
    </w:p>
    <w:p>
      <w:pPr>
        <w:jc w:val="right"/>
      </w:pPr>
      <w:r>
        <w:t>because distraction—where there is distraction, there is no intellectual development.</w:t>
      </w:r>
    </w:p>
    <w:p>
      <w:r>
        <w:rPr>
          <w:b/>
        </w:rPr>
        <w:t xml:space="preserve">[49:46] </w:t>
      </w:r>
      <w:r>
        <w:t>Nowadays, people say, "Eat, drink, and be merry." It is distraction.</w:t>
      </w:r>
    </w:p>
    <w:p>
      <w:pPr>
        <w:jc w:val="right"/>
      </w:pPr>
      <w:r>
        <w:t>Nowadays, people say, "Eat, drink, and be merry." It is distraction.</w:t>
      </w:r>
    </w:p>
    <w:p>
      <w:r>
        <w:rPr>
          <w:b/>
        </w:rPr>
        <w:t xml:space="preserve">[49:56] </w:t>
      </w:r>
      <w:r>
        <w:t>Eat, drink, and be merry is nothing but distraction.</w:t>
      </w:r>
    </w:p>
    <w:p>
      <w:pPr>
        <w:jc w:val="right"/>
      </w:pPr>
      <w:r>
        <w:t>"Eat, drink, and be merry" is nothing but distraction.</w:t>
      </w:r>
    </w:p>
    <w:p>
      <w:r>
        <w:rPr>
          <w:b/>
        </w:rPr>
        <w:t xml:space="preserve">[50:03] </w:t>
      </w:r>
      <w:r>
        <w:t>You have to go to contemplation. You have to evolve your thinking capacity. You have to study nice books.</w:t>
      </w:r>
    </w:p>
    <w:p>
      <w:pPr>
        <w:jc w:val="right"/>
      </w:pPr>
      <w:r>
        <w:t>You have to go to contemplation. You have to evolve your thinking capacity. You have to study nice books.</w:t>
      </w:r>
    </w:p>
    <w:p>
      <w:r>
        <w:rPr>
          <w:b/>
        </w:rPr>
        <w:t xml:space="preserve">[50:18] </w:t>
      </w:r>
      <w:r>
        <w:t>You have to ponder over the universe. Everything has some message, some spiritual message.</w:t>
      </w:r>
    </w:p>
    <w:p>
      <w:pPr>
        <w:jc w:val="right"/>
      </w:pPr>
      <w:r>
        <w:t>You have to ponder over the universe. Everything has some message, some spiritual message.</w:t>
      </w:r>
    </w:p>
    <w:p>
      <w:r>
        <w:rPr>
          <w:b/>
        </w:rPr>
        <w:t xml:space="preserve">[50:29] </w:t>
      </w:r>
      <w:r>
        <w:t>So you have to find those messages.</w:t>
      </w:r>
    </w:p>
    <w:p>
      <w:pPr>
        <w:jc w:val="right"/>
      </w:pPr>
      <w:r>
        <w:t>So you have to find those messages.</w:t>
      </w:r>
    </w:p>
    <w:p>
      <w:r>
        <w:rPr>
          <w:b/>
        </w:rPr>
        <w:t xml:space="preserve">[50:35] </w:t>
      </w:r>
      <w:r>
        <w:t>All these things are tools of intellectual development.</w:t>
      </w:r>
    </w:p>
    <w:p>
      <w:pPr>
        <w:jc w:val="right"/>
      </w:pPr>
      <w:r>
        <w:t>All these things are tools of intellectual development.</w:t>
      </w:r>
    </w:p>
    <w:p>
      <w:r>
        <w:rPr>
          <w:b/>
        </w:rPr>
        <w:t xml:space="preserve">[50:42] </w:t>
      </w:r>
      <w:r>
        <w:t>So you have to refrain from—you have to refrain yourself from distraction. Distraction is killer.</w:t>
      </w:r>
    </w:p>
    <w:p>
      <w:pPr>
        <w:jc w:val="right"/>
      </w:pPr>
      <w:r>
        <w:t>So you have to refrain from—you have to refrain yourself from distraction. Distraction is killer.</w:t>
      </w:r>
    </w:p>
    <w:p>
      <w:r>
        <w:rPr>
          <w:b/>
        </w:rPr>
        <w:t xml:space="preserve">[50:52] </w:t>
      </w:r>
      <w:r>
        <w:t>Shopping is killer. Outing is killer.</w:t>
      </w:r>
    </w:p>
    <w:p>
      <w:pPr>
        <w:jc w:val="right"/>
      </w:pPr>
      <w:r>
        <w:t>Shopping is killer. Outing is killer.</w:t>
      </w:r>
    </w:p>
    <w:p>
      <w:r>
        <w:rPr>
          <w:b/>
        </w:rPr>
        <w:t xml:space="preserve">[50:59] </w:t>
      </w:r>
      <w:r>
        <w:t>Huha culture is killer. Pleasant enjoyments are killer.</w:t>
      </w:r>
    </w:p>
    <w:p>
      <w:pPr>
        <w:jc w:val="right"/>
      </w:pPr>
      <w:r>
        <w:t>Huha culture is killer. Pleasant enjoyments are killer.</w:t>
      </w:r>
    </w:p>
    <w:p>
      <w:r>
        <w:rPr>
          <w:b/>
        </w:rPr>
        <w:t xml:space="preserve">[51:11] </w:t>
      </w:r>
      <w:r>
        <w:t>Be serious about your life. Be serious about your life. Don't waste time.</w:t>
      </w:r>
    </w:p>
    <w:p>
      <w:pPr>
        <w:jc w:val="right"/>
      </w:pPr>
      <w:r>
        <w:t>Be serious about your life. Be serious about your life. Don't waste time.</w:t>
      </w:r>
    </w:p>
    <w:p>
      <w:r>
        <w:rPr>
          <w:b/>
        </w:rPr>
        <w:t xml:space="preserve">[51:26] </w:t>
      </w:r>
      <w:r>
        <w:t>Time is our most precious asset. Time is our most precious asset. So avail your time.</w:t>
      </w:r>
    </w:p>
    <w:p>
      <w:pPr>
        <w:jc w:val="right"/>
      </w:pPr>
      <w:r>
        <w:t>Time is our most precious asset. Time is our most precious asset. So avail your time.</w:t>
      </w:r>
    </w:p>
    <w:p>
      <w:r>
        <w:rPr>
          <w:b/>
        </w:rPr>
        <w:t xml:space="preserve">[51:39] </w:t>
      </w:r>
      <w:r>
        <w:t>Time is a precious opportunity. So</w:t>
      </w:r>
    </w:p>
    <w:p>
      <w:pPr>
        <w:jc w:val="right"/>
      </w:pPr>
      <w:r>
        <w:t>Time is a precious opportunity. So</w:t>
      </w:r>
    </w:p>
    <w:p>
      <w:r>
        <w:rPr>
          <w:b/>
        </w:rPr>
        <w:t xml:space="preserve">[51:47] </w:t>
      </w:r>
      <w:r>
        <w:t>avail your time, avail this opportunity for intellectual development, spiritual development, for study, for observation, for contemplation,</w:t>
      </w:r>
    </w:p>
    <w:p>
      <w:pPr>
        <w:jc w:val="right"/>
      </w:pPr>
      <w:r>
        <w:t>avail your time, avail this opportunity for intellectual development, spiritual development, for study, for observation, for contemplation,</w:t>
      </w:r>
    </w:p>
    <w:p>
      <w:r>
        <w:rPr>
          <w:b/>
        </w:rPr>
        <w:t xml:space="preserve">[52:03] </w:t>
      </w:r>
      <w:r>
        <w:t>for taking lessons from the world.</w:t>
      </w:r>
    </w:p>
    <w:p>
      <w:pPr>
        <w:jc w:val="right"/>
      </w:pPr>
      <w:r>
        <w:t>for taking lessons from the world.</w:t>
      </w:r>
    </w:p>
    <w:p>
      <w:r>
        <w:rPr>
          <w:b/>
        </w:rPr>
        <w:t xml:space="preserve">[52:10] </w:t>
      </w:r>
      <w:r>
        <w:t>People are engaged in physical foods, and at the same time, there are so many spiritual foods.</w:t>
      </w:r>
    </w:p>
    <w:p>
      <w:pPr>
        <w:jc w:val="right"/>
      </w:pPr>
      <w:r>
        <w:t>People are engaged in physical foods, and at the same time, there are so many spiritual foods.</w:t>
      </w:r>
    </w:p>
    <w:p>
      <w:r>
        <w:rPr>
          <w:b/>
        </w:rPr>
        <w:t xml:space="preserve">[52:21] </w:t>
      </w:r>
      <w:r>
        <w:t>Physical food is for our need. Physical food is only for our need, but spiritual food is for our development.</w:t>
      </w:r>
    </w:p>
    <w:p>
      <w:pPr>
        <w:jc w:val="right"/>
      </w:pPr>
      <w:r>
        <w:t>Physical food is for our need. Physical food is only for our need, but spiritual food is for our development.</w:t>
      </w:r>
    </w:p>
    <w:p>
      <w:r>
        <w:rPr>
          <w:b/>
        </w:rPr>
        <w:t xml:space="preserve">[52:40] </w:t>
      </w:r>
      <w:r>
        <w:t>Intellectual development can be achieved only through spiritual food.</w:t>
      </w:r>
    </w:p>
    <w:p>
      <w:pPr>
        <w:jc w:val="right"/>
      </w:pPr>
      <w:r>
        <w:t>Intellectual development can be achieved only through spiritual food.</w:t>
      </w:r>
    </w:p>
    <w:p>
      <w:r>
        <w:rPr>
          <w:b/>
        </w:rPr>
        <w:t xml:space="preserve">[52:47] </w:t>
      </w:r>
      <w:r>
        <w:t>You know, physical health</w:t>
      </w:r>
    </w:p>
    <w:p>
      <w:pPr>
        <w:jc w:val="right"/>
      </w:pPr>
      <w:r>
        <w:t>You know, physical health</w:t>
      </w:r>
    </w:p>
    <w:p>
      <w:r>
        <w:rPr>
          <w:b/>
        </w:rPr>
        <w:t xml:space="preserve">[52:52] </w:t>
      </w:r>
      <w:r>
        <w:t>can be achieved through physical food,</w:t>
      </w:r>
    </w:p>
    <w:p>
      <w:pPr>
        <w:jc w:val="right"/>
      </w:pPr>
      <w:r>
        <w:t>can be achieved through physical food,</w:t>
      </w:r>
    </w:p>
    <w:p>
      <w:r>
        <w:rPr>
          <w:b/>
        </w:rPr>
        <w:t xml:space="preserve">[52:56] </w:t>
      </w:r>
      <w:r>
        <w:t>but the intellectual health, intellectual development can be achieved only through spiritual food.</w:t>
      </w:r>
    </w:p>
    <w:p>
      <w:pPr>
        <w:jc w:val="right"/>
      </w:pPr>
      <w:r>
        <w:t>but the intellectual health, intellectual development can be achieved only through spiritual food.</w:t>
      </w:r>
    </w:p>
    <w:p>
      <w:r>
        <w:rPr>
          <w:b/>
        </w:rPr>
        <w:t xml:space="preserve">[53:10] </w:t>
      </w:r>
      <w:r>
        <w:t>So spiritual food is—spiritual food gives you intellectual health.</w:t>
      </w:r>
    </w:p>
    <w:p>
      <w:pPr>
        <w:jc w:val="right"/>
      </w:pPr>
      <w:r>
        <w:t>So spiritual food is—spiritual food gives you intellectual health.</w:t>
      </w:r>
    </w:p>
    <w:p>
      <w:r>
        <w:rPr>
          <w:b/>
        </w:rPr>
        <w:t xml:space="preserve">[53:21] </w:t>
      </w:r>
      <w:r>
        <w:t>Physical food gives you physical health, and spiritual food gives you intellectual health.</w:t>
      </w:r>
    </w:p>
    <w:p>
      <w:pPr>
        <w:jc w:val="right"/>
      </w:pPr>
      <w:r>
        <w:t>Physical food gives you physical health, and spiritual food gives you intellectual health.</w:t>
      </w:r>
    </w:p>
    <w:p>
      <w:r>
        <w:rPr>
          <w:b/>
        </w:rPr>
        <w:t xml:space="preserve">[53:35] </w:t>
      </w:r>
      <w:r>
        <w:t>So be cautious. Be sincere.</w:t>
      </w:r>
    </w:p>
    <w:p>
      <w:pPr>
        <w:jc w:val="right"/>
      </w:pPr>
      <w:r>
        <w:t>So be cautious. Be sincere.</w:t>
      </w:r>
    </w:p>
    <w:p>
      <w:r>
        <w:rPr>
          <w:b/>
        </w:rPr>
        <w:t xml:space="preserve">[53:46] </w:t>
      </w:r>
      <w:r>
        <w:t>Adopt the way of sanity.</w:t>
      </w:r>
    </w:p>
    <w:p>
      <w:pPr>
        <w:jc w:val="right"/>
      </w:pPr>
      <w:r>
        <w:t>Adopt the way of sanity.</w:t>
      </w:r>
    </w:p>
    <w:p>
      <w:r>
        <w:rPr>
          <w:b/>
        </w:rPr>
        <w:t xml:space="preserve">[53:53] </w:t>
      </w:r>
      <w:r>
        <w:t>I can say that the most important</w:t>
      </w:r>
    </w:p>
    <w:p>
      <w:pPr>
        <w:jc w:val="right"/>
      </w:pPr>
      <w:r>
        <w:t>I can say that the most important</w:t>
      </w:r>
    </w:p>
    <w:p>
      <w:r>
        <w:rPr>
          <w:b/>
        </w:rPr>
        <w:t xml:space="preserve">[54:00] </w:t>
      </w:r>
      <w:r>
        <w:t>use of time is to use it in the way of intellectual development because without intellectual development, you cannot understand anything.</w:t>
      </w:r>
    </w:p>
    <w:p>
      <w:pPr>
        <w:jc w:val="right"/>
      </w:pPr>
      <w:r>
        <w:t>use of time is to use it in the way of intellectual development because without intellectual development, you cannot understand anything.</w:t>
      </w:r>
    </w:p>
    <w:p>
      <w:r>
        <w:rPr>
          <w:b/>
        </w:rPr>
        <w:t xml:space="preserve">[54:16] </w:t>
      </w:r>
      <w:r>
        <w:t>I always feel that present people have developed a kind of intellectual gap</w:t>
      </w:r>
    </w:p>
    <w:p>
      <w:pPr>
        <w:jc w:val="right"/>
      </w:pPr>
      <w:r>
        <w:t>I always feel that present people have developed a kind of intellectual gap</w:t>
      </w:r>
    </w:p>
    <w:p>
      <w:r>
        <w:rPr>
          <w:b/>
        </w:rPr>
        <w:t xml:space="preserve">[54:27] </w:t>
      </w:r>
      <w:r>
        <w:t>. They cannot understand anything. Any great idea is not understandable for these people.</w:t>
      </w:r>
    </w:p>
    <w:p>
      <w:pPr>
        <w:jc w:val="right"/>
      </w:pPr>
      <w:r>
        <w:t>. They cannot understand anything. Any great idea is not understandable for these people.</w:t>
      </w:r>
    </w:p>
    <w:p>
      <w:r>
        <w:rPr>
          <w:b/>
        </w:rPr>
        <w:t xml:space="preserve">[54:37] </w:t>
      </w:r>
      <w:r>
        <w:t>If you produce a great idea,</w:t>
      </w:r>
    </w:p>
    <w:p>
      <w:pPr>
        <w:jc w:val="right"/>
      </w:pPr>
      <w:r>
        <w:t>If you produce a great idea,</w:t>
      </w:r>
    </w:p>
    <w:p>
      <w:r>
        <w:rPr>
          <w:b/>
        </w:rPr>
        <w:t xml:space="preserve">[54:44] </w:t>
      </w:r>
      <w:r>
        <w:t>then people cannot understand it because there is intellectual development.</w:t>
      </w:r>
    </w:p>
    <w:p>
      <w:pPr>
        <w:jc w:val="right"/>
      </w:pPr>
      <w:r>
        <w:t>then people cannot understand it because there is intellectual development.</w:t>
      </w:r>
    </w:p>
    <w:p>
      <w:r>
        <w:rPr>
          <w:b/>
        </w:rPr>
        <w:t xml:space="preserve">[54:54] </w:t>
      </w:r>
      <w:r>
        <w:t>They are busy in gossips. They are busy in shopping. They are busy in superficial kinds of activities.</w:t>
      </w:r>
    </w:p>
    <w:p>
      <w:pPr>
        <w:jc w:val="right"/>
      </w:pPr>
      <w:r>
        <w:t>They are busy in gossips. They are busy in shopping. They are busy in superficial kinds of activities.</w:t>
      </w:r>
    </w:p>
    <w:p>
      <w:r>
        <w:rPr>
          <w:b/>
        </w:rPr>
        <w:t xml:space="preserve">[55:07] </w:t>
      </w:r>
      <w:r>
        <w:t>So intellectually, they are dull.</w:t>
      </w:r>
    </w:p>
    <w:p>
      <w:pPr>
        <w:jc w:val="right"/>
      </w:pPr>
      <w:r>
        <w:t>So intellectually, they are dull.</w:t>
      </w:r>
    </w:p>
    <w:p>
      <w:r>
        <w:rPr>
          <w:b/>
        </w:rPr>
        <w:t xml:space="preserve">[55:14] </w:t>
      </w:r>
      <w:r>
        <w:t>Physically, they are</w:t>
      </w:r>
    </w:p>
    <w:p>
      <w:pPr>
        <w:jc w:val="right"/>
      </w:pPr>
      <w:r>
        <w:t>Physically, they are</w:t>
      </w:r>
    </w:p>
    <w:p>
      <w:r>
        <w:rPr>
          <w:b/>
        </w:rPr>
        <w:t xml:space="preserve">[55:23] </w:t>
      </w:r>
      <w:r>
        <w:t>rich, but intellectually, they are dull. This is the present scene.</w:t>
      </w:r>
    </w:p>
    <w:p>
      <w:pPr>
        <w:jc w:val="right"/>
      </w:pPr>
      <w:r>
        <w:t>rich, but intellectually, they are dull. This is the present scene.</w:t>
      </w:r>
    </w:p>
    <w:p>
      <w:r>
        <w:rPr>
          <w:b/>
        </w:rPr>
        <w:t xml:space="preserve">[55:35] </w:t>
      </w:r>
      <w:r>
        <w:t>So I can say that if you want to live</w:t>
      </w:r>
    </w:p>
    <w:p>
      <w:pPr>
        <w:jc w:val="right"/>
      </w:pPr>
      <w:r>
        <w:t>So I can say that if you want to live</w:t>
      </w:r>
    </w:p>
    <w:p>
      <w:r>
        <w:rPr>
          <w:b/>
        </w:rPr>
        <w:t xml:space="preserve">[55:47] </w:t>
      </w:r>
      <w:r>
        <w:t>a Bani life, if you want to live a Divine life, if you want to adopt the culture of Paradise,</w:t>
      </w:r>
    </w:p>
    <w:p>
      <w:pPr>
        <w:jc w:val="right"/>
      </w:pPr>
      <w:r>
        <w:t>a Bani life, if you want to live a Divine life, if you want to adopt the culture of Paradise,</w:t>
      </w:r>
    </w:p>
    <w:p>
      <w:r>
        <w:rPr>
          <w:b/>
        </w:rPr>
        <w:t xml:space="preserve">[56:03] </w:t>
      </w:r>
      <w:r>
        <w:t>then you have to develop your mind because without intellectual development, you cannot understand anything.</w:t>
      </w:r>
    </w:p>
    <w:p>
      <w:pPr>
        <w:jc w:val="right"/>
      </w:pPr>
      <w:r>
        <w:t>then you have to develop your mind because without intellectual development, you cannot understand anything.</w:t>
      </w:r>
    </w:p>
    <w:p>
      <w:r>
        <w:rPr>
          <w:b/>
        </w:rPr>
        <w:t xml:space="preserve">[56:17] </w:t>
      </w:r>
      <w:r>
        <w:t>Our mind has a great capacity, great capacity, but you have to train your mind.</w:t>
      </w:r>
    </w:p>
    <w:p>
      <w:pPr>
        <w:jc w:val="right"/>
      </w:pPr>
      <w:r>
        <w:t>Our mind has a great capacity, great capacity, but you have to train your mind.</w:t>
      </w:r>
    </w:p>
    <w:p>
      <w:r>
        <w:rPr>
          <w:b/>
        </w:rPr>
        <w:t xml:space="preserve">[56:28] </w:t>
      </w:r>
      <w:r>
        <w:t>Without training, your mind becomes in a dormant position.</w:t>
      </w:r>
    </w:p>
    <w:p>
      <w:pPr>
        <w:jc w:val="right"/>
      </w:pPr>
      <w:r>
        <w:t>Without training, your mind becomes in a dormant position.</w:t>
      </w:r>
    </w:p>
    <w:p>
      <w:r>
        <w:rPr>
          <w:b/>
        </w:rPr>
        <w:t xml:space="preserve">[56:37] </w:t>
      </w:r>
      <w:r>
        <w:t>Our mind has great capacity, but all these capacities are in a dormant position.</w:t>
      </w:r>
    </w:p>
    <w:p>
      <w:pPr>
        <w:jc w:val="right"/>
      </w:pPr>
      <w:r>
        <w:t>Our mind has great capacity, but all these capacities are in a dormant position.</w:t>
      </w:r>
    </w:p>
    <w:p>
      <w:r>
        <w:rPr>
          <w:b/>
        </w:rPr>
        <w:t xml:space="preserve">[56:48] </w:t>
      </w:r>
      <w:r>
        <w:t>So we have to awaken our mind.</w:t>
      </w:r>
    </w:p>
    <w:p>
      <w:pPr>
        <w:jc w:val="right"/>
      </w:pPr>
      <w:r>
        <w:t>So we have to awaken our mind.</w:t>
      </w:r>
    </w:p>
    <w:p>
      <w:r>
        <w:rPr>
          <w:b/>
        </w:rPr>
        <w:t xml:space="preserve">[56:54] </w:t>
      </w:r>
      <w:r>
        <w:t>So you have to use those capacities by training, by the way of training.</w:t>
      </w:r>
    </w:p>
    <w:p>
      <w:pPr>
        <w:jc w:val="right"/>
      </w:pPr>
      <w:r>
        <w:t>So you have to use those capacities by training, by the way of training.</w:t>
      </w:r>
    </w:p>
    <w:p>
      <w:r>
        <w:rPr>
          <w:b/>
        </w:rPr>
        <w:t xml:space="preserve">[57:04] </w:t>
      </w:r>
      <w:r>
        <w:t>So first of all, you have to develop your intellectual ability.</w:t>
      </w:r>
    </w:p>
    <w:p>
      <w:pPr>
        <w:jc w:val="right"/>
      </w:pPr>
      <w:r>
        <w:t>So first of all, you have to develop your intellectual ability.</w:t>
      </w:r>
    </w:p>
    <w:p>
      <w:r>
        <w:rPr>
          <w:b/>
        </w:rPr>
        <w:t xml:space="preserve">[57:17] </w:t>
      </w:r>
      <w:r>
        <w:t>First of all, you have to develop thinking in your mind.</w:t>
      </w:r>
    </w:p>
    <w:p>
      <w:pPr>
        <w:jc w:val="right"/>
      </w:pPr>
      <w:r>
        <w:t>First of all, you have to develop thinking in your mind.</w:t>
      </w:r>
    </w:p>
    <w:p>
      <w:r>
        <w:rPr>
          <w:b/>
        </w:rPr>
        <w:t xml:space="preserve">[57:25] </w:t>
      </w:r>
      <w:r>
        <w:t>Here is the starting point. People know the value of a degree.</w:t>
      </w:r>
    </w:p>
    <w:p>
      <w:pPr>
        <w:jc w:val="right"/>
      </w:pPr>
      <w:r>
        <w:t>Here is the starting point. People know the value of a degree.</w:t>
      </w:r>
    </w:p>
    <w:p>
      <w:r>
        <w:rPr>
          <w:b/>
        </w:rPr>
        <w:t xml:space="preserve">[57:36] </w:t>
      </w:r>
      <w:r>
        <w:t>People know the value of professional education. They do not know the value of intellectual development.</w:t>
      </w:r>
    </w:p>
    <w:p>
      <w:pPr>
        <w:jc w:val="right"/>
      </w:pPr>
      <w:r>
        <w:t>People know the value of professional education. They do not know the value of intellectual development.</w:t>
      </w:r>
    </w:p>
    <w:p>
      <w:r>
        <w:rPr>
          <w:b/>
        </w:rPr>
        <w:t xml:space="preserve">[57:50] </w:t>
      </w:r>
      <w:r>
        <w:t>I can say that the value of intellectual development is greater than all other kinds of</w:t>
      </w:r>
    </w:p>
    <w:p>
      <w:pPr>
        <w:jc w:val="right"/>
      </w:pPr>
      <w:r>
        <w:t>I can say that the value of intellectual development is greater than all other kinds of</w:t>
      </w:r>
    </w:p>
    <w:p>
      <w:r>
        <w:rPr>
          <w:b/>
        </w:rPr>
        <w:t xml:space="preserve">[58:02] </w:t>
      </w:r>
      <w:r>
        <w:t>education</w:t>
      </w:r>
    </w:p>
    <w:p>
      <w:pPr>
        <w:jc w:val="right"/>
      </w:pPr>
      <w:r>
        <w:t>education</w:t>
      </w:r>
    </w:p>
    <w:p>
      <w:r>
        <w:rPr>
          <w:b/>
        </w:rPr>
        <w:t xml:space="preserve">[58:05] </w:t>
      </w:r>
      <w:r>
        <w:t>because without intellectual development, you cannot understand great ideas, deeper things, the meaning of the universe.</w:t>
      </w:r>
    </w:p>
    <w:p>
      <w:pPr>
        <w:jc w:val="right"/>
      </w:pPr>
      <w:r>
        <w:t>because without intellectual development, you cannot understand great ideas, deeper things, the meaning of the universe.</w:t>
      </w:r>
    </w:p>
    <w:p>
      <w:r>
        <w:rPr>
          <w:b/>
        </w:rPr>
        <w:t xml:space="preserve">[58:20] </w:t>
      </w:r>
      <w:r>
        <w:t>So I will suggest that</w:t>
      </w:r>
    </w:p>
    <w:p>
      <w:pPr>
        <w:jc w:val="right"/>
      </w:pPr>
      <w:r>
        <w:t>So I will suggest that</w:t>
      </w:r>
    </w:p>
    <w:p>
      <w:r>
        <w:rPr>
          <w:b/>
        </w:rPr>
        <w:t xml:space="preserve">[58:25] </w:t>
      </w:r>
      <w:r>
        <w:t>you have to develop your mind</w:t>
      </w:r>
    </w:p>
    <w:p>
      <w:pPr>
        <w:jc w:val="right"/>
      </w:pPr>
      <w:r>
        <w:t>you have to develop your mind</w:t>
      </w:r>
    </w:p>
    <w:p>
      <w:r>
        <w:rPr>
          <w:b/>
        </w:rPr>
        <w:t xml:space="preserve">[58:29] </w:t>
      </w:r>
      <w:r>
        <w:t>. Intellectual development is the greatest thing in this world.</w:t>
      </w:r>
    </w:p>
    <w:p>
      <w:pPr>
        <w:jc w:val="right"/>
      </w:pPr>
      <w:r>
        <w:t>. Intellectual development is the greatest thing in this world.</w:t>
      </w:r>
    </w:p>
    <w:p>
      <w:r>
        <w:rPr>
          <w:b/>
        </w:rPr>
        <w:t xml:space="preserve">[58:39] </w:t>
      </w:r>
      <w:r>
        <w:t>astaghfirullah li wa lakum ajmaeen.</w:t>
      </w:r>
    </w:p>
    <w:p>
      <w:pPr>
        <w:jc w:val="right"/>
      </w:pPr>
      <w:r>
        <w:t>أقول قولي هذا وأستغفر الله لي ولكم أجمعين.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