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Find Truth February 3, 2008</w:t>
      </w:r>
    </w:p>
    <w:p>
      <w:r>
        <w:t>https://youtu.be/HvyEO8hOC1M</w:t>
      </w:r>
    </w:p>
    <w:p>
      <w:r>
        <w:rPr>
          <w:b/>
        </w:rPr>
        <w:t xml:space="preserve">[00:38] </w:t>
      </w:r>
      <w:r>
        <w:t>aaj ki talk mein ek</w:t>
      </w:r>
    </w:p>
    <w:p>
      <w:pPr>
        <w:jc w:val="right"/>
      </w:pPr>
      <w:r>
        <w:t>آج کی ٹاک میں ایک</w:t>
      </w:r>
    </w:p>
    <w:p>
      <w:r>
        <w:rPr>
          <w:b/>
        </w:rPr>
        <w:t xml:space="preserve">[00:48] </w:t>
      </w:r>
      <w:r>
        <w:t>news se shuru karta hoon.</w:t>
      </w:r>
    </w:p>
    <w:p>
      <w:pPr>
        <w:jc w:val="right"/>
      </w:pPr>
      <w:r>
        <w:t>نیوز سے شروع کرتا ہوں۔</w:t>
      </w:r>
    </w:p>
    <w:p>
      <w:r>
        <w:rPr>
          <w:b/>
        </w:rPr>
        <w:t xml:space="preserve">[00:54] </w:t>
      </w:r>
      <w:r>
        <w:t>mere haath mein dekhiye, kal ka english paper hai.</w:t>
      </w:r>
    </w:p>
    <w:p>
      <w:pPr>
        <w:jc w:val="right"/>
      </w:pPr>
      <w:r>
        <w:t>میرے ہاتھ میں دیکھیے، کل کا انگلش پیپر ہے۔</w:t>
      </w:r>
    </w:p>
    <w:p>
      <w:r>
        <w:rPr>
          <w:b/>
        </w:rPr>
        <w:t xml:space="preserve">[00:59] </w:t>
      </w:r>
      <w:r>
        <w:t>is mein aap dekhenge ek news hai is caption ke saath ke "blitz founder kranjia dead".</w:t>
      </w:r>
    </w:p>
    <w:p>
      <w:pPr>
        <w:jc w:val="right"/>
      </w:pPr>
      <w:r>
        <w:t>اس میں آپ دیکھیں گے ایک نیوز ہے اس کیپشن کے ساتھ کہ "بلڈز فاؤنڈر کرنجیا ڈیڈ"۔</w:t>
      </w:r>
    </w:p>
    <w:p>
      <w:r>
        <w:rPr>
          <w:b/>
        </w:rPr>
        <w:t xml:space="preserve">[01:13] </w:t>
      </w:r>
      <w:r>
        <w:t>blitz founder kranjia dead. jo</w:t>
      </w:r>
    </w:p>
    <w:p>
      <w:pPr>
        <w:jc w:val="right"/>
      </w:pPr>
      <w:r>
        <w:t>بلڈز فاؤنڈر کرنجیا ڈیڈ۔ جو</w:t>
      </w:r>
    </w:p>
    <w:p>
      <w:r>
        <w:rPr>
          <w:b/>
        </w:rPr>
        <w:t xml:space="preserve">[01:18] </w:t>
      </w:r>
      <w:r>
        <w:t>log journalism se qareeb rahe hain, woh jaante hain ke blitz ek zamane mein bohat zabardast parcham maana jaata tha.</w:t>
      </w:r>
    </w:p>
    <w:p>
      <w:pPr>
        <w:jc w:val="right"/>
      </w:pPr>
      <w:r>
        <w:t>لوگ جرنلزم سے قریب رہے ہیں، وہ جانتے ہیں کہ بلڈز ایک زمانے میں بہت زبردست پرچم مانا جاتا تھا۔</w:t>
      </w:r>
    </w:p>
    <w:p>
      <w:r>
        <w:rPr>
          <w:b/>
        </w:rPr>
        <w:t xml:space="preserve">[01:30] </w:t>
      </w:r>
      <w:r>
        <w:t>russi kranjia ek parsi family mein paida hue. bohat achhi education hui un ki.</w:t>
      </w:r>
    </w:p>
    <w:p>
      <w:pPr>
        <w:jc w:val="right"/>
      </w:pPr>
      <w:r>
        <w:t>روسی کرنجیا ایک پارسی فیملی میں پیدا ہوئے۔ بہت اچھی ایجوکیشن ہوئی ان کی۔</w:t>
      </w:r>
    </w:p>
    <w:p>
      <w:r>
        <w:rPr>
          <w:b/>
        </w:rPr>
        <w:t xml:space="preserve">[01:42] </w:t>
      </w:r>
      <w:r>
        <w:t>unhon ne bombay se yeh parcha nikala, "blitz".</w:t>
      </w:r>
    </w:p>
    <w:p>
      <w:pPr>
        <w:jc w:val="right"/>
      </w:pPr>
      <w:r>
        <w:t>انہوں نے بمبے سے یہ پرچہ نکالا، "بلڈز"۔</w:t>
      </w:r>
    </w:p>
    <w:p>
      <w:r>
        <w:rPr>
          <w:b/>
        </w:rPr>
        <w:t xml:space="preserve">[01:48] </w:t>
      </w:r>
      <w:r>
        <w:t>english mein aur doosri language mein bhi. yeh bohat popular hua kyunke is mein sensational news hua karti thi.</w:t>
      </w:r>
    </w:p>
    <w:p>
      <w:pPr>
        <w:jc w:val="right"/>
      </w:pPr>
      <w:r>
        <w:t>انگلش میں اور دوسری لینگویج میں بھی۔ یہ بہت پاپولر ہوا کیونکہ اس میں سنسیشنل نیوز ہوا کرتی تھی۔</w:t>
      </w:r>
    </w:p>
    <w:p>
      <w:r>
        <w:rPr>
          <w:b/>
        </w:rPr>
        <w:t xml:space="preserve">[01:59] </w:t>
      </w:r>
      <w:r>
        <w:t>sensational journalism ke liye bohat hi mashhoor hua yeh apne zamane mein.</w:t>
      </w:r>
    </w:p>
    <w:p>
      <w:pPr>
        <w:jc w:val="right"/>
      </w:pPr>
      <w:r>
        <w:t>سنسیشنل جرنلزم کے لیے بہت ہی مشہور ہوا یہ اپنے زمانے میں۔</w:t>
      </w:r>
    </w:p>
    <w:p>
      <w:r>
        <w:rPr>
          <w:b/>
        </w:rPr>
        <w:t xml:space="preserve">[02:07] </w:t>
      </w:r>
      <w:r>
        <w:t>russi kranjia is zamane mein top ke journalist mein gine jaate the</w:t>
      </w:r>
    </w:p>
    <w:p>
      <w:pPr>
        <w:jc w:val="right"/>
      </w:pPr>
      <w:r>
        <w:t>روسی کرنجیا اس زمانے میں ٹاپ کے جرنلسٹ میں گنے جاتے تھے</w:t>
      </w:r>
    </w:p>
    <w:p>
      <w:r>
        <w:rPr>
          <w:b/>
        </w:rPr>
        <w:t xml:space="preserve">[02:14] </w:t>
      </w:r>
      <w:r>
        <w:t>jaise frank morris, sham lal, khushwant singh.</w:t>
      </w:r>
    </w:p>
    <w:p>
      <w:pPr>
        <w:jc w:val="right"/>
      </w:pPr>
      <w:r>
        <w:t>جیسے فرینک مورس، شام لال، خوشوند سنگھ۔</w:t>
      </w:r>
    </w:p>
    <w:p>
      <w:r>
        <w:rPr>
          <w:b/>
        </w:rPr>
        <w:t xml:space="preserve">[02:23] </w:t>
      </w:r>
      <w:r>
        <w:t>yeh sab is zamane mein top ke journalist the. isi rank mein shumar hota tha russi kranjia ka.</w:t>
      </w:r>
    </w:p>
    <w:p>
      <w:pPr>
        <w:jc w:val="right"/>
      </w:pPr>
      <w:r>
        <w:t>یہ سب اس زمانے میں ٹاپ کے جرنلسٹ تھے۔ اسی رینک میں شمار ہوتا تھا روسی کرنجیا کا۔</w:t>
      </w:r>
    </w:p>
    <w:p>
      <w:r>
        <w:rPr>
          <w:b/>
        </w:rPr>
        <w:t xml:space="preserve">[02:32] </w:t>
      </w:r>
      <w:r>
        <w:t>un ke relations the bohat hi top ke logon ke saath</w:t>
      </w:r>
    </w:p>
    <w:p>
      <w:pPr>
        <w:jc w:val="right"/>
      </w:pPr>
      <w:r>
        <w:t>ان کے ریلیشنز تھے بہت ہی ٹاپ کے لوگوں کے ساتھ</w:t>
      </w:r>
    </w:p>
    <w:p>
      <w:r>
        <w:rPr>
          <w:b/>
        </w:rPr>
        <w:t xml:space="preserve">[02:37] </w:t>
      </w:r>
      <w:r>
        <w:t>jaise jawaharlal nehru, aur marshal tito, president nasser, aur king of iran.</w:t>
      </w:r>
    </w:p>
    <w:p>
      <w:pPr>
        <w:jc w:val="right"/>
      </w:pPr>
      <w:r>
        <w:t>جیسے جواہر لال نہرو، اور مارشل ٹیٹو، پریزیڈنٹ ناصر، اور کنگ آف ایران۔</w:t>
      </w:r>
    </w:p>
    <w:p>
      <w:r>
        <w:rPr>
          <w:b/>
        </w:rPr>
        <w:t xml:space="preserve">[02:53] </w:t>
      </w:r>
      <w:r>
        <w:t>to bohat zabardast unhon ne ek maqam hasil kiya sensational journalism mein. yeh weekly parcha hua karta tha.</w:t>
      </w:r>
    </w:p>
    <w:p>
      <w:pPr>
        <w:jc w:val="right"/>
      </w:pPr>
      <w:r>
        <w:t>تو بہت زبردست انہوں نے ایک مقام حاصل کیا سنسیشنل جرنلزم میں۔ یہ ویکلی پرچہ ہوا کرتا تھا۔</w:t>
      </w:r>
    </w:p>
    <w:p>
      <w:r>
        <w:rPr>
          <w:b/>
        </w:rPr>
        <w:t xml:space="preserve">[03:03] </w:t>
      </w:r>
      <w:r>
        <w:t>is zamane mein main bhi is ko padhta tha. to</w:t>
      </w:r>
    </w:p>
    <w:p>
      <w:pPr>
        <w:jc w:val="right"/>
      </w:pPr>
      <w:r>
        <w:t>اس زمانے میں میں بھی اس کو پڑھتا تھا۔ تو</w:t>
      </w:r>
    </w:p>
    <w:p>
      <w:r>
        <w:rPr>
          <w:b/>
        </w:rPr>
        <w:t xml:space="preserve">[03:08] </w:t>
      </w:r>
      <w:r>
        <w:t>92 years par unhon ne wafat pai. un ki umar 92 years hui bombay ke hospital mein.</w:t>
      </w:r>
    </w:p>
    <w:p>
      <w:pPr>
        <w:jc w:val="right"/>
      </w:pPr>
      <w:r>
        <w:t>92 ایئرز پر انہوں نے وفات پائی۔ ان کی عمر 92 ایئرز ہوئی بمبے کے ہاسپٹل میں۔</w:t>
      </w:r>
    </w:p>
    <w:p>
      <w:r>
        <w:rPr>
          <w:b/>
        </w:rPr>
        <w:t xml:space="preserve">[03:22] </w:t>
      </w:r>
      <w:r>
        <w:t>is mein jo dekhne ki baat hai woh yeh hai ke ek top ka journalist jis ko international family, bare bare logon se is ki dosti thi,</w:t>
      </w:r>
    </w:p>
    <w:p>
      <w:pPr>
        <w:jc w:val="right"/>
      </w:pPr>
      <w:r>
        <w:t>اس میں جو دیکھنے کی بات ہے وہ یہ ہے کہ ایک ٹاپ کا جرنلسٹ جس کو انٹرنیشنل فیملی، بڑے بڑے لوگوں سے اس کی دوستی تھی،</w:t>
      </w:r>
    </w:p>
    <w:p>
      <w:r>
        <w:rPr>
          <w:b/>
        </w:rPr>
        <w:t xml:space="preserve">[03:35] </w:t>
      </w:r>
      <w:r>
        <w:t>kitne saare experience hue un ko.</w:t>
      </w:r>
    </w:p>
    <w:p>
      <w:pPr>
        <w:jc w:val="right"/>
      </w:pPr>
      <w:r>
        <w:t>کتنے سارے ایکسپیرینس ہوئے ان کو۔</w:t>
      </w:r>
    </w:p>
    <w:p>
      <w:r>
        <w:rPr>
          <w:b/>
        </w:rPr>
        <w:t xml:space="preserve">[03:41] </w:t>
      </w:r>
      <w:r>
        <w:t>aur itni lambi umar pai, 92 years. lekin is ko zindagi mein kuch mila nahin.</w:t>
      </w:r>
    </w:p>
    <w:p>
      <w:pPr>
        <w:jc w:val="right"/>
      </w:pPr>
      <w:r>
        <w:t>اور اتنی لمبی عمر پائی، 92 ایئرز۔ لیکن اس کو زندگی میں کچھ ملا نہیں۔</w:t>
      </w:r>
    </w:p>
    <w:p>
      <w:r>
        <w:rPr>
          <w:b/>
        </w:rPr>
        <w:t xml:space="preserve">[03:51] </w:t>
      </w:r>
      <w:r>
        <w:t>yeh baat main is liye keh raha hoon ke report mein bataya gaya hai ke woh intensive care unit mein the, bohat dinon se, kai saal se the wahan par.</w:t>
      </w:r>
    </w:p>
    <w:p>
      <w:pPr>
        <w:jc w:val="right"/>
      </w:pPr>
      <w:r>
        <w:t>یہ بات میں اس لیے کہہ رہا ہوں کہ رپورٹ میں بتایا گیا ہے کہ وہ انٹینسو کیئر یونٹ میں تھے، بہت دنوں سے، کئی سال سے تھے وہاں پر۔</w:t>
      </w:r>
    </w:p>
    <w:p>
      <w:r>
        <w:rPr>
          <w:b/>
        </w:rPr>
        <w:t xml:space="preserve">[04:04] </w:t>
      </w:r>
      <w:r>
        <w:t>aur aakhir mein jo keh sake woh, yaani hosh awaz mein the woh, un ke hosh awaz khatam nahin hue the.</w:t>
      </w:r>
    </w:p>
    <w:p>
      <w:pPr>
        <w:jc w:val="right"/>
      </w:pPr>
      <w:r>
        <w:t>اور آخر میں جو کہہ سکے وہ، یعنی ہوش آواز میں تھے وہ، ان کے ہوش آواز ختم نہیں ہوئے تھے۔</w:t>
      </w:r>
    </w:p>
    <w:p>
      <w:r>
        <w:rPr>
          <w:b/>
        </w:rPr>
        <w:t xml:space="preserve">[04:16] </w:t>
      </w:r>
      <w:r>
        <w:t>to aakhir mein jo keh sake woh kya, un ke aas paas jo nurses thin, un ki kaam karne ke liye to un ke bare mein woh ek remark diya, un ke skirts ke bare mein.</w:t>
      </w:r>
    </w:p>
    <w:p>
      <w:pPr>
        <w:jc w:val="right"/>
      </w:pPr>
      <w:r>
        <w:t>تو آخر میں جو کہہ سکے وہ کیا، ان کے اس پاس جو نرسز تھیں، ان کی کام کرنے کے لیے تو ان کے بارے میں وہ ایک ریمارک دیا، ان کے اسکرٹس کے بارے میں۔</w:t>
      </w:r>
    </w:p>
    <w:p>
      <w:r>
        <w:rPr>
          <w:b/>
        </w:rPr>
        <w:t xml:space="preserve">[04:30] </w:t>
      </w:r>
      <w:r>
        <w:t>yahi aakhri complain thi paper ki report ke mutabiq. unhon ne kaha ke "the skirts of nurses are not short enough".</w:t>
      </w:r>
    </w:p>
    <w:p>
      <w:pPr>
        <w:jc w:val="right"/>
      </w:pPr>
      <w:r>
        <w:t>یہی آخری کمپلین تھی پیپر کی رپورٹ کے مطابق۔ انہوں نے کہا کہ "دا اسکرٹس آف نرسز آر ناٹ شارٹ انف"۔</w:t>
      </w:r>
    </w:p>
    <w:p>
      <w:r>
        <w:rPr>
          <w:b/>
        </w:rPr>
        <w:t xml:space="preserve">[04:46] </w:t>
      </w:r>
      <w:r>
        <w:t>"the skirts of nurses are not short enough". main hairan reh gaya is ko parh kar ke ke zindagi mein yahi in ki discovery thi ke aakhir waqt mein jab woh maut ke kinare khare hue hain.</w:t>
      </w:r>
    </w:p>
    <w:p>
      <w:pPr>
        <w:jc w:val="right"/>
      </w:pPr>
      <w:r>
        <w:t>"دا اسکرٹس آف نرسز آر ناٹ شارٹ انف"۔ میں حیران رہ گیا اس کو پڑھ کر کے کہ زندگی میں یہی ان کی ڈسکوری تھی کہ آخر وقت میں جب وہ موت کے کنارے کھڑے ہوئے ہیں۔</w:t>
      </w:r>
    </w:p>
    <w:p>
      <w:r>
        <w:rPr>
          <w:b/>
        </w:rPr>
        <w:t xml:space="preserve">[05:02] </w:t>
      </w:r>
      <w:r>
        <w:t>zahir hai ke maut ke kinare thay us waqt woh.</w:t>
      </w:r>
    </w:p>
    <w:p>
      <w:pPr>
        <w:jc w:val="right"/>
      </w:pPr>
      <w:r>
        <w:t>ظاہر ہے کہ موت کے کنارے تھے اس وقت وہ۔</w:t>
      </w:r>
    </w:p>
    <w:p>
      <w:r>
        <w:rPr>
          <w:b/>
        </w:rPr>
        <w:t xml:space="preserve">[05:08] </w:t>
      </w:r>
      <w:r>
        <w:t>maut ke kinare pohnch kar ke jo aakhri baat woh keh sake woh yeh ke nurses ke jo skirts hain woh aur chote hone chahiye, kam chote hain woh.</w:t>
      </w:r>
    </w:p>
    <w:p>
      <w:pPr>
        <w:jc w:val="right"/>
      </w:pPr>
      <w:r>
        <w:t>موت کے کنارے پہنچ کر کے جو آخری بات وہ کہہ سکے وہ یہ کہ نرسز کے جو اسکرٹس ہیں وہ اور چھوٹے ہونے چاہیے، کم چھوٹے ہیں وہ۔</w:t>
      </w:r>
    </w:p>
    <w:p>
      <w:r>
        <w:rPr>
          <w:b/>
        </w:rPr>
        <w:t xml:space="preserve">[05:23] </w:t>
      </w:r>
      <w:r>
        <w:t>"the skirts of nurses were not short enough". to dekhiye yeh simple baat nahi hai. yeh koi simple baat nahi hai.</w:t>
      </w:r>
    </w:p>
    <w:p>
      <w:pPr>
        <w:jc w:val="right"/>
      </w:pPr>
      <w:r>
        <w:t>"دا اسکرٹس آف نرسز ویر ناٹ شارٹ انف"۔ تو دیکھیے یہ سمپل بات نہیں ہے۔ یہ کوئی سمپل بات نہیں ہے۔</w:t>
      </w:r>
    </w:p>
    <w:p>
      <w:r>
        <w:rPr>
          <w:b/>
        </w:rPr>
        <w:t xml:space="preserve">[05:35] </w:t>
      </w:r>
      <w:r>
        <w:t>yeh bohat bari is ke peechay kahani hai. woh kahani kya hai?</w:t>
      </w:r>
    </w:p>
    <w:p>
      <w:pPr>
        <w:jc w:val="right"/>
      </w:pPr>
      <w:r>
        <w:t>یہ بہت بڑی اس کے پیچھے کہانی ہے۔ وہ کہانی کیا ہے؟</w:t>
      </w:r>
    </w:p>
    <w:p>
      <w:r>
        <w:rPr>
          <w:b/>
        </w:rPr>
        <w:t xml:space="preserve">[05:44] </w:t>
      </w:r>
      <w:r>
        <w:t>poori history mein insan ne ek blunder mistake kiya hai, poori poori history mein. is se juri hui hai yeh kahani.</w:t>
      </w:r>
    </w:p>
    <w:p>
      <w:pPr>
        <w:jc w:val="right"/>
      </w:pPr>
      <w:r>
        <w:t>پوری ہسٹری میں انسان نے ایک بلنڈر مسٹیک کیا ہے، پوری پوری ہسٹری میں۔ اس سے جڑی ہوئی ہے یہ کہانی۔</w:t>
      </w:r>
    </w:p>
    <w:p>
      <w:r>
        <w:rPr>
          <w:b/>
        </w:rPr>
        <w:t xml:space="preserve">[05:56] </w:t>
      </w:r>
      <w:r>
        <w:t>poori poori history mein ek blunder mistake. woh kya? truth ko logon ne underestimate kiya.</w:t>
      </w:r>
    </w:p>
    <w:p>
      <w:pPr>
        <w:jc w:val="right"/>
      </w:pPr>
      <w:r>
        <w:t>پوری پوری ہسٹری میں ایک بلنڈر مسٹیک۔ وہ کیا؟ ٹروتھ کو لوگوں نے انڈر ایسٹیمیٹ کیا۔</w:t>
      </w:r>
    </w:p>
    <w:p>
      <w:r>
        <w:rPr>
          <w:b/>
        </w:rPr>
        <w:t xml:space="preserve">[06:06] </w:t>
      </w:r>
      <w:r>
        <w:t>sachai ke sawal ko ghata kar dekha. yaani sab se bara jo question tha zindagi mein woh kya?</w:t>
      </w:r>
    </w:p>
    <w:p>
      <w:pPr>
        <w:jc w:val="right"/>
      </w:pPr>
      <w:r>
        <w:t>سچائی کے سوال کو گھٹا کر دیکھا۔ یعنی سب سے بڑا جو کوئسچن تھا زندگی میں وہ کیا؟</w:t>
      </w:r>
    </w:p>
    <w:p>
      <w:r>
        <w:rPr>
          <w:b/>
        </w:rPr>
        <w:t xml:space="preserve">[06:17] </w:t>
      </w:r>
      <w:r>
        <w:t>truth kya hai? creator kon hai? hamari life ka purpose kya hai?</w:t>
      </w:r>
    </w:p>
    <w:p>
      <w:pPr>
        <w:jc w:val="right"/>
      </w:pPr>
      <w:r>
        <w:t>ٹروتھ کیا ہے؟ کریٹر کون ہے؟ ہماری لائف کا پرپس کیا ہے؟</w:t>
      </w:r>
    </w:p>
    <w:p>
      <w:r>
        <w:rPr>
          <w:b/>
        </w:rPr>
        <w:t xml:space="preserve">[06:24] </w:t>
      </w:r>
      <w:r>
        <w:t>hum mar kar kahan jatay hain? before death kya hai? after death kya hai? yeh sab truth se juray hue hain, yeh sab questions.</w:t>
      </w:r>
    </w:p>
    <w:p>
      <w:pPr>
        <w:jc w:val="right"/>
      </w:pPr>
      <w:r>
        <w:t>ہم مر کر کہاں جاتے ہیں؟ بیفور ڈیتھ کیا ہے؟ آفٹر ڈیتھ کیا ہے؟ یہ سب ٹروتھ سے جڑے ہوئے ہیں، یہ سب کوئسچن۔</w:t>
      </w:r>
    </w:p>
    <w:p>
      <w:r>
        <w:rPr>
          <w:b/>
        </w:rPr>
        <w:t xml:space="preserve">[06:36] </w:t>
      </w:r>
      <w:r>
        <w:t>isi ko underestimate kiya insan ne.</w:t>
      </w:r>
    </w:p>
    <w:p>
      <w:pPr>
        <w:jc w:val="right"/>
      </w:pPr>
      <w:r>
        <w:t>اسی کو انڈر ایسٹیمیٹ کیا انسان نے۔</w:t>
      </w:r>
    </w:p>
    <w:p>
      <w:r>
        <w:rPr>
          <w:b/>
        </w:rPr>
        <w:t xml:space="preserve">[06:40] </w:t>
      </w:r>
      <w:r>
        <w:t>poori poori history mein dekhiye. main is waqt baat kar raha hoon intellectual community ki. yaani woh log jo opinion makers hotay hain, jo sochtay hain.</w:t>
      </w:r>
    </w:p>
    <w:p>
      <w:pPr>
        <w:jc w:val="right"/>
      </w:pPr>
      <w:r>
        <w:t>پوری پوری ہسٹری میں دیکھیے۔ میں اس وقت بات کر رہا ہوں انٹلیکچول کمیونٹی کی۔ یعنی وہ لوگ جو اوپینین میکرز ہوتے ہیں، جو سوچتے ہیں۔</w:t>
      </w:r>
    </w:p>
    <w:p>
      <w:r>
        <w:rPr>
          <w:b/>
        </w:rPr>
        <w:t xml:space="preserve">[06:55] </w:t>
      </w:r>
      <w:r>
        <w:t>jo doosron logon ke liye,</w:t>
      </w:r>
    </w:p>
    <w:p>
      <w:pPr>
        <w:jc w:val="right"/>
      </w:pPr>
      <w:r>
        <w:t>جو دوسروں لوگوں کے لیے،</w:t>
      </w:r>
    </w:p>
    <w:p>
      <w:r>
        <w:rPr>
          <w:b/>
        </w:rPr>
        <w:t xml:space="preserve">[07:02] </w:t>
      </w:r>
      <w:r>
        <w:t>doosre logon ke liye woh ideologue bante hain, jin se log apne khayalat banatay hain.</w:t>
      </w:r>
    </w:p>
    <w:p>
      <w:pPr>
        <w:jc w:val="right"/>
      </w:pPr>
      <w:r>
        <w:t>دوسرے لوگوں کے لیے وہ آئیڈیلاگ بنتے ہیں، جن سے لوگ اپنے خیالات بناتے ہیں۔</w:t>
      </w:r>
    </w:p>
    <w:p>
      <w:r>
        <w:rPr>
          <w:b/>
        </w:rPr>
        <w:t xml:space="preserve">[07:12] </w:t>
      </w:r>
      <w:r>
        <w:t>to yeh intellectual class ya educated class jin ko opinion makers kaha jata hai, in ki baat mein kar raha hoon.</w:t>
      </w:r>
    </w:p>
    <w:p>
      <w:pPr>
        <w:jc w:val="right"/>
      </w:pPr>
      <w:r>
        <w:t>تو یہ انٹلیکچول کلاس یا ایجوکیٹڈ کلاس جن کو اوپینین میکرز کہا جاتا ہے، ان کی بات میں کر رہا ہوں۔</w:t>
      </w:r>
    </w:p>
    <w:p>
      <w:r>
        <w:rPr>
          <w:b/>
        </w:rPr>
        <w:t xml:space="preserve">[07:20] </w:t>
      </w:r>
      <w:r>
        <w:t>to is mein sab se pehle atay hain, dekhiye, paanch hazar saal pehle aap chalay jaiye to philosophers. jo history of thought hai woh aur peechay bhi ja sakti hai lekin main is ko paanch hazar saal peechay le aata hoon.</w:t>
      </w:r>
    </w:p>
    <w:p>
      <w:pPr>
        <w:jc w:val="right"/>
      </w:pPr>
      <w:r>
        <w:t>تو اس میں سب سے پہلے آتے ہیں، دیکھیے، پانچ ہزار سال پہلے آپ چلے جائیے تو فلاسفرز۔ جو ہسٹری آف تھاٹ ہے وہ اور پیچھے بھی جا سکتی ہے لیکن میں اس کو پانچ ہزار سال پیچھے لے آتا ہوں۔</w:t>
      </w:r>
    </w:p>
    <w:p>
      <w:r>
        <w:rPr>
          <w:b/>
        </w:rPr>
        <w:t xml:space="preserve">[07:37] </w:t>
      </w:r>
      <w:r>
        <w:t>kyun ke true sense mein history of thought shuru hui hai paanch hazar saal pehle philosophers ke zariye.</w:t>
      </w:r>
    </w:p>
    <w:p>
      <w:pPr>
        <w:jc w:val="right"/>
      </w:pPr>
      <w:r>
        <w:t>کیونکہ ٹرو سینس میں ہسٹری آف تھاٹ شروع ہوئی ہے پانچ ہزار سال پہلے فلاسفرز کے ذریعے۔</w:t>
      </w:r>
    </w:p>
    <w:p>
      <w:r>
        <w:rPr>
          <w:b/>
        </w:rPr>
        <w:t xml:space="preserve">[07:46] </w:t>
      </w:r>
      <w:r>
        <w:t>philosophers ne is maslay ko liya, truth ke maslay ko. lekin woh kuch bhi insan ko na de saki. kyun?</w:t>
      </w:r>
    </w:p>
    <w:p>
      <w:pPr>
        <w:jc w:val="right"/>
      </w:pPr>
      <w:r>
        <w:t>فلاسفرز نے اس مسئلے کو لیا، ٹروتھ کے مسئلے کو۔ لیکن وہ کچھ بھی انسان کو نہ دے سکے۔ کیوں؟</w:t>
      </w:r>
    </w:p>
    <w:p>
      <w:r>
        <w:rPr>
          <w:b/>
        </w:rPr>
        <w:t xml:space="preserve">[07:55] </w:t>
      </w:r>
      <w:r>
        <w:t>unki sari philosophy speculation based thi. speculation based.</w:t>
      </w:r>
    </w:p>
    <w:p>
      <w:pPr>
        <w:jc w:val="right"/>
      </w:pPr>
      <w:r>
        <w:t>ان کی ساری فلاسفی اسپیکولیشن بیسڈ تھی۔ اسپیکولیشن بیسڈ۔</w:t>
      </w:r>
    </w:p>
    <w:p>
      <w:r>
        <w:rPr>
          <w:b/>
        </w:rPr>
        <w:t xml:space="preserve">[08:06] </w:t>
      </w:r>
      <w:r>
        <w:t>to speculation se jab aap janna chahenge sachai ko to is ko main kahunga guess work. to aap kuch bhi nahi payenge.</w:t>
      </w:r>
    </w:p>
    <w:p>
      <w:pPr>
        <w:jc w:val="right"/>
      </w:pPr>
      <w:r>
        <w:t>تو اسپیکولیشن سے جب آپ جاننا چاہیں گے سچائی کو تو اس کو میں کہوں گا گیس ورک۔ تو آپ کچھ بھی نہیں پائیں گے۔</w:t>
      </w:r>
    </w:p>
    <w:p>
      <w:r>
        <w:rPr>
          <w:b/>
        </w:rPr>
        <w:t xml:space="preserve">[08:17] </w:t>
      </w:r>
      <w:r>
        <w:t>koi solid base nahi thi philosophers ke paas. siwaye speculation ke, siwaye guess work ke. in ki jo logic thi is ko kaha jata hai syllogism.</w:t>
      </w:r>
    </w:p>
    <w:p>
      <w:pPr>
        <w:jc w:val="right"/>
      </w:pPr>
      <w:r>
        <w:t>کوئی سولڈ بیس نہیں تھی فلاسفرز کے پاس۔ سوائے اسپیکولیشن کے، سوائے گیس ورک کے۔ ان کی جو لاجک تھی اس کو کہا جاتا ہے سولوجزم۔</w:t>
      </w:r>
    </w:p>
    <w:p>
      <w:r>
        <w:rPr>
          <w:b/>
        </w:rPr>
        <w:t xml:space="preserve">[08:29] </w:t>
      </w:r>
      <w:r>
        <w:t>syllogism kya hai? qiyasi logic. to insan ko woh sirf confusion de saki. truth ke naam se confusion.</w:t>
      </w:r>
    </w:p>
    <w:p>
      <w:pPr>
        <w:jc w:val="right"/>
      </w:pPr>
      <w:r>
        <w:t>سولوجزم کیا ہے؟ قیاسی لاجک۔ تو انسان کو وہ صرف کنفیوژن دے سکے۔ ٹروتھ کے نام سے کنفیوژن۔</w:t>
      </w:r>
    </w:p>
    <w:p>
      <w:r>
        <w:rPr>
          <w:b/>
        </w:rPr>
        <w:t xml:space="preserve">[08:42] </w:t>
      </w:r>
      <w:r>
        <w:t>truth ke naam se confusion.</w:t>
      </w:r>
    </w:p>
    <w:p>
      <w:pPr>
        <w:jc w:val="right"/>
      </w:pPr>
      <w:r>
        <w:t>ٹروتھ کے نام سے کنفیوژن۔</w:t>
      </w:r>
    </w:p>
    <w:p>
      <w:r>
        <w:rPr>
          <w:b/>
        </w:rPr>
        <w:t xml:space="preserve">[08:48] </w:t>
      </w:r>
      <w:r>
        <w:t>is ke baad dekhiye, yaani is beech mein paighambar atay rahe lekin paighambaron ka mamla kya tha? ya hasrat ali al bad mayat rasool illa kano bistoon.</w:t>
      </w:r>
    </w:p>
    <w:p>
      <w:pPr>
        <w:jc w:val="right"/>
      </w:pPr>
      <w:r>
        <w:t>اس کے بعد دیکھیے، یعنی اس بیچ میں پیغمبر آتے رہے لیکن پیغمبروں کا معاملہ کیا تھا؟ یا حسرت علی الباد مایات رسول الا کانو بیستون۔</w:t>
      </w:r>
    </w:p>
    <w:p>
      <w:r>
        <w:rPr>
          <w:b/>
        </w:rPr>
        <w:t xml:space="preserve">[09:04] </w:t>
      </w:r>
      <w:r>
        <w:t>prophet jo thay woh batatay rahe ke truth kya hai? truth with the capital T. lekin poori poori history mein in ko ridicule kiya logon ne.</w:t>
      </w:r>
    </w:p>
    <w:p>
      <w:pPr>
        <w:jc w:val="right"/>
      </w:pPr>
      <w:r>
        <w:t>پرافٹ جو تھے وہ بتاتے رہے کہ ٹروتھ کیا ہے؟ ٹروتھ ود دا کیپیٹل ٹی۔ لیکن پوری پوری ہسٹری میں ان کو ریڈیکول کیا لوگوں نے۔</w:t>
      </w:r>
    </w:p>
    <w:p>
      <w:r>
        <w:rPr>
          <w:b/>
        </w:rPr>
        <w:t xml:space="preserve">[09:16] </w:t>
      </w:r>
      <w:r>
        <w:t>redicul kiya.</w:t>
      </w:r>
    </w:p>
    <w:p>
      <w:pPr>
        <w:jc w:val="right"/>
      </w:pPr>
      <w:r>
        <w:t>ریڈیکول کیا۔</w:t>
      </w:r>
    </w:p>
    <w:p>
      <w:r>
        <w:rPr>
          <w:b/>
        </w:rPr>
        <w:t xml:space="preserve">[09:18] </w:t>
      </w:r>
      <w:r>
        <w:t>is ka aik proof yeh hai ke koi bhi prophet accept prophet Muhammad history mein is ko refer nahi kiya gaya.</w:t>
      </w:r>
    </w:p>
    <w:p>
      <w:pPr>
        <w:jc w:val="right"/>
      </w:pPr>
      <w:r>
        <w:t>اس کا ایک پروف یہ ہے کہ کوئی بھی پرافٹ ایکسیپٹ پرافٹ محمد ہسٹری میں اس کو ریفر نہیں کیا گیا۔</w:t>
      </w:r>
    </w:p>
    <w:p>
      <w:r>
        <w:rPr>
          <w:b/>
        </w:rPr>
        <w:t xml:space="preserve">[09:28] </w:t>
      </w:r>
      <w:r>
        <w:t>aap zara dekhiye kaisi ajeeb baat hai.</w:t>
      </w:r>
    </w:p>
    <w:p>
      <w:pPr>
        <w:jc w:val="right"/>
      </w:pPr>
      <w:r>
        <w:t>آپ ذرا دیکھیے کیسی عجیب بات ہے۔</w:t>
      </w:r>
    </w:p>
    <w:p>
      <w:r>
        <w:rPr>
          <w:b/>
        </w:rPr>
        <w:t xml:space="preserve">[09:34] </w:t>
      </w:r>
      <w:r>
        <w:t>ab jo history likhi gayi hai archaeological evidence ki madad se woh pachis hazar saal tak jati hai. lekin is mein kisi prophet ka reference nahi.</w:t>
      </w:r>
    </w:p>
    <w:p>
      <w:pPr>
        <w:jc w:val="right"/>
      </w:pPr>
      <w:r>
        <w:t>اب جو ہسٹری لکھی گئی ہے آرکیالوجیکل ایویڈنس کی مدد سے وہ پچیس ہزار سال تک جاتی ہے۔ لیکن اس میں کسی پرافٹ کا ریفرنس نہیں۔</w:t>
      </w:r>
    </w:p>
    <w:p>
      <w:r>
        <w:rPr>
          <w:b/>
        </w:rPr>
        <w:t xml:space="preserve">[09:46] </w:t>
      </w:r>
      <w:r>
        <w:t>is mein aap king dekhenge, general dekhenge. lekin kisi prophet ko mention nahi karti history.</w:t>
      </w:r>
    </w:p>
    <w:p>
      <w:pPr>
        <w:jc w:val="right"/>
      </w:pPr>
      <w:r>
        <w:t>اس میں آپ کنگ دیکھیں گے، جنرل دیکھیں گے۔ لیکن کسی پرافٹ کو مینشن نہیں کرتی ہسٹری۔</w:t>
      </w:r>
    </w:p>
    <w:p>
      <w:r>
        <w:rPr>
          <w:b/>
        </w:rPr>
        <w:t xml:space="preserve">[09:56] </w:t>
      </w:r>
      <w:r>
        <w:t>pehli baar kisi prophet ne agar recorded history mein jagah paayi hai to woh prophet Muhammad sallallahu alaihi wasallam hain.</w:t>
      </w:r>
    </w:p>
    <w:p>
      <w:pPr>
        <w:jc w:val="right"/>
      </w:pPr>
      <w:r>
        <w:t>پہلی بار کسی پرافٹ نے اگر ریکارڈڈ ہسٹری میں جگہ پائی ہے تو وہ پرافٹ محمد صلی اللہ علیہ وسلم ہیں۔</w:t>
      </w:r>
    </w:p>
    <w:p>
      <w:r>
        <w:rPr>
          <w:b/>
        </w:rPr>
        <w:t xml:space="preserve">[10:07] </w:t>
      </w:r>
      <w:r>
        <w:t>is ka matlab yeh hai ke insaan ne kabhi bhi importance nahi di prophets ko.</w:t>
      </w:r>
    </w:p>
    <w:p>
      <w:pPr>
        <w:jc w:val="right"/>
      </w:pPr>
      <w:r>
        <w:t>اس کا معنی یہ ہے کہ انسان نے کبھی بھی امپورٹنس نہیں دی پرافٹس کو۔</w:t>
      </w:r>
    </w:p>
    <w:p>
      <w:r>
        <w:rPr>
          <w:b/>
        </w:rPr>
        <w:t xml:space="preserve">[10:15] </w:t>
      </w:r>
      <w:r>
        <w:t>to mein yeh keh raha tha ke philosophers ne sirf confusion diya. is ke baad dekhiye woh log jo mysticism ya spiritualism ke naam se aaye samne.</w:t>
      </w:r>
    </w:p>
    <w:p>
      <w:pPr>
        <w:jc w:val="right"/>
      </w:pPr>
      <w:r>
        <w:t>تو میں یہ کہہ رہا تھا کہ فلاسفرز نے صرف کنفیوژن دیا۔ اس کے بعد دیکھیے وہ لوگ جو مسٹیسزم یا سپریچولزم کے نام سے آئے سامنے۔</w:t>
      </w:r>
    </w:p>
    <w:p>
      <w:r>
        <w:rPr>
          <w:b/>
        </w:rPr>
        <w:t xml:space="preserve">[10:33] </w:t>
      </w:r>
      <w:r>
        <w:t>unhone kya kiya ke sab kuch unhone base banaya apna dil insaan ka.</w:t>
      </w:r>
    </w:p>
    <w:p>
      <w:pPr>
        <w:jc w:val="right"/>
      </w:pPr>
      <w:r>
        <w:t>انہوں نے کیا کیا کہ سب کچھ انہوں نے بیس بنایا اپنا دل انسان کا۔</w:t>
      </w:r>
    </w:p>
    <w:p>
      <w:r>
        <w:rPr>
          <w:b/>
        </w:rPr>
        <w:t xml:space="preserve">[10:39] </w:t>
      </w:r>
      <w:r>
        <w:t>andar jhaanko, andar dekho, wohin par sachai ka reservoir hai. saara treasure yahan par hai, is mein se nikalo, unfold karo.</w:t>
      </w:r>
    </w:p>
    <w:p>
      <w:pPr>
        <w:jc w:val="right"/>
      </w:pPr>
      <w:r>
        <w:t>اندر جھانکو، اندر دیکھو، وہیں پر سچائی کا ریزروائر ہے۔ سارا ٹریزر یہاں پر ہے، اس میں سے نکالو، ان فولڈ کرو۔</w:t>
      </w:r>
    </w:p>
    <w:p>
      <w:r>
        <w:rPr>
          <w:b/>
        </w:rPr>
        <w:t xml:space="preserve">[10:56] </w:t>
      </w:r>
      <w:r>
        <w:t>to woh kya hua? is mein to kuch bhi nahi tha.</w:t>
      </w:r>
    </w:p>
    <w:p>
      <w:pPr>
        <w:jc w:val="right"/>
      </w:pPr>
      <w:r>
        <w:t>تو وہ کیا ہوا؟ اس میں تو کچھ بھی نہیں تھا۔</w:t>
      </w:r>
    </w:p>
    <w:p>
      <w:r>
        <w:rPr>
          <w:b/>
        </w:rPr>
        <w:t xml:space="preserve">[11:00] </w:t>
      </w:r>
      <w:r>
        <w:t>aaj science ne bata diya hai ke hamara dil jo hai woh blood of circulation, woh woh circulation of blood ka zariya hai.</w:t>
      </w:r>
    </w:p>
    <w:p>
      <w:pPr>
        <w:jc w:val="right"/>
      </w:pPr>
      <w:r>
        <w:t>آج سائنس نے بتا دیا ہے کہ ہمارا دل جو ہے وہ بلڈ آف سرکولیشن، وہ وہ سرکولیشن آف بلڈ کا ذریعہ ہے۔</w:t>
      </w:r>
    </w:p>
    <w:p>
      <w:r>
        <w:rPr>
          <w:b/>
        </w:rPr>
        <w:t xml:space="preserve">[11:11] </w:t>
      </w:r>
      <w:r>
        <w:t>circulation of blood. aur is mein kuch bhi nahi hai. dil mein saari sciences batati hain ke dil mein circulation of blood ke siwa aur kuch bhi nahi.</w:t>
      </w:r>
    </w:p>
    <w:p>
      <w:pPr>
        <w:jc w:val="right"/>
      </w:pPr>
      <w:r>
        <w:t>سرکولیشن آف بلڈ۔ اور اس میں کچھ بھی نہیں ہے۔ دل میں ساری سائنسز بتاتی ہیں کہ دل میں سرکولیشن آف بلڈ کے سوا اور کچھ بھی نہیں۔</w:t>
      </w:r>
    </w:p>
    <w:p>
      <w:r>
        <w:rPr>
          <w:b/>
        </w:rPr>
        <w:t xml:space="preserve">[11:23] </w:t>
      </w:r>
      <w:r>
        <w:t>aur wohin par dhoondhte rahe woh.</w:t>
      </w:r>
    </w:p>
    <w:p>
      <w:pPr>
        <w:jc w:val="right"/>
      </w:pPr>
      <w:r>
        <w:t>اور وہیں پر ڈھونڈتے رہے وہ۔</w:t>
      </w:r>
    </w:p>
    <w:p>
      <w:r>
        <w:rPr>
          <w:b/>
        </w:rPr>
        <w:t xml:space="preserve">[11:28] </w:t>
      </w:r>
      <w:r>
        <w:t>to mysticism aur spiritualism ke naam se jo log uthe unhone bhi insaan ko kuch nahi diya siwaye kya cheez diya unhone? ecstasy.</w:t>
      </w:r>
    </w:p>
    <w:p>
      <w:pPr>
        <w:jc w:val="right"/>
      </w:pPr>
      <w:r>
        <w:t>تو مسٹیسزم اور سپریچولزم کے نام سے جو لوگ اٹھے انہوں نے بھی انسان کو کچھ نہیں دیا سوائے کیا چیز دیا انہوں نے؟ ایکسٹسی۔</w:t>
      </w:r>
    </w:p>
    <w:p>
      <w:r>
        <w:rPr>
          <w:b/>
        </w:rPr>
        <w:t xml:space="preserve">[11:39] </w:t>
      </w:r>
      <w:r>
        <w:t>jisko hum kehte hain wajd, ecstasy. to ecstasy to kya hai? ecstasy to aik anesthesia hai.</w:t>
      </w:r>
    </w:p>
    <w:p>
      <w:pPr>
        <w:jc w:val="right"/>
      </w:pPr>
      <w:r>
        <w:t>جس کو ہم کہتے ہیں وجد، ایکسٹسی۔ تو ایکسٹسی تو کیا ہے؟ ایکسٹسی تو ایک انیسٹھیسیا ہے۔</w:t>
      </w:r>
    </w:p>
    <w:p>
      <w:r>
        <w:rPr>
          <w:b/>
        </w:rPr>
        <w:t xml:space="preserve">[11:46] </w:t>
      </w:r>
      <w:r>
        <w:t>aesi hai jaise ke aap koi pill kha lein. sleeping pill.</w:t>
      </w:r>
    </w:p>
    <w:p>
      <w:pPr>
        <w:jc w:val="right"/>
      </w:pPr>
      <w:r>
        <w:t>ایسی ہے جیسے کہ آپ کوئی پل کھا لیں۔ سلیپنگ پل۔</w:t>
      </w:r>
    </w:p>
    <w:p>
      <w:r>
        <w:rPr>
          <w:b/>
        </w:rPr>
        <w:t xml:space="preserve">[11:55] </w:t>
      </w:r>
      <w:r>
        <w:t>sleeping pill mein hi aap aap chale jayenge aik aik aesi state mein ke aap ko koi dhyan gyan nahi rahega. to bekhabari to khabar nahi ban sakti.</w:t>
      </w:r>
    </w:p>
    <w:p>
      <w:pPr>
        <w:jc w:val="right"/>
      </w:pPr>
      <w:r>
        <w:t>سلیپنگ پل میں ہی آپ آپ چلے جائیں گے ایک ایک ایسی سٹیٹ میں کہ آپ کو کوئی دھیان گیان نہیں رہے گا۔ تو بے خبری تو خبر نہیں بن سکتی۔</w:t>
      </w:r>
    </w:p>
    <w:p>
      <w:r>
        <w:rPr>
          <w:b/>
        </w:rPr>
        <w:t xml:space="preserve">[12:10] </w:t>
      </w:r>
      <w:r>
        <w:t>to wajd ya ecstasy jo thi woh to aik qism ka that was nothing but a kind of anesthesia.</w:t>
      </w:r>
    </w:p>
    <w:p>
      <w:pPr>
        <w:jc w:val="right"/>
      </w:pPr>
      <w:r>
        <w:t>تو وجد یا ایکسٹسی جو تھی وہ تو ایک قسم کا دیٹ وار نتھنگ بٹ اے کائنڈ آف انیسٹھیسیا۔</w:t>
      </w:r>
    </w:p>
    <w:p>
      <w:r>
        <w:rPr>
          <w:b/>
        </w:rPr>
        <w:t xml:space="preserve">[12:23] </w:t>
      </w:r>
      <w:r>
        <w:t>is ne bhi kuch nahi diya.</w:t>
      </w:r>
    </w:p>
    <w:p>
      <w:pPr>
        <w:jc w:val="right"/>
      </w:pPr>
      <w:r>
        <w:t>اس نے بھی کچھ نہیں دیا۔</w:t>
      </w:r>
    </w:p>
    <w:p>
      <w:r>
        <w:rPr>
          <w:b/>
        </w:rPr>
        <w:t xml:space="preserve">[12:27] </w:t>
      </w:r>
      <w:r>
        <w:t>unawareness hamara phir bhi baqi raha. is ke baad dekhiye religion ko dekhiye.</w:t>
      </w:r>
    </w:p>
    <w:p>
      <w:pPr>
        <w:jc w:val="right"/>
      </w:pPr>
      <w:r>
        <w:t>ان اویرنس ہمارا پھر بھی باقی رہا۔ اس کے بعد دیکھیے ریلیجن کو دیکھیے۔</w:t>
      </w:r>
    </w:p>
    <w:p>
      <w:r>
        <w:rPr>
          <w:b/>
        </w:rPr>
        <w:t xml:space="preserve">[12:36] </w:t>
      </w:r>
      <w:r>
        <w:t>religion mein aap dekhiye Islam ko chhod kar ke badi anokhi baatein hui hain ke truth ke sawal ko unhone bilkul uljha diya.</w:t>
      </w:r>
    </w:p>
    <w:p>
      <w:pPr>
        <w:jc w:val="right"/>
      </w:pPr>
      <w:r>
        <w:t>ریلیجن میں آپ دیکھیے اسلام کو چھوڑ کر کے بڑی انوکھی باتیں ہوئی ہیں کہ ٹروتھ کے سوال کو انہوں نے بالکل الجھا دیا۔</w:t>
      </w:r>
    </w:p>
    <w:p>
      <w:r>
        <w:rPr>
          <w:b/>
        </w:rPr>
        <w:t xml:space="preserve">[12:48] </w:t>
      </w:r>
      <w:r>
        <w:t>truth ke sawal ko uljha diya. woh is tarah se ke unhone yeh dikhaya ke is truth jo hai relative hai, real nahi hai.</w:t>
      </w:r>
    </w:p>
    <w:p>
      <w:pPr>
        <w:jc w:val="right"/>
      </w:pPr>
      <w:r>
        <w:t>ٹروتھ کے سوال کو الجھا دیا۔ وہ اس طرح سے کہ انہوں نے یہ دکھایا کہ اس ٹروتھ جو ہے ریلیٹو ہے، ریئل نہیں ہے۔</w:t>
      </w:r>
    </w:p>
    <w:p>
      <w:r>
        <w:rPr>
          <w:b/>
        </w:rPr>
        <w:t xml:space="preserve">[13:00] </w:t>
      </w:r>
      <w:r>
        <w:t>har aadmi ka apna truth hai.</w:t>
      </w:r>
    </w:p>
    <w:p>
      <w:pPr>
        <w:jc w:val="right"/>
      </w:pPr>
      <w:r>
        <w:t>ہر آدمی کا اپنا ٹروتھ ہے۔</w:t>
      </w:r>
    </w:p>
    <w:p>
      <w:r>
        <w:rPr>
          <w:b/>
        </w:rPr>
        <w:t xml:space="preserve">[13:04] </w:t>
      </w:r>
      <w:r>
        <w:t>the truth with the capital T koi cheez nahi hai. aik bohat bare scholar ka mein ne parha aik article, bohat top ke scholar.</w:t>
      </w:r>
    </w:p>
    <w:p>
      <w:pPr>
        <w:jc w:val="right"/>
      </w:pPr>
      <w:r>
        <w:t>دا ٹروتھ ود دا کیپیٹل ٹی کوئی چیز نہیں ہے۔ ایک بہت بڑے سکالر کا میں نے پڑھا ایک آرٹیکل، بہت ٹاپ کے سکالر۔</w:t>
      </w:r>
    </w:p>
    <w:p>
      <w:r>
        <w:rPr>
          <w:b/>
        </w:rPr>
        <w:t xml:space="preserve">[13:14] </w:t>
      </w:r>
      <w:r>
        <w:t>isi par behs ki thi unhon ne. to unhon ne dikhaya tha ke koi da truth koi cheez nahi hai. truth jo hai un ke nazdeek aik aik continuous seeking ka naam hai.</w:t>
      </w:r>
    </w:p>
    <w:p>
      <w:pPr>
        <w:jc w:val="right"/>
      </w:pPr>
      <w:r>
        <w:t>اسی پر بحث کی تھی انہوں نے۔ تو انہوں نے دکھایا تھا کہ کوئی دا ٹروتھ کوئی چیز نہیں ہے۔ ٹروتھ جو ہے ان کے نزدیک ایک ایک کنٹینیوس سیکنگ کا نام ہے۔</w:t>
      </w:r>
    </w:p>
    <w:p>
      <w:r>
        <w:rPr>
          <w:b/>
        </w:rPr>
        <w:t xml:space="preserve">[13:29] </w:t>
      </w:r>
      <w:r>
        <w:t>seeking process hai ke talash karte raho, talash karte raho.</w:t>
      </w:r>
    </w:p>
    <w:p>
      <w:pPr>
        <w:jc w:val="right"/>
      </w:pPr>
      <w:r>
        <w:t>سیکنگ پروسیس ہے کہ تلاش کرتے رہو، تلاش کرتے رہو۔</w:t>
      </w:r>
    </w:p>
    <w:p>
      <w:r>
        <w:rPr>
          <w:b/>
        </w:rPr>
        <w:t xml:space="preserve">[13:33] </w:t>
      </w:r>
      <w:r>
        <w:t>to un ke un ka sentence mujhe yaad hai. unhon ne likha tha ke there is no stop, there is no full stop but commas.</w:t>
      </w:r>
    </w:p>
    <w:p>
      <w:pPr>
        <w:jc w:val="right"/>
      </w:pPr>
      <w:r>
        <w:t>تو ان کے ان کا سنٹس مجھے یاد ہے۔ انہوں نے لکھا تھا کہ دیر از نو اسٹاپ، دیر از نو فل اسٹاپ بٹ کاماز۔</w:t>
      </w:r>
    </w:p>
    <w:p>
      <w:r>
        <w:rPr>
          <w:b/>
        </w:rPr>
        <w:t xml:space="preserve">[13:46] </w:t>
      </w:r>
      <w:r>
        <w:t>there is no full stop but commas. goya ke aap talash karte raho, talash karte raho, talash karte raho, mar jao. yani andhere mein jeena, andhere mein marna.</w:t>
      </w:r>
    </w:p>
    <w:p>
      <w:pPr>
        <w:jc w:val="right"/>
      </w:pPr>
      <w:r>
        <w:t>دیر از نو فل اسٹاپ بٹ کاماز۔ گویا کہ آپ تلاش کرتے رہو، تلاش کرتے رہو، تلاش کرتے رہو، مر جاؤ۔ یعنی اندھیرے میں جینا، اندھیرے میں مرنا۔</w:t>
      </w:r>
    </w:p>
    <w:p>
      <w:r>
        <w:rPr>
          <w:b/>
        </w:rPr>
        <w:t xml:space="preserve">[13:58] </w:t>
      </w:r>
      <w:r>
        <w:t>aap kahein ke yeh ke agar aadmi is dunya mein sachai ko na paye to us ne paya kya? to kuch bhi nahi paya.</w:t>
      </w:r>
    </w:p>
    <w:p>
      <w:pPr>
        <w:jc w:val="right"/>
      </w:pPr>
      <w:r>
        <w:t>آپ کہیں کہ یہ کہ اگر آدمی اس دنیا میں سچائی کو نہ پائے تو اس نے پایا کیا؟ تو کچھ بھی نہیں پایا۔</w:t>
      </w:r>
    </w:p>
    <w:p>
      <w:r>
        <w:rPr>
          <w:b/>
        </w:rPr>
        <w:t xml:space="preserve">[14:10] </w:t>
      </w:r>
      <w:r>
        <w:t>yeh to phir is ke mani ke woh he was just like an animal. animal mein aur insan mein yeh farq hai.</w:t>
      </w:r>
    </w:p>
    <w:p>
      <w:pPr>
        <w:jc w:val="right"/>
      </w:pPr>
      <w:r>
        <w:t>یہ تو پھر اس کے معنی کہ وہ ہی واز جسٹ لائک این اینیمل۔ اینیمل میں اور انسان میں یہ فرق ہے۔</w:t>
      </w:r>
    </w:p>
    <w:p>
      <w:r>
        <w:rPr>
          <w:b/>
        </w:rPr>
        <w:t xml:space="preserve">[14:19] </w:t>
      </w:r>
      <w:r>
        <w:t>insan ki definition di jati hai ke woh is insan ke andar conceptual thought hota hai. conceptual thought.</w:t>
      </w:r>
    </w:p>
    <w:p>
      <w:pPr>
        <w:jc w:val="right"/>
      </w:pPr>
      <w:r>
        <w:t>انسان کی ڈیفینیشن دی جاتی ہے کہ وہ اس انسان کے اندر کنسیپچول تھاٹ ہوتا ہے۔ کنسیپچول تھاٹ۔</w:t>
      </w:r>
    </w:p>
    <w:p>
      <w:r>
        <w:rPr>
          <w:b/>
        </w:rPr>
        <w:t xml:space="preserve">[14:30] </w:t>
      </w:r>
      <w:r>
        <w:t>insan ke andar yeh salahiyat hoti hai ke woh soch kar kuch jaane kuch baton ko.</w:t>
      </w:r>
    </w:p>
    <w:p>
      <w:pPr>
        <w:jc w:val="right"/>
      </w:pPr>
      <w:r>
        <w:t>انسان کے اندر یہ صلاحیت ہوتی ہے کہ وہ سوچ کر کچھ جانے کچھ باتوں کو۔</w:t>
      </w:r>
    </w:p>
    <w:p>
      <w:r>
        <w:rPr>
          <w:b/>
        </w:rPr>
        <w:t xml:space="preserve">[14:36] </w:t>
      </w:r>
      <w:r>
        <w:t>jabke animal jo instinct par jeete hain. to itni bari cheez insan ko mili hai yeh mind. yeh thinking ki capacity.</w:t>
      </w:r>
    </w:p>
    <w:p>
      <w:pPr>
        <w:jc w:val="right"/>
      </w:pPr>
      <w:r>
        <w:t>جبکہ اینیمل جو انسٹنکٹ پر جیتے ہیں۔ تو اتنی بڑی چیز انسان کو ملی ہے یہ مائنڈ۔ یہ تھنکنگ کی کیپیسٹی۔</w:t>
      </w:r>
    </w:p>
    <w:p>
      <w:r>
        <w:rPr>
          <w:b/>
        </w:rPr>
        <w:t xml:space="preserve">[14:49] </w:t>
      </w:r>
      <w:r>
        <w:t>cheezon ko discover karna. aur woh sachai ko na jaan sake to phir to woh just like animal hai woh.</w:t>
      </w:r>
    </w:p>
    <w:p>
      <w:pPr>
        <w:jc w:val="right"/>
      </w:pPr>
      <w:r>
        <w:t>چیزوں کو ڈسکور کرنا۔ اور وہ سچائی کو نہ جان سکے تو پھر تو وہ جسٹ لائک اینیمل ہے وہ۔</w:t>
      </w:r>
    </w:p>
    <w:p>
      <w:r>
        <w:rPr>
          <w:b/>
        </w:rPr>
        <w:t xml:space="preserve">[15:00] </w:t>
      </w:r>
      <w:r>
        <w:t>animal ke tor par jiya, animal ke tor par mar gaya.</w:t>
      </w:r>
    </w:p>
    <w:p>
      <w:pPr>
        <w:jc w:val="right"/>
      </w:pPr>
      <w:r>
        <w:t>اینیمل کے طور پر جیا، اینیمل کے طور پر مر گیا۔</w:t>
      </w:r>
    </w:p>
    <w:p>
      <w:r>
        <w:rPr>
          <w:b/>
        </w:rPr>
        <w:t xml:space="preserve">[15:06] </w:t>
      </w:r>
      <w:r>
        <w:t>to yeh jo religion hai jo yeh kehta hai ke sachai relative hai, real nahi hai. is mani ke woh insan ko yeh bata raha hai ke tum ko yahi destiny hai tumhare liye ke darkness mein jio aur darkness mein mar jao.</w:t>
      </w:r>
    </w:p>
    <w:p>
      <w:pPr>
        <w:jc w:val="right"/>
      </w:pPr>
      <w:r>
        <w:t>تو یہ جو ریلیجن ہے جو یہ کہتا ہے کہ سچائی ریلیٹو ہے، ریئل نہیں ہے۔ اس معنی کہ وہ انسان کو یہ بتا رہا ہے کہ تم کو یہی ڈیسٹنٹ ہے تمہارے لیے کہ ڈارکنس میں جیو اور ڈارکنس میں مر جاؤ۔</w:t>
      </w:r>
    </w:p>
    <w:p>
      <w:r>
        <w:rPr>
          <w:b/>
        </w:rPr>
        <w:t xml:space="preserve">[15:29] </w:t>
      </w:r>
      <w:r>
        <w:t>mein samajhta hoon ke pehli bar science ne yeh kiya, is ice ko break kiya hai.</w:t>
      </w:r>
    </w:p>
    <w:p>
      <w:pPr>
        <w:jc w:val="right"/>
      </w:pPr>
      <w:r>
        <w:t>میں سمجھتا ہوں کہ پہلی بار سائنس نے یہ کیا، اس آئس کو بریک کیا ہے۔</w:t>
      </w:r>
    </w:p>
    <w:p>
      <w:r>
        <w:rPr>
          <w:b/>
        </w:rPr>
        <w:t xml:space="preserve">[15:36] </w:t>
      </w:r>
      <w:r>
        <w:t>jo kehte hain ice ko break karna, to break the ice ka kaam science ne kiya hai, pehli bar. dekhiye, science jo hai is ka subject religion nahi hai, is ka subject truth nahi hai.</w:t>
      </w:r>
    </w:p>
    <w:p>
      <w:pPr>
        <w:jc w:val="right"/>
      </w:pPr>
      <w:r>
        <w:t>جو کہتے ہیں آئس کو بریک کرنا، ٹو بریک دا آئس کا کام سائنس نے کیا ہے، پہلی بار۔ دیکھیے، سائنس جو ہے اس کا سبجیکٹ ریلیجن نہیں ہے، اس کا سبجیکٹ ٹروتھ نہیں ہے۔</w:t>
      </w:r>
    </w:p>
    <w:p>
      <w:r>
        <w:rPr>
          <w:b/>
        </w:rPr>
        <w:t xml:space="preserve">[15:52] </w:t>
      </w:r>
      <w:r>
        <w:t>is ka subject nahi, lekin indirect way mein is ne aik bohat bara kaam kar diya. indirect way mein. bohat hi bara kaam.</w:t>
      </w:r>
    </w:p>
    <w:p>
      <w:pPr>
        <w:jc w:val="right"/>
      </w:pPr>
      <w:r>
        <w:t>اس کا سبجیکٹ نہیں، لیکن ان ڈائریکٹ وے میں اس نے ایک بہت بڑا کام کر دیا۔ ان ڈائریکٹ وے میں۔ بہت ہی بڑا کام۔</w:t>
      </w:r>
    </w:p>
    <w:p>
      <w:r>
        <w:rPr>
          <w:b/>
        </w:rPr>
        <w:t xml:space="preserve">[16:03] </w:t>
      </w:r>
      <w:r>
        <w:t>agarche direct tor par is ka goal nahi tha, is ka target nahi tha, sachai. woh kya kiya? dekhiye, mamla yeh tha hazaron saal se ke insan time and space mein sochta tha.</w:t>
      </w:r>
    </w:p>
    <w:p>
      <w:pPr>
        <w:jc w:val="right"/>
      </w:pPr>
      <w:r>
        <w:t>اگرچہ ڈائریکٹ طور پر اس کا گول نہیں تھا، اس کا ٹارگٹ نہیں تھا، سچائی۔ وہ کیا کیا؟ دیکھیے، معاملہ یہ تھا ہزاروں سال سے کہ انسان ٹائم اینڈ سپیس میں سوچتا تھا۔</w:t>
      </w:r>
    </w:p>
    <w:p>
      <w:r>
        <w:rPr>
          <w:b/>
        </w:rPr>
        <w:t xml:space="preserve">[16:19] </w:t>
      </w:r>
      <w:r>
        <w:t>zaman o makan. time and space ko kehte hain zaman o makan. to insan time and space mein sochta tha.</w:t>
      </w:r>
    </w:p>
    <w:p>
      <w:pPr>
        <w:jc w:val="right"/>
      </w:pPr>
      <w:r>
        <w:t>زمان و مکاں۔ ٹائم اینڈ سپیس کو کہتے ہیں زمان و مکاں۔ تو انسان ٹائم اینڈ سپیس میں سوچتا تھا۔</w:t>
      </w:r>
    </w:p>
    <w:p>
      <w:r>
        <w:rPr>
          <w:b/>
        </w:rPr>
        <w:t xml:space="preserve">[16:30] </w:t>
      </w:r>
      <w:r>
        <w:t>to time and space to limited hai. to aik limited framework tha us ke paas. insan ke paas jo jo framework tha woh limited tha, yani time space se ghira hua tha.</w:t>
      </w:r>
    </w:p>
    <w:p>
      <w:pPr>
        <w:jc w:val="right"/>
      </w:pPr>
      <w:r>
        <w:t>تو ٹائم اینڈ سپیس تو لمیٹڈ ہے۔ تو ایک لمیٹڈ فریم ورک تھا اس کے پاس۔ انسان کے پاس جو جو فریم ورک تھا وہ لمیٹڈ تھا، یعنی ٹائم اسپیس سے گھرا ہوا تھا۔</w:t>
      </w:r>
    </w:p>
    <w:p>
      <w:r>
        <w:rPr>
          <w:b/>
        </w:rPr>
        <w:t xml:space="preserve">[16:45] </w:t>
      </w:r>
      <w:r>
        <w:t>to soch nahi pata tha woh. science ne pehli bar yeh bataya ke hamari thinking jo hai woh jo Einstein ka jo nazariya hai, theory of relativity, us ko mein refer kar raha hoon.</w:t>
      </w:r>
    </w:p>
    <w:p>
      <w:pPr>
        <w:jc w:val="right"/>
      </w:pPr>
      <w:r>
        <w:t>تو سوچ نہیں پاتا تھا وہ۔ سائنس نے پہلی بار یہ بتایا کہ ہماری تھنکنگ جو ہے وہ جو آئنسٹین کا جو نظریہ ہے، تھیوری آف ریلیٹیوٹی، اس کو میں ریفر کر رہا ہوں۔</w:t>
      </w:r>
    </w:p>
    <w:p>
      <w:r>
        <w:rPr>
          <w:b/>
        </w:rPr>
        <w:t xml:space="preserve">[17:02] </w:t>
      </w:r>
      <w:r>
        <w:t>theory of relativity kya hai? aik bohat hi technical subject hai woh. har mathematics mein involve hain. mein idhar nahi ja raha hoon.</w:t>
      </w:r>
    </w:p>
    <w:p>
      <w:pPr>
        <w:jc w:val="right"/>
      </w:pPr>
      <w:r>
        <w:t>تھیوری آف ریلیٹیوٹی کیا ہے؟ ایک بہت ہی ٹیکنیکل سبجیکٹ ہے وہ۔ ہر میتھمیٹکس میں انوالو ہیں۔ میں ادھر نہیں جا رہا ہوں۔</w:t>
      </w:r>
    </w:p>
    <w:p>
      <w:r>
        <w:rPr>
          <w:b/>
        </w:rPr>
        <w:t xml:space="preserve">[17:14] </w:t>
      </w:r>
      <w:r>
        <w:t>aik bohat dilchasp qissa hai ke Einstein ko jab Nobel prize mila apni is discovery par to us ke dost ne bulaya us ko reception ke liye.</w:t>
      </w:r>
    </w:p>
    <w:p>
      <w:pPr>
        <w:jc w:val="right"/>
      </w:pPr>
      <w:r>
        <w:t>ایک بہت دلچسپ قصہ ہے کہ آئنسٹین کو جب نوبل پرائز ملا اپنی اس ڈسکوری پر تو اس کے دوست نے بلایا اس کو ریسیپشن کے لیے۔</w:t>
      </w:r>
    </w:p>
    <w:p>
      <w:r>
        <w:rPr>
          <w:b/>
        </w:rPr>
        <w:t xml:space="preserve">[17:27] </w:t>
      </w:r>
      <w:r>
        <w:t>wahan woh gaya, woh to dekha ke jo log baithe hue hain woh is is paye ke scientist nahi hain jis paye ke log us ki sub theory ko samajh sakte the.</w:t>
      </w:r>
    </w:p>
    <w:p>
      <w:pPr>
        <w:jc w:val="right"/>
      </w:pPr>
      <w:r>
        <w:t>وہاں وہ گیا، وہ تو دیکھا کہ جو لوگ بیٹھے ہوئے ہیں وہ اس اس پائے کے سائنٹسٹ نہیں ہیں جس پائے کے لوگ اس کی سب تھیوری کو سمجھ سکتے تھے۔</w:t>
      </w:r>
    </w:p>
    <w:p>
      <w:r>
        <w:rPr>
          <w:b/>
        </w:rPr>
        <w:t xml:space="preserve">[17:38] </w:t>
      </w:r>
      <w:r>
        <w:t>to ball stage par tha jab us ka naam pukara gaya to khara hua. to use keh diya ke bhaiyon, aaj mere paas aap se kehne ke liye kuch nahi hai.</w:t>
      </w:r>
    </w:p>
    <w:p>
      <w:pPr>
        <w:jc w:val="right"/>
      </w:pPr>
      <w:r>
        <w:t>تو بال اسٹیج پر تھا جب اس کا نام پکارا گیا تو کھڑا ہوا۔ تو اسے کہہ دیا کہ بھائیوں، آج میرے پاس آپ سے کہنے کے لیے کچھ نہیں ہے۔</w:t>
      </w:r>
    </w:p>
    <w:p>
      <w:r>
        <w:rPr>
          <w:b/>
        </w:rPr>
        <w:t xml:space="preserve">[17:48] </w:t>
      </w:r>
      <w:r>
        <w:t>kyunke jo audience tha us ne dekha ke audience meri baat ko samajh nahi sakta. yeh keh kar baith gaya ke aaj mere paas aap se kehne ke liye kuch nahi hai.</w:t>
      </w:r>
    </w:p>
    <w:p>
      <w:pPr>
        <w:jc w:val="right"/>
      </w:pPr>
      <w:r>
        <w:t>کیونکہ جو آڈینس تھا اس نے دیکھا کہ آڈینس میری بات کو سمجھ نہیں سکتا۔ یہ کہہ کر بیٹھ گیا کہ آج میرے پاس آپ سے کہنے کے لیے کچھ نہیں ہے۔</w:t>
      </w:r>
    </w:p>
    <w:p>
      <w:r>
        <w:rPr>
          <w:b/>
        </w:rPr>
        <w:t xml:space="preserve">[17:57] </w:t>
      </w:r>
      <w:r>
        <w:t>to log bohat ghusa hue ke kya mazak hai, hum ko bulaya ke Einstein lecture denge aur unhon ne to kuch bataya hi nahi.</w:t>
      </w:r>
    </w:p>
    <w:p>
      <w:pPr>
        <w:jc w:val="right"/>
      </w:pPr>
      <w:r>
        <w:t>تو لوگ بہت غصہ ہوئے کہ کیا مذاق ہے، ہم کو بلایا کہ آئنسٹین لیکچر دیں گے اور انہوں نے تو کچھ بتایا ہی نہیں۔</w:t>
      </w:r>
    </w:p>
    <w:p>
      <w:r>
        <w:rPr>
          <w:b/>
        </w:rPr>
        <w:t xml:space="preserve">[18:06] </w:t>
      </w:r>
      <w:r>
        <w:t>yeh keh kar wapas chala gaya woh. to us ke dost se logon ne bohat complain kiya, tum ne humein bewaqoof banaya. to dobara contact kiya us ne Einstein se to unhon ne kaha acha theek hai, main aaunga, main lecture dunga.</w:t>
      </w:r>
    </w:p>
    <w:p>
      <w:pPr>
        <w:jc w:val="right"/>
      </w:pPr>
      <w:r>
        <w:t>یہ کہہ کر واپس چلا گیا وہ۔ تو اس کے دوست سے لوگوں نے بہت کمپلین کیا، تم نے ہمیں بیوقوف بنایا۔ تو دوبارہ کنٹیکٹ کیا اس نے آئنسٹین سے تو انہوں نے کہا اچھا ٹھیک ہے، میں آؤں گا، میں لیکچر دوں گا۔</w:t>
      </w:r>
    </w:p>
    <w:p>
      <w:r>
        <w:rPr>
          <w:b/>
        </w:rPr>
        <w:t xml:space="preserve">[18:23] </w:t>
      </w:r>
      <w:r>
        <w:t>dobara woh gaya aur sab log aaye wahan par. to us ne apni theory par lecture diya jo bohat her mathematics par base karti thi woh.</w:t>
      </w:r>
    </w:p>
    <w:p>
      <w:pPr>
        <w:jc w:val="right"/>
      </w:pPr>
      <w:r>
        <w:t>دوبارہ وہ گیا اور سب لوگ آئے وہاں پر۔ تو اس نے اپنی تھیوری پر لیکچر دیا جو بہت ہر میتھمیٹکس پر بیس کرتی تھی وہ۔</w:t>
      </w:r>
    </w:p>
    <w:p>
      <w:r>
        <w:rPr>
          <w:b/>
        </w:rPr>
        <w:t xml:space="preserve">[18:33] </w:t>
      </w:r>
      <w:r>
        <w:t>to kisi ke samajh mein kuch nahi aaya.</w:t>
      </w:r>
    </w:p>
    <w:p>
      <w:pPr>
        <w:jc w:val="right"/>
      </w:pPr>
      <w:r>
        <w:t>تو کسی کے سمجھ میں کچھ نہیں آیا۔</w:t>
      </w:r>
    </w:p>
    <w:p>
      <w:r>
        <w:rPr>
          <w:b/>
        </w:rPr>
        <w:t xml:space="preserve">[18:38] </w:t>
      </w:r>
      <w:r>
        <w:t>to Einstein jo jis daryaft ki woh bohat hi zyada, bohat hi, bohat hi pecheeda qisam ki aik daryaft hai.</w:t>
      </w:r>
    </w:p>
    <w:p>
      <w:pPr>
        <w:jc w:val="right"/>
      </w:pPr>
      <w:r>
        <w:t>تو آئنسٹین جو جس دریافت کی وہ بہت ہی زیادہ، بہت ہی، بہت ہی پیچیدہ قسم کی ایک دریافت ہے۔</w:t>
      </w:r>
    </w:p>
    <w:p>
      <w:r>
        <w:rPr>
          <w:b/>
        </w:rPr>
        <w:t xml:space="preserve">[18:48] </w:t>
      </w:r>
      <w:r>
        <w:t>to khair, main is jis aspect ko keh raha hoon woh yeh hai ke is is discovery se yeh maloom hua ke insaan ko sirf is mind ke sath jo mind hamare pas hai ya aankh ke sath jo aankh hamare pas hai sirf relative knowledge hasil hoti hai.</w:t>
      </w:r>
    </w:p>
    <w:p>
      <w:pPr>
        <w:jc w:val="right"/>
      </w:pPr>
      <w:r>
        <w:t>تو خیر، میں اس جس آسپیکٹ کو کہہ رہا ہوں وہ یہ ہے کہ اس اس ڈسکوری سے یہ معلوم ہوا کہ انسان کو صرف اس مائنڈ کے ساتھ جو مائنڈ ہمارے پاس ہے یا آنکھ کے ساتھ جو آنکھ ہمارے پاس ہے صرف ریلیٹیو نالج حاصل ہوتی ہے۔</w:t>
      </w:r>
    </w:p>
    <w:p>
      <w:r>
        <w:rPr>
          <w:b/>
        </w:rPr>
        <w:t xml:space="preserve">[19:04] </w:t>
      </w:r>
      <w:r>
        <w:t>is ki aik bohat hi simple misaal di hai Einstein ne. agar aap aik double track road hai, aik double track rail road hai, do trainen aik sath chal rahi hain aik hi speed mein.</w:t>
      </w:r>
    </w:p>
    <w:p>
      <w:pPr>
        <w:jc w:val="right"/>
      </w:pPr>
      <w:r>
        <w:t>اس کی ایک بہت ہی سمپل مثال دی ہے آئنسٹین نے۔ اگر آپ ایک ڈبل ٹریک روڈ ہے، ایک ڈبل ٹریک ریل روڈ ہے، دو ٹرینیں ایک ساتھ چل رہی ہیں ایک ہی سپیڈ میں۔</w:t>
      </w:r>
    </w:p>
    <w:p>
      <w:r>
        <w:rPr>
          <w:b/>
        </w:rPr>
        <w:t xml:space="preserve">[19:22] </w:t>
      </w:r>
      <w:r>
        <w:t>do train ja rahi hain bilkul theek theek aik hi speed mein. aap is train mein bethe hue hain to aap ko laga hai kya</w:t>
      </w:r>
    </w:p>
    <w:p>
      <w:pPr>
        <w:jc w:val="right"/>
      </w:pPr>
      <w:r>
        <w:t>دو ٹرین جا رہی ہیں بالکل ٹھیک ٹھیک ایک ہی سپیڈ میں۔ آپ اس ٹرین میں بیٹھے ہوئے ہیں تو آپ کو لگا ہے کیا</w:t>
      </w:r>
    </w:p>
    <w:p>
      <w:r>
        <w:rPr>
          <w:b/>
        </w:rPr>
        <w:t xml:space="preserve">[19:31] </w:t>
      </w:r>
      <w:r>
        <w:t>ke is train still hai, dono trainen, woh bhi ruki, woh bhi ruki hai. yani woh train jo aap ke pas ja rahi hai usi speed mein us ko lage gi yeh to thehri hui hai.</w:t>
      </w:r>
    </w:p>
    <w:p>
      <w:pPr>
        <w:jc w:val="right"/>
      </w:pPr>
      <w:r>
        <w:t>کہ اس ٹرین اسٹل ہے، دونوں ٹرینیں، وہ بھی رکی، وہ بھی رکی ہے۔ یعنی وہ ٹرین جو آپ کے پاس جا رہی ہے اسی سپیڈ میں اس کو لگے گی یہ تو ٹھہری ہوئی ہے۔</w:t>
      </w:r>
    </w:p>
    <w:p>
      <w:r>
        <w:rPr>
          <w:b/>
        </w:rPr>
        <w:t xml:space="preserve">[19:42] </w:t>
      </w:r>
      <w:r>
        <w:t>woh thehri hui dikhai de gi. aur agar agar ulta chal rahi hon, idhar ja rahi hai, woh idhar ja rahi hai to aap ko double speed dikhai de gi.</w:t>
      </w:r>
    </w:p>
    <w:p>
      <w:pPr>
        <w:jc w:val="right"/>
      </w:pPr>
      <w:r>
        <w:t>وہ ٹھہری ہوئی دکھائی دے گی۔ اور اگر اگر الٹا چل رہی ہوں، ادھر جا رہی ہے، وہ ادھر جا رہی ہے تو آپ کو ڈبل سپیڈ دکھائی دے گی۔</w:t>
      </w:r>
    </w:p>
    <w:p>
      <w:r>
        <w:rPr>
          <w:b/>
        </w:rPr>
        <w:t xml:space="preserve">[19:51] </w:t>
      </w:r>
      <w:r>
        <w:t>yani hundred mile ki, hundred mile ki speed se agar ja rahi hain to aap ko two hundred mile dikhai de ga.</w:t>
      </w:r>
    </w:p>
    <w:p>
      <w:pPr>
        <w:jc w:val="right"/>
      </w:pPr>
      <w:r>
        <w:t>یعنی ہنڈرڈ میل کی، ہنڈرڈ مائل کی سپیڈ سے اگر جا رہی ہیں تو آپ کو ٹو ہنڈرڈ مائل دکھائی دے گا۔</w:t>
      </w:r>
    </w:p>
    <w:p>
      <w:r>
        <w:rPr>
          <w:b/>
        </w:rPr>
        <w:t xml:space="preserve">[19:59] </w:t>
      </w:r>
      <w:r>
        <w:t>yeh hai aik simple example what is relativity. to hamara observation relative hai, hamari soch relative hai. hum bayan space and time chuki nahi dekh paate is liye hum sari knowledge hamari relative rehti hai.</w:t>
      </w:r>
    </w:p>
    <w:p>
      <w:pPr>
        <w:jc w:val="right"/>
      </w:pPr>
      <w:r>
        <w:t>یہ ہے ایک سمپل ایگزیمپل واٹ از ریلیٹیوٹی۔ تو ہمارا ابزرویشن ریلیٹیو ہے، ہماری سوچ ریلیٹیو ہے۔ ہم بیان اسپیس اینڈ ٹائم چونکہ نہیں دیکھ پاتے اس لیے ہم ساری نالج ہماری ریلیٹیو رہتی ہے۔</w:t>
      </w:r>
    </w:p>
    <w:p>
      <w:r>
        <w:rPr>
          <w:b/>
        </w:rPr>
        <w:t xml:space="preserve">[20:16] </w:t>
      </w:r>
      <w:r>
        <w:t>yeh bohat hi bari discovery hai jo science mein hui aur paanch hazar saal ki tareekh ko is ne neilify kar diya. ke jis framework mein jo tumhare pas framework tha jis mein tum soch rahe the woh valid hi nahi tha.</w:t>
      </w:r>
    </w:p>
    <w:p>
      <w:pPr>
        <w:jc w:val="right"/>
      </w:pPr>
      <w:r>
        <w:t>یہ بہت ہی بڑی ڈسکوری ہے جو سائنس میں ہوئی اور پانچ ہزار سال کی تاریخ کو اس نے نیلیفائی کر دیا۔ کہ جس فریم ورک میں جو تمہارے پاس فریم ورک تھا جس میں تم سوچ رہے تھے وہ ویلڈ ہی نہیں تھا۔</w:t>
      </w:r>
    </w:p>
    <w:p>
      <w:r>
        <w:rPr>
          <w:b/>
        </w:rPr>
        <w:t xml:space="preserve">[20:35] </w:t>
      </w:r>
      <w:r>
        <w:t>woh valid nahi tha. prophet to bolte the ke hum ko God ki taraf se knowledge aayi</w:t>
      </w:r>
    </w:p>
    <w:p>
      <w:pPr>
        <w:jc w:val="right"/>
      </w:pPr>
      <w:r>
        <w:t>وہ ویلڈ نہیں تھا۔ پرافٹ تو بولتے تھے کہ ہم کو گاڈ کی طرف سے نالج آئی</w:t>
      </w:r>
    </w:p>
    <w:p>
      <w:r>
        <w:rPr>
          <w:b/>
        </w:rPr>
        <w:t xml:space="preserve">[20:40] </w:t>
      </w:r>
      <w:r>
        <w:t>hai. woh to un ka kehna hai valid tha. kyun ke woh God ki taraf se bolte the. God jo hai all knowing hai.</w:t>
      </w:r>
    </w:p>
    <w:p>
      <w:pPr>
        <w:jc w:val="right"/>
      </w:pPr>
      <w:r>
        <w:t>ہے۔ وہ تو ان کا کہنا ہے ویلڈ تھا۔ کیونکہ وہ گاڈ کی طرف سے بولتے تھے۔ گاڈ جو ہے آل نوئنگ ہے۔</w:t>
      </w:r>
    </w:p>
    <w:p>
      <w:r>
        <w:rPr>
          <w:b/>
        </w:rPr>
        <w:t xml:space="preserve">[20:50] </w:t>
      </w:r>
      <w:r>
        <w:t>lekin yeh jo apne mind chala rahe the, apna mind. to woh to sab ka sab jo hai reject ho gaye. ke tumhare pas jo framework hai to tum sachai ko jaan hi nahi sakte.</w:t>
      </w:r>
    </w:p>
    <w:p>
      <w:pPr>
        <w:jc w:val="right"/>
      </w:pPr>
      <w:r>
        <w:t>لیکن یہ جو اپنے مائنڈ چلا رہے تھے، اپنا مائنڈ۔ تو وہ تو سب کا سب جو ہے ریجیکٹ ہو گئے۔ کہ تمہارے پاس جو فریم ورک ہے تو تم سچائی کو جان ہی نہیں سکتے۔</w:t>
      </w:r>
    </w:p>
    <w:p>
      <w:r>
        <w:rPr>
          <w:b/>
        </w:rPr>
        <w:t xml:space="preserve">[21:04] </w:t>
      </w:r>
      <w:r>
        <w:t>yeh kaho ke I don't know.</w:t>
      </w:r>
    </w:p>
    <w:p>
      <w:pPr>
        <w:jc w:val="right"/>
      </w:pPr>
      <w:r>
        <w:t>یہ کہو کہ آئی ڈونٹ نو۔</w:t>
      </w:r>
    </w:p>
    <w:p>
      <w:r>
        <w:rPr>
          <w:b/>
        </w:rPr>
        <w:t xml:space="preserve">[21:07] </w:t>
      </w:r>
      <w:r>
        <w:t>tum yeh kehne ki position mein nahi hue ke I know. sirf prophet the I I know kehne ki position mein. is ko insaan ne ridicule kar ke is ko mana hi nahi, socha hi nahi, is par dhyan nahi diya.</w:t>
      </w:r>
    </w:p>
    <w:p>
      <w:pPr>
        <w:jc w:val="right"/>
      </w:pPr>
      <w:r>
        <w:t>تم یہ کہنے کی پوزیشن میں نہیں ہوئے کہ آئی نو۔ صرف پرافٹ تھے آئی آئی نو کہنے کی پوزیشن میں۔ اس کو انسان نے ریڈیکول کر کے اس کو مانا ہی نہیں، سوچا ہی نہیں، اس پر دھیان نہیں دیا۔</w:t>
      </w:r>
    </w:p>
    <w:p>
      <w:r>
        <w:rPr>
          <w:b/>
        </w:rPr>
        <w:t xml:space="preserve">[21:20] </w:t>
      </w:r>
      <w:r>
        <w:t>to woh yeh keh raha tha ke poori history mein jo sab se bara blunder hua hai, blunder. woh kya hai? sachai ko under estimate karna.</w:t>
      </w:r>
    </w:p>
    <w:p>
      <w:pPr>
        <w:jc w:val="right"/>
      </w:pPr>
      <w:r>
        <w:t>تو وہ یہ کہہ رہا تھا کہ پوری ہسٹری میں جو سب سے بڑا بلنڈر ہوا ہے، بلنڈر۔ وہ کیا ہے؟ سچائی کو انڈر ایسٹیمیٹ کرنا۔</w:t>
      </w:r>
    </w:p>
    <w:p>
      <w:r>
        <w:rPr>
          <w:b/>
        </w:rPr>
        <w:t xml:space="preserve">[21:31] </w:t>
      </w:r>
      <w:r>
        <w:t>yani yeh samajhna ke main apni is mind se sachai ko jaan sakta hoon.</w:t>
      </w:r>
    </w:p>
    <w:p>
      <w:pPr>
        <w:jc w:val="right"/>
      </w:pPr>
      <w:r>
        <w:t>یعنی یہ سمجھنا کہ میں اپنی اس مائنڈ سے سچائی کو جان سکتا ہوں۔</w:t>
      </w:r>
    </w:p>
    <w:p>
      <w:r>
        <w:rPr>
          <w:b/>
        </w:rPr>
        <w:t xml:space="preserve">[21:39] </w:t>
      </w:r>
      <w:r>
        <w:t>yeh samajhna ke main apni is mind se sachai ko jaan sakta hoon. jis mind se to main aik train ki speed ko nahi samajh sakta. solar system jo hai phaila hua us ko main is is aankh se nahi dekh sakta.</w:t>
      </w:r>
    </w:p>
    <w:p>
      <w:pPr>
        <w:jc w:val="right"/>
      </w:pPr>
      <w:r>
        <w:t>یہ سمجھنا کہ میں اپنی اس مائنڈ سے سچائی کو جان سکتا ہوں۔ جس مائنڈ سے تو میں ایک ٹرین کی سپیڈ کو نہیں سمجھ سکتا۔ سولر سسٹم جو ہے پھیلا ہوا اس کو میں اس اس آنکھ سے نہیں دیکھ سکتا۔</w:t>
      </w:r>
    </w:p>
    <w:p>
      <w:r>
        <w:rPr>
          <w:b/>
        </w:rPr>
        <w:t xml:space="preserve">[21:54] </w:t>
      </w:r>
      <w:r>
        <w:t>kisi telescope se bhi solar system ka poora manzar aap nahi dekh sakte. aaj jo hum solar system ke sketch banate hain woh sketch kisi observation par base nahi karta hai.</w:t>
      </w:r>
    </w:p>
    <w:p>
      <w:pPr>
        <w:jc w:val="right"/>
      </w:pPr>
      <w:r>
        <w:t>کسی ٹیلیسکوپ سے بھی سولر سسٹم کا پورا منظر آپ نہیں دیکھ سکتے۔ آج جو ہم سولر سسٹم کے اسکیچ بناتے ہیں وہ اسکیچ کسی ابزرویشن پر بیس نہیں کرتا ہے۔</w:t>
      </w:r>
    </w:p>
    <w:p>
      <w:r>
        <w:rPr>
          <w:b/>
        </w:rPr>
        <w:t xml:space="preserve">[22:08] </w:t>
      </w:r>
      <w:r>
        <w:t>aap dekhte honge kitabon mein, map mein solar system ka poora aik is ka sketch. lekin aap jante hain ke woh dekh kar thori banaya hua.</w:t>
      </w:r>
    </w:p>
    <w:p>
      <w:pPr>
        <w:jc w:val="right"/>
      </w:pPr>
      <w:r>
        <w:t>آپ دیکھتے ہوں گے کتابوں میں، میپ میں سولر سسٹم کا پورا ایک اس کا اسکیچ۔ لیکن آپ جانتے ہیں کہ وہ دیکھ کر تھوڑی بنایا ہوا۔</w:t>
      </w:r>
    </w:p>
    <w:p>
      <w:r>
        <w:rPr>
          <w:b/>
        </w:rPr>
        <w:t xml:space="preserve">[22:19] </w:t>
      </w:r>
      <w:r>
        <w:t>koi bhi is position mein nahi hai insaan ke kisi telescope se bhi woh solar system ke poore naqshe ko dekh sake. hum guess kar ke banate hain woh sab naqshe.</w:t>
      </w:r>
    </w:p>
    <w:p>
      <w:pPr>
        <w:jc w:val="right"/>
      </w:pPr>
      <w:r>
        <w:t>کوئی بھی اس پوزیشن میں نہیں ہے انسان کہ کسی ٹیلیسکوپ سے بھی وہ سولر سسٹم کے پورے نقشے کو دیکھ سکے۔ ہم گیس کر کے بناتے ہیں وہ سب نقشے۔</w:t>
      </w:r>
    </w:p>
    <w:p>
      <w:r>
        <w:rPr>
          <w:b/>
        </w:rPr>
        <w:t xml:space="preserve">[22:31] </w:t>
      </w:r>
      <w:r>
        <w:t>to aap bataiye ke jo insaan ka yeh hal ho. to Quran mein is baat ko dekhiye ke aik simple tareeqe se bohat chaudah so saal pehle keh diya gaya tha.</w:t>
      </w:r>
    </w:p>
    <w:p>
      <w:pPr>
        <w:jc w:val="right"/>
      </w:pPr>
      <w:r>
        <w:t>تو آپ بتائیے کہ جو انسان کا یہ حال ہو۔ تو قرآن میں اس بات کو دیکھیے کہ ایک سمپل طریقے سے بہت چودہ سو سال پہلے کہہ دیا گیا تھا۔</w:t>
      </w:r>
    </w:p>
    <w:p>
      <w:r>
        <w:rPr>
          <w:b/>
        </w:rPr>
        <w:t xml:space="preserve">[22:45] </w:t>
      </w:r>
      <w:r>
        <w:t>yasalonkan an rooh min rubbi wa utiya fil ma la qaleela ke tum ko sirf limited knowledge mili hai.</w:t>
      </w:r>
    </w:p>
    <w:p>
      <w:pPr>
        <w:jc w:val="right"/>
      </w:pPr>
      <w:r>
        <w:t>یسالونکان روح من نور ربی واؤت میرا لل میں الا قلیلا کہ تم کو صرف لمیٹڈ نالج ملی ہے۔</w:t>
      </w:r>
    </w:p>
    <w:p>
      <w:r>
        <w:rPr>
          <w:b/>
        </w:rPr>
        <w:t xml:space="preserve">[22:58] </w:t>
      </w:r>
      <w:r>
        <w:t>puri history mein yahi hua hai science se pehle ke logon ne yeh samjha ke hum ko puri knowledge hum mein mili hui hai.</w:t>
      </w:r>
    </w:p>
    <w:p>
      <w:pPr>
        <w:jc w:val="right"/>
      </w:pPr>
      <w:r>
        <w:t>پوری ہسٹری میں یہی ہوا ہے سائنس سے پہلے کہ لوگوں نے یہ سمجھا کہ ہم کو پوری نالج ہم میں ملی ہوئی ہے۔</w:t>
      </w:r>
    </w:p>
    <w:p>
      <w:r>
        <w:rPr>
          <w:b/>
        </w:rPr>
        <w:t xml:space="preserve">[23:07] </w:t>
      </w:r>
      <w:r>
        <w:t>hamare paas jo mind hai us se hum sab kuch jaan sakte hain. is frame mein insan ne ek hazaron saal bata diye. aur siwaye confusion ke.</w:t>
      </w:r>
    </w:p>
    <w:p>
      <w:pPr>
        <w:jc w:val="right"/>
      </w:pPr>
      <w:r>
        <w:t>ہمارے پاس جو مائنڈ ہے اس سے ہم سب کچھ جان سکتے ہیں۔ اس فریم میں انسان نے ایک ہزاروں سال بتا دیے۔ اور سوائے کنفیوژن کے۔</w:t>
      </w:r>
    </w:p>
    <w:p>
      <w:r>
        <w:rPr>
          <w:b/>
        </w:rPr>
        <w:t xml:space="preserve">[23:19] </w:t>
      </w:r>
      <w:r>
        <w:t>aur kuch insan ko diya nahi.</w:t>
      </w:r>
    </w:p>
    <w:p>
      <w:pPr>
        <w:jc w:val="right"/>
      </w:pPr>
      <w:r>
        <w:t>اور کچھ انسان کو دیا نہیں۔</w:t>
      </w:r>
    </w:p>
    <w:p>
      <w:r>
        <w:rPr>
          <w:b/>
        </w:rPr>
        <w:t xml:space="preserve">[23:22] </w:t>
      </w:r>
      <w:r>
        <w:t>to science ne pehli baar ek darwaza khola. yeh darwaza yeh khola ke</w:t>
      </w:r>
    </w:p>
    <w:p>
      <w:pPr>
        <w:jc w:val="right"/>
      </w:pPr>
      <w:r>
        <w:t>تو سائنس نے پہلی بار ایک دروازہ کھولا۔ یہ دروازہ یہ کھولا کہ</w:t>
      </w:r>
    </w:p>
    <w:p>
      <w:r>
        <w:rPr>
          <w:b/>
        </w:rPr>
        <w:t xml:space="preserve">[23:31] </w:t>
      </w:r>
      <w:r>
        <w:t>apne is mind se, apni is aankh se tum sachai ko dekh nahi sakte. tumhein ek madadgar chahiye.</w:t>
      </w:r>
    </w:p>
    <w:p>
      <w:pPr>
        <w:jc w:val="right"/>
      </w:pPr>
      <w:r>
        <w:t>اپنے اس مائنڈ سے، اپنی اس آنکھ سے تم سچائی کو دیکھ نہیں سکتے۔ تمہیں ایک مددگار چاہیے۔</w:t>
      </w:r>
    </w:p>
    <w:p>
      <w:r>
        <w:rPr>
          <w:b/>
        </w:rPr>
        <w:t xml:space="preserve">[23:42] </w:t>
      </w:r>
      <w:r>
        <w:t>yani indirect way mein is ne prophet ki zaroorat ko sabit kiya. indirect way mein. tumhein guide chahiye.</w:t>
      </w:r>
    </w:p>
    <w:p>
      <w:pPr>
        <w:jc w:val="right"/>
      </w:pPr>
      <w:r>
        <w:t>یعنی ان ڈائریکٹ وے میں اس نے پرافٹ کی ضرورت کو ثابت کیا۔ ان ڈائریکٹ وے میں۔ تمہیں گائیڈ چاہیے۔</w:t>
      </w:r>
    </w:p>
    <w:p>
      <w:r>
        <w:rPr>
          <w:b/>
        </w:rPr>
        <w:t xml:space="preserve">[23:54] </w:t>
      </w:r>
      <w:r>
        <w:t>beyond space and time hum dekh nahi sakte. aur jab tak aap beyond space and time na dekhein aap sachai ko jaan bhi nahi sakte.</w:t>
      </w:r>
    </w:p>
    <w:p>
      <w:pPr>
        <w:jc w:val="right"/>
      </w:pPr>
      <w:r>
        <w:t>بیان اسپیس اینڈ ٹائم ہم دیکھ نہیں سکتے۔ اور جب تک آپ بیان اسپیس اینڈ ٹائم نہ دیکھیں آپ سچائی کو جان بھی نہیں سکتے۔</w:t>
      </w:r>
    </w:p>
    <w:p>
      <w:r>
        <w:rPr>
          <w:b/>
        </w:rPr>
        <w:t xml:space="preserve">[24:06] </w:t>
      </w:r>
      <w:r>
        <w:t>the truth with the capital T janne ke liye aap ko beyond space and time dekhna parta hai.</w:t>
      </w:r>
    </w:p>
    <w:p>
      <w:pPr>
        <w:jc w:val="right"/>
      </w:pPr>
      <w:r>
        <w:t>دا ٹروتھ ود دی کیپیٹل ٹی جاننے کے لیے آپ کو بیان اسپیس اینڈ ٹائم دیکھنا پڑتا ہے۔</w:t>
      </w:r>
    </w:p>
    <w:p>
      <w:r>
        <w:rPr>
          <w:b/>
        </w:rPr>
        <w:t xml:space="preserve">[24:14] </w:t>
      </w:r>
      <w:r>
        <w:t>wahan aap tak aap dekh nahi paate. to prophet jo hai jo claim kar raha hai ke maine dekha hai, mujhe Khuda ne ilm diya hai.</w:t>
      </w:r>
    </w:p>
    <w:p>
      <w:pPr>
        <w:jc w:val="right"/>
      </w:pPr>
      <w:r>
        <w:t>وہاں آپ تک آپ دیکھ نہیں پاتے۔ تو پرافٹ جو ہے جو کلیم کر رہا ہے کہ میں نے دیکھا ہے، مجھے خدا نے علم دیا ہے۔</w:t>
      </w:r>
    </w:p>
    <w:p>
      <w:r>
        <w:rPr>
          <w:b/>
        </w:rPr>
        <w:t xml:space="preserve">[24:25] </w:t>
      </w:r>
      <w:r>
        <w:t>isi ko tumhein guide banana parega. wa ma utiya min al-ilmi illa qalila jo Quran mein tha ke tum ko diya gaya hai sirf mehdood ilm.</w:t>
      </w:r>
    </w:p>
    <w:p>
      <w:pPr>
        <w:jc w:val="right"/>
      </w:pPr>
      <w:r>
        <w:t>اسی کو تمہیں گائیڈ بنانا پڑے گا۔ وما اوتیت من العلم الا قلیلا جو قرآن میں تھا کہ تم کو دیا گیا ہے صرف محدود علم۔</w:t>
      </w:r>
    </w:p>
    <w:p>
      <w:r>
        <w:rPr>
          <w:b/>
        </w:rPr>
        <w:t xml:space="preserve">[24:36] </w:t>
      </w:r>
      <w:r>
        <w:t>isi ko science ne etiraf kiya.</w:t>
      </w:r>
    </w:p>
    <w:p>
      <w:pPr>
        <w:jc w:val="right"/>
      </w:pPr>
      <w:r>
        <w:t>اسی کو سائنس نے اعتراف کیا۔</w:t>
      </w:r>
    </w:p>
    <w:p>
      <w:r>
        <w:rPr>
          <w:b/>
        </w:rPr>
        <w:t xml:space="preserve">[24:42] </w:t>
      </w:r>
      <w:r>
        <w:t>maine ek kitab padhi limitations of science. Sollyon ki kitab hai. is mein woh kehta hai ke woh khud bhi ek scientist hai.</w:t>
      </w:r>
    </w:p>
    <w:p>
      <w:pPr>
        <w:jc w:val="right"/>
      </w:pPr>
      <w:r>
        <w:t>میں نے ایک کتاب پڑھی لیمیٹیشنز آف سائنس۔ سولیون کی کتاب ہے۔ اس میں وہ کہتا ہے کہ وہ خود بھی ایک سائنٹسٹ ہے۔</w:t>
      </w:r>
    </w:p>
    <w:p>
      <w:r>
        <w:rPr>
          <w:b/>
        </w:rPr>
        <w:t xml:space="preserve">[24:54] </w:t>
      </w:r>
      <w:r>
        <w:t>ke science gives us but a partial knowledge of reality. to science ne pehli baar yeh bataya ke hum sirf limited knowledge tak pahunch sakte hain.</w:t>
      </w:r>
    </w:p>
    <w:p>
      <w:pPr>
        <w:jc w:val="right"/>
      </w:pPr>
      <w:r>
        <w:t>کہ سائنس گیوز اس بٹ اے پارشل نالج آف ریلیٹی۔ تو سائنس نے پہلی بار یہ بتایا کہ ہم صرف لمیٹڈ نالج تک پہنچ سکتے ہیں۔</w:t>
      </w:r>
    </w:p>
    <w:p>
      <w:r>
        <w:rPr>
          <w:b/>
        </w:rPr>
        <w:t xml:space="preserve">[25:07] </w:t>
      </w:r>
      <w:r>
        <w:t>is ke aage h</w:t>
      </w:r>
    </w:p>
    <w:p>
      <w:pPr>
        <w:jc w:val="right"/>
      </w:pPr>
      <w:r>
        <w:t>اس کے آگے ہ</w:t>
      </w:r>
    </w:p>
    <w:p>
      <w:r>
        <w:rPr>
          <w:b/>
        </w:rPr>
        <w:t xml:space="preserve">[25:08] </w:t>
      </w:r>
      <w:r>
        <w:t>hum nahi pahunch sakte. goya indirect way mein is ne prophet ki zaroorat ko sabit kiya.</w:t>
      </w:r>
    </w:p>
    <w:p>
      <w:pPr>
        <w:jc w:val="right"/>
      </w:pPr>
      <w:r>
        <w:t>م نہیں پہنچ سکتے۔ گویا ان ڈائریکٹ وے میں اس نے پرافٹ کی ضرورت کو ثابت کیا۔</w:t>
      </w:r>
    </w:p>
    <w:p>
      <w:r>
        <w:rPr>
          <w:b/>
        </w:rPr>
        <w:t xml:space="preserve">[25:15] </w:t>
      </w:r>
      <w:r>
        <w:t>science ne indirect way mein prophet ki zaroorat ko establish kiya ke baghair prophet ki madad ke tum poori sachai ko nahi jaan sakte.</w:t>
      </w:r>
    </w:p>
    <w:p>
      <w:pPr>
        <w:jc w:val="right"/>
      </w:pPr>
      <w:r>
        <w:t>سائنس نے ان ڈائریکٹ وے میں پرافٹ کی ضرورت کو اسٹیبلش کیا کہ بغیر پرافٹ کی مدد کے تم پوری سچائی کو نہیں جان سکتے۔</w:t>
      </w:r>
    </w:p>
    <w:p>
      <w:r>
        <w:rPr>
          <w:b/>
        </w:rPr>
        <w:t xml:space="preserve">[25:33] </w:t>
      </w:r>
      <w:r>
        <w:t>ab yahan par ek sawal aata hai, paida hota hai ke hum kaise janein ke yeh insan jis ka naam Muhammad bin Abdullah bin Abdul Muttalib hai woh prophet hai.</w:t>
      </w:r>
    </w:p>
    <w:p>
      <w:pPr>
        <w:jc w:val="right"/>
      </w:pPr>
      <w:r>
        <w:t>اب یہاں پر ایک سوال آتا ہے، پیدا ہوتا ہے کہ ہم کیسے جانیں کہ یہ انسان جس کا نام محمد بن عبداللہ بن عبدالمطلب ہے وہ پرافٹ ہے۔</w:t>
      </w:r>
    </w:p>
    <w:p>
      <w:r>
        <w:rPr>
          <w:b/>
        </w:rPr>
        <w:t xml:space="preserve">[25:44] </w:t>
      </w:r>
      <w:r>
        <w:t>yani God se is ko revelation aata hai. ke hum kaise janein?</w:t>
      </w:r>
    </w:p>
    <w:p>
      <w:pPr>
        <w:jc w:val="right"/>
      </w:pPr>
      <w:r>
        <w:t>یعنی گاڈ سے اس کو ریولیشن آتا ہے۔ کہ ہم کیسے جانیں؟</w:t>
      </w:r>
    </w:p>
    <w:p>
      <w:r>
        <w:rPr>
          <w:b/>
        </w:rPr>
        <w:t xml:space="preserve">[25:52] </w:t>
      </w:r>
      <w:r>
        <w:t>is ka bhi ek bohat hi simple method bataya gaya hai Quran mein.</w:t>
      </w:r>
    </w:p>
    <w:p>
      <w:pPr>
        <w:jc w:val="right"/>
      </w:pPr>
      <w:r>
        <w:t>اس کا بھی ایک بہت ہی سمپل میتھڈ بتایا گیا ہے قرآن میں۔</w:t>
      </w:r>
    </w:p>
    <w:p>
      <w:r>
        <w:rPr>
          <w:b/>
        </w:rPr>
        <w:t xml:space="preserve">[25:57] </w:t>
      </w:r>
      <w:r>
        <w:t>woh kya? sayyidukum ayatin fa ta'rifun yani is ka matlab kya hai? yeh Quran utra hai seven century ke first quarter mein.</w:t>
      </w:r>
    </w:p>
    <w:p>
      <w:pPr>
        <w:jc w:val="right"/>
      </w:pPr>
      <w:r>
        <w:t>وہ کیا؟ سیوریکم آیاتہی فتعرفون یعنی اس کا مطلب کیا ہے؟ یہ قرآن اترا ہے سیون سینچری کے فرسٹ کوارٹر میں۔</w:t>
      </w:r>
    </w:p>
    <w:p>
      <w:r>
        <w:rPr>
          <w:b/>
        </w:rPr>
        <w:t xml:space="preserve">[26:10] </w:t>
      </w:r>
      <w:r>
        <w:t>seven century ke first quarter mein. us waqt jo hai yeh science nahi thi, yeh ilm nahi tha. na telescope tha, na microscope tha.</w:t>
      </w:r>
    </w:p>
    <w:p>
      <w:pPr>
        <w:jc w:val="right"/>
      </w:pPr>
      <w:r>
        <w:t>سیون سینچری کے فرسٹ کوارٹر میں۔ اس وقت جو ہے یہ سائنس نہیں تھی، یہ علم نہیں تھا۔ نہ ٹیلیسکوپ تھا، نہ مائیکروسکوپ تھا۔</w:t>
      </w:r>
    </w:p>
    <w:p>
      <w:r>
        <w:rPr>
          <w:b/>
        </w:rPr>
        <w:t xml:space="preserve">[26:22] </w:t>
      </w:r>
      <w:r>
        <w:t>kuch bhi nahi tha us zamane mein.</w:t>
      </w:r>
    </w:p>
    <w:p>
      <w:pPr>
        <w:jc w:val="right"/>
      </w:pPr>
      <w:r>
        <w:t>کچھ بھی نہیں تھا اس زمانے میں۔</w:t>
      </w:r>
    </w:p>
    <w:p>
      <w:r>
        <w:rPr>
          <w:b/>
        </w:rPr>
        <w:t xml:space="preserve">[26:25] </w:t>
      </w:r>
      <w:r>
        <w:t>to sara ilm jo hai woh abhi darkness mein pada hua tha, darkness mein. universe of fact hai woh darkness mein padi hui thi.</w:t>
      </w:r>
    </w:p>
    <w:p>
      <w:pPr>
        <w:jc w:val="right"/>
      </w:pPr>
      <w:r>
        <w:t>تو سارا علم جو ہے وہ ابھی ڈارکنس میں پڑا ہوا تھا، ڈارکنس میں۔ یونیورس آف فیکٹ ہے وہ ڈارکنس میں پڑی ہوئی تھی۔</w:t>
      </w:r>
    </w:p>
    <w:p>
      <w:r>
        <w:rPr>
          <w:b/>
        </w:rPr>
        <w:t xml:space="preserve">[26:34] </w:t>
      </w:r>
      <w:r>
        <w:t>woh reveal hone wali thi, woh unfold hone wali thi, woh discover hone wali thi.</w:t>
      </w:r>
    </w:p>
    <w:p>
      <w:pPr>
        <w:jc w:val="right"/>
      </w:pPr>
      <w:r>
        <w:t>وہ ریویل ہونے والی تھی، وہ ان فولڈ ہونے والی تھی، وہ ڈسکور ہونے والی تھی۔</w:t>
      </w:r>
    </w:p>
    <w:p>
      <w:r>
        <w:rPr>
          <w:b/>
        </w:rPr>
        <w:t xml:space="preserve">[26:41] </w:t>
      </w:r>
      <w:r>
        <w:t>us ke shuru mein, us se pehle, us se pehle Quran aata hai. aur Quran yeh kehta hai ke aage jo knowledge reveal hogi, jo discoveries hongi woh Quran ki baton ko confirm karti chali jayengi.</w:t>
      </w:r>
    </w:p>
    <w:p>
      <w:pPr>
        <w:jc w:val="right"/>
      </w:pPr>
      <w:r>
        <w:t>اس کے شروع میں، اس سے پہلے، اس سے پہلے قرآن آتا ہے۔ اور قرآن یہ کہتا ہے کہ آگے جو نالج ریویل ہوگی، جو ڈسکوریز ہوں گی وہ قرآن کی باتوں کو کنفرم کرتی چلی جائیں گی۔</w:t>
      </w:r>
    </w:p>
    <w:p>
      <w:r>
        <w:rPr>
          <w:b/>
        </w:rPr>
        <w:t xml:space="preserve">[26:59] </w:t>
      </w:r>
      <w:r>
        <w:t>kitna bara yeh daawa hai. is qism ka daawa history mein bar bar kiya gaya hai, har baar fail hua hai. har baar fail hua.</w:t>
      </w:r>
    </w:p>
    <w:p>
      <w:pPr>
        <w:jc w:val="right"/>
      </w:pPr>
      <w:r>
        <w:t>کتنا بڑا یہ دعویٰ ہے۔ اس قسم کا دعویٰ ہسٹری میں بار بار کیا گیا ہے، ہر بار فیل ہوا ہے۔ ہر بار فیل ہوا۔</w:t>
      </w:r>
    </w:p>
    <w:p>
      <w:r>
        <w:rPr>
          <w:b/>
        </w:rPr>
        <w:t xml:space="preserve">[27:13] </w:t>
      </w:r>
      <w:r>
        <w:t>plato ne samjha ke main alexander mera disciple hai, us ke zariye se main aik ideal state bana sakta hoon. lekin woh fail ho gaya.</w:t>
      </w:r>
    </w:p>
    <w:p>
      <w:pPr>
        <w:jc w:val="right"/>
      </w:pPr>
      <w:r>
        <w:t>پلیٹو نے سمجھا کہ میں الیگزینڈر میرا ڈسائپل ہے، اس کے ذریعے سے میں ایک آئیڈیل اسٹیٹ بنا سکتا ہوں۔ لیکن وہ فیل ہو گیا۔</w:t>
      </w:r>
    </w:p>
    <w:p>
      <w:r>
        <w:rPr>
          <w:b/>
        </w:rPr>
        <w:t xml:space="preserve">[27:24] </w:t>
      </w:r>
      <w:r>
        <w:t>marx ne samjha ke maine jo analysis kiya hai woh analysis ke mutabiq western europe jo hai wahan par aik revolution aayega, woh fail ho gaya.</w:t>
      </w:r>
    </w:p>
    <w:p>
      <w:pPr>
        <w:jc w:val="right"/>
      </w:pPr>
      <w:r>
        <w:t>مارس نے سمجھا کہ میں نے جو انالیسز کیا ہے وہ انالیسز کے مطابق ویسٹرن یورپ جو ہے وہاں پر ایک ریولوشن آئے گا، وہ فیل ہو گیا۔</w:t>
      </w:r>
    </w:p>
    <w:p>
      <w:r>
        <w:rPr>
          <w:b/>
        </w:rPr>
        <w:t xml:space="preserve">[27:39] </w:t>
      </w:r>
      <w:r>
        <w:t>aise hi is zamane mein jo uthe jo national leaders unhon ne predict kiya ke jab hukoomat hamare, hamari qaum ke haath mein aajayegi, yeh fathers nikal jayenge to is dunya mein ideal society ban jayegi.</w:t>
      </w:r>
    </w:p>
    <w:p>
      <w:pPr>
        <w:jc w:val="right"/>
      </w:pPr>
      <w:r>
        <w:t>ایسے ہی اس زمانے میں جو اٹھے جو نیشنل لیڈرز انہوں نے پریڈکٹ کیا کہ جب حکومت ہمارے، ہماری قوم کے ہاتھ میں آجائے گی، یہ فادرز نکل جائیں گے تو اس دنیا میں آئیڈیل سوسائٹی بن جائے گی۔</w:t>
      </w:r>
    </w:p>
    <w:p>
      <w:r>
        <w:rPr>
          <w:b/>
        </w:rPr>
        <w:t xml:space="preserve">[27:56] </w:t>
      </w:r>
      <w:r>
        <w:t>ab dekhen kuch bhi nahi hua, kahin kuch bhi nahi hua, kuch bhi nahi hua. to bar bar aisa hua hai ke logon ne future ke bare mein predict kiya aur woh prediction jo hai ghalat sabit ho gaya, ghalat nikal gaya woh.</w:t>
      </w:r>
    </w:p>
    <w:p>
      <w:pPr>
        <w:jc w:val="right"/>
      </w:pPr>
      <w:r>
        <w:t>اب دیکھیں کچھ بھی نہیں ہوا، کہیں کچھ بھی نہیں ہوا، کچھ بھی نہیں ہوا۔ تو بار بار ایسا ہوا ہے کہ لوگوں نے فیوچر کے بارے میں پریڈکٹ کیا اور وہ پریڈکشن جو ہے غلط ثابت ہو گیا، غلط نکل گیا وہ۔</w:t>
      </w:r>
    </w:p>
    <w:p>
      <w:r>
        <w:rPr>
          <w:b/>
        </w:rPr>
        <w:t xml:space="preserve">[28:11] </w:t>
      </w:r>
      <w:r>
        <w:t>marx ne kaha tha ke paris ke oopar se, paris ke oopar se communist suraj nikal raha hai.</w:t>
      </w:r>
    </w:p>
    <w:p>
      <w:pPr>
        <w:jc w:val="right"/>
      </w:pPr>
      <w:r>
        <w:t>مارس نے کہا تھا کہ پیرس کے اوپر سے، پیرس کے اوپر سے کمیونسٹ سورج نکل رہا ہے۔</w:t>
      </w:r>
    </w:p>
    <w:p>
      <w:r>
        <w:rPr>
          <w:b/>
        </w:rPr>
        <w:t xml:space="preserve">[28:21] </w:t>
      </w:r>
      <w:r>
        <w:t>halanke kuch bhi nahi hua. kuch bhi nahi hua. to quran mein jo claim kiya gaya ke aage jo jab knowledge explosion aayega, yeh daur hai jis ko kehte hain knowledge explosion.</w:t>
      </w:r>
    </w:p>
    <w:p>
      <w:pPr>
        <w:jc w:val="right"/>
      </w:pPr>
      <w:r>
        <w:t>حالانکہ کچھ بھی نہیں ہوا۔ کچھ بھی نہیں ہوا۔ تو قرآن میں جو کلیم کیا گیا کہ آگے جو جب نالج ایکسپلوژن آئے، یہ دور ہے جس کو کہتے ہیں نالج ایکسپلوژن۔</w:t>
      </w:r>
    </w:p>
    <w:p>
      <w:r>
        <w:rPr>
          <w:b/>
        </w:rPr>
        <w:t xml:space="preserve">[28:42] </w:t>
      </w:r>
      <w:r>
        <w:t>to knowledge explosion jab hoga to woh quran ki baaton ko confirm karta chala jayega. ab yeh kitni ajeeb baat hai ke aap dekhen</w:t>
      </w:r>
    </w:p>
    <w:p>
      <w:pPr>
        <w:jc w:val="right"/>
      </w:pPr>
      <w:r>
        <w:t>تو نالج ایکسپلوژن جب ہوگا تو وہ قرآن کی باتوں کو کنفرم کرتا چلا جائے گا۔ اب یہ کتنی عجیب بات ہے کہ آپ دیکھیں</w:t>
      </w:r>
    </w:p>
    <w:p>
      <w:r>
        <w:rPr>
          <w:b/>
        </w:rPr>
        <w:t xml:space="preserve">[28:57] </w:t>
      </w:r>
      <w:r>
        <w:t>ke koi aik baat bhi quran ki reject nahi hui.</w:t>
      </w:r>
    </w:p>
    <w:p>
      <w:pPr>
        <w:jc w:val="right"/>
      </w:pPr>
      <w:r>
        <w:t>کہ کوئی ایک بات بھی قرآن کی ریجیکٹ نہیں ہوئی۔</w:t>
      </w:r>
    </w:p>
    <w:p>
      <w:r>
        <w:rPr>
          <w:b/>
        </w:rPr>
        <w:t xml:space="preserve">[29:01] </w:t>
      </w:r>
      <w:r>
        <w:t>jaise main aik misaal doon. aik baar, bohat pehle ki baat hai, jab science ke zamane se pehle ki baat hai.</w:t>
      </w:r>
    </w:p>
    <w:p>
      <w:pPr>
        <w:jc w:val="right"/>
      </w:pPr>
      <w:r>
        <w:t>جیسے میں ایک مثال دوں۔ ایک بار، بہت پہلے کی بات ہے، جب سائنس کے زمانے سے پہلے کی بات ہے۔</w:t>
      </w:r>
    </w:p>
    <w:p>
      <w:r>
        <w:rPr>
          <w:b/>
        </w:rPr>
        <w:t xml:space="preserve">[29:12] </w:t>
      </w:r>
      <w:r>
        <w:t>aik jagah aik behas thi ke khuda hai ke khuda nahi hai. khuda hai ke khuda nahi hai. to kuch naujawan log the, woh behas kar rahe the.</w:t>
      </w:r>
    </w:p>
    <w:p>
      <w:pPr>
        <w:jc w:val="right"/>
      </w:pPr>
      <w:r>
        <w:t>ایک جگہ ایک بحث تھی کہ خدا ہے کہ خدا نہیں ہے۔ خدا ہے کہ خدا نہیں ہے۔ تو کچھ نوجوان لوگ تھے، وہ بحث کر رہے تھے۔</w:t>
      </w:r>
    </w:p>
    <w:p>
      <w:r>
        <w:rPr>
          <w:b/>
        </w:rPr>
        <w:t xml:space="preserve">[29:24] </w:t>
      </w:r>
      <w:r>
        <w:t>to aik shakhs ne kaha bhai falan buzurg jo rehte hain falan masjid mein, un ko bulao, woh kuch baat kahengay jis se yeh controversy khatam hogi.</w:t>
      </w:r>
    </w:p>
    <w:p>
      <w:pPr>
        <w:jc w:val="right"/>
      </w:pPr>
      <w:r>
        <w:t>تو ایک شخص نے کہا بھئی فلاں بزرگ جو رہتے ہیں فلاں مسجد میں، ان کو بلاؤ، وہ کچھ بات کہیں گے جس سے یہ کنٹروورسی ختم ہوگی۔</w:t>
      </w:r>
    </w:p>
    <w:p>
      <w:r>
        <w:rPr>
          <w:b/>
        </w:rPr>
        <w:t xml:space="preserve">[29:35] </w:t>
      </w:r>
      <w:r>
        <w:t>woh bulaye gaye, woh to purane type ke buzurg the. woh khare hue, aik quran ki ayat padhi aur wapas chale gaye. unhon ne kaha ke aoozubillah minash shaitanir rajeem, bismillahir rahmanir rahim.</w:t>
      </w:r>
    </w:p>
    <w:p>
      <w:pPr>
        <w:jc w:val="right"/>
      </w:pPr>
      <w:r>
        <w:t>وہ بلائے گئے، وہ تو پرانے ٹائپ کے بزرگ تھے۔ وہ کھڑے ہوئے، ایک قرآن کی آیت پڑھی اور واپس چلے گئے۔ انہوں نے کہا کہ اعوذ باللہ من الشیطان الرجیم، بسم اللہ الرحمن الرحیم۔</w:t>
      </w:r>
    </w:p>
    <w:p>
      <w:r>
        <w:rPr>
          <w:b/>
        </w:rPr>
        <w:t xml:space="preserve">[29:49] </w:t>
      </w:r>
      <w:r>
        <w:t>us ke baad kaha ke afala tashakku fataras samawati wal ard. woh wapas chale gaye.</w:t>
      </w:r>
    </w:p>
    <w:p>
      <w:pPr>
        <w:jc w:val="right"/>
      </w:pPr>
      <w:r>
        <w:t>اس کے بعد کہا کہ افلا شک الفاطر السماوات والارض۔ وہ واپس چلے گئے۔</w:t>
      </w:r>
    </w:p>
    <w:p>
      <w:r>
        <w:rPr>
          <w:b/>
        </w:rPr>
        <w:t xml:space="preserve">[29:58] </w:t>
      </w:r>
      <w:r>
        <w:t>us yeh aik verse quran majeed ki, is ka translation hai ke kya tum doubt karte ho is khuda ke bare mein jis ne zameen o aasman ko phaada?</w:t>
      </w:r>
    </w:p>
    <w:p>
      <w:pPr>
        <w:jc w:val="right"/>
      </w:pPr>
      <w:r>
        <w:t>اس یہ ایک ورث ہے قرآن مجید کی، اس کا ٹرانسیشن ہے کہ کیا تم ڈاؤٹ کرتے ہو اس خدا کے بارے میں جس نے زمین و آسمان کو پھاڑا؟</w:t>
      </w:r>
    </w:p>
    <w:p>
      <w:r>
        <w:rPr>
          <w:b/>
        </w:rPr>
        <w:t xml:space="preserve">[30:09] </w:t>
      </w:r>
      <w:r>
        <w:t>fatar ke maani hote hain phaadne wala. is zamane mein aik mystery thi yeh ke zameen o aasman ko phaadna kya matlab hua?</w:t>
      </w:r>
    </w:p>
    <w:p>
      <w:pPr>
        <w:jc w:val="right"/>
      </w:pPr>
      <w:r>
        <w:t>فاطر کے معنی ہوتے ہیں پھاڑنے والا۔ اس زمانے میں ایک مسٹری تھی یہ کہ زمین و آسمان کو پھاڑنا کیا مطلب ہوا؟</w:t>
      </w:r>
    </w:p>
    <w:p>
      <w:r>
        <w:rPr>
          <w:b/>
        </w:rPr>
        <w:t xml:space="preserve">[30:19] </w:t>
      </w:r>
      <w:r>
        <w:t>woh to buzurg the, woh bohat hi un ko yaqeen tha. padha unhon ne ke afala tashakku fataras samawati wal ard.</w:t>
      </w:r>
    </w:p>
    <w:p>
      <w:pPr>
        <w:jc w:val="right"/>
      </w:pPr>
      <w:r>
        <w:t>وہ تو بزرگ تھے، وہ بہت ہی ان کو یقین تھا۔ پڑھا انہوں نے کہ افلا شک الفاطر السماوات والارض۔</w:t>
      </w:r>
    </w:p>
    <w:p>
      <w:r>
        <w:rPr>
          <w:b/>
        </w:rPr>
        <w:t xml:space="preserve">[30:30] </w:t>
      </w:r>
      <w:r>
        <w:t>ke tum ko doubt hai is khuda ke bare mein jis ne zameen o aasman ko phaada? to us waqt log hain bas maan liya ke buzurg keh rahe hain to sahi hoga.</w:t>
      </w:r>
    </w:p>
    <w:p>
      <w:pPr>
        <w:jc w:val="right"/>
      </w:pPr>
      <w:r>
        <w:t>کہا تم کو ڈاؤٹ ہے اس خدا کے بارے میں جس نے زمین و آسمان کو پھاڑا؟ تو اس وقت لوگ ہیں بس مان لیا کہ بزرگ کہہ رہے ہیں تو صحیح ہوگا۔</w:t>
      </w:r>
    </w:p>
    <w:p>
      <w:r>
        <w:rPr>
          <w:b/>
        </w:rPr>
        <w:t xml:space="preserve">[30:41] </w:t>
      </w:r>
      <w:r>
        <w:t>lekin aap jante hain ke twenty century mein jo daryaft hui hai, big bang theory, woh exactly wohi hai.</w:t>
      </w:r>
    </w:p>
    <w:p>
      <w:pPr>
        <w:jc w:val="right"/>
      </w:pPr>
      <w:r>
        <w:t>لیکن آپ جانتے ہیں کہ ٹونٹی سنچری میں جو دریافت ہوئی ہے، بگ بینگ تھیوری، وہ ایگزیکٹلی وہی ہے۔</w:t>
      </w:r>
    </w:p>
    <w:p>
      <w:r>
        <w:rPr>
          <w:b/>
        </w:rPr>
        <w:t xml:space="preserve">[30:50] </w:t>
      </w:r>
      <w:r>
        <w:t>explosion hua. yeh theory batati hai ke ab se koi 15 billion saal pehle, fifteen billion saal pehle, saare universe jo hai, saare particle universe ke aik cosmic ball mein the.</w:t>
      </w:r>
    </w:p>
    <w:p>
      <w:pPr>
        <w:jc w:val="right"/>
      </w:pPr>
      <w:r>
        <w:t>ایکسپلوژن ہوا۔ یہ تھیوری بتاتی ہے کہ اب سے کوئی پندرہ بلین سال پہلے، ففٹین بلین سال پہلے، سارے یونیورس جو ہے، سارے پارٹیکل یونیورس کے ایک کاسمک بال میں تھے۔</w:t>
      </w:r>
    </w:p>
    <w:p>
      <w:r>
        <w:rPr>
          <w:b/>
        </w:rPr>
        <w:t xml:space="preserve">[31:09] </w:t>
      </w:r>
      <w:r>
        <w:t>saare universe ke jo particle hain, har taraf space khala thi, khala thi, khala thi. siwaye aik cosmic ball ke jis mein saare particle ikhatta the.</w:t>
      </w:r>
    </w:p>
    <w:p>
      <w:pPr>
        <w:jc w:val="right"/>
      </w:pPr>
      <w:r>
        <w:t>سارے یونیورس کے جو پارٹیکل ہیں، ہر طرف اسپیس خلا تھی، خلا تھی، خلا تھی۔ سوائے ایک کاسمک بال کے جس میں سارے پارٹیکل اکٹھا تھے۔</w:t>
      </w:r>
    </w:p>
    <w:p>
      <w:r>
        <w:rPr>
          <w:b/>
        </w:rPr>
        <w:t xml:space="preserve">[31:26] </w:t>
      </w:r>
      <w:r>
        <w:t>is mein explosion hua. aur particle bikhar gaye. saare universe mein. aur phir un se galaxy bani, galaxy bani, stars bane, planet bane, solar system bana.</w:t>
      </w:r>
    </w:p>
    <w:p>
      <w:pPr>
        <w:jc w:val="right"/>
      </w:pPr>
      <w:r>
        <w:t>اس میں ایکسپلوژن ہوا۔ اور پارٹیکل بکھر گئے۔ سارے یونیورس میں۔ اور پھر ان سے ایککشاں بنی، گلیکسی بنی، اسٹارز بنے، پلینٹ بنے، سولر سسٹم بنا۔</w:t>
      </w:r>
    </w:p>
    <w:p>
      <w:r>
        <w:rPr>
          <w:b/>
        </w:rPr>
        <w:t xml:space="preserve">[31:41] </w:t>
      </w:r>
      <w:r>
        <w:t>to yeh jo cosmic ball tha, is ke bare mein quran mein hai ke innas samawati wal ard zameen o aasman aapas mein jure hue the.</w:t>
      </w:r>
    </w:p>
    <w:p>
      <w:pPr>
        <w:jc w:val="right"/>
      </w:pPr>
      <w:r>
        <w:t>تو یہ جو کاسمک بال تھا، اس کے بارے میں قرآن میں ہے کہ ان السماوات والارض زمین و آسمان آپس میں جڑے ہوئے تھے۔</w:t>
      </w:r>
    </w:p>
    <w:p>
      <w:r>
        <w:rPr>
          <w:b/>
        </w:rPr>
        <w:t xml:space="preserve">[31:52] </w:t>
      </w:r>
      <w:r>
        <w:t>rat ke maani hote hain jaise is tareeqe se juda hona, aik doosre se bilkul chipata hua hona. aise the bilkul. to hum fathe ke maani hote hain khol dena.</w:t>
      </w:r>
    </w:p>
    <w:p>
      <w:pPr>
        <w:jc w:val="right"/>
      </w:pPr>
      <w:r>
        <w:t>رت کے معنی ہوتے ہیں جیسے جیسے اس طریقے سے جڑا ہونا، ایک دوسرے سے بالکل چپٹا ہوا ہونا۔ ایسے تھے بالکل۔ تو ہم فتح کے معنی ہوتے ہیں کھول دینا۔</w:t>
      </w:r>
    </w:p>
    <w:p>
      <w:r>
        <w:rPr>
          <w:b/>
        </w:rPr>
        <w:t xml:space="preserve">[32:04] </w:t>
      </w:r>
      <w:r>
        <w:t>to woh rat ki halat mein the, unhon ne fathe kar diya is ka.</w:t>
      </w:r>
    </w:p>
    <w:p>
      <w:pPr>
        <w:jc w:val="right"/>
      </w:pPr>
      <w:r>
        <w:t>تو وہ رت کی حالت میں تھے، انہوں نے فتح کر دیا اس کا۔</w:t>
      </w:r>
    </w:p>
    <w:p>
      <w:r>
        <w:rPr>
          <w:b/>
        </w:rPr>
        <w:t xml:space="preserve">[32:09] </w:t>
      </w:r>
      <w:r>
        <w:t>to physical science kehti hai ke yeh jo article thay in mein itnay, itna articulation tha in mein ke aapas mein aik doosray se khenchay hue thay woh. koi bhi physical law nahi hai ke woh in mein explosion ho aur bahar journey shuru kar dein.</w:t>
      </w:r>
    </w:p>
    <w:p>
      <w:pPr>
        <w:jc w:val="right"/>
      </w:pPr>
      <w:r>
        <w:t>تو فزیکل سائنس کہتی ہے کہ یہ جو آرٹیکل تھے ان میں اتنے، اتنا آرٹیکشن تھا ان میں کہ آپس میں ایک دوسرے سے کھینچے ہوئے تھے وہ۔ کوئی بھی فزیکل لا نہیں ہے کہ وہ ان میں ایکسپلوژن ہو اور باہر جرنی شروع کر دیں۔</w:t>
      </w:r>
    </w:p>
    <w:p>
      <w:r>
        <w:rPr>
          <w:b/>
        </w:rPr>
        <w:t xml:space="preserve">[32:25] </w:t>
      </w:r>
      <w:r>
        <w:t>yani inner journey in ki external journey ban jaye. woh sab inner journey thi, yani aik doosray ko pakray hue thay woh.</w:t>
      </w:r>
    </w:p>
    <w:p>
      <w:pPr>
        <w:jc w:val="right"/>
      </w:pPr>
      <w:r>
        <w:t>یعنی انر جرنی ان کی ایکسٹرنل جرنی بن جائے۔ وہ سب انر جرنی تھی، یعنی ایک دوسرے کو پکڑے ہوئے تھے وہ۔</w:t>
      </w:r>
    </w:p>
    <w:p>
      <w:r>
        <w:rPr>
          <w:b/>
        </w:rPr>
        <w:t xml:space="preserve">[32:36] </w:t>
      </w:r>
      <w:r>
        <w:t>aur phir outer journey shuru hui, sab bikhar gaye. to kisi bhi physical law se explain nahi hota. siwaye is ke ke aap manen ke kisi ne intervene kiya.</w:t>
      </w:r>
    </w:p>
    <w:p>
      <w:pPr>
        <w:jc w:val="right"/>
      </w:pPr>
      <w:r>
        <w:t>اور پھر آؤٹر جرنی شروع ہوئی، سب بکھر گئے۔ تو کسی بھی فزیکل لا سے ایکسپلین نہیں ہوتا۔ سوائے اس کے کہ آپ مانیں کہ کسی نے انٹروین کیا۔</w:t>
      </w:r>
    </w:p>
    <w:p>
      <w:r>
        <w:rPr>
          <w:b/>
        </w:rPr>
        <w:t xml:space="preserve">[32:47] </w:t>
      </w:r>
      <w:r>
        <w:t>kisi foreign power ne intervene kiya, kisi foreign taqat ne intervene kiya. tab woh aisa hua.</w:t>
      </w:r>
    </w:p>
    <w:p>
      <w:pPr>
        <w:jc w:val="right"/>
      </w:pPr>
      <w:r>
        <w:t>کسی فارن پاور نے انٹروین کیا، کسی فارن طاقت نے انٹروین کیا۔ تب وہ ایسا ہوا۔</w:t>
      </w:r>
    </w:p>
    <w:p>
      <w:r>
        <w:rPr>
          <w:b/>
        </w:rPr>
        <w:t xml:space="preserve">[32:56] </w:t>
      </w:r>
      <w:r>
        <w:t>to zameen o asman jurey hue thay, in ko hum ne phaar diya. yeh Quran mein likha hua tha aaj se itnay pehle jab ke yeh baatein maloom nahi theen.</w:t>
      </w:r>
    </w:p>
    <w:p>
      <w:pPr>
        <w:jc w:val="right"/>
      </w:pPr>
      <w:r>
        <w:t>تو زمین و آسمان جڑے ہوئے تھے، ان کو ہم نے پھاڑ دیا۔ یہ قرآن میں لکھا ہوا تھا آج سے اتنے پہلے جب کہ یہ باتیں معلوم نہیں تھیں۔</w:t>
      </w:r>
    </w:p>
    <w:p>
      <w:r>
        <w:rPr>
          <w:b/>
        </w:rPr>
        <w:t xml:space="preserve">[33:09] </w:t>
      </w:r>
      <w:r>
        <w:t>isi tarah se Quran mein likha hua tha ke asman se hum ne purified pani utara. wazalna min asman mubaraka.</w:t>
      </w:r>
    </w:p>
    <w:p>
      <w:pPr>
        <w:jc w:val="right"/>
      </w:pPr>
      <w:r>
        <w:t>اسی طرح سے قرآن میں لکھا ہوا تھا کہ آسمان سے ہم نے پیوریفائیڈ پانی اتارا۔ ونزلنا من السماء مبارک۔</w:t>
      </w:r>
    </w:p>
    <w:p>
      <w:r>
        <w:rPr>
          <w:b/>
        </w:rPr>
        <w:t xml:space="preserve">[33:19] </w:t>
      </w:r>
      <w:r>
        <w:t>ab yeh bataiye ke yeh baat likhi hui thi ke asman se hum ne purified pani utara. kya matlab hai is ka? koi janta nahi tha. purified pani ka matlab kya hai?</w:t>
      </w:r>
    </w:p>
    <w:p>
      <w:pPr>
        <w:jc w:val="right"/>
      </w:pPr>
      <w:r>
        <w:t>اب یہ بتائیے کہ یہ بات لکھی ہوئی تھی کہ آسمان سے ہم نے پیوریفائیڈ پانی اتارا۔ کیا مطلب ہے اس کا؟ کوئی جانتا نہیں تھا۔ پیوریفائیڈ پانی کا مطلب کیا ہے؟</w:t>
      </w:r>
    </w:p>
    <w:p>
      <w:r>
        <w:rPr>
          <w:b/>
        </w:rPr>
        <w:t xml:space="preserve">[33:30] </w:t>
      </w:r>
      <w:r>
        <w:t>aaj science ne daryaft kiya ke hamare jo oceans hain, hamare jo samandar hain, jo two third mein bikhray hue hain, to pani mein nature ne is ke preservative ke tor par salt mila diya.</w:t>
      </w:r>
    </w:p>
    <w:p>
      <w:pPr>
        <w:jc w:val="right"/>
      </w:pPr>
      <w:r>
        <w:t>آج سائنس نے دریافت کیا کہ ہمارے جو اوشنز ہیں، ہمارے جو سمندر ہیں، جو ٹو تھرڈ میں بکھرے ہوئے ہیں، تو پانی میں نیچر نے اس کے پریزرویٹیو کے طور پر سالٹ ملا دیا۔</w:t>
      </w:r>
    </w:p>
    <w:p>
      <w:r>
        <w:rPr>
          <w:b/>
        </w:rPr>
        <w:t xml:space="preserve">[33:50] </w:t>
      </w:r>
      <w:r>
        <w:t>salt jo hai, jo ocean mein hotay hain, woh preservative ke tor par hotay hain. ab woh namkeen ho gaye, khari ho gaye.</w:t>
      </w:r>
    </w:p>
    <w:p>
      <w:pPr>
        <w:jc w:val="right"/>
      </w:pPr>
      <w:r>
        <w:t>سالٹ جو ہے، جو اوشن میں ہوتے ہیں، وہ پریزرویٹیو کے طور پر ہوتے ہیں۔ اب وہ نمکین ہو گئے، کھاری ہو گئے۔</w:t>
      </w:r>
    </w:p>
    <w:p>
      <w:r>
        <w:rPr>
          <w:b/>
        </w:rPr>
        <w:t xml:space="preserve">[33:58] </w:t>
      </w:r>
      <w:r>
        <w:t>aap is ko istemal kar nahi sakte. na pi sakte, na agriculture mein kaam aye ga woh, na aap is se kuch khana bhi nahi paka sakte. ab kya ho?</w:t>
      </w:r>
    </w:p>
    <w:p>
      <w:pPr>
        <w:jc w:val="right"/>
      </w:pPr>
      <w:r>
        <w:t>آپ اس کو استعمال کر نہیں سکتے۔ نہ پی سکتے، نہ ایگریکلچر میں کام آئے گا وہ، نہ آپ اس سے کچھ کھانا بھی نہیں پکا سکتے۔ اب کیا ہو؟</w:t>
      </w:r>
    </w:p>
    <w:p>
      <w:r>
        <w:rPr>
          <w:b/>
        </w:rPr>
        <w:t xml:space="preserve">[34:08] </w:t>
      </w:r>
      <w:r>
        <w:t>to aik universal plane par aik aik kaam hota hai ke suraj ki roshni, suraj jo aap jantay hain ke zameen se barah lakh guna bara hai, hamari jo earth hai yeh zameen, is se barah lakh guna bara hai.</w:t>
      </w:r>
    </w:p>
    <w:p>
      <w:pPr>
        <w:jc w:val="right"/>
      </w:pPr>
      <w:r>
        <w:t>تو ایک یونیورسل پلین پر ایک ایک کام ہوتا ہے کہ سورج کی روشنی، سورج جو آپ جانتے ہیں کہ زمین سے بارہ لاکھ گنا بڑا ہے، ہماری جو ارتھ ہے یہ زمین، اس سے بارہ لاکھ گنا بڑا ہے۔</w:t>
      </w:r>
    </w:p>
    <w:p>
      <w:r>
        <w:rPr>
          <w:b/>
        </w:rPr>
        <w:t xml:space="preserve">[34:25] </w:t>
      </w:r>
      <w:r>
        <w:t>nau crore tees lakh meel door hai.</w:t>
      </w:r>
    </w:p>
    <w:p>
      <w:pPr>
        <w:jc w:val="right"/>
      </w:pPr>
      <w:r>
        <w:t>نو کروڑ تیس لاکھ میل دور ہے۔</w:t>
      </w:r>
    </w:p>
    <w:p>
      <w:r>
        <w:rPr>
          <w:b/>
        </w:rPr>
        <w:t xml:space="preserve">[34:27] </w:t>
      </w:r>
      <w:r>
        <w:t>woh wahan se is par heat bhejta hai. is heat se pani steam banta hai.</w:t>
      </w:r>
    </w:p>
    <w:p>
      <w:pPr>
        <w:jc w:val="right"/>
      </w:pPr>
      <w:r>
        <w:t>وہ وہاں سے اس پر ہیٹ بھیجتا ہے۔ اس ہیٹ سے پانی اسٹیم بنتا ہے۔</w:t>
      </w:r>
    </w:p>
    <w:p>
      <w:r>
        <w:rPr>
          <w:b/>
        </w:rPr>
        <w:t xml:space="preserve">[34:38] </w:t>
      </w:r>
      <w:r>
        <w:t>aur oopar jata hai. to kya hota hai? yani nature ne pani ko halka aur namak ko. heavier hai woh.</w:t>
      </w:r>
    </w:p>
    <w:p>
      <w:pPr>
        <w:jc w:val="right"/>
      </w:pPr>
      <w:r>
        <w:t>اور اوپر جاتا ہے۔ تو کیا ہوتا ہے؟ یعنی نیچر نے پانی کو ہلکا اور نمک کو۔ ہیویئر ہے وہ۔</w:t>
      </w:r>
    </w:p>
    <w:p>
      <w:r>
        <w:rPr>
          <w:b/>
        </w:rPr>
        <w:t xml:space="preserve">[34:48] </w:t>
      </w:r>
      <w:r>
        <w:t>yani pani halka hai, namak halka nahi</w:t>
      </w:r>
    </w:p>
    <w:p>
      <w:pPr>
        <w:jc w:val="right"/>
      </w:pPr>
      <w:r>
        <w:t>یعنی پانی ہلکا ہے، نمک ہلکا نہیں</w:t>
      </w:r>
    </w:p>
    <w:p>
      <w:r>
        <w:rPr>
          <w:b/>
        </w:rPr>
        <w:t xml:space="preserve">[34:52] </w:t>
      </w:r>
      <w:r>
        <w:t>hai. to chunke namak jo hai woh thora heavier hai, woh neechay reh jata hai. aur pani oopar chala jata hai.</w:t>
      </w:r>
    </w:p>
    <w:p>
      <w:pPr>
        <w:jc w:val="right"/>
      </w:pPr>
      <w:r>
        <w:t>ہے۔ تو چونکہ نمک جو ہے وہ تھوڑا ہیوی ہے، وہ نیچے رہ جاتا ہے۔ اور پانی اوپر چلا جاتا ہے۔</w:t>
      </w:r>
    </w:p>
    <w:p>
      <w:r>
        <w:rPr>
          <w:b/>
        </w:rPr>
        <w:t xml:space="preserve">[35:03] </w:t>
      </w:r>
      <w:r>
        <w:t>yeh hai desalination ka process. ya desaltation ka process. yani is ka matlab yeh hai ke zameen mein pani to bohat zyada tha, lekin woh sab khari tha.</w:t>
      </w:r>
    </w:p>
    <w:p>
      <w:pPr>
        <w:jc w:val="right"/>
      </w:pPr>
      <w:r>
        <w:t>یہ ہے ڈی سیلینیشن کا پروسیس۔ یا ڈی سالٹیشن کا پروسیس۔ یعنی اس کا مطلب یہ ہے کہ زمین میں پانی تو بہت زیادہ تھا، لیکن وہ سب کھاری تھا۔</w:t>
      </w:r>
    </w:p>
    <w:p>
      <w:r>
        <w:rPr>
          <w:b/>
        </w:rPr>
        <w:t xml:space="preserve">[35:17] </w:t>
      </w:r>
      <w:r>
        <w:t>jo kisi aik aik shayar ka aik nazam parhi hogi aap ne. agar to us ne aik kahani likhi hai ke log safar kar rahay thay.</w:t>
      </w:r>
    </w:p>
    <w:p>
      <w:pPr>
        <w:jc w:val="right"/>
      </w:pPr>
      <w:r>
        <w:t>جو کسی ایک ایک شاعر کا ایک نظم پڑھی ہوگی آپ نے۔ اگر تو اس نے ایک کہانی لکھی ہے کہ لوگ سفر کر رہے تھے۔</w:t>
      </w:r>
    </w:p>
    <w:p>
      <w:r>
        <w:rPr>
          <w:b/>
        </w:rPr>
        <w:t xml:space="preserve">[35:29] </w:t>
      </w:r>
      <w:r>
        <w:t>is mein pehlay zamanay mein jab lakri ke jahaz hua kartay thay ke toot gaya aur yeh hua, woh hua. aur aik insan jo hai, aik takhta mila hai us par, woh samandar mein tair raha hai.</w:t>
      </w:r>
    </w:p>
    <w:p>
      <w:pPr>
        <w:jc w:val="right"/>
      </w:pPr>
      <w:r>
        <w:t>اس میں پہلے زمانے میں جب لکڑی کے جہاز ہوا کرتے تھے کہ ٹوٹ گیا اور یہ ہوا، وہ ہوا۔ اور ایک انسان جو ہے، ایک تختہ ملا ہے اس پر، وہ سمندر میں تیر رہا ہے۔</w:t>
      </w:r>
    </w:p>
    <w:p>
      <w:r>
        <w:rPr>
          <w:b/>
        </w:rPr>
        <w:t xml:space="preserve">[35:40] </w:t>
      </w:r>
      <w:r>
        <w:t>har taraf pani hai, pyas lagi hai us ko kyunke pi nahi sakta.</w:t>
      </w:r>
    </w:p>
    <w:p>
      <w:pPr>
        <w:jc w:val="right"/>
      </w:pPr>
      <w:r>
        <w:t>ہر طرف پانی ہے، پیاس لگی ہے اس کو کیونکہ پی نہیں سکتا۔</w:t>
      </w:r>
    </w:p>
    <w:p>
      <w:r>
        <w:rPr>
          <w:b/>
        </w:rPr>
        <w:t xml:space="preserve">[35:45] </w:t>
      </w:r>
      <w:r>
        <w:t xml:space="preserve">to woh kehta hai ke water, water every where, not a drop to drink. us zamanay mein not ko nar kaha jata tha, nor. </w:t>
      </w:r>
    </w:p>
    <w:p>
      <w:pPr>
        <w:jc w:val="right"/>
      </w:pPr>
      <w:r>
        <w:t>تو وہ کہتا ہے کہ واٹر، واٹر ایوری ویر، ناٹ ا ڈراپ ٹو ڈرنک۔ اس زمانے میں ناٹ کو نار کہا جاتا تھا، این او آر۔</w:t>
      </w:r>
    </w:p>
    <w:p>
      <w:r>
        <w:rPr>
          <w:b/>
        </w:rPr>
        <w:t xml:space="preserve">[35:53] </w:t>
      </w:r>
      <w:r>
        <w:t>ab hum not kehtay hain, not. to woh kehta hai ke water, water every where, not a drop to drink. woh thi insan ki halat ke pani hi pani hai, lekin sab khari hi khari hai.</w:t>
      </w:r>
    </w:p>
    <w:p>
      <w:pPr>
        <w:jc w:val="right"/>
      </w:pPr>
      <w:r>
        <w:t>اب ہم این او ٹی کہتے ہیں، ناٹ۔ تو وہ کہتا ہے کہ واٹر، واٹر ایوری ویر، ناٹ ا ڈراپ ٹو ڈرنک۔ وہ تھی انسان کی حالت کہ پانی ہی پانی ہے، لیکن سب کھاری ہی کھاری ہے۔</w:t>
      </w:r>
    </w:p>
    <w:p>
      <w:r>
        <w:rPr>
          <w:b/>
        </w:rPr>
        <w:t xml:space="preserve">[36:07] </w:t>
      </w:r>
      <w:r>
        <w:t>zara ghor kijiye ke two third jo hai hamari earth ka, woh samandar ka pani hai. itnay zyada gehre pani hain is mein ke saaray panch meel gehra hai.</w:t>
      </w:r>
    </w:p>
    <w:p>
      <w:pPr>
        <w:jc w:val="right"/>
      </w:pPr>
      <w:r>
        <w:t>ذرا غور کیجئے کہ ٹو تھرڈ جو ہے ہماری ارتھ کا، وہ سمندر کا پانی ہے۔ اتنے زیادہ گہرے پانی ہیں اس میں کہ ساڑھے پانچ میل گہرا ہے۔</w:t>
      </w:r>
    </w:p>
    <w:p>
      <w:r>
        <w:rPr>
          <w:b/>
        </w:rPr>
        <w:t xml:space="preserve">[36:20] </w:t>
      </w:r>
      <w:r>
        <w:t>ghor kijiye zara, saaray panch meel se zyada. hamara average jo hai, woh saaray panch meel ooncha hai. ab is ko daal dein samandar mein, Atlantic ocean mein ya Pacific mein to doob jaye ga woh.</w:t>
      </w:r>
    </w:p>
    <w:p>
      <w:pPr>
        <w:jc w:val="right"/>
      </w:pPr>
      <w:r>
        <w:t>غور کیجئے ذرا، ساڑھے پانچ میل سے زیادہ۔ ہمارا ایوریج جو ہے، وہ ساڑھے پانچ میل اونچا ہے۔ اب اس کو ڈال دیں سمندر میں، اٹلانٹک اوشن میں یا پیسیفک میں تو ڈوب جائے گا وہ۔</w:t>
      </w:r>
    </w:p>
    <w:p>
      <w:r>
        <w:rPr>
          <w:b/>
        </w:rPr>
        <w:t xml:space="preserve">[36:32] </w:t>
      </w:r>
      <w:r>
        <w:t>itna pani hai kyunke sab khari hai.</w:t>
      </w:r>
    </w:p>
    <w:p>
      <w:pPr>
        <w:jc w:val="right"/>
      </w:pPr>
      <w:r>
        <w:t>اتنا پانی ہے کیونکہ سب کھاری ہے۔</w:t>
      </w:r>
    </w:p>
    <w:p>
      <w:r>
        <w:rPr>
          <w:b/>
        </w:rPr>
        <w:t xml:space="preserve">[36:35] </w:t>
      </w:r>
      <w:r>
        <w:t>to water, water every where, not a drop to drink.</w:t>
      </w:r>
    </w:p>
    <w:p>
      <w:pPr>
        <w:jc w:val="right"/>
      </w:pPr>
      <w:r>
        <w:t>تو واٹر، واٹر ایوری ویر، ناٹ ا ڈراپ ٹو ڈرنک۔</w:t>
      </w:r>
    </w:p>
    <w:p>
      <w:r>
        <w:rPr>
          <w:b/>
        </w:rPr>
        <w:t xml:space="preserve">[36:42] </w:t>
      </w:r>
      <w:r>
        <w:t>to khuda ne kya kiya? university level par ek factory chalai. university level par ek process chalaya ke bhap uthe samundaron se upar jae.</w:t>
      </w:r>
    </w:p>
    <w:p>
      <w:pPr>
        <w:jc w:val="right"/>
      </w:pPr>
      <w:r>
        <w:t>تو خدا نے کیا کیا؟ یونیورسٹی لیول پر ایک فیکٹری چلائی۔ یونیورسٹی لیول پر ایک پروسیس چلایا کہ بھاپ اٹھے سمندروں سے اوپر جائے۔</w:t>
      </w:r>
    </w:p>
    <w:p>
      <w:r>
        <w:rPr>
          <w:b/>
        </w:rPr>
        <w:t xml:space="preserve">[36:54] </w:t>
      </w:r>
      <w:r>
        <w:t>phir is ka ek bohat lamba kahani hai. woh sare process se guzre, phir woh purify ho kar ke neeche pani aae.</w:t>
      </w:r>
    </w:p>
    <w:p>
      <w:pPr>
        <w:jc w:val="right"/>
      </w:pPr>
      <w:r>
        <w:t>پھر اس کا ایک بہت لمبا کہانی ہے۔ وہ سارے پروسیس سے گزرے، پھر وہ پیوریفائی ہو کر کے نیچے پانی آئے۔</w:t>
      </w:r>
    </w:p>
    <w:p>
      <w:r>
        <w:rPr>
          <w:b/>
        </w:rPr>
        <w:t xml:space="preserve">[37:03] </w:t>
      </w:r>
      <w:r>
        <w:t>namak neeche reh jae aur pani upar se aa kar ke,</w:t>
      </w:r>
    </w:p>
    <w:p>
      <w:pPr>
        <w:jc w:val="right"/>
      </w:pPr>
      <w:r>
        <w:t>نمک نیچے رہ جائے اور پانی اوپر سے آ کر کے،</w:t>
      </w:r>
    </w:p>
    <w:p>
      <w:r>
        <w:rPr>
          <w:b/>
        </w:rPr>
        <w:t xml:space="preserve">[37:09] </w:t>
      </w:r>
      <w:r>
        <w:t>yani ek desalination ka process, desalination ka process, yeh quran mein likha hua tha. wazalna min as-samaa mubaraka.</w:t>
      </w:r>
    </w:p>
    <w:p>
      <w:pPr>
        <w:jc w:val="right"/>
      </w:pPr>
      <w:r>
        <w:t>یعنی ایک ڈی سالٹیشن کا پروسیس، ڈی سیلینیشن کا پروسیس، یہ قرآن میں لکھا ہوا تھا۔ ونزلنا من السماء مبارک۔</w:t>
      </w:r>
    </w:p>
    <w:p>
      <w:r>
        <w:rPr>
          <w:b/>
        </w:rPr>
        <w:t xml:space="preserve">[37:19] </w:t>
      </w:r>
      <w:r>
        <w:t>hum ne upar se tum ko purified pani utara. to kya science ne is ko tasdeeq kar di?</w:t>
      </w:r>
    </w:p>
    <w:p>
      <w:pPr>
        <w:jc w:val="right"/>
      </w:pPr>
      <w:r>
        <w:t>ہم نے اوپر سے تم کو پیوریفائیڈ پانی اتارا۔ تو کیا سائنس نے اس کو تصدیق کر دی؟</w:t>
      </w:r>
    </w:p>
    <w:p>
      <w:r>
        <w:rPr>
          <w:b/>
        </w:rPr>
        <w:t xml:space="preserve">[37:29] </w:t>
      </w:r>
      <w:r>
        <w:t>confirm kar diya?</w:t>
      </w:r>
    </w:p>
    <w:p>
      <w:pPr>
        <w:jc w:val="right"/>
      </w:pPr>
      <w:r>
        <w:t>کنفرم کر دیا؟</w:t>
      </w:r>
    </w:p>
    <w:p>
      <w:r>
        <w:rPr>
          <w:b/>
        </w:rPr>
        <w:t xml:space="preserve">[37:33] </w:t>
      </w:r>
      <w:r>
        <w:t>aise bohat sari cheezein hain. maslan insan ke reham mein jo bachcha hota hai, maa ke pait mein, fi zulumaatin thalaath, to teen layers mein hota hai.</w:t>
      </w:r>
    </w:p>
    <w:p>
      <w:pPr>
        <w:jc w:val="right"/>
      </w:pPr>
      <w:r>
        <w:t>ایسے بہت ساری چیزیں ہیں۔ مثلاً انسان کے رحم میں جو بچہ ہوتا ہے، ماں کے پیٹ میں، فی ظلمات ثلاث، تو تین کورز میں ہوتا ہے۔</w:t>
      </w:r>
    </w:p>
    <w:p>
      <w:r>
        <w:rPr>
          <w:b/>
        </w:rPr>
        <w:t xml:space="preserve">[37:45] </w:t>
      </w:r>
      <w:r>
        <w:t>woh koi nahi janta tha ke wahan teen layers hote hain, teen parde hote hain. yeh twentieth century mein jab surgery aai hai, surgery, tab pata chala ke woh bachcha jo hota hai, woh teen layers mein dhaka hua rehta hai.</w:t>
      </w:r>
    </w:p>
    <w:p>
      <w:pPr>
        <w:jc w:val="right"/>
      </w:pPr>
      <w:r>
        <w:t>وہ کوئی نہیں جانتا تھا کہ وہاں تین کورز ہوتے ہیں، تین پردے ہوتے ہیں۔ یہ ٹونٹی سنچری میں جب سرجری آئی ہے، سرجری، تب پتہ چلا کہ وہ بچہ جو ہوتا ہے، وہ تین کورز میں ڈھکا ہوا رہتا ہے۔</w:t>
      </w:r>
    </w:p>
    <w:p>
      <w:r>
        <w:rPr>
          <w:b/>
        </w:rPr>
        <w:t xml:space="preserve">[38:02] </w:t>
      </w:r>
      <w:r>
        <w:t>yeh pehle likha hua tha. aisi sankaron cheezein hain. to yeh is se aap yeh is liye hain taake yaqeen karein ke jo aadmi keh raha hai ke main khuda ka paighambar hoon, woh sach much khuda ka paighambar hai.</w:t>
      </w:r>
    </w:p>
    <w:p>
      <w:pPr>
        <w:jc w:val="right"/>
      </w:pPr>
      <w:r>
        <w:t>یہ پہلے لکھا ہوا تھا۔ ایسی سینکڑوں چیزیں ہیں۔ تو یہ اس سے آپ یہ اس لیے ہیں تاکہ یقین کریں کہ جو آدمی کہہ رہا ہے کہ میں خدا کا پیغمبر ہوں، وہ سچ مچ خدا کا پیغمبر ہے۔</w:t>
      </w:r>
    </w:p>
    <w:p>
      <w:r>
        <w:rPr>
          <w:b/>
        </w:rPr>
        <w:t xml:space="preserve">[38:18] </w:t>
      </w:r>
      <w:r>
        <w:t>agar paighambar na ho, yeh baatein kahan se maloom hongi is ko? kahan se maloom hongi?</w:t>
      </w:r>
    </w:p>
    <w:p>
      <w:pPr>
        <w:jc w:val="right"/>
      </w:pPr>
      <w:r>
        <w:t>اگر پیغمبر نہ ہو، یہ باتیں کہاں سے معلوم ہوں گی اس کو؟ کہاں سے معلوم ہوں گی؟</w:t>
      </w:r>
    </w:p>
    <w:p>
      <w:r>
        <w:rPr>
          <w:b/>
        </w:rPr>
        <w:t xml:space="preserve">[38:28] </w:t>
      </w:r>
      <w:r>
        <w:t>ab ghor kijiye ke seventh century ke first quarter mein kaha gaya tha ke firo ke bare mein ke firo ko jab gharaq kar diya khuda ne pani mein, duba diya, us waqt al-yawm najji jasaduka li-takuna liman khalfika aayatan. aaj hum tumhari body ko bacha kar preserve karenge.</w:t>
      </w:r>
    </w:p>
    <w:p>
      <w:pPr>
        <w:jc w:val="right"/>
      </w:pPr>
      <w:r>
        <w:t>اب غور کیجئے کہ سیون سنچری کے فرسٹ کوارٹر میں کہا گیا تھا کہ فیرو کے بارے میں کہ فیرو کو جب غرق کر دیا خدا نے پانی میں، ڈبا دیا، اس وقت الیوم نجی کا بدن ایک من خلف کا آیا کہ آج ہم تمہاری باڈی کو بچا کر پریزرو کریں گے۔</w:t>
      </w:r>
    </w:p>
    <w:p>
      <w:r>
        <w:rPr>
          <w:b/>
        </w:rPr>
        <w:t xml:space="preserve">[38:53] </w:t>
      </w:r>
      <w:r>
        <w:t>aaj hum tumhari body ko bacha kar rakhenge taake dunya walon ke liye nishani ho. ab ghor kijiye ke seventh century ke first quarter mein dunya mein koi ek insan nahi tha, including Muhammad sallallahu alaihi wasallam,</w:t>
      </w:r>
    </w:p>
    <w:p>
      <w:pPr>
        <w:jc w:val="right"/>
      </w:pPr>
      <w:r>
        <w:t>آج ہم تمہاری باڈی کو بچا کر رکھیں گے تاکہ دنیا والوں کے لیے نشانی ہو۔ اب غور کیجئے کہ سیون سنچری کے فرسٹ کوارٹر میں دنیا میں کوئی ایک انسان نہیں تھا، انکلوڈنگ محمد صلی اللہ علیہ وسلم،</w:t>
      </w:r>
    </w:p>
    <w:p>
      <w:r>
        <w:rPr>
          <w:b/>
        </w:rPr>
        <w:t xml:space="preserve">[39:08] </w:t>
      </w:r>
      <w:r>
        <w:t>jo yeh jaane ke body kahin hai is ka. Muhammad sallallahu alaihi wasallam par quran utra, unhein pata nahi tha ke kahin body hai is ka, firon ka.</w:t>
      </w:r>
    </w:p>
    <w:p>
      <w:pPr>
        <w:jc w:val="right"/>
      </w:pPr>
      <w:r>
        <w:t>جو یہ جانے کہ باڈی کہیں ہے اس کا۔ محمد صلی اللہ علیہ وسلم پر قرآن اترا، انہیں پتہ نہیں تھا کہ کہیں باڈی ہے اس کا، فرعون کا۔</w:t>
      </w:r>
    </w:p>
    <w:p>
      <w:r>
        <w:rPr>
          <w:b/>
        </w:rPr>
        <w:t xml:space="preserve">[39:20] </w:t>
      </w:r>
      <w:r>
        <w:t>bas aqeedah tha, aqeedah.</w:t>
      </w:r>
    </w:p>
    <w:p>
      <w:pPr>
        <w:jc w:val="right"/>
      </w:pPr>
      <w:r>
        <w:t>بس عقیدہ تھا، عقیدہ۔</w:t>
      </w:r>
    </w:p>
    <w:p>
      <w:r>
        <w:rPr>
          <w:b/>
        </w:rPr>
        <w:t xml:space="preserve">[39:24] </w:t>
      </w:r>
      <w:r>
        <w:t>yeh to abhi jab modern technique daryaft hui hai, tab yeh mumkin hua ke is ko aap daryaft karein.</w:t>
      </w:r>
    </w:p>
    <w:p>
      <w:pPr>
        <w:jc w:val="right"/>
      </w:pPr>
      <w:r>
        <w:t>یہ تو ابھی جب ماڈرن ٹیکنیک دریافت ہوئی ہے، تب یہ ممکن ہوا کہ اس کو آپ دریافت کریں۔</w:t>
      </w:r>
    </w:p>
    <w:p>
      <w:r>
        <w:rPr>
          <w:b/>
        </w:rPr>
        <w:t xml:space="preserve">[39:34] </w:t>
      </w:r>
      <w:r>
        <w:t>jab carbon dating system aaya dunya mein, carbon dating, to ahraam mein gaye log, bari lamba kahani is ki hai ke bari lamba kahani hai.</w:t>
      </w:r>
    </w:p>
    <w:p>
      <w:pPr>
        <w:jc w:val="right"/>
      </w:pPr>
      <w:r>
        <w:t>جب کاربن ڈیٹنگ سسٹم آیا دنیا میں، کاربن فورٹنگ ڈیٹنگ، تو احرام میں گئے لوگ، بڑی لمبی کہانی اس کی ہے کہ بڑی لمبی کہانی ہے۔</w:t>
      </w:r>
    </w:p>
    <w:p>
      <w:r>
        <w:rPr>
          <w:b/>
        </w:rPr>
        <w:t xml:space="preserve">[39:46] </w:t>
      </w:r>
      <w:r>
        <w:t>is mein se body nikali, is par is process ko apply kiya gaya jo jo date ko batata hai.</w:t>
      </w:r>
    </w:p>
    <w:p>
      <w:pPr>
        <w:jc w:val="right"/>
      </w:pPr>
      <w:r>
        <w:t>اس میں سے باڈی نکالی، اس پر اس پروسیس کو اپلائی کیا گیا جو جو ڈیٹ کو بتاتا ہے۔</w:t>
      </w:r>
    </w:p>
    <w:p>
      <w:r>
        <w:rPr>
          <w:b/>
        </w:rPr>
        <w:t xml:space="preserve">[39:53] </w:t>
      </w:r>
      <w:r>
        <w:t>ab ghor kijiye ke insan kabhi janta hi nahi tha ke hum date ko jaan sakte hain ke chaar hazar saal pehle ki yeh body ko hum is apply kar ke is technique ko jaan sakte hain ke yeh kab kab ka yeh body hai.</w:t>
      </w:r>
    </w:p>
    <w:p>
      <w:pPr>
        <w:jc w:val="right"/>
      </w:pPr>
      <w:r>
        <w:t>اب غور کیجئے کہ انسان کبھی جانتا ہی نہیں تھا کہ ہم ڈیٹ کو جان سکتے ہیں کہ چار ہزار سال پہلے کی یہ باڈی کو ہم اس اپلائی کر کے اس ٹیکنیک کو جان سکتے ہیں کہ یہ کب کب کا یہ باڈی ہے۔</w:t>
      </w:r>
    </w:p>
    <w:p>
      <w:r>
        <w:rPr>
          <w:b/>
        </w:rPr>
        <w:t xml:space="preserve">[40:10] </w:t>
      </w:r>
      <w:r>
        <w:t>na to yeh technique thi, na koi janta tha ke aisi technique possible hai. to aap ghor kijiye ke us waqt jab quran utra, us waqt koi nahi janta tha ke firo ki body kahin rakhi hui hai.</w:t>
      </w:r>
    </w:p>
    <w:p>
      <w:pPr>
        <w:jc w:val="right"/>
      </w:pPr>
      <w:r>
        <w:t>نہ تو یہ ٹیکنیک تھی، نہ کوئی جانتا تھا کہ ایسی ٹیکنیک پاسیبل ہے۔ تو آپ غور کیجئے کہ اس وقت جب قرآن اترا، اس وقت کوئی نہیں جانتا تھا کہ فیرو کی باڈی کہیں رکھی ہوئی ہے۔</w:t>
      </w:r>
    </w:p>
    <w:p>
      <w:r>
        <w:rPr>
          <w:b/>
        </w:rPr>
        <w:t xml:space="preserve">[40:23] </w:t>
      </w:r>
      <w:r>
        <w:t>yeh janta nahi tha insan ke is body par koi technique hai, apply kar ke is ki umar jaan sakte hain. hum sab kuch unknown tha, unknown tha, unknown tha. to kaun hai jo us waqt kahe?</w:t>
      </w:r>
    </w:p>
    <w:p>
      <w:pPr>
        <w:jc w:val="right"/>
      </w:pPr>
      <w:r>
        <w:t>یہ جانتا نہیں تھا انسان کہ اس باڈی پر کوئی ٹیکنیک ہے، اپلائی کر کے اس کی عمر جان سکتے ہیں۔ ہم سب کچھ ان نون تھا، ان نون تھا، ان نون تھا۔ تو کون ہے جو اس وقت کہے؟</w:t>
      </w:r>
    </w:p>
    <w:p>
      <w:r>
        <w:rPr>
          <w:b/>
        </w:rPr>
        <w:t xml:space="preserve">[40:36] </w:t>
      </w:r>
      <w:r>
        <w:t>zahiri hai ke woh khudae aalim ul ghaib tha.</w:t>
      </w:r>
    </w:p>
    <w:p>
      <w:pPr>
        <w:jc w:val="right"/>
      </w:pPr>
      <w:r>
        <w:t>ظاہر ہے کہ وہ خدائے عالم الغیب تھا۔</w:t>
      </w:r>
    </w:p>
    <w:p>
      <w:r>
        <w:rPr>
          <w:b/>
        </w:rPr>
        <w:t xml:space="preserve">[40:39] </w:t>
      </w:r>
      <w:r>
        <w:t>to aisi bohat sari cheezein hain quran mein jo jo yani aap ko majboor karti hain manne par ke yeh kitab insani kitab nahi hai.</w:t>
      </w:r>
    </w:p>
    <w:p>
      <w:pPr>
        <w:jc w:val="right"/>
      </w:pPr>
      <w:r>
        <w:t>تو ایسی بہت ساری چیزیں ہیں قرآن میں جو جو یعنی آپ کو مجبور کرتی ہیں ماننے پر کہ یہ کتاب انسانی کتاب نہیں ہے۔</w:t>
      </w:r>
    </w:p>
    <w:p>
      <w:r>
        <w:rPr>
          <w:b/>
        </w:rPr>
        <w:t xml:space="preserve">[40:56] </w:t>
      </w:r>
      <w:r>
        <w:t>yani insan ke mind se pare hai aisi kitab tayyar karna jo future ki baaton ko liye hue ho.</w:t>
      </w:r>
    </w:p>
    <w:p>
      <w:pPr>
        <w:jc w:val="right"/>
      </w:pPr>
      <w:r>
        <w:t>یعنی انسان کے مائنڈ سے پرے ہے ایسی کتاب تیار کرنا جو فیوچر کی باتوں کو لیے ہوئے ہو۔</w:t>
      </w:r>
    </w:p>
    <w:p>
      <w:r>
        <w:rPr>
          <w:b/>
        </w:rPr>
        <w:t xml:space="preserve">[41:08] </w:t>
      </w:r>
      <w:r>
        <w:t>to yeh jo quran mein kaha gaya ke is ka proof yeh hai ke future mein jo knowledge aegi, jab knowledge explosion jab hoga, knowledge explosion, to quran ki kisi baat ko refute nahi kar sakenge woh, balkeh woh confirm karte chale jaenge.</w:t>
      </w:r>
    </w:p>
    <w:p>
      <w:pPr>
        <w:jc w:val="right"/>
      </w:pPr>
      <w:r>
        <w:t>تو یہ جو قرآن میں کہا گیا کہ اس کا پروف یہ ہے کہ فیوچر میں جو نالج آئے گی، جب نالج ایکسپلوژن جب ہوگا، نالج ایکسپلوژن، تو قرآن کی کسی بات کو ریفیوٹ نہیں کر سکیں گے وہ، بلکہ وہ کنفرم کرتے چلے جائیں گے۔</w:t>
      </w:r>
    </w:p>
    <w:p>
      <w:r>
        <w:rPr>
          <w:b/>
        </w:rPr>
        <w:t xml:space="preserve">[41:26] </w:t>
      </w:r>
      <w:r>
        <w:t>ab aap in baaton ko sametiye.</w:t>
      </w:r>
    </w:p>
    <w:p>
      <w:pPr>
        <w:jc w:val="right"/>
      </w:pPr>
      <w:r>
        <w:t>اب آپ ان باتوں کو سمیٹیے۔</w:t>
      </w:r>
    </w:p>
    <w:p>
      <w:r>
        <w:rPr>
          <w:b/>
        </w:rPr>
        <w:t xml:space="preserve">[41:29] </w:t>
      </w:r>
      <w:r>
        <w:t>pehli baat yeh ke saare mind, jo bade bade mind, jo jo sochte rahe truth ke baare mein, woh sirf confusion de sake, is se zyada kuch nahi.</w:t>
      </w:r>
    </w:p>
    <w:p>
      <w:pPr>
        <w:jc w:val="right"/>
      </w:pPr>
      <w:r>
        <w:t>پہلی بات یہ کہ سارے مائنڈ، جو بڑے بڑے مائنڈ، جو جو سوچتے رہے ٹروتھ کے بارے میں، وہ صرف کنفیوژن دے سکے، اس سے زیادہ کچھ نہیں۔</w:t>
      </w:r>
    </w:p>
    <w:p>
      <w:r>
        <w:rPr>
          <w:b/>
        </w:rPr>
        <w:t xml:space="preserve">[41:42] </w:t>
      </w:r>
      <w:r>
        <w:t>hazaron saal tak bade bade mind sochte rahe ke what is truth aur sirf confusion de sake woh. is ke baad science aati hai. science yeh batati hai ke tumhare paas jo framework hai, woh bahut hi limited hai.</w:t>
      </w:r>
    </w:p>
    <w:p>
      <w:pPr>
        <w:jc w:val="right"/>
      </w:pPr>
      <w:r>
        <w:t>ہزاروں سال تک بڑے بڑے مائنڈ سوچتے رہے کہ واٹ از ٹروتھ اور صرف کنفیوژن دے سکے وہ۔ اس کے بعد سائنس آتی ہے۔ سائنس یہ بتاتی ہے کہ تمہارے پاس جو فریم ورک ہے، وہ بہت ہی لمیٹڈ ہے۔</w:t>
      </w:r>
    </w:p>
    <w:p>
      <w:r>
        <w:rPr>
          <w:b/>
        </w:rPr>
        <w:t xml:space="preserve">[41:56] </w:t>
      </w:r>
      <w:r>
        <w:t>kal baat ko tum samajh nahi sakte.</w:t>
      </w:r>
    </w:p>
    <w:p>
      <w:pPr>
        <w:jc w:val="right"/>
      </w:pPr>
      <w:r>
        <w:t>کل بات کو تم سمجھ نہیں سکتے۔</w:t>
      </w:r>
    </w:p>
    <w:p>
      <w:r>
        <w:rPr>
          <w:b/>
        </w:rPr>
        <w:t xml:space="preserve">[42:01] </w:t>
      </w:r>
      <w:r>
        <w:t>kal baat tumhari samajh se, yaani tumhare bas hi mein nahi hai ke tum kal baat samajh sako kyunke tumhare paas framework hi limited hai. yeh pehla step tha.</w:t>
      </w:r>
    </w:p>
    <w:p>
      <w:pPr>
        <w:jc w:val="right"/>
      </w:pPr>
      <w:r>
        <w:t>کل بات تمہاری سمجھ سے، یعنی تمہارے بس ہی میں نہیں ہے کہ تم کل بات سمجھ سکو کیونکہ تمہارے پاس فریم ورک ہی لمیٹڈ ہے۔ یہ پہلا سٹیپ تھا۔</w:t>
      </w:r>
    </w:p>
    <w:p>
      <w:r>
        <w:rPr>
          <w:b/>
        </w:rPr>
        <w:t xml:space="preserve">[42:12] </w:t>
      </w:r>
      <w:r>
        <w:t>ab is ke baad Quran ne kaha ke wahan hoti hai to min al-ilm illa qalila ke insaan ko to ilm qaleel diya gaya hai lekin Khuda ke paas ilm kaseer hai.</w:t>
      </w:r>
    </w:p>
    <w:p>
      <w:pPr>
        <w:jc w:val="right"/>
      </w:pPr>
      <w:r>
        <w:t>اب اس کے بعد قرآن نے کہا کہ وہاں ہوتی ہے تو من العلم الا قلیلا کہ انسان کو تو علم قلیل دیا گیا ہے لیکن خدا کے پاس علم کثیر ہے۔</w:t>
      </w:r>
    </w:p>
    <w:p>
      <w:r>
        <w:rPr>
          <w:b/>
        </w:rPr>
        <w:t xml:space="preserve">[42:23] </w:t>
      </w:r>
      <w:r>
        <w:t>yaani future ke paas to ilm qaleel hai lekin creator ke paas ilm kaseer hai.</w:t>
      </w:r>
    </w:p>
    <w:p>
      <w:pPr>
        <w:jc w:val="right"/>
      </w:pPr>
      <w:r>
        <w:t>یعنی فیوچر کے پاس تو علم قلیل ہے لیکن کریٹر کے پاس علم کثیر ہے۔</w:t>
      </w:r>
    </w:p>
    <w:p>
      <w:r>
        <w:rPr>
          <w:b/>
        </w:rPr>
        <w:t xml:space="preserve">[42:30] </w:t>
      </w:r>
      <w:r>
        <w:t>ab is ke baad ek prophet aata hai, woh kehta hai ke mera contact is se hai jis ke paas ilm kaseer hai. is ki taraf se bol raha hoon main.</w:t>
      </w:r>
    </w:p>
    <w:p>
      <w:pPr>
        <w:jc w:val="right"/>
      </w:pPr>
      <w:r>
        <w:t>اب اس کے بعد ایک پرافٹ آتا ہے، وہ کہتا ہے کہ میرا کنٹیکٹ اس سے ہے جس کے پاس علم کثیر ہے۔ اس کی طرف سے بول رہا ہوں میں۔</w:t>
      </w:r>
    </w:p>
    <w:p>
      <w:r>
        <w:rPr>
          <w:b/>
        </w:rPr>
        <w:t xml:space="preserve">[42:44] </w:t>
      </w:r>
      <w:r>
        <w:t>jo cheez tum nahi jaan sakte apne mind se, us ko Khuda ne mujhe bataya hai aur dekho yeh kitaab hai. ab yeh yaqeen karne ke liye ke kitaab waqai revealed book hai, divine book hai, is ka ab yeh criterion bata diya gaya.</w:t>
      </w:r>
    </w:p>
    <w:p>
      <w:pPr>
        <w:jc w:val="right"/>
      </w:pPr>
      <w:r>
        <w:t>جو چیز تم نہیں جان سکتے اپنے مائنڈ سے، اس کو خدا نے مجھے بتایا ہے اور دیکھو یہ کتاب ہے۔ اب یہ یقین کرنے کے لیے کہ کتاب واقعی ریویلڈ بک ہے، ڈیوائن بک ہے، اس کا اب یہ کرائٹیرین بتا دیا گیا۔</w:t>
      </w:r>
    </w:p>
    <w:p>
      <w:r>
        <w:rPr>
          <w:b/>
        </w:rPr>
        <w:t xml:space="preserve">[42:58] </w:t>
      </w:r>
      <w:r>
        <w:t>criterion,</w:t>
      </w:r>
    </w:p>
    <w:p>
      <w:pPr>
        <w:jc w:val="right"/>
      </w:pPr>
      <w:r>
        <w:t>کرائٹیرین،</w:t>
      </w:r>
    </w:p>
    <w:p>
      <w:r>
        <w:rPr>
          <w:b/>
        </w:rPr>
        <w:t xml:space="preserve">[43:00] </w:t>
      </w:r>
      <w:r>
        <w:t>woh criterion yeh tha ke is mein jo baatein hain, kisi baat ko tum galat saabit nahi kar sako ge.</w:t>
      </w:r>
    </w:p>
    <w:p>
      <w:pPr>
        <w:jc w:val="right"/>
      </w:pPr>
      <w:r>
        <w:t>وہ کرائٹیرین یہ تھا کہ اس میں جو باتیں ہیں، کسی بات کو تم غلط ثابت نہیں کر سکو گے۔</w:t>
      </w:r>
    </w:p>
    <w:p>
      <w:r>
        <w:rPr>
          <w:b/>
        </w:rPr>
        <w:t xml:space="preserve">[43:10] </w:t>
      </w:r>
      <w:r>
        <w:t>kabhi bhi koi baat is ki galat proof nahi hogi. balkeh future mein jo knowledge explosion hone wala hai, to woh is ki baaton ko confirm karta chala jayega, confirm karta chala jayega, confirm karta chala jayega.</w:t>
      </w:r>
    </w:p>
    <w:p>
      <w:pPr>
        <w:jc w:val="right"/>
      </w:pPr>
      <w:r>
        <w:t>کبھی بھی کوئی بات اس کی غلط پروف نہیں ہوگی۔ بلکہ فیوچر میں جو نالج ایکسپلوژن ہونے والا ہے، تو وہ اس کی باتوں کو کنفرم کرتا چلا جائے گا، کنفرم کرتا چلا جائے گا، کنفرم کرتا چلا جائے گا۔</w:t>
      </w:r>
    </w:p>
    <w:p>
      <w:r>
        <w:rPr>
          <w:b/>
        </w:rPr>
        <w:t xml:space="preserve">[43:25] </w:t>
      </w:r>
      <w:r>
        <w:t>ab aap be thi, aap dekhiye in saari baaton ko le kar ke sochiye</w:t>
      </w:r>
    </w:p>
    <w:p>
      <w:pPr>
        <w:jc w:val="right"/>
      </w:pPr>
      <w:r>
        <w:t>اب آپ بے تھی، آپ دیکھیے ان ساری باتوں کو لے کر کے سوچیے</w:t>
      </w:r>
    </w:p>
    <w:p>
      <w:r>
        <w:rPr>
          <w:b/>
        </w:rPr>
        <w:t xml:space="preserve">[43:31] </w:t>
      </w:r>
      <w:r>
        <w:t>to aap ke paas siwaye is ke koi doosra rasta hi nahi hai ke aap yeh maanein ke Quran Khuda-e kitaab hai aur yeh maanein ke Muhammad sallallahu alaihi wasallam Khuda ke guide the aur yeh maanein ke hamare liye ek hi option hai.</w:t>
      </w:r>
    </w:p>
    <w:p>
      <w:pPr>
        <w:jc w:val="right"/>
      </w:pPr>
      <w:r>
        <w:t>تو آپ کے پاس سوائے اس کے کوئی دوسرا راستہ ہی نہیں ہے کہ آپ یہ مانیں کہ قرآن خدائے کتاب ہے اور یہ مانیں کہ محمد صلی اللہ علیہ وسلم خدا کے گائیڈ تھے اور یہ مانیں کہ ہمارے لیے ایک ہی آپشن ہے۔</w:t>
      </w:r>
    </w:p>
    <w:p>
      <w:r>
        <w:rPr>
          <w:b/>
        </w:rPr>
        <w:t xml:space="preserve">[43:44] </w:t>
      </w:r>
      <w:r>
        <w:t>agar hum jaanna chahte hain ke sachai kya hai, woh yeh hai ke hum Quran mein is sachai ko talash karein.</w:t>
      </w:r>
    </w:p>
    <w:p>
      <w:pPr>
        <w:jc w:val="right"/>
      </w:pPr>
      <w:r>
        <w:t>اگر ہم جاننا چاہتے ہیں کہ سچائی کیا ہے، وہ یہ ہے کہ ہم قرآن میں اس سچائی کو تلاش کریں۔</w:t>
      </w:r>
    </w:p>
    <w:p>
      <w:r>
        <w:rPr>
          <w:b/>
        </w:rPr>
        <w:t xml:space="preserve">[43:53] </w:t>
      </w:r>
      <w:r>
        <w:t>koi option nahi bacha hai aap ke liye.</w:t>
      </w:r>
    </w:p>
    <w:p>
      <w:pPr>
        <w:jc w:val="right"/>
      </w:pPr>
      <w:r>
        <w:t>کوئی آپشن نہیں بچا ہے آپ کے لیے۔</w:t>
      </w:r>
    </w:p>
    <w:p>
      <w:r>
        <w:rPr>
          <w:b/>
        </w:rPr>
        <w:t xml:space="preserve">[43:58] </w:t>
      </w:r>
      <w:r>
        <w:t>ab mein ek aur baat kehna chahta hoon, woh yeh ke insaan kyun bhoola rehta hai itna zyada? yeh saari baatein jo is par base karti hain ke hum death ko soch nahi paate ke karanjia jo hai,</w:t>
      </w:r>
    </w:p>
    <w:p>
      <w:pPr>
        <w:jc w:val="right"/>
      </w:pPr>
      <w:r>
        <w:t>اب میں ایک اور بات کہنا چاہتا ہوں، وہ یہ کہ انسان کیوں بھولا رہتا ہے اتنا زیادہ؟ یہ ساری باتیں جو اس پر بیس کرتی ہیں کہ ہم ڈیتھ کو سوچ نہیں پاتے کہ کرنجیا جو ہے،</w:t>
      </w:r>
    </w:p>
    <w:p>
      <w:r>
        <w:rPr>
          <w:b/>
        </w:rPr>
        <w:t xml:space="preserve">[44:16] </w:t>
      </w:r>
      <w:r>
        <w:t>bilkul maut ke kinare khada hua hai, tab bhi death ko soch nahi paya woh.</w:t>
      </w:r>
    </w:p>
    <w:p>
      <w:pPr>
        <w:jc w:val="right"/>
      </w:pPr>
      <w:r>
        <w:t>بالکل موت کے کنارے کھڑا ہوا ہے، تب بھی ڈیتھ کو سوچ نہیں پایا وہ۔</w:t>
      </w:r>
    </w:p>
    <w:p>
      <w:r>
        <w:rPr>
          <w:b/>
        </w:rPr>
        <w:t xml:space="preserve">[44:21] </w:t>
      </w:r>
      <w:r>
        <w:t>yaani 92 saal ki umar ho gayi, bed par pada hua hai, hospital mein hai, lekin soch nahi pata ke ab mein marne wala hoon.</w:t>
      </w:r>
    </w:p>
    <w:p>
      <w:pPr>
        <w:jc w:val="right"/>
      </w:pPr>
      <w:r>
        <w:t>یعنی 92 سال کی عمر ہو گئی، بیڈ پر پڑا ہوا ہے، ہاسپٹل میں ہے، لیکن سوچ نہیں پاتا کہ اب میں مرنے والا ہوں۔</w:t>
      </w:r>
    </w:p>
    <w:p>
      <w:r>
        <w:rPr>
          <w:b/>
        </w:rPr>
        <w:t xml:space="preserve">[44:32] </w:t>
      </w:r>
      <w:r>
        <w:t>isi liye discovery nahi hoti logon ko kyunke death, death jo hai, bahut hi shocking cheez hai. agar aap sochein ke mein agle lamhe marne wala hoon to aap ke poori ek ek storm aa jayega aap ke andar.</w:t>
      </w:r>
    </w:p>
    <w:p>
      <w:pPr>
        <w:jc w:val="right"/>
      </w:pPr>
      <w:r>
        <w:t>اسی لیے ڈسکوری نہیں ہوتی لوگوں کو کیونکہ ڈیتھ، ڈیتھ جو ہے، بہت ہی شاکنگ چیز ہے۔ اگر آپ سوچیں کہ میں اگلے لمحے مرنے والا ہوں تو آپ کے پوری ایک ایک اسٹارم آ جائے گا آپ کے اندر۔</w:t>
      </w:r>
    </w:p>
    <w:p>
      <w:r>
        <w:rPr>
          <w:b/>
        </w:rPr>
        <w:t xml:space="preserve">[44:48] </w:t>
      </w:r>
      <w:r>
        <w:t>ek storm aa jayega</w:t>
      </w:r>
    </w:p>
    <w:p>
      <w:pPr>
        <w:jc w:val="right"/>
      </w:pPr>
      <w:r>
        <w:t>ایک اسٹارم آ جائے گا</w:t>
      </w:r>
    </w:p>
    <w:p>
      <w:r>
        <w:rPr>
          <w:b/>
        </w:rPr>
        <w:t xml:space="preserve">[44:50] </w:t>
      </w:r>
      <w:r>
        <w:t>yeh soch ke mein agle lamhe mar sakta hoon. ek storm layega aap ke andar. to kya wajah hai ke yeh storm nahi aata? yeh yeh brainstorming jo maut ke le kar hone wali hai, woh kyun nahi aati aap ke andar?</w:t>
      </w:r>
    </w:p>
    <w:p>
      <w:pPr>
        <w:jc w:val="right"/>
      </w:pPr>
      <w:r>
        <w:t>یہ سوچ کہ میں اگلے لمحے مر سکتا ہوں۔ ایک اسٹارم لائے گا آپ کے اندر۔ تو کیا وجہ ہے کہ یہ اسٹارم نہیں آتا؟ یہ یہ برین اسٹارمنگ جو موت کے لے کر ہونے والی ہے، وہ کیوں نہیں آتی آپ کے اندر؟</w:t>
      </w:r>
    </w:p>
    <w:p>
      <w:r>
        <w:rPr>
          <w:b/>
        </w:rPr>
        <w:t xml:space="preserve">[45:08] </w:t>
      </w:r>
      <w:r>
        <w:t>mein to subah soch raha tha ke yeh Khuda ne mujhe diya hai, ek hassas wajood, ek sensitive being.</w:t>
      </w:r>
    </w:p>
    <w:p>
      <w:pPr>
        <w:jc w:val="right"/>
      </w:pPr>
      <w:r>
        <w:t>میں تو صبح سوچ رہا تھا کہ یہ خدا نے مجھے دیا ہے، ایک حساس وجود، ایک سینسٹیو بینگ۔</w:t>
      </w:r>
    </w:p>
    <w:p>
      <w:r>
        <w:rPr>
          <w:b/>
        </w:rPr>
        <w:t xml:space="preserve">[45:17] </w:t>
      </w:r>
      <w:r>
        <w:t>achanak yeh jo hai, ek aur duniya mein pahunch sakti hai. yaani meri maut aa jaye to mein ek aur duniya mein pahunch jaunga. wahan mujhe sab kuch chhoot chuka hoga.</w:t>
      </w:r>
    </w:p>
    <w:p>
      <w:pPr>
        <w:jc w:val="right"/>
      </w:pPr>
      <w:r>
        <w:t>اچانک یہ جو ہے، ایک اور دنیا میں پہنچ سکتی ہے۔ یعنی میری موت آ جائے تو میں ایک اور دنیا میں پہنچ جاؤں گا۔ وہاں مجھے سب کچھ چھوٹ چکا ہوگا۔</w:t>
      </w:r>
    </w:p>
    <w:p>
      <w:r>
        <w:rPr>
          <w:b/>
        </w:rPr>
        <w:t xml:space="preserve">[45:28] </w:t>
      </w:r>
      <w:r>
        <w:t>na mere paas Nizamuddin West hoga, na mere paas koi office hoga, na meri family hogi, na mere saathi honge, na meri team hogi.</w:t>
      </w:r>
    </w:p>
    <w:p>
      <w:pPr>
        <w:jc w:val="right"/>
      </w:pPr>
      <w:r>
        <w:t>نہ میرے پاس نظام الدین ویسٹ ہوگا، نہ میرے پاس کوئی افس ہوگا، نہ میری فیملی ہوگی، نہ میرے ساتھی ہوں گے، نہ میری ٹیم ہوگی۔</w:t>
      </w:r>
    </w:p>
    <w:p>
      <w:r>
        <w:rPr>
          <w:b/>
        </w:rPr>
        <w:t xml:space="preserve">[45:38] </w:t>
      </w:r>
      <w:r>
        <w:t>kuch bhi nahin hoga.</w:t>
      </w:r>
    </w:p>
    <w:p>
      <w:pPr>
        <w:jc w:val="right"/>
      </w:pPr>
      <w:r>
        <w:t>کچھ بھی نہیں ہوگا۔</w:t>
      </w:r>
    </w:p>
    <w:p>
      <w:r>
        <w:rPr>
          <w:b/>
        </w:rPr>
        <w:t xml:space="preserve">[45:41] </w:t>
      </w:r>
      <w:r>
        <w:t>to jab yeh socha hai aadmi ke kaisa ajeeb yeh faithful leap insaan lene wala hai ke achaanak yeh ek aisi duniya mein pahunchenge aap jahan aap akele honge.</w:t>
      </w:r>
    </w:p>
    <w:p>
      <w:pPr>
        <w:jc w:val="right"/>
      </w:pPr>
      <w:r>
        <w:t>تو جب یہ سوچا ہے آدمی کہ کیسا عجیب یہ فیتھ فل لیپ انسان لینے والا ہے کہ اچانک یہ ایک ایسی دنیا میں پہنچیں گے آپ جہاں آپ اکیلے ہوں گے۔</w:t>
      </w:r>
    </w:p>
    <w:p>
      <w:r>
        <w:rPr>
          <w:b/>
        </w:rPr>
        <w:t xml:space="preserve">[45:59] </w:t>
      </w:r>
      <w:r>
        <w:t>jahan aap akele honge.</w:t>
      </w:r>
    </w:p>
    <w:p>
      <w:pPr>
        <w:jc w:val="right"/>
      </w:pPr>
      <w:r>
        <w:t>جہاں آپ اکیلے ہوں گے۔</w:t>
      </w:r>
    </w:p>
    <w:p>
      <w:r>
        <w:rPr>
          <w:b/>
        </w:rPr>
        <w:t xml:space="preserve">[46:01] </w:t>
      </w:r>
      <w:r>
        <w:t>abhi tata ne jo car nikali hai, nai car, to akhbar mein report aai thi ke us ne kaha tha ke ke main apne ko alone pata hoon.</w:t>
      </w:r>
    </w:p>
    <w:p>
      <w:pPr>
        <w:jc w:val="right"/>
      </w:pPr>
      <w:r>
        <w:t>ابھی ٹاٹا نے جو کار نکالی ہے، نئی کار، تو اخبار میں رپورٹ آئی تھی کہ اس نے کہا تھا کہ کہ میں اپنے کو الون پاتا ہوں۔</w:t>
      </w:r>
    </w:p>
    <w:p>
      <w:r>
        <w:rPr>
          <w:b/>
        </w:rPr>
        <w:t xml:space="preserve">[46:15] </w:t>
      </w:r>
      <w:r>
        <w:t>yeh jo alone paaya tata ne apne ko, yeh bahut chhoti baat hai kyunke phir bhi us ke paas kothi hai, phir bhi us ke paas balance hai, phir bhi us ke paas bahut bada infrastructure hai.</w:t>
      </w:r>
    </w:p>
    <w:p>
      <w:pPr>
        <w:jc w:val="right"/>
      </w:pPr>
      <w:r>
        <w:t>یہ جو الون پایا ٹاٹا نے اپنے کو، یہ بہت چھوٹی بات ہے کیونکہ پھر بھی اس کے پاس کوٹھی ہے، پھر بھی اس کے پاس بیلنس ہے، پھر بھی اس کے پاس بہت بڑا انفراسٹرکچر ہے۔</w:t>
      </w:r>
    </w:p>
    <w:p>
      <w:r>
        <w:rPr>
          <w:b/>
        </w:rPr>
        <w:t xml:space="preserve">[46:28] </w:t>
      </w:r>
      <w:r>
        <w:t>lekin woh woh loneliness ke achaanak mein is duniya se nikal kar ke doosri duniya mein pahunch gaya aur sab kuch chhoot gaya, sab kuch chhoot gaya.</w:t>
      </w:r>
    </w:p>
    <w:p>
      <w:pPr>
        <w:jc w:val="right"/>
      </w:pPr>
      <w:r>
        <w:t>لیکن وہ وہ لونلینس کہ اچانک میں اس دنیا سے نکل کر کے دوسری دنیا میں پہنچ گیا اور سب کچھ چھوٹ گیا، سب کچھ چھوٹ گیا۔</w:t>
      </w:r>
    </w:p>
    <w:p>
      <w:r>
        <w:rPr>
          <w:b/>
        </w:rPr>
        <w:t xml:space="preserve">[46:37] </w:t>
      </w:r>
      <w:r>
        <w:t>peeche yeh duniya hai, aage eternity hai. yeh yeh ehsaas kitna zyada aadmi ko, aadmi ko bilkul bhonchal laane wala hai.</w:t>
      </w:r>
    </w:p>
    <w:p>
      <w:pPr>
        <w:jc w:val="right"/>
      </w:pPr>
      <w:r>
        <w:t>پیچھے یہ دنیا ہے، آگے ایٹرنیٹی ہے۔ یہ یہ احساس کتنا زیادہ آدمی کو، آدمی کو بالکل بھونچال لانے والا ہے۔</w:t>
      </w:r>
    </w:p>
    <w:p>
      <w:r>
        <w:rPr>
          <w:b/>
        </w:rPr>
        <w:t xml:space="preserve">[46:45] </w:t>
      </w:r>
      <w:r>
        <w:t>bhonchal yaani brainstorming ka sab se bada jo source hai, woh maut ko sochna hai. to kyun aisa nahin hota?</w:t>
      </w:r>
    </w:p>
    <w:p>
      <w:pPr>
        <w:jc w:val="right"/>
      </w:pPr>
      <w:r>
        <w:t>بھونچال یعنی برین اسٹارمنگ کا سب سے بڑا جو سورس ہے، وہ موت کو سوچنا ہے۔ تو کیوں ایسا نہیں ہوتا؟</w:t>
      </w:r>
    </w:p>
    <w:p>
      <w:r>
        <w:rPr>
          <w:b/>
        </w:rPr>
        <w:t xml:space="preserve">[46:58] </w:t>
      </w:r>
      <w:r>
        <w:t>abhi maine ek lamba article padha DNA ke bare mein aur genetic code ke bare mein. is se mujhe yeh baat aai. dekhiye, insaan ke bare mein jo jo research hui hai,</w:t>
      </w:r>
    </w:p>
    <w:p>
      <w:pPr>
        <w:jc w:val="right"/>
      </w:pPr>
      <w:r>
        <w:t>ابھی میں نے ایک لمبا آرٹیکل پڑھا ڈی این اے کے بارے میں اور جینیٹک کوڈ کے بارے میں۔ اس سے مجھے یہ بات آئی۔ دیکھیے، انسان کے بارے میں جو جو ریسرچ ہوئی ہے،</w:t>
      </w:r>
    </w:p>
    <w:p>
      <w:r>
        <w:rPr>
          <w:b/>
        </w:rPr>
        <w:t xml:space="preserve">[47:12] </w:t>
      </w:r>
      <w:r>
        <w:t>jis ko hum DNA kehte hain ya genetic code kehte hain, bilkul ek nai science yeh hai. bilkul nai science hai yeh.</w:t>
      </w:r>
    </w:p>
    <w:p>
      <w:pPr>
        <w:jc w:val="right"/>
      </w:pPr>
      <w:r>
        <w:t>جس کو ہم ڈی این اے کہتے ہیں یا جینیٹک کوڈ کہتے ہیں، بالکل ایک نئی سائنس یہ ہے۔ بالکل نئی سائنس ہے یہ۔</w:t>
      </w:r>
    </w:p>
    <w:p>
      <w:r>
        <w:rPr>
          <w:b/>
        </w:rPr>
        <w:t xml:space="preserve">[47:22] </w:t>
      </w:r>
      <w:r>
        <w:t>is se yeh maloom hua hai ke DNA mein ya genetic code mein sab kuch likha hua hota hai.</w:t>
      </w:r>
    </w:p>
    <w:p>
      <w:pPr>
        <w:jc w:val="right"/>
      </w:pPr>
      <w:r>
        <w:t>اس سے یہ معلوم ہوا ہے کہ ڈی این اے میں یا جینیٹک کوڈ میں سب کچھ لکھا ہوا ہوتا ہے۔</w:t>
      </w:r>
    </w:p>
    <w:p>
      <w:r>
        <w:rPr>
          <w:b/>
        </w:rPr>
        <w:t xml:space="preserve">[47:30] </w:t>
      </w:r>
      <w:r>
        <w:t>yaani mein mere bolunga, mein to is ka tone kya hoga, meri aankh jo hogi, us ki shape kya hogi, mere baal ka color kya hoga, mera size kya hoga.</w:t>
      </w:r>
    </w:p>
    <w:p>
      <w:pPr>
        <w:jc w:val="right"/>
      </w:pPr>
      <w:r>
        <w:t>یعنی میں میرے بولوں گا، میں تو اس کا ٹون کیا ہوگا، میری آنکھ جو ہوگی، اس کی شیپ کیا ہوگی، میرے بال کا کلر کیا ہوگا، میرا سائز کیا ہوگا۔</w:t>
      </w:r>
    </w:p>
    <w:p>
      <w:r>
        <w:rPr>
          <w:b/>
        </w:rPr>
        <w:t xml:space="preserve">[47:43] </w:t>
      </w:r>
      <w:r>
        <w:t>ek ek cheez, ek ek cheez</w:t>
      </w:r>
    </w:p>
    <w:p>
      <w:pPr>
        <w:jc w:val="right"/>
      </w:pPr>
      <w:r>
        <w:t>ایک ایک چیز، ایک ایک چیز</w:t>
      </w:r>
    </w:p>
    <w:p>
      <w:r>
        <w:rPr>
          <w:b/>
        </w:rPr>
        <w:t xml:space="preserve">[47:47] </w:t>
      </w:r>
      <w:r>
        <w:t>. is mein likha tha ke agar aap decode karein in tamam cheezon ko jo mind jo hamare andar likhi hui hain to encyclopedia, encyclopedia Britannica jo hai, jo bahut badi encyclopedia maani jaati hai,</w:t>
      </w:r>
    </w:p>
    <w:p>
      <w:pPr>
        <w:jc w:val="right"/>
      </w:pPr>
      <w:r>
        <w:t>۔ اس میں لکھا تھا کہ اگر آپ ڈی کوڈ کریں ان تمام چیزوں کو جو مائنڈ جو ہمارے اندر لکھی ہوئی ہیں تو انسائیکلوپیڈیا، انسائیکلوپیڈیا بریٹینیکا جو ہے، جو بہت بڑی انسائیکلوپیڈیا مانی جاتی ہے،</w:t>
      </w:r>
    </w:p>
    <w:p>
      <w:r>
        <w:rPr>
          <w:b/>
        </w:rPr>
        <w:t xml:space="preserve">[48:05] </w:t>
      </w:r>
      <w:r>
        <w:t>us ke jaisi hazaron encyclopedia bhi in sari baaton ko samet nahin saken gi. agar aap decode karein in sari baaton ko kyunke ek ek cheez likhi hui hai.</w:t>
      </w:r>
    </w:p>
    <w:p>
      <w:pPr>
        <w:jc w:val="right"/>
      </w:pPr>
      <w:r>
        <w:t>اس کے جیسی ہزاروں انسائیکلوپیڈیا بھی ان ساری باتوں کو سمیٹ نہیں سکیں گی۔ اگر آپ ڈی کوڈ کریں ان ساری باتوں کو کیونکہ ایک ایک چیز لکھی ہوئی ہے۔</w:t>
      </w:r>
    </w:p>
    <w:p>
      <w:r>
        <w:rPr>
          <w:b/>
        </w:rPr>
        <w:t xml:space="preserve">[48:15] </w:t>
      </w:r>
      <w:r>
        <w:t>meri naakhun ka rang kya hoga, yeh bhi likha hua hai. meri ungliyan kaisi hongi, yeh bhi likha hua hoga. meri gardan chhoti hogi, badi hogi, yeh bhi likha hua hai. sab kuch, sab kuch, sab kuch.</w:t>
      </w:r>
    </w:p>
    <w:p>
      <w:pPr>
        <w:jc w:val="right"/>
      </w:pPr>
      <w:r>
        <w:t>میری ناخن کا رنگ کیا ہوگا، یہ بھی لکھا ہوا ہے۔ میری انگلیاں کیسی ہوں گی، یہ بھی لکھا ہوا ہوگا۔ میری گردن چھوٹی ہوگی، بڑی ہوگی، یہ بھی لکھا ہوا ہے۔ سب کچھ، سب کچھ، سب کچھ۔</w:t>
      </w:r>
    </w:p>
    <w:p>
      <w:r>
        <w:rPr>
          <w:b/>
        </w:rPr>
        <w:t xml:space="preserve">[48:25] </w:t>
      </w:r>
      <w:r>
        <w:t>sirf ek cheez missing hai. yeh badi anokhi baat hai yeh.</w:t>
      </w:r>
    </w:p>
    <w:p>
      <w:pPr>
        <w:jc w:val="right"/>
      </w:pPr>
      <w:r>
        <w:t>صرف ایک چیز مسنگ ہے۔ یہ بڑی انوکھی بات ہے یہ۔</w:t>
      </w:r>
    </w:p>
    <w:p>
      <w:r>
        <w:rPr>
          <w:b/>
        </w:rPr>
        <w:t xml:space="preserve">[48:32] </w:t>
      </w:r>
      <w:r>
        <w:t>yaani DD DNA mein sirf ek cheez missing hai, woh hai death. death likhi hui nahin hai.</w:t>
      </w:r>
    </w:p>
    <w:p>
      <w:pPr>
        <w:jc w:val="right"/>
      </w:pPr>
      <w:r>
        <w:t>یعنی ڈی ڈی این اے میں صرف ایک چیز مسنگ ہے، وہ ہے ڈیتھ۔ ڈیتھ لکھی ہوئی نہیں ہے۔</w:t>
      </w:r>
    </w:p>
    <w:p>
      <w:r>
        <w:rPr>
          <w:b/>
        </w:rPr>
        <w:t xml:space="preserve">[48:42] </w:t>
      </w:r>
      <w:r>
        <w:t>to kaha hamari jo programming hui hai, programming is programming mein death shamil nahin hai. hum sote hain is liye ke programming ke mutabiq hum ko neend aa jati hai, hum ko hum khate hain kyunke programming ke mutabiq hum ko bhook lagti hai.</w:t>
      </w:r>
    </w:p>
    <w:p>
      <w:pPr>
        <w:jc w:val="right"/>
      </w:pPr>
      <w:r>
        <w:t>تو کہا ہماری جو پروگرامنگ ہوئی ہے، پروگرامنگ اس پروگرامنگ میں ڈیتھ شامل نہیں ہے۔ ہم سوتے ہیں اس لیے کہ پروگرامنگ کے مطابق ہم کو نیند آ جاتی ہے، ہم کو ہم کھاتے ہیں کیونکہ پروگرامنگ کے مطابق ہم کو بھوک لگتی ہے۔</w:t>
      </w:r>
    </w:p>
    <w:p>
      <w:r>
        <w:rPr>
          <w:b/>
        </w:rPr>
        <w:t xml:space="preserve">[48:59] </w:t>
      </w:r>
      <w:r>
        <w:t>to DNA mein trillion trillion cheezain likhi hui hain. ek cheez nahin likhi hui hai, woh death. kyun?</w:t>
      </w:r>
    </w:p>
    <w:p>
      <w:pPr>
        <w:jc w:val="right"/>
      </w:pPr>
      <w:r>
        <w:t>تو ڈی این اے میں ٹریلین ٹریلین چیزیں لکھی ہوئی ہیں۔ ایک چیز نہیں لکھی ہوئی ہے، وہ ڈیتھ۔ کیوں؟</w:t>
      </w:r>
    </w:p>
    <w:p>
      <w:r>
        <w:rPr>
          <w:b/>
        </w:rPr>
        <w:t xml:space="preserve">[49:10] </w:t>
      </w:r>
      <w:r>
        <w:t>is ko sochiye aap. is liye ke insaan ko jab Khuda ne banaya to pehle hi to us ko eternal being ke taur par banaya.</w:t>
      </w:r>
    </w:p>
    <w:p>
      <w:pPr>
        <w:jc w:val="right"/>
      </w:pPr>
      <w:r>
        <w:t>اس کو سوچیے آپ۔ اس لیے کہ انسان کو جب خدا نے بنایا تو پہلے ہی تو اس کو ایٹرنل بینگ کے طور پر بنایا۔</w:t>
      </w:r>
    </w:p>
    <w:p>
      <w:r>
        <w:rPr>
          <w:b/>
        </w:rPr>
        <w:t xml:space="preserve">[49:19] </w:t>
      </w:r>
      <w:r>
        <w:t>ek daimi shakhsiyat. insaan eternity ko le kar paida hua hai. jab Khuda ne mujhe paida kar diya to mujhe marna nahin hai.</w:t>
      </w:r>
    </w:p>
    <w:p>
      <w:pPr>
        <w:jc w:val="right"/>
      </w:pPr>
      <w:r>
        <w:t>ایک دائمی شخصیت۔ انسان ایٹرنیٹی کو لے کر پیدا ہوا ہے۔ جب خدا نے مجھے پیدا کر دیا تو مجھے مرنا نہیں ہے۔</w:t>
      </w:r>
    </w:p>
    <w:p>
      <w:r>
        <w:rPr>
          <w:b/>
        </w:rPr>
        <w:t xml:space="preserve">[49:28] </w:t>
      </w:r>
      <w:r>
        <w:t>ab</w:t>
      </w:r>
    </w:p>
    <w:p>
      <w:pPr>
        <w:jc w:val="right"/>
      </w:pPr>
      <w:r>
        <w:t>اب</w:t>
      </w:r>
    </w:p>
    <w:p>
      <w:r>
        <w:rPr>
          <w:b/>
        </w:rPr>
        <w:t xml:space="preserve">[49:30] </w:t>
      </w:r>
      <w:r>
        <w:t>hamesha jeena hi jeena hai. to eternity ke concept ke sath insaan paida kiya hua hai. ab jo maut aati hai, woh maut DNA ke mutabiq nahin aati hai.</w:t>
      </w:r>
    </w:p>
    <w:p>
      <w:pPr>
        <w:jc w:val="right"/>
      </w:pPr>
      <w:r>
        <w:t>ہمیشہ جینا ہی جینا ہے۔ تو ایٹرنیٹی کے کانسیپٹ کے ساتھ انسان پیدا کیا ہوا ہے۔ اب جو موت آتی ہے، وہ موت ڈی این اے کے مطابق نہیں آتی ہے۔</w:t>
      </w:r>
    </w:p>
    <w:p>
      <w:r>
        <w:rPr>
          <w:b/>
        </w:rPr>
        <w:t xml:space="preserve">[49:41] </w:t>
      </w:r>
      <w:r>
        <w:t>Khuda ke yaani creator ke direct decision ke tehat aati hai. badi anokhi baat hai jo abhi mujhe discover hui ke maut jo hai, hamare genetic code ke mutabiq nahin aati.</w:t>
      </w:r>
    </w:p>
    <w:p>
      <w:pPr>
        <w:jc w:val="right"/>
      </w:pPr>
      <w:r>
        <w:t>خدا کے یعنی کریٹر کے ڈائریکٹ ڈیسیژن کے تحت آتی ہے۔ بڑی انوکھی بات ہے جو ابھی مجھے ڈسکور ہوئی کہ موت جو ہے، ہمارے جینیٹک کوڈ کے مطابق نہیں آتی۔</w:t>
      </w:r>
    </w:p>
    <w:p>
      <w:r>
        <w:rPr>
          <w:b/>
        </w:rPr>
        <w:t xml:space="preserve">[49:54] </w:t>
      </w:r>
      <w:r>
        <w:t>hum ko maut hamare dna ke mutabiq nahi aati. hum ko kyunke is mein to woh likha nahi hai.</w:t>
      </w:r>
    </w:p>
    <w:p>
      <w:pPr>
        <w:jc w:val="right"/>
      </w:pPr>
      <w:r>
        <w:t>ہم کو موت ہمارے ڈی این اے کے مطابق نہیں آتی۔ ہم کو کیونکہ اس میں تو وہ لکھا نہیں ہے۔</w:t>
      </w:r>
    </w:p>
    <w:p>
      <w:r>
        <w:rPr>
          <w:b/>
        </w:rPr>
        <w:t xml:space="preserve">[50:00] </w:t>
      </w:r>
      <w:r>
        <w:t>is mein likha hi nahi hua ke yeh ab aadmi 92 years marne wala hai. balkeh karanjia ke dna mein ya is ke genetic code mein yeh likha woh nahi tha ke yeh aadmi 92 years mein marne wala hai.</w:t>
      </w:r>
    </w:p>
    <w:p>
      <w:pPr>
        <w:jc w:val="right"/>
      </w:pPr>
      <w:r>
        <w:t>اس میں لکھا ہی نہیں ہوا کہ یہ اب آدمی 92 ایئرز مرنے والا ہے۔ بلکہ کرنجیا کے ڈی این اے میں یا اس کے جینیٹک کوڈ میں یہ لکھا وہ نہیں تھا کہ یہ آدمی 92 ایئرز میں مرنے والا ہے۔</w:t>
      </w:r>
    </w:p>
    <w:p>
      <w:r>
        <w:rPr>
          <w:b/>
        </w:rPr>
        <w:t xml:space="preserve">[50:16] </w:t>
      </w:r>
      <w:r>
        <w:t>is liye woh aakhir waqt mein bhi kya kar raha hai? woh nurses ke skirts ko dekh raha hai. woh keh raha hai ke in ke skirts aur thora short hone chahiye.</w:t>
      </w:r>
    </w:p>
    <w:p>
      <w:pPr>
        <w:jc w:val="right"/>
      </w:pPr>
      <w:r>
        <w:t>اس لیے وہ آخر وقت میں بھی کیا کر رہا ہے؟ وہ نرسز کے اسکرٹس کو دیکھ رہا ہے۔ وہ کہہ رہا ہے کہ ان کے اسکرٹس اور تھوڑا شارٹ ہونے چاہیے۔</w:t>
      </w:r>
    </w:p>
    <w:p>
      <w:r>
        <w:rPr>
          <w:b/>
        </w:rPr>
        <w:t xml:space="preserve">[50:32] </w:t>
      </w:r>
      <w:r>
        <w:t>yani maut ke kinare khare ho kar ke woh kyun aisa bol raha hai? The skirts of nurses were not short enough.</w:t>
      </w:r>
    </w:p>
    <w:p>
      <w:pPr>
        <w:jc w:val="right"/>
      </w:pPr>
      <w:r>
        <w:t>یعنی موت کے کنارے کھڑے ہو کر کے وہ کیوں ایسا بول رہا ہے؟ دا دا دی اسکرٹس آف نرسز ویر ناٹ شارٹ انف۔</w:t>
      </w:r>
    </w:p>
    <w:p>
      <w:r>
        <w:rPr>
          <w:b/>
        </w:rPr>
        <w:t xml:space="preserve">[50:45] </w:t>
      </w:r>
      <w:r>
        <w:t>kyun? is ke dna mein hai hi nahi. woh maut, maut to achaanak khuda ke faisle ke tehat waarid aati hai. mere upar bhi, karanjia ke upar bhi, har ek ke upar.</w:t>
      </w:r>
    </w:p>
    <w:p>
      <w:pPr>
        <w:jc w:val="right"/>
      </w:pPr>
      <w:r>
        <w:t>کیوں؟ اس کے ڈی این اے میں ہے ہی نہیں۔ وہ موت، موت تو اچانک خدا کے فیصلے کے تحت وارد آتی ہے۔ میرے اوپر بھی، کرنجیا کے اوپر بھی، ہر ایک کے اوپر۔</w:t>
      </w:r>
    </w:p>
    <w:p>
      <w:r>
        <w:rPr>
          <w:b/>
        </w:rPr>
        <w:t xml:space="preserve">[50:55] </w:t>
      </w:r>
      <w:r>
        <w:t>yani maut alag se aati hai. woh dna ka part nahi hai. woh</w:t>
      </w:r>
    </w:p>
    <w:p>
      <w:pPr>
        <w:jc w:val="right"/>
      </w:pPr>
      <w:r>
        <w:t>یعنی موت الگ سے آتی ہے۔ وہ ڈی این اے کا پارٹ نہیں ہے۔ وہ</w:t>
      </w:r>
    </w:p>
    <w:p>
      <w:r>
        <w:rPr>
          <w:b/>
        </w:rPr>
        <w:t xml:space="preserve">[51:02] </w:t>
      </w:r>
      <w:r>
        <w:t>is ka matlab kya hua? is ka matlab hua hai ke insaan ko ek bohat bare test mein dala hai khuda ne. woh test mein kya hai?</w:t>
      </w:r>
    </w:p>
    <w:p>
      <w:pPr>
        <w:jc w:val="right"/>
      </w:pPr>
      <w:r>
        <w:t>اس کا مطلب کیا ہوا؟ اس کا مطلب ہوا ہے کہ انسان کو ایک بہت بڑے ٹیسٹ میں ڈالا ہے خدا نے۔ وہ ٹیسٹ میں کیا ہے؟</w:t>
      </w:r>
    </w:p>
    <w:p>
      <w:r>
        <w:rPr>
          <w:b/>
        </w:rPr>
        <w:t xml:space="preserve">[51:11] </w:t>
      </w:r>
      <w:r>
        <w:t>out of dna ja kar sochna, agains programming ja kar sochna. jo hamari programming hui hai, jo hamara dna hai, us se bahar ja kar sochna.</w:t>
      </w:r>
    </w:p>
    <w:p>
      <w:pPr>
        <w:jc w:val="right"/>
      </w:pPr>
      <w:r>
        <w:t>آؤٹ آف ڈی این اے جا کر سوچنا، اگینسٹ پروگرامنگ جا کر سوچنا۔ جو ہماری پروگرامنگ ہوئی ہے، جو ہمارا ڈی این اے ہے، اس سے باہر جا کر سوچنا۔</w:t>
      </w:r>
    </w:p>
    <w:p>
      <w:r>
        <w:rPr>
          <w:b/>
        </w:rPr>
        <w:t xml:space="preserve">[51:26] </w:t>
      </w:r>
      <w:r>
        <w:t>bara mushkil kaam hai.</w:t>
      </w:r>
    </w:p>
    <w:p>
      <w:pPr>
        <w:jc w:val="right"/>
      </w:pPr>
      <w:r>
        <w:t>بڑا مشکل کام ہے۔</w:t>
      </w:r>
    </w:p>
    <w:p>
      <w:r>
        <w:rPr>
          <w:b/>
        </w:rPr>
        <w:t xml:space="preserve">[51:29] </w:t>
      </w:r>
      <w:r>
        <w:t>yani apne unconscious mind se bahar ja kar sochna. tab aap death ko samajh payenge. nahi to death ko aap samajh nahi sakte. yani death ko agar aap chahein ke aap aap ka jo jo programming hui hai aap ke andar, us ke tehat us ka us ki samajh aap ke andar aaye to programming mein to shamil hi nahi hai.</w:t>
      </w:r>
    </w:p>
    <w:p>
      <w:pPr>
        <w:jc w:val="right"/>
      </w:pPr>
      <w:r>
        <w:t>یعنی اپنے انکانسس مائنڈ سے باہر جا کر سوچنا۔ تب آپ ڈیتھ کو سمجھ پائیں گے۔ نہیں تو ڈیتھ کو آپ سمجھ نہیں سکتے۔ یعنی ڈیتھ کو اگر آپ چاہیں کہ آپ آپ کا جو جو پروگرامنگ ہوئی ہے آپ کے اندر، اس کے تحت اس کا اس کی سمجھ آپ کے اندر آئے تو پروگرامنگ میں تو شامل ہی نہیں ہے۔</w:t>
      </w:r>
    </w:p>
    <w:p>
      <w:r>
        <w:rPr>
          <w:b/>
        </w:rPr>
        <w:t xml:space="preserve">[51:51] </w:t>
      </w:r>
      <w:r>
        <w:t>woh</w:t>
      </w:r>
    </w:p>
    <w:p>
      <w:pPr>
        <w:jc w:val="right"/>
      </w:pPr>
      <w:r>
        <w:t>وہ</w:t>
      </w:r>
    </w:p>
    <w:p>
      <w:r>
        <w:rPr>
          <w:b/>
        </w:rPr>
        <w:t xml:space="preserve">[51:55] </w:t>
      </w:r>
      <w:r>
        <w:t>to aap hamesha andhere mein rahenge. to aap ko bahar ja kar sochna padega. jaise mein apna ek ek case batata hoon ke mujhe mere haath mein yeh woh hua tha, electric burn hua tha.</w:t>
      </w:r>
    </w:p>
    <w:p>
      <w:pPr>
        <w:jc w:val="right"/>
      </w:pPr>
      <w:r>
        <w:t>تو آپ ہمیشہ اندھیرے میں رہیں گے۔ تو آپ کو باہر جا کر سوچنا پڑے گا۔ جیسے میں اپنا ایک ایک کیس بتاتا ہوں کہ مجھے میرے ہاتھ میں یہ وہ ہوا تھا، الیکٹرک برنڈ ہوا تھا۔</w:t>
      </w:r>
    </w:p>
    <w:p>
      <w:r>
        <w:rPr>
          <w:b/>
        </w:rPr>
        <w:t xml:space="preserve">[52:09] </w:t>
      </w:r>
      <w:r>
        <w:t>electric burn sab jal gaya tha. to doctor keh rahe the ke to critical hai ke aap mar kyun nahi gaye?</w:t>
      </w:r>
    </w:p>
    <w:p>
      <w:pPr>
        <w:jc w:val="right"/>
      </w:pPr>
      <w:r>
        <w:t>الیکٹرک برنڈ سب جل گیا تھا۔ تو ڈاکٹر کہہ رہے تھے کہ تو بریکل ہے کہ آپ مر کیوں نہیں گئے؟</w:t>
      </w:r>
    </w:p>
    <w:p>
      <w:r>
        <w:rPr>
          <w:b/>
        </w:rPr>
        <w:t xml:space="preserve">[52:18] </w:t>
      </w:r>
      <w:r>
        <w:t>aur waqai mein mar gaya tha kyunke mujhe achi tarah abhi bhi yaad hai ke mein apne aap ko apne se bahar ja kar dekh raha tha. yeh ajeeb experience tha woh ke mera body pada hua hai.</w:t>
      </w:r>
    </w:p>
    <w:p>
      <w:pPr>
        <w:jc w:val="right"/>
      </w:pPr>
      <w:r>
        <w:t>اور واقعی میں مر گیا تھا کیونکہ مجھے اچھی طرح ابھی بھی یاد ہے کہ میں اپنے آپ کو اپنے سے باہر جا کر دیکھ رہا تھا۔ یہ عجیب ایکسپیرینس تھا وہ کہ میرا باڈی پڑا ہوا ہے۔</w:t>
      </w:r>
    </w:p>
    <w:p>
      <w:r>
        <w:rPr>
          <w:b/>
        </w:rPr>
        <w:t xml:space="preserve">[52:29] </w:t>
      </w:r>
      <w:r>
        <w:t>ab mein apne body ko apne se bahar se dekh raha hoon ke mein jo hai, mein bahar hoon, body yahan hai. isi new delhi mein yeh waqia hua tha mujhe ke bohat zabardast yani junction box mein mera haath chala gaya tha.</w:t>
      </w:r>
    </w:p>
    <w:p>
      <w:pPr>
        <w:jc w:val="right"/>
      </w:pPr>
      <w:r>
        <w:t>اب میں اپنے باڈی کو اپنے سے باہر سے دیکھ رہا ہوں کہ میں جو ہے، میں باہر ہوں، باڈی یہاں ہے۔ اسی نئی دہلی میں یہ واقعہ ہوا تھا مجھے کہ بہت زبردست یعنی جنکشن باکس میں میرا ہاتھ چلا گیا تھا۔</w:t>
      </w:r>
    </w:p>
    <w:p>
      <w:r>
        <w:rPr>
          <w:b/>
        </w:rPr>
        <w:t xml:space="preserve">[52:46] </w:t>
      </w:r>
      <w:r>
        <w:t>junction box mein box mein jaane ke baad koi aadmi jee nahi sakta, woh mar jata hai. saare log hairaan the ke aage tum mar kyun nahi gaye? to waqai mein mar hi gaya tha mein kyunke mein achi tarah mujhe yaad hai ke mein apne aap ko is tarah dekh raha tha ke mera body yahan pada hua hai aur mein yahan se dekh raha hoon apne aap ko.</w:t>
      </w:r>
    </w:p>
    <w:p>
      <w:pPr>
        <w:jc w:val="right"/>
      </w:pPr>
      <w:r>
        <w:t>جنکشن باکس میں باکس میں جانے کے بعد کوئی آدمی جی نہیں سکتا، وہ مر جاتا ہے۔ سارے لوگ حیران تھے کہ آگے تم مر کیوں نہیں گئے؟ تو واقعی میں مر ہی گیا تھا میں کیونکہ میں اچھی طرح مجھے یاد ہے کہ میں اپنے آپ کو اس طرح دیکھ رہا تھا کہ میرا باڈی یہاں پڑا ہوا ہے اور میں یہاں سے دیکھ رہا ہوں اپنے آپ کو۔</w:t>
      </w:r>
    </w:p>
    <w:p>
      <w:r>
        <w:rPr>
          <w:b/>
        </w:rPr>
        <w:t xml:space="preserve">[53:06] </w:t>
      </w:r>
      <w:r>
        <w:t>apni body se alag ho kar mein dekh raha tha apne aap ko.</w:t>
      </w:r>
    </w:p>
    <w:p>
      <w:pPr>
        <w:jc w:val="right"/>
      </w:pPr>
      <w:r>
        <w:t>اپنی باڈی سے الگ ہو کر میں دیکھ رہا تھا اپنے آپ کو۔</w:t>
      </w:r>
    </w:p>
    <w:p>
      <w:r>
        <w:rPr>
          <w:b/>
        </w:rPr>
        <w:t xml:space="preserve">[53:11] </w:t>
      </w:r>
      <w:r>
        <w:t>yeh aap ko karna hai, apne aap ko apne se bahar ja kar dekhna hai. yaad rakhiye, tab aap sachai ko janenge, tab is duniya mein aap sachi zindagi guzarenge.</w:t>
      </w:r>
    </w:p>
    <w:p>
      <w:pPr>
        <w:jc w:val="right"/>
      </w:pPr>
      <w:r>
        <w:t>یہ آپ کو کرنا ہے، اپنے آپ کو اپنے سے باہر جا کر دیکھنا ہے۔ یاد رکھیے، تب آپ سچائی کو جانیں گے، تب اس دنیا میں آپ سچی زندگی گزاریں گے۔</w:t>
      </w:r>
    </w:p>
    <w:p>
      <w:r>
        <w:rPr>
          <w:b/>
        </w:rPr>
        <w:t xml:space="preserve">[53:23] </w:t>
      </w:r>
      <w:r>
        <w:t>yaad rakhiye, death based thinking hi sahi thinking hai. jis thinking mein death na ho, woh yeh hoga ke mar rahe hain aap aur dikhai de raha hai aap ko nurses ke skirts.</w:t>
      </w:r>
    </w:p>
    <w:p>
      <w:pPr>
        <w:jc w:val="right"/>
      </w:pPr>
      <w:r>
        <w:t>یاد رکھیے، ڈیتھ بیسڈ تھنکنگ ہی صحیح تھنکنگ ہے۔ جس تھنکنگ میں ڈیتھ نہ ہو، وہ یہ ہوگا کہ مر رہے ہیں آپ اور دکھائی دے رہا ہے آپ کو نرسز کے اسکرٹس۔</w:t>
      </w:r>
    </w:p>
    <w:p>
      <w:r>
        <w:rPr>
          <w:b/>
        </w:rPr>
        <w:t xml:space="preserve">[53:38] </w:t>
      </w:r>
      <w:r>
        <w:t>jab tak aap ke soch mein death shamil na ho ya aap ke thinking process mein death shamil na ho, aap kuch bhi nahi jaan sakte. aap andhere mein jiyenge, andhere mein marenge.</w:t>
      </w:r>
    </w:p>
    <w:p>
      <w:pPr>
        <w:jc w:val="right"/>
      </w:pPr>
      <w:r>
        <w:t>جب تک آپ کے سوچ میں ڈیتھ شامل نہ ہو یا آپ کے تھنکنگ پروسیس میں ڈیتھ شامل نہ ہو، آپ کچھ بھی نہیں جان سکتے۔ آپ اندھیرے میں جیئیں گے، اندھیرے میں مریں گے۔</w:t>
      </w:r>
    </w:p>
    <w:p>
      <w:r>
        <w:rPr>
          <w:b/>
        </w:rPr>
        <w:t xml:space="preserve">[53:50] </w:t>
      </w:r>
      <w:r>
        <w:t>to death based thinking ke liye kya zaroori hai? apne se bahar ja kar sochna, apni programming jo hai, us programming se bahar ja kar sochna.</w:t>
      </w:r>
    </w:p>
    <w:p>
      <w:pPr>
        <w:jc w:val="right"/>
      </w:pPr>
      <w:r>
        <w:t>تو ڈیتھ بیسڈ تھنکنگ کے لیے کیا ضروری ہے؟ اپنے سے باہر جا کر سوچنا، اپنی پروگرامنگ جو ہے، اس پروگرامنگ سے باہر جا کر سوچنا۔</w:t>
      </w:r>
    </w:p>
    <w:p>
      <w:r>
        <w:rPr>
          <w:b/>
        </w:rPr>
        <w:t xml:space="preserve">[54:03] </w:t>
      </w:r>
      <w:r>
        <w:t>aap kahenge bhai yeh to bohat mushkil cheez hai, mushkil kuch bhi nahi hai.</w:t>
      </w:r>
    </w:p>
    <w:p>
      <w:pPr>
        <w:jc w:val="right"/>
      </w:pPr>
      <w:r>
        <w:t>آپ کہیں گے بھئی یہ تو بہت مشکل چیز ہے، مشکل کچھ بھی نہیں ہے۔</w:t>
      </w:r>
    </w:p>
    <w:p>
      <w:r>
        <w:rPr>
          <w:b/>
        </w:rPr>
        <w:t xml:space="preserve">[54:09] </w:t>
      </w:r>
      <w:r>
        <w:t>yeh mind jo aap ko diya hai khuda ne, yeh mind itna bara hai, itna bara hai ke saare universe se bhi bara hai. yeh</w:t>
      </w:r>
    </w:p>
    <w:p>
      <w:pPr>
        <w:jc w:val="right"/>
      </w:pPr>
      <w:r>
        <w:t>یہ مائنڈ جو آپ کو دیا ہے خدا نے، یہ مائنڈ اتنا بڑا ہے، اتنا بڑا ہے کہ سارے یونیورس سے بھی بڑا ہے۔ یہ</w:t>
      </w:r>
    </w:p>
    <w:p>
      <w:r>
        <w:rPr>
          <w:b/>
        </w:rPr>
        <w:t xml:space="preserve">[54:17] </w:t>
      </w:r>
      <w:r>
        <w:t>ek scientist ne jis ne study ki hai mind ki bohat dinon tak, woh hairaan hai mind ke bare mein.</w:t>
      </w:r>
    </w:p>
    <w:p>
      <w:pPr>
        <w:jc w:val="right"/>
      </w:pPr>
      <w:r>
        <w:t>ایک سائنٹسٹ نے جس نے اسٹڈی کی ہے مائنڈ کی بہت دنوں تک، وہ حیران ہے مائنڈ کے بارے میں۔</w:t>
      </w:r>
    </w:p>
    <w:p>
      <w:r>
        <w:rPr>
          <w:b/>
        </w:rPr>
        <w:t xml:space="preserve">[54:26] </w:t>
      </w:r>
      <w:r>
        <w:t>woh kehta hai ke ek individual brain mein, ek individual brain mein jitne particle hote hain, woh utne zyada hain ke saare universe mein jitne particle hain, us se bhi zyada hain.</w:t>
      </w:r>
    </w:p>
    <w:p>
      <w:pPr>
        <w:jc w:val="right"/>
      </w:pPr>
      <w:r>
        <w:t>وہ کہتا ہے کہ ایک انڈیویجول برین میں، ایک انڈیویجول برین میں جتنے پارٹیکل ہوتے ہیں، وہ اتنے زیادہ ہیں کہ سارے یونیورس میں جتنے پارٹیکل ہیں، اس سے بھی زیادہ ہیں۔</w:t>
      </w:r>
    </w:p>
    <w:p>
      <w:r>
        <w:rPr>
          <w:b/>
        </w:rPr>
        <w:t xml:space="preserve">[54:42] </w:t>
      </w:r>
      <w:r>
        <w:t>kitni capacity hai is mind mein?</w:t>
      </w:r>
    </w:p>
    <w:p>
      <w:pPr>
        <w:jc w:val="right"/>
      </w:pPr>
      <w:r>
        <w:t>کتنی کیپیسٹی ہے اس مائنڈ میں؟</w:t>
      </w:r>
    </w:p>
    <w:p>
      <w:r>
        <w:rPr>
          <w:b/>
        </w:rPr>
        <w:t xml:space="preserve">[54:48] </w:t>
      </w:r>
      <w:r>
        <w:t>to aap anti self bhi soch sakte hain.</w:t>
      </w:r>
    </w:p>
    <w:p>
      <w:pPr>
        <w:jc w:val="right"/>
      </w:pPr>
      <w:r>
        <w:t>تو آپ اینٹی سیلف بھی سوچ سکتے ہیں۔</w:t>
      </w:r>
    </w:p>
    <w:p>
      <w:r>
        <w:rPr>
          <w:b/>
        </w:rPr>
        <w:t xml:space="preserve">[54:51] </w:t>
      </w:r>
      <w:r>
        <w:t>dekhiye, mind ki capacity itni zyada hai ke aap poora self bhi soch sakte hain aur anti self bhi soch sakte hain. koi tiger ya koi elephant anti self nahi soch sakta.</w:t>
      </w:r>
    </w:p>
    <w:p>
      <w:pPr>
        <w:jc w:val="right"/>
      </w:pPr>
      <w:r>
        <w:t>دیکھیے، مائنڈ کی کیپیسٹی اتنی زیادہ ہے کہ آپ پورا سیلف بھی سوچ سکتے ہیں اور اینٹی سیلف بھی سوچ سکتے ہیں۔ کوئی ٹائیگر یا کوئی ایلیفنٹ اینٹی سیلف نہیں سوچ سکتا۔</w:t>
      </w:r>
    </w:p>
    <w:p>
      <w:r>
        <w:rPr>
          <w:b/>
        </w:rPr>
        <w:t xml:space="preserve">[55:03] </w:t>
      </w:r>
      <w:r>
        <w:t>jitni bhi, jitni bhi cheezein insaan ke siwa dunya mein hain, chahe galaxy ho, chahe solar system ho, chahe animal ho, chahe trees hon, kisi mein bhi anti self soch nahi hai.</w:t>
      </w:r>
    </w:p>
    <w:p>
      <w:pPr>
        <w:jc w:val="right"/>
      </w:pPr>
      <w:r>
        <w:t>جتنی بھی، جتنی بھی چیزیں انسان کے سوا دنیا میں ہیں، چاہے گلیکسی ہو، چاہے سولر سسٹم ہو، چاہے اینیمل ہو، چاہے ٹریز ہوں، کسی میں بھی اینٹی سیلف سوچ نہیں ہے۔</w:t>
      </w:r>
    </w:p>
    <w:p>
      <w:r>
        <w:rPr>
          <w:b/>
        </w:rPr>
        <w:t xml:space="preserve">[55:15] </w:t>
      </w:r>
      <w:r>
        <w:t>har ek mein pro self soch hai. yaad rakhiye,</w:t>
      </w:r>
    </w:p>
    <w:p>
      <w:pPr>
        <w:jc w:val="right"/>
      </w:pPr>
      <w:r>
        <w:t>ہر ایک میں پرو سیلف سوچ ہے۔ یاد رکھیے،</w:t>
      </w:r>
    </w:p>
    <w:p>
      <w:r>
        <w:rPr>
          <w:b/>
        </w:rPr>
        <w:t xml:space="preserve">[55:19] </w:t>
      </w:r>
      <w:r>
        <w:t>yeh yeh sirf insaan hai jo anti self thinking iske andar aa sakti hai. nietzsche jo tha german philosopher, woh bhi aaj adhi baat jaan saka yani pro self thinking ko jaan saka woh, lekin anti self thinking ko nahi jaan saka woh nietzsche.</w:t>
      </w:r>
    </w:p>
    <w:p>
      <w:pPr>
        <w:jc w:val="right"/>
      </w:pPr>
      <w:r>
        <w:t>یہ یہ صرف انسان ہے جو اینٹی سیلف تھنکنگ اس کے اندر آ سکتی ہے۔ نٹسے جو تھا جرمن فلاسفر، وہ بھی آج ادھی بات جان سکا یعنی پرو سیلف تھنکنگ کو جان سکا وہ، لیکن اینٹی سیلف تھنکنگ کو نہیں جان سکا وہ نٹسے۔</w:t>
      </w:r>
    </w:p>
    <w:p>
      <w:r>
        <w:rPr>
          <w:b/>
        </w:rPr>
        <w:t xml:space="preserve">[55:39] </w:t>
      </w:r>
      <w:r>
        <w:t>to ek british, ek british thinker ne bohat sahi kaha mind ki capacity ke bare mein ke "I am large enough to contain all these contradictions" yani contradiction ko le kar bhi mein soch sakta hoon, ab apne pro bhi soch sakta hoon, apne against bhi soch sakta hoon.</w:t>
      </w:r>
    </w:p>
    <w:p>
      <w:pPr>
        <w:jc w:val="right"/>
      </w:pPr>
      <w:r>
        <w:t>تو ایک برٹش، ایک برٹش تھنکر نے بہت صحیح کہا مائنڈ کی کیپیسٹی کے بارے میں کہ "آئی ایم لارج انف ٹو کنٹین ال دیز کنٹراڈکشنز" یعنی کنٹراڈکشن کو لے کر بھی میں سوچ سکتا ہوں، اب اپنے پرو بھی سوچ سکتا ہوں، اپنے اگینسٹ بھی سوچ سکتا ہوں۔</w:t>
      </w:r>
    </w:p>
    <w:p>
      <w:r>
        <w:rPr>
          <w:b/>
        </w:rPr>
        <w:t xml:space="preserve">[56:01] </w:t>
      </w:r>
      <w:r>
        <w:t>mein</w:t>
      </w:r>
    </w:p>
    <w:p>
      <w:pPr>
        <w:jc w:val="right"/>
      </w:pPr>
      <w:r>
        <w:t>میں</w:t>
      </w:r>
    </w:p>
    <w:p>
      <w:r>
        <w:rPr>
          <w:b/>
        </w:rPr>
        <w:t xml:space="preserve">[56:03] </w:t>
      </w:r>
      <w:r>
        <w:t>jis tarah insaan ke bas mein hai pro self thinking, us tarah iske bas mein against self thinking bhi. jaise ek ek sahabi the rasool Allah ke, to unhon ne doosre sahabi jo black the, keh diya "ibn as-sawda" aye kaali maa ke bete,</w:t>
      </w:r>
    </w:p>
    <w:p>
      <w:pPr>
        <w:jc w:val="right"/>
      </w:pPr>
      <w:r>
        <w:t>جس طرح انسان کے بس میں ہے پرو سیلف تھنکنگ، اس طرح اس کے بس میں اگینسٹ سیلف تھنکنگ بھی۔ جیسے ایک ایک صحابی تھے رسول اللہ کے، تو انہوں نے دوسرے صحابی جو بلیک تھے، کہہ دیا "یبن السودا" اے کالی ماں کے بیٹے،</w:t>
      </w:r>
    </w:p>
    <w:p>
      <w:r>
        <w:rPr>
          <w:b/>
        </w:rPr>
        <w:t xml:space="preserve">[56:25] </w:t>
      </w:r>
      <w:r>
        <w:t>aye kaali maa ke bete.</w:t>
      </w:r>
    </w:p>
    <w:p>
      <w:pPr>
        <w:jc w:val="right"/>
      </w:pPr>
      <w:r>
        <w:t>اے کالی ماں کے بیٹے۔</w:t>
      </w:r>
    </w:p>
    <w:p>
      <w:r>
        <w:rPr>
          <w:b/>
        </w:rPr>
        <w:t xml:space="preserve">[56:28] </w:t>
      </w:r>
      <w:r>
        <w:t>yeh thi pro self thinking ka, lekin foran unhon ne ehsaas hua ke mein ne bohat galat baat keh di. woh kala, mein safed, to yeh to Khuda ki den hai.</w:t>
      </w:r>
    </w:p>
    <w:p>
      <w:pPr>
        <w:jc w:val="right"/>
      </w:pPr>
      <w:r>
        <w:t>یہ تھی پرو سیلف تھنکنگ کا، لیکن فوراً انہوں نے احساس ہوا کہ میں نے بہت غلط بات کہہ دی۔ وہ کالا، میں سفید، تو یہ تو خدا کی دین ہے۔</w:t>
      </w:r>
    </w:p>
    <w:p>
      <w:r>
        <w:rPr>
          <w:b/>
        </w:rPr>
        <w:t xml:space="preserve">[56:41] </w:t>
      </w:r>
      <w:r>
        <w:t>to unhon ne, unhon ne zameen pe ja ke zameen pe leta diya aur kaha ke "mere yahan par apna paon rakho".</w:t>
      </w:r>
    </w:p>
    <w:p>
      <w:pPr>
        <w:jc w:val="right"/>
      </w:pPr>
      <w:r>
        <w:t>تو انہوں نے، انہوں نے زمین پہ جا کے زمین پہ لٹا دیا اور کہا کہ "میرے یہاں پر اپنا پاؤں رکھو"۔</w:t>
      </w:r>
    </w:p>
    <w:p>
      <w:r>
        <w:rPr>
          <w:b/>
        </w:rPr>
        <w:t xml:space="preserve">[56:50] </w:t>
      </w:r>
      <w:r>
        <w:t>mein ek saturnic boli bol gaya. is black aadmi ke paon ko apne is is white cheek par rakhwaya.</w:t>
      </w:r>
    </w:p>
    <w:p>
      <w:pPr>
        <w:jc w:val="right"/>
      </w:pPr>
      <w:r>
        <w:t>میں ایک سیٹرنک بولی بول گیا۔ اس بلیک آدمی کے پاؤں کو اپنے اس اس وائٹ چیک پر رکھوایا۔</w:t>
      </w:r>
    </w:p>
    <w:p>
      <w:r>
        <w:rPr>
          <w:b/>
        </w:rPr>
        <w:t xml:space="preserve">[57:00] </w:t>
      </w:r>
      <w:r>
        <w:t>yeh tha anti self thinking. wohi insaan jo pro self thinker tha, wohi insaan anti self thinker ban gaya. yeh hai "I am large enough to contain all these contradictions".</w:t>
      </w:r>
    </w:p>
    <w:p>
      <w:pPr>
        <w:jc w:val="right"/>
      </w:pPr>
      <w:r>
        <w:t>یہ تھا اینٹی سیلف تھنکنگ۔ وہی انسان جو پرو سیلف تھنکر تھا، وہی انسان اینٹی سیلف تھنکر بن گیا۔ یہ ہے "آئی ایم لارج انف ٹو کنٹین ال دیز کنٹراڈکشنز"۔</w:t>
      </w:r>
    </w:p>
    <w:p>
      <w:r>
        <w:rPr>
          <w:b/>
        </w:rPr>
        <w:t xml:space="preserve">[57:16] </w:t>
      </w:r>
      <w:r>
        <w:t>to aap ke andar yeh bhi salahiyat hai ke aap pro dna sochein, yeh bhi hai ke aap anti dna sochein, yeh bhi salahiyat hai ke aap pro genetic code sochein, yeh bhi hai ke aap anti genetic code sochein,</w:t>
      </w:r>
    </w:p>
    <w:p>
      <w:pPr>
        <w:jc w:val="right"/>
      </w:pPr>
      <w:r>
        <w:t>تو آپ کے اندر یہ بھی صلاحیت ہے کہ آپ پرو ڈی این اے سوچیں، یہ بھی ہے کہ آپ اینٹی ڈی این او سوچیں، یہ بھی صلاحیت ہے کہ آپ پرو جینیٹک کوڈ سوچیں، یہ بھی ہے کہ آپ اینٹی جینیٹک کوڈ سوچیں،</w:t>
      </w:r>
    </w:p>
    <w:p>
      <w:r>
        <w:rPr>
          <w:b/>
        </w:rPr>
        <w:t xml:space="preserve">[57:31] </w:t>
      </w:r>
      <w:r>
        <w:t>yeh bhi hai ke aap pro programming sochein, yeh bhi hai ke aap anti programming sochein. is mind ko aap underestimate karein ge agar aap is mein shakk karein to.</w:t>
      </w:r>
    </w:p>
    <w:p>
      <w:pPr>
        <w:jc w:val="right"/>
      </w:pPr>
      <w:r>
        <w:t>یہ بھی ہے کہ آپ پرو پروگرامنگ سوچیں، یہ بھی ہے کہ آپ اینٹی پروگرامنگ سوچیں۔ اس مائنڈ کو آپ انڈرسٹیمیٹ کریں گے اگر آپ اس میں شک کریں تو۔</w:t>
      </w:r>
    </w:p>
    <w:p>
      <w:r>
        <w:rPr>
          <w:b/>
        </w:rPr>
        <w:t xml:space="preserve">[57:44] </w:t>
      </w:r>
      <w:r>
        <w:t>to mein yeh kahunga ke humein har ek ko dua karna hai</w:t>
      </w:r>
    </w:p>
    <w:p>
      <w:pPr>
        <w:jc w:val="right"/>
      </w:pPr>
      <w:r>
        <w:t>تو میں یہ کہوں گا کہ ہمیں ہر ایک کو دعا کرنا ہے</w:t>
      </w:r>
    </w:p>
    <w:p>
      <w:r>
        <w:rPr>
          <w:b/>
        </w:rPr>
        <w:t xml:space="preserve">[57:51] </w:t>
      </w:r>
      <w:r>
        <w:t>ke hum is imtehan mein poore utrein</w:t>
      </w:r>
    </w:p>
    <w:p>
      <w:pPr>
        <w:jc w:val="right"/>
      </w:pPr>
      <w:r>
        <w:t>کہ ہم اس امتحان میں پورے اتریں</w:t>
      </w:r>
    </w:p>
    <w:p>
      <w:r>
        <w:rPr>
          <w:b/>
        </w:rPr>
        <w:t xml:space="preserve">[57:56] </w:t>
      </w:r>
      <w:r>
        <w:t>kyun ke hadith mein hai ke "la tarudda al-qada'a illa ad-du'a" yani qaza ke faisle ko, qaza o qadar ke faisle ko sirf dua hi badal sakti hai.</w:t>
      </w:r>
    </w:p>
    <w:p>
      <w:pPr>
        <w:jc w:val="right"/>
      </w:pPr>
      <w:r>
        <w:t>کیونکہ حدیث میں ہے کہ "لا ترد القضاء الا الدعا" یعنی قضا کے فیصلے کو، قضا و قدر کے فیصلے کو صرف دعا ہی بدل سکتی ہے۔</w:t>
      </w:r>
    </w:p>
    <w:p>
      <w:r>
        <w:rPr>
          <w:b/>
        </w:rPr>
        <w:t xml:space="preserve">[58:08] </w:t>
      </w:r>
      <w:r>
        <w:t>hum mein se har shakhs ko dua karna chahiye taake Khuda humein hidayat de aur hidayat par hamari maut aaye. aqoolu qawli hadha wastaghfirullaha li walakum ajma'een.</w:t>
      </w:r>
    </w:p>
    <w:p>
      <w:pPr>
        <w:jc w:val="right"/>
      </w:pPr>
      <w:r>
        <w:t>ہم میں سے ہر شخص کو دعا کرنا چاہیے تاکہ خدا ہمیں ہدایت دے اور ہدایت پر ہماری موت آئے۔ اقول قولیھذا واستغفراللہ لی ولکم اجمعین۔</w:t>
      </w:r>
    </w:p>
    <w:p>
      <w:r>
        <w:rPr>
          <w:b/>
        </w:rPr>
        <w:t xml:space="preserve">[58:30] </w:t>
      </w:r>
      <w:r>
        <w:t>how can we develop our personality through prayer? dekhiye, prayer ka matlab kya hai?</w:t>
      </w:r>
    </w:p>
    <w:p>
      <w:pPr>
        <w:jc w:val="right"/>
      </w:pPr>
      <w:r>
        <w:t>ہاؤ کین وی ڈویلپ اور پرسنیلٹی تھرو پریر؟ دیکھیے، پریر کا مطلب کیا ہے؟</w:t>
      </w:r>
    </w:p>
    <w:p>
      <w:r>
        <w:rPr>
          <w:b/>
        </w:rPr>
        <w:t xml:space="preserve">[58:41] </w:t>
      </w:r>
      <w:r>
        <w:t>prayer ka matlab nahi, ibadat ka matlab kya hai? to</w:t>
      </w:r>
    </w:p>
    <w:p>
      <w:pPr>
        <w:jc w:val="right"/>
      </w:pPr>
      <w:r>
        <w:t>پریر کا مطلب نہیں، عبادت کا مطلب کیا ہے؟ تو</w:t>
      </w:r>
    </w:p>
    <w:p>
      <w:r>
        <w:rPr>
          <w:b/>
        </w:rPr>
        <w:t xml:space="preserve">[58:51] </w:t>
      </w:r>
      <w:r>
        <w:t>yeh Quran mein hai ke "wa ma khalaqtu al-jinna wal-insa illa li ya'budun" yani insaan ko paida hi kiya Khuda ne ibadat ke liye.</w:t>
      </w:r>
    </w:p>
    <w:p>
      <w:pPr>
        <w:jc w:val="right"/>
      </w:pPr>
      <w:r>
        <w:t>یہ قرآن میں ہے کہ "وما خلقت الجن والنس الا لیعبدون" یعنی انسان کو پیدا ہی کیا خدا نے عبادت کے لیے۔</w:t>
      </w:r>
    </w:p>
    <w:p>
      <w:r>
        <w:rPr>
          <w:b/>
        </w:rPr>
        <w:t xml:space="preserve">[59:03] </w:t>
      </w:r>
      <w:r>
        <w:t>ibadat hi purpose hai insaan ki takhleeq ka, paida karne ka. aur hadith mein hai ke "ta'abbad Allah ka'annaka tarahu" is tarah ibadat karo jaise ke tum Khuda ko dekh rahe ho.</w:t>
      </w:r>
    </w:p>
    <w:p>
      <w:pPr>
        <w:jc w:val="right"/>
      </w:pPr>
      <w:r>
        <w:t>عبادت ہی پرپس ہے انسان کی تخلیق کا، پیدا کرنے کا۔ اور حدیث میں ہے کہ "تعبد اللہ کانک ترا" اس طرح عبادت کرو جیسے کہ تم خدا کو دیکھ رہے ہو۔</w:t>
      </w:r>
    </w:p>
    <w:p>
      <w:r>
        <w:rPr>
          <w:b/>
        </w:rPr>
        <w:t xml:space="preserve">[59:27] </w:t>
      </w:r>
      <w:r>
        <w:t>ab dono ko milaiye, aap ibadat ka matlab kya hua?</w:t>
      </w:r>
    </w:p>
    <w:p>
      <w:pPr>
        <w:jc w:val="right"/>
      </w:pPr>
      <w:r>
        <w:t>اب دونوں کو ملائیے، آپ عبادت کا مطلب کیا ہوا؟</w:t>
      </w:r>
    </w:p>
    <w:p>
      <w:r>
        <w:rPr>
          <w:b/>
        </w:rPr>
        <w:t xml:space="preserve">[59:35] </w:t>
      </w:r>
      <w:r>
        <w:t>ibadat ka matlab koi kisi ritual ko dohra rahe nahi hain, kuch khaas rituals hain, un ko dohra liya time par, yeh ibadat nahi hai.</w:t>
      </w:r>
    </w:p>
    <w:p>
      <w:pPr>
        <w:jc w:val="right"/>
      </w:pPr>
      <w:r>
        <w:t>عبادت کا مطلب کوئی کسی ریچول کو دہرا رہے نہیں ہیں، کچھ خاص ریچولز ہیں، ان کو دہرا لیا ٹائم پر، یہ عبادت نہیں ہے۔</w:t>
      </w:r>
    </w:p>
    <w:p>
      <w:r>
        <w:rPr>
          <w:b/>
        </w:rPr>
        <w:t xml:space="preserve">[59:46] </w:t>
      </w:r>
      <w:r>
        <w:t>ibadat naam hai presence of god mein jeene ka. "taabudullah kanak tara" presence of god mein jeene ka.</w:t>
      </w:r>
    </w:p>
    <w:p>
      <w:pPr>
        <w:jc w:val="right"/>
      </w:pPr>
      <w:r>
        <w:t>عبادت نام ہے پریزنس آف گاڈ میں جینے کا۔ "تعبد اللہ کانک ترا" پریزنس آف گاڈ میں جینے کا۔</w:t>
      </w:r>
    </w:p>
    <w:p>
      <w:r>
        <w:rPr>
          <w:b/>
        </w:rPr>
        <w:t xml:space="preserve">[1:00:00] </w:t>
      </w:r>
      <w:r>
        <w:t>hadees mein aata hai ke rasool allah ko jab miraaj hui to aap ko pachas namazein kahi gayeen. ummat se kaho ke pachas waqt ki namazein padhna hai, fifty time.</w:t>
      </w:r>
    </w:p>
    <w:p>
      <w:pPr>
        <w:jc w:val="right"/>
      </w:pPr>
      <w:r>
        <w:t>حدیث میں آتا ہے کہ رسول اللہ کو جب معراج ہوئی تو آپ کو پچاس نمازیں کہی گئیں۔ امت سے کہو کہ پچاس وقت کی نمازیں پڑھنا ہے، ففٹی ٹائم۔</w:t>
      </w:r>
    </w:p>
    <w:p>
      <w:r>
        <w:rPr>
          <w:b/>
        </w:rPr>
        <w:t xml:space="preserve">[1:00:16] </w:t>
      </w:r>
      <w:r>
        <w:t>to is mein hai ke hazrat moosa se mulaqat aap ki hui to moosa ne kaha ke bhai pachas aap ki ummat nahi kar payegi, to is ko ghataiye. to ghatate ghatate panch waqt ki namaz hui.</w:t>
      </w:r>
    </w:p>
    <w:p>
      <w:pPr>
        <w:jc w:val="right"/>
      </w:pPr>
      <w:r>
        <w:t>تو اس میں ہے کہ حضرت موسیٰ سے ملاقات آپ کی ہوئی تو موسیٰ نے کہا کہ بھئی پچاس آپ کی امت نہیں کر پائے گی، تو اس کو گھٹائیے۔ تو گھٹاتے گھٹاتے پانچ وقت کی نماز ہوئی۔</w:t>
      </w:r>
    </w:p>
    <w:p>
      <w:r>
        <w:rPr>
          <w:b/>
        </w:rPr>
        <w:t xml:space="preserve">[1:00:27] </w:t>
      </w:r>
      <w:r>
        <w:t>dekhein, yeh koi simple baat nahi hai.</w:t>
      </w:r>
    </w:p>
    <w:p>
      <w:pPr>
        <w:jc w:val="right"/>
      </w:pPr>
      <w:r>
        <w:t>دیکھیں، یہ کوئی سمپل بات نہیں ہے۔</w:t>
      </w:r>
    </w:p>
    <w:p>
      <w:r>
        <w:rPr>
          <w:b/>
        </w:rPr>
        <w:t xml:space="preserve">[1:00:31] </w:t>
      </w:r>
      <w:r>
        <w:t>is ka matlab yeh hai ke hum ko din mein pachas baar namaz padhni hi padhna hai.</w:t>
      </w:r>
    </w:p>
    <w:p>
      <w:pPr>
        <w:jc w:val="right"/>
      </w:pPr>
      <w:r>
        <w:t>اس کا مطلب یہ ہے کہ ہم کو دن میں پچاس بار نماز پڑھنی ہی پڑھنا ہے۔</w:t>
      </w:r>
    </w:p>
    <w:p>
      <w:r>
        <w:rPr>
          <w:b/>
        </w:rPr>
        <w:t xml:space="preserve">[1:00:41] </w:t>
      </w:r>
      <w:r>
        <w:t>to panch aur pachas mein kya difference hai? panch baar namaz padhna hai ek compulsory routine ke taur par.</w:t>
      </w:r>
    </w:p>
    <w:p>
      <w:pPr>
        <w:jc w:val="right"/>
      </w:pPr>
      <w:r>
        <w:t>تو پانچ اور پچاس میں کیا ڈیفرنس ہے؟ پانچ بار نماز پڑھنا ہے ایک کمپلسری روٹین کے طور پر۔</w:t>
      </w:r>
    </w:p>
    <w:p>
      <w:r>
        <w:rPr>
          <w:b/>
        </w:rPr>
        <w:t xml:space="preserve">[1:00:52] </w:t>
      </w:r>
      <w:r>
        <w:t>five time means compulsory routine aur 45 time padhna hai baghair routine ke.</w:t>
      </w:r>
    </w:p>
    <w:p>
      <w:pPr>
        <w:jc w:val="right"/>
      </w:pPr>
      <w:r>
        <w:t>فائیو ٹائم مینز کمپلسری روٹین اور 45 ٹائم پڑھنا ہے بغیر روٹین کے۔</w:t>
      </w:r>
    </w:p>
    <w:p>
      <w:r>
        <w:rPr>
          <w:b/>
        </w:rPr>
        <w:t xml:space="preserve">[1:01:03] </w:t>
      </w:r>
      <w:r>
        <w:t>quran mein hai ke "aqim al-salat li dhikri" namaz ka matlab kya hai? zikr. zikr ka matlab kya hai? remembrance. to khuda ki yaad mein jeena yeh to namaz hai.</w:t>
      </w:r>
    </w:p>
    <w:p>
      <w:pPr>
        <w:jc w:val="right"/>
      </w:pPr>
      <w:r>
        <w:t>قرآن میں ہے کہ "اقم الصلوۃ الذکری" نماز کا مطلب کیا ہے؟ ذکر۔ ذکر کا مطلب کیا ہے؟ ریمبرنس۔ تو خدا کی یاد میں جینا یہ تو نماز ہے۔</w:t>
      </w:r>
    </w:p>
    <w:p>
      <w:r>
        <w:rPr>
          <w:b/>
        </w:rPr>
        <w:t xml:space="preserve">[1:01:15] </w:t>
      </w:r>
      <w:r>
        <w:t>khuda ki yaad mein jeena to khuda ki yaad mein humein jeena hai 24 ghante. aur five time jo hai woh compulsory routine bana diya gaya taake woh aap ko regularize karne ke liye.</w:t>
      </w:r>
    </w:p>
    <w:p>
      <w:pPr>
        <w:jc w:val="right"/>
      </w:pPr>
      <w:r>
        <w:t>خدا کی یاد میں جینا تو خدا کی یاد میں ہمیں جینا ہے 24 گھنٹے۔ اور فائیو ٹائم جو ہے وہ کمپلسری روٹین بنا دیا گیا تاکہ وہ آپ کو ریگولرائز کرنے کے لیے۔</w:t>
      </w:r>
    </w:p>
    <w:p>
      <w:r>
        <w:rPr>
          <w:b/>
        </w:rPr>
        <w:t xml:space="preserve">[1:01:33] </w:t>
      </w:r>
      <w:r>
        <w:t>aap sochiye ke kaise nahi aap khuda ki yaad mein jiyeinge?</w:t>
      </w:r>
    </w:p>
    <w:p>
      <w:pPr>
        <w:jc w:val="right"/>
      </w:pPr>
      <w:r>
        <w:t>آپ سوچیے کہ کیسے نہیں آپ خدا کی یاد میں جیئیں گے؟</w:t>
      </w:r>
    </w:p>
    <w:p>
      <w:r>
        <w:rPr>
          <w:b/>
        </w:rPr>
        <w:t xml:space="preserve">[1:01:40] </w:t>
      </w:r>
      <w:r>
        <w:t>main to sochta hoon ke main jab yeh ungli ko hilata hoon to mere saath kaisa ajeeb o ghareeb hai ke main jab is chahoon is ungli ko hilaoon to is ko hilaoon, is ko chahoon to is ko hilaoon.</w:t>
      </w:r>
    </w:p>
    <w:p>
      <w:pPr>
        <w:jc w:val="right"/>
      </w:pPr>
      <w:r>
        <w:t>میں تو سوچتا ہوں کہ میں جب یہ انگلی کو ہلاتا ہوں تو میرے ساتھ کیسا عجیب و غریب ہے کہ میں جب اس چاہوں اس انگلی کو ہلاؤں تو اس کو ہلاؤں، اس کو چاہوں تو اس کو ہلاؤں۔</w:t>
      </w:r>
    </w:p>
    <w:p>
      <w:r>
        <w:rPr>
          <w:b/>
        </w:rPr>
        <w:t xml:space="preserve">[1:01:50] </w:t>
      </w:r>
      <w:r>
        <w:t>bolne ke liye mere mind mein bahut saare words hain lekin jab kahoon to wahi word niklein. aap gaur kijiye,</w:t>
      </w:r>
    </w:p>
    <w:p>
      <w:pPr>
        <w:jc w:val="right"/>
      </w:pPr>
      <w:r>
        <w:t>بولنے کے لیے میرے مائنڈ میں بہت سارے ورڈز ہیں لیکن جب کہوں تو وہی ورڈ نکلیں۔ آپ غور کیجئے،</w:t>
      </w:r>
    </w:p>
    <w:p>
      <w:r>
        <w:rPr>
          <w:b/>
        </w:rPr>
        <w:t xml:space="preserve">[1:01:59] </w:t>
      </w:r>
      <w:r>
        <w:t>is mind mein bahut se words hain: persian ke, arabic ke, english ke, hindi ke, arabic ke. wahi word nikalta hai jo main chahta hoon bolna.</w:t>
      </w:r>
    </w:p>
    <w:p>
      <w:pPr>
        <w:jc w:val="right"/>
      </w:pPr>
      <w:r>
        <w:t>اس مائنڈ میں بہت سے ورڈز ہیں: پرشین کے، عربک کے، انگلش کے، ہندی کے، عربک کے۔ وہی ورڈ نکلتا ہے جو میں چاہتا ہوں بولنا۔</w:t>
      </w:r>
    </w:p>
    <w:p>
      <w:r>
        <w:rPr>
          <w:b/>
        </w:rPr>
        <w:t xml:space="preserve">[1:02:09] </w:t>
      </w:r>
      <w:r>
        <w:t>kya aap khuda ko yaad nahi kareinge jis ne aisa dimaag diya aap ko?</w:t>
      </w:r>
    </w:p>
    <w:p>
      <w:pPr>
        <w:jc w:val="right"/>
      </w:pPr>
      <w:r>
        <w:t>کیا آپ خدا کو یاد نہیں کریں گے جس نے ایسا دماغ دیا آپ کو؟</w:t>
      </w:r>
    </w:p>
    <w:p>
      <w:r>
        <w:rPr>
          <w:b/>
        </w:rPr>
        <w:t xml:space="preserve">[1:02:17] </w:t>
      </w:r>
      <w:r>
        <w:t>yaani lakhon lakh word bhare hue hain is dimaag mein. wahi word nikalta hai jis ko main bolna chahta hoon. to kya maine khud aisa dimaag banaya hai?</w:t>
      </w:r>
    </w:p>
    <w:p>
      <w:pPr>
        <w:jc w:val="right"/>
      </w:pPr>
      <w:r>
        <w:t>یعنی لاکھوں لاکھ ورڈ بھرے ہوئے ہیں اس دماغ میں۔ وہی ورڈ نکلتا ہے جس کو میں بولنا چاہتا ہوں۔ تو کیا میں نے خود ایسا دماغ بنایا ہے؟</w:t>
      </w:r>
    </w:p>
    <w:p>
      <w:r>
        <w:rPr>
          <w:b/>
        </w:rPr>
        <w:t xml:space="preserve">[1:02:27] </w:t>
      </w:r>
      <w:r>
        <w:t>yeh brain ya mind maine khud banaya hai?</w:t>
      </w:r>
    </w:p>
    <w:p>
      <w:pPr>
        <w:jc w:val="right"/>
      </w:pPr>
      <w:r>
        <w:t>یہ برین یا مائنڈ میں نے خود بنایا ہے؟</w:t>
      </w:r>
    </w:p>
    <w:p>
      <w:r>
        <w:rPr>
          <w:b/>
        </w:rPr>
        <w:t xml:space="preserve">[1:02:32] </w:t>
      </w:r>
      <w:r>
        <w:t>log ek bachcha paida hota hai to khushiyan manate hain. woh bachcha kis ne banaya hai? kya maa baap ne banaya hai? khuda ne banake bheja hai. woh direct taur par khuda ki taraf se aaya hai lekin khuda aap ko yaad nahi karta.</w:t>
      </w:r>
    </w:p>
    <w:p>
      <w:pPr>
        <w:jc w:val="right"/>
      </w:pPr>
      <w:r>
        <w:t>لوگ ایک بچہ پیدا ہوتا ہے تو خوشیاں مناتے ہیں۔ وہ بچہ کس نے بنایا ہے؟ کیا ماں باپ نے بنایا ہے؟ خدا نے بنا کے بھیجا ہے۔ وہ ڈائریکٹ طور پر خدا کی طرف سے آیا ہے لیکن خدا آپ کو یاد نہیں کرتا۔</w:t>
      </w:r>
    </w:p>
    <w:p>
      <w:r>
        <w:rPr>
          <w:b/>
        </w:rPr>
        <w:t xml:space="preserve">[1:02:48] </w:t>
      </w:r>
      <w:r>
        <w:t>yaani nematon ka dhoom macha rakha hai aur manam ka koi tazkara nahi.</w:t>
      </w:r>
    </w:p>
    <w:p>
      <w:pPr>
        <w:jc w:val="right"/>
      </w:pPr>
      <w:r>
        <w:t>یعنی نعمتوں کا دھوم مچا رکھا ہے اور منم کا کوئی تذکرہ نہیں۔</w:t>
      </w:r>
    </w:p>
    <w:p>
      <w:r>
        <w:rPr>
          <w:b/>
        </w:rPr>
        <w:t xml:space="preserve">[1:02:55] </w:t>
      </w:r>
      <w:r>
        <w:t>to namaz aap ko kehti hai ke nahi, 24 ghante jin nematon mein, jin blessings mein tum dete ho, to is blessing ka jo giver hai, us ko tumhein yaad karna chahiye.</w:t>
      </w:r>
    </w:p>
    <w:p>
      <w:pPr>
        <w:jc w:val="right"/>
      </w:pPr>
      <w:r>
        <w:t>تو نماز آپ کو کہتی ہے کہ نہیں، 24 گھنٹے جن نعمتوں میں، جن بلیسنگز میں تم دیتے ہو، تو اس بلیسنگ کا جو گیور ہے، اس کو تمہیں یاد کرنا چاہیے۔</w:t>
      </w:r>
    </w:p>
    <w:p>
      <w:r>
        <w:rPr>
          <w:b/>
        </w:rPr>
        <w:t xml:space="preserve">[1:03:09] </w:t>
      </w:r>
      <w:r>
        <w:t>to namaz to 24 ghante padhna hai,</w:t>
      </w:r>
    </w:p>
    <w:p>
      <w:pPr>
        <w:jc w:val="right"/>
      </w:pPr>
      <w:r>
        <w:t>تو نماز تو 24 گھنٹے پڑھنا ہے،</w:t>
      </w:r>
    </w:p>
    <w:p>
      <w:r>
        <w:rPr>
          <w:b/>
        </w:rPr>
        <w:t xml:space="preserve">[1:03:15] </w:t>
      </w:r>
      <w:r>
        <w:t>compulsory routine ke taur par ek namaz hai jo hum ada karte hain hum. lekin is ke siwa bhi humein namazi mein rehna hai in terms of remembrance, in terms of thinking.</w:t>
      </w:r>
    </w:p>
    <w:p>
      <w:pPr>
        <w:jc w:val="right"/>
      </w:pPr>
      <w:r>
        <w:t>کمپلسو روٹین کے طور پر ایک نماز ہے جو ہم ادا کرتے ہیں ہم۔ لیکن اس کے سوا بھی ہمیں نمازی میں رہنا ہے ان ٹرم آف ریمبرنس، ان ٹرم آف تھنکنگ۔</w:t>
      </w:r>
    </w:p>
    <w:p>
      <w:r>
        <w:rPr>
          <w:b/>
        </w:rPr>
        <w:t xml:space="preserve">[1:03:32] </w:t>
      </w:r>
      <w:r>
        <w:t>to 45 time jo namaz padhna hai, woh gaur, fikr, tasawwur, tazakkur, contemplation ki namaz hai.</w:t>
      </w:r>
    </w:p>
    <w:p>
      <w:pPr>
        <w:jc w:val="right"/>
      </w:pPr>
      <w:r>
        <w:t>تو 45 ٹائم جو نماز پڑھنا ہے، وہ غور، فکر، توسم، تذکر، کنٹمپلیشن کی نماز ہے۔</w:t>
      </w:r>
    </w:p>
    <w:p>
      <w:r>
        <w:rPr>
          <w:b/>
        </w:rPr>
        <w:t xml:space="preserve">[1:03:42] </w:t>
      </w:r>
      <w:r>
        <w:t>aur panch time jo hai, woh compulsory routine ke taur par hai taake hum woh hai, yaani regularize karne ke liye, humein humein yaad dilane ke liye ke dekho bhai, dekho bhai, dekho bhai,</w:t>
      </w:r>
    </w:p>
    <w:p>
      <w:pPr>
        <w:jc w:val="right"/>
      </w:pPr>
      <w:r>
        <w:t>اور پانچ ٹائم جو ہے، وہ کمپلسو روٹین کے طور پر ہے تاکہ ہم وہ ہے، یعنی ریگولرائز کرنے کے لیے، ہمیں ہمیں یاد دلانے کے لیے کہ دیکھو بھائی، دیکھو بھائی، دیکھو بھائی،</w:t>
      </w:r>
    </w:p>
    <w:p>
      <w:r>
        <w:rPr>
          <w:b/>
        </w:rPr>
        <w:t xml:space="preserve">[1:03:56] </w:t>
      </w:r>
      <w:r>
        <w:t>tum ko khuda ki yaad mein jeena hai. to namaz to part of life hai.</w:t>
      </w:r>
    </w:p>
    <w:p>
      <w:pPr>
        <w:jc w:val="right"/>
      </w:pPr>
      <w:r>
        <w:t>تم کو خدا کی یاد میں جینا ہے۔ تو نماز تو پارٹ آف لائف ہے۔</w:t>
      </w:r>
    </w:p>
    <w:p>
      <w:r>
        <w:rPr>
          <w:b/>
        </w:rPr>
        <w:t xml:space="preserve">[1:04:03] </w:t>
      </w:r>
      <w:r>
        <w:t>rasool Allah ko jab waqt hua namaz ka to aap ne azan kehna tha: "bilal se keh azan do".. to aap ne farmaya ke "ya bilal, arhe na".</w:t>
      </w:r>
    </w:p>
    <w:p>
      <w:pPr>
        <w:jc w:val="right"/>
      </w:pPr>
      <w:r>
        <w:t>رسول اللہ کو جب وقت ہوا نماز کا تو آپ نے اذان کہنا تھا: "بلال سے کہ اذان دو"۔ تو آپ نے فرمایا کہ "یا بلال، ارہے نا"۔</w:t>
      </w:r>
    </w:p>
    <w:p>
      <w:r>
        <w:rPr>
          <w:b/>
        </w:rPr>
        <w:t xml:space="preserve">[1:04:20] </w:t>
      </w:r>
      <w:r>
        <w:t>kehna yeh tha ke "ae bilal, azan do".. "ae bilal, azan do".. kaha aap ne kaha "ya bilal, arhe na".. "ae bilal, hum ko rahat do"..</w:t>
      </w:r>
    </w:p>
    <w:p>
      <w:pPr>
        <w:jc w:val="right"/>
      </w:pPr>
      <w:r>
        <w:t>کہنا یہ تھا کہ "اے بلال، اذان دو"۔ "اے بلال، اذان دو"۔ کہا آپ نے کہا "یا بلال، ارہے نا"۔ "اے بلال، ہم کو راحت دو"۔</w:t>
      </w:r>
    </w:p>
    <w:p>
      <w:r>
        <w:rPr>
          <w:b/>
        </w:rPr>
        <w:t xml:space="preserve">[1:04:32] </w:t>
      </w:r>
      <w:r>
        <w:t>to namaz to rahat hai. aap sochiye ke Khuda ki yaad se bari koi rahat ho sakti hai?</w:t>
      </w:r>
    </w:p>
    <w:p>
      <w:pPr>
        <w:jc w:val="right"/>
      </w:pPr>
      <w:r>
        <w:t>تو نماز تو راحت ہے۔ آپ سوچیے کہ خدا کی یاد سے بڑی کوئی راحت ہو سکتی ہے؟</w:t>
      </w:r>
    </w:p>
    <w:p>
      <w:r>
        <w:rPr>
          <w:b/>
        </w:rPr>
        <w:t xml:space="preserve">[1:04:41] </w:t>
      </w:r>
      <w:r>
        <w:t>koi bhi testy food, koi bhi fancy bed, koi bhi shandi shandar car, koi bhi shandar building mein itni rahat nahi hai jitni rahat Khuda ki yaad mein hai.</w:t>
      </w:r>
    </w:p>
    <w:p>
      <w:pPr>
        <w:jc w:val="right"/>
      </w:pPr>
      <w:r>
        <w:t>کوئی بھی ٹیسٹی فوڈ، کوئی بھی فینسی بیڈ، کوئی بھی شاندی شاندار کار، کوئی بھی شاندار بلڈنگ میں اتنی راحت نہیں ہے جتنی راحت خدا کی یاد میں ہے۔</w:t>
      </w:r>
    </w:p>
    <w:p>
      <w:r>
        <w:rPr>
          <w:b/>
        </w:rPr>
        <w:t xml:space="preserve">[1:04:55] </w:t>
      </w:r>
      <w:r>
        <w:t>yaad rakhiye,</w:t>
      </w:r>
    </w:p>
    <w:p>
      <w:pPr>
        <w:jc w:val="right"/>
      </w:pPr>
      <w:r>
        <w:t>یاد رکھیے،</w:t>
      </w:r>
    </w:p>
    <w:p>
      <w:r>
        <w:rPr>
          <w:b/>
        </w:rPr>
        <w:t xml:space="preserve">[1:05:03] </w:t>
      </w:r>
      <w:r>
        <w:t>isi liye hai ke "ali bi zikr Allah tatmain al quloob".. Khuda ki yaad se dilon ko rahat milti hai.</w:t>
      </w:r>
    </w:p>
    <w:p>
      <w:pPr>
        <w:jc w:val="right"/>
      </w:pPr>
      <w:r>
        <w:t>اسی لیے ہے کہ "علی بذکر اللہ تطمئن القلوب"۔ خدا کی یاد سے دلوں کو راحت ملتی ہے۔</w:t>
      </w:r>
    </w:p>
    <w:p>
      <w:r>
        <w:rPr>
          <w:b/>
        </w:rPr>
        <w:t xml:space="preserve">[1:05:13] </w:t>
      </w:r>
      <w:r>
        <w:t>aaj kal ka insan kya hai? woh nematon mein khoob enjoy kar raha hai aur manam ka etaraf nahi karta.</w:t>
      </w:r>
    </w:p>
    <w:p>
      <w:pPr>
        <w:jc w:val="right"/>
      </w:pPr>
      <w:r>
        <w:t>آج کل کا انسان کیا ہے؟ وہ نعمتوں میں خوب انجوائے کر رہا ہے اور منم کا اعتراف نہیں کرتا۔</w:t>
      </w:r>
    </w:p>
    <w:p>
      <w:r>
        <w:rPr>
          <w:b/>
        </w:rPr>
        <w:t xml:space="preserve">[1:05:23] </w:t>
      </w:r>
      <w:r>
        <w:t>to insan ke nature mein dekhiye, yeh hai ke jo tum ko koi cheez de to us ka acknowledge karo.</w:t>
      </w:r>
    </w:p>
    <w:p>
      <w:pPr>
        <w:jc w:val="right"/>
      </w:pPr>
      <w:r>
        <w:t>تو انسان کے نیچر میں دیکھیے، یہ ہے کہ جو تم کو کوئی چیز دے تو اس کا اکنالج کرو۔</w:t>
      </w:r>
    </w:p>
    <w:p>
      <w:r>
        <w:rPr>
          <w:b/>
        </w:rPr>
        <w:t xml:space="preserve">[1:05:31] </w:t>
      </w:r>
      <w:r>
        <w:t>yani giver ko acknowledge karna yeh hamari nature mein introven hai. aur Khuda ko acknowledge nahi, acknowledge nahi karte hum. to everyone is living in contradiction.</w:t>
      </w:r>
    </w:p>
    <w:p>
      <w:pPr>
        <w:jc w:val="right"/>
      </w:pPr>
      <w:r>
        <w:t>یعنی گیور کو اکنالج کرنا یہ ہماری نیچر میں انٹروون ہے۔ اور خدا کو اکنالج نہیں، اکنالج نہیں کرتے ہم۔ تو ایوری ون از لیونگ ان کنٹراڈکشن۔</w:t>
      </w:r>
    </w:p>
    <w:p>
      <w:r>
        <w:rPr>
          <w:b/>
        </w:rPr>
        <w:t xml:space="preserve">[1:05:45] </w:t>
      </w:r>
      <w:r>
        <w:t>to aaj ka insan kya hai? aaj ka insan ka mamla yeh hai ke har aadmi ka jo nature hai, woh un addressed pada rehta hai.</w:t>
      </w:r>
    </w:p>
    <w:p>
      <w:pPr>
        <w:jc w:val="right"/>
      </w:pPr>
      <w:r>
        <w:t>تو آج کا انسان کیا ہے؟ آج کا انسان کا معاملہ یہ ہے کہ ہر آدمی کا جو نیچر ہے، وہ ان انڈرسٹ، ان ایڈریس پڑا رہتا ہے۔</w:t>
      </w:r>
    </w:p>
    <w:p>
      <w:r>
        <w:rPr>
          <w:b/>
        </w:rPr>
        <w:t xml:space="preserve">[1:06:00] </w:t>
      </w:r>
      <w:r>
        <w:t>un addressed, address hi nahi hota kyunke nematوں mein dhoom macha rakhi hai aur manam ka etaraf nahi. then your nature is left unaddressed.</w:t>
      </w:r>
    </w:p>
    <w:p>
      <w:pPr>
        <w:jc w:val="right"/>
      </w:pPr>
      <w:r>
        <w:t>ان ایڈریسڈ، ایڈریس ہی نہیں ہوتا کیونکہ نعمتوں میں دھوم مچا رکھی ہے اور منم کا اعتراف نہیں۔ دین یور نیچر از لیفٹ ان ایڈریسڈ۔</w:t>
      </w:r>
    </w:p>
    <w:p>
      <w:r>
        <w:rPr>
          <w:b/>
        </w:rPr>
        <w:t xml:space="preserve">[1:06:14] </w:t>
      </w:r>
      <w:r>
        <w:t>isi ke naam tension hai, isi ke naam stress hai,</w:t>
      </w:r>
    </w:p>
    <w:p>
      <w:pPr>
        <w:jc w:val="right"/>
      </w:pPr>
      <w:r>
        <w:t>اسی کے نام ٹینشن ہے، اسی کے نام اسٹریس ہے،</w:t>
      </w:r>
    </w:p>
    <w:p>
      <w:r>
        <w:rPr>
          <w:b/>
        </w:rPr>
        <w:t xml:space="preserve">[1:06:20] </w:t>
      </w:r>
      <w:r>
        <w:t>isi ke naam tension hai, isi ke naam interest hai. jab aap ka nature unaddressed hai to isi ke naam tension hai.</w:t>
      </w:r>
    </w:p>
    <w:p>
      <w:pPr>
        <w:jc w:val="right"/>
      </w:pPr>
      <w:r>
        <w:t>اسی کے نام ٹینشن ہے، اسی کے نام انٹرسٹ ہے۔ جب آپ کا نیچر ان ایڈریسڈ ہے تو اسی کے نام ٹینشن ہے۔</w:t>
      </w:r>
    </w:p>
    <w:p>
      <w:r>
        <w:rPr>
          <w:b/>
        </w:rPr>
        <w:t xml:space="preserve">[1:06:30] </w:t>
      </w:r>
      <w:r>
        <w:t>to mein to samajhta hoon ke namaz 24 ghante parhna hai, 45 time humein parhna hai without routine aur five time parhna hai according to the routine.</w:t>
      </w:r>
    </w:p>
    <w:p>
      <w:pPr>
        <w:jc w:val="right"/>
      </w:pPr>
      <w:r>
        <w:t>تو میں تو سمجھتا ہوں کہ نماز 24 گھنٹے پڑھنا ہے، 45 ٹائم ہمیں پڑھنا ہے ودا آؤٹ روٹین اور فائیو ٹائم پڑھنا ہے اکائیڈ ٹو دا روٹین۔</w:t>
      </w:r>
    </w:p>
    <w:p>
      <w:r>
        <w:rPr>
          <w:b/>
        </w:rPr>
        <w:t xml:space="preserve">[1:06:46] </w:t>
      </w:r>
      <w:r>
        <w:t>this question is from naghma: "how do we bring anti self thinking?"</w:t>
      </w:r>
    </w:p>
    <w:p>
      <w:pPr>
        <w:jc w:val="right"/>
      </w:pPr>
      <w:r>
        <w:t>دس کوئسچن از فرام نغمہ: "ہاؤ ڈو وی برنگ اینٹی سیلف تھنکنگ؟"</w:t>
      </w:r>
    </w:p>
    <w:p>
      <w:r>
        <w:rPr>
          <w:b/>
        </w:rPr>
        <w:t xml:space="preserve">[1:07:01] </w:t>
      </w:r>
      <w:r>
        <w:t>dekhein, basic baat yeh dekhne ki hai ke anti self thinking ki capacity kya hai mere andar ke nahi hai. basic baat yeh hai.</w:t>
      </w:r>
    </w:p>
    <w:p>
      <w:pPr>
        <w:jc w:val="right"/>
      </w:pPr>
      <w:r>
        <w:t>دیکھیں، بیسک بات یہ دیکھنے کی ہے کہ اینٹی سیلف تھنکنگ کی کیپیسٹی کیا ہے میرے اندر کہ نہیں ہے۔ بیسک بات یہ ہے۔</w:t>
      </w:r>
    </w:p>
    <w:p>
      <w:r>
        <w:rPr>
          <w:b/>
        </w:rPr>
        <w:t xml:space="preserve">[1:07:12] </w:t>
      </w:r>
      <w:r>
        <w:t>to hai, mind ki capacity itni zyada hai, itni zyada hai ke sab kuch aap soch paate hain. aap macro world par soch paate hain aur macro world tak soch paate hain.</w:t>
      </w:r>
    </w:p>
    <w:p>
      <w:pPr>
        <w:jc w:val="right"/>
      </w:pPr>
      <w:r>
        <w:t>تو ہے، مائنڈ کی کیپیسٹی اتنی زیادہ ہے، اتنی زیادہ ہے کہ سب کچھ آپ سوچ پاتے ہیں۔ آپ میکرو ورلڈ پر سوچ پاتے ہیں اور میکرو ورلڈ تک سوچ پاتے ہیں۔</w:t>
      </w:r>
    </w:p>
    <w:p>
      <w:r>
        <w:rPr>
          <w:b/>
        </w:rPr>
        <w:t xml:space="preserve">[1:07:28] </w:t>
      </w:r>
      <w:r>
        <w:t>aap aap black holes ko dekhe baghair conceive paate hain ke yahan space mein black holes hain.</w:t>
      </w:r>
    </w:p>
    <w:p>
      <w:pPr>
        <w:jc w:val="right"/>
      </w:pPr>
      <w:r>
        <w:t>آپ آپ بلیک ہولز کو دیکھے بغیر کنسیو کر پاتے ہیں کہ یہاں اسپیس میں بلیک ہولز ہیں۔</w:t>
      </w:r>
    </w:p>
    <w:p>
      <w:r>
        <w:rPr>
          <w:b/>
        </w:rPr>
        <w:t xml:space="preserve">[1:07:37] </w:t>
      </w:r>
      <w:r>
        <w:t>to jab aap ki mind capacity itni zyada hai to bilashuba woh possible hai. ab masla sirf hai sincerity ka. aap kitna sincere hain?</w:t>
      </w:r>
    </w:p>
    <w:p>
      <w:pPr>
        <w:jc w:val="right"/>
      </w:pPr>
      <w:r>
        <w:t>تو جب آپ کی مائنڈ کیپیسٹی اتنی زیادہ ہے تو بلاشبہ وہ پاسیبل ہے۔ اب مسئلہ صرف ہے سنسیرٹی کا۔ آپ کتنا سنسیئر ہیں؟</w:t>
      </w:r>
    </w:p>
    <w:p>
      <w:r>
        <w:rPr>
          <w:b/>
        </w:rPr>
        <w:t xml:space="preserve">[1:07:50] </w:t>
      </w:r>
      <w:r>
        <w:t>sincere hain to soch paayenge, nahi sincere nahi soch paayenge.</w:t>
      </w:r>
    </w:p>
    <w:p>
      <w:pPr>
        <w:jc w:val="right"/>
      </w:pPr>
      <w:r>
        <w:t>سنسیئر ہیں تو سوچ پائیں گے، نہیں سنسیئر نہیں سوچ پائیں گے۔</w:t>
      </w:r>
    </w:p>
    <w:p>
      <w:r>
        <w:rPr>
          <w:b/>
        </w:rPr>
        <w:t xml:space="preserve">[1:07:54] </w:t>
      </w:r>
      <w:r>
        <w:t>jaise mein ne ek qissa bataya aap ko, unhon ne keh diya ke "ae black mother ke bete"..</w:t>
      </w:r>
    </w:p>
    <w:p>
      <w:pPr>
        <w:jc w:val="right"/>
      </w:pPr>
      <w:r>
        <w:t>جیسے میں نے ایک قصہ بتایا آپ کو، انہوں نے کہہ دیا کہ "اے بلیک مدر کے بیٹے"۔</w:t>
      </w:r>
    </w:p>
    <w:p>
      <w:r>
        <w:rPr>
          <w:b/>
        </w:rPr>
        <w:t xml:space="preserve">[1:08:04] </w:t>
      </w:r>
      <w:r>
        <w:t>to us waqt woh jee rahe the superiority complex mein. phir unhon ne kaha ke "tum apna power rakho mere chehre par".. tab jeene lage woh inferiority complex mein.</w:t>
      </w:r>
    </w:p>
    <w:p>
      <w:pPr>
        <w:jc w:val="right"/>
      </w:pPr>
      <w:r>
        <w:t>تو اس وقت وہ جی رہے تھے سپیریٹی کمپلیکس میں۔ پھر انہوں نے کہا کہ "تم اپنا پاور رکھو میرے چہرے پر"۔ تب جینے لگے وہ انفیریٹی کمپلیکس میں۔</w:t>
      </w:r>
    </w:p>
    <w:p>
      <w:r>
        <w:rPr>
          <w:b/>
        </w:rPr>
        <w:t xml:space="preserve">[1:08:15] </w:t>
      </w:r>
      <w:r>
        <w:t>to kaise badla unhon ne apne aap ko? abhi idhar the, abhi idhar ho gaye. abhi superiority mein the, abhi ek dum ulta ho gaya is ka.</w:t>
      </w:r>
    </w:p>
    <w:p>
      <w:pPr>
        <w:jc w:val="right"/>
      </w:pPr>
      <w:r>
        <w:t>تو کیسے بدلا انہوں نے اپنے آپ کو؟ ابھی ادھر تھے، ابھی ادھر ہو گئے۔ ابھی سپیریٹی میں تھے، ابھی ایک دم الٹا ہو گیا اس کا۔</w:t>
      </w:r>
    </w:p>
    <w:p>
      <w:r>
        <w:rPr>
          <w:b/>
        </w:rPr>
        <w:t xml:space="preserve">[1:08:25] </w:t>
      </w:r>
      <w:r>
        <w:t>to jo cheez possible hai,</w:t>
      </w:r>
    </w:p>
    <w:p>
      <w:pPr>
        <w:jc w:val="right"/>
      </w:pPr>
      <w:r>
        <w:t>تو جو چیز پاسیبل ہے،</w:t>
      </w:r>
    </w:p>
    <w:p>
      <w:r>
        <w:rPr>
          <w:b/>
        </w:rPr>
        <w:t xml:space="preserve">[1:08:29] </w:t>
      </w:r>
      <w:r>
        <w:t>us ko kya hai? us ko aap possible hai to us ko actual banaiye. jo cheez possible hai, jo cheez potentially possible hai to us ko actual banaiye.</w:t>
      </w:r>
    </w:p>
    <w:p>
      <w:pPr>
        <w:jc w:val="right"/>
      </w:pPr>
      <w:r>
        <w:t>اس کو کیا ہے؟ اس کو آپ پاسیبل ہے تو اس کو ایکچول بنائیے۔ جو چیز پاسیبل ہے، جو چیز پوٹینشلی پاسیبل ہے تو اس کو ایکچول بنائیے۔</w:t>
      </w:r>
    </w:p>
    <w:p>
      <w:r>
        <w:rPr>
          <w:b/>
        </w:rPr>
        <w:t xml:space="preserve">[1:08:40] </w:t>
      </w:r>
      <w:r>
        <w:t>to har cheez ke liye aap effort karte hain, har cheez ke liye aap struggle karte hain. is ke liye bhi struggle kijiye. aaj kal mein dekhta hoon dili mein ke madrase ke ladke aa kar fulfil angrezi bolte hain.</w:t>
      </w:r>
    </w:p>
    <w:p>
      <w:pPr>
        <w:jc w:val="right"/>
      </w:pPr>
      <w:r>
        <w:t>تو ہر چیز کے لیے آپ ایفرٹ کرتے ہیں، ہر چیز کے لیے آپ سٹرگل کرتے ہیں۔ اس کے لیے بھی سٹرگل کیجئے۔ آج کل میں دیکھتا ہوں دلی میں کہ مدرسے کے لڑکے آ کر فلفل انگریزی بولتے ہیں۔</w:t>
      </w:r>
    </w:p>
    <w:p>
      <w:r>
        <w:rPr>
          <w:b/>
        </w:rPr>
        <w:t xml:space="preserve">[1:08:53] </w:t>
      </w:r>
      <w:r>
        <w:t>mein hairaan hoon ke</w:t>
      </w:r>
    </w:p>
    <w:p>
      <w:pPr>
        <w:jc w:val="right"/>
      </w:pPr>
      <w:r>
        <w:t>میں حیران ہوں کہ</w:t>
      </w:r>
    </w:p>
    <w:p>
      <w:r>
        <w:rPr>
          <w:b/>
        </w:rPr>
        <w:t xml:space="preserve">[1:08:55] </w:t>
      </w:r>
      <w:r>
        <w:t>mere paas kuch bachche aaye hue hain, le ke angrezi bolne. woh madrase ke padhe hue hain, jab ke 20-25 saal pehle yeh impossible tha. yeh toh kyun?</w:t>
      </w:r>
    </w:p>
    <w:p>
      <w:pPr>
        <w:jc w:val="right"/>
      </w:pPr>
      <w:r>
        <w:t>میرے پاس کچھ بچے آئے ہوئے ہیں، لے کے انگریزی بولنے۔ وہ مدرسے کے پڑھے ہوئے ہیں، جبکہ 20-25 سال پہلے یہ امپاسیبل تھا۔ یہ تو کیوں؟</w:t>
      </w:r>
    </w:p>
    <w:p>
      <w:r>
        <w:rPr>
          <w:b/>
        </w:rPr>
        <w:t xml:space="preserve">[1:09:04] </w:t>
      </w:r>
      <w:r>
        <w:t>unhon ne dekha ke angrezi mein job milta hai, english mein zyada kaam mil jata hai, english mein zyada paisa milta hai. to mehnat kar ke padh liya unhon ne angrezi.</w:t>
      </w:r>
    </w:p>
    <w:p>
      <w:pPr>
        <w:jc w:val="right"/>
      </w:pPr>
      <w:r>
        <w:t>انہوں نے دیکھا کہ انگریزی میں جاب ملتا ہے، انگلش میں زیادہ کام مل جاتا ہے، انگلش میں زیادہ پیسہ ملتا ہے۔ تو محنت کر کے پڑھ لیا انہوں نے انگریزی۔</w:t>
      </w:r>
    </w:p>
    <w:p>
      <w:r>
        <w:rPr>
          <w:b/>
        </w:rPr>
        <w:t xml:space="preserve">[1:09:15] </w:t>
      </w:r>
      <w:r>
        <w:t>jab hum madrase mein padhte the, tab un unthinkable tha ke madrase ka aadmi angrezi bole.</w:t>
      </w:r>
    </w:p>
    <w:p>
      <w:pPr>
        <w:jc w:val="right"/>
      </w:pPr>
      <w:r>
        <w:t>جب ہم مدرسے میں پڑھتے تھے، تب ان ان تھنکیبل تھا کہ مدرسے کا آدمی انگریزی بولے۔</w:t>
      </w:r>
    </w:p>
    <w:p>
      <w:r>
        <w:rPr>
          <w:b/>
        </w:rPr>
        <w:t xml:space="preserve">[1:09:22] </w:t>
      </w:r>
      <w:r>
        <w:t>aaj woh possible ho gaya kyunke unhon ne apne effort lagai. is mein effort lagai hai to sab kuch possible hai. apne hi, apne hi potential ko actual banana hai.</w:t>
      </w:r>
    </w:p>
    <w:p>
      <w:pPr>
        <w:jc w:val="right"/>
      </w:pPr>
      <w:r>
        <w:t>آج وہ پاسیبل ہو گیا کیونکہ انہوں نے اپنے ایفرٹ لگائی۔ اس میں ایفرٹ لگائی ہے تو سب کچھ پاسیبل ہے۔ اپنے ہی، اپنے ہی پوٹینشل کو ایکچول بنانا ہے۔</w:t>
      </w:r>
    </w:p>
    <w:p>
      <w:r>
        <w:rPr>
          <w:b/>
        </w:rPr>
        <w:t xml:space="preserve">[1:09:36] </w:t>
      </w:r>
      <w:r>
        <w:t>koi foreign cheez nahi hai, yeh apne potential ko aap ko actual banana hai. yahi hai anti-self thinking.</w:t>
      </w:r>
    </w:p>
    <w:p>
      <w:pPr>
        <w:jc w:val="right"/>
      </w:pPr>
      <w:r>
        <w:t>کوئی فارن چیز نہیں ہے، یہ اپنے پوٹینشل کو آپ کو ایکچول بنانا ہے۔ یہی ہے اینٹی سیلف تھنکنگ۔</w:t>
      </w:r>
    </w:p>
    <w:p>
      <w:r>
        <w:rPr>
          <w:b/>
        </w:rPr>
        <w:t xml:space="preserve">[1:09:49] </w:t>
      </w:r>
      <w:r>
        <w:t>das question is from idrees:</w:t>
      </w:r>
    </w:p>
    <w:p>
      <w:pPr>
        <w:jc w:val="right"/>
      </w:pPr>
      <w:r>
        <w:t>دس کوئسچن از فرام ادریس:</w:t>
      </w:r>
    </w:p>
    <w:p>
      <w:r>
        <w:rPr>
          <w:b/>
        </w:rPr>
        <w:t xml:space="preserve">[1:09:52] </w:t>
      </w:r>
      <w:r>
        <w:t>"a brain consists more particles than universe. how can one comprehend this as the brain is also part of the universe?" dekhen, yeh toh is ko comprehend karne ke liye divine mind chahiye.</w:t>
      </w:r>
    </w:p>
    <w:p>
      <w:pPr>
        <w:jc w:val="right"/>
      </w:pPr>
      <w:r>
        <w:t>"ا برین کنسسٹ مور پارٹیکلز دین یونیورس۔ ہاؤ کین ون کمپرینڈ دس ایز دا برین از السو پارٹ اف دا یونیورس؟" دیکھیں، یہ تو اس کو کمپرینڈ کرنے کے لیے ڈیوائن مائنڈ چاہیے۔</w:t>
      </w:r>
    </w:p>
    <w:p>
      <w:r>
        <w:rPr>
          <w:b/>
        </w:rPr>
        <w:t xml:space="preserve">[1:10:09] </w:t>
      </w:r>
      <w:r>
        <w:t>yeh toh is ne gina nahi hai, woh koi gin nahi sakta hai. lekin is ke enormous capacities ko dekh kar ke is ne yeh rai banai hai.</w:t>
      </w:r>
    </w:p>
    <w:p>
      <w:pPr>
        <w:jc w:val="right"/>
      </w:pPr>
      <w:r>
        <w:t>یہ تو اس نے گنا نہیں ہے، وہ کوئی گن نہیں سکتا ہے۔ لیکن اس کے انارمس کیپیسٹیز کو دیکھ کر کے اس نے یہ رائے بنائی ہے۔</w:t>
      </w:r>
    </w:p>
    <w:p>
      <w:r>
        <w:rPr>
          <w:b/>
        </w:rPr>
        <w:t xml:space="preserve">[1:10:20] </w:t>
      </w:r>
      <w:r>
        <w:t>to Khuda ke liye bhi possible hai. aap jante hain ke jo particle hota hai, jo electron, proton hote hain, aur jo dna ke zariye jo pata chala hai genetic code ka, woh toh chhote mein chhota, chhote mein chhota, chhote mein chhota.</w:t>
      </w:r>
    </w:p>
    <w:p>
      <w:pPr>
        <w:jc w:val="right"/>
      </w:pPr>
      <w:r>
        <w:t>تو خدا کے لیے بھی پاسیبل ہے۔ آپ جانتے ہیں کہ جو پارٹیکل ہوتا ہے، جو الیکٹران، پروٹان ہوتے ہیں، اور جو ڈی این اے کے ذریعے جو پتہ چلا ہے جینیٹک کوڈ کا، وہ تو چھوٹے میں چھوٹا، چھوٹے میں چھوٹا، چھوٹے میں چھوٹا۔</w:t>
      </w:r>
    </w:p>
    <w:p>
      <w:r>
        <w:rPr>
          <w:b/>
        </w:rPr>
        <w:t xml:space="preserve">[1:10:41] </w:t>
      </w:r>
      <w:r>
        <w:t>kisi scientist ne kaha ke aaj kal ki jo knowledge hai is ke bare mein ke "we are knowing less, we are knowing more and more about less and less, we are knowing more and more about less and less".</w:t>
      </w:r>
    </w:p>
    <w:p>
      <w:pPr>
        <w:jc w:val="right"/>
      </w:pPr>
      <w:r>
        <w:t>کسی سائنٹسٹ نے کہا کہ آج کل کی جو نالج ہے اس کے بارے میں کہ "وی آر نوئنگ لیس، وی آر نوئنگ مور اینڈ مور اباؤٹ لیس اینڈ لیس، وی آر نوئنگ مور اینڈ مور اباؤٹ لیس اینڈ لیس"۔</w:t>
      </w:r>
    </w:p>
    <w:p>
      <w:r>
        <w:rPr>
          <w:b/>
        </w:rPr>
        <w:t xml:space="preserve">[1:10:56] </w:t>
      </w:r>
      <w:r>
        <w:t>yeh jitna chale jao, utne maloom hote hain ke aur dunya, aur dunya, aur dunya is ke andar hai. woh toh yeh toh unthinkable hai. yeh sirf Khuda ki qudrat ko batata hai: "in Allah ala kulli shay qadeer".</w:t>
      </w:r>
    </w:p>
    <w:p>
      <w:pPr>
        <w:jc w:val="right"/>
      </w:pPr>
      <w:r>
        <w:t>یہ جتنا چلے جاؤ، اتنے معلوم ہوتے ہیں کہ اور دنیا، اور دنیا، اور دنیا اس کے اندر ہے۔ وہ تو یہ تو ان تھنکیبل ہے۔ یہ صرف خدا کی قدرت کو بتاتا ہے: "ان اللہ علی کل شی قدیر"۔</w:t>
      </w:r>
    </w:p>
    <w:p>
      <w:r>
        <w:rPr>
          <w:b/>
        </w:rPr>
        <w:t xml:space="preserve">[1:11:11] </w:t>
      </w:r>
      <w:r>
        <w:t>Khuda har cheez par qadir hai, is par bhi woh qadir hai. woh toh mein samajhta hoon ke is ko hum mathematical calculation ke mutabiq nahi bata sakte, lekin ek waqia hai jis ko aap ko manna padta hai,</w:t>
      </w:r>
    </w:p>
    <w:p>
      <w:pPr>
        <w:jc w:val="right"/>
      </w:pPr>
      <w:r>
        <w:t>خدا ہر چیز پر قادر ہے، اس پر بھی وہ قادر ہے۔ وہ تو میں سمجھتا ہوں کہ اس کو ہم میتھمیٹیکل کیلکولیشن کے مطابق نہیں بتا سکتے، لیکن ایک واقعہ ہے جس کو آپ کو ماننا پڑتا ہے،</w:t>
      </w:r>
    </w:p>
    <w:p>
      <w:r>
        <w:rPr>
          <w:b/>
        </w:rPr>
        <w:t xml:space="preserve">[1:11:27] </w:t>
      </w:r>
      <w:r>
        <w:t>manna padta hai aap ko. isi ko is scientist ne kaha: "he has another question which is what is the view of Islam on palmistry?"</w:t>
      </w:r>
    </w:p>
    <w:p>
      <w:pPr>
        <w:jc w:val="right"/>
      </w:pPr>
      <w:r>
        <w:t>ماننا پڑتا ہے آپ کو۔ اسی کو اس سائنٹسٹ نے کہا: "ہی ہیز انادر کوئسچن وچ از واٹ از دا ویو اف اسلام ان پامسٹری؟"</w:t>
      </w:r>
    </w:p>
    <w:p>
      <w:r>
        <w:rPr>
          <w:b/>
        </w:rPr>
        <w:t xml:space="preserve">[1:11:44] </w:t>
      </w:r>
      <w:r>
        <w:t>palmistry toh mein ne parhi thi kabhi. woh toh ek guess work hai. palmistry ek guess work hai, woh koi science nahi hai.</w:t>
      </w:r>
    </w:p>
    <w:p>
      <w:pPr>
        <w:jc w:val="right"/>
      </w:pPr>
      <w:r>
        <w:t>پامسٹری تو میں نے پڑھی تھی کبھی۔ وہ تو ایک گیس ورک ہے۔ پامسٹری ایک گیس ورک ہے، وہ کوئی سائنس نہیں ہے۔</w:t>
      </w:r>
    </w:p>
    <w:p>
      <w:r>
        <w:rPr>
          <w:b/>
        </w:rPr>
        <w:t xml:space="preserve">[1:11:57] </w:t>
      </w:r>
      <w:r>
        <w:t>aap is ko dekh kar kuch baatein batate hain, ho sakta hai ek sahi nikle, ho sakta hai galat nikle. to Islam is bare mein kuch nahi kehta.</w:t>
      </w:r>
    </w:p>
    <w:p>
      <w:pPr>
        <w:jc w:val="right"/>
      </w:pPr>
      <w:r>
        <w:t>آپ اس کو دیکھ کر کچھ باتیں بتاتے ہیں، ہو سکتا ہے ایک صحیح نکلے، ہو سکتا ہے غلط نکلے۔ تو اسلام اس بارے میں کچھ نہیں کہتا۔</w:t>
      </w:r>
    </w:p>
    <w:p>
      <w:r>
        <w:rPr>
          <w:b/>
        </w:rPr>
        <w:t xml:space="preserve">[1:12:05] </w:t>
      </w:r>
      <w:r>
        <w:t>aap ko dilchaspi ho to aap palmistry parhiye, lekin yeh koi science nahi hai, yeh ek guess work hai. yeh sara speculation par base karta hai,</w:t>
      </w:r>
    </w:p>
    <w:p>
      <w:pPr>
        <w:jc w:val="right"/>
      </w:pPr>
      <w:r>
        <w:t>آپ کو دلچسپی ہو تو آپ پامسٹری پڑھیے، لیکن یہ کوئی سائنس نہیں ہے، یہ ایک گیس ورک ہے۔ یہ سارا اسپیکولیشن پر بیس کرتا ہے،</w:t>
      </w:r>
    </w:p>
    <w:p>
      <w:r>
        <w:rPr>
          <w:b/>
        </w:rPr>
        <w:t xml:space="preserve">[1:12:16] </w:t>
      </w:r>
      <w:r>
        <w:t>jis ko hum urdu mein kehte hain itkal. itkal par base karta hai. das question is from raziya: "even if people think and ponder over the greatness of their lord,</w:t>
      </w:r>
    </w:p>
    <w:p>
      <w:pPr>
        <w:jc w:val="right"/>
      </w:pPr>
      <w:r>
        <w:t>جس کو ہم اردو میں کہتے ہیں اٹکل۔ اٹکل پر بیس کرتا ہے۔ دس کوئسچن از فرام راضیہ: "ایون اف پیپل تھنک اینڈ پونڈر اوور دا گریٹنس اف دیر لارڈ،</w:t>
      </w:r>
    </w:p>
    <w:p>
      <w:r>
        <w:rPr>
          <w:b/>
        </w:rPr>
        <w:t xml:space="preserve">[1:12:30] </w:t>
      </w:r>
      <w:r>
        <w:t>this realization soon fades as they get back to their busy work schedule. how can this be avoided?"</w:t>
      </w:r>
    </w:p>
    <w:p>
      <w:pPr>
        <w:jc w:val="right"/>
      </w:pPr>
      <w:r>
        <w:t>دس ریلائزیشن سون فیڈز ایز دے گیٹ بیک ٹو دیر بزی ورک شیڈیول۔ ہاؤ کین دس بی اوائڈڈ؟"</w:t>
      </w:r>
    </w:p>
    <w:p>
      <w:r>
        <w:rPr>
          <w:b/>
        </w:rPr>
        <w:t xml:space="preserve">[1:12:42] </w:t>
      </w:r>
      <w:r>
        <w:t>bhai, yahi toh jannat ki price hai.</w:t>
      </w:r>
    </w:p>
    <w:p>
      <w:pPr>
        <w:jc w:val="right"/>
      </w:pPr>
      <w:r>
        <w:t>بھائی، یہی تو جنت کی پرائس ہے۔</w:t>
      </w:r>
    </w:p>
    <w:p>
      <w:r>
        <w:rPr>
          <w:b/>
        </w:rPr>
        <w:t xml:space="preserve">[1:12:49] </w:t>
      </w:r>
      <w:r>
        <w:t>paradise ki price yahi hai ke aap bheed mein apne aap ko akela bana saken.</w:t>
      </w:r>
    </w:p>
    <w:p>
      <w:pPr>
        <w:jc w:val="right"/>
      </w:pPr>
      <w:r>
        <w:t>پارڈائز کی پرائس یہی ہے کہ آپ بھیڑ میں اپنے آپ کو اکیلا بنا سکیں۔</w:t>
      </w:r>
    </w:p>
    <w:p>
      <w:r>
        <w:rPr>
          <w:b/>
        </w:rPr>
        <w:t xml:space="preserve">[1:12:59] </w:t>
      </w:r>
      <w:r>
        <w:t>agar brella apne aap ko bheed mein akela bana sakta hai to yeh bhi possible hai, kyunke is ko dunya ki sab se cheapest car banani thi.</w:t>
      </w:r>
    </w:p>
    <w:p>
      <w:pPr>
        <w:jc w:val="right"/>
      </w:pPr>
      <w:r>
        <w:t>اگر بریللہ اپنے آپ کو بھیڑ میں اکیلا بنا سکتا ہے تو یہ بھی پاسیبل ہے، کیونکہ اس کو دنیا کی سب سے چیپسٹ کار بنانی تھی۔</w:t>
      </w:r>
    </w:p>
    <w:p>
      <w:r>
        <w:rPr>
          <w:b/>
        </w:rPr>
        <w:t xml:space="preserve">[1:13:10] </w:t>
      </w:r>
      <w:r>
        <w:t>yani woh car bhi ho aur bohat zyada cheap bhi ho, to is ne apne aap ko ek dam dunya se kaat liya,</w:t>
      </w:r>
    </w:p>
    <w:p>
      <w:pPr>
        <w:jc w:val="right"/>
      </w:pPr>
      <w:r>
        <w:t>یعنی وہ کار بھی ہو اور بہت زیادہ چیپ بھی ہو، تو اس نے اپنے آپ کو ایک دم دنیا سے کاٹ لیا،</w:t>
      </w:r>
    </w:p>
    <w:p>
      <w:r>
        <w:rPr>
          <w:b/>
        </w:rPr>
        <w:t xml:space="preserve">[1:13:17] </w:t>
      </w:r>
      <w:r>
        <w:t>woh akela ban gaya. tab aisi aisi car bana saka. woh</w:t>
      </w:r>
    </w:p>
    <w:p>
      <w:pPr>
        <w:jc w:val="right"/>
      </w:pPr>
      <w:r>
        <w:t>وہ اکیلا بن گیا۔ تب ایسی ایسی کار بنا سکا۔ وہ</w:t>
      </w:r>
    </w:p>
    <w:p>
      <w:r>
        <w:rPr>
          <w:b/>
        </w:rPr>
        <w:t xml:space="preserve">[1:13:25] </w:t>
      </w:r>
      <w:r>
        <w:t>mein ne parha tha, woh ek kitab hai "freedom at midnight" azadi ke bare mein. kyunke 15 august jo tha, to is mein yeh hua tha ke 12 baj kar ek minute par viceroy ne announce kiya tha radio par ke "today india is free".</w:t>
      </w:r>
    </w:p>
    <w:p>
      <w:pPr>
        <w:jc w:val="right"/>
      </w:pPr>
      <w:r>
        <w:t>میں نے پڑھا تھا، وہ ایک کتاب ہے "فریڈم ایٹ مڈ نائٹ" آزادی کے بارے میں۔ کیونکہ 15 اگست جو تھا، تو اس میں یہ ہوا تھا کہ 12 بج کر ایک منٹ پر وائسران نے اناؤنس کیا تھا ریڈیو پر کہ "ٹوڈے انڈیا از فری"۔</w:t>
      </w:r>
    </w:p>
    <w:p>
      <w:r>
        <w:rPr>
          <w:b/>
        </w:rPr>
        <w:t xml:space="preserve">[1:13:47] </w:t>
      </w:r>
      <w:r>
        <w:t>so it was a freedom at midnight. is pe kitab likhi hai do aadmiyon ne. to is mein mein ne is ka ek interview parha tha, is mein likha tha us ne ke kaise likha us ne yeh kitab.</w:t>
      </w:r>
    </w:p>
    <w:p>
      <w:pPr>
        <w:jc w:val="right"/>
      </w:pPr>
      <w:r>
        <w:t>سو اٹ واز ا فریڈم ایٹ مڈ نائٹ۔ اس پہ کتاب لکھی ہے دو آدمیوں نے۔ تو اس میں میں نے اس کا ایک انٹرویو پڑھا تھا، اس میں لکھا تھا اس نے کہ کیسے لکھا اس نے یہ کتاب۔</w:t>
      </w:r>
    </w:p>
    <w:p>
      <w:r>
        <w:rPr>
          <w:b/>
        </w:rPr>
        <w:t xml:space="preserve">[1:14:02] </w:t>
      </w:r>
      <w:r>
        <w:t>donon ne to is mein tha ke "we lived life of a hermit and then we produced freedom at midnight".</w:t>
      </w:r>
    </w:p>
    <w:p>
      <w:pPr>
        <w:jc w:val="right"/>
      </w:pPr>
      <w:r>
        <w:t>دونوں نے تو اس میں تھا کہ "وی لیوڈ لائف اف اے ہرمیٹ اینڈ دین وی پروڈیوسڈ فریڈم ایٹ مڈ نائٹ"۔</w:t>
      </w:r>
    </w:p>
    <w:p>
      <w:r>
        <w:rPr>
          <w:b/>
        </w:rPr>
        <w:t xml:space="preserve">[1:14:13] </w:t>
      </w:r>
      <w:r>
        <w:t>h</w:t>
      </w:r>
    </w:p>
    <w:p>
      <w:pPr>
        <w:jc w:val="right"/>
      </w:pPr>
      <w:r>
        <w:t>ہ</w:t>
      </w:r>
    </w:p>
    <w:p>
      <w:r>
        <w:rPr>
          <w:b/>
        </w:rPr>
        <w:t xml:space="preserve">[1:14:14] </w:t>
      </w:r>
      <w:r>
        <w:t>m hermit ki zindagi guzari, hum ne rehan jaisi, aur phir hum ne yeh kitab likhi. to bheed mein aap ko akela jeena parta hai,</w:t>
      </w:r>
    </w:p>
    <w:p>
      <w:pPr>
        <w:jc w:val="right"/>
      </w:pPr>
      <w:r>
        <w:t>م ہرمیٹ کی زندگی گزاری، ہم نے رہبان جیسی، اور پھر ہم نے یہ کتاب لکھی۔ تو بھیڑ میں آپ کو اکیلا جینا پڑتا ہے،</w:t>
      </w:r>
    </w:p>
    <w:p>
      <w:r>
        <w:rPr>
          <w:b/>
        </w:rPr>
        <w:t xml:space="preserve">[1:14:26] </w:t>
      </w:r>
      <w:r>
        <w:t>aur yeh possible hai. ek shayar ne kaha hai ke "hai dad ke qabil meri tajreed tasawwur karta hoon tujhe ghair ki mehfil se juda yaad".</w:t>
      </w:r>
    </w:p>
    <w:p>
      <w:pPr>
        <w:jc w:val="right"/>
      </w:pPr>
      <w:r>
        <w:t>اور یہ پاسیبل ہے۔ ایک شاعر نے کہا ہے کہ "ہے داد کے قابل میری تجرید تصور کرتا ہوں تجھے غیر کی محفل سے جدا یاد"۔</w:t>
      </w:r>
    </w:p>
    <w:p>
      <w:r>
        <w:rPr>
          <w:b/>
        </w:rPr>
        <w:t xml:space="preserve">[1:14:39] </w:t>
      </w:r>
      <w:r>
        <w:t>to</w:t>
      </w:r>
    </w:p>
    <w:p>
      <w:pPr>
        <w:jc w:val="right"/>
      </w:pPr>
      <w:r>
        <w:t>تو</w:t>
      </w:r>
    </w:p>
    <w:p>
      <w:r>
        <w:rPr>
          <w:b/>
        </w:rPr>
        <w:t xml:space="preserve">[1:14:40] </w:t>
      </w:r>
      <w:r>
        <w:t>agar ek shayar apne kisi farzi mehboob ke liye abu ko bheed se alag kar sakta hai, to khuda ke liye alag karna kyun namumkin hai?</w:t>
      </w:r>
    </w:p>
    <w:p>
      <w:pPr>
        <w:jc w:val="right"/>
      </w:pPr>
      <w:r>
        <w:t>اگر ایک شاعر اپنے کسی فرضی محبوب کے لیے ابو کو بھیڑ سے الگ کر سکتا ہے، تو خدا کے لیے الگ کرنا کیوں ناممکن ہے؟</w:t>
      </w:r>
    </w:p>
    <w:p>
      <w:r>
        <w:rPr>
          <w:b/>
        </w:rPr>
        <w:t xml:space="preserve">[1:14:52] </w:t>
      </w:r>
      <w:r>
        <w:t>balke mein to samajhta hoon ke alag karna kya hai? alag sochna sirf hai, kyunke jo cheezein aap dekhte hain, usi mein to khuda bhi yaad yaad kar sakte hain.</w:t>
      </w:r>
    </w:p>
    <w:p>
      <w:pPr>
        <w:jc w:val="right"/>
      </w:pPr>
      <w:r>
        <w:t>بلکہ میں تو سمجھتا ہوں کہ الگ کرنا کیا ہے؟ الگ سوچنا صرف ہے، کیونکہ جو چیزیں آپ دیکھتے ہیں، اسی میں تو خدا بھی یاد یاد کر سکتے ہیں۔</w:t>
      </w:r>
    </w:p>
    <w:p>
      <w:r>
        <w:rPr>
          <w:b/>
        </w:rPr>
        <w:t xml:space="preserve">[1:15:02] </w:t>
      </w:r>
      <w:r>
        <w:t>aap khuda ko bhi,</w:t>
      </w:r>
    </w:p>
    <w:p>
      <w:pPr>
        <w:jc w:val="right"/>
      </w:pPr>
      <w:r>
        <w:t>آپ خدا کو بھی،</w:t>
      </w:r>
    </w:p>
    <w:p>
      <w:r>
        <w:rPr>
          <w:b/>
        </w:rPr>
        <w:t xml:space="preserve">[1:15:08] </w:t>
      </w:r>
      <w:r>
        <w:t>jaise mein ek ahmedabad mein ek bar mein ek karkhane mein gaya, to wahan par ek nai machine aayi thi.</w:t>
      </w:r>
    </w:p>
    <w:p>
      <w:pPr>
        <w:jc w:val="right"/>
      </w:pPr>
      <w:r>
        <w:t>جیسے میں ایک احمد آباد میں ایک بار میں ایک کارخانے میں گیا، تو وہاں پر ایک نئی مشین آئی تھی۔</w:t>
      </w:r>
    </w:p>
    <w:p>
      <w:r>
        <w:rPr>
          <w:b/>
        </w:rPr>
        <w:t xml:space="preserve">[1:15:18] </w:t>
      </w:r>
      <w:r>
        <w:t>machineon mein flying wheel hota hai, bara sa flying wheel jo chalta hai, to poori machine chalti hai. to us ne ek switch dabai to flying hole wheel jo hai, ek direction mein chalne laga.</w:t>
      </w:r>
    </w:p>
    <w:p>
      <w:pPr>
        <w:jc w:val="right"/>
      </w:pPr>
      <w:r>
        <w:t>مشینوں میں فلائنگ ویل ہوتا ہے، بڑا سا فلائنگ ویل جو چلتا ہے، تو پوری مشین چلتی ہے۔ تو اس نے ایک سوئچ دبائی تو فلائنگ ہول ویل جو ہے، ایک ڈائریکشن میں چلنے لگا۔</w:t>
      </w:r>
    </w:p>
    <w:p>
      <w:r>
        <w:rPr>
          <w:b/>
        </w:rPr>
        <w:t xml:space="preserve">[1:15:30] </w:t>
      </w:r>
      <w:r>
        <w:t>phir us ne dikhaya, ek doosri switch dabai to woh direction badal liya. us ne</w:t>
      </w:r>
    </w:p>
    <w:p>
      <w:pPr>
        <w:jc w:val="right"/>
      </w:pPr>
      <w:r>
        <w:t>پھر اس نے دکھایا، ایک دوسری سوئچ دبائی تو وہ ڈائریکشن بدل لیا۔ اس نے</w:t>
      </w:r>
    </w:p>
    <w:p>
      <w:r>
        <w:rPr>
          <w:b/>
        </w:rPr>
        <w:t xml:space="preserve">[1:15:34] </w:t>
      </w:r>
      <w:r>
        <w:t>idhar chalne laga, within second, within second us ne direction change kar liya. to us ko dekh kar mein zahir hai ke ek ek industrial event tha, woh us ko dekh kar mein ne socha ke dekhein, aisa hi hai</w:t>
      </w:r>
    </w:p>
    <w:p>
      <w:pPr>
        <w:jc w:val="right"/>
      </w:pPr>
      <w:r>
        <w:t>ادھر چلنے لگا، ود ان سیکنڈ، ود ان سیکنڈ اس نے ڈائریکشن چینج کر لیا۔ تو اس کو دیکھ کر میں ظاہر ہے کہ ایک ایک انڈسٹریل ایونٹ تھا، وہ اس کو دیکھ کر میں نے سوچا کہ دیکھیں، ایسا ہی ہے</w:t>
      </w:r>
    </w:p>
    <w:p>
      <w:r>
        <w:rPr>
          <w:b/>
        </w:rPr>
        <w:t xml:space="preserve">[1:15:52] </w:t>
      </w:r>
      <w:r>
        <w:t>khuda parast insan, khuda ko man'ne wala insan ke within second woh apni direction change kar sakta hai. abhi ghussa tha, abhi maaf kar diya,</w:t>
      </w:r>
    </w:p>
    <w:p>
      <w:pPr>
        <w:jc w:val="right"/>
      </w:pPr>
      <w:r>
        <w:t>خدا پرست انسان، خدا کو ماننے والا انسان کہ ود ان سیکنڈ وہ اپنی ڈائریکشن چینج کر سکتا ہے۔ ابھی غصہ تھا، ابھی معاف کر دیا،</w:t>
      </w:r>
    </w:p>
    <w:p>
      <w:r>
        <w:rPr>
          <w:b/>
        </w:rPr>
        <w:t xml:space="preserve">[1:16:03] </w:t>
      </w:r>
      <w:r>
        <w:t>abhi negative thought mein jee raha tha, abhi positive thought mein jeene laga, abhi khuda ko bhoola tha, abhi khuda ko yaad karne laga. to within second direction ko change karna, jis tarah se ek machine karti hai, us ne ek insan ko karna hai.</w:t>
      </w:r>
    </w:p>
    <w:p>
      <w:pPr>
        <w:jc w:val="right"/>
      </w:pPr>
      <w:r>
        <w:t>ابھی نیگیٹیو تھاٹ میں جی رہا تھا، ابھی پازیٹیو تھاٹ میں جینے لگا، ابھی خدا کو بھولا تھا، ابھی خدا کو یاد کرنے لگا۔ تو ود ان سیکنڈ ڈائریکشن کو چینج کرنا، جس طرح سے ایک مشین کرتی ہے، اس نے ایک انسان کو کرنا ہے۔</w:t>
      </w:r>
    </w:p>
    <w:p>
      <w:r>
        <w:rPr>
          <w:b/>
        </w:rPr>
        <w:t xml:space="preserve">[1:16:20] </w:t>
      </w:r>
      <w:r>
        <w:t>to is mein mein ne ek lesson le liya is qism ka. to dekhein, sari sargarmion mein hamesha is mein ek jhalak hoti hai, divine jhalak, har jagah truth ki jhalak.</w:t>
      </w:r>
    </w:p>
    <w:p>
      <w:pPr>
        <w:jc w:val="right"/>
      </w:pPr>
      <w:r>
        <w:t>تو اس میں میں نے ایک لیسن لے لیا اس قسم کا۔ تو دیکھیں، ساری سرگرمیوں میں ہمیشہ اس میں ایک جھلک ہوتی ہے، ڈیوائن جھلک، ہر جگہ ٹروتھ کی جھلک۔</w:t>
      </w:r>
    </w:p>
    <w:p>
      <w:r>
        <w:rPr>
          <w:b/>
        </w:rPr>
        <w:t xml:space="preserve">[1:16:32] </w:t>
      </w:r>
      <w:r>
        <w:t>to agar aap developed mind hain, aap ka aap ka mind jo hai, woh aap ne us ko train kiya hai, to har jagah aap ko khuda ki jhalak dikhai degi.</w:t>
      </w:r>
    </w:p>
    <w:p>
      <w:pPr>
        <w:jc w:val="right"/>
      </w:pPr>
      <w:r>
        <w:t>تو اگر آپ ڈیولپڈ مائنڈ ہیں، آپ کا آپ کا مائنڈ جو ہے، وہ آپ نے اس کو ٹرین کیا ہے، تو ہر جگہ آپ کو خدا کی جھلک دکھائی دے گی۔</w:t>
      </w:r>
    </w:p>
    <w:p>
      <w:r>
        <w:rPr>
          <w:b/>
        </w:rPr>
        <w:t xml:space="preserve">[1:16:44] </w:t>
      </w:r>
      <w:r>
        <w:t>grass mein bhi, elephant mein bhi, industry mein bhi, har jagah khuda ki jhalak, khuda ki jhalak, khuda ki jhalak. to mein samajhta hoon ke mushkil kaam nahi hai, sirf intellectual training ki baat hai.</w:t>
      </w:r>
    </w:p>
    <w:p>
      <w:pPr>
        <w:jc w:val="right"/>
      </w:pPr>
      <w:r>
        <w:t>گراس میں بھی، ایلیفنٹ میں بھی، انڈسٹری میں بھی، ہر جگہ خدا کی جھلک، خدا کی جھلک، خدا کی جھلک۔ تو میں سمجھتا ہوں کہ مشکل کام نہیں ہے، صرف انٹلیکچول ٹریننگ کی بات ہے۔</w:t>
      </w:r>
    </w:p>
    <w:p>
      <w:r>
        <w:rPr>
          <w:b/>
        </w:rPr>
        <w:t xml:space="preserve">[1:16:59] </w:t>
      </w:r>
      <w:r>
        <w:t>there are few questions from dr farida khanoom:</w:t>
      </w:r>
    </w:p>
    <w:p>
      <w:pPr>
        <w:jc w:val="right"/>
      </w:pPr>
      <w:r>
        <w:t>دیر آر فیو کوئسچنز فرام ڈاکٹر فریدہ خانم:</w:t>
      </w:r>
    </w:p>
    <w:p>
      <w:r>
        <w:rPr>
          <w:b/>
        </w:rPr>
        <w:t xml:space="preserve">[1:17:03] </w:t>
      </w:r>
      <w:r>
        <w:t>"what should we do to make people realize the urgency of meeting face to face with god after death?" mein samajhta hoon ke har din, har waqt insan mar rahe hain.</w:t>
      </w:r>
    </w:p>
    <w:p>
      <w:pPr>
        <w:jc w:val="right"/>
      </w:pPr>
      <w:r>
        <w:t>"واٹ شوڈ وی ڈو ٹو میک پیپل ریلائز دی ارجنسی اف میٹنگ فیس ٹو فیس ود گاڈ افٹر ڈیتھ؟" میں سمجھتا ہوں کہ ہر دن، ہر وقت انسان مر رہے ہیں۔</w:t>
      </w:r>
    </w:p>
    <w:p>
      <w:r>
        <w:rPr>
          <w:b/>
        </w:rPr>
        <w:t xml:space="preserve">[1:17:20] </w:t>
      </w:r>
      <w:r>
        <w:t>akhbaron mein daily khabar aati hai, har jagah khabar hoti hai ke falan aadmi mar gaya, falan aadmi mar gaya. to doosre ki maut ko le kar apni maut ko yaad karna,</w:t>
      </w:r>
    </w:p>
    <w:p>
      <w:pPr>
        <w:jc w:val="right"/>
      </w:pPr>
      <w:r>
        <w:t>اخباروں میں ڈیلی خبر آتی ہے، ہر جگہ خبر ہوتی ہے کہ فلاں آدمی مر گیا، فلاں آدمی مر گیا۔ تو دوسرے کی موت کو لے کر اپنی موت کو یاد کرنا،</w:t>
      </w:r>
    </w:p>
    <w:p>
      <w:r>
        <w:rPr>
          <w:b/>
        </w:rPr>
        <w:t xml:space="preserve">[1:17:33] </w:t>
      </w:r>
      <w:r>
        <w:t>mein samajhta hoon ke sab se zyada easy rasta yahi hai. aas paas jo waqiyat ho rahe hain, un ko le kar ke mein sochun, hota yahi hai ke hum apne ko exclude kar lete hain,</w:t>
      </w:r>
    </w:p>
    <w:p>
      <w:pPr>
        <w:jc w:val="right"/>
      </w:pPr>
      <w:r>
        <w:t>میں سمجھتا ہوں کہ سب سے زیادہ ایزی راستہ یہی ہے۔ اس پاس جو واقعات ہو رہے ہیں، ان کو لے کر کے میں سوچوں، ہوتا یہی ہے کہ ہم اپنے کو ایکسکلوڈ کر لیتے ہیں،</w:t>
      </w:r>
    </w:p>
    <w:p>
      <w:r>
        <w:rPr>
          <w:b/>
        </w:rPr>
        <w:t xml:space="preserve">[1:17:49] </w:t>
      </w:r>
      <w:r>
        <w:t>apne ko exclude kar lete hain, apne ko alag kar lete hain. but woh to reminder hai, har death ek reminder hai, every death is a reminder, aur death har</w:t>
      </w:r>
    </w:p>
    <w:p>
      <w:pPr>
        <w:jc w:val="right"/>
      </w:pPr>
      <w:r>
        <w:t>اپنے کو ایکسکلوڈ کر لیتے ہیں، اپنے کو الگ کر لیتے ہیں۔ بٹ وہ تو ریمائنڈر ہے، ہر ڈیتھ ایک ریمائنڈر ہے، ایوری ڈیتھ از اے ریمائنڈر، اور ڈیتھ ہر</w:t>
      </w:r>
    </w:p>
    <w:p>
      <w:r>
        <w:rPr>
          <w:b/>
        </w:rPr>
        <w:t xml:space="preserve">[1:18:02] </w:t>
      </w:r>
      <w:r>
        <w:t>waqt ho rahi hai, har subah, shaam, raat, din. har roz duniya mein</w:t>
      </w:r>
    </w:p>
    <w:p>
      <w:pPr>
        <w:jc w:val="right"/>
      </w:pPr>
      <w:r>
        <w:t>وقت ہو رہی ہے، ہر صبح، شام، رات، دن۔ ہر روز دنیا میں</w:t>
      </w:r>
    </w:p>
    <w:p>
      <w:r>
        <w:rPr>
          <w:b/>
        </w:rPr>
        <w:t xml:space="preserve">[1:18:10] </w:t>
      </w:r>
      <w:r>
        <w:t>taqreeban 15 lakh insaan mar jaate hain, zyada 15 lakh se zyada. to log mar rahe hain, har waqt is paas mar rahe hain.</w:t>
      </w:r>
    </w:p>
    <w:p>
      <w:pPr>
        <w:jc w:val="right"/>
      </w:pPr>
      <w:r>
        <w:t>تقریباً 15 لاکھ انسان مر جاتے ہیں، زیادہ 15 لاکھ سے زیادہ۔ تو لوگ مر رہے ہیں، ہر وقت اس پاس مر رہے ہیں۔</w:t>
      </w:r>
    </w:p>
    <w:p>
      <w:r>
        <w:rPr>
          <w:b/>
        </w:rPr>
        <w:t xml:space="preserve">[1:18:22] </w:t>
      </w:r>
      <w:r>
        <w:t>har death ek reminder hai, isi ko le kar yeh sochna ke jaise woh mara, waise main marne wala hoon.</w:t>
      </w:r>
    </w:p>
    <w:p>
      <w:pPr>
        <w:jc w:val="right"/>
      </w:pPr>
      <w:r>
        <w:t>ہر ڈیتھ ایک ریمائنڈر ہے، اسی کو لے کر یہ سوچنا کہ جیسے وہ مرا، ویسے میں مرنے والا ہوں۔</w:t>
      </w:r>
    </w:p>
    <w:p>
      <w:r>
        <w:rPr>
          <w:b/>
        </w:rPr>
        <w:t xml:space="preserve">[1:18:32] </w:t>
      </w:r>
      <w:r>
        <w:t>simple method yahi hai maut ko yaad karne ka.</w:t>
      </w:r>
    </w:p>
    <w:p>
      <w:pPr>
        <w:jc w:val="right"/>
      </w:pPr>
      <w:r>
        <w:t>سمپل میتھڈ یہی ہے موت کو یاد کرنے کا۔</w:t>
      </w:r>
    </w:p>
    <w:p>
      <w:r>
        <w:rPr>
          <w:b/>
        </w:rPr>
        <w:t xml:space="preserve">[1:18:41] </w:t>
      </w:r>
      <w:r>
        <w:t>what is the difference between meditation and introspection?</w:t>
      </w:r>
    </w:p>
    <w:p>
      <w:pPr>
        <w:jc w:val="right"/>
      </w:pPr>
      <w:r>
        <w:t>واٹ از دا ڈیفرنس بٹوین میڈیٹیشن اینڈ انٹروسپیکشن؟</w:t>
      </w:r>
    </w:p>
    <w:p>
      <w:r>
        <w:rPr>
          <w:b/>
        </w:rPr>
        <w:t xml:space="preserve">[1:18:49] </w:t>
      </w:r>
      <w:r>
        <w:t>dekhen, introspection to ek intellectual exercise hai. meditation mein koi mind involve nahin hota.</w:t>
      </w:r>
    </w:p>
    <w:p>
      <w:pPr>
        <w:jc w:val="right"/>
      </w:pPr>
      <w:r>
        <w:t>دیکھیں، انٹروسپیکشن تو ایک انٹلیکچول ایکسرسائز ہے۔ میڈیٹیشن میں کوئی مائنڈ انوالو نہیں ہوتا۔</w:t>
      </w:r>
    </w:p>
    <w:p>
      <w:r>
        <w:rPr>
          <w:b/>
        </w:rPr>
        <w:t xml:space="preserve">[1:19:00] </w:t>
      </w:r>
      <w:r>
        <w:t>meditation ke bare mein jahan tak main jaanta hoon, is mein mind involve nahin hota, balkeh sun mein jaana padta hai. yaani apne ko empty mind banana padta hai.</w:t>
      </w:r>
    </w:p>
    <w:p>
      <w:pPr>
        <w:jc w:val="right"/>
      </w:pPr>
      <w:r>
        <w:t>میڈیٹیشن کے بارے میں جہاں تک میں جانتا ہوں، اس میں مائنڈ انوالو نہیں ہوتا، بلکہ سن میں جانا پڑتا ہے۔ یعنی اپنے کو ایمپٹی مائنڈ بنانا پڑتا ہے۔</w:t>
      </w:r>
    </w:p>
    <w:p>
      <w:r>
        <w:rPr>
          <w:b/>
        </w:rPr>
        <w:t xml:space="preserve">[1:19:14] </w:t>
      </w:r>
      <w:r>
        <w:t>yaani meditation hota hai apne ko empty mind bana kar ke, aur introspection hota hai intellectual awakening ke zariye hota hai. sochna, sochna, sochna.</w:t>
      </w:r>
    </w:p>
    <w:p>
      <w:pPr>
        <w:jc w:val="right"/>
      </w:pPr>
      <w:r>
        <w:t>یعنی میڈیٹیشن ہوتا ہے اپنے کو ایمپٹی مائنڈ بنا کر کے، اور انٹروسپیکشن ہوتا ہے انٹلیکچول اویکننگ کے ذریعے ہوتا ہے۔ سوچنا، سوچنا، سوچنا۔</w:t>
      </w:r>
    </w:p>
    <w:p>
      <w:r>
        <w:rPr>
          <w:b/>
        </w:rPr>
        <w:t xml:space="preserve">[1:19:25] </w:t>
      </w:r>
      <w:r>
        <w:t>to meditation mein aadmi apni soch ko stop kar deta hai,</w:t>
      </w:r>
    </w:p>
    <w:p>
      <w:pPr>
        <w:jc w:val="right"/>
      </w:pPr>
      <w:r>
        <w:t>تو میڈیٹیشن میں آدمی اپنی سوچ کو سٹاپ کر دیتا ہے،</w:t>
      </w:r>
    </w:p>
    <w:p>
      <w:r>
        <w:rPr>
          <w:b/>
        </w:rPr>
        <w:t xml:space="preserve">[1:19:31] </w:t>
      </w:r>
      <w:r>
        <w:t>lekin introspection to poori tarah ek living cheez hai. har waqt soch, yaani soch kar ke aadmi baaton ko nikalta hai. to main samajhta hoon ke yahi farq hai dono mein ke introspection ek intellectual exercise hai,</w:t>
      </w:r>
    </w:p>
    <w:p>
      <w:pPr>
        <w:jc w:val="right"/>
      </w:pPr>
      <w:r>
        <w:t>لیکن انٹروسپیکشن تو پوری طرح ایک لیونگ چیز ہے۔ ہر وقت سوچ، یعنی سوچ کر کے آدمی باتوں کو نکالتا ہے۔ تو میں سمجھتا ہوں کہ یہی فرق ہے دونوں میں کہ انٹروسپیکشن ایک انٹلیکچول ایکسرسائز ہے،</w:t>
      </w:r>
    </w:p>
    <w:p>
      <w:r>
        <w:rPr>
          <w:b/>
        </w:rPr>
        <w:t xml:space="preserve">[1:19:48] </w:t>
      </w:r>
      <w:r>
        <w:t>aur meditation jo hai, woh mind ko stop kar ke, yaani apne aap ko vacuum mein le jaana, empty, emptiness mein le jaana.</w:t>
      </w:r>
    </w:p>
    <w:p>
      <w:pPr>
        <w:jc w:val="right"/>
      </w:pPr>
      <w:r>
        <w:t>اور میڈیٹیشن جو ہے، وہ مائنڈ کو سٹاپ کر کے، یعنی اپنے آپ کو ویکیوم میں لے جانا، ایمپٹی، ایمپٹینس میں لے جانا۔</w:t>
      </w:r>
    </w:p>
    <w:p>
      <w:r>
        <w:rPr>
          <w:b/>
        </w:rPr>
        <w:t xml:space="preserve">[1:19:59] </w:t>
      </w:r>
      <w:r>
        <w:t>jahan tak main jaanta hoon, yahi farq hai.</w:t>
      </w:r>
    </w:p>
    <w:p>
      <w:pPr>
        <w:jc w:val="right"/>
      </w:pPr>
      <w:r>
        <w:t>جہاں تک میں جانتا ہوں، یہی فرق ہے۔</w:t>
      </w:r>
    </w:p>
    <w:p>
      <w:r>
        <w:rPr>
          <w:b/>
        </w:rPr>
        <w:t xml:space="preserve">[1:20:04] </w:t>
      </w:r>
      <w:r>
        <w:t>can we realize truth by contemplation alone? or we need divine inspiration to realize truth.</w:t>
      </w:r>
    </w:p>
    <w:p>
      <w:pPr>
        <w:jc w:val="right"/>
      </w:pPr>
      <w:r>
        <w:t>کین وی ریلائز ٹروتھ بائے کنٹمپلیشن الون؟ اور وی نیڈ ڈیوائن انسپیریشن ٹو ریلائز ٹروتھ۔</w:t>
      </w:r>
    </w:p>
    <w:p>
      <w:r>
        <w:rPr>
          <w:b/>
        </w:rPr>
        <w:t xml:space="preserve">[1:20:15] </w:t>
      </w:r>
      <w:r>
        <w:t>dekhen, divine inspiration ke baghair to truth mil nahin sakti kisi ko, kyunke hamari limitations hain, hamari limitations hain.</w:t>
      </w:r>
    </w:p>
    <w:p>
      <w:pPr>
        <w:jc w:val="right"/>
      </w:pPr>
      <w:r>
        <w:t>دیکھیں، ڈیوائن انسپیریشن کے بغیر تو ٹروتھ مل نہیں سکتی کسی کو، کیونکہ ہماری لیمیٹیشنز ہیں، ہماری لیمیٹیشنز ہیں۔</w:t>
      </w:r>
    </w:p>
    <w:p>
      <w:r>
        <w:rPr>
          <w:b/>
        </w:rPr>
        <w:t xml:space="preserve">[1:20:27] </w:t>
      </w:r>
      <w:r>
        <w:t>to Quran mein ek misaal di gayi hai, Surah Noor mein</w:t>
      </w:r>
    </w:p>
    <w:p>
      <w:pPr>
        <w:jc w:val="right"/>
      </w:pPr>
      <w:r>
        <w:t>تو قرآن میں ایک مثال دی گئی ہے، سورہ نور میں</w:t>
      </w:r>
    </w:p>
    <w:p>
      <w:r>
        <w:rPr>
          <w:b/>
        </w:rPr>
        <w:t xml:space="preserve">[1:20:33] </w:t>
      </w:r>
      <w:r>
        <w:t>bahut achhi misaal hai: "wa la qad alima tumu an nar". bahut ajeeb misaal hai.</w:t>
      </w:r>
    </w:p>
    <w:p>
      <w:pPr>
        <w:jc w:val="right"/>
      </w:pPr>
      <w:r>
        <w:t>بہت اچھی مثال ہے: "ولعلم تمسس النار"۔ بہت عجیب مثال ہے۔</w:t>
      </w:r>
    </w:p>
    <w:p>
      <w:r>
        <w:rPr>
          <w:b/>
        </w:rPr>
        <w:t xml:space="preserve">[1:20:44] </w:t>
      </w:r>
      <w:r>
        <w:t>is par ghaur karne se baat samajh mein aati hai ke yeh tel hai, do qism ka tel hota hai. maslan aap sarson ke tel ka diya jalayen to badi mushkil se jalta hai, woh</w:t>
      </w:r>
    </w:p>
    <w:p>
      <w:pPr>
        <w:jc w:val="right"/>
      </w:pPr>
      <w:r>
        <w:t>اس پر غور کرنے سے بات سمجھ میں آتی ہے کہ یہ تیل ہے، دو قسم کا تیل ہوتا ہے۔ مثلاً آپ سرسوں کے تیل کا دیا جلائیں تو بڑی مشکل سے جلتا ہے، وہ</w:t>
      </w:r>
    </w:p>
    <w:p>
      <w:r>
        <w:rPr>
          <w:b/>
        </w:rPr>
        <w:t xml:space="preserve">[1:20:58] </w:t>
      </w:r>
      <w:r>
        <w:t>. lekin jo bahut high quality ka petrol hota hai, woh door rahe ke aap jahan silai, wahan woh bhadak uthega. woh "wa la qad alima tumu an nar" yaani aag wahan par na pahunche, phir bhi bhadak uthe.</w:t>
      </w:r>
    </w:p>
    <w:p>
      <w:pPr>
        <w:jc w:val="right"/>
      </w:pPr>
      <w:r>
        <w:t>۔ لیکن جو بہت ہائی کوالٹی کا پٹرول ہوتا ہے، وہ دور رہے کہ آپ جہاں سلائی، وہاں وہ بھڑک اٹھے گا۔ وہ "ولعلم تمسس النار" یعنی آگ وہاں پر نہ پہنچے، پھر بھی بھڑک اٹھے۔</w:t>
      </w:r>
    </w:p>
    <w:p>
      <w:r>
        <w:rPr>
          <w:b/>
        </w:rPr>
        <w:t xml:space="preserve">[1:21:11] </w:t>
      </w:r>
      <w:r>
        <w:t>woh aur ek ek aag ko le jayen paas mein, der tak wahan par rakhen, tab woh jale. ek woh hota hai. to do qism ke insaan hote hain,</w:t>
      </w:r>
    </w:p>
    <w:p>
      <w:pPr>
        <w:jc w:val="right"/>
      </w:pPr>
      <w:r>
        <w:t>وہ اور ایک ایک آگ کو لے جائیں پاس میں، دیر تک وہاں پر رکھیں، تب وہ جلے۔ ایک وہ ہوتا ہے۔ تو دو قسم کے انسان ہوتے ہیں،</w:t>
      </w:r>
    </w:p>
    <w:p>
      <w:r>
        <w:rPr>
          <w:b/>
        </w:rPr>
        <w:t xml:space="preserve">[1:21:24] </w:t>
      </w:r>
      <w:r>
        <w:t>do qism ke insaan. ek woh jin ki nature bahut hi alive ho, bahut alive ho. to koi baat saamne aayegi, chahe soch kar aave, chahe observation se aave, to foran woh bhadak uthte hain.</w:t>
      </w:r>
    </w:p>
    <w:p>
      <w:pPr>
        <w:jc w:val="right"/>
      </w:pPr>
      <w:r>
        <w:t>دو قسم کے انسان۔ ایک وہ جن کی نیچر بہت ہی الائیو ہو، بہت الائیو ہو۔ تو کوئی بات سامنے آئے گی، چاہے سوچ کر آوے، چاہے ابزرویشن سے آوے، تو فوراً وہ بھڑک اٹھتے ہیں۔</w:t>
      </w:r>
    </w:p>
    <w:p>
      <w:r>
        <w:rPr>
          <w:b/>
        </w:rPr>
        <w:t xml:space="preserve">[1:21:38] </w:t>
      </w:r>
      <w:r>
        <w:t>aise logon ko Khuda ka inspiration bahut jald milta hai, bahut aasani se, kyunke already woh tayyar hain, prepared mind hain woh. aur doosre log jo hain, jin ki nature itna alive nahin hoti hai, to un ko bahut zyada apne aap ko is mein mehnat karni padti hai,</w:t>
      </w:r>
    </w:p>
    <w:p>
      <w:pPr>
        <w:jc w:val="right"/>
      </w:pPr>
      <w:r>
        <w:t>ایسے لوگوں کو خدا کا انسپیریشن بہت جلد ملتا ہے، بہت آسانی سے، کیونکہ الریڈی وہ تیار ہیں، پریپیرڈ مائنڈ ہیں وہ۔ اور دوسرے لوگ جو ہیں، جن کی نیچر اتنا الائیو نہیں ہوتی ہے، تو ان کو بہت زیادہ اپنے آپ کو اس میں محنت کرنی پڑتی ہے،</w:t>
      </w:r>
    </w:p>
    <w:p>
      <w:r>
        <w:rPr>
          <w:b/>
        </w:rPr>
        <w:t xml:space="preserve">[1:21:56] </w:t>
      </w:r>
      <w:r>
        <w:t>aur specially phir der mein receive kar paate hain. woh is ka matlab yeh nahin ke by birth do qism ke log hote hain, aisa nahin hai.</w:t>
      </w:r>
    </w:p>
    <w:p>
      <w:pPr>
        <w:jc w:val="right"/>
      </w:pPr>
      <w:r>
        <w:t>اور اسپیشلی پھر دیر میں ریسیو کر پاتے ہیں۔ وہ اس کا معنی یہ نہیں کہ بائے برتھ دو قسم کے لوگ ہوتے ہیں، ایسا نہیں ہے۔</w:t>
      </w:r>
    </w:p>
    <w:p>
      <w:r>
        <w:rPr>
          <w:b/>
        </w:rPr>
        <w:t xml:space="preserve">[1:22:05] </w:t>
      </w:r>
      <w:r>
        <w:t>donon hi jo hain, woh yaani apne ko banane se banta hai. aisa banayen to aap aise banenge, waisa banayen to waise banenge.</w:t>
      </w:r>
    </w:p>
    <w:p>
      <w:pPr>
        <w:jc w:val="right"/>
      </w:pPr>
      <w:r>
        <w:t>دونوں ہی جو ہیں، وہ یعنی اپنے کو بنانے سے بنتا ہے۔ ایسا بنائیں تو آپ ایسے بنیں گے، ویسا بنائیں تو ویسے بنیں گے۔</w:t>
      </w:r>
    </w:p>
    <w:p>
      <w:r>
        <w:rPr>
          <w:b/>
        </w:rPr>
        <w:t xml:space="preserve">[1:22:14] </w:t>
      </w:r>
      <w:r>
        <w:t>aap yeh donon hi goya main samajhta hoon ke acquired qualities hain, yeh bhi aur woh bhi.</w:t>
      </w:r>
    </w:p>
    <w:p>
      <w:pPr>
        <w:jc w:val="right"/>
      </w:pPr>
      <w:r>
        <w:t>آپ یہ دونوں ہی گویا میں سمجھتا ہوں کہ اکوائرڈ کوالٹیز ہیں، یہ بھی اور وہ بھی۔</w:t>
      </w:r>
    </w:p>
    <w:p>
      <w:r>
        <w:rPr>
          <w:b/>
        </w:rPr>
        <w:t xml:space="preserve">[1:22:24] </w:t>
      </w:r>
      <w:r>
        <w:t>aur next question is related to the previous question, which is: "can we receive divine inspiration only by being sincere, or there are some other conditions?" sincerity jo hai, us ko aap agar aap yaani wider sense mile to us se bhi sab kuch shamil hai.</w:t>
      </w:r>
    </w:p>
    <w:p>
      <w:pPr>
        <w:jc w:val="right"/>
      </w:pPr>
      <w:r>
        <w:t>اور نیکسٹ کوئسچن از ریلیٹڈ ٹو دا پریویس کوئسچن، وچ از: "کین وی ریسیو ڈیوائن انسپیریشن اونلی بائے بینگ سنسیئر، اور دیر آر سم ادر کنڈیشنز؟" سنسیئرٹی جو ہے، اس کو آپ اگر آپ یعنی وائڈر سینس ملے تو اس سے بھی سب کچھ شامل ہے۔</w:t>
      </w:r>
    </w:p>
    <w:p>
      <w:r>
        <w:rPr>
          <w:b/>
        </w:rPr>
        <w:t xml:space="preserve">[1:22:44] </w:t>
      </w:r>
      <w:r>
        <w:t>sincerity mein sincerity mein to namaz bhi shamil hai, Khuda ka zikr bhi shamil hai. sincerity mein koi cheez alag nahin hai.</w:t>
      </w:r>
    </w:p>
    <w:p>
      <w:pPr>
        <w:jc w:val="right"/>
      </w:pPr>
      <w:r>
        <w:t>سنسیئرٹی میں سنسیئرٹی میں تو نماز بھی شامل ہے، خدا کا ذکر بھی شامل ہے۔ سنسیئرٹی میں کوئی چیز الگ نہیں ہے۔</w:t>
      </w:r>
    </w:p>
    <w:p>
      <w:r>
        <w:rPr>
          <w:b/>
        </w:rPr>
        <w:t xml:space="preserve">[1:22:54] </w:t>
      </w:r>
      <w:r>
        <w:t>mein samajhta hoon ke sincerity jo hai, bohat hi important hai,</w:t>
      </w:r>
    </w:p>
    <w:p>
      <w:pPr>
        <w:jc w:val="right"/>
      </w:pPr>
      <w:r>
        <w:t>میں سمجھتا ہوں کہ سنسیئرٹی جو ہے، بہت ہی امپورٹنٹ ہے،</w:t>
      </w:r>
    </w:p>
    <w:p>
      <w:r>
        <w:rPr>
          <w:b/>
        </w:rPr>
        <w:t xml:space="preserve">[1:23:00] </w:t>
      </w:r>
      <w:r>
        <w:t>aur bohat kam log hotay hain jo poore poore maanon mein sincere hon. Mera jahan tak tajurba hai ke aksar log in sincere hotay hain, ya to partial sense mein ya total sense mein.</w:t>
      </w:r>
    </w:p>
    <w:p>
      <w:pPr>
        <w:jc w:val="right"/>
      </w:pPr>
      <w:r>
        <w:t>اور بہت کم لوگ ہوتے ہیں جو پورے پورے معنوں میں سنسیئر ہوں۔ میرا جہاں تک تجربہ ہے کہ اکثر لوگ ان سنسیئر ہوتے ہیں، یا تو پارشل سینس میں یا ٹوٹل سینس میں۔</w:t>
      </w:r>
    </w:p>
    <w:p>
      <w:r>
        <w:rPr>
          <w:b/>
        </w:rPr>
        <w:t xml:space="preserve">[1:23:14] </w:t>
      </w:r>
      <w:r>
        <w:t>Poore poore maanon mein sincere hona jo hai, aadmi ko mister nature bana deta hai, aur jab nature par aa jayen to phir to aap Khuda se bilkul qareeb ho jatay hain.</w:t>
      </w:r>
    </w:p>
    <w:p>
      <w:pPr>
        <w:jc w:val="right"/>
      </w:pPr>
      <w:r>
        <w:t>پورے پورے معنوں میں سنسیئر ہونا جو ہے، آدمی کو مسٹر نیچر بنا دیتا ہے، اور جب نیچر پر آ جائیں تو پھر تو آپ خدا سے بالکل قریب ہو جاتے ہیں۔</w:t>
      </w:r>
    </w:p>
    <w:p>
      <w:r>
        <w:rPr>
          <w:b/>
        </w:rPr>
        <w:t xml:space="preserve">[1:23:26] </w:t>
      </w:r>
      <w:r>
        <w:t>To mein samajhta hoon ke sincerity hi sab se bari shart hai, lekin sincerity ko mein leta hoon bohat hi zyada jamay maano mein. Sincerity ke liye jo religious word hai, woh hai ikhlas.</w:t>
      </w:r>
    </w:p>
    <w:p>
      <w:pPr>
        <w:jc w:val="right"/>
      </w:pPr>
      <w:r>
        <w:t>تو میں سمجھتا ہوں کہ سنسیئرٹی ہی سب سے بڑی شرط ہے، لیکن سنسیئرٹی کو میں لیتا ہوں بہت ہی زیادہ جامع معنی میں۔ سنسیئرٹی کے لیے جو ریلیجیس ورڈ ہے، وہ ہے اخلاص۔</w:t>
      </w:r>
    </w:p>
    <w:p>
      <w:r>
        <w:rPr>
          <w:b/>
        </w:rPr>
        <w:t xml:space="preserve">[1:23:39] </w:t>
      </w:r>
      <w:r>
        <w:t>Ikhlas ke liye koi doosra word English mein nahi hai,</w:t>
      </w:r>
    </w:p>
    <w:p>
      <w:pPr>
        <w:jc w:val="right"/>
      </w:pPr>
      <w:r>
        <w:t>اخلاص کے لیے کوئی دوسرا ورڈ انگلش میں نہیں ہے،</w:t>
      </w:r>
    </w:p>
    <w:p>
      <w:r>
        <w:rPr>
          <w:b/>
        </w:rPr>
        <w:t xml:space="preserve">[1:23:43] </w:t>
      </w:r>
      <w:r>
        <w:t>yahi ek word hai sincerity, koi aur word nahi hai. To sincerity hi ka doosra naam ikhlas hai, aur yeh bilkul ek established fact hai ke ikhlas ke baghair kisi ko divine inspiration nahi milta.</w:t>
      </w:r>
    </w:p>
    <w:p>
      <w:pPr>
        <w:jc w:val="right"/>
      </w:pPr>
      <w:r>
        <w:t>یہی ایک ورڈ ہے سنسیئرٹی، کوئی اور ورڈ نہیں ہے۔ تو سنسیئرٹی ہی کا دوسرا نام اخلاص ہے، اور یہ بالکل ایک اسٹیبلش فیکٹ ہے کہ اخلاص کے بغیر کسی کو ڈیوائن انسپیریشن نہیں ملتا۔</w:t>
      </w:r>
    </w:p>
    <w:p>
      <w:r>
        <w:rPr>
          <w:b/>
        </w:rPr>
        <w:t xml:space="preserve">[1:24:00] </w:t>
      </w:r>
      <w:r>
        <w:t>Isi ko mein jor kar kahoon ga ke poori poori sincerity chahiye, tab aadmi prepared mind banay ga, tab aadmi ko Khuda ka inspiration milay ga.</w:t>
      </w:r>
    </w:p>
    <w:p>
      <w:pPr>
        <w:jc w:val="right"/>
      </w:pPr>
      <w:r>
        <w:t>اسی کو میں جوڑ کر کہوں گا کہ پوری پوری سنسیئرٹی چاہیے، تب آدمی پیپرڈ مائنڈ بنے گا، تب آدمی کو خدا کا انسپیریشن ملے گا۔</w:t>
      </w:r>
    </w:p>
    <w:p>
      <w:r>
        <w:rPr>
          <w:b/>
        </w:rPr>
        <w:t xml:space="preserve">[1:24:16] </w:t>
      </w:r>
      <w:r>
        <w:t>This question is from Muslima Siddiqui: "Kun Fayakun, God says be and it is." Kindly elaborate this.</w:t>
      </w:r>
    </w:p>
    <w:p>
      <w:pPr>
        <w:jc w:val="right"/>
      </w:pPr>
      <w:r>
        <w:t>دس کوئسچن از فرام مسلمہ صدیقی: "کن فیاکن، گاڈ سیز بی اینڈ اٹ از۔" کائنڈلی الیبوریٹ دس۔</w:t>
      </w:r>
    </w:p>
    <w:p>
      <w:r>
        <w:rPr>
          <w:b/>
        </w:rPr>
        <w:t xml:space="preserve">[1:24:28] </w:t>
      </w:r>
      <w:r>
        <w:t>Ab to mein samajhta hoon ke yeh ek scientific concept ban chuka hai, jo scientific mein ek theory hai, jis ko kehte hain principle of indeterminacy.</w:t>
      </w:r>
    </w:p>
    <w:p>
      <w:pPr>
        <w:jc w:val="right"/>
      </w:pPr>
      <w:r>
        <w:t>اب تو میں سمجھتا ہوں کہ یہ ایک سائنٹیفک کانسیپٹ بن چکا ہے، جو سائنٹیفک میں ایک تھیوری ہے، جس کو کہتے ہیں پرنسپل اف ان ڈیٹرمینیسی۔</w:t>
      </w:r>
    </w:p>
    <w:p>
      <w:r>
        <w:rPr>
          <w:b/>
        </w:rPr>
        <w:t xml:space="preserve">[1:24:40] </w:t>
      </w:r>
      <w:r>
        <w:t>Indeterminacy</w:t>
      </w:r>
    </w:p>
    <w:p>
      <w:pPr>
        <w:jc w:val="right"/>
      </w:pPr>
      <w:r>
        <w:t>ان ڈیٹرمینیسی</w:t>
      </w:r>
    </w:p>
    <w:p>
      <w:r>
        <w:rPr>
          <w:b/>
        </w:rPr>
        <w:t xml:space="preserve">[1:24:43] </w:t>
      </w:r>
      <w:r>
        <w:t>Bohat hi ajeeb ghareeb yeh theory hai, principle of indeterminacy, kyunke woh yeh kehti hai ke nature jump mein safar karti hai.</w:t>
      </w:r>
    </w:p>
    <w:p>
      <w:pPr>
        <w:jc w:val="right"/>
      </w:pPr>
      <w:r>
        <w:t>بہت ہی عجیب غریب یہ تھیوری ہے، پرنسپل اف ان ڈیٹرمینیسی، کیونکہ وہ یہ کہتی ہے کہ نیچر جمپ میں سفر کرتی ہے۔</w:t>
      </w:r>
    </w:p>
    <w:p>
      <w:r>
        <w:rPr>
          <w:b/>
        </w:rPr>
        <w:t xml:space="preserve">[1:24:54] </w:t>
      </w:r>
      <w:r>
        <w:t>Jump yani continuity nahi hai nature mein, yani bilkul waise hi jaise ke hum dekhte hain jab aap movie dekhte hain to movie mein kya hota hai.</w:t>
      </w:r>
    </w:p>
    <w:p>
      <w:pPr>
        <w:jc w:val="right"/>
      </w:pPr>
      <w:r>
        <w:t>جمپ یعنی کنٹینیوٹی نہیں ہے نیچر میں، یعنی بالکل ویسے ہی جیسے کہ ہم دیکھتے ہیں جب آپ مووی دیکھتے ہیں تو مووی میں کیا ہوتا ہے۔</w:t>
      </w:r>
    </w:p>
    <w:p>
      <w:r>
        <w:rPr>
          <w:b/>
        </w:rPr>
        <w:t xml:space="preserve">[1:25:06] </w:t>
      </w:r>
      <w:r>
        <w:t>Aap dekhte hain ke jo events hain, woh ek sequence mein ho ra</w:t>
      </w:r>
    </w:p>
    <w:p>
      <w:pPr>
        <w:jc w:val="right"/>
      </w:pPr>
      <w:r>
        <w:t>آپ دیکھتے ہیں کہ جو ایونٹس ہیں، وہ ایک سیکوئنس میں ہو رہ</w:t>
      </w:r>
    </w:p>
    <w:p>
      <w:r>
        <w:rPr>
          <w:b/>
        </w:rPr>
        <w:t xml:space="preserve">[1:25:12] </w:t>
      </w:r>
      <w:r>
        <w:t>he hain, halankay woh sequence mein nahi hotay. Woh wahan hotay hain ke lakhon pictures hoti hain, alag alag, yani ek event alag alag pictures mein hota hai.</w:t>
      </w:r>
    </w:p>
    <w:p>
      <w:pPr>
        <w:jc w:val="right"/>
      </w:pPr>
      <w:r>
        <w:t>ے ہیں، حالانکہ وہ سیکوئنس میں نہیں ہوتے۔ وہ وہاں ہوتے ہیں کہ لاکھوں پکچرز ہوتی ہیں، الگ الگ، یعنی ایک ایونٹ الگ الگ پکچرز میں ہوتا ہے۔</w:t>
      </w:r>
    </w:p>
    <w:p>
      <w:r>
        <w:rPr>
          <w:b/>
        </w:rPr>
        <w:t xml:space="preserve">[1:25:23] </w:t>
      </w:r>
      <w:r>
        <w:t>To chunke hamari aankh mein ek ek keh lijiye ke ek ek aap defect keh lijiye ke aankh mein image jo hai, foran khatam nahi hoti.</w:t>
      </w:r>
    </w:p>
    <w:p>
      <w:pPr>
        <w:jc w:val="right"/>
      </w:pPr>
      <w:r>
        <w:t>تو چونکہ ہماری آنکھ میں ایک ایک کہہ لیجئے کہ ایک ایک ایک آپ ڈیفیکٹ کہہ لیجئے کہ آنکھ میں امیج جو ہے، فوراً ختم نہیں ہوتی۔</w:t>
      </w:r>
    </w:p>
    <w:p>
      <w:r>
        <w:rPr>
          <w:b/>
        </w:rPr>
        <w:t xml:space="preserve">[1:25:33] </w:t>
      </w:r>
      <w:r>
        <w:t>Yeh ek picture aayi, aap ne dekha is ko to abhi image mein is ki image baqi thi ke doosri picture aa gayi.</w:t>
      </w:r>
    </w:p>
    <w:p>
      <w:pPr>
        <w:jc w:val="right"/>
      </w:pPr>
      <w:r>
        <w:t>یہ ایک پکچر آئی، آپ نے دیکھا اس کو تو ابھی امیج میں اس کی امیج باقی تھی کہ دوسری پکچر آ گئی۔</w:t>
      </w:r>
    </w:p>
    <w:p>
      <w:r>
        <w:rPr>
          <w:b/>
        </w:rPr>
        <w:t xml:space="preserve">[1:25:42] </w:t>
      </w:r>
      <w:r>
        <w:t>Is se is mein sequence paida ho jata hai, yani hamari aankh ke ek defect se is mein sequence aa raha hai. Hamari aankh ke bahar koi sequence nahi hai, wahan wahi jump pe ho raha hai kaam.</w:t>
      </w:r>
    </w:p>
    <w:p>
      <w:pPr>
        <w:jc w:val="right"/>
      </w:pPr>
      <w:r>
        <w:t>اس سے اس میں سیکوئنس پیدا ہو جاتا ہے، یعنی ہماری آنکھ کے ایک ڈیفیکٹ سے اس میں سیکوئنس آ رہا ہے۔ ہماری آنکھ کے باہر کوئی سیکوئنس نہیں ہے، وہاں وہی جمپ پہ ہو رہا ہے کام۔</w:t>
      </w:r>
    </w:p>
    <w:p>
      <w:r>
        <w:rPr>
          <w:b/>
        </w:rPr>
        <w:t xml:space="preserve">[1:25:54] </w:t>
      </w:r>
      <w:r>
        <w:t>Jump mein to principle of indeterminacy karta hai ke kainat har waqt marti hai, har waqt jeeti hai, har waqt marti hai, har waqt jeeti hai. Kul yawmin huwa fi sha'n.</w:t>
      </w:r>
    </w:p>
    <w:p>
      <w:pPr>
        <w:jc w:val="right"/>
      </w:pPr>
      <w:r>
        <w:t>جمپ میں تو پرنسپل اف ان ڈیٹرمینیسی کرتا ہے کہ کائنات ہر وقت مرتی ہے، ہر وقت جیتی ہے، ہر وقت مرتی ہے، ہر وقت جیتی ہے۔ کل یومن ہوا فی شان۔</w:t>
      </w:r>
    </w:p>
    <w:p>
      <w:r>
        <w:rPr>
          <w:b/>
        </w:rPr>
        <w:t xml:space="preserve">[1:26:06] </w:t>
      </w:r>
      <w:r>
        <w:t>Yeh baat ek ek yani yun samajh mein nahi aayegi, kyunke yeh sab cheezain mathematical calculations pesh karti hain. Lekin principle of indeterminacy, jo ek bohat si nai science hai,</w:t>
      </w:r>
    </w:p>
    <w:p>
      <w:pPr>
        <w:jc w:val="right"/>
      </w:pPr>
      <w:r>
        <w:t>یہ بات ایک ایک یعنی یوں سمجھ میں نہیں آئے گی، کیونکہ یہ سب چیزیں میتھمیٹیکل کیلکولیشنز پیش کرتی ہیں۔ لیکن پرنسپل اف ان ڈیٹرمینیسی، جو ایک بہت سی نئی سائنس ہے،</w:t>
      </w:r>
    </w:p>
    <w:p>
      <w:r>
        <w:rPr>
          <w:b/>
        </w:rPr>
        <w:t xml:space="preserve">[1:26:20] </w:t>
      </w:r>
      <w:r>
        <w:t>is se yeh baat prove ho rahi hai ke har waqt Khuda paida kar raha hai, yani har waqt ek creator wahan par maujood hai. Har waqt ek creator na maujood na ho to karnay khatam ho jaye.</w:t>
      </w:r>
    </w:p>
    <w:p>
      <w:pPr>
        <w:jc w:val="right"/>
      </w:pPr>
      <w:r>
        <w:t>اس سے یہ بات پروف ہو رہی ہے کہ ہر وقت خدا پیدا کر رہا ہے، یعنی ہر وقت ایک کریٹر وہاں پر موجود ہے۔ ہر وقت ایک کریٹر نہ موجود نہ ہو تو کارن ختم ہو جائے۔</w:t>
      </w:r>
    </w:p>
    <w:p>
      <w:r>
        <w:rPr>
          <w:b/>
        </w:rPr>
        <w:t xml:space="preserve">[1:26:31] </w:t>
      </w:r>
      <w:r>
        <w:t>Ek baar jab woh dead hui to khatam, phir us ko zinda karta hai koi zinda karne wala,</w:t>
      </w:r>
    </w:p>
    <w:p>
      <w:pPr>
        <w:jc w:val="right"/>
      </w:pPr>
      <w:r>
        <w:t>ایک بار جب وہ ڈیڈ ہوئی تو ختم، پھر اس کو زندہ کرتا ہے کوئی زندہ کرنے والا،</w:t>
      </w:r>
    </w:p>
    <w:p>
      <w:r>
        <w:rPr>
          <w:b/>
        </w:rPr>
        <w:t xml:space="preserve">[1:26:36] </w:t>
      </w:r>
      <w:r>
        <w:t>yani every time there is a creator. To jis tarah se movie mein aap dekhte hain ke waqiat ko sequence mein, waisa nature mein sequence nahi hai, wahan bhi nahi hai, wahan bhi nahi hai, dono jagah nahi hai.</w:t>
      </w:r>
    </w:p>
    <w:p>
      <w:pPr>
        <w:jc w:val="right"/>
      </w:pPr>
      <w:r>
        <w:t>یعنی ایوری ٹائم دیر از اے کریٹر۔ تو جس طرح سے مووی میں آپ دیکھتے ہیں کہ واقعات کو سیکوئنس میں، ویسا نیچر میں سیکوئنس نہیں ہے، وہاں بھی نہیں ہے، وہاں بھی نہیں ہے، دونوں جگہ نہیں ہے۔</w:t>
      </w:r>
    </w:p>
    <w:p>
      <w:r>
        <w:rPr>
          <w:b/>
        </w:rPr>
        <w:t xml:space="preserve">[1:26:52] </w:t>
      </w:r>
      <w:r>
        <w:t>To Khuda sequence paida karta hai.</w:t>
      </w:r>
    </w:p>
    <w:p>
      <w:pPr>
        <w:jc w:val="right"/>
      </w:pPr>
      <w:r>
        <w:t>تو خدا سیکوئنس پیدا کرتا ہے۔</w:t>
      </w:r>
    </w:p>
    <w:p>
      <w:r>
        <w:rPr>
          <w:b/>
        </w:rPr>
        <w:t xml:space="preserve">[1:26:56] </w:t>
      </w:r>
      <w:r>
        <w:t>To yeh cheez jo hai, ab to mein samajhta hoon ke ek scientific concept ban chuka hai ke kainat ko har waqt zarorat hai ek ek creator ki.</w:t>
      </w:r>
    </w:p>
    <w:p>
      <w:pPr>
        <w:jc w:val="right"/>
      </w:pPr>
      <w:r>
        <w:t>تو یہ چیز جو ہے، اب تو میں سمجھتا ہوں کہ ایک سائنٹیفک کانسیپٹ بن چکا ہے کہ کائنات کو ہر وقت ضرورت ہے ایک ایک کریٹر کی۔</w:t>
      </w:r>
    </w:p>
    <w:p>
      <w:r>
        <w:rPr>
          <w:b/>
        </w:rPr>
        <w:t xml:space="preserve">[1:27:07] </w:t>
      </w:r>
      <w:r>
        <w:t>Agar har waqt creator maujood na ho to kainat jo hai, woh dead ho jaye, khatam ho jaye. Ek moti si kitab chhapi hai, is ka naam hai "Uncertain Encyclopedia of Ignorance".</w:t>
      </w:r>
    </w:p>
    <w:p>
      <w:pPr>
        <w:jc w:val="right"/>
      </w:pPr>
      <w:r>
        <w:t>اگر ہر وقت کریٹر موجود نہ ہو تو کائنات جو ہے، وہ ڈیڈ ہو جائے، ختم ہو جائے۔ ایک موٹی سی کتاب چھپی ہے، اس کا نام ہے "انسرٹو پیڈیا اف اگنورنس"۔</w:t>
      </w:r>
    </w:p>
    <w:p>
      <w:r>
        <w:rPr>
          <w:b/>
        </w:rPr>
        <w:t xml:space="preserve">[1:27:17] </w:t>
      </w:r>
      <w:r>
        <w:t>nah janne ki dictionary to is mein bataya ke aap jo jante hain, woh bhi hum nahin jante.</w:t>
      </w:r>
    </w:p>
    <w:p>
      <w:pPr>
        <w:jc w:val="right"/>
      </w:pPr>
      <w:r>
        <w:t>نہ جاننے کی ڈکشنری تو اس میں بتایا کہ آپ جو جانتے ہیں، وہ بھی ہم نہیں جانتے۔</w:t>
      </w:r>
    </w:p>
    <w:p>
      <w:r>
        <w:rPr>
          <w:b/>
        </w:rPr>
        <w:t xml:space="preserve">[1:27:22] </w:t>
      </w:r>
      <w:r>
        <w:t>is mein yeh dikhaya is ne ke arbitrary system hai kainat mein. arbitrary kainat arbitrary to chal rahi hai, wahan koi sequence hai, yani koi cause and effect hai.</w:t>
      </w:r>
    </w:p>
    <w:p>
      <w:pPr>
        <w:jc w:val="right"/>
      </w:pPr>
      <w:r>
        <w:t>اس میں یہ دکھایا اس نے کہ اربٹری سسٹم ہے کائنات میں۔ اربٹری کائنات اربٹری تو چل رہی ہے، وہاں کوئی سیکوئنس ہے، یعنی کوئی کارن ایفیکٹ ہے۔</w:t>
      </w:r>
    </w:p>
    <w:p>
      <w:r>
        <w:rPr>
          <w:b/>
        </w:rPr>
        <w:t xml:space="preserve">[1:27:35] </w:t>
      </w:r>
      <w:r>
        <w:t>ek arbitrary system ek hai.</w:t>
      </w:r>
    </w:p>
    <w:p>
      <w:pPr>
        <w:jc w:val="right"/>
      </w:pPr>
      <w:r>
        <w:t>ایک اربٹری سسٹم ایک ہے۔</w:t>
      </w:r>
    </w:p>
    <w:p>
      <w:r>
        <w:rPr>
          <w:b/>
        </w:rPr>
        <w:t xml:space="preserve">[1:27:39] </w:t>
      </w:r>
      <w:r>
        <w:t>yeh baat yani yun samajh wale wale nahin hain, lekin jo scientific calculations hain, us se yeh cheez nikalti hai ke arbiter ek hai, arbiter jo har waqt kainat ko yani woh zindagi de raha hai, har waqt kainat ko chala raha hai, warna kuch chalne wala hai nahin.</w:t>
      </w:r>
    </w:p>
    <w:p>
      <w:pPr>
        <w:jc w:val="right"/>
      </w:pPr>
      <w:r>
        <w:t>یہ بات یعنی یوں سمجھ والے والے نہیں ہیں، لیکن جو سائنٹیفک کیلکولیشنز ہیں، اس سے یہ چیز نکلتی ہے کہ اربٹر ایک ہے، اربٹر جو ہر وقت کائنات کو یعنی وہ زندگی دے رہا ہے، ہر وقت کائنات کو چلا رہا ہے، ورنہ کچھ چلنے والا ہے نہیں۔</w:t>
      </w:r>
    </w:p>
    <w:p>
      <w:r>
        <w:rPr>
          <w:b/>
        </w:rPr>
        <w:t xml:space="preserve">[1:28:05] </w:t>
      </w:r>
      <w:r>
        <w:t>woh bari dilchasp kitab hai, woh "encyclopedia of ignorance".</w:t>
      </w:r>
    </w:p>
    <w:p>
      <w:pPr>
        <w:jc w:val="right"/>
      </w:pPr>
      <w:r>
        <w:t>وہ بڑی دلچسپ کتاب ہے، وہ "انسرٹو پیڈیا اف اگنورنس"۔</w:t>
      </w:r>
    </w:p>
    <w:p>
      <w:r>
        <w:rPr>
          <w:b/>
        </w:rPr>
        <w:t xml:space="preserve">[1:28:11] </w:t>
      </w:r>
      <w:r>
        <w:t>woh bohat dilchasp kitab hai, bohat hi parhne ki cheez hai. woh ek "encyclopedia of ignorance" ke sab kuch jo hum jante hain, woh hum kuch nahin jante, aur is mein sab scientist, is ke likhne wale sab scientist hain.</w:t>
      </w:r>
    </w:p>
    <w:p>
      <w:pPr>
        <w:jc w:val="right"/>
      </w:pPr>
      <w:r>
        <w:t>وہ بہت دلچسپ کتاب ہے، بہت ہی پڑھنے کی چیز ہے۔ وہ ایک "انسرٹو پیڈیا اف اگنورنس" کہ سب کچھ جو ہم جانتے ہیں، وہ ہم کچھ نہیں جانتے، اور اس میں سب سائنٹسٹ، اس کے لکھنے والے سب سائنٹسٹ ہیں۔</w:t>
      </w:r>
    </w:p>
    <w:p>
      <w:r>
        <w:rPr>
          <w:b/>
        </w:rPr>
        <w:t xml:space="preserve">[1:28:29] </w:t>
      </w:r>
      <w:r>
        <w:t>das question is from hamid: "please elaborate dhikr and its methodology".</w:t>
      </w:r>
    </w:p>
    <w:p>
      <w:pPr>
        <w:jc w:val="right"/>
      </w:pPr>
      <w:r>
        <w:t>دس کوئسچن از فرام حامد: "پلیز الیبوریٹ ذکر اینڈ اٹس میتھڈالوجی"۔</w:t>
      </w:r>
    </w:p>
    <w:p>
      <w:r>
        <w:rPr>
          <w:b/>
        </w:rPr>
        <w:t xml:space="preserve">[1:28:41] </w:t>
      </w:r>
      <w:r>
        <w:t>dekhen, dhikr ka jo literal meaning hai, woh hai yaad, remembrance.</w:t>
      </w:r>
    </w:p>
    <w:p>
      <w:pPr>
        <w:jc w:val="right"/>
      </w:pPr>
      <w:r>
        <w:t>دیکھیں، ذکر کا جو لیٹرل میننگ ہے، وہ ہے یاد، ریممبرنس۔</w:t>
      </w:r>
    </w:p>
    <w:p>
      <w:r>
        <w:rPr>
          <w:b/>
        </w:rPr>
        <w:t xml:space="preserve">[1:28:53] </w:t>
      </w:r>
      <w:r>
        <w:t>yaad, remembrance. lekin yeh yaad ka reduced form hai ke aap kuch words ko yaad kar rat len aur is ko tasbeeh mein parhen:</w:t>
      </w:r>
    </w:p>
    <w:p>
      <w:pPr>
        <w:jc w:val="right"/>
      </w:pPr>
      <w:r>
        <w:t>یاد، ریممبرنس۔ لیکن یہ یاد کا ریڈیوسڈ فارم ہے کہ آپ کچھ ورڈز کو یاد کر رٹ لیں اور اس کو تسبیح میں پڑھیں:</w:t>
      </w:r>
    </w:p>
    <w:p>
      <w:r>
        <w:rPr>
          <w:b/>
        </w:rPr>
        <w:t xml:space="preserve">[1:29:07] </w:t>
      </w:r>
      <w:r>
        <w:t>"subhan Allah, subhan Allah, subhan Allah, alhamdulillah, alhamdulillah, alhamdulillah". yeh jo hai, is ka reduced form hai.</w:t>
      </w:r>
    </w:p>
    <w:p>
      <w:pPr>
        <w:jc w:val="right"/>
      </w:pPr>
      <w:r>
        <w:t>"سبحان اللہ، سبحان اللہ، سبحان اللہ، الحمدللہ، الحمدللہ، الحمدللہ"۔ یہ جو ہے، اس کا ریڈیوسڈ فارم ہے۔</w:t>
      </w:r>
    </w:p>
    <w:p>
      <w:r>
        <w:rPr>
          <w:b/>
        </w:rPr>
        <w:t xml:space="preserve">[1:29:16] </w:t>
      </w:r>
      <w:r>
        <w:t>dhikr ya remembrance ki koi ginti nahin hai. dhikr ka ya yani remembrance of God ka matlab hai ke aap Khuda ki yaad mein jiyen, yani Khuda ke thinking mein jiyen.</w:t>
      </w:r>
    </w:p>
    <w:p>
      <w:pPr>
        <w:jc w:val="right"/>
      </w:pPr>
      <w:r>
        <w:t>ذکر یا ریممبرنس کی کوئی گنتی نہیں ہے۔ ذکر کا یا یعنی ریممبرنس اف گاڈ کا مطلب ہے کہ آپ خدا کی یاد میں جیئیں، یعنی خدا کے تھنکنگ میں جیئیں۔</w:t>
      </w:r>
    </w:p>
    <w:p>
      <w:r>
        <w:rPr>
          <w:b/>
        </w:rPr>
        <w:t xml:space="preserve">[1:29:30] </w:t>
      </w:r>
      <w:r>
        <w:t>yaad mani thinking, Khuda ki soch mein jiyen.</w:t>
      </w:r>
    </w:p>
    <w:p>
      <w:pPr>
        <w:jc w:val="right"/>
      </w:pPr>
      <w:r>
        <w:t>یاد معنی تھنکنگ، خدا کی سوچ میں جیئیں۔</w:t>
      </w:r>
    </w:p>
    <w:p>
      <w:r>
        <w:rPr>
          <w:b/>
        </w:rPr>
        <w:t xml:space="preserve">[1:29:37] </w:t>
      </w:r>
      <w:r>
        <w:t>Khuda ki yaad mein jeene ka matlab hai Khuda ki soch mein jeena, Khuda ke thinking mein jeena. aap ke mind mein Khuda ki yaad basi hui ho.</w:t>
      </w:r>
    </w:p>
    <w:p>
      <w:pPr>
        <w:jc w:val="right"/>
      </w:pPr>
      <w:r>
        <w:t>خدا کی یاد میں جینے کا مطلب ہے خدا کی سوچ میں جینا، خدا کے تھنکنگ میں جینا۔ آپ کے مائنڈ میں خدا کی یاد بسی ہوئی ہو۔</w:t>
      </w:r>
    </w:p>
    <w:p>
      <w:r>
        <w:rPr>
          <w:b/>
        </w:rPr>
        <w:t xml:space="preserve">[1:29:48] </w:t>
      </w:r>
      <w:r>
        <w:t>basne ke mani kya hain? yeh nahin ke kuch words hain, un ko le kar ke aap rat rahe hain. har cheez jo aas pas hai, woh Khuda creation hai. isi creation mein aap ko Khuda ki jhalak dikhai deti hai.</w:t>
      </w:r>
    </w:p>
    <w:p>
      <w:pPr>
        <w:jc w:val="right"/>
      </w:pPr>
      <w:r>
        <w:t>بسنے کے معنی کیا ہیں؟ یہ نہیں کہ کچھ शब्द ہیں، ان کو لے کر کے آپ رٹ رہے ہیں۔ ہر چیز جو اس پاس ہے، وہ خدا کریشن ہے۔ اسی کریشن میں آپ کو خدا کی جھلک دکھائی دیتی ہے۔</w:t>
      </w:r>
    </w:p>
    <w:p>
      <w:r>
        <w:rPr>
          <w:b/>
        </w:rPr>
        <w:t xml:space="preserve">[1:29:59] </w:t>
      </w:r>
      <w:r>
        <w:t>har waqt</w:t>
      </w:r>
    </w:p>
    <w:p>
      <w:pPr>
        <w:jc w:val="right"/>
      </w:pPr>
      <w:r>
        <w:t>ہر وقت</w:t>
      </w:r>
    </w:p>
    <w:p>
      <w:r>
        <w:rPr>
          <w:b/>
        </w:rPr>
        <w:t xml:space="preserve">[1:30:01] </w:t>
      </w:r>
      <w:r>
        <w:t>ek arab shair ne kaha ke "wa fi kulli ash shay'in lahu ayatun tadullu 'ala annahu al wahid".</w:t>
      </w:r>
    </w:p>
    <w:p>
      <w:pPr>
        <w:jc w:val="right"/>
      </w:pPr>
      <w:r>
        <w:t>ایک عرب شاعر نے کہا کہ "وفی کل الشیئین لہو ایت تدل علی انہ الواحد"۔</w:t>
      </w:r>
    </w:p>
    <w:p>
      <w:r>
        <w:rPr>
          <w:b/>
        </w:rPr>
        <w:t xml:space="preserve">[1:30:11] </w:t>
      </w:r>
      <w:r>
        <w:t>"wa fi kulli ash shay'in lahu ayatun tadullu 'ala annahu al wahid" yani har har cheez mein Khuda jhalak raha hai, yani creation mein Khuda dikhai de raha hai.</w:t>
      </w:r>
    </w:p>
    <w:p>
      <w:pPr>
        <w:jc w:val="right"/>
      </w:pPr>
      <w:r>
        <w:t>"وفی کل الشیئین لہو ایت تدل علی انہ الواحد" یعنی ہر ہر چیز میں خدا جھلک رہا ہے، یعنی کریشن میں خدا دکھائی دے رہا ہے۔</w:t>
      </w:r>
    </w:p>
    <w:p>
      <w:r>
        <w:rPr>
          <w:b/>
        </w:rPr>
        <w:t xml:space="preserve">[1:30:21] </w:t>
      </w:r>
      <w:r>
        <w:t>creation mein creator dikhai de raha hai. har cheez mein, chahe woh grass ho, chahe mountain ho, chahe ocean ho, chahe koi cheez ho, chahe aap hon ya aap se bahar koi cheez ho.</w:t>
      </w:r>
    </w:p>
    <w:p>
      <w:pPr>
        <w:jc w:val="right"/>
      </w:pPr>
      <w:r>
        <w:t>کریشن میں کریٹر دکھائی دے رہا ہے۔ ہر چیز میں، چاہے وہ گراس ہو، چاہے ماؤنٹن ہو، چاہے اوشن ہو، چاہے کوئی چیز ہو، چاہے آپ ہوں یا آپ سے باہر کوئی چیز ہو۔</w:t>
      </w:r>
    </w:p>
    <w:p>
      <w:r>
        <w:rPr>
          <w:b/>
        </w:rPr>
        <w:t xml:space="preserve">[1:30:31] </w:t>
      </w:r>
      <w:r>
        <w:t>to creation mein creator ki jhalak dekhte rehna, us ke kamal ko, us ki qudrat ko, us ki badai ko is mein mehsoos karte rehna, yeh hai dhikr.</w:t>
      </w:r>
    </w:p>
    <w:p>
      <w:pPr>
        <w:jc w:val="right"/>
      </w:pPr>
      <w:r>
        <w:t>تو کریشن میں کریٹر کی جھلک دیکھتے رہنا، اس کے کمال کو، اس کی قدرت کو، اس کی بڑائی کو اس میں محسوس کرتے رہنا، یہ ہے ذکر۔</w:t>
      </w:r>
    </w:p>
    <w:p>
      <w:r>
        <w:rPr>
          <w:b/>
        </w:rPr>
        <w:t xml:space="preserve">[1:30:48] </w:t>
      </w:r>
      <w:r>
        <w:t>he has another question</w:t>
      </w:r>
    </w:p>
    <w:p>
      <w:pPr>
        <w:jc w:val="right"/>
      </w:pPr>
      <w:r>
        <w:t>ہی ہیز انادر کوئسچن</w:t>
      </w:r>
    </w:p>
    <w:p>
      <w:r>
        <w:rPr>
          <w:b/>
        </w:rPr>
        <w:t xml:space="preserve">[1:30:50] </w:t>
      </w:r>
      <w:r>
        <w:t>: "please explain the concept of tawakkul and raza" . tawakkul aur raza ka matlab hai yani Khuda ke faisle par razi rehna, Khuda par bharosa karna.</w:t>
      </w:r>
    </w:p>
    <w:p>
      <w:pPr>
        <w:jc w:val="right"/>
      </w:pPr>
      <w:r>
        <w:t>: "پلیز ایکسپلین دی کانسیپٹ اف توکل اینڈ رضا"۔ توکل اور رضا کا مطلب ہے یعنی خدا کے فیصلے پر راضی رہنا، خدا پر بھروسہ کرنا۔</w:t>
      </w:r>
    </w:p>
    <w:p>
      <w:r>
        <w:rPr>
          <w:b/>
        </w:rPr>
        <w:t xml:space="preserve">[1:31:08] </w:t>
      </w:r>
      <w:r>
        <w:t>jo ho jaye, us par us ko accept karna,</w:t>
      </w:r>
    </w:p>
    <w:p>
      <w:pPr>
        <w:jc w:val="right"/>
      </w:pPr>
      <w:r>
        <w:t>جو ہو جائے، اس پر اس کو ایکسیپٹ کرنا،</w:t>
      </w:r>
    </w:p>
    <w:p>
      <w:r>
        <w:rPr>
          <w:b/>
        </w:rPr>
        <w:t xml:space="preserve">[1:31:17] </w:t>
      </w:r>
      <w:r>
        <w:t>yeh matlab hai is ka.</w:t>
      </w:r>
    </w:p>
    <w:p>
      <w:pPr>
        <w:jc w:val="right"/>
      </w:pPr>
      <w:r>
        <w:t>یہ مطلب ہے اس کا۔</w:t>
      </w:r>
    </w:p>
    <w:p>
      <w:r>
        <w:rPr>
          <w:b/>
        </w:rPr>
        <w:t xml:space="preserve">[1:31:20] </w:t>
      </w:r>
      <w:r>
        <w:t>surah fajr ke ayaton, surah fajr ke akhir mein jo ayaten hain, us ke mutale se yeh samajh mein aata hai ke ke milna aur na milna dono hota hai.</w:t>
      </w:r>
    </w:p>
    <w:p>
      <w:pPr>
        <w:jc w:val="right"/>
      </w:pPr>
      <w:r>
        <w:t>سورہ فجر کے آیتوں، سورہ فجر کے آخر میں جو آیتیں ہیں، اس کے مطالعے سے یہ سمجھ میں آتا ہے کہ کہ ملنا اور نہ ملنا دونوں ہوتا ہے۔</w:t>
      </w:r>
    </w:p>
    <w:p>
      <w:r>
        <w:rPr>
          <w:b/>
        </w:rPr>
        <w:t xml:space="preserve">[1:31:32] </w:t>
      </w:r>
      <w:r>
        <w:t>test</w:t>
      </w:r>
    </w:p>
    <w:p>
      <w:pPr>
        <w:jc w:val="right"/>
      </w:pPr>
      <w:r>
        <w:t>ٹیسٹ</w:t>
      </w:r>
    </w:p>
    <w:p>
      <w:r>
        <w:rPr>
          <w:b/>
        </w:rPr>
        <w:t xml:space="preserve">[1:31:37] </w:t>
      </w:r>
      <w:r>
        <w:t>milna aur nah milna yani achievement aur failure, ghareebi, amiri, sab jo hai aabtilah hai yani test hai.</w:t>
      </w:r>
    </w:p>
    <w:p>
      <w:pPr>
        <w:jc w:val="right"/>
      </w:pPr>
      <w:r>
        <w:t>ملنا اور نہ ملنا یعنی اچیومنٹ اور فیلیر، غریبی، امیری، سب جو ہے ابتلا ہے یعنی ٹیسٹ ہے۔</w:t>
      </w:r>
    </w:p>
    <w:p>
      <w:r>
        <w:rPr>
          <w:b/>
        </w:rPr>
        <w:t xml:space="preserve">[1:31:52] </w:t>
      </w:r>
      <w:r>
        <w:t>to main bas bataoon ke yahi asal cheez yahi hai ke jab aap ko koi cheez na mile to aap foran aap ah frustration par jatay hain.</w:t>
      </w:r>
    </w:p>
    <w:p>
      <w:pPr>
        <w:jc w:val="right"/>
      </w:pPr>
      <w:r>
        <w:t>تو میں بس بتاؤں کہ یہی اصل چیز یہی ہے کہ جب آپ کو کوئی چیز نہ ملے تو آپ فوراً آپ اہ فرسٹریشن پڑ جاتے ہیں۔</w:t>
      </w:r>
    </w:p>
    <w:p>
      <w:r>
        <w:rPr>
          <w:b/>
        </w:rPr>
        <w:t xml:space="preserve">[1:32:06] </w:t>
      </w:r>
      <w:r>
        <w:t>kyun?</w:t>
      </w:r>
    </w:p>
    <w:p>
      <w:pPr>
        <w:jc w:val="right"/>
      </w:pPr>
      <w:r>
        <w:t>کیوں؟</w:t>
      </w:r>
    </w:p>
    <w:p>
      <w:r>
        <w:rPr>
          <w:b/>
        </w:rPr>
        <w:t xml:space="preserve">[1:32:07] </w:t>
      </w:r>
      <w:r>
        <w:t>yeh bhool jatay hain ke woh na milna bhi ek test tha aur milna bhi test tha, dono test tha. Woh Khuda ko dekhna tha aap ke response ko, yani dono halaton mein aap ko positive response dena hai.</w:t>
      </w:r>
    </w:p>
    <w:p>
      <w:pPr>
        <w:jc w:val="right"/>
      </w:pPr>
      <w:r>
        <w:t>یہ بھول جاتے ہیں کہ وہ نہ ملنا بھی ایک ٹیسٹ تھا اور ملنا بھی ٹیسٹ تھا، دونوں ٹیسٹ تھا۔ وہ خدا کو دیکھنا تھا آپ کے رسپانس کو، یعنی دونوں حالتوں میں آپ کو پازیٹیو رسپانس دینا ہے۔</w:t>
      </w:r>
    </w:p>
    <w:p>
      <w:r>
        <w:rPr>
          <w:b/>
        </w:rPr>
        <w:t xml:space="preserve">[1:32:23] </w:t>
      </w:r>
      <w:r>
        <w:t>achievement, achievement ho tab bhi aap ko positive response dena hai aur failure ho tab bhi positive response dena hai.</w:t>
      </w:r>
    </w:p>
    <w:p>
      <w:pPr>
        <w:jc w:val="right"/>
      </w:pPr>
      <w:r>
        <w:t>اچیومنٹ، اچیومنٹ ہو تب بھی آپ کو پازیٹیو رسپانس دینا ہے اور فیلیر ہو تب بھی پازیٹیو رسپانس دینا ہے۔</w:t>
      </w:r>
    </w:p>
    <w:p>
      <w:r>
        <w:rPr>
          <w:b/>
        </w:rPr>
        <w:t xml:space="preserve">[1:32:33] </w:t>
      </w:r>
      <w:r>
        <w:t>yeh hai tawakkul aur yeh hai raza.</w:t>
      </w:r>
    </w:p>
    <w:p>
      <w:pPr>
        <w:jc w:val="right"/>
      </w:pPr>
      <w:r>
        <w:t>یہ ہے توکل اور یہ ہے رضا۔</w:t>
      </w:r>
    </w:p>
    <w:p>
      <w:r>
        <w:rPr>
          <w:b/>
        </w:rPr>
        <w:t xml:space="preserve">[1:32:37] </w:t>
      </w:r>
      <w:r>
        <w:t>jaisay hi yeh samajh liya jaye ke jo milna hai duniya mein, woh blessing nahi hai ya na milna hai, woh bhi yeh nahi ke blessing se aap mahroom ho gaye.</w:t>
      </w:r>
    </w:p>
    <w:p>
      <w:pPr>
        <w:jc w:val="right"/>
      </w:pPr>
      <w:r>
        <w:t>جیسے ہی یہ سمجھ لیا جائے کہ جو ملنا ہے دنیا میں، وہ بلیسنگ نہیں ہے یا نہ ملنا ہے، وہ بھی یہ نہیں کہ بلیسنگ سے آپ محروم ہو گئے۔</w:t>
      </w:r>
    </w:p>
    <w:p>
      <w:r>
        <w:rPr>
          <w:b/>
        </w:rPr>
        <w:t xml:space="preserve">[1:32:50] </w:t>
      </w:r>
      <w:r>
        <w:t>dono test hain. Jab yeh maan leta hai aadmi ke dono test hain to foran hi tawakkul aur raza aa jati hai. Is ke baad</w:t>
      </w:r>
    </w:p>
    <w:p>
      <w:pPr>
        <w:jc w:val="right"/>
      </w:pPr>
      <w:r>
        <w:t>دونوں ٹیسٹ ہیں۔ جب یہ مان لیتا ہے آدمی کہ دونوں ٹیسٹ ہیں تو فوراً ہی توکل اور رضا آ جاتی ہے۔ اس کے بعد</w:t>
      </w:r>
    </w:p>
    <w:p>
      <w:r>
        <w:rPr>
          <w:b/>
        </w:rPr>
        <w:t xml:space="preserve">[1:33:01] </w:t>
      </w:r>
      <w:r>
        <w:t>blessing jo hai, woh to akhirat mein hai, paradise ki shakal mein hai.</w:t>
      </w:r>
    </w:p>
    <w:p>
      <w:pPr>
        <w:jc w:val="right"/>
      </w:pPr>
      <w:r>
        <w:t>بلیسنگ جو ہے، وہ تو آخرت میں ہے، پیراڈائز کی شکل میں ہے۔</w:t>
      </w:r>
    </w:p>
    <w:p>
      <w:r>
        <w:rPr>
          <w:b/>
        </w:rPr>
        <w:t xml:space="preserve">[1:33:05] </w:t>
      </w:r>
      <w:r>
        <w:t>duniya mein to blessing nahi hai, yeh yeh to test hai. Kisi ke paas political power hai, tab bhi test hai. Wealth hai, tab bhi test hai. Bachay hain, tab bhi test hai.</w:t>
      </w:r>
    </w:p>
    <w:p>
      <w:pPr>
        <w:jc w:val="right"/>
      </w:pPr>
      <w:r>
        <w:t>دنیا میں تو بلیسنگ نہیں ہے، یہ یہ تو ٹیسٹ ہے۔ کسی کے پاس پولیٹیکل پاور ہے، تب بھی ٹیسٹ ہے۔ ویلتھ ہے، تب بھی ٹیسٹ ہے۔ بچے ہیں، تب بھی ٹیسٹ ہیں۔</w:t>
      </w:r>
    </w:p>
    <w:p>
      <w:r>
        <w:rPr>
          <w:b/>
        </w:rPr>
        <w:t xml:space="preserve">[1:33:20] </w:t>
      </w:r>
      <w:r>
        <w:t>ya yeh cheezain nahi hain, tab bhi test hain. To kis ne nahi mein kiya response diya aur kis ne hai mein kiya response diya?</w:t>
      </w:r>
    </w:p>
    <w:p>
      <w:pPr>
        <w:jc w:val="right"/>
      </w:pPr>
      <w:r>
        <w:t>یا یہ چیزیں نہیں ہیں، تب بھی ٹیسٹ ہیں۔ تو کس نے نہیں میں کیا رسپانس دیا اور کس نے ہے میں کیا رسپانس دیا؟</w:t>
      </w:r>
    </w:p>
    <w:p>
      <w:r>
        <w:rPr>
          <w:b/>
        </w:rPr>
        <w:t xml:space="preserve">[1:33:30] </w:t>
      </w:r>
      <w:r>
        <w:t>isi ka to test ho raha hai.</w:t>
      </w:r>
    </w:p>
    <w:p>
      <w:pPr>
        <w:jc w:val="right"/>
      </w:pPr>
      <w:r>
        <w:t>اسی کا تو ٹیسٹ ہو رہا ہے۔</w:t>
      </w:r>
    </w:p>
    <w:p>
      <w:r>
        <w:rPr>
          <w:b/>
        </w:rPr>
        <w:t xml:space="preserve">[1:33:34] </w:t>
      </w:r>
      <w:r>
        <w:t>to ba-tor test jab lain ge, tab tawakkul aur raza ka response dain ge. Aap baghair test na lain ge, tab is ka ulta ho jaye ga.</w:t>
      </w:r>
    </w:p>
    <w:p>
      <w:pPr>
        <w:jc w:val="right"/>
      </w:pPr>
      <w:r>
        <w:t>تو بطور ٹیسٹ جب لیں گے، تب توکل اور رضا کا رسپانس دیں گے۔ آپ بغیر ٹیسٹ نہ لیں گے، تب اس کا الٹا ہو جائے گا۔</w:t>
      </w:r>
    </w:p>
    <w:p>
      <w:r>
        <w:rPr>
          <w:b/>
        </w:rPr>
        <w:t xml:space="preserve">[1:33:44] </w:t>
      </w:r>
      <w:r>
        <w:t>wohi hai asal failure, wahi hai. Das question is from Naghma: "how can we make people think of their death when it is not in their programming as they usually brush it aside".</w:t>
      </w:r>
    </w:p>
    <w:p>
      <w:pPr>
        <w:jc w:val="right"/>
      </w:pPr>
      <w:r>
        <w:t>وہی ہے اصل فیلیر، وہی ہے۔ دس کوئسچن از فرام نغمہ: "ہاؤ کین وی میک پیپل تھنک اف دیر ڈیتھ وین اٹ از ناٹ ان دیر پروگرامنگ ایز دے یوزلی برش اٹ اسائیڈ"۔</w:t>
      </w:r>
    </w:p>
    <w:p>
      <w:r>
        <w:rPr>
          <w:b/>
        </w:rPr>
        <w:t xml:space="preserve">[1:34:05] </w:t>
      </w:r>
      <w:r>
        <w:t>dekhen, mere mind ki jo programming hai, is mein chahe na ho, lekin samnay to main dekh raha hoon, log mar rahe hain.</w:t>
      </w:r>
    </w:p>
    <w:p>
      <w:pPr>
        <w:jc w:val="right"/>
      </w:pPr>
      <w:r>
        <w:t>دیکھیں، میرے مائنڈ کی جو پروگرامنگ ہے، اس میں چاہے نہ ہو، لیکن سامنے تو میں دیکھ رہا ہوں، لوگ مر رہے ہیں۔</w:t>
      </w:r>
    </w:p>
    <w:p>
      <w:r>
        <w:rPr>
          <w:b/>
        </w:rPr>
        <w:t xml:space="preserve">[1:34:16] </w:t>
      </w:r>
      <w:r>
        <w:t>yani mere inconstant mind jo mere andar hai, jo mere andar jo programming hai, wahi to wahi to woh nahi hai, bahar to hai.</w:t>
      </w:r>
    </w:p>
    <w:p>
      <w:pPr>
        <w:jc w:val="right"/>
      </w:pPr>
      <w:r>
        <w:t>یعنی میرے انکانٹ مائنڈ جو میرے اندر ہے، جو میرے اندر جو پروگرامنگ ہے، وہی تو وہی تو وہ نہیں ہے، باہر تو ہے۔</w:t>
      </w:r>
    </w:p>
    <w:p>
      <w:r>
        <w:rPr>
          <w:b/>
        </w:rPr>
        <w:t xml:space="preserve">[1:34:27] </w:t>
      </w:r>
      <w:r>
        <w:t>har waqt hum yeh dekhte hain, yeh scene kiya? Koi aadmi mar raha hai, woh qabar mein ja raha hai, woh dafan kiya ja raha hai, ya doosray qism ke rite is ke sath jo kiya thay, doosray mazhabon mein.</w:t>
      </w:r>
    </w:p>
    <w:p>
      <w:pPr>
        <w:jc w:val="right"/>
      </w:pPr>
      <w:r>
        <w:t>ہر وقت ہم یہ دیکھتے ہیں، یہ سین کیا؟ کوئی آدمی مر رہا ہے، وہ قبر میں جا رہا ہے، وہ دفن کیا جا رہا ہے، یا دوسرے قسم کے رائٹ اس کے ساتھ جو کیا تھے، دوسرے مذہبوں میں۔</w:t>
      </w:r>
    </w:p>
    <w:p>
      <w:r>
        <w:rPr>
          <w:b/>
        </w:rPr>
        <w:t xml:space="preserve">[1:34:39] </w:t>
      </w:r>
      <w:r>
        <w:t>beh-haal, yeh har aadmi ka mamla hai ke apni internal programming ke mutabiq is ke haan death ka concept nahi hai.</w:t>
      </w:r>
    </w:p>
    <w:p>
      <w:pPr>
        <w:jc w:val="right"/>
      </w:pPr>
      <w:r>
        <w:t>بہرحال، یہ ہر آدمی کا معاملہ ہے کہ اپنی انٹرنل پروگرامنگ کے مطابق اس کے ہاں ڈیتھ کا کانسیپٹ نہیں ہے۔</w:t>
      </w:r>
    </w:p>
    <w:p>
      <w:r>
        <w:rPr>
          <w:b/>
        </w:rPr>
        <w:t xml:space="preserve">[1:34:49] </w:t>
      </w:r>
      <w:r>
        <w:t>lekin dekhta hai ke log mar rahe hain, mar rahe hain, mar rahe hain, mar rahe hain. To har marne wala reminder ban gaya,</w:t>
      </w:r>
    </w:p>
    <w:p>
      <w:pPr>
        <w:jc w:val="right"/>
      </w:pPr>
      <w:r>
        <w:t>لیکن دیکھتا ہے کہ لوگ مر رہے ہیں، مر رہے ہیں، مر رہے ہیں، مر رہے ہیں۔ تو ہر مرنے والا ریمائنڈر بن گیا،</w:t>
      </w:r>
    </w:p>
    <w:p>
      <w:r>
        <w:rPr>
          <w:b/>
        </w:rPr>
        <w:t xml:space="preserve">[1:34:56] </w:t>
      </w:r>
      <w:r>
        <w:t>har marne wala yaad dilanay ban gaya ke mujhe marna hai. Ab baat sirf itni hai ke is marne ko aap bajaye programming se attribute karne ke, Khuda ke decision se attribute karen.</w:t>
      </w:r>
    </w:p>
    <w:p>
      <w:pPr>
        <w:jc w:val="right"/>
      </w:pPr>
      <w:r>
        <w:t>ہر مرنے والا یاد دلانے بن گیا کہ مجھے مرنا ہے۔ اب بات صرف اتنی ہے کہ اس مرنے کو آپ بجائے پروگرامنگ سے ایٹریبیوٹ کرنے کے، خدا کے ڈیسیژن سے ایٹریبیوٹ کریں۔</w:t>
      </w:r>
    </w:p>
    <w:p>
      <w:r>
        <w:rPr>
          <w:b/>
        </w:rPr>
        <w:t xml:space="preserve">[1:35:09] </w:t>
      </w:r>
      <w:r>
        <w:t>baat sirf itni hai. Bas maut to ek aisi cheez hai jo honi honi hai. Dekh, kyunke dekhte hain hum apni aankhon ke samnay.</w:t>
      </w:r>
    </w:p>
    <w:p>
      <w:pPr>
        <w:jc w:val="right"/>
      </w:pPr>
      <w:r>
        <w:t>بات صرف اتنی ہے۔ بس موت تو ایک ایسی چیز ہے جو ہونی ہونی ہے۔ دیکھ، کیونکہ دیکھتے ہیں ہم اپنی آنکھوں کے سامنے۔</w:t>
      </w:r>
    </w:p>
    <w:p>
      <w:r>
        <w:rPr>
          <w:b/>
        </w:rPr>
        <w:t xml:space="preserve">[1:35:21] </w:t>
      </w:r>
      <w:r>
        <w:t>to ab humein yahan jo explain karein ge, hum jab sochen ge is par to humein kiya explanation mile ga? Is mein yeh mile ga ke agarche death mere DNA ki programming mein nahi thi, lekin Khuda ke faislay ke tehat woh har har aadmi par aati hai,</w:t>
      </w:r>
    </w:p>
    <w:p>
      <w:pPr>
        <w:jc w:val="right"/>
      </w:pPr>
      <w:r>
        <w:t>تو اب ہمیں یہاں جو ایکسپلین کریں گے، ہم جب سوچیں گے اس پر تو ہمیں کیا ایکسپلینیشن ملے گا؟ اس میں یہ ملے گا کہ اگرچہ ڈیتھ میرے ڈی این اے کی پروگرامنگ میں نہیں تھی، لیکن خدا کے فیصلے کے تحت وہ ہر ہر آدمی پر آتی ہے،</w:t>
      </w:r>
    </w:p>
    <w:p>
      <w:r>
        <w:rPr>
          <w:b/>
        </w:rPr>
        <w:t xml:space="preserve">[1:35:37] </w:t>
      </w:r>
      <w:r>
        <w:t>kabhi na kabhi. To woh aati hai kiya? Woh ek ek bohat hi temporary phase hai, ek qism ka transfer hai is duniya se us duniya ki taraf.</w:t>
      </w:r>
    </w:p>
    <w:p>
      <w:pPr>
        <w:jc w:val="right"/>
      </w:pPr>
      <w:r>
        <w:t>کبھی نہ کبھی۔ تو وہ آتی ہے کیا؟ وہ ایک ایک بہت ہی ٹیمپریری فیز ہے، ایک قسم کا ٹرانسفر ہے اس دنیا سے اس دنیا کی طرف۔</w:t>
      </w:r>
    </w:p>
    <w:p>
      <w:r>
        <w:rPr>
          <w:b/>
        </w:rPr>
        <w:t xml:space="preserve">[1:35:49] </w:t>
      </w:r>
      <w:r>
        <w:t>abhi main jee raha hoon, tab bhi main jeeta rahoon ga. Ab main jee raha hoon, tab bhi main jeeta rahoon ga. Sirf ek temporary phase hai ke mera yahan se wahan transfer ho raha hai.</w:t>
      </w:r>
    </w:p>
    <w:p>
      <w:pPr>
        <w:jc w:val="right"/>
      </w:pPr>
      <w:r>
        <w:t>ابھی میں جی رہا ہوں، تب بھی میں جیتا رہوں گا۔ اب میں جی رہا ہوں، تب بھی میں جیتا رہوں گا۔ صرف ایک ٹیمپریری فیز ہے کہ میرا یہاں سے وہاں ٹرانسفر ہو رہا ہے۔</w:t>
      </w:r>
    </w:p>
    <w:p>
      <w:r>
        <w:rPr>
          <w:b/>
        </w:rPr>
        <w:t xml:space="preserve">[1:36:00] </w:t>
      </w:r>
      <w:r>
        <w:t>there is a matter of transfer. Yeh kaise hoga? Yeh soch kar janen ge hum, yeh hum soch kar janen ge. To har baat to soch kar hi maloom hoti hai.</w:t>
      </w:r>
    </w:p>
    <w:p>
      <w:pPr>
        <w:jc w:val="right"/>
      </w:pPr>
      <w:r>
        <w:t>دیر از اے میٹر اف ٹرانسفر۔ یہ کیسے ہوگا؟ یہ سوچ کر جانیں گے ہم، یہ ہم سوچ کر جانیں گے۔ تو ہر بات تو سوچ کر ہی معلوم ہوتی ہے۔</w:t>
      </w:r>
    </w:p>
    <w:p>
      <w:r>
        <w:rPr>
          <w:b/>
        </w:rPr>
        <w:t xml:space="preserve">[1:36:09] </w:t>
      </w:r>
      <w:r>
        <w:t>aap jante hain. das question is from saadia</w:t>
      </w:r>
    </w:p>
    <w:p>
      <w:pPr>
        <w:jc w:val="right"/>
      </w:pPr>
      <w:r>
        <w:t>آپ جانتے ہیں۔ دس کوئسچن از فرام سعدیہ</w:t>
      </w:r>
    </w:p>
    <w:p>
      <w:r>
        <w:rPr>
          <w:b/>
        </w:rPr>
        <w:t xml:space="preserve">[1:36:14] </w:t>
      </w:r>
      <w:r>
        <w:t>: "If we keep remembering death all the time, would it not become an obstacle to growth and development".</w:t>
      </w:r>
    </w:p>
    <w:p>
      <w:pPr>
        <w:jc w:val="right"/>
      </w:pPr>
      <w:r>
        <w:t>: "اف وی کیپ ریممبرنگ ڈیتھ ال دا ٹائم، وڈ اٹ ناٹ بیکم این ابسٹیکل ٹو گروتھ اینڈ ڈیویلپمنٹ"۔</w:t>
      </w:r>
    </w:p>
    <w:p>
      <w:r>
        <w:rPr>
          <w:b/>
        </w:rPr>
        <w:t xml:space="preserve">[1:36:26] </w:t>
      </w:r>
      <w:r>
        <w:t>ek aadmi se mujh se yeh sawal kiya se pehle to maine us ko poocha ke aap is ko kya samajhte hain ke main active hoon ya inactive hoon? kaha ke bhai aap to bohat zyada active hain, barhaape mein bhi active hain.</w:t>
      </w:r>
    </w:p>
    <w:p>
      <w:pPr>
        <w:jc w:val="right"/>
      </w:pPr>
      <w:r>
        <w:t>ایک آدمی سے مجھ سے یہ سوال کیا سے پہلے تو میں نے اس کو پوچھا کہ آپ اس کو کیا سمجھتے ہیں کہ میں ایکٹیو ہوں یا ان ایکٹیو ہوں؟ کہا کہ بھئی آپ تو بہت زیادہ ایکٹیو ہیں، بڑھاپے میں بھی ایکٹیو ہیں۔</w:t>
      </w:r>
    </w:p>
    <w:p>
      <w:r>
        <w:rPr>
          <w:b/>
        </w:rPr>
        <w:t xml:space="preserve">[1:36:40] </w:t>
      </w:r>
      <w:r>
        <w:t>unhon ne kaha main to har waqt maut ki yaad karta hoon.</w:t>
      </w:r>
    </w:p>
    <w:p>
      <w:pPr>
        <w:jc w:val="right"/>
      </w:pPr>
      <w:r>
        <w:t>انہوں نے کہا میں تو ہر وقت موت کی یاد کرتا ہوں۔</w:t>
      </w:r>
    </w:p>
    <w:p>
      <w:r>
        <w:rPr>
          <w:b/>
        </w:rPr>
        <w:t xml:space="preserve">[1:36:44] </w:t>
      </w:r>
      <w:r>
        <w:t>yeh to ek ek ek ek supposition hai, supposition hai. yeh to agar mujh ko yaqeen ho ke mera hawai jahaz jo hai das baje chhoot jayega to main aur active ho jaunga.</w:t>
      </w:r>
    </w:p>
    <w:p>
      <w:pPr>
        <w:jc w:val="right"/>
      </w:pPr>
      <w:r>
        <w:t>یہ تو ایک ایک ایک ایک سپوزیشن ہے، سپوزیشن ہے۔ یہ تو اگر مجھ کو یقین ہو کہ میرا ہوائی جہاز جو ہے دس بجے چھوٹ جائے گا تو میں اور ایکٹیو ہو جاؤں گا۔</w:t>
      </w:r>
    </w:p>
    <w:p>
      <w:r>
        <w:rPr>
          <w:b/>
        </w:rPr>
        <w:t xml:space="preserve">[1:36:59] </w:t>
      </w:r>
      <w:r>
        <w:t>yaqeen ho ke meri train jo hai gyarah baje chhoot jayegi to main aur active ho jaunga. so death makes you more active</w:t>
      </w:r>
    </w:p>
    <w:p>
      <w:pPr>
        <w:jc w:val="right"/>
      </w:pPr>
      <w:r>
        <w:t>یقین ہو کہ میری ٹرین جو ہے گیارہ بجے چھوٹ جائے گی تو میں اور ایکٹیو ہو جاؤں گا۔ سو ڈیتھ میکس یو مور ایکٹیو</w:t>
      </w:r>
    </w:p>
    <w:p>
      <w:r>
        <w:rPr>
          <w:b/>
        </w:rPr>
        <w:t xml:space="preserve">[1:37:09] </w:t>
      </w:r>
      <w:r>
        <w:t>ke kisi bhi waqt maut aa sakti hai to aur kar raha hoon ke kab main pata nahi kab maut aa jaye.</w:t>
      </w:r>
    </w:p>
    <w:p>
      <w:pPr>
        <w:jc w:val="right"/>
      </w:pPr>
      <w:r>
        <w:t>کہ کسی بھی وقت موت آ سکتی ہے تو اور کر رہا ہوں کہ کب میں پتہ نہیں کب موت آ جائے۔</w:t>
      </w:r>
    </w:p>
    <w:p>
      <w:r>
        <w:rPr>
          <w:b/>
        </w:rPr>
        <w:t xml:space="preserve">[1:37:17] </w:t>
      </w:r>
      <w:r>
        <w:t>to agar aap train ke maamle mein aur hawai jahaz ke maamle mein zyada active ho jaate hain jaan kar ke, yani farz kijiye ke mujhe jana hai train se.</w:t>
      </w:r>
    </w:p>
    <w:p>
      <w:pPr>
        <w:jc w:val="right"/>
      </w:pPr>
      <w:r>
        <w:t>تو اگر آپ ٹرین کے معاملے میں اور ہوائی جہاز کے معاملے میں زیادہ ایکٹیو ہو جاتے ہیں جان کر کے، یعنی فرض کیجئے کہ مجھے جانا ہے ٹرین سے۔</w:t>
      </w:r>
    </w:p>
    <w:p>
      <w:r>
        <w:rPr>
          <w:b/>
        </w:rPr>
        <w:t xml:space="preserve">[1:37:29] </w:t>
      </w:r>
      <w:r>
        <w:t>mere zehen mein yeh tha ke train to jayegi das baje. ek aadmi batata hai: "arey bhai, train to das baje jaane wali hai". to main aur jaldi se tezi se active ho jaunga.</w:t>
      </w:r>
    </w:p>
    <w:p>
      <w:pPr>
        <w:jc w:val="right"/>
      </w:pPr>
      <w:r>
        <w:t>میرے ذہن میں یہ تھا کہ ٹرین تو جائے گی دس بجے۔ ایک آدمی بتاتا ہے: "ارے بھئی، ٹرین تو دس بجے جانے والی ہے"۔ تو میں اور جلدی سے تیزی سے ایکٹیو ہو جاؤں گا۔</w:t>
      </w:r>
    </w:p>
    <w:p>
      <w:r>
        <w:rPr>
          <w:b/>
        </w:rPr>
        <w:t xml:space="preserve">[1:37:42] </w:t>
      </w:r>
      <w:r>
        <w:t>to death, death makes you more active ke bhai time pata nahi kab khatm ho jaye aur main kuch kiye baghair duniya se chala jaon to aur kar lo, aur kar lo, aur kar lo.</w:t>
      </w:r>
    </w:p>
    <w:p>
      <w:pPr>
        <w:jc w:val="right"/>
      </w:pPr>
      <w:r>
        <w:t>تو ڈیتھ، ڈیتھ میکس یو مور ایکٹیو کہ بھئی ٹائم پتہ نہیں کب ختم ہو جائے اور میں کچھ کیے بغیر دنیا سے چلا جاؤں تو اور کر لو، اور کر لو، اور کر لو۔</w:t>
      </w:r>
    </w:p>
    <w:p>
      <w:r>
        <w:rPr>
          <w:b/>
        </w:rPr>
        <w:t xml:space="preserve">[1:37:54] </w:t>
      </w:r>
      <w:r>
        <w:t>yeh to hum ne dekha hai bar bar ke kisi wajah se hamare mind mein bed gaaye ke train ho jayegi das baje. itminaan se hum tayyari kar rahe hain.</w:t>
      </w:r>
    </w:p>
    <w:p>
      <w:pPr>
        <w:jc w:val="right"/>
      </w:pPr>
      <w:r>
        <w:t>یہ تو ہم نے دیکھا ہے بار بار کہ کسی وجہ سے ہمارے مائنڈ میں بیڈ گائے کہ ٹرین ہو جائے گی دس بجے۔ اطمینان سے ہم تیاری کر رہے ہیں۔</w:t>
      </w:r>
    </w:p>
    <w:p>
      <w:r>
        <w:rPr>
          <w:b/>
        </w:rPr>
        <w:t xml:space="preserve">[1:38:04] </w:t>
      </w:r>
      <w:r>
        <w:t>ab koi aata hai ke time table dekha bhai, woh to change ho gaya hai,</w:t>
      </w:r>
    </w:p>
    <w:p>
      <w:pPr>
        <w:jc w:val="right"/>
      </w:pPr>
      <w:r>
        <w:t>اب کوئی آتا ہے کہ ٹائم ٹیبل دیکھا بھئی، وہ تو چینج ہو گیا ہے،</w:t>
      </w:r>
    </w:p>
    <w:p>
      <w:r>
        <w:rPr>
          <w:b/>
        </w:rPr>
        <w:t xml:space="preserve">[1:38:07] </w:t>
      </w:r>
      <w:r>
        <w:t>woh to time ho gaya do baje. to hum jaldi se karte hain aur zyada. to death jo hai aap ko aur zyada active banati hai, death aap ko inactive banati hai.</w:t>
      </w:r>
    </w:p>
    <w:p>
      <w:pPr>
        <w:jc w:val="right"/>
      </w:pPr>
      <w:r>
        <w:t>وہ تو ٹائم ہو گیا دو بجے۔ تو ہم جلدی سے کرتے ہیں اور زیادہ۔ تو ڈیتھ جو ہے آپ کو اور زیادہ ایکٹیو بناتی ہے، ڈیتھ آپ کو ان ایکٹیوٹی بناتی ہے۔</w:t>
      </w:r>
    </w:p>
    <w:p>
      <w:r>
        <w:rPr>
          <w:b/>
        </w:rPr>
        <w:t xml:space="preserve">[1:38:25] </w:t>
      </w:r>
      <w:r>
        <w:t>das question is from ghulam mustafa:</w:t>
      </w:r>
    </w:p>
    <w:p>
      <w:pPr>
        <w:jc w:val="right"/>
      </w:pPr>
      <w:r>
        <w:t>دس کوئسچن از فرام غلام مصطفی:</w:t>
      </w:r>
    </w:p>
    <w:p>
      <w:r>
        <w:rPr>
          <w:b/>
        </w:rPr>
        <w:t xml:space="preserve">[1:38:29] </w:t>
      </w:r>
      <w:r>
        <w:t>"khuda jo universe ki sab se bari reality hai, isi tarah imaan jis par hell aur paradise ka faisla hona hai, woh suraj ki tarah clear kyun nahi ke common person aur extra ordinary person, har aadmi is ko dekh lein?"</w:t>
      </w:r>
    </w:p>
    <w:p>
      <w:pPr>
        <w:jc w:val="right"/>
      </w:pPr>
      <w:r>
        <w:t>"خدا جو یونیورس کی سب سے بڑی ریلیٹی ہے، اسی طرح ایمان جس پر ہیل اور پیراڈائز کا فیصلہ ہونا ہے، وہ سورج کی طرح کلیئر کیوں نہیں کہ کامن پرسن اور ایکسٹرا آرڈینری پرسن، ہر آدمی اس کو دیکھ لیں؟"</w:t>
      </w:r>
    </w:p>
    <w:p>
      <w:r>
        <w:rPr>
          <w:b/>
        </w:rPr>
        <w:t xml:space="preserve">[1:38:49] </w:t>
      </w:r>
      <w:r>
        <w:t>yeh duniya mein clear to koi bhi cheez nahi,</w:t>
      </w:r>
    </w:p>
    <w:p>
      <w:pPr>
        <w:jc w:val="right"/>
      </w:pPr>
      <w:r>
        <w:t>یہ دنیا میں کلیئر تو کوئی بھی چیز نہیں،</w:t>
      </w:r>
    </w:p>
    <w:p>
      <w:r>
        <w:rPr>
          <w:b/>
        </w:rPr>
        <w:t xml:space="preserve">[1:38:56] </w:t>
      </w:r>
      <w:r>
        <w:t>yeh duniya mein koi bhi cheez clear</w:t>
      </w:r>
    </w:p>
    <w:p>
      <w:pPr>
        <w:jc w:val="right"/>
      </w:pPr>
      <w:r>
        <w:t>یہ دنیا میں کوئی بھی چیز کلی</w:t>
      </w:r>
    </w:p>
    <w:p>
      <w:r>
        <w:rPr>
          <w:b/>
        </w:rPr>
        <w:t xml:space="preserve">[1:38:58] </w:t>
      </w:r>
      <w:r>
        <w:t>nahi. aap bhi clear nahi hain. main aap ko dekh nahi raha hoon, aap ko dekhna padta hai mujhe apni soch soch ke zariye se. ek scientist, sir arthur addington, ne likha hai ke jis table par main kaam karta hoon, woh dull table hai.</w:t>
      </w:r>
    </w:p>
    <w:p>
      <w:pPr>
        <w:jc w:val="right"/>
      </w:pPr>
      <w:r>
        <w:t>ئر نہیں۔ آپ بھی کلیئر نہیں ہیں۔ میں آپ کو دیکھ نہیں رہا ہوں، آپ کو دیکھنا پڑتا ہے مجھے اپنی سوچ سوچ کے ذریعے سے۔ ایک سائنٹسٹ، سر آرتھر ایڈنگٹن، نے لکھا ہے کہ جس ٹیبل پر میں کام کرتا ہوں، وہ ڈول ٹیبل ہے۔</w:t>
      </w:r>
    </w:p>
    <w:p>
      <w:r>
        <w:rPr>
          <w:b/>
        </w:rPr>
        <w:t xml:space="preserve">[1:39:15] </w:t>
      </w:r>
      <w:r>
        <w:t>ek table woh hai jo lakri ki hai, dikhai de rahi hai. ek aur table hai jis mein electron daud rahe hain. is table ko main nahi dekhta.</w:t>
      </w:r>
    </w:p>
    <w:p>
      <w:pPr>
        <w:jc w:val="right"/>
      </w:pPr>
      <w:r>
        <w:t>ایک ٹیبل وہ ہے جو لکڑی کی ہے، دکھائی دے رہی ہے۔ ایک اور ٹیبل ہے جس میں الیکٹران دوڑ رہے ہیں۔ اس ٹیبل کو میں نہیں دیکھتا۔</w:t>
      </w:r>
    </w:p>
    <w:p>
      <w:r>
        <w:rPr>
          <w:b/>
        </w:rPr>
        <w:t xml:space="preserve">[1:39:25] </w:t>
      </w:r>
      <w:r>
        <w:t>to is duniya mein koi bhi cheez is tarah se clear nahi hai. har cheez ko aap soch kar jante hain, soch kar ke. agar soch ko aap active na karein to aap kisi bhi cheez ko nahi jaan sakte.</w:t>
      </w:r>
    </w:p>
    <w:p>
      <w:pPr>
        <w:jc w:val="right"/>
      </w:pPr>
      <w:r>
        <w:t>تو اس دنیا میں کوئی بھی چیز اس طرح سے کلیئر نہیں ہے۔ ہر چیز کو آپ سوچ کر جانتے ہیں، سوچ کر کے۔ اگر سوچ کو آپ ایکٹیو نہ کریں تو آپ کسی بھی چیز کو نہیں جان سکتے۔</w:t>
      </w:r>
    </w:p>
    <w:p>
      <w:r>
        <w:rPr>
          <w:b/>
        </w:rPr>
        <w:t xml:space="preserve">[1:39:39] </w:t>
      </w:r>
      <w:r>
        <w:t>yaad rakhiye, soch ko active kiye baghair is duniya mein hum kisi bhi cheez ko nahi jaan sakte. to yahan bhi active karna hai, yeh to law of nature hai, yeh koi exception nahi hai.</w:t>
      </w:r>
    </w:p>
    <w:p>
      <w:pPr>
        <w:jc w:val="right"/>
      </w:pPr>
      <w:r>
        <w:t>یاد رکھیے، سوچ کو ایکٹیو کیے بغیر اس دنیا میں ہم کسی بھی چیز کو نہیں جان سکتے۔ تو یہاں بھی ایکٹیو کرنا ہے، یہ تو لاء آف نیچر ہے، یہ کوئی ایکسیپشن نہیں ہے۔</w:t>
      </w:r>
    </w:p>
    <w:p>
      <w:r>
        <w:rPr>
          <w:b/>
        </w:rPr>
        <w:t xml:space="preserve">[1:39:55] </w:t>
      </w:r>
      <w:r>
        <w:t>yeh law of nature hai jo har cheez ko cover kar raha hai.</w:t>
      </w:r>
    </w:p>
    <w:p>
      <w:pPr>
        <w:jc w:val="right"/>
      </w:pPr>
      <w:r>
        <w:t>یہ لاء آف نیچر ہے جو ہر چیز کو کور کر رہا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