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Introduction to the Quran July 24, 2007</w:t>
      </w:r>
    </w:p>
    <w:p>
      <w:r>
        <w:t>https://www.youtube.com/watch?v=e7mc7FO5LwI</w:t>
      </w:r>
    </w:p>
    <w:p>
      <w:r>
        <w:rPr>
          <w:b/>
        </w:rPr>
        <w:t xml:space="preserve">[00:10] </w:t>
      </w:r>
      <w:r>
        <w:t>Rabbi shrah li sadri, wa yassir li amri, wah lul uqdatan min lisani, yafqahu qawli.</w:t>
      </w:r>
    </w:p>
    <w:p>
      <w:pPr>
        <w:jc w:val="right"/>
      </w:pPr>
      <w:r>
        <w:t>رب اشرح لی صدری، ویسر لی امری، واحل العقدۃ من لسانی، یفقہ قولی.</w:t>
      </w:r>
    </w:p>
    <w:p>
      <w:r>
        <w:rPr>
          <w:b/>
        </w:rPr>
        <w:t xml:space="preserve">[00:26] </w:t>
      </w:r>
      <w:r>
        <w:t>The theme for the present talk is</w:t>
      </w:r>
    </w:p>
    <w:p>
      <w:pPr>
        <w:jc w:val="right"/>
      </w:pPr>
      <w:r>
        <w:t>The theme for the present talk is</w:t>
      </w:r>
    </w:p>
    <w:p>
      <w:r>
        <w:rPr>
          <w:b/>
        </w:rPr>
        <w:t xml:space="preserve">[00:35] </w:t>
      </w:r>
      <w:r>
        <w:t>Introduction to the Quran. Introduction to the Quran. You know, Quran is believed to be a word of God, a book of God.</w:t>
      </w:r>
    </w:p>
    <w:p>
      <w:pPr>
        <w:jc w:val="right"/>
      </w:pPr>
      <w:r>
        <w:t>Introduction to the Quran. Introduction to the Quran. You know, Quran is believed to be a word of God, a book of God.</w:t>
      </w:r>
    </w:p>
    <w:p>
      <w:r>
        <w:rPr>
          <w:b/>
        </w:rPr>
        <w:t xml:space="preserve">[00:57] </w:t>
      </w:r>
      <w:r>
        <w:t>It was revealed upon Muhammad sallallahu alaihi wasallam in the first quarter of the seventh century,</w:t>
      </w:r>
    </w:p>
    <w:p>
      <w:pPr>
        <w:jc w:val="right"/>
      </w:pPr>
      <w:r>
        <w:t>It was revealed upon Muhammad صلی الله عليه وسلم in the first quarter of the seventh century,</w:t>
      </w:r>
    </w:p>
    <w:p>
      <w:r>
        <w:rPr>
          <w:b/>
        </w:rPr>
        <w:t xml:space="preserve">[01:12] </w:t>
      </w:r>
      <w:r>
        <w:t>during twenty-three years of his prophethood</w:t>
      </w:r>
    </w:p>
    <w:p>
      <w:pPr>
        <w:jc w:val="right"/>
      </w:pPr>
      <w:r>
        <w:t>during twenty-three years of his prophethood</w:t>
      </w:r>
    </w:p>
    <w:p>
      <w:r>
        <w:rPr>
          <w:b/>
        </w:rPr>
        <w:t xml:space="preserve">[01:18] </w:t>
      </w:r>
      <w:r>
        <w:t>. Quran was not sent as a complete book at a time, but it was sent in a fragmentary way according to the occasion, according to the situation.</w:t>
      </w:r>
    </w:p>
    <w:p>
      <w:pPr>
        <w:jc w:val="right"/>
      </w:pPr>
      <w:r>
        <w:t>. Quran was not sent as a complete book at a time, but it was sent in a fragmentary way according to the occasion, according to the situation.</w:t>
      </w:r>
    </w:p>
    <w:p>
      <w:r>
        <w:rPr>
          <w:b/>
        </w:rPr>
        <w:t xml:space="preserve">[01:34] </w:t>
      </w:r>
      <w:r>
        <w:t>Prophet of Islam died in 632.</w:t>
      </w:r>
    </w:p>
    <w:p>
      <w:pPr>
        <w:jc w:val="right"/>
      </w:pPr>
      <w:r>
        <w:t>Prophet of Islam died in 632.</w:t>
      </w:r>
    </w:p>
    <w:p>
      <w:r>
        <w:rPr>
          <w:b/>
        </w:rPr>
        <w:t xml:space="preserve">[01:42] </w:t>
      </w:r>
      <w:r>
        <w:t>Before his death, he compiled all those verses and chapters revealed upon him.</w:t>
      </w:r>
    </w:p>
    <w:p>
      <w:pPr>
        <w:jc w:val="right"/>
      </w:pPr>
      <w:r>
        <w:t>Before his death, he compiled all those verses and chapters revealed upon him.</w:t>
      </w:r>
    </w:p>
    <w:p>
      <w:r>
        <w:rPr>
          <w:b/>
        </w:rPr>
        <w:t xml:space="preserve">[01:54] </w:t>
      </w:r>
      <w:r>
        <w:t>So present</w:t>
      </w:r>
    </w:p>
    <w:p>
      <w:pPr>
        <w:jc w:val="right"/>
      </w:pPr>
      <w:r>
        <w:t>So present</w:t>
      </w:r>
    </w:p>
    <w:p>
      <w:r>
        <w:rPr>
          <w:b/>
        </w:rPr>
        <w:t xml:space="preserve">[01:57] </w:t>
      </w:r>
      <w:r>
        <w:t>Quran in the book form was compiled by the Prophet himself.</w:t>
      </w:r>
    </w:p>
    <w:p>
      <w:pPr>
        <w:jc w:val="right"/>
      </w:pPr>
      <w:r>
        <w:t>Quran in the book form was compiled by the Prophet himself.</w:t>
      </w:r>
    </w:p>
    <w:p>
      <w:r>
        <w:rPr>
          <w:b/>
        </w:rPr>
        <w:t xml:space="preserve">[02:09] </w:t>
      </w:r>
      <w:r>
        <w:t>After the death of the Prophet, people copied this compiled book.</w:t>
      </w:r>
    </w:p>
    <w:p>
      <w:pPr>
        <w:jc w:val="right"/>
      </w:pPr>
      <w:r>
        <w:t>After the death of the Prophet, people copied this compiled book.</w:t>
      </w:r>
    </w:p>
    <w:p>
      <w:r>
        <w:rPr>
          <w:b/>
        </w:rPr>
        <w:t xml:space="preserve">[02:19] </w:t>
      </w:r>
      <w:r>
        <w:t>So it must be</w:t>
      </w:r>
    </w:p>
    <w:p>
      <w:pPr>
        <w:jc w:val="right"/>
      </w:pPr>
      <w:r>
        <w:t>So it must be</w:t>
      </w:r>
    </w:p>
    <w:p>
      <w:r>
        <w:rPr>
          <w:b/>
        </w:rPr>
        <w:t xml:space="preserve">[02:29] </w:t>
      </w:r>
      <w:r>
        <w:t>understood that Quran was compiled in the present form during the Prophet Muhammad himself.</w:t>
      </w:r>
    </w:p>
    <w:p>
      <w:pPr>
        <w:jc w:val="right"/>
      </w:pPr>
      <w:r>
        <w:t>understood that Quran was compiled in the present form during the Prophet Muhammad himself.</w:t>
      </w:r>
    </w:p>
    <w:p>
      <w:r>
        <w:rPr>
          <w:b/>
        </w:rPr>
        <w:t xml:space="preserve">[02:48] </w:t>
      </w:r>
      <w:r>
        <w:t>Quran - there are one hundred fourteen chapters in the Quran, some small chapters, some large chapters,</w:t>
      </w:r>
    </w:p>
    <w:p>
      <w:pPr>
        <w:jc w:val="right"/>
      </w:pPr>
      <w:r>
        <w:t>Quran - there are one hundred fourteen chapters in the Quran, some small chapters, some large chapters,</w:t>
      </w:r>
    </w:p>
    <w:p>
      <w:r>
        <w:rPr>
          <w:b/>
        </w:rPr>
        <w:t xml:space="preserve">[03:07] </w:t>
      </w:r>
      <w:r>
        <w:t>and there are six thousand and some five hundred verses in the Quran.</w:t>
      </w:r>
    </w:p>
    <w:p>
      <w:pPr>
        <w:jc w:val="right"/>
      </w:pPr>
      <w:r>
        <w:t>and there are six thousand and some five hundred verses in the Quran.</w:t>
      </w:r>
    </w:p>
    <w:p>
      <w:r>
        <w:rPr>
          <w:b/>
        </w:rPr>
        <w:t xml:space="preserve">[03:17] </w:t>
      </w:r>
      <w:r>
        <w:t>Then if you take a copy of the Quran and you start reading it, you will find that the first verse of the Quran is Bismillahir Rahmanir Rahim.</w:t>
      </w:r>
    </w:p>
    <w:p>
      <w:pPr>
        <w:jc w:val="right"/>
      </w:pPr>
      <w:r>
        <w:t>Then if you take a copy of the Quran and you start reading it, you will find that the first verse of the Quran is Bismillahir Rahmanir Rahim.</w:t>
      </w:r>
    </w:p>
    <w:p>
      <w:r>
        <w:rPr>
          <w:b/>
        </w:rPr>
        <w:t xml:space="preserve">[03:33] </w:t>
      </w:r>
      <w:r>
        <w:t>This verse is repeated in the Quran no less than one hundred fourteen times. It shows the importance of this verse.</w:t>
      </w:r>
    </w:p>
    <w:p>
      <w:pPr>
        <w:jc w:val="right"/>
      </w:pPr>
      <w:r>
        <w:t>This verse is repeated in the Quran no less than one hundred fourteen times. It shows the importance of this verse.</w:t>
      </w:r>
    </w:p>
    <w:p>
      <w:r>
        <w:rPr>
          <w:b/>
        </w:rPr>
        <w:t xml:space="preserve">[03:47] </w:t>
      </w:r>
      <w:r>
        <w:t>It means in the name of God, most merciful, most compassionate.</w:t>
      </w:r>
    </w:p>
    <w:p>
      <w:pPr>
        <w:jc w:val="right"/>
      </w:pPr>
      <w:r>
        <w:t>It means in the name of God, most merciful, most compassionate.</w:t>
      </w:r>
    </w:p>
    <w:p>
      <w:r>
        <w:rPr>
          <w:b/>
        </w:rPr>
        <w:t xml:space="preserve">[03:58] </w:t>
      </w:r>
      <w:r>
        <w:t>So this verse introduces God as a merciful, as a compassionate. It means that Quran - it means that God wants to promote</w:t>
      </w:r>
    </w:p>
    <w:p>
      <w:pPr>
        <w:jc w:val="right"/>
      </w:pPr>
      <w:r>
        <w:t>So this verse introduces God as a merciful, as a compassionate. It means that Quran - it means that God wants to promote</w:t>
      </w:r>
    </w:p>
    <w:p>
      <w:r>
        <w:rPr>
          <w:b/>
        </w:rPr>
        <w:t xml:space="preserve">[04:15] </w:t>
      </w:r>
      <w:r>
        <w:t>a culture of mercy and compassion among people</w:t>
      </w:r>
    </w:p>
    <w:p>
      <w:pPr>
        <w:jc w:val="right"/>
      </w:pPr>
      <w:r>
        <w:t>a culture of mercy and compassion among people</w:t>
      </w:r>
    </w:p>
    <w:p>
      <w:r>
        <w:rPr>
          <w:b/>
        </w:rPr>
        <w:t xml:space="preserve">[04:21] </w:t>
      </w:r>
      <w:r>
        <w:t>. God is compassionate and God wants people to be compassionate to others. Every believer is required to be well-wisher to all mankind, not only to other believers but all mankind.</w:t>
      </w:r>
    </w:p>
    <w:p>
      <w:pPr>
        <w:jc w:val="right"/>
      </w:pPr>
      <w:r>
        <w:t>. God is compassionate and God wants people to be compassionate to others. Every believer is required to be well-wisher to all mankind, not only to other believers but all mankind.</w:t>
      </w:r>
    </w:p>
    <w:p>
      <w:r>
        <w:rPr>
          <w:b/>
        </w:rPr>
        <w:t xml:space="preserve">[04:43] </w:t>
      </w:r>
      <w:r>
        <w:t>So well-wishing or compassion is the universal culture of Islam.</w:t>
      </w:r>
    </w:p>
    <w:p>
      <w:pPr>
        <w:jc w:val="right"/>
      </w:pPr>
      <w:r>
        <w:t>So well-wishing or compassion is the universal culture of Islam.</w:t>
      </w:r>
    </w:p>
    <w:p>
      <w:r>
        <w:rPr>
          <w:b/>
        </w:rPr>
        <w:t xml:space="preserve">[04:53] </w:t>
      </w:r>
      <w:r>
        <w:t>Then the first chapter of the Quran is Al-Fatiha: Alhamdulillahi Rabbil Alameen, Ar-Rahman, Ar-Rahim,</w:t>
      </w:r>
    </w:p>
    <w:p>
      <w:pPr>
        <w:jc w:val="right"/>
      </w:pPr>
      <w:r>
        <w:t>Then the first chapter of the Quran is Al-Fatiha: Alhamdulillahi Rabbil Alameen, Ar-Rahman, Ar-Rahim,</w:t>
      </w:r>
    </w:p>
    <w:p>
      <w:r>
        <w:rPr>
          <w:b/>
        </w:rPr>
        <w:t xml:space="preserve">[05:08] </w:t>
      </w:r>
      <w:r>
        <w:t>Maliki Yomiddin, Iyyaka Na'budu wa Iyyaka Nasta'in, Ahdina As-Siraat Al-Mustaqim, Siraat Alladhina Annamta 'Alayhim Ghairil Maghdub 'Alayhim Waladh-Dhallin.</w:t>
      </w:r>
    </w:p>
    <w:p>
      <w:pPr>
        <w:jc w:val="right"/>
      </w:pPr>
      <w:r>
        <w:t>Maliki Yomiddin, Iyyaka Na'budu wa Iyyaka Nasta'in, Ahdina As-Siraat Al-Mustaqim, Siraat Alladhina Annamta 'Alayhim Ghairil Maghdub 'Alayhim Waladh-Dhallin.</w:t>
      </w:r>
    </w:p>
    <w:p>
      <w:r>
        <w:rPr>
          <w:b/>
        </w:rPr>
        <w:t xml:space="preserve">[05:27] </w:t>
      </w:r>
      <w:r>
        <w:t>In this chapter - in this first chapter - there are basically four teachings, four tenets of Islam, four important tenets.</w:t>
      </w:r>
    </w:p>
    <w:p>
      <w:pPr>
        <w:jc w:val="right"/>
      </w:pPr>
      <w:r>
        <w:t>In this chapter - in this first chapter - there are basically four teachings, four tenets of Islam, four important tenets.</w:t>
      </w:r>
    </w:p>
    <w:p>
      <w:r>
        <w:rPr>
          <w:b/>
        </w:rPr>
        <w:t xml:space="preserve">[05:40] </w:t>
      </w:r>
      <w:r>
        <w:t>First is Alhamdulillah, saying Alhamdulillah, thanks to God</w:t>
      </w:r>
    </w:p>
    <w:p>
      <w:pPr>
        <w:jc w:val="right"/>
      </w:pPr>
      <w:r>
        <w:t>First is Alhamdulillah, saying Alhamdulillah, thanks to God</w:t>
      </w:r>
    </w:p>
    <w:p>
      <w:r>
        <w:rPr>
          <w:b/>
        </w:rPr>
        <w:t xml:space="preserve">[05:50] </w:t>
      </w:r>
      <w:r>
        <w:t>Alhamd means shukr or thanks.</w:t>
      </w:r>
    </w:p>
    <w:p>
      <w:pPr>
        <w:jc w:val="right"/>
      </w:pPr>
      <w:r>
        <w:t>. Alhamd means shukr or thanks.</w:t>
      </w:r>
    </w:p>
    <w:p>
      <w:r>
        <w:rPr>
          <w:b/>
        </w:rPr>
        <w:t xml:space="preserve">[05:55] </w:t>
      </w:r>
      <w:r>
        <w:t>Thanks to God. This is the most important aspect of Islamic teachings. God is the Creator, God is the Sustainer,</w:t>
      </w:r>
    </w:p>
    <w:p>
      <w:pPr>
        <w:jc w:val="right"/>
      </w:pPr>
      <w:r>
        <w:t>Thanks to God. This is the most important aspect of Islamic teachings. God is the Creator, God is the Sustainer,</w:t>
      </w:r>
    </w:p>
    <w:p>
      <w:r>
        <w:rPr>
          <w:b/>
        </w:rPr>
        <w:t xml:space="preserve">[06:13] </w:t>
      </w:r>
      <w:r>
        <w:t>God is the Giver. All those things we enjoy in this world were given by God.</w:t>
      </w:r>
    </w:p>
    <w:p>
      <w:pPr>
        <w:jc w:val="right"/>
      </w:pPr>
      <w:r>
        <w:t>God is the Giver. All those things we enjoy in this world were given by God.</w:t>
      </w:r>
    </w:p>
    <w:p>
      <w:r>
        <w:rPr>
          <w:b/>
        </w:rPr>
        <w:t xml:space="preserve">[06:25] </w:t>
      </w:r>
      <w:r>
        <w:t>Everything is blessing from God.</w:t>
      </w:r>
    </w:p>
    <w:p>
      <w:pPr>
        <w:jc w:val="right"/>
      </w:pPr>
      <w:r>
        <w:t>Everything is blessing from God.</w:t>
      </w:r>
    </w:p>
    <w:p>
      <w:r>
        <w:rPr>
          <w:b/>
        </w:rPr>
        <w:t xml:space="preserve">[06:28] </w:t>
      </w:r>
      <w:r>
        <w:t>So we have to acknowledge God</w:t>
      </w:r>
    </w:p>
    <w:p>
      <w:pPr>
        <w:jc w:val="right"/>
      </w:pPr>
      <w:r>
        <w:t>So we have to acknowledge God</w:t>
      </w:r>
    </w:p>
    <w:p>
      <w:r>
        <w:rPr>
          <w:b/>
        </w:rPr>
        <w:t xml:space="preserve">[06:32] </w:t>
      </w:r>
      <w:r>
        <w:t>by saying Alhamdulillahi Rabbil Alameen. Alhamdulillah is not simply a lip service. It is not uttering some words.</w:t>
      </w:r>
    </w:p>
    <w:p>
      <w:pPr>
        <w:jc w:val="right"/>
      </w:pPr>
      <w:r>
        <w:t>by saying Alhamdulillahi Rabbil Alameen. Alhamdulillah is not simply a lip service. It is not uttering some words.</w:t>
      </w:r>
    </w:p>
    <w:p>
      <w:r>
        <w:rPr>
          <w:b/>
        </w:rPr>
        <w:t xml:space="preserve">[06:44] </w:t>
      </w:r>
      <w:r>
        <w:t>It is</w:t>
      </w:r>
    </w:p>
    <w:p>
      <w:pPr>
        <w:jc w:val="right"/>
      </w:pPr>
      <w:r>
        <w:t>It is</w:t>
      </w:r>
    </w:p>
    <w:p>
      <w:r>
        <w:rPr>
          <w:b/>
        </w:rPr>
        <w:t xml:space="preserve">[06:47] </w:t>
      </w:r>
      <w:r>
        <w:t>to</w:t>
      </w:r>
    </w:p>
    <w:p>
      <w:pPr>
        <w:jc w:val="right"/>
      </w:pPr>
      <w:r>
        <w:t>to</w:t>
      </w:r>
    </w:p>
    <w:p>
      <w:r>
        <w:rPr>
          <w:b/>
        </w:rPr>
        <w:t xml:space="preserve">[06:51] </w:t>
      </w:r>
      <w:r>
        <w:t>Alhamdulillah is a storm in one's soul. It is a thrill</w:t>
      </w:r>
    </w:p>
    <w:p>
      <w:pPr>
        <w:jc w:val="right"/>
      </w:pPr>
      <w:r>
        <w:t>- Alhamdulillah is a storm in one's soul. It is a thrill</w:t>
      </w:r>
    </w:p>
    <w:p>
      <w:r>
        <w:rPr>
          <w:b/>
        </w:rPr>
        <w:t xml:space="preserve">[07:02] </w:t>
      </w:r>
      <w:r>
        <w:t>So when you think about the blessings of God, you are thrilled. So under this thrilling experience, you say Alhamdulillah.</w:t>
      </w:r>
    </w:p>
    <w:p>
      <w:pPr>
        <w:jc w:val="right"/>
      </w:pPr>
      <w:r>
        <w:t>. So when you think about the blessings of God, you are thrilled. So under this thrilling experience, you say Alhamdulillah.</w:t>
      </w:r>
    </w:p>
    <w:p>
      <w:r>
        <w:rPr>
          <w:b/>
        </w:rPr>
        <w:t xml:space="preserve">[07:18] </w:t>
      </w:r>
      <w:r>
        <w:t>This is the first requirement by the believers.</w:t>
      </w:r>
    </w:p>
    <w:p>
      <w:pPr>
        <w:jc w:val="right"/>
      </w:pPr>
      <w:r>
        <w:t>This is the first requirement by the believers.</w:t>
      </w:r>
    </w:p>
    <w:p>
      <w:r>
        <w:rPr>
          <w:b/>
        </w:rPr>
        <w:t xml:space="preserve">[07:27] </w:t>
      </w:r>
      <w:r>
        <w:t>Then</w:t>
      </w:r>
    </w:p>
    <w:p>
      <w:pPr>
        <w:jc w:val="right"/>
      </w:pPr>
      <w:r>
        <w:t>Then</w:t>
      </w:r>
    </w:p>
    <w:p>
      <w:r>
        <w:rPr>
          <w:b/>
        </w:rPr>
        <w:t xml:space="preserve">[07:31] </w:t>
      </w:r>
      <w:r>
        <w:t>Maliki Yomiddin.</w:t>
      </w:r>
    </w:p>
    <w:p>
      <w:pPr>
        <w:jc w:val="right"/>
      </w:pPr>
      <w:r>
        <w:t>Maliki Yomiddin.</w:t>
      </w:r>
    </w:p>
    <w:p>
      <w:r>
        <w:rPr>
          <w:b/>
        </w:rPr>
        <w:t xml:space="preserve">[07:35] </w:t>
      </w:r>
      <w:r>
        <w:t>Maliki Yomiddin means Lord of the Day of Judgment. This is the second most important teaching of Islam.</w:t>
      </w:r>
    </w:p>
    <w:p>
      <w:pPr>
        <w:jc w:val="right"/>
      </w:pPr>
      <w:r>
        <w:t>Maliki Yomiddin means Lord of the Day of Judgment. This is the second most important teaching of Islam.</w:t>
      </w:r>
    </w:p>
    <w:p>
      <w:r>
        <w:rPr>
          <w:b/>
        </w:rPr>
        <w:t xml:space="preserve">[07:45] </w:t>
      </w:r>
      <w:r>
        <w:t>It means that everyone is accountable to God. Everyone is accountable to God</w:t>
      </w:r>
    </w:p>
    <w:p>
      <w:pPr>
        <w:jc w:val="right"/>
      </w:pPr>
      <w:r>
        <w:t>It means that everyone is accountable to God. Everyone is accountable to God</w:t>
      </w:r>
    </w:p>
    <w:p>
      <w:r>
        <w:rPr>
          <w:b/>
        </w:rPr>
        <w:t xml:space="preserve">[07:59] </w:t>
      </w:r>
      <w:r>
        <w:t>Everyone will be presented at the Day of Judgment.</w:t>
      </w:r>
    </w:p>
    <w:p>
      <w:pPr>
        <w:jc w:val="right"/>
      </w:pPr>
      <w:r>
        <w:t>. Everyone will be presented at the Day of Judgment.</w:t>
      </w:r>
    </w:p>
    <w:p>
      <w:r>
        <w:rPr>
          <w:b/>
        </w:rPr>
        <w:t xml:space="preserve">[08:07] </w:t>
      </w:r>
      <w:r>
        <w:t>So everyone must remember this fact that he is accountable to God.</w:t>
      </w:r>
    </w:p>
    <w:p>
      <w:pPr>
        <w:jc w:val="right"/>
      </w:pPr>
      <w:r>
        <w:t>So everyone must remember this fact that he is accountable to God.</w:t>
      </w:r>
    </w:p>
    <w:p>
      <w:r>
        <w:rPr>
          <w:b/>
        </w:rPr>
        <w:t xml:space="preserve">[08:15] </w:t>
      </w:r>
      <w:r>
        <w:t>This is the most important teaching of Islam. Accountability - accountability is the most important teaching of Islam.</w:t>
      </w:r>
    </w:p>
    <w:p>
      <w:pPr>
        <w:jc w:val="right"/>
      </w:pPr>
      <w:r>
        <w:t>This is the most important teaching of Islam. Accountability - accountability is the most important teaching of Islam.</w:t>
      </w:r>
    </w:p>
    <w:p>
      <w:r>
        <w:rPr>
          <w:b/>
        </w:rPr>
        <w:t xml:space="preserve">[08:26] </w:t>
      </w:r>
      <w:r>
        <w:t>It means that we are here not only to live some - to live for some years and then die. No, there is death - there is life after death.</w:t>
      </w:r>
    </w:p>
    <w:p>
      <w:pPr>
        <w:jc w:val="right"/>
      </w:pPr>
      <w:r>
        <w:t>It means that we are here not only to live some - to live for some years and then die. No, there is death - there is life after death.</w:t>
      </w:r>
    </w:p>
    <w:p>
      <w:r>
        <w:rPr>
          <w:b/>
        </w:rPr>
        <w:t xml:space="preserve">[08:43] </w:t>
      </w:r>
      <w:r>
        <w:t>Our life span is divided into two parts, pre-death period and post-death period.</w:t>
      </w:r>
    </w:p>
    <w:p>
      <w:pPr>
        <w:jc w:val="right"/>
      </w:pPr>
      <w:r>
        <w:t>Our life span is divided into two parts, pre-death period and post-death period.</w:t>
      </w:r>
    </w:p>
    <w:p>
      <w:r>
        <w:rPr>
          <w:b/>
        </w:rPr>
        <w:t xml:space="preserve">[08:54] </w:t>
      </w:r>
      <w:r>
        <w:t>So after death, we</w:t>
      </w:r>
    </w:p>
    <w:p>
      <w:pPr>
        <w:jc w:val="right"/>
      </w:pPr>
      <w:r>
        <w:t>So after death, we</w:t>
      </w:r>
    </w:p>
    <w:p>
      <w:r>
        <w:rPr>
          <w:b/>
        </w:rPr>
        <w:t xml:space="preserve">[09:00] </w:t>
      </w:r>
      <w:r>
        <w:t>so death is not death. Death means the second - entering in the second phase of life.</w:t>
      </w:r>
    </w:p>
    <w:p>
      <w:pPr>
        <w:jc w:val="right"/>
      </w:pPr>
      <w:r>
        <w:t>- so death is not death. Death means the second - entering in the second phase of life.</w:t>
      </w:r>
    </w:p>
    <w:p>
      <w:r>
        <w:rPr>
          <w:b/>
        </w:rPr>
        <w:t xml:space="preserve">[09:12] </w:t>
      </w:r>
      <w:r>
        <w:t>So it is very important. We must believe that there is a day hereafter, there is hell, there is paradise.</w:t>
      </w:r>
    </w:p>
    <w:p>
      <w:pPr>
        <w:jc w:val="right"/>
      </w:pPr>
      <w:r>
        <w:t>So it is very important. We must believe that there is a day hereafter, there is hell, there is paradise.</w:t>
      </w:r>
    </w:p>
    <w:p>
      <w:r>
        <w:rPr>
          <w:b/>
        </w:rPr>
        <w:t xml:space="preserve">[09:26] </w:t>
      </w:r>
      <w:r>
        <w:t>This belief is called Al-Akhirah, Al-Akhirah, Aqeeda-e-Akhirah.</w:t>
      </w:r>
    </w:p>
    <w:p>
      <w:pPr>
        <w:jc w:val="right"/>
      </w:pPr>
      <w:r>
        <w:t>This belief is called Al-Akhirah, Al-Akhirah, Aqeeda-e-Akhirah.</w:t>
      </w:r>
    </w:p>
    <w:p>
      <w:r>
        <w:rPr>
          <w:b/>
        </w:rPr>
        <w:t xml:space="preserve">[09:37] </w:t>
      </w:r>
      <w:r>
        <w:t>Then Iyyaka Na'budu wa Iyyaka Nasta'in. We worship God, we worship You.</w:t>
      </w:r>
    </w:p>
    <w:p>
      <w:pPr>
        <w:jc w:val="right"/>
      </w:pPr>
      <w:r>
        <w:t>Then Iyyaka Na'budu wa Iyyaka Nasta'in. We worship God, we worship You.</w:t>
      </w:r>
    </w:p>
    <w:p>
      <w:r>
        <w:rPr>
          <w:b/>
        </w:rPr>
        <w:t xml:space="preserve">[09:49] </w:t>
      </w:r>
      <w:r>
        <w:t>Oh God, we worship You. So worship or ibadat is the most important teaching of Islam.</w:t>
      </w:r>
    </w:p>
    <w:p>
      <w:pPr>
        <w:jc w:val="right"/>
      </w:pPr>
      <w:r>
        <w:t>Oh God, we worship You. So worship or ibadat is the most important teaching of Islam.</w:t>
      </w:r>
    </w:p>
    <w:p>
      <w:r>
        <w:rPr>
          <w:b/>
        </w:rPr>
        <w:t xml:space="preserve">[10:06] </w:t>
      </w:r>
      <w:r>
        <w:t>Man was created by God, so man must worship God</w:t>
      </w:r>
    </w:p>
    <w:p>
      <w:pPr>
        <w:jc w:val="right"/>
      </w:pPr>
      <w:r>
        <w:t>Man was created by God, so man must worship God</w:t>
      </w:r>
    </w:p>
    <w:p>
      <w:r>
        <w:rPr>
          <w:b/>
        </w:rPr>
        <w:t xml:space="preserve">[10:13] </w:t>
      </w:r>
      <w:r>
        <w:t>. God is only - we have to admit that God is the only God. God is our Ilah, our Ma'bud.</w:t>
      </w:r>
    </w:p>
    <w:p>
      <w:pPr>
        <w:jc w:val="right"/>
      </w:pPr>
      <w:r>
        <w:t>. God is only - we have to admit that God is the only God. God is our Ilah, our Ma'bud.</w:t>
      </w:r>
    </w:p>
    <w:p>
      <w:r>
        <w:rPr>
          <w:b/>
        </w:rPr>
        <w:t xml:space="preserve">[10:26] </w:t>
      </w:r>
      <w:r>
        <w:t>So</w:t>
      </w:r>
    </w:p>
    <w:p>
      <w:pPr>
        <w:jc w:val="right"/>
      </w:pPr>
      <w:r>
        <w:t>So</w:t>
      </w:r>
    </w:p>
    <w:p>
      <w:r>
        <w:rPr>
          <w:b/>
        </w:rPr>
        <w:t xml:space="preserve">[10:29] </w:t>
      </w:r>
      <w:r>
        <w:t>no person other than God is liable to be worshipped. Worship is only for God.</w:t>
      </w:r>
    </w:p>
    <w:p>
      <w:pPr>
        <w:jc w:val="right"/>
      </w:pPr>
      <w:r>
        <w:t>no person other than God is liable to be worshipped. Worship is only for God.</w:t>
      </w:r>
    </w:p>
    <w:p>
      <w:r>
        <w:rPr>
          <w:b/>
        </w:rPr>
        <w:t xml:space="preserve">[10:39] </w:t>
      </w:r>
      <w:r>
        <w:t>Worship means submission, surrender, complete submission, complete surrender. Worship is not simply a set of rituals.</w:t>
      </w:r>
    </w:p>
    <w:p>
      <w:pPr>
        <w:jc w:val="right"/>
      </w:pPr>
      <w:r>
        <w:t>Worship means submission, surrender, complete submission, complete surrender. Worship is not simply a set of rituals.</w:t>
      </w:r>
    </w:p>
    <w:p>
      <w:r>
        <w:rPr>
          <w:b/>
        </w:rPr>
        <w:t xml:space="preserve">[10:51] </w:t>
      </w:r>
      <w:r>
        <w:t>No, worship means submission, worship means surrender to God.</w:t>
      </w:r>
    </w:p>
    <w:p>
      <w:pPr>
        <w:jc w:val="right"/>
      </w:pPr>
      <w:r>
        <w:t>No, worship means submission, worship means surrender to God.</w:t>
      </w:r>
    </w:p>
    <w:p>
      <w:r>
        <w:rPr>
          <w:b/>
        </w:rPr>
        <w:t xml:space="preserve">[11:01] </w:t>
      </w:r>
      <w:r>
        <w:t>Then Ahdina Siraat Al-Mustaqim.</w:t>
      </w:r>
    </w:p>
    <w:p>
      <w:pPr>
        <w:jc w:val="right"/>
      </w:pPr>
      <w:r>
        <w:t>Then Ahdina Siraat Al-Mustaqim.</w:t>
      </w:r>
    </w:p>
    <w:p>
      <w:r>
        <w:rPr>
          <w:b/>
        </w:rPr>
        <w:t xml:space="preserve">[11:06] </w:t>
      </w:r>
      <w:r>
        <w:t>It means that Oh God, show us theright path, As-Siraat Al-Mustaqim. Man is - man requires As-Siraat Al-Mustaqim, theright path.</w:t>
      </w:r>
    </w:p>
    <w:p>
      <w:pPr>
        <w:jc w:val="right"/>
      </w:pPr>
      <w:r>
        <w:t>It means that Oh God, show us theright path, As-Siraat Al-Mustaqim. Man is - man requires As-Siraat Al-Mustaqim, theright path.</w:t>
      </w:r>
    </w:p>
    <w:p>
      <w:r>
        <w:rPr>
          <w:b/>
        </w:rPr>
        <w:t xml:space="preserve">[11:25] </w:t>
      </w:r>
      <w:r>
        <w:t>It is God who can show us theright path.</w:t>
      </w:r>
    </w:p>
    <w:p>
      <w:pPr>
        <w:jc w:val="right"/>
      </w:pPr>
      <w:r>
        <w:t>It is God who can show us theright path.</w:t>
      </w:r>
    </w:p>
    <w:p>
      <w:r>
        <w:rPr>
          <w:b/>
        </w:rPr>
        <w:t xml:space="preserve">[11:30] </w:t>
      </w:r>
      <w:r>
        <w:t>Right path means that</w:t>
      </w:r>
    </w:p>
    <w:p>
      <w:pPr>
        <w:jc w:val="right"/>
      </w:pPr>
      <w:r>
        <w:t>Right path means that</w:t>
      </w:r>
    </w:p>
    <w:p>
      <w:r>
        <w:rPr>
          <w:b/>
        </w:rPr>
        <w:t xml:space="preserve">[11:36] </w:t>
      </w:r>
      <w:r>
        <w:t>we have many, many questions. Who am I? Why I am - why I was born on this planet Earth?</w:t>
      </w:r>
    </w:p>
    <w:p>
      <w:pPr>
        <w:jc w:val="right"/>
      </w:pPr>
      <w:r>
        <w:t>we have many, many questions. Who am I? Why I am - why I was born on this planet Earth?</w:t>
      </w:r>
    </w:p>
    <w:p>
      <w:r>
        <w:rPr>
          <w:b/>
        </w:rPr>
        <w:t xml:space="preserve">[11:49] </w:t>
      </w:r>
      <w:r>
        <w:t>What is pre-death period and what is post-death period? Why the future?</w:t>
      </w:r>
    </w:p>
    <w:p>
      <w:pPr>
        <w:jc w:val="right"/>
      </w:pPr>
      <w:r>
        <w:t>What is pre-death period and what is post-death period? Why the future?</w:t>
      </w:r>
    </w:p>
    <w:p>
      <w:r>
        <w:rPr>
          <w:b/>
        </w:rPr>
        <w:t xml:space="preserve">[11:58] </w:t>
      </w:r>
      <w:r>
        <w:t>So every question is involved. So Siraat Al-Mustaqim is one who gives you answer to all these questions.</w:t>
      </w:r>
    </w:p>
    <w:p>
      <w:pPr>
        <w:jc w:val="right"/>
      </w:pPr>
      <w:r>
        <w:t>So every question is involved. So Siraat Al-Mustaqim is one who gives you answer to all these questions.</w:t>
      </w:r>
    </w:p>
    <w:p>
      <w:r>
        <w:rPr>
          <w:b/>
        </w:rPr>
        <w:t xml:space="preserve">[12:11] </w:t>
      </w:r>
      <w:r>
        <w:t>And Siraat Al-Mustaqim comes only from God. No one other than God can provide you As-Siraat Al-Mustaqim,right path.</w:t>
      </w:r>
    </w:p>
    <w:p>
      <w:pPr>
        <w:jc w:val="right"/>
      </w:pPr>
      <w:r>
        <w:t>And Siraat Al-Mustaqim comes only from God. No one other than God can provide you As-Siraat Al-Mustaqim,right path.</w:t>
      </w:r>
    </w:p>
    <w:p>
      <w:r>
        <w:rPr>
          <w:b/>
        </w:rPr>
        <w:t xml:space="preserve">[12:25] </w:t>
      </w:r>
      <w:r>
        <w:t>So here believer says, Oh God, show me theright path. It means that I want to follow Your path, so show me that path.</w:t>
      </w:r>
    </w:p>
    <w:p>
      <w:pPr>
        <w:jc w:val="right"/>
      </w:pPr>
      <w:r>
        <w:t>So here believer says, Oh God, show me theright path. It means that I want to follow Your path, so show me that path.</w:t>
      </w:r>
    </w:p>
    <w:p>
      <w:r>
        <w:rPr>
          <w:b/>
        </w:rPr>
        <w:t xml:space="preserve">[12:47] </w:t>
      </w:r>
      <w:r>
        <w:t>It is</w:t>
      </w:r>
    </w:p>
    <w:p>
      <w:pPr>
        <w:jc w:val="right"/>
      </w:pPr>
      <w:r>
        <w:t>It is</w:t>
      </w:r>
    </w:p>
    <w:p>
      <w:r>
        <w:rPr>
          <w:b/>
        </w:rPr>
        <w:t xml:space="preserve">[12:51] </w:t>
      </w:r>
      <w:r>
        <w:t>readiness - it is an expression of readiness.</w:t>
      </w:r>
    </w:p>
    <w:p>
      <w:pPr>
        <w:jc w:val="right"/>
      </w:pPr>
      <w:r>
        <w:t>readiness - it is an expression of readiness.</w:t>
      </w:r>
    </w:p>
    <w:p>
      <w:r>
        <w:rPr>
          <w:b/>
        </w:rPr>
        <w:t xml:space="preserve">[12:56] </w:t>
      </w:r>
      <w:r>
        <w:t>It means that I am ready to follow Your path. So Oh God, show me that path, that As-Siraat Al-Mustaqim.</w:t>
      </w:r>
    </w:p>
    <w:p>
      <w:pPr>
        <w:jc w:val="right"/>
      </w:pPr>
      <w:r>
        <w:t>It means that I am ready to follow Your path. So Oh God, show me that path, that As-Siraat Al-Mustaqim.</w:t>
      </w:r>
    </w:p>
    <w:p>
      <w:r>
        <w:rPr>
          <w:b/>
        </w:rPr>
        <w:t xml:space="preserve">[13:07] </w:t>
      </w:r>
      <w:r>
        <w:t>This is the first chapter of the Quran, that is Al-Fatiha. Then the second chapter is Al-Baqarah.</w:t>
      </w:r>
    </w:p>
    <w:p>
      <w:pPr>
        <w:jc w:val="right"/>
      </w:pPr>
      <w:r>
        <w:t>This is the first chapter of the Quran, that is Al-Fatiha. Then the second chapter is Al-Baqarah.</w:t>
      </w:r>
    </w:p>
    <w:p>
      <w:r>
        <w:rPr>
          <w:b/>
        </w:rPr>
        <w:t xml:space="preserve">[13:18] </w:t>
      </w:r>
      <w:r>
        <w:t>Al-Baqarah - in Al-Baqarah you read the story of the first man, that is Adam.</w:t>
      </w:r>
    </w:p>
    <w:p>
      <w:pPr>
        <w:jc w:val="right"/>
      </w:pPr>
      <w:r>
        <w:t>Al-Baqarah - in Al-Baqarah you read the story of the first man, that is Adam.</w:t>
      </w:r>
    </w:p>
    <w:p>
      <w:r>
        <w:rPr>
          <w:b/>
        </w:rPr>
        <w:t xml:space="preserve">[13:29] </w:t>
      </w:r>
      <w:r>
        <w:t>Adam was the first man created by God.</w:t>
      </w:r>
    </w:p>
    <w:p>
      <w:pPr>
        <w:jc w:val="right"/>
      </w:pPr>
      <w:r>
        <w:t>Adam was the first man created by God.</w:t>
      </w:r>
    </w:p>
    <w:p>
      <w:r>
        <w:rPr>
          <w:b/>
        </w:rPr>
        <w:t xml:space="preserve">[13:35] </w:t>
      </w:r>
      <w:r>
        <w:t>And after creation, God settled Adam in paradise.</w:t>
      </w:r>
    </w:p>
    <w:p>
      <w:pPr>
        <w:jc w:val="right"/>
      </w:pPr>
      <w:r>
        <w:t>And after creation, God settled Adam in paradise.</w:t>
      </w:r>
    </w:p>
    <w:p>
      <w:r>
        <w:rPr>
          <w:b/>
        </w:rPr>
        <w:t xml:space="preserve">[13:49] </w:t>
      </w:r>
      <w:r>
        <w:t>God said, Oh Adam and your wife Hawwa, you are allowed to settle in paradise, to enjoy everything in paradise.</w:t>
      </w:r>
    </w:p>
    <w:p>
      <w:pPr>
        <w:jc w:val="right"/>
      </w:pPr>
      <w:r>
        <w:t>God said, Oh Adam and your wife Hawwa, you are allowed to settle in paradise, to enjoy everything in paradise.</w:t>
      </w:r>
    </w:p>
    <w:p>
      <w:r>
        <w:rPr>
          <w:b/>
        </w:rPr>
        <w:t xml:space="preserve">[14:03] </w:t>
      </w:r>
      <w:r>
        <w:t>But La Taqraba Hadhi Shajara,</w:t>
      </w:r>
    </w:p>
    <w:p>
      <w:pPr>
        <w:jc w:val="right"/>
      </w:pPr>
      <w:r>
        <w:t>But La Taqraba Hadhi Shajara,</w:t>
      </w:r>
    </w:p>
    <w:p>
      <w:r>
        <w:rPr>
          <w:b/>
        </w:rPr>
        <w:t xml:space="preserve">[14:11] </w:t>
      </w:r>
      <w:r>
        <w:t>don't approach to this tree. So in paradise, there was a forbidden tree.</w:t>
      </w:r>
    </w:p>
    <w:p>
      <w:pPr>
        <w:jc w:val="right"/>
      </w:pPr>
      <w:r>
        <w:t>don't approach to this tree. So in paradise, there was a forbidden tree.</w:t>
      </w:r>
    </w:p>
    <w:p>
      <w:r>
        <w:rPr>
          <w:b/>
        </w:rPr>
        <w:t xml:space="preserve">[14:22] </w:t>
      </w:r>
      <w:r>
        <w:t>And Adam was told that you are not allowed to eat the fruit of this tree.</w:t>
      </w:r>
    </w:p>
    <w:p>
      <w:pPr>
        <w:jc w:val="right"/>
      </w:pPr>
      <w:r>
        <w:t>And Adam was told that you are not allowed to eat the fruit of this tree.</w:t>
      </w:r>
    </w:p>
    <w:p>
      <w:r>
        <w:rPr>
          <w:b/>
        </w:rPr>
        <w:t xml:space="preserve">[14:38] </w:t>
      </w:r>
      <w:r>
        <w:t>You have to maintain a distance from this forbidden tree. But Adam</w:t>
      </w:r>
    </w:p>
    <w:p>
      <w:pPr>
        <w:jc w:val="right"/>
      </w:pPr>
      <w:r>
        <w:t>You have to maintain a distance from this forbidden tree. But Adam</w:t>
      </w:r>
    </w:p>
    <w:p>
      <w:r>
        <w:rPr>
          <w:b/>
        </w:rPr>
        <w:t xml:space="preserve">[14:49] </w:t>
      </w:r>
      <w:r>
        <w:t>forgot this direction.</w:t>
      </w:r>
    </w:p>
    <w:p>
      <w:pPr>
        <w:jc w:val="right"/>
      </w:pPr>
      <w:r>
        <w:t>forgot this direction.</w:t>
      </w:r>
    </w:p>
    <w:p>
      <w:r>
        <w:rPr>
          <w:b/>
        </w:rPr>
        <w:t xml:space="preserve">[14:55] </w:t>
      </w:r>
      <w:r>
        <w:t>Under temptation, he ate the fruit of that forbidden tree. Then God said that now you have to go to planet Earth</w:t>
      </w:r>
    </w:p>
    <w:p>
      <w:pPr>
        <w:jc w:val="right"/>
      </w:pPr>
      <w:r>
        <w:t>Under temptation, he ate the fruit of that forbidden tree. Then God said that now you have to go to planet Earth</w:t>
      </w:r>
    </w:p>
    <w:p>
      <w:r>
        <w:rPr>
          <w:b/>
        </w:rPr>
        <w:t xml:space="preserve">[15:11] </w:t>
      </w:r>
      <w:r>
        <w:t>. So then Adam was settled in this planet Earth and all his generation.</w:t>
      </w:r>
    </w:p>
    <w:p>
      <w:pPr>
        <w:jc w:val="right"/>
      </w:pPr>
      <w:r>
        <w:t>. So then Adam was settled in this planet Earth and all his generation.</w:t>
      </w:r>
    </w:p>
    <w:p>
      <w:r>
        <w:rPr>
          <w:b/>
        </w:rPr>
        <w:t xml:space="preserve">[15:20] </w:t>
      </w:r>
      <w:r>
        <w:t>Here is a very important lesson that man was born initially for paradise.</w:t>
      </w:r>
    </w:p>
    <w:p>
      <w:pPr>
        <w:jc w:val="right"/>
      </w:pPr>
      <w:r>
        <w:t>Here is a very important lesson that man was born initially for paradise.</w:t>
      </w:r>
    </w:p>
    <w:p>
      <w:r>
        <w:rPr>
          <w:b/>
        </w:rPr>
        <w:t xml:space="preserve">[15:31] </w:t>
      </w:r>
      <w:r>
        <w:t>Paradise was created for man and man was created for paradise. But</w:t>
      </w:r>
    </w:p>
    <w:p>
      <w:pPr>
        <w:jc w:val="right"/>
      </w:pPr>
      <w:r>
        <w:t>Paradise was created for man and man was created for paradise. But</w:t>
      </w:r>
    </w:p>
    <w:p>
      <w:r>
        <w:rPr>
          <w:b/>
        </w:rPr>
        <w:t xml:space="preserve">[15:43] </w:t>
      </w:r>
      <w:r>
        <w:t>it requires a test</w:t>
      </w:r>
    </w:p>
    <w:p>
      <w:pPr>
        <w:jc w:val="right"/>
      </w:pPr>
      <w:r>
        <w:t>it requires a test</w:t>
      </w:r>
    </w:p>
    <w:p>
      <w:r>
        <w:rPr>
          <w:b/>
        </w:rPr>
        <w:t xml:space="preserve">[15:46] </w:t>
      </w:r>
      <w:r>
        <w:t>. So now here we are - we are put on test. Present Earth is a testing ground.</w:t>
      </w:r>
    </w:p>
    <w:p>
      <w:pPr>
        <w:jc w:val="right"/>
      </w:pPr>
      <w:r>
        <w:t>. So now here we are - we are put on test. Present Earth is a testing ground.</w:t>
      </w:r>
    </w:p>
    <w:p>
      <w:r>
        <w:rPr>
          <w:b/>
        </w:rPr>
        <w:t xml:space="preserve">[15:55] </w:t>
      </w:r>
      <w:r>
        <w:t>Everything we enjoy on this Earth is a test paper.</w:t>
      </w:r>
    </w:p>
    <w:p>
      <w:pPr>
        <w:jc w:val="right"/>
      </w:pPr>
      <w:r>
        <w:t>Everything we enjoy on this Earth is a test paper.</w:t>
      </w:r>
    </w:p>
    <w:p>
      <w:r>
        <w:rPr>
          <w:b/>
        </w:rPr>
        <w:t xml:space="preserve">[16:02] </w:t>
      </w:r>
      <w:r>
        <w:t>So on this Earth, the same culture is required</w:t>
      </w:r>
    </w:p>
    <w:p>
      <w:pPr>
        <w:jc w:val="right"/>
      </w:pPr>
      <w:r>
        <w:t>So on this Earth, the same culture is required</w:t>
      </w:r>
    </w:p>
    <w:p>
      <w:r>
        <w:rPr>
          <w:b/>
        </w:rPr>
        <w:t xml:space="preserve">[16:09] </w:t>
      </w:r>
      <w:r>
        <w:t>. We are free to enjoy everything on this Earth, but there is a principle - do and don't principle.</w:t>
      </w:r>
    </w:p>
    <w:p>
      <w:pPr>
        <w:jc w:val="right"/>
      </w:pPr>
      <w:r>
        <w:t>. We are free to enjoy everything on this Earth, but there is a principle - do and don't principle.</w:t>
      </w:r>
    </w:p>
    <w:p>
      <w:r>
        <w:rPr>
          <w:b/>
        </w:rPr>
        <w:t xml:space="preserve">[16:20] </w:t>
      </w:r>
      <w:r>
        <w:t>Something are forbidden and something are allowed.</w:t>
      </w:r>
    </w:p>
    <w:p>
      <w:pPr>
        <w:jc w:val="right"/>
      </w:pPr>
      <w:r>
        <w:t>Something are forbidden and something are allowed.</w:t>
      </w:r>
    </w:p>
    <w:p>
      <w:r>
        <w:rPr>
          <w:b/>
        </w:rPr>
        <w:t xml:space="preserve">[16:27] </w:t>
      </w:r>
      <w:r>
        <w:t>Something are haram, something are makruh, something are unlawful.</w:t>
      </w:r>
    </w:p>
    <w:p>
      <w:pPr>
        <w:jc w:val="right"/>
      </w:pPr>
      <w:r>
        <w:t>Something are haram, something are makruh, something are unlawful.</w:t>
      </w:r>
    </w:p>
    <w:p>
      <w:r>
        <w:rPr>
          <w:b/>
        </w:rPr>
        <w:t xml:space="preserve">[16:38] </w:t>
      </w:r>
      <w:r>
        <w:t>So man must refrain himself from all those things that are unlawful, that are haram.</w:t>
      </w:r>
    </w:p>
    <w:p>
      <w:pPr>
        <w:jc w:val="right"/>
      </w:pPr>
      <w:r>
        <w:t>So man must refrain himself from all those things that are unlawful, that are haram.</w:t>
      </w:r>
    </w:p>
    <w:p>
      <w:r>
        <w:rPr>
          <w:b/>
        </w:rPr>
        <w:t xml:space="preserve">[16:49] </w:t>
      </w:r>
      <w:r>
        <w:t>This is the test</w:t>
      </w:r>
    </w:p>
    <w:p>
      <w:pPr>
        <w:jc w:val="right"/>
      </w:pPr>
      <w:r>
        <w:t>This is the test</w:t>
      </w:r>
    </w:p>
    <w:p>
      <w:r>
        <w:rPr>
          <w:b/>
        </w:rPr>
        <w:t xml:space="preserve">[16:52] </w:t>
      </w:r>
      <w:r>
        <w:t>. For example, man is given freedom. Every man and woman are free.</w:t>
      </w:r>
    </w:p>
    <w:p>
      <w:pPr>
        <w:jc w:val="right"/>
      </w:pPr>
      <w:r>
        <w:t>. For example, man is given freedom. Every man and woman are free.</w:t>
      </w:r>
    </w:p>
    <w:p>
      <w:r>
        <w:rPr>
          <w:b/>
        </w:rPr>
        <w:t xml:space="preserve">[17:02] </w:t>
      </w:r>
      <w:r>
        <w:t>But</w:t>
      </w:r>
    </w:p>
    <w:p>
      <w:pPr>
        <w:jc w:val="right"/>
      </w:pPr>
      <w:r>
        <w:t>But</w:t>
      </w:r>
    </w:p>
    <w:p>
      <w:r>
        <w:rPr>
          <w:b/>
        </w:rPr>
        <w:t xml:space="preserve">[17:08] </w:t>
      </w:r>
      <w:r>
        <w:t>they must not misuse their freedom.</w:t>
      </w:r>
    </w:p>
    <w:p>
      <w:pPr>
        <w:jc w:val="right"/>
      </w:pPr>
      <w:r>
        <w:t>they must not misuse their freedom.</w:t>
      </w:r>
    </w:p>
    <w:p>
      <w:r>
        <w:rPr>
          <w:b/>
        </w:rPr>
        <w:t xml:space="preserve">[17:13] </w:t>
      </w:r>
      <w:r>
        <w:t>They are allowed only to use their freedom properly in a proper way. They are not allowed to misuse their freedom.</w:t>
      </w:r>
    </w:p>
    <w:p>
      <w:pPr>
        <w:jc w:val="right"/>
      </w:pPr>
      <w:r>
        <w:t>They are allowed only to use their freedom properly in a proper way. They are not allowed to misuse their freedom.</w:t>
      </w:r>
    </w:p>
    <w:p>
      <w:r>
        <w:rPr>
          <w:b/>
        </w:rPr>
        <w:t xml:space="preserve">[17:27] </w:t>
      </w:r>
      <w:r>
        <w:t>So everyone who uses his freedom properly will go to paradise. And all those people who misuse their freedom, they will be deprived from paradise.</w:t>
      </w:r>
    </w:p>
    <w:p>
      <w:pPr>
        <w:jc w:val="right"/>
      </w:pPr>
      <w:r>
        <w:t>So everyone who uses his freedom properly will go to paradise. And all those people who misuse their freedom, they will be deprived from paradise.</w:t>
      </w:r>
    </w:p>
    <w:p>
      <w:r>
        <w:rPr>
          <w:b/>
        </w:rPr>
        <w:t xml:space="preserve">[17:42] </w:t>
      </w:r>
      <w:r>
        <w:t>They will go to hell</w:t>
      </w:r>
    </w:p>
    <w:p>
      <w:pPr>
        <w:jc w:val="right"/>
      </w:pPr>
      <w:r>
        <w:t>They will go to hell</w:t>
      </w:r>
    </w:p>
    <w:p>
      <w:r>
        <w:rPr>
          <w:b/>
        </w:rPr>
        <w:t xml:space="preserve">[17:46] </w:t>
      </w:r>
      <w:r>
        <w:t>. So this is the lesson</w:t>
      </w:r>
    </w:p>
    <w:p>
      <w:pPr>
        <w:jc w:val="right"/>
      </w:pPr>
      <w:r>
        <w:t>. So this is the lesson</w:t>
      </w:r>
    </w:p>
    <w:p>
      <w:r>
        <w:rPr>
          <w:b/>
        </w:rPr>
        <w:t xml:space="preserve">[17:50] </w:t>
      </w:r>
      <w:r>
        <w:t>that we read in the Quran with the reference of Adam.</w:t>
      </w:r>
    </w:p>
    <w:p>
      <w:pPr>
        <w:jc w:val="right"/>
      </w:pPr>
      <w:r>
        <w:t>that we read in the Quran with the reference of Adam.</w:t>
      </w:r>
    </w:p>
    <w:p>
      <w:r>
        <w:rPr>
          <w:b/>
        </w:rPr>
        <w:t xml:space="preserve">[17:59] </w:t>
      </w:r>
      <w:r>
        <w:t>Adam - the story of Adam tells us that although we were born for paradise, but paradise will be given on a selective basis.</w:t>
      </w:r>
    </w:p>
    <w:p>
      <w:pPr>
        <w:jc w:val="right"/>
      </w:pPr>
      <w:r>
        <w:t>Adam - the story of Adam tells us that although we were born for paradise, but paradise will be given on a selective basis.</w:t>
      </w:r>
    </w:p>
    <w:p>
      <w:r>
        <w:rPr>
          <w:b/>
        </w:rPr>
        <w:t xml:space="preserve">[18:18] </w:t>
      </w:r>
      <w:r>
        <w:t>Only those people who prove to be a deserving candidate for paradise, they will be fine entry into paradise.</w:t>
      </w:r>
    </w:p>
    <w:p>
      <w:pPr>
        <w:jc w:val="right"/>
      </w:pPr>
      <w:r>
        <w:t>Only those people who prove to be a deserving candidate for paradise, they will be fine entry into paradise.</w:t>
      </w:r>
    </w:p>
    <w:p>
      <w:r>
        <w:rPr>
          <w:b/>
        </w:rPr>
        <w:t xml:space="preserve">[18:31] </w:t>
      </w:r>
      <w:r>
        <w:t>And those people who prove by their record that they do not deserve paradise, so they will be deprived from entry into paradise.</w:t>
      </w:r>
    </w:p>
    <w:p>
      <w:pPr>
        <w:jc w:val="right"/>
      </w:pPr>
      <w:r>
        <w:t>And those people who prove by their record that they do not deserve paradise, so they will be deprived from entry into paradise.</w:t>
      </w:r>
    </w:p>
    <w:p>
      <w:r>
        <w:rPr>
          <w:b/>
        </w:rPr>
        <w:t xml:space="preserve">[18:47] </w:t>
      </w:r>
      <w:r>
        <w:t>So re-entry of paradise will be on a selective basis.</w:t>
      </w:r>
    </w:p>
    <w:p>
      <w:pPr>
        <w:jc w:val="right"/>
      </w:pPr>
      <w:r>
        <w:t>So re-entry of paradise will be on a selective basis.</w:t>
      </w:r>
    </w:p>
    <w:p>
      <w:r>
        <w:rPr>
          <w:b/>
        </w:rPr>
        <w:t xml:space="preserve">[19:00] </w:t>
      </w:r>
      <w:r>
        <w:t>Re-entry into paradise will be on a selective basis. Only those people who prove to be a deserving candidate,</w:t>
      </w:r>
    </w:p>
    <w:p>
      <w:pPr>
        <w:jc w:val="right"/>
      </w:pPr>
      <w:r>
        <w:t>Re-entry into paradise will be on a selective basis. Only those people who prove to be a deserving candidate,</w:t>
      </w:r>
    </w:p>
    <w:p>
      <w:r>
        <w:rPr>
          <w:b/>
        </w:rPr>
        <w:t xml:space="preserve">[19:13] </w:t>
      </w:r>
      <w:r>
        <w:t>they will be - they will fine entry into paradise. Otherwise, no. So this is the lesson given by the Quran with the reference of Adam and Hawwa.</w:t>
      </w:r>
    </w:p>
    <w:p>
      <w:pPr>
        <w:jc w:val="right"/>
      </w:pPr>
      <w:r>
        <w:t>they will be - they will fine entry into paradise. Otherwise, no. So this is the lesson given by the Quran with the reference of Adam and Hawwa.</w:t>
      </w:r>
    </w:p>
    <w:p>
      <w:r>
        <w:rPr>
          <w:b/>
        </w:rPr>
        <w:t xml:space="preserve">[19:31] </w:t>
      </w:r>
      <w:r>
        <w:t>Then in some sense, the Quran is the record of prophets.</w:t>
      </w:r>
    </w:p>
    <w:p>
      <w:pPr>
        <w:jc w:val="right"/>
      </w:pPr>
      <w:r>
        <w:t>Then in some sense, the Quran is the record of prophets.</w:t>
      </w:r>
    </w:p>
    <w:p>
      <w:r>
        <w:rPr>
          <w:b/>
        </w:rPr>
        <w:t xml:space="preserve">[19:43] </w:t>
      </w:r>
      <w:r>
        <w:t>Some scholars have said that the Quran is a Sarguzest-e-Anbiya. Sarguzest-e-Anbiya means record of prophets, history of the prophets.</w:t>
      </w:r>
    </w:p>
    <w:p>
      <w:pPr>
        <w:jc w:val="right"/>
      </w:pPr>
      <w:r>
        <w:t>Some scholars have said that the Quran is a Sarguzest-e-Anbiya. Sarguzest-e-Anbiya means record of prophets, history of the prophets.</w:t>
      </w:r>
    </w:p>
    <w:p>
      <w:r>
        <w:rPr>
          <w:b/>
        </w:rPr>
        <w:t xml:space="preserve">[19:58] </w:t>
      </w:r>
      <w:r>
        <w:t>Now if you read the Quran, you will find that there are twenty-five prophets mentioned in the Quran, twenty-five prophets.</w:t>
      </w:r>
    </w:p>
    <w:p>
      <w:pPr>
        <w:jc w:val="right"/>
      </w:pPr>
      <w:r>
        <w:t>Now if you read the Quran, you will find that there are twenty-five prophets mentioned in the Quran, twenty-five prophets.</w:t>
      </w:r>
    </w:p>
    <w:p>
      <w:r>
        <w:rPr>
          <w:b/>
        </w:rPr>
        <w:t xml:space="preserve">[20:15] </w:t>
      </w:r>
      <w:r>
        <w:t>And what was the mission of these prophets</w:t>
      </w:r>
    </w:p>
    <w:p>
      <w:pPr>
        <w:jc w:val="right"/>
      </w:pPr>
      <w:r>
        <w:t>And what was the mission of these prophets</w:t>
      </w:r>
    </w:p>
    <w:p>
      <w:r>
        <w:rPr>
          <w:b/>
        </w:rPr>
        <w:t xml:space="preserve">[20:20] </w:t>
      </w:r>
      <w:r>
        <w:t>? The mission was</w:t>
      </w:r>
    </w:p>
    <w:p>
      <w:pPr>
        <w:jc w:val="right"/>
      </w:pPr>
      <w:r>
        <w:t>? The mission was</w:t>
      </w:r>
    </w:p>
    <w:p>
      <w:r>
        <w:rPr>
          <w:b/>
        </w:rPr>
        <w:t xml:space="preserve">[20:25] </w:t>
      </w:r>
      <w:r>
        <w:t>Rasulam Mubashshirin wa Munzirina Laa Allaha Yakoon Alaa Al-Nasi wa Laa Allaha Hujjatam Baadaa Rasul.</w:t>
      </w:r>
    </w:p>
    <w:p>
      <w:pPr>
        <w:jc w:val="right"/>
      </w:pPr>
      <w:r>
        <w:t>Rasulam Mubashshirin wa Munzirina Laa Allaha Yakoon Alaa Al-Nasi wa Laa Allaha Hujjatam Baadaa Rasul.</w:t>
      </w:r>
    </w:p>
    <w:p>
      <w:r>
        <w:rPr>
          <w:b/>
        </w:rPr>
        <w:t xml:space="preserve">[20:35] </w:t>
      </w:r>
      <w:r>
        <w:t>This verse you can find in the chapter An-Nisa. It means that God sent prophets as a</w:t>
      </w:r>
    </w:p>
    <w:p>
      <w:pPr>
        <w:jc w:val="right"/>
      </w:pPr>
      <w:r>
        <w:t>This verse you can find in the chapter An-Nisa. It means that God sent prophets as a</w:t>
      </w:r>
    </w:p>
    <w:p>
      <w:r>
        <w:rPr>
          <w:b/>
        </w:rPr>
        <w:t xml:space="preserve">[20:51] </w:t>
      </w:r>
      <w:r>
        <w:t>warner and as a giver of good tiding, so that people must not have plea before God.</w:t>
      </w:r>
    </w:p>
    <w:p>
      <w:pPr>
        <w:jc w:val="right"/>
      </w:pPr>
      <w:r>
        <w:t>warner and as a giver of good tiding, so that people must not have plea before God.</w:t>
      </w:r>
    </w:p>
    <w:p>
      <w:r>
        <w:rPr>
          <w:b/>
        </w:rPr>
        <w:t xml:space="preserve">[21:07] </w:t>
      </w:r>
      <w:r>
        <w:t>The same is said about the prophet Muhammad Sallallahu Alaihi Wasallam. Ya Ayyo Nabiyo Inna Arsalnaaka Shayadam wa Mubashshiram wa Nadhira wa Daayan Ilallahi Baiznehiyi Wasirajam Munira.</w:t>
      </w:r>
    </w:p>
    <w:p>
      <w:pPr>
        <w:jc w:val="right"/>
      </w:pPr>
      <w:r>
        <w:t>The same is said about the prophet Muhammad Sallallahu Alaihi Wasallam. Ya Ayyo Nabiyo Inna Arsalnaaka Shayadam wa Mubashshiram wa Nadhira wa Daayan Ilallahi Baiznehiyi Wasirajam Munira.</w:t>
      </w:r>
    </w:p>
    <w:p>
      <w:r>
        <w:rPr>
          <w:b/>
        </w:rPr>
        <w:t xml:space="preserve">[21:27] </w:t>
      </w:r>
      <w:r>
        <w:t>This verse refers to the prophet Muhammad. Oh prophet, we have sent you as a witness and as a giver of good tidings and as a warner</w:t>
      </w:r>
    </w:p>
    <w:p>
      <w:pPr>
        <w:jc w:val="right"/>
      </w:pPr>
      <w:r>
        <w:t>This verse refers to the prophet Muhammad. Oh prophet, we have sent you as a witness and as a giver of good tidings and as a warner</w:t>
      </w:r>
    </w:p>
    <w:p>
      <w:r>
        <w:rPr>
          <w:b/>
        </w:rPr>
        <w:t xml:space="preserve">[21:48] </w:t>
      </w:r>
      <w:r>
        <w:t>and as one who invites people to God</w:t>
      </w:r>
    </w:p>
    <w:p>
      <w:pPr>
        <w:jc w:val="right"/>
      </w:pPr>
      <w:r>
        <w:t>and as one who invites people to God</w:t>
      </w:r>
    </w:p>
    <w:p>
      <w:r>
        <w:rPr>
          <w:b/>
        </w:rPr>
        <w:t xml:space="preserve">[21:53] </w:t>
      </w:r>
      <w:r>
        <w:t>. So here you can see that the mission of all the prophets was one and the same. That is in our - in other words, Dawa work.</w:t>
      </w:r>
    </w:p>
    <w:p>
      <w:pPr>
        <w:jc w:val="right"/>
      </w:pPr>
      <w:r>
        <w:t>. So here you can see that the mission of all the prophets was one and the same. That is in our - in other words, Dawa work.</w:t>
      </w:r>
    </w:p>
    <w:p>
      <w:r>
        <w:rPr>
          <w:b/>
        </w:rPr>
        <w:t xml:space="preserve">[22:09] </w:t>
      </w:r>
      <w:r>
        <w:t>Dawa fi Sabilillah or Dawa work - it was the only mission of all the prophets.</w:t>
      </w:r>
    </w:p>
    <w:p>
      <w:pPr>
        <w:jc w:val="right"/>
      </w:pPr>
      <w:r>
        <w:t>Dawa fi Sabilillah or Dawa work - it was the only mission of all the prophets.</w:t>
      </w:r>
    </w:p>
    <w:p>
      <w:r>
        <w:rPr>
          <w:b/>
        </w:rPr>
        <w:t xml:space="preserve">[22:20] </w:t>
      </w:r>
      <w:r>
        <w:t>Now what is Dawa</w:t>
      </w:r>
    </w:p>
    <w:p>
      <w:pPr>
        <w:jc w:val="right"/>
      </w:pPr>
      <w:r>
        <w:t>Now what is Dawa</w:t>
      </w:r>
    </w:p>
    <w:p>
      <w:r>
        <w:rPr>
          <w:b/>
        </w:rPr>
        <w:t xml:space="preserve">[22:24] </w:t>
      </w:r>
      <w:r>
        <w:t>? Dawa means making people aware of the creation plan of God.</w:t>
      </w:r>
    </w:p>
    <w:p>
      <w:pPr>
        <w:jc w:val="right"/>
      </w:pPr>
      <w:r>
        <w:t>? Dawa means making people aware of the creation plan of God.</w:t>
      </w:r>
    </w:p>
    <w:p>
      <w:r>
        <w:rPr>
          <w:b/>
        </w:rPr>
        <w:t xml:space="preserve">[22:37] </w:t>
      </w:r>
      <w:r>
        <w:t>This is Inzar and Tafsir. Making people aware of the creation plan of God.</w:t>
      </w:r>
    </w:p>
    <w:p>
      <w:pPr>
        <w:jc w:val="right"/>
      </w:pPr>
      <w:r>
        <w:t>This is Inzar and Tafsir. Making people aware of the creation plan of God.</w:t>
      </w:r>
    </w:p>
    <w:p>
      <w:r>
        <w:rPr>
          <w:b/>
        </w:rPr>
        <w:t xml:space="preserve">[22:49] </w:t>
      </w:r>
      <w:r>
        <w:t>This is Dawa work.</w:t>
      </w:r>
    </w:p>
    <w:p>
      <w:pPr>
        <w:jc w:val="right"/>
      </w:pPr>
      <w:r>
        <w:t>This is Dawa work.</w:t>
      </w:r>
    </w:p>
    <w:p>
      <w:r>
        <w:rPr>
          <w:b/>
        </w:rPr>
        <w:t xml:space="preserve">[22:53] </w:t>
      </w:r>
      <w:r>
        <w:t>And all the prophets were sent for this mission, for Dawa mission. Then there is a question, why there were so many prophets?</w:t>
      </w:r>
    </w:p>
    <w:p>
      <w:pPr>
        <w:jc w:val="right"/>
      </w:pPr>
      <w:r>
        <w:t>And all the prophets were sent for this mission, for Dawa mission. Then there is a question, why there were so many prophets?</w:t>
      </w:r>
    </w:p>
    <w:p>
      <w:r>
        <w:rPr>
          <w:b/>
        </w:rPr>
        <w:t xml:space="preserve">[23:14] </w:t>
      </w:r>
      <w:r>
        <w:t>One can say that only one prophet was enough.</w:t>
      </w:r>
    </w:p>
    <w:p>
      <w:pPr>
        <w:jc w:val="right"/>
      </w:pPr>
      <w:r>
        <w:t>One can say that only one prophet was enough.</w:t>
      </w:r>
    </w:p>
    <w:p>
      <w:r>
        <w:rPr>
          <w:b/>
        </w:rPr>
        <w:t xml:space="preserve">[23:20] </w:t>
      </w:r>
      <w:r>
        <w:t>One prophet was enough. He must give a book to the - to mankind and this book will remain up to the last day,</w:t>
      </w:r>
    </w:p>
    <w:p>
      <w:pPr>
        <w:jc w:val="right"/>
      </w:pPr>
      <w:r>
        <w:t>One prophet was enough. He must give a book to the - to mankind and this book will remain up to the last day,</w:t>
      </w:r>
    </w:p>
    <w:p>
      <w:r>
        <w:rPr>
          <w:b/>
        </w:rPr>
        <w:t xml:space="preserve">[23:37] </w:t>
      </w:r>
      <w:r>
        <w:t>up to the final day of the history. So one book and one prophet was enough.</w:t>
      </w:r>
    </w:p>
    <w:p>
      <w:pPr>
        <w:jc w:val="right"/>
      </w:pPr>
      <w:r>
        <w:t>up to the final day of the history. So one book and one prophet was enough.</w:t>
      </w:r>
    </w:p>
    <w:p>
      <w:r>
        <w:rPr>
          <w:b/>
        </w:rPr>
        <w:t xml:space="preserve">[23:45] </w:t>
      </w:r>
      <w:r>
        <w:t>No. Although the teachings of the Divine Religion are one and the same,</w:t>
      </w:r>
    </w:p>
    <w:p>
      <w:pPr>
        <w:jc w:val="right"/>
      </w:pPr>
      <w:r>
        <w:t>No. Although the teachings of the Divine Religion are one and the same,</w:t>
      </w:r>
    </w:p>
    <w:p>
      <w:r>
        <w:rPr>
          <w:b/>
        </w:rPr>
        <w:t xml:space="preserve">[23:59] </w:t>
      </w:r>
      <w:r>
        <w:t>as far as the ideology is concerned, the Divine Religion is one and the same. There is no difference.</w:t>
      </w:r>
    </w:p>
    <w:p>
      <w:pPr>
        <w:jc w:val="right"/>
      </w:pPr>
      <w:r>
        <w:t>as far as the ideology is concerned, the Divine Religion is one and the same. There is no difference.</w:t>
      </w:r>
    </w:p>
    <w:p>
      <w:r>
        <w:rPr>
          <w:b/>
        </w:rPr>
        <w:t xml:space="preserve">[24:13] </w:t>
      </w:r>
      <w:r>
        <w:t>Same ideology, same teachings, same principles. So in ideological sense, religion is one and the same.</w:t>
      </w:r>
    </w:p>
    <w:p>
      <w:pPr>
        <w:jc w:val="right"/>
      </w:pPr>
      <w:r>
        <w:t>Same ideology, same teachings, same principles. So in ideological sense, religion is one and the same.</w:t>
      </w:r>
    </w:p>
    <w:p>
      <w:r>
        <w:rPr>
          <w:b/>
        </w:rPr>
        <w:t xml:space="preserve">[24:25] </w:t>
      </w:r>
      <w:r>
        <w:t>But situation varies.</w:t>
      </w:r>
    </w:p>
    <w:p>
      <w:pPr>
        <w:jc w:val="right"/>
      </w:pPr>
      <w:r>
        <w:t>But situation varies.</w:t>
      </w:r>
    </w:p>
    <w:p>
      <w:r>
        <w:rPr>
          <w:b/>
        </w:rPr>
        <w:t xml:space="preserve">[24:31] </w:t>
      </w:r>
      <w:r>
        <w:t>Situation varies</w:t>
      </w:r>
    </w:p>
    <w:p>
      <w:pPr>
        <w:jc w:val="right"/>
      </w:pPr>
      <w:r>
        <w:t>Situation varies</w:t>
      </w:r>
    </w:p>
    <w:p>
      <w:r>
        <w:rPr>
          <w:b/>
        </w:rPr>
        <w:t xml:space="preserve">[24:37] </w:t>
      </w:r>
      <w:r>
        <w:t>in every time and every place. So these prophets</w:t>
      </w:r>
    </w:p>
    <w:p>
      <w:pPr>
        <w:jc w:val="right"/>
      </w:pPr>
      <w:r>
        <w:t>in every time and every place. So these prophets</w:t>
      </w:r>
    </w:p>
    <w:p>
      <w:r>
        <w:rPr>
          <w:b/>
        </w:rPr>
        <w:t xml:space="preserve">[24:47] </w:t>
      </w:r>
      <w:r>
        <w:t>are models how to manage Dawa work in different situations.</w:t>
      </w:r>
    </w:p>
    <w:p>
      <w:pPr>
        <w:jc w:val="right"/>
      </w:pPr>
      <w:r>
        <w:t>are models how to manage Dawa work in different situations.</w:t>
      </w:r>
    </w:p>
    <w:p>
      <w:r>
        <w:rPr>
          <w:b/>
        </w:rPr>
        <w:t xml:space="preserve">[24:59] </w:t>
      </w:r>
      <w:r>
        <w:t>These prophets are</w:t>
      </w:r>
    </w:p>
    <w:p>
      <w:pPr>
        <w:jc w:val="right"/>
      </w:pPr>
      <w:r>
        <w:t>These prophets are</w:t>
      </w:r>
    </w:p>
    <w:p>
      <w:r>
        <w:rPr>
          <w:b/>
        </w:rPr>
        <w:t xml:space="preserve">[25:03] </w:t>
      </w:r>
      <w:r>
        <w:t>different models. Different prophets are different models</w:t>
      </w:r>
    </w:p>
    <w:p>
      <w:pPr>
        <w:jc w:val="right"/>
      </w:pPr>
      <w:r>
        <w:t>different models. Different prophets are different models</w:t>
      </w:r>
    </w:p>
    <w:p>
      <w:r>
        <w:rPr>
          <w:b/>
        </w:rPr>
        <w:t xml:space="preserve">[25:09] </w:t>
      </w:r>
      <w:r>
        <w:t>that how to maintain Dawa work,</w:t>
      </w:r>
    </w:p>
    <w:p>
      <w:pPr>
        <w:jc w:val="right"/>
      </w:pPr>
      <w:r>
        <w:t>that how to maintain Dawa work,</w:t>
      </w:r>
    </w:p>
    <w:p>
      <w:r>
        <w:rPr>
          <w:b/>
        </w:rPr>
        <w:t xml:space="preserve">[25:16] </w:t>
      </w:r>
      <w:r>
        <w:t>how to maintain Dawa work</w:t>
      </w:r>
    </w:p>
    <w:p>
      <w:pPr>
        <w:jc w:val="right"/>
      </w:pPr>
      <w:r>
        <w:t>how to maintain Dawa work</w:t>
      </w:r>
    </w:p>
    <w:p>
      <w:r>
        <w:rPr>
          <w:b/>
        </w:rPr>
        <w:t xml:space="preserve">[25:20] </w:t>
      </w:r>
      <w:r>
        <w:t>while managing the different situations.</w:t>
      </w:r>
    </w:p>
    <w:p>
      <w:pPr>
        <w:jc w:val="right"/>
      </w:pPr>
      <w:r>
        <w:t>while managing the different situations.</w:t>
      </w:r>
    </w:p>
    <w:p>
      <w:r>
        <w:rPr>
          <w:b/>
        </w:rPr>
        <w:t xml:space="preserve">[25:29] </w:t>
      </w:r>
      <w:r>
        <w:t>So Dawa work is like a river.</w:t>
      </w:r>
    </w:p>
    <w:p>
      <w:pPr>
        <w:jc w:val="right"/>
      </w:pPr>
      <w:r>
        <w:t>So Dawa work is like a river.</w:t>
      </w:r>
    </w:p>
    <w:p>
      <w:r>
        <w:rPr>
          <w:b/>
        </w:rPr>
        <w:t xml:space="preserve">[25:34] </w:t>
      </w:r>
      <w:r>
        <w:t>You know, a river comes from the top of the mountain, then it flows on the land.</w:t>
      </w:r>
    </w:p>
    <w:p>
      <w:pPr>
        <w:jc w:val="right"/>
      </w:pPr>
      <w:r>
        <w:t>You know, a river comes from the top of the mountain, then it flows on the land.</w:t>
      </w:r>
    </w:p>
    <w:p>
      <w:r>
        <w:rPr>
          <w:b/>
        </w:rPr>
        <w:t xml:space="preserve">[25:45] </w:t>
      </w:r>
      <w:r>
        <w:t>In the land, there are different situations, ups and downs. Sometimes there are rocks or stones.</w:t>
      </w:r>
    </w:p>
    <w:p>
      <w:pPr>
        <w:jc w:val="right"/>
      </w:pPr>
      <w:r>
        <w:t>In the land, there are different situations, ups and downs. Sometimes there are rocks or stones.</w:t>
      </w:r>
    </w:p>
    <w:p>
      <w:r>
        <w:rPr>
          <w:b/>
        </w:rPr>
        <w:t xml:space="preserve">[25:57] </w:t>
      </w:r>
      <w:r>
        <w:t>So a river faces different situations. Although a river is one, the stream is one, the only purpose of a river is to flow, flow, flow until its destination.</w:t>
      </w:r>
    </w:p>
    <w:p>
      <w:pPr>
        <w:jc w:val="right"/>
      </w:pPr>
      <w:r>
        <w:t>So a river faces different situations. Although a river is one, the stream is one, the only purpose of a river is to flow, flow, flow until its destination.</w:t>
      </w:r>
    </w:p>
    <w:p>
      <w:r>
        <w:rPr>
          <w:b/>
        </w:rPr>
        <w:t xml:space="preserve">[26:14] </w:t>
      </w:r>
      <w:r>
        <w:t>But the situation is different.</w:t>
      </w:r>
    </w:p>
    <w:p>
      <w:pPr>
        <w:jc w:val="right"/>
      </w:pPr>
      <w:r>
        <w:t>But the situation is different.</w:t>
      </w:r>
    </w:p>
    <w:p>
      <w:r>
        <w:rPr>
          <w:b/>
        </w:rPr>
        <w:t xml:space="preserve">[26:21] </w:t>
      </w:r>
      <w:r>
        <w:t>Land is different. So a river is bound to flow</w:t>
      </w:r>
    </w:p>
    <w:p>
      <w:pPr>
        <w:jc w:val="right"/>
      </w:pPr>
      <w:r>
        <w:t>Land is different. So a river is bound to flow</w:t>
      </w:r>
    </w:p>
    <w:p>
      <w:r>
        <w:rPr>
          <w:b/>
        </w:rPr>
        <w:t xml:space="preserve">[26:31] </w:t>
      </w:r>
      <w:r>
        <w:t>under different - under odds situations and different situations, some ups and downs.</w:t>
      </w:r>
    </w:p>
    <w:p>
      <w:pPr>
        <w:jc w:val="right"/>
      </w:pPr>
      <w:r>
        <w:t>under different - under odds situations and different situations, some ups and downs.</w:t>
      </w:r>
    </w:p>
    <w:p>
      <w:r>
        <w:rPr>
          <w:b/>
        </w:rPr>
        <w:t xml:space="preserve">[26:47] </w:t>
      </w:r>
      <w:r>
        <w:t>But a river always manages. A river always manages and it flows, flows, flows. The only purpose of a river is to flow continuously.</w:t>
      </w:r>
    </w:p>
    <w:p>
      <w:pPr>
        <w:jc w:val="right"/>
      </w:pPr>
      <w:r>
        <w:t>But a river always manages. A river always manages and it flows, flows, flows. The only purpose of a river is to flow continuously.</w:t>
      </w:r>
    </w:p>
    <w:p>
      <w:r>
        <w:rPr>
          <w:b/>
        </w:rPr>
        <w:t xml:space="preserve">[27:03] </w:t>
      </w:r>
      <w:r>
        <w:t>So a river always tries to manage all those odds and continue its flow.</w:t>
      </w:r>
    </w:p>
    <w:p>
      <w:pPr>
        <w:jc w:val="right"/>
      </w:pPr>
      <w:r>
        <w:t>So a river always tries to manage all those odds and continue its flow.</w:t>
      </w:r>
    </w:p>
    <w:p>
      <w:r>
        <w:rPr>
          <w:b/>
        </w:rPr>
        <w:t xml:space="preserve">[27:13] </w:t>
      </w:r>
      <w:r>
        <w:t>This is a natural manifestation of Dawa in the world. God has made a river as a demonstration how to continue Dawa work</w:t>
      </w:r>
    </w:p>
    <w:p>
      <w:pPr>
        <w:jc w:val="right"/>
      </w:pPr>
      <w:r>
        <w:t>This is a natural manifestation of Dawa in the world. God has made a river as a demonstration how to continue Dawa work</w:t>
      </w:r>
    </w:p>
    <w:p>
      <w:r>
        <w:rPr>
          <w:b/>
        </w:rPr>
        <w:t xml:space="preserve">[27:30] </w:t>
      </w:r>
      <w:r>
        <w:t>. So all these prophets sent by God are models,</w:t>
      </w:r>
    </w:p>
    <w:p>
      <w:pPr>
        <w:jc w:val="right"/>
      </w:pPr>
      <w:r>
        <w:t>. So all these prophets sent by God are models,</w:t>
      </w:r>
    </w:p>
    <w:p>
      <w:r>
        <w:rPr>
          <w:b/>
        </w:rPr>
        <w:t xml:space="preserve">[27:41] </w:t>
      </w:r>
      <w:r>
        <w:t>models, models for what purpose? That is how to continue the river of Dawa flowing</w:t>
      </w:r>
    </w:p>
    <w:p>
      <w:pPr>
        <w:jc w:val="right"/>
      </w:pPr>
      <w:r>
        <w:t>models, models for what purpose? That is how to continue the river of Dawa flowing</w:t>
      </w:r>
    </w:p>
    <w:p>
      <w:r>
        <w:rPr>
          <w:b/>
        </w:rPr>
        <w:t xml:space="preserve">[27:59] </w:t>
      </w:r>
      <w:r>
        <w:t>while managing all those odds, all those differences.</w:t>
      </w:r>
    </w:p>
    <w:p>
      <w:pPr>
        <w:jc w:val="right"/>
      </w:pPr>
      <w:r>
        <w:t>while managing all those odds, all those differences.</w:t>
      </w:r>
    </w:p>
    <w:p>
      <w:r>
        <w:rPr>
          <w:b/>
        </w:rPr>
        <w:t xml:space="preserve">[28:06] </w:t>
      </w:r>
      <w:r>
        <w:t>So these prophets were sent in different situations, different places. They successfully managed these differences.</w:t>
      </w:r>
    </w:p>
    <w:p>
      <w:pPr>
        <w:jc w:val="right"/>
      </w:pPr>
      <w:r>
        <w:t>So these prophets were sent in different situations, different places. They successfully managed these differences.</w:t>
      </w:r>
    </w:p>
    <w:p>
      <w:r>
        <w:rPr>
          <w:b/>
        </w:rPr>
        <w:t xml:space="preserve">[28:20] </w:t>
      </w:r>
      <w:r>
        <w:t>All these prophets successfully conveyed the message of God to their contemporary people, but at the same time, they were a good example to manage all those odds and differences.</w:t>
      </w:r>
    </w:p>
    <w:p>
      <w:pPr>
        <w:jc w:val="right"/>
      </w:pPr>
      <w:r>
        <w:t>All these prophets successfully conveyed the message of God to their contemporary people, but at the same time, they were a good example to manage all those odds and differences.</w:t>
      </w:r>
    </w:p>
    <w:p>
      <w:r>
        <w:rPr>
          <w:b/>
        </w:rPr>
        <w:t xml:space="preserve">[28:41] </w:t>
      </w:r>
      <w:r>
        <w:t>So prophets are exemplary models how to continue Dawa work</w:t>
      </w:r>
    </w:p>
    <w:p>
      <w:pPr>
        <w:jc w:val="right"/>
      </w:pPr>
      <w:r>
        <w:t>So prophets are exemplary models how to continue Dawa work</w:t>
      </w:r>
    </w:p>
    <w:p>
      <w:r>
        <w:rPr>
          <w:b/>
        </w:rPr>
        <w:t xml:space="preserve">[28:56] </w:t>
      </w:r>
      <w:r>
        <w:t>eternally up to the end of history while managing all those odds, all those differences.</w:t>
      </w:r>
    </w:p>
    <w:p>
      <w:pPr>
        <w:jc w:val="right"/>
      </w:pPr>
      <w:r>
        <w:t>eternally up to the end of history while managing all those odds, all those differences.</w:t>
      </w:r>
    </w:p>
    <w:p>
      <w:r>
        <w:rPr>
          <w:b/>
        </w:rPr>
        <w:t xml:space="preserve">[29:09] </w:t>
      </w:r>
      <w:r>
        <w:t>So all the prophets are models. We have to study our situation and also we have to study prophets' history.</w:t>
      </w:r>
    </w:p>
    <w:p>
      <w:pPr>
        <w:jc w:val="right"/>
      </w:pPr>
      <w:r>
        <w:t>So all the prophets are models. We have to study our situation and also we have to study prophets' history.</w:t>
      </w:r>
    </w:p>
    <w:p>
      <w:r>
        <w:rPr>
          <w:b/>
        </w:rPr>
        <w:t xml:space="preserve">[29:22] </w:t>
      </w:r>
      <w:r>
        <w:t>We have to find out which one of the prophets is - we have to find out which one of the prophetic models is applicable to our situation.</w:t>
      </w:r>
    </w:p>
    <w:p>
      <w:pPr>
        <w:jc w:val="right"/>
      </w:pPr>
      <w:r>
        <w:t>We have to find out which one of the prophets is - we have to find out which one of the prophetic models is applicable to our situation.</w:t>
      </w:r>
    </w:p>
    <w:p>
      <w:r>
        <w:rPr>
          <w:b/>
        </w:rPr>
        <w:t xml:space="preserve">[29:41] </w:t>
      </w:r>
      <w:r>
        <w:t>After studying our situation and after studying the prophets, we have to find out which one of the prophetic models is applicable to our situation and then adopt that model.</w:t>
      </w:r>
    </w:p>
    <w:p>
      <w:pPr>
        <w:jc w:val="right"/>
      </w:pPr>
      <w:r>
        <w:t>After studying our situation and after studying the prophets, we have to find out which one of the prophetic models is applicable to our situation and then adopt that model.</w:t>
      </w:r>
    </w:p>
    <w:p>
      <w:r>
        <w:rPr>
          <w:b/>
        </w:rPr>
        <w:t xml:space="preserve">[30:01] </w:t>
      </w:r>
      <w:r>
        <w:t>So every model is a required model. Every model is a perfect model.</w:t>
      </w:r>
    </w:p>
    <w:p>
      <w:pPr>
        <w:jc w:val="right"/>
      </w:pPr>
      <w:r>
        <w:t>So every model is a required model. Every model is a perfect model.</w:t>
      </w:r>
    </w:p>
    <w:p>
      <w:r>
        <w:rPr>
          <w:b/>
        </w:rPr>
        <w:t xml:space="preserve">[30:09] </w:t>
      </w:r>
      <w:r>
        <w:t>The Quran says, "La</w:t>
      </w:r>
    </w:p>
    <w:p>
      <w:pPr>
        <w:jc w:val="right"/>
      </w:pPr>
      <w:r>
        <w:t>The Quran says, "La</w:t>
      </w:r>
    </w:p>
    <w:p>
      <w:r>
        <w:rPr>
          <w:b/>
        </w:rPr>
        <w:t xml:space="preserve">[30:15] </w:t>
      </w:r>
      <w:r>
        <w:t>we do not differentiate between this prophet and that prophet." "La it means that all the models are perfect models.</w:t>
      </w:r>
    </w:p>
    <w:p>
      <w:pPr>
        <w:jc w:val="right"/>
      </w:pPr>
      <w:r>
        <w:t>we do not differentiate between this prophet and that prophet." "La it means that all the models are perfect models.</w:t>
      </w:r>
    </w:p>
    <w:p>
      <w:r>
        <w:rPr>
          <w:b/>
        </w:rPr>
        <w:t xml:space="preserve">[30:28] </w:t>
      </w:r>
      <w:r>
        <w:t>All the models are ideal models. All the models are required models."</w:t>
      </w:r>
    </w:p>
    <w:p>
      <w:pPr>
        <w:jc w:val="right"/>
      </w:pPr>
      <w:r>
        <w:t>All the models are ideal models. All the models are required models."</w:t>
      </w:r>
    </w:p>
    <w:p>
      <w:r>
        <w:rPr>
          <w:b/>
        </w:rPr>
        <w:t xml:space="preserve">[30:38] </w:t>
      </w:r>
      <w:r>
        <w:t>What is needed is to find out which one of those prophetic models is applicable to our situation.</w:t>
      </w:r>
    </w:p>
    <w:p>
      <w:pPr>
        <w:jc w:val="right"/>
      </w:pPr>
      <w:r>
        <w:t>What is needed is to find out which one of those prophetic models is applicable to our situation.</w:t>
      </w:r>
    </w:p>
    <w:p>
      <w:r>
        <w:rPr>
          <w:b/>
        </w:rPr>
        <w:t xml:space="preserve">[30:50] </w:t>
      </w:r>
      <w:r>
        <w:t>Here I would - here I would like to give you some examples.</w:t>
      </w:r>
    </w:p>
    <w:p>
      <w:pPr>
        <w:jc w:val="right"/>
      </w:pPr>
      <w:r>
        <w:t>Here I would - here I would like to give you some examples.</w:t>
      </w:r>
    </w:p>
    <w:p>
      <w:r>
        <w:rPr>
          <w:b/>
        </w:rPr>
        <w:t xml:space="preserve">[30:59] </w:t>
      </w:r>
      <w:r>
        <w:t>Let us take Prophet Ibrahim.</w:t>
      </w:r>
    </w:p>
    <w:p>
      <w:pPr>
        <w:jc w:val="right"/>
      </w:pPr>
      <w:r>
        <w:t>Let us take Prophet Ibrahim.</w:t>
      </w:r>
    </w:p>
    <w:p>
      <w:r>
        <w:rPr>
          <w:b/>
        </w:rPr>
        <w:t xml:space="preserve">[31:05] </w:t>
      </w:r>
      <w:r>
        <w:t>Prophet Ibrahim was sent to Iraq. Iraq at that time was the most civilized area of the world,</w:t>
      </w:r>
    </w:p>
    <w:p>
      <w:pPr>
        <w:jc w:val="right"/>
      </w:pPr>
      <w:r>
        <w:t>Prophet Ibrahim was sent to Iraq. Iraq at that time was the most civilized area of the world,</w:t>
      </w:r>
    </w:p>
    <w:p>
      <w:r>
        <w:rPr>
          <w:b/>
        </w:rPr>
        <w:t xml:space="preserve">[31:18] </w:t>
      </w:r>
      <w:r>
        <w:t>the most civilized</w:t>
      </w:r>
    </w:p>
    <w:p>
      <w:pPr>
        <w:jc w:val="right"/>
      </w:pPr>
      <w:r>
        <w:t>the most civilized</w:t>
      </w:r>
    </w:p>
    <w:p>
      <w:r>
        <w:rPr>
          <w:b/>
        </w:rPr>
        <w:t xml:space="preserve">[31:22] </w:t>
      </w:r>
      <w:r>
        <w:t>area of the world. But at that time, civilization was based on Shirk.</w:t>
      </w:r>
    </w:p>
    <w:p>
      <w:pPr>
        <w:jc w:val="right"/>
      </w:pPr>
      <w:r>
        <w:t>area of the world. But at that time, civilization was based on Shirk.</w:t>
      </w:r>
    </w:p>
    <w:p>
      <w:r>
        <w:rPr>
          <w:b/>
        </w:rPr>
        <w:t xml:space="preserve">[31:31] </w:t>
      </w:r>
      <w:r>
        <w:t>At that time, civilization was completely based on Shirk, polytheism.</w:t>
      </w:r>
    </w:p>
    <w:p>
      <w:pPr>
        <w:jc w:val="right"/>
      </w:pPr>
      <w:r>
        <w:t>At that time, civilization was completely based on Shirk, polytheism.</w:t>
      </w:r>
    </w:p>
    <w:p>
      <w:r>
        <w:rPr>
          <w:b/>
        </w:rPr>
        <w:t xml:space="preserve">[31:42] </w:t>
      </w:r>
      <w:r>
        <w:t>So people were conditioned</w:t>
      </w:r>
    </w:p>
    <w:p>
      <w:pPr>
        <w:jc w:val="right"/>
      </w:pPr>
      <w:r>
        <w:t>So people were conditioned</w:t>
      </w:r>
    </w:p>
    <w:p>
      <w:r>
        <w:rPr>
          <w:b/>
        </w:rPr>
        <w:t xml:space="preserve">[31:48] </w:t>
      </w:r>
      <w:r>
        <w:t>in Shirk. All those people who were born in this civilization, they were conditioned with Shirk</w:t>
      </w:r>
    </w:p>
    <w:p>
      <w:pPr>
        <w:jc w:val="right"/>
      </w:pPr>
      <w:r>
        <w:t>in Shirk. All those people who were born in this civilization, they were conditioned with Shirk</w:t>
      </w:r>
    </w:p>
    <w:p>
      <w:r>
        <w:rPr>
          <w:b/>
        </w:rPr>
        <w:t xml:space="preserve">[32:01] </w:t>
      </w:r>
      <w:r>
        <w:t>. Shirk was the dominant</w:t>
      </w:r>
    </w:p>
    <w:p>
      <w:pPr>
        <w:jc w:val="right"/>
      </w:pPr>
      <w:r>
        <w:t>. Shirk was the dominant</w:t>
      </w:r>
    </w:p>
    <w:p>
      <w:r>
        <w:rPr>
          <w:b/>
        </w:rPr>
        <w:t xml:space="preserve">[32:07] </w:t>
      </w:r>
      <w:r>
        <w:t>concept of that time.</w:t>
      </w:r>
    </w:p>
    <w:p>
      <w:pPr>
        <w:jc w:val="right"/>
      </w:pPr>
      <w:r>
        <w:t>concept of that time.</w:t>
      </w:r>
    </w:p>
    <w:p>
      <w:r>
        <w:rPr>
          <w:b/>
        </w:rPr>
        <w:t xml:space="preserve">[32:11] </w:t>
      </w:r>
      <w:r>
        <w:t>So it was impossible for those people who were born in this civilization, Mushrik civilization, to understand the idea of Tawhid, the idea of Oneness of God.</w:t>
      </w:r>
    </w:p>
    <w:p>
      <w:pPr>
        <w:jc w:val="right"/>
      </w:pPr>
      <w:r>
        <w:t>So it was impossible for those people who were born in this civilization, Mushrik civilization, to understand the idea of Tawhid, the idea of Oneness of God.</w:t>
      </w:r>
    </w:p>
    <w:p>
      <w:r>
        <w:rPr>
          <w:b/>
        </w:rPr>
        <w:t xml:space="preserve">[32:29] </w:t>
      </w:r>
      <w:r>
        <w:t>So Prophet Ibrahim</w:t>
      </w:r>
    </w:p>
    <w:p>
      <w:pPr>
        <w:jc w:val="right"/>
      </w:pPr>
      <w:r>
        <w:t>So Prophet Ibrahim</w:t>
      </w:r>
    </w:p>
    <w:p>
      <w:r>
        <w:rPr>
          <w:b/>
        </w:rPr>
        <w:t xml:space="preserve">[32:35] </w:t>
      </w:r>
      <w:r>
        <w:t>preached and conveyed the message of God to his contemporary people, but he felt that these people are conditioned.</w:t>
      </w:r>
    </w:p>
    <w:p>
      <w:pPr>
        <w:jc w:val="right"/>
      </w:pPr>
      <w:r>
        <w:t>preached and conveyed the message of God to his contemporary people, but he felt that these people are conditioned.</w:t>
      </w:r>
    </w:p>
    <w:p>
      <w:r>
        <w:rPr>
          <w:b/>
        </w:rPr>
        <w:t xml:space="preserve">[32:47] </w:t>
      </w:r>
      <w:r>
        <w:t>They are unable to understand the concept of Tawhid. So under the guidance of God, he</w:t>
      </w:r>
    </w:p>
    <w:p>
      <w:pPr>
        <w:jc w:val="right"/>
      </w:pPr>
      <w:r>
        <w:t>They are unable to understand the concept of Tawhid. So under the guidance of God, he</w:t>
      </w:r>
    </w:p>
    <w:p>
      <w:r>
        <w:rPr>
          <w:b/>
        </w:rPr>
        <w:t xml:space="preserve">[33:02] </w:t>
      </w:r>
      <w:r>
        <w:t>left Iraq and he settled in a desert near Makkah.</w:t>
      </w:r>
    </w:p>
    <w:p>
      <w:pPr>
        <w:jc w:val="right"/>
      </w:pPr>
      <w:r>
        <w:t>left Iraq and he settled in a desert near Makkah.</w:t>
      </w:r>
    </w:p>
    <w:p>
      <w:r>
        <w:rPr>
          <w:b/>
        </w:rPr>
        <w:t xml:space="preserve">[33:16] </w:t>
      </w:r>
      <w:r>
        <w:t>He settled his wife and he settled his wife Hajrah and his son Ismail in this desert. At that time, Makkah was completely a deserted area.</w:t>
      </w:r>
    </w:p>
    <w:p>
      <w:pPr>
        <w:jc w:val="right"/>
      </w:pPr>
      <w:r>
        <w:t>He settled his wife and he settled his wife Hajrah and his son Ismail in this desert. At that time, Makkah was completely a deserted area.</w:t>
      </w:r>
    </w:p>
    <w:p>
      <w:r>
        <w:rPr>
          <w:b/>
        </w:rPr>
        <w:t xml:space="preserve">[33:33] </w:t>
      </w:r>
      <w:r>
        <w:t>There was no civilization, no human dwelling.</w:t>
      </w:r>
    </w:p>
    <w:p>
      <w:pPr>
        <w:jc w:val="right"/>
      </w:pPr>
      <w:r>
        <w:t>There was no civilization, no human dwelling.</w:t>
      </w:r>
    </w:p>
    <w:p>
      <w:r>
        <w:rPr>
          <w:b/>
        </w:rPr>
        <w:t xml:space="preserve">[33:41] </w:t>
      </w:r>
      <w:r>
        <w:t>It was completely a natural place. At that time, there was nothing but desert, sky, sun and moon, and mountain and air and stars.</w:t>
      </w:r>
    </w:p>
    <w:p>
      <w:pPr>
        <w:jc w:val="right"/>
      </w:pPr>
      <w:r>
        <w:t>It was completely a natural place. At that time, there was nothing but desert, sky, sun and moon, and mountain and air and stars.</w:t>
      </w:r>
    </w:p>
    <w:p>
      <w:r>
        <w:rPr>
          <w:b/>
        </w:rPr>
        <w:t xml:space="preserve">[33:57] </w:t>
      </w:r>
      <w:r>
        <w:t>That is all.</w:t>
      </w:r>
    </w:p>
    <w:p>
      <w:pPr>
        <w:jc w:val="right"/>
      </w:pPr>
      <w:r>
        <w:t>That is all.</w:t>
      </w:r>
    </w:p>
    <w:p>
      <w:r>
        <w:rPr>
          <w:b/>
        </w:rPr>
        <w:t xml:space="preserve">[34:00] </w:t>
      </w:r>
      <w:r>
        <w:t>So there was nothing but nature. There was no civilization.</w:t>
      </w:r>
    </w:p>
    <w:p>
      <w:pPr>
        <w:jc w:val="right"/>
      </w:pPr>
      <w:r>
        <w:t>So there was nothing but nature. There was no civilization.</w:t>
      </w:r>
    </w:p>
    <w:p>
      <w:r>
        <w:rPr>
          <w:b/>
        </w:rPr>
        <w:t xml:space="preserve">[34:07] </w:t>
      </w:r>
      <w:r>
        <w:t>So Prophet Ibrahim settled his wife Hajrah and his son Ismail in this area to</w:t>
      </w:r>
    </w:p>
    <w:p>
      <w:pPr>
        <w:jc w:val="right"/>
      </w:pPr>
      <w:r>
        <w:t>So Prophet Ibrahim settled his wife Hajrah and his son Ismail in this area to</w:t>
      </w:r>
    </w:p>
    <w:p>
      <w:r>
        <w:rPr>
          <w:b/>
        </w:rPr>
        <w:t xml:space="preserve">[34:24] </w:t>
      </w:r>
      <w:r>
        <w:t>create a new nation,</w:t>
      </w:r>
    </w:p>
    <w:p>
      <w:pPr>
        <w:jc w:val="right"/>
      </w:pPr>
      <w:r>
        <w:t>create a new nation,</w:t>
      </w:r>
    </w:p>
    <w:p>
      <w:r>
        <w:rPr>
          <w:b/>
        </w:rPr>
        <w:t xml:space="preserve">[34:28] </w:t>
      </w:r>
      <w:r>
        <w:t>a new nation, a nation that will be born in this area, and he saved himself from being conditioned.</w:t>
      </w:r>
    </w:p>
    <w:p>
      <w:pPr>
        <w:jc w:val="right"/>
      </w:pPr>
      <w:r>
        <w:t>a new nation, a nation that will be born in this area, and he saved himself from being conditioned.</w:t>
      </w:r>
    </w:p>
    <w:p>
      <w:r>
        <w:rPr>
          <w:b/>
        </w:rPr>
        <w:t xml:space="preserve">[34:44] </w:t>
      </w:r>
      <w:r>
        <w:t>This was the plan of Prophet Ibrahim.</w:t>
      </w:r>
    </w:p>
    <w:p>
      <w:pPr>
        <w:jc w:val="right"/>
      </w:pPr>
      <w:r>
        <w:t>This was the plan of Prophet Ibrahim.</w:t>
      </w:r>
    </w:p>
    <w:p>
      <w:r>
        <w:rPr>
          <w:b/>
        </w:rPr>
        <w:t xml:space="preserve">[34:50] </w:t>
      </w:r>
      <w:r>
        <w:t>It happened in this area, in this desert. There arose a new kind of nation, a new kind of people</w:t>
      </w:r>
    </w:p>
    <w:p>
      <w:pPr>
        <w:jc w:val="right"/>
      </w:pPr>
      <w:r>
        <w:t>It happened in this area, in this desert. There arose a new kind of nation, a new kind of people</w:t>
      </w:r>
    </w:p>
    <w:p>
      <w:r>
        <w:rPr>
          <w:b/>
        </w:rPr>
        <w:t xml:space="preserve">[35:03] </w:t>
      </w:r>
      <w:r>
        <w:t>. They were free from conditioning. Every person from this generation was Mr.</w:t>
      </w:r>
    </w:p>
    <w:p>
      <w:pPr>
        <w:jc w:val="right"/>
      </w:pPr>
      <w:r>
        <w:t>. They were free from conditioning. Every person from this generation was Mr.</w:t>
      </w:r>
    </w:p>
    <w:p>
      <w:r>
        <w:rPr>
          <w:b/>
        </w:rPr>
        <w:t xml:space="preserve">[35:15] </w:t>
      </w:r>
      <w:r>
        <w:t>Nature. If in Iraq everyone was Mr. Condition, in this desert everyone was Mr.</w:t>
      </w:r>
    </w:p>
    <w:p>
      <w:pPr>
        <w:jc w:val="right"/>
      </w:pPr>
      <w:r>
        <w:t>Nature. If in Iraq everyone was Mr. Condition, in this desert everyone was Mr.</w:t>
      </w:r>
    </w:p>
    <w:p>
      <w:r>
        <w:rPr>
          <w:b/>
        </w:rPr>
        <w:t xml:space="preserve">[35:27] </w:t>
      </w:r>
      <w:r>
        <w:t>Nature.</w:t>
      </w:r>
    </w:p>
    <w:p>
      <w:pPr>
        <w:jc w:val="right"/>
      </w:pPr>
      <w:r>
        <w:t>Nature.</w:t>
      </w:r>
    </w:p>
    <w:p>
      <w:r>
        <w:rPr>
          <w:b/>
        </w:rPr>
        <w:t xml:space="preserve">[35:32] </w:t>
      </w:r>
      <w:r>
        <w:t>It was this generation that gave a team to the Prophet of Islam.</w:t>
      </w:r>
    </w:p>
    <w:p>
      <w:pPr>
        <w:jc w:val="right"/>
      </w:pPr>
      <w:r>
        <w:t>It was this generation that gave a team to the Prophet of Islam.</w:t>
      </w:r>
    </w:p>
    <w:p>
      <w:r>
        <w:rPr>
          <w:b/>
        </w:rPr>
        <w:t xml:space="preserve">[35:41] </w:t>
      </w:r>
      <w:r>
        <w:t>And the Prophet of Islam, by availing this team, was able to bring about a revolution on the basis of Tawhid.</w:t>
      </w:r>
    </w:p>
    <w:p>
      <w:pPr>
        <w:jc w:val="right"/>
      </w:pPr>
      <w:r>
        <w:t>And the Prophet of Islam, by availing this team, was able to bring about a revolution on the basis of Tawhid.</w:t>
      </w:r>
    </w:p>
    <w:p>
      <w:r>
        <w:rPr>
          <w:b/>
        </w:rPr>
        <w:t xml:space="preserve">[35:53] </w:t>
      </w:r>
      <w:r>
        <w:t>Then let us take Prophet Yusuf</w:t>
      </w:r>
    </w:p>
    <w:p>
      <w:pPr>
        <w:jc w:val="right"/>
      </w:pPr>
      <w:r>
        <w:t>Then let us take Prophet Yusuf</w:t>
      </w:r>
    </w:p>
    <w:p>
      <w:r>
        <w:rPr>
          <w:b/>
        </w:rPr>
        <w:t xml:space="preserve">[36:01] </w:t>
      </w:r>
      <w:r>
        <w:t>. Prophet Yusuf was sent to Egypt. At that time, Egypt was ruled by a king, Hyksos, Hyksos king.</w:t>
      </w:r>
    </w:p>
    <w:p>
      <w:pPr>
        <w:jc w:val="right"/>
      </w:pPr>
      <w:r>
        <w:t>. Prophet Yusuf was sent to Egypt. At that time, Egypt was ruled by a king, Hyksos, Hyksos king.</w:t>
      </w:r>
    </w:p>
    <w:p>
      <w:r>
        <w:rPr>
          <w:b/>
        </w:rPr>
        <w:t xml:space="preserve">[36:20] </w:t>
      </w:r>
      <w:r>
        <w:t>It is mentioned in the Quran and also in the Bible that Prophet Joseph or Prophet Yusuf found a formula of adjustment with this king, although this king was Mushrik.</w:t>
      </w:r>
    </w:p>
    <w:p>
      <w:pPr>
        <w:jc w:val="right"/>
      </w:pPr>
      <w:r>
        <w:t>It is mentioned in the Quran and also in the Bible that Prophet Joseph or Prophet Yusuf found a formula of adjustment with this king, although this king was Mushrik.</w:t>
      </w:r>
    </w:p>
    <w:p>
      <w:r>
        <w:rPr>
          <w:b/>
        </w:rPr>
        <w:t xml:space="preserve">[36:40] </w:t>
      </w:r>
      <w:r>
        <w:t>This king was Mushrik, but he adjusted with this king. He accepted an office under this - under the rule of this king.</w:t>
      </w:r>
    </w:p>
    <w:p>
      <w:pPr>
        <w:jc w:val="right"/>
      </w:pPr>
      <w:r>
        <w:t>This king was Mushrik, but he adjusted with this king. He accepted an office under this - under the rule of this king.</w:t>
      </w:r>
    </w:p>
    <w:p>
      <w:r>
        <w:rPr>
          <w:b/>
        </w:rPr>
        <w:t xml:space="preserve">[36:57] </w:t>
      </w:r>
      <w:r>
        <w:t>Why?</w:t>
      </w:r>
    </w:p>
    <w:p>
      <w:pPr>
        <w:jc w:val="right"/>
      </w:pPr>
      <w:r>
        <w:t>Why?</w:t>
      </w:r>
    </w:p>
    <w:p>
      <w:r>
        <w:rPr>
          <w:b/>
        </w:rPr>
        <w:t xml:space="preserve">[37:01] </w:t>
      </w:r>
      <w:r>
        <w:t>This king was - according to the historical account - this king was a very different kind of king.</w:t>
      </w:r>
    </w:p>
    <w:p>
      <w:pPr>
        <w:jc w:val="right"/>
      </w:pPr>
      <w:r>
        <w:t>This king was - according to the historical account - this king was a very different kind of king.</w:t>
      </w:r>
    </w:p>
    <w:p>
      <w:r>
        <w:rPr>
          <w:b/>
        </w:rPr>
        <w:t xml:space="preserve">[37:14] </w:t>
      </w:r>
      <w:r>
        <w:t>He was a - his nature was a passive nature, passive, completely passive.</w:t>
      </w:r>
    </w:p>
    <w:p>
      <w:pPr>
        <w:jc w:val="right"/>
      </w:pPr>
      <w:r>
        <w:t>He was a - his nature was a passive nature, passive, completely passive.</w:t>
      </w:r>
    </w:p>
    <w:p>
      <w:r>
        <w:rPr>
          <w:b/>
        </w:rPr>
        <w:t xml:space="preserve">[37:26] </w:t>
      </w:r>
      <w:r>
        <w:t>So he said to the Prophet Yusuf that, "You can take charge of all the departments of my government except the throne.</w:t>
      </w:r>
    </w:p>
    <w:p>
      <w:pPr>
        <w:jc w:val="right"/>
      </w:pPr>
      <w:r>
        <w:t>So he said to the Prophet Yusuf that, "You can take charge of all the departments of my government except the throne.</w:t>
      </w:r>
    </w:p>
    <w:p>
      <w:r>
        <w:rPr>
          <w:b/>
        </w:rPr>
        <w:t xml:space="preserve">[37:46] </w:t>
      </w:r>
      <w:r>
        <w:t>I will be on the throne as a king, but all the departments of government are under your charge." So this king was a unique type of king.</w:t>
      </w:r>
    </w:p>
    <w:p>
      <w:pPr>
        <w:jc w:val="right"/>
      </w:pPr>
      <w:r>
        <w:t>I will be on the throne as a king, but all the departments of government are under your charge." So this king was a unique type of king.</w:t>
      </w:r>
    </w:p>
    <w:p>
      <w:r>
        <w:rPr>
          <w:b/>
        </w:rPr>
        <w:t xml:space="preserve">[38:02] </w:t>
      </w:r>
      <w:r>
        <w:t>He had no political ambitions. He was not - he was not an aggressive</w:t>
      </w:r>
    </w:p>
    <w:p>
      <w:pPr>
        <w:jc w:val="right"/>
      </w:pPr>
      <w:r>
        <w:t>He had no political ambitions. He was not - he was not an aggressive</w:t>
      </w:r>
    </w:p>
    <w:p>
      <w:r>
        <w:rPr>
          <w:b/>
        </w:rPr>
        <w:t xml:space="preserve">[38:12] </w:t>
      </w:r>
      <w:r>
        <w:t>- his nature was not an aggressive nature. His nature was a passive nature. So he never interfered in any matter with the Prophet Yusuf.</w:t>
      </w:r>
    </w:p>
    <w:p>
      <w:pPr>
        <w:jc w:val="right"/>
      </w:pPr>
      <w:r>
        <w:t>- his nature was not an aggressive nature. His nature was a passive nature. So he never interfered in any matter with the Prophet Yusuf.</w:t>
      </w:r>
    </w:p>
    <w:p>
      <w:r>
        <w:rPr>
          <w:b/>
        </w:rPr>
        <w:t xml:space="preserve">[38:31] </w:t>
      </w:r>
      <w:r>
        <w:t>Prophet Yusuf was completely free. So he organized Dawa work in Egypt, although the king was Mushrik, but he allowed Prophet Yusuf to do everything freely.</w:t>
      </w:r>
    </w:p>
    <w:p>
      <w:pPr>
        <w:jc w:val="right"/>
      </w:pPr>
      <w:r>
        <w:t>Prophet Yusuf was completely free. So he organized Dawa work in Egypt, although the king was Mushrik, but he allowed Prophet Yusuf to do everything freely.</w:t>
      </w:r>
    </w:p>
    <w:p>
      <w:r>
        <w:rPr>
          <w:b/>
        </w:rPr>
        <w:t xml:space="preserve">[38:50] </w:t>
      </w:r>
      <w:r>
        <w:t>So here we can find an example that if the government is</w:t>
      </w:r>
    </w:p>
    <w:p>
      <w:pPr>
        <w:jc w:val="right"/>
      </w:pPr>
      <w:r>
        <w:t>So here we can find an example that if the government is</w:t>
      </w:r>
    </w:p>
    <w:p>
      <w:r>
        <w:rPr>
          <w:b/>
        </w:rPr>
        <w:t xml:space="preserve">[39:00] </w:t>
      </w:r>
      <w:r>
        <w:t>- if the government gives us freedom, freedom to work, then we will accept the government.</w:t>
      </w:r>
    </w:p>
    <w:p>
      <w:pPr>
        <w:jc w:val="right"/>
      </w:pPr>
      <w:r>
        <w:t>- if the government gives us freedom, freedom to work, then we will accept the government.</w:t>
      </w:r>
    </w:p>
    <w:p>
      <w:r>
        <w:rPr>
          <w:b/>
        </w:rPr>
        <w:t xml:space="preserve">[39:16] </w:t>
      </w:r>
      <w:r>
        <w:t>If the government</w:t>
      </w:r>
    </w:p>
    <w:p>
      <w:pPr>
        <w:jc w:val="right"/>
      </w:pPr>
      <w:r>
        <w:t>If the government</w:t>
      </w:r>
    </w:p>
    <w:p>
      <w:r>
        <w:rPr>
          <w:b/>
        </w:rPr>
        <w:t xml:space="preserve">[39:19] </w:t>
      </w:r>
      <w:r>
        <w:t>is</w:t>
      </w:r>
    </w:p>
    <w:p>
      <w:pPr>
        <w:jc w:val="right"/>
      </w:pPr>
      <w:r>
        <w:t>is</w:t>
      </w:r>
    </w:p>
    <w:p>
      <w:r>
        <w:rPr>
          <w:b/>
        </w:rPr>
        <w:t xml:space="preserve">[39:23] </w:t>
      </w:r>
      <w:r>
        <w:t>of that kind that he</w:t>
      </w:r>
    </w:p>
    <w:p>
      <w:pPr>
        <w:jc w:val="right"/>
      </w:pPr>
      <w:r>
        <w:t>of that kind that he</w:t>
      </w:r>
    </w:p>
    <w:p>
      <w:r>
        <w:rPr>
          <w:b/>
        </w:rPr>
        <w:t xml:space="preserve">[39:34] </w:t>
      </w:r>
      <w:r>
        <w:t>abstains from interference, there is no interference from the government, and we are free to do Dawa work, then we will accept that government, although this government is secular or this government is Mushrik.</w:t>
      </w:r>
    </w:p>
    <w:p>
      <w:pPr>
        <w:jc w:val="right"/>
      </w:pPr>
      <w:r>
        <w:t>abstains from interference, there is no interference from the government, and we are free to do Dawa work, then we will accept that government, although this government is secular or this government is Mushrik.</w:t>
      </w:r>
    </w:p>
    <w:p>
      <w:r>
        <w:rPr>
          <w:b/>
        </w:rPr>
        <w:t xml:space="preserve">[39:57] </w:t>
      </w:r>
      <w:r>
        <w:t>All these things are irrelevant. It is a great example, a beautiful example.</w:t>
      </w:r>
    </w:p>
    <w:p>
      <w:pPr>
        <w:jc w:val="right"/>
      </w:pPr>
      <w:r>
        <w:t>All these things are irrelevant. It is a great example, a beautiful example.</w:t>
      </w:r>
    </w:p>
    <w:p>
      <w:r>
        <w:rPr>
          <w:b/>
        </w:rPr>
        <w:t xml:space="preserve">[40:07] </w:t>
      </w:r>
      <w:r>
        <w:t>If we find in such a situation when the government is ready to not interfere in our matters, then we will accept this government, whether it is Mushrik, whether it is secular</w:t>
      </w:r>
    </w:p>
    <w:p>
      <w:pPr>
        <w:jc w:val="right"/>
      </w:pPr>
      <w:r>
        <w:t>If we find in such a situation when the government is ready to not interfere in our matters, then we will accept this government, whether it is Mushrik, whether it is secular</w:t>
      </w:r>
    </w:p>
    <w:p>
      <w:r>
        <w:rPr>
          <w:b/>
        </w:rPr>
        <w:t xml:space="preserve">[40:30] </w:t>
      </w:r>
      <w:r>
        <w:t>. But if the government is giving us freedom, then we will accept it wholeheartedly.</w:t>
      </w:r>
    </w:p>
    <w:p>
      <w:pPr>
        <w:jc w:val="right"/>
      </w:pPr>
      <w:r>
        <w:t>. But if the government is giving us freedom, then we will accept it wholeheartedly.</w:t>
      </w:r>
    </w:p>
    <w:p>
      <w:r>
        <w:rPr>
          <w:b/>
        </w:rPr>
        <w:t xml:space="preserve">[40:41] </w:t>
      </w:r>
      <w:r>
        <w:t>This model we find in the Prophet Yusuf.</w:t>
      </w:r>
    </w:p>
    <w:p>
      <w:pPr>
        <w:jc w:val="right"/>
      </w:pPr>
      <w:r>
        <w:t>This model we find in the Prophet Yusuf.</w:t>
      </w:r>
    </w:p>
    <w:p>
      <w:r>
        <w:rPr>
          <w:b/>
        </w:rPr>
        <w:t xml:space="preserve">[40:49] </w:t>
      </w:r>
      <w:r>
        <w:t>Then let us take the example of Moses. Moses was also sent to</w:t>
      </w:r>
    </w:p>
    <w:p>
      <w:pPr>
        <w:jc w:val="right"/>
      </w:pPr>
      <w:r>
        <w:t>Then let us take the example of Moses. Moses was also sent to</w:t>
      </w:r>
    </w:p>
    <w:p>
      <w:r>
        <w:rPr>
          <w:b/>
        </w:rPr>
        <w:t xml:space="preserve">[41:00] </w:t>
      </w:r>
      <w:r>
        <w:t>Egypt, but at that time, the ruler was quite different. Now the ruler was Pharaoh.</w:t>
      </w:r>
    </w:p>
    <w:p>
      <w:pPr>
        <w:jc w:val="right"/>
      </w:pPr>
      <w:r>
        <w:t>Egypt, but at that time, the ruler was quite different. Now the ruler was Pharaoh.</w:t>
      </w:r>
    </w:p>
    <w:p>
      <w:r>
        <w:rPr>
          <w:b/>
        </w:rPr>
        <w:t xml:space="preserve">[41:08] </w:t>
      </w:r>
      <w:r>
        <w:t>At the time of Yusuf, the ruler was Hyksos, a very passive nature.</w:t>
      </w:r>
    </w:p>
    <w:p>
      <w:pPr>
        <w:jc w:val="right"/>
      </w:pPr>
      <w:r>
        <w:t>At the time of Yusuf, the ruler was Hyksos, a very passive nature.</w:t>
      </w:r>
    </w:p>
    <w:p>
      <w:r>
        <w:rPr>
          <w:b/>
        </w:rPr>
        <w:t xml:space="preserve">[41:17] </w:t>
      </w:r>
      <w:r>
        <w:t>But at the time of Prophet Moses, the ruler was Pharaoh.</w:t>
      </w:r>
    </w:p>
    <w:p>
      <w:pPr>
        <w:jc w:val="right"/>
      </w:pPr>
      <w:r>
        <w:t>But at the time of Prophet Moses, the ruler was Pharaoh.</w:t>
      </w:r>
    </w:p>
    <w:p>
      <w:r>
        <w:rPr>
          <w:b/>
        </w:rPr>
        <w:t xml:space="preserve">[41:23] </w:t>
      </w:r>
      <w:r>
        <w:t>Pharaoh was a very arrogant, despotic king.</w:t>
      </w:r>
    </w:p>
    <w:p>
      <w:pPr>
        <w:jc w:val="right"/>
      </w:pPr>
      <w:r>
        <w:t>Pharaoh was a very arrogant, despotic king.</w:t>
      </w:r>
    </w:p>
    <w:p>
      <w:r>
        <w:rPr>
          <w:b/>
        </w:rPr>
        <w:t xml:space="preserve">[41:29] </w:t>
      </w:r>
      <w:r>
        <w:t>Pharaoh was an arrogant king, a despotic king.</w:t>
      </w:r>
    </w:p>
    <w:p>
      <w:pPr>
        <w:jc w:val="right"/>
      </w:pPr>
      <w:r>
        <w:t>Pharaoh was an arrogant king, a despotic king.</w:t>
      </w:r>
    </w:p>
    <w:p>
      <w:r>
        <w:rPr>
          <w:b/>
        </w:rPr>
        <w:t xml:space="preserve">[41:39] </w:t>
      </w:r>
      <w:r>
        <w:t>Even he wanted to kill all the men of Israel.</w:t>
      </w:r>
    </w:p>
    <w:p>
      <w:pPr>
        <w:jc w:val="right"/>
      </w:pPr>
      <w:r>
        <w:t>Even he wanted to kill all the men of Israel.</w:t>
      </w:r>
    </w:p>
    <w:p>
      <w:r>
        <w:rPr>
          <w:b/>
        </w:rPr>
        <w:t xml:space="preserve">[41:47] </w:t>
      </w:r>
      <w:r>
        <w:t>So here we see that there was a confrontation between Moses and Pharaoh.</w:t>
      </w:r>
    </w:p>
    <w:p>
      <w:pPr>
        <w:jc w:val="right"/>
      </w:pPr>
      <w:r>
        <w:t>So here we see that there was a confrontation between Moses and Pharaoh.</w:t>
      </w:r>
    </w:p>
    <w:p>
      <w:r>
        <w:rPr>
          <w:b/>
        </w:rPr>
        <w:t xml:space="preserve">[41:56] </w:t>
      </w:r>
      <w:r>
        <w:t>So this is another model. This is another model.</w:t>
      </w:r>
    </w:p>
    <w:p>
      <w:pPr>
        <w:jc w:val="right"/>
      </w:pPr>
      <w:r>
        <w:t>So this is another model. This is another model.</w:t>
      </w:r>
    </w:p>
    <w:p>
      <w:r>
        <w:rPr>
          <w:b/>
        </w:rPr>
        <w:t xml:space="preserve">[42:05] </w:t>
      </w:r>
      <w:r>
        <w:t>So Prophet Moses</w:t>
      </w:r>
    </w:p>
    <w:p>
      <w:pPr>
        <w:jc w:val="right"/>
      </w:pPr>
      <w:r>
        <w:t>So Prophet Moses</w:t>
      </w:r>
    </w:p>
    <w:p>
      <w:r>
        <w:rPr>
          <w:b/>
        </w:rPr>
        <w:t xml:space="preserve">[42:12] </w:t>
      </w:r>
      <w:r>
        <w:t>conveyed the message of God to Pharaoh, and then he left Egypt. Prophet Joseph lived in Egypt until his death</w:t>
      </w:r>
    </w:p>
    <w:p>
      <w:pPr>
        <w:jc w:val="right"/>
      </w:pPr>
      <w:r>
        <w:t>conveyed the message of God to Pharaoh, and then he left Egypt. Prophet Joseph lived in Egypt until his death</w:t>
      </w:r>
    </w:p>
    <w:p>
      <w:r>
        <w:rPr>
          <w:b/>
        </w:rPr>
        <w:t xml:space="preserve">[42:25] </w:t>
      </w:r>
      <w:r>
        <w:t>. He never left Egypt. He lived in Egypt, and also he died in Egypt. He was buried in Egypt, but Prophet Moses left Egypt.</w:t>
      </w:r>
    </w:p>
    <w:p>
      <w:pPr>
        <w:jc w:val="right"/>
      </w:pPr>
      <w:r>
        <w:t>. He never left Egypt. He lived in Egypt, and also he died in Egypt. He was buried in Egypt, but Prophet Moses left Egypt.</w:t>
      </w:r>
    </w:p>
    <w:p>
      <w:r>
        <w:rPr>
          <w:b/>
        </w:rPr>
        <w:t xml:space="preserve">[42:39] </w:t>
      </w:r>
      <w:r>
        <w:t>He migrated from Egypt, and he settled in Sinai,</w:t>
      </w:r>
    </w:p>
    <w:p>
      <w:pPr>
        <w:jc w:val="right"/>
      </w:pPr>
      <w:r>
        <w:t>He migrated from Egypt, and he settled in Sinai,</w:t>
      </w:r>
    </w:p>
    <w:p>
      <w:r>
        <w:rPr>
          <w:b/>
        </w:rPr>
        <w:t xml:space="preserve">[42:46] </w:t>
      </w:r>
      <w:r>
        <w:t>far away from Egypt. So here we can find two different models. If the king is - if the king is a passive king, if he gives us freedom,</w:t>
      </w:r>
    </w:p>
    <w:p>
      <w:pPr>
        <w:jc w:val="right"/>
      </w:pPr>
      <w:r>
        <w:t>far away from Egypt. So here we can find two different models. If the king is - if the king is a passive king, if he gives us freedom,</w:t>
      </w:r>
    </w:p>
    <w:p>
      <w:r>
        <w:rPr>
          <w:b/>
        </w:rPr>
        <w:t xml:space="preserve">[43:09] </w:t>
      </w:r>
      <w:r>
        <w:t>then we have to adjust with him. And if the king is arrogant and despotic, then we find some other way according to the situation.</w:t>
      </w:r>
    </w:p>
    <w:p>
      <w:pPr>
        <w:jc w:val="right"/>
      </w:pPr>
      <w:r>
        <w:t>then we have to adjust with him. And if the king is arrogant and despotic, then we find some other way according to the situation.</w:t>
      </w:r>
    </w:p>
    <w:p>
      <w:r>
        <w:rPr>
          <w:b/>
        </w:rPr>
        <w:t xml:space="preserve">[43:24] </w:t>
      </w:r>
      <w:r>
        <w:t>So these are two different models.</w:t>
      </w:r>
    </w:p>
    <w:p>
      <w:pPr>
        <w:jc w:val="right"/>
      </w:pPr>
      <w:r>
        <w:t>So these are two different models.</w:t>
      </w:r>
    </w:p>
    <w:p>
      <w:r>
        <w:rPr>
          <w:b/>
        </w:rPr>
        <w:t xml:space="preserve">[43:29] </w:t>
      </w:r>
      <w:r>
        <w:t>Then let us take the model of Prophet Jesus, Prophet Isa. Prophet Jesus was sent in Palestine before Muhammad (صلى الله عليه وسلم).</w:t>
      </w:r>
    </w:p>
    <w:p>
      <w:pPr>
        <w:jc w:val="right"/>
      </w:pPr>
      <w:r>
        <w:t>Then let us take the model of Prophet Jesus, Prophet Isa. Prophet Jesus was sent in Palestine before Muhammad (صلى الله عليه وسلم).</w:t>
      </w:r>
    </w:p>
    <w:p>
      <w:r>
        <w:rPr>
          <w:b/>
        </w:rPr>
        <w:t xml:space="preserve">[43:50] </w:t>
      </w:r>
      <w:r>
        <w:t>So at that time, Palestine and the adjacent areas were under the rule of Romans.</w:t>
      </w:r>
    </w:p>
    <w:p>
      <w:pPr>
        <w:jc w:val="right"/>
      </w:pPr>
      <w:r>
        <w:t>So at that time, Palestine and the adjacent areas were under the rule of Romans.</w:t>
      </w:r>
    </w:p>
    <w:p>
      <w:r>
        <w:rPr>
          <w:b/>
        </w:rPr>
        <w:t xml:space="preserve">[44:01] </w:t>
      </w:r>
      <w:r>
        <w:t>Romans were the rulers of this area at that time.</w:t>
      </w:r>
    </w:p>
    <w:p>
      <w:pPr>
        <w:jc w:val="right"/>
      </w:pPr>
      <w:r>
        <w:t>Romans were the rulers of this area at that time.</w:t>
      </w:r>
    </w:p>
    <w:p>
      <w:r>
        <w:rPr>
          <w:b/>
        </w:rPr>
        <w:t xml:space="preserve">[44:08] </w:t>
      </w:r>
      <w:r>
        <w:t>So it was a different situation.</w:t>
      </w:r>
    </w:p>
    <w:p>
      <w:pPr>
        <w:jc w:val="right"/>
      </w:pPr>
      <w:r>
        <w:t>So it was a different situation.</w:t>
      </w:r>
    </w:p>
    <w:p>
      <w:r>
        <w:rPr>
          <w:b/>
        </w:rPr>
        <w:t xml:space="preserve">[44:13] </w:t>
      </w:r>
      <w:r>
        <w:t>Prophet Jesus wanted to carry on Dawa work, so he adopted a new formula which was quite suitable for that situation.</w:t>
      </w:r>
    </w:p>
    <w:p>
      <w:pPr>
        <w:jc w:val="right"/>
      </w:pPr>
      <w:r>
        <w:t>Prophet Jesus wanted to carry on Dawa work, so he adopted a new formula which was quite suitable for that situation.</w:t>
      </w:r>
    </w:p>
    <w:p>
      <w:r>
        <w:rPr>
          <w:b/>
        </w:rPr>
        <w:t xml:space="preserve">[44:29] </w:t>
      </w:r>
      <w:r>
        <w:t>He said,</w:t>
      </w:r>
    </w:p>
    <w:p>
      <w:pPr>
        <w:jc w:val="right"/>
      </w:pPr>
      <w:r>
        <w:t>He said,</w:t>
      </w:r>
    </w:p>
    <w:p>
      <w:r>
        <w:rPr>
          <w:b/>
        </w:rPr>
        <w:t xml:space="preserve">[44:34] </w:t>
      </w:r>
      <w:r>
        <w:t>"Give to king what is due to king, give to Caesar what is due to Caesar, and give to God what is due to God." This was the formula given by Jesus Christ.</w:t>
      </w:r>
    </w:p>
    <w:p>
      <w:pPr>
        <w:jc w:val="right"/>
      </w:pPr>
      <w:r>
        <w:t>"Give to king what is due to king, give to Caesar what is due to Caesar, and give to God what is due to God." This was the formula given by Jesus Christ.</w:t>
      </w:r>
    </w:p>
    <w:p>
      <w:r>
        <w:rPr>
          <w:b/>
        </w:rPr>
        <w:t xml:space="preserve">[44:57] </w:t>
      </w:r>
      <w:r>
        <w:t>It means that avoid confrontation with the king and avail the opportunities in the field of Dava.</w:t>
      </w:r>
    </w:p>
    <w:p>
      <w:pPr>
        <w:jc w:val="right"/>
      </w:pPr>
      <w:r>
        <w:t>It means that avoid confrontation with the king and avail the opportunities in the field of Dava.</w:t>
      </w:r>
    </w:p>
    <w:p>
      <w:r>
        <w:rPr>
          <w:b/>
        </w:rPr>
        <w:t xml:space="preserve">[45:10] </w:t>
      </w:r>
      <w:r>
        <w:t>So this formula worked, and you know the disciples of Jesus Christ followed this formula, and the result was miraculous.</w:t>
      </w:r>
    </w:p>
    <w:p>
      <w:pPr>
        <w:jc w:val="right"/>
      </w:pPr>
      <w:r>
        <w:t>So this formula worked, and you know the disciples of Jesus Christ followed this formula, and the result was miraculous.</w:t>
      </w:r>
    </w:p>
    <w:p>
      <w:r>
        <w:rPr>
          <w:b/>
        </w:rPr>
        <w:t xml:space="preserve">[45:28] </w:t>
      </w:r>
      <w:r>
        <w:t>The result was miraculous. Now you know Christians are the largest community, largest religious community in the world, in the present world.</w:t>
      </w:r>
    </w:p>
    <w:p>
      <w:pPr>
        <w:jc w:val="right"/>
      </w:pPr>
      <w:r>
        <w:t>The result was miraculous. Now you know Christians are the largest community, largest religious community in the world, in the present world.</w:t>
      </w:r>
    </w:p>
    <w:p>
      <w:r>
        <w:rPr>
          <w:b/>
        </w:rPr>
        <w:t xml:space="preserve">[45:44] </w:t>
      </w:r>
      <w:r>
        <w:t>They have adopted this formula given by Jesus Christ that give to Caesar what is due to Caesar and give to God what is due to God</w:t>
      </w:r>
    </w:p>
    <w:p>
      <w:pPr>
        <w:jc w:val="right"/>
      </w:pPr>
      <w:r>
        <w:t>They have adopted this formula given by Jesus Christ that give to Caesar what is due to Caesar and give to God what is due to God</w:t>
      </w:r>
    </w:p>
    <w:p>
      <w:r>
        <w:rPr>
          <w:b/>
        </w:rPr>
        <w:t xml:space="preserve">[45:57] </w:t>
      </w:r>
      <w:r>
        <w:t>. That is, do not go to confrontation, do not go to confrontation with the king, and do Dawa work without confrontation.</w:t>
      </w:r>
    </w:p>
    <w:p>
      <w:pPr>
        <w:jc w:val="right"/>
      </w:pPr>
      <w:r>
        <w:t>. That is, do not go to confrontation, do not go to confrontation with the king, and do Dawa work without confrontation.</w:t>
      </w:r>
    </w:p>
    <w:p>
      <w:r>
        <w:rPr>
          <w:b/>
        </w:rPr>
        <w:t xml:space="preserve">[46:18] </w:t>
      </w:r>
      <w:r>
        <w:t>And this formula was very, very suitable for that situation. So this formula was a very wise formula, wise formula,</w:t>
      </w:r>
    </w:p>
    <w:p>
      <w:pPr>
        <w:jc w:val="right"/>
      </w:pPr>
      <w:r>
        <w:t>And this formula was very, very suitable for that situation. So this formula was a very wise formula, wise formula,</w:t>
      </w:r>
    </w:p>
    <w:p>
      <w:r>
        <w:rPr>
          <w:b/>
        </w:rPr>
        <w:t xml:space="preserve">[46:33] </w:t>
      </w:r>
      <w:r>
        <w:t>and you can see the result</w:t>
      </w:r>
    </w:p>
    <w:p>
      <w:pPr>
        <w:jc w:val="right"/>
      </w:pPr>
      <w:r>
        <w:t>and you can see the result</w:t>
      </w:r>
    </w:p>
    <w:p>
      <w:r>
        <w:rPr>
          <w:b/>
        </w:rPr>
        <w:t xml:space="preserve">[46:36] </w:t>
      </w:r>
      <w:r>
        <w:t>. You can see the result</w:t>
      </w:r>
    </w:p>
    <w:p>
      <w:pPr>
        <w:jc w:val="right"/>
      </w:pPr>
      <w:r>
        <w:t>. You can see the result</w:t>
      </w:r>
    </w:p>
    <w:p>
      <w:r>
        <w:rPr>
          <w:b/>
        </w:rPr>
        <w:t xml:space="preserve">[46:40] </w:t>
      </w:r>
      <w:r>
        <w:t>that Christians are</w:t>
      </w:r>
    </w:p>
    <w:p>
      <w:pPr>
        <w:jc w:val="right"/>
      </w:pPr>
      <w:r>
        <w:t>that Christians are</w:t>
      </w:r>
    </w:p>
    <w:p>
      <w:r>
        <w:rPr>
          <w:b/>
        </w:rPr>
        <w:t xml:space="preserve">[46:47] </w:t>
      </w:r>
      <w:r>
        <w:t>the greatest religious community in the world.</w:t>
      </w:r>
    </w:p>
    <w:p>
      <w:pPr>
        <w:jc w:val="right"/>
      </w:pPr>
      <w:r>
        <w:t>the greatest religious community in the world.</w:t>
      </w:r>
    </w:p>
    <w:p>
      <w:r>
        <w:rPr>
          <w:b/>
        </w:rPr>
        <w:t xml:space="preserve">[46:52] </w:t>
      </w:r>
      <w:r>
        <w:t>So these models, these prophetic models tell us how to mind the situation and at the same time carry on the Dawa work.</w:t>
      </w:r>
    </w:p>
    <w:p>
      <w:pPr>
        <w:jc w:val="right"/>
      </w:pPr>
      <w:r>
        <w:t>So these models, these prophetic models tell us how to mind the situation and at the same time carry on the Dawa work.</w:t>
      </w:r>
    </w:p>
    <w:p>
      <w:r>
        <w:rPr>
          <w:b/>
        </w:rPr>
        <w:t xml:space="preserve">[47:10] </w:t>
      </w:r>
      <w:r>
        <w:t>So the</w:t>
      </w:r>
    </w:p>
    <w:p>
      <w:pPr>
        <w:jc w:val="right"/>
      </w:pPr>
      <w:r>
        <w:t>So the</w:t>
      </w:r>
    </w:p>
    <w:p>
      <w:r>
        <w:rPr>
          <w:b/>
        </w:rPr>
        <w:t xml:space="preserve">[47:18] </w:t>
      </w:r>
      <w:r>
        <w:t>real target of believers is Dawa work.</w:t>
      </w:r>
    </w:p>
    <w:p>
      <w:pPr>
        <w:jc w:val="right"/>
      </w:pPr>
      <w:r>
        <w:t>real target of believers is Dawa work.</w:t>
      </w:r>
    </w:p>
    <w:p>
      <w:r>
        <w:rPr>
          <w:b/>
        </w:rPr>
        <w:t xml:space="preserve">[47:25] </w:t>
      </w:r>
      <w:r>
        <w:t>According to the Quran, all the prophets were sent for Dawa work, for Inzar and Tafsir, for Dava,</w:t>
      </w:r>
    </w:p>
    <w:p>
      <w:pPr>
        <w:jc w:val="right"/>
      </w:pPr>
      <w:r>
        <w:t>According to the Quran, all the prophets were sent for Dawa work, for Inzar and Tafsir, for Dava,</w:t>
      </w:r>
    </w:p>
    <w:p>
      <w:r>
        <w:rPr>
          <w:b/>
        </w:rPr>
        <w:t xml:space="preserve">[47:39] </w:t>
      </w:r>
      <w:r>
        <w:t>and all the believers must follow this pattern. So our mission is Dawa mission.</w:t>
      </w:r>
    </w:p>
    <w:p>
      <w:pPr>
        <w:jc w:val="right"/>
      </w:pPr>
      <w:r>
        <w:t>and all the believers must follow this pattern. So our mission is Dawa mission.</w:t>
      </w:r>
    </w:p>
    <w:p>
      <w:r>
        <w:rPr>
          <w:b/>
        </w:rPr>
        <w:t xml:space="preserve">[47:52] </w:t>
      </w:r>
      <w:r>
        <w:t>The mission of all the believers is Dawa mission. Dawa mission means to convey the message of God to all mankind, but situation varies.</w:t>
      </w:r>
    </w:p>
    <w:p>
      <w:pPr>
        <w:jc w:val="right"/>
      </w:pPr>
      <w:r>
        <w:t>The mission of all the believers is Dawa mission. Dawa mission means to convey the message of God to all mankind, but situation varies.</w:t>
      </w:r>
    </w:p>
    <w:p>
      <w:r>
        <w:rPr>
          <w:b/>
        </w:rPr>
        <w:t xml:space="preserve">[48:06] </w:t>
      </w:r>
      <w:r>
        <w:t>There are differences in situations, so we have to manage the situations. We are not allowed to alter the mission</w:t>
      </w:r>
    </w:p>
    <w:p>
      <w:pPr>
        <w:jc w:val="right"/>
      </w:pPr>
      <w:r>
        <w:t>There are differences in situations, so we have to manage the situations. We are not allowed to alter the mission</w:t>
      </w:r>
    </w:p>
    <w:p>
      <w:r>
        <w:rPr>
          <w:b/>
        </w:rPr>
        <w:t xml:space="preserve">[48:18] </w:t>
      </w:r>
      <w:r>
        <w:t>. We are not allowed to alter the mission,</w:t>
      </w:r>
    </w:p>
    <w:p>
      <w:pPr>
        <w:jc w:val="right"/>
      </w:pPr>
      <w:r>
        <w:t>. We are not allowed to alter the mission,</w:t>
      </w:r>
    </w:p>
    <w:p>
      <w:r>
        <w:rPr>
          <w:b/>
        </w:rPr>
        <w:t xml:space="preserve">[48:25] </w:t>
      </w:r>
      <w:r>
        <w:t>but we are required to manage the situations. It means that do not go - do not opt for confrontation with the situation,</w:t>
      </w:r>
    </w:p>
    <w:p>
      <w:pPr>
        <w:jc w:val="right"/>
      </w:pPr>
      <w:r>
        <w:t>but we are required to manage the situations. It means that do not go - do not opt for confrontation with the situation,</w:t>
      </w:r>
    </w:p>
    <w:p>
      <w:r>
        <w:rPr>
          <w:b/>
        </w:rPr>
        <w:t xml:space="preserve">[48:40] </w:t>
      </w:r>
      <w:r>
        <w:t>with political rules, with political situations, with political obstacles. You are not allowed to go to confrontation.</w:t>
      </w:r>
    </w:p>
    <w:p>
      <w:pPr>
        <w:jc w:val="right"/>
      </w:pPr>
      <w:r>
        <w:t>with political rules, with political situations, with political obstacles. You are not allowed to go to confrontation.</w:t>
      </w:r>
    </w:p>
    <w:p>
      <w:r>
        <w:rPr>
          <w:b/>
        </w:rPr>
        <w:t xml:space="preserve">[48:51] </w:t>
      </w:r>
      <w:r>
        <w:t>You are required to manage the situation. Manage means seeking some kind of adjustment.</w:t>
      </w:r>
    </w:p>
    <w:p>
      <w:pPr>
        <w:jc w:val="right"/>
      </w:pPr>
      <w:r>
        <w:t>You are required to manage the situation. Manage means seeking some kind of adjustment.</w:t>
      </w:r>
    </w:p>
    <w:p>
      <w:r>
        <w:rPr>
          <w:b/>
        </w:rPr>
        <w:t xml:space="preserve">[49:06] </w:t>
      </w:r>
      <w:r>
        <w:t>Managing means seeking some kind of adjustment. So as far as the Dawa mission is concerned, there is no compromise</w:t>
      </w:r>
    </w:p>
    <w:p>
      <w:pPr>
        <w:jc w:val="right"/>
      </w:pPr>
      <w:r>
        <w:t>Managing means seeking some kind of adjustment. So as far as the Dawa mission is concerned, there is no compromise</w:t>
      </w:r>
    </w:p>
    <w:p>
      <w:r>
        <w:rPr>
          <w:b/>
        </w:rPr>
        <w:t xml:space="preserve">[49:23] </w:t>
      </w:r>
      <w:r>
        <w:t>in Dawa mission, but as far as the situation is concerned, we have to find some compromising formula, some formula of adjustment</w:t>
      </w:r>
    </w:p>
    <w:p>
      <w:pPr>
        <w:jc w:val="right"/>
      </w:pPr>
      <w:r>
        <w:t>in Dawa mission, but as far as the situation is concerned, we have to find some compromising formula, some formula of adjustment</w:t>
      </w:r>
    </w:p>
    <w:p>
      <w:r>
        <w:rPr>
          <w:b/>
        </w:rPr>
        <w:t xml:space="preserve">[49:34] </w:t>
      </w:r>
      <w:r>
        <w:t>. We have to manage the situation so that we may - so that the river of Dawa will flow, flow, flow until the destiny.</w:t>
      </w:r>
    </w:p>
    <w:p>
      <w:pPr>
        <w:jc w:val="right"/>
      </w:pPr>
      <w:r>
        <w:t>. We have to manage the situation so that we may - so that the river of Dawa will flow, flow, flow until the destiny.</w:t>
      </w:r>
    </w:p>
    <w:p>
      <w:r>
        <w:rPr>
          <w:b/>
        </w:rPr>
        <w:t xml:space="preserve">[49:50] </w:t>
      </w:r>
      <w:r>
        <w:t>This is the wisdom - this is the prophetic wisdom given by the Quran, prophetic wisdom.</w:t>
      </w:r>
    </w:p>
    <w:p>
      <w:pPr>
        <w:jc w:val="right"/>
      </w:pPr>
      <w:r>
        <w:t>This is the wisdom - this is the prophetic wisdom given by the Quran, prophetic wisdom.</w:t>
      </w:r>
    </w:p>
    <w:p>
      <w:r>
        <w:rPr>
          <w:b/>
        </w:rPr>
        <w:t xml:space="preserve">[50:03] </w:t>
      </w:r>
      <w:r>
        <w:t>Then there is the example of the Prophet of Islam, Muhammad (SAW).</w:t>
      </w:r>
    </w:p>
    <w:p>
      <w:pPr>
        <w:jc w:val="right"/>
      </w:pPr>
      <w:r>
        <w:t>Then there is the example of the Prophet of Islam, Muhammad (صلى الله عليه وسلم).</w:t>
      </w:r>
    </w:p>
    <w:p>
      <w:r>
        <w:rPr>
          <w:b/>
        </w:rPr>
        <w:t xml:space="preserve">[50:11] </w:t>
      </w:r>
      <w:r>
        <w:t>He was sent in Arabia, in Makkah, in the first quarter of the 7th century. At that time, there was no kingship; there was a tribal system.</w:t>
      </w:r>
    </w:p>
    <w:p>
      <w:pPr>
        <w:jc w:val="right"/>
      </w:pPr>
      <w:r>
        <w:t>He was sent in Arabia, in Makkah, in the first quarter of the 7th century. At that time, there was no kingship; there was a tribal system.</w:t>
      </w:r>
    </w:p>
    <w:p>
      <w:r>
        <w:rPr>
          <w:b/>
        </w:rPr>
        <w:t xml:space="preserve">[50:28] </w:t>
      </w:r>
      <w:r>
        <w:t>In Arabia, there was no kingship; there was a tribal system.</w:t>
      </w:r>
    </w:p>
    <w:p>
      <w:pPr>
        <w:jc w:val="right"/>
      </w:pPr>
      <w:r>
        <w:t>In Arabia, there was no kingship; there was a tribal system.</w:t>
      </w:r>
    </w:p>
    <w:p>
      <w:r>
        <w:rPr>
          <w:b/>
        </w:rPr>
        <w:t xml:space="preserve">[50:36] </w:t>
      </w:r>
      <w:r>
        <w:t>So what hap</w:t>
      </w:r>
    </w:p>
    <w:p>
      <w:pPr>
        <w:jc w:val="right"/>
      </w:pPr>
      <w:r>
        <w:t>So what hap</w:t>
      </w:r>
    </w:p>
    <w:p>
      <w:r>
        <w:rPr>
          <w:b/>
        </w:rPr>
        <w:t xml:space="preserve">[50:39] </w:t>
      </w:r>
      <w:r>
        <w:t>pened? Although these people are idol worshippers, they became hostile.</w:t>
      </w:r>
    </w:p>
    <w:p>
      <w:pPr>
        <w:jc w:val="right"/>
      </w:pPr>
      <w:r>
        <w:t>pened? Although these people are idol worshippers, they became hostile.</w:t>
      </w:r>
    </w:p>
    <w:p>
      <w:r>
        <w:rPr>
          <w:b/>
        </w:rPr>
        <w:t xml:space="preserve">[50:49] </w:t>
      </w:r>
      <w:r>
        <w:t>They turned hostile to the Prophet of Islam</w:t>
      </w:r>
    </w:p>
    <w:p>
      <w:pPr>
        <w:jc w:val="right"/>
      </w:pPr>
      <w:r>
        <w:t>They turned hostile to the Prophet of Islam</w:t>
      </w:r>
    </w:p>
    <w:p>
      <w:r>
        <w:rPr>
          <w:b/>
        </w:rPr>
        <w:t xml:space="preserve">[50:53] </w:t>
      </w:r>
      <w:r>
        <w:t>. So there were some atrocities, some obstacles, some problems, but</w:t>
      </w:r>
    </w:p>
    <w:p>
      <w:pPr>
        <w:jc w:val="right"/>
      </w:pPr>
      <w:r>
        <w:t>. So there were some atrocities, some obstacles, some problems, but</w:t>
      </w:r>
    </w:p>
    <w:p>
      <w:r>
        <w:rPr>
          <w:b/>
        </w:rPr>
        <w:t xml:space="preserve">[51:03] </w:t>
      </w:r>
      <w:r>
        <w:t>the Prophet was able to</w:t>
      </w:r>
    </w:p>
    <w:p>
      <w:pPr>
        <w:jc w:val="right"/>
      </w:pPr>
      <w:r>
        <w:t>the Prophet was able to</w:t>
      </w:r>
    </w:p>
    <w:p>
      <w:r>
        <w:rPr>
          <w:b/>
        </w:rPr>
        <w:t xml:space="preserve">[51:11] </w:t>
      </w:r>
      <w:r>
        <w:t>have support from the people.</w:t>
      </w:r>
    </w:p>
    <w:p>
      <w:pPr>
        <w:jc w:val="right"/>
      </w:pPr>
      <w:r>
        <w:t>have support from the people.</w:t>
      </w:r>
    </w:p>
    <w:p>
      <w:r>
        <w:rPr>
          <w:b/>
        </w:rPr>
        <w:t xml:space="preserve">[51:17] </w:t>
      </w:r>
      <w:r>
        <w:t>He was able to find - able to form a team of more than one lakh people.</w:t>
      </w:r>
    </w:p>
    <w:p>
      <w:pPr>
        <w:jc w:val="right"/>
      </w:pPr>
      <w:r>
        <w:t>He was able to find - able to form a team of more than one lakh people.</w:t>
      </w:r>
    </w:p>
    <w:p>
      <w:r>
        <w:rPr>
          <w:b/>
        </w:rPr>
        <w:t xml:space="preserve">[51:29] </w:t>
      </w:r>
      <w:r>
        <w:t>No Prophet of the history was able to form such a team.</w:t>
      </w:r>
    </w:p>
    <w:p>
      <w:pPr>
        <w:jc w:val="right"/>
      </w:pPr>
      <w:r>
        <w:t>No Prophet of the history was able to form such a team.</w:t>
      </w:r>
    </w:p>
    <w:p>
      <w:r>
        <w:rPr>
          <w:b/>
        </w:rPr>
        <w:t xml:space="preserve">[51:38] </w:t>
      </w:r>
      <w:r>
        <w:t>No Prophet.</w:t>
      </w:r>
    </w:p>
    <w:p>
      <w:pPr>
        <w:jc w:val="right"/>
      </w:pPr>
      <w:r>
        <w:t>No Prophet.</w:t>
      </w:r>
    </w:p>
    <w:p>
      <w:r>
        <w:rPr>
          <w:b/>
        </w:rPr>
        <w:t xml:space="preserve">[51:42] </w:t>
      </w:r>
      <w:r>
        <w:t>The Prophet of Islam was able to form a team of believers.</w:t>
      </w:r>
    </w:p>
    <w:p>
      <w:pPr>
        <w:jc w:val="right"/>
      </w:pPr>
      <w:r>
        <w:t>The Prophet of Islam was able to form a team of believers.</w:t>
      </w:r>
    </w:p>
    <w:p>
      <w:r>
        <w:rPr>
          <w:b/>
        </w:rPr>
        <w:t xml:space="preserve">[51:52] </w:t>
      </w:r>
      <w:r>
        <w:t>These believers were more than one lakh people.</w:t>
      </w:r>
    </w:p>
    <w:p>
      <w:pPr>
        <w:jc w:val="right"/>
      </w:pPr>
      <w:r>
        <w:t>These believers were more than one lakh people.</w:t>
      </w:r>
    </w:p>
    <w:p>
      <w:r>
        <w:rPr>
          <w:b/>
        </w:rPr>
        <w:t xml:space="preserve">[51:58] </w:t>
      </w:r>
      <w:r>
        <w:t>So the situation was quite different with the Prophet of Islam. So when the opponents - when his opponents waged war, they wanted to kill the Prophet of Islam.</w:t>
      </w:r>
    </w:p>
    <w:p>
      <w:pPr>
        <w:jc w:val="right"/>
      </w:pPr>
      <w:r>
        <w:t>So the situation was quite different with the Prophet of Islam. So when the opponents - when his opponents waged war, they wanted to kill the Prophet of Islam.</w:t>
      </w:r>
    </w:p>
    <w:p>
      <w:r>
        <w:rPr>
          <w:b/>
        </w:rPr>
        <w:t xml:space="preserve">[52:20] </w:t>
      </w:r>
      <w:r>
        <w:t>They wanted to destroy the mission.</w:t>
      </w:r>
    </w:p>
    <w:p>
      <w:pPr>
        <w:jc w:val="right"/>
      </w:pPr>
      <w:r>
        <w:t>They wanted to destroy the mission.</w:t>
      </w:r>
    </w:p>
    <w:p>
      <w:r>
        <w:rPr>
          <w:b/>
        </w:rPr>
        <w:t xml:space="preserve">[52:24] </w:t>
      </w:r>
      <w:r>
        <w:t>So the Prophet of Islam</w:t>
      </w:r>
    </w:p>
    <w:p>
      <w:pPr>
        <w:jc w:val="right"/>
      </w:pPr>
      <w:r>
        <w:t>So the Prophet of Islam</w:t>
      </w:r>
    </w:p>
    <w:p>
      <w:r>
        <w:rPr>
          <w:b/>
        </w:rPr>
        <w:t xml:space="preserve">[52:28] </w:t>
      </w:r>
      <w:r>
        <w:t>organized defensive war, organized defense because he was</w:t>
      </w:r>
    </w:p>
    <w:p>
      <w:pPr>
        <w:jc w:val="right"/>
      </w:pPr>
      <w:r>
        <w:t>organized defensive war, organized defense because he was</w:t>
      </w:r>
    </w:p>
    <w:p>
      <w:r>
        <w:rPr>
          <w:b/>
        </w:rPr>
        <w:t xml:space="preserve">[52:42] </w:t>
      </w:r>
      <w:r>
        <w:t>not alone, but there was a strong team with him.</w:t>
      </w:r>
    </w:p>
    <w:p>
      <w:pPr>
        <w:jc w:val="right"/>
      </w:pPr>
      <w:r>
        <w:t>not alone, but there was a strong team with him.</w:t>
      </w:r>
    </w:p>
    <w:p>
      <w:r>
        <w:rPr>
          <w:b/>
        </w:rPr>
        <w:t xml:space="preserve">[52:51] </w:t>
      </w:r>
      <w:r>
        <w:t>His companions were a strong team. So the Prophet of Islam, although he was completely a peaceful person, he always tried to avoid the fighting.</w:t>
      </w:r>
    </w:p>
    <w:p>
      <w:pPr>
        <w:jc w:val="right"/>
      </w:pPr>
      <w:r>
        <w:t>His companions were a strong team. So the Prophet of Islam, although he was completely a peaceful person, he always tried to avoid the fighting.</w:t>
      </w:r>
    </w:p>
    <w:p>
      <w:r>
        <w:rPr>
          <w:b/>
        </w:rPr>
        <w:t xml:space="preserve">[53:12] </w:t>
      </w:r>
      <w:r>
        <w:t>His formula was "As-Sulhu Khair" - peace is the best option.</w:t>
      </w:r>
    </w:p>
    <w:p>
      <w:pPr>
        <w:jc w:val="right"/>
      </w:pPr>
      <w:r>
        <w:t>His formula was "As-Sulhu Khair" - peace is the best option.</w:t>
      </w:r>
    </w:p>
    <w:p>
      <w:r>
        <w:rPr>
          <w:b/>
        </w:rPr>
        <w:t xml:space="preserve">[53:20] </w:t>
      </w:r>
      <w:r>
        <w:t>So he always tried to -</w:t>
      </w:r>
    </w:p>
    <w:p>
      <w:pPr>
        <w:jc w:val="right"/>
      </w:pPr>
      <w:r>
        <w:t>So he always tried to -</w:t>
      </w:r>
    </w:p>
    <w:p>
      <w:r>
        <w:rPr>
          <w:b/>
        </w:rPr>
        <w:t xml:space="preserve">[53:29] </w:t>
      </w:r>
      <w:r>
        <w:t>he always tried to - he always avoided the confrontation. Confrontation or fighting was not his method</w:t>
      </w:r>
    </w:p>
    <w:p>
      <w:pPr>
        <w:jc w:val="right"/>
      </w:pPr>
      <w:r>
        <w:t>he always tried to - he always avoided the confrontation. Confrontation or fighting was not his method</w:t>
      </w:r>
    </w:p>
    <w:p>
      <w:r>
        <w:rPr>
          <w:b/>
        </w:rPr>
        <w:t xml:space="preserve">[53:43] </w:t>
      </w:r>
      <w:r>
        <w:t>. His method was completely a peaceful method. The Prophet of Islam said, "Innallaha yoti al-rifiq mala yoti al-'awn." God grants to non-violence what He does not grant to violence.</w:t>
      </w:r>
    </w:p>
    <w:p>
      <w:pPr>
        <w:jc w:val="right"/>
      </w:pPr>
      <w:r>
        <w:t>. His method was completely a peaceful method. The Prophet of Islam said, "Innallaha yoti al-rifiq mala yoti al-'awn." God grants to non-violence what He does not grant to violence.</w:t>
      </w:r>
    </w:p>
    <w:p>
      <w:r>
        <w:rPr>
          <w:b/>
        </w:rPr>
        <w:t xml:space="preserve">[54:02] </w:t>
      </w:r>
      <w:r>
        <w:t>Then he said, "La tatamannu lakal aduwe vasalullaha al-'afiya."</w:t>
      </w:r>
    </w:p>
    <w:p>
      <w:pPr>
        <w:jc w:val="right"/>
      </w:pPr>
      <w:r>
        <w:t>Then he said, "La tatamannu lakal aduwe vasalullaha al-'afiya."</w:t>
      </w:r>
    </w:p>
    <w:p>
      <w:r>
        <w:rPr>
          <w:b/>
        </w:rPr>
        <w:t xml:space="preserve">[54:13] </w:t>
      </w:r>
      <w:r>
        <w:t>Do not wish confrontation with your enemy.</w:t>
      </w:r>
    </w:p>
    <w:p>
      <w:pPr>
        <w:jc w:val="right"/>
      </w:pPr>
      <w:r>
        <w:t>Do not wish confrontation with your enemy.</w:t>
      </w:r>
    </w:p>
    <w:p>
      <w:r>
        <w:rPr>
          <w:b/>
        </w:rPr>
        <w:t xml:space="preserve">[54:20] </w:t>
      </w:r>
      <w:r>
        <w:t>Do not wish confrontation with your enemy.</w:t>
      </w:r>
    </w:p>
    <w:p>
      <w:pPr>
        <w:jc w:val="right"/>
      </w:pPr>
      <w:r>
        <w:t>Do not wish confrontation with your enemy.</w:t>
      </w:r>
    </w:p>
    <w:p>
      <w:r>
        <w:rPr>
          <w:b/>
        </w:rPr>
        <w:t xml:space="preserve">[54:30] </w:t>
      </w:r>
      <w:r>
        <w:t>Ask always peace from God</w:t>
      </w:r>
    </w:p>
    <w:p>
      <w:pPr>
        <w:jc w:val="right"/>
      </w:pPr>
      <w:r>
        <w:t>Ask always peace from God</w:t>
      </w:r>
    </w:p>
    <w:p>
      <w:r>
        <w:rPr>
          <w:b/>
        </w:rPr>
        <w:t xml:space="preserve">[54:34] </w:t>
      </w:r>
      <w:r>
        <w:t>. This was the method of the Prophet of Islam,</w:t>
      </w:r>
    </w:p>
    <w:p>
      <w:pPr>
        <w:jc w:val="right"/>
      </w:pPr>
      <w:r>
        <w:t>. This was the method of the Prophet of Islam,</w:t>
      </w:r>
    </w:p>
    <w:p>
      <w:r>
        <w:rPr>
          <w:b/>
        </w:rPr>
        <w:t xml:space="preserve">[54:43] </w:t>
      </w:r>
      <w:r>
        <w:t>but</w:t>
      </w:r>
    </w:p>
    <w:p>
      <w:pPr>
        <w:jc w:val="right"/>
      </w:pPr>
      <w:r>
        <w:t>but</w:t>
      </w:r>
    </w:p>
    <w:p>
      <w:r>
        <w:rPr>
          <w:b/>
        </w:rPr>
        <w:t xml:space="preserve">[54:48] </w:t>
      </w:r>
      <w:r>
        <w:t>when there was attack, when there was aggression,</w:t>
      </w:r>
    </w:p>
    <w:p>
      <w:pPr>
        <w:jc w:val="right"/>
      </w:pPr>
      <w:r>
        <w:t>when there was attack, when there was aggression,</w:t>
      </w:r>
    </w:p>
    <w:p>
      <w:r>
        <w:rPr>
          <w:b/>
        </w:rPr>
        <w:t xml:space="preserve">[54:54] </w:t>
      </w:r>
      <w:r>
        <w:t>and all the</w:t>
      </w:r>
    </w:p>
    <w:p>
      <w:pPr>
        <w:jc w:val="right"/>
      </w:pPr>
      <w:r>
        <w:t>and all the</w:t>
      </w:r>
    </w:p>
    <w:p>
      <w:r>
        <w:rPr>
          <w:b/>
        </w:rPr>
        <w:t xml:space="preserve">[55:04] </w:t>
      </w:r>
      <w:r>
        <w:t>all kind of</w:t>
      </w:r>
    </w:p>
    <w:p>
      <w:pPr>
        <w:jc w:val="right"/>
      </w:pPr>
      <w:r>
        <w:t>all kind of</w:t>
      </w:r>
    </w:p>
    <w:p>
      <w:r>
        <w:rPr>
          <w:b/>
        </w:rPr>
        <w:t xml:space="preserve">[55:11] </w:t>
      </w:r>
      <w:r>
        <w:t>attempts to avoid failed, so there was no option other than to go to war.</w:t>
      </w:r>
    </w:p>
    <w:p>
      <w:pPr>
        <w:jc w:val="right"/>
      </w:pPr>
      <w:r>
        <w:t>attempts to avoid failed, so there was no option other than to go to war.</w:t>
      </w:r>
    </w:p>
    <w:p>
      <w:r>
        <w:rPr>
          <w:b/>
        </w:rPr>
        <w:t xml:space="preserve">[55:21] </w:t>
      </w:r>
      <w:r>
        <w:t>So the Prophet opted for war</w:t>
      </w:r>
    </w:p>
    <w:p>
      <w:pPr>
        <w:jc w:val="right"/>
      </w:pPr>
      <w:r>
        <w:t>So the Prophet opted for war</w:t>
      </w:r>
    </w:p>
    <w:p>
      <w:r>
        <w:rPr>
          <w:b/>
        </w:rPr>
        <w:t xml:space="preserve">[55:28] </w:t>
      </w:r>
      <w:r>
        <w:t>for some time, only three or four times, but as he was very, very strong, as his companions were very strong,</w:t>
      </w:r>
    </w:p>
    <w:p>
      <w:pPr>
        <w:jc w:val="right"/>
      </w:pPr>
      <w:r>
        <w:t>for some time, only three or four times, but as he was very, very strong, as his companions were very strong,</w:t>
      </w:r>
    </w:p>
    <w:p>
      <w:r>
        <w:rPr>
          <w:b/>
        </w:rPr>
        <w:t xml:space="preserve">[55:45] </w:t>
      </w:r>
      <w:r>
        <w:t>so he achieved success</w:t>
      </w:r>
    </w:p>
    <w:p>
      <w:pPr>
        <w:jc w:val="right"/>
      </w:pPr>
      <w:r>
        <w:t>so he achieved success</w:t>
      </w:r>
    </w:p>
    <w:p>
      <w:r>
        <w:rPr>
          <w:b/>
        </w:rPr>
        <w:t xml:space="preserve">[55:47] </w:t>
      </w:r>
      <w:r>
        <w:t>. He became victorious. He was able to Islamize the whole Arabia. He was able to capture Makkah and purify the Haram.</w:t>
      </w:r>
    </w:p>
    <w:p>
      <w:pPr>
        <w:jc w:val="right"/>
      </w:pPr>
      <w:r>
        <w:t>. He became victorious. He was able to Islamize the whole Arabia. He was able to capture Makkah and purify the Haram.</w:t>
      </w:r>
    </w:p>
    <w:p>
      <w:r>
        <w:rPr>
          <w:b/>
        </w:rPr>
        <w:t xml:space="preserve">[56:02] </w:t>
      </w:r>
      <w:r>
        <w:t>That was</w:t>
      </w:r>
    </w:p>
    <w:p>
      <w:pPr>
        <w:jc w:val="right"/>
      </w:pPr>
      <w:r>
        <w:t>That was</w:t>
      </w:r>
    </w:p>
    <w:p>
      <w:r>
        <w:rPr>
          <w:b/>
        </w:rPr>
        <w:t xml:space="preserve">[56:05] </w:t>
      </w:r>
      <w:r>
        <w:t>- you know in the Haram they have placed 360 idols,</w:t>
      </w:r>
    </w:p>
    <w:p>
      <w:pPr>
        <w:jc w:val="right"/>
      </w:pPr>
      <w:r>
        <w:t>- you know in the Haram they have placed 360 idols,</w:t>
      </w:r>
    </w:p>
    <w:p>
      <w:r>
        <w:rPr>
          <w:b/>
        </w:rPr>
        <w:t xml:space="preserve">[56:12] </w:t>
      </w:r>
      <w:r>
        <w:t>although the Haram was</w:t>
      </w:r>
    </w:p>
    <w:p>
      <w:pPr>
        <w:jc w:val="right"/>
      </w:pPr>
      <w:r>
        <w:t>although the Haram was</w:t>
      </w:r>
    </w:p>
    <w:p>
      <w:r>
        <w:rPr>
          <w:b/>
        </w:rPr>
        <w:t xml:space="preserve">[56:14] </w:t>
      </w:r>
      <w:r>
        <w:t>- although the Kaaba was built for Tawhid,</w:t>
      </w:r>
    </w:p>
    <w:p>
      <w:pPr>
        <w:jc w:val="right"/>
      </w:pPr>
      <w:r>
        <w:t>- although the Kaaba was built for Tawhid,</w:t>
      </w:r>
    </w:p>
    <w:p>
      <w:r>
        <w:rPr>
          <w:b/>
        </w:rPr>
        <w:t xml:space="preserve">[56:19] </w:t>
      </w:r>
      <w:r>
        <w:t>for oneness of God,</w:t>
      </w:r>
    </w:p>
    <w:p>
      <w:pPr>
        <w:jc w:val="right"/>
      </w:pPr>
      <w:r>
        <w:t>for oneness of God,</w:t>
      </w:r>
    </w:p>
    <w:p>
      <w:r>
        <w:rPr>
          <w:b/>
        </w:rPr>
        <w:t xml:space="preserve">[56:22] </w:t>
      </w:r>
      <w:r>
        <w:t>but in later days</w:t>
      </w:r>
    </w:p>
    <w:p>
      <w:pPr>
        <w:jc w:val="right"/>
      </w:pPr>
      <w:r>
        <w:t>but in later days</w:t>
      </w:r>
    </w:p>
    <w:p>
      <w:r>
        <w:rPr>
          <w:b/>
        </w:rPr>
        <w:t xml:space="preserve">[56:27] </w:t>
      </w:r>
      <w:r>
        <w:t>Mushrik occupied it and they placed several hundred</w:t>
      </w:r>
    </w:p>
    <w:p>
      <w:pPr>
        <w:jc w:val="right"/>
      </w:pPr>
      <w:r>
        <w:t>Mushrik occupied it and they placed several hundred</w:t>
      </w:r>
    </w:p>
    <w:p>
      <w:r>
        <w:rPr>
          <w:b/>
        </w:rPr>
        <w:t xml:space="preserve">[56:34] </w:t>
      </w:r>
      <w:r>
        <w:t>idols in the Kaaba,</w:t>
      </w:r>
    </w:p>
    <w:p>
      <w:pPr>
        <w:jc w:val="right"/>
      </w:pPr>
      <w:r>
        <w:t>idols in the Kaaba,</w:t>
      </w:r>
    </w:p>
    <w:p>
      <w:r>
        <w:rPr>
          <w:b/>
        </w:rPr>
        <w:t xml:space="preserve">[56:37] </w:t>
      </w:r>
      <w:r>
        <w:t>premises. So the Prophet of Islam was able to occupy the Kaaba and purify it, and he was able to Islamize the whole Arabia.</w:t>
      </w:r>
    </w:p>
    <w:p>
      <w:pPr>
        <w:jc w:val="right"/>
      </w:pPr>
      <w:r>
        <w:t>premises. So the Prophet of Islam was able to occupy the Kaaba and purify it, and he was able to Islamize the whole Arabia.</w:t>
      </w:r>
    </w:p>
    <w:p>
      <w:r>
        <w:rPr>
          <w:b/>
        </w:rPr>
        <w:t xml:space="preserve">[56:50] </w:t>
      </w:r>
      <w:r>
        <w:t>This was - this is another model. So all the Prophets are different models. All the Prophets - all these models are ideal models.</w:t>
      </w:r>
    </w:p>
    <w:p>
      <w:pPr>
        <w:jc w:val="right"/>
      </w:pPr>
      <w:r>
        <w:t>This was - this is another model. So all the Prophets are different models. All the Prophets - all these models are ideal models.</w:t>
      </w:r>
    </w:p>
    <w:p>
      <w:r>
        <w:rPr>
          <w:b/>
        </w:rPr>
        <w:t xml:space="preserve">[57:05] </w:t>
      </w:r>
      <w:r>
        <w:t>All these models are perfect models. It is the situation that will determine which one of these models are required for us or applicable to us.</w:t>
      </w:r>
    </w:p>
    <w:p>
      <w:pPr>
        <w:jc w:val="right"/>
      </w:pPr>
      <w:r>
        <w:t>All these models are perfect models. It is the situation that will determine which one of these models are required for us or applicable to us.</w:t>
      </w:r>
    </w:p>
    <w:p>
      <w:r>
        <w:rPr>
          <w:b/>
        </w:rPr>
        <w:t xml:space="preserve">[57:23] </w:t>
      </w:r>
      <w:r>
        <w:t>Then the Prophet of Islam brought about a revolution in the history.</w:t>
      </w:r>
    </w:p>
    <w:p>
      <w:pPr>
        <w:jc w:val="right"/>
      </w:pPr>
      <w:r>
        <w:t>Then the Prophet of Islam brought about a revolution in the history.</w:t>
      </w:r>
    </w:p>
    <w:p>
      <w:r>
        <w:rPr>
          <w:b/>
        </w:rPr>
        <w:t xml:space="preserve">[57:32] </w:t>
      </w:r>
      <w:r>
        <w:t>At that time, I mean in the first quarter of the 7th century,</w:t>
      </w:r>
    </w:p>
    <w:p>
      <w:pPr>
        <w:jc w:val="right"/>
      </w:pPr>
      <w:r>
        <w:t>At that time, I mean in the first quarter of the 7th century,</w:t>
      </w:r>
    </w:p>
    <w:p>
      <w:r>
        <w:rPr>
          <w:b/>
        </w:rPr>
        <w:t xml:space="preserve">[57:38] </w:t>
      </w:r>
      <w:r>
        <w:t>there were religious persecutions everywhere in the world,</w:t>
      </w:r>
    </w:p>
    <w:p>
      <w:pPr>
        <w:jc w:val="right"/>
      </w:pPr>
      <w:r>
        <w:t>there were religious persecutions everywhere in the world,</w:t>
      </w:r>
    </w:p>
    <w:p>
      <w:r>
        <w:rPr>
          <w:b/>
        </w:rPr>
        <w:t xml:space="preserve">[57:44] </w:t>
      </w:r>
      <w:r>
        <w:t>religious persecutions in Arabia as well as in other countries,</w:t>
      </w:r>
    </w:p>
    <w:p>
      <w:pPr>
        <w:jc w:val="right"/>
      </w:pPr>
      <w:r>
        <w:t>religious persecutions in Arabia as well as in other countries,</w:t>
      </w:r>
    </w:p>
    <w:p>
      <w:r>
        <w:rPr>
          <w:b/>
        </w:rPr>
        <w:t xml:space="preserve">[57:52] </w:t>
      </w:r>
      <w:r>
        <w:t>but the Prophet of Islam with his companions was able to bring about a change, to bring about</w:t>
      </w:r>
    </w:p>
    <w:p>
      <w:pPr>
        <w:jc w:val="right"/>
      </w:pPr>
      <w:r>
        <w:t>but the Prophet of Islam with his companions was able to bring about a change, to bring about</w:t>
      </w:r>
    </w:p>
    <w:p>
      <w:r>
        <w:rPr>
          <w:b/>
        </w:rPr>
        <w:t xml:space="preserve">[57:59] </w:t>
      </w:r>
      <w:r>
        <w:t>a revolution.</w:t>
      </w:r>
    </w:p>
    <w:p>
      <w:pPr>
        <w:jc w:val="right"/>
      </w:pPr>
      <w:r>
        <w:t>a revolution.</w:t>
      </w:r>
    </w:p>
    <w:p>
      <w:r>
        <w:rPr>
          <w:b/>
        </w:rPr>
        <w:t xml:space="preserve">[58:03] </w:t>
      </w:r>
      <w:r>
        <w:t>This revolution changed the course of history, and due to this revolution, now we are living in a</w:t>
      </w:r>
    </w:p>
    <w:p>
      <w:pPr>
        <w:jc w:val="right"/>
      </w:pPr>
      <w:r>
        <w:t>This revolution changed the course of history, and due to this revolution, now we are living in a</w:t>
      </w:r>
    </w:p>
    <w:p>
      <w:r>
        <w:rPr>
          <w:b/>
        </w:rPr>
        <w:t xml:space="preserve">[58:18] </w:t>
      </w:r>
      <w:r>
        <w:t>situation where there is everywhere freedom, religious freedom. Now we are living in religious freedom. There is no religious persecution.</w:t>
      </w:r>
    </w:p>
    <w:p>
      <w:pPr>
        <w:jc w:val="right"/>
      </w:pPr>
      <w:r>
        <w:t>situation where there is everywhere freedom, religious freedom. Now we are living in religious freedom. There is no religious persecution.</w:t>
      </w:r>
    </w:p>
    <w:p>
      <w:r>
        <w:rPr>
          <w:b/>
        </w:rPr>
        <w:t xml:space="preserve">[58:30] </w:t>
      </w:r>
      <w:r>
        <w:t>So now that situation which was during the Prophet Joseph, now we find the same situation at a greater level.</w:t>
      </w:r>
    </w:p>
    <w:p>
      <w:pPr>
        <w:jc w:val="right"/>
      </w:pPr>
      <w:r>
        <w:t>So now that situation which was during the Prophet Joseph, now we find the same situation at a greater level.</w:t>
      </w:r>
    </w:p>
    <w:p>
      <w:r>
        <w:rPr>
          <w:b/>
        </w:rPr>
        <w:t xml:space="preserve">[58:46] </w:t>
      </w:r>
      <w:r>
        <w:t>At that time, only one king was a passive king, having a non-interference nature, but now the whole system is the same.</w:t>
      </w:r>
    </w:p>
    <w:p>
      <w:pPr>
        <w:jc w:val="right"/>
      </w:pPr>
      <w:r>
        <w:t>At that time, only one king was a passive king, having a non-interference nature, but now the whole system is the same.</w:t>
      </w:r>
    </w:p>
    <w:p>
      <w:r>
        <w:rPr>
          <w:b/>
        </w:rPr>
        <w:t xml:space="preserve">[58:58] </w:t>
      </w:r>
      <w:r>
        <w:t>Now the whole system is committed not to interfere in religious matters. So now we have no other option except to compromise, except to act just like Prophet Yusuf.</w:t>
      </w:r>
    </w:p>
    <w:p>
      <w:pPr>
        <w:jc w:val="right"/>
      </w:pPr>
      <w:r>
        <w:t>Now the whole system is committed not to interfere in religious matters. So now we have no other option except to compromise, except to act just like Prophet Yusuf.</w:t>
      </w:r>
    </w:p>
    <w:p>
      <w:r>
        <w:rPr>
          <w:b/>
        </w:rPr>
        <w:t xml:space="preserve">[59:16] </w:t>
      </w:r>
      <w:r>
        <w:t>So now the - at present in our contemporary situation, we have to avoid all kinds of political confrontation.</w:t>
      </w:r>
    </w:p>
    <w:p>
      <w:pPr>
        <w:jc w:val="right"/>
      </w:pPr>
      <w:r>
        <w:t>So now the - at present in our contemporary situation, we have to avoid all kinds of political confrontation.</w:t>
      </w:r>
    </w:p>
    <w:p>
      <w:r>
        <w:rPr>
          <w:b/>
        </w:rPr>
        <w:t xml:space="preserve">[59:28] </w:t>
      </w:r>
      <w:r>
        <w:t>There is no need to go to political confrontation. We are free. We have to enjoy freedom.</w:t>
      </w:r>
    </w:p>
    <w:p>
      <w:pPr>
        <w:jc w:val="right"/>
      </w:pPr>
      <w:r>
        <w:t>There is no need to go to political confrontation. We are free. We have to enjoy freedom.</w:t>
      </w:r>
    </w:p>
    <w:p>
      <w:r>
        <w:rPr>
          <w:b/>
        </w:rPr>
        <w:t xml:space="preserve">[59:37] </w:t>
      </w:r>
      <w:r>
        <w:t>We have to avail the opportunities.</w:t>
      </w:r>
    </w:p>
    <w:p>
      <w:pPr>
        <w:jc w:val="right"/>
      </w:pPr>
      <w:r>
        <w:t>We have to avail the opportunities.</w:t>
      </w:r>
    </w:p>
    <w:p>
      <w:r>
        <w:rPr>
          <w:b/>
        </w:rPr>
        <w:t xml:space="preserve">[59:42] </w:t>
      </w:r>
      <w:r>
        <w:t>So we have to avail all those opportunities and do Dawa work.</w:t>
      </w:r>
    </w:p>
    <w:p>
      <w:pPr>
        <w:jc w:val="right"/>
      </w:pPr>
      <w:r>
        <w:t>So we have to avail all those opportunities and do Dawa work.</w:t>
      </w:r>
    </w:p>
    <w:p>
      <w:r>
        <w:rPr>
          <w:b/>
        </w:rPr>
        <w:t xml:space="preserve">[59:53] </w:t>
      </w:r>
      <w:r>
        <w:t>a-qoolu qawli hadha wa astaghfirullaha li wa lakum ajmaeen.</w:t>
      </w:r>
    </w:p>
    <w:p>
      <w:pPr>
        <w:jc w:val="right"/>
      </w:pPr>
      <w:r>
        <w:t>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