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Five Pillars of Islam | July 30, 2007</w:t>
      </w:r>
    </w:p>
    <w:p>
      <w:r>
        <w:t>https://www.youtube.com/watch?v=f31xU7hWLWI</w:t>
      </w:r>
    </w:p>
    <w:p>
      <w:r>
        <w:rPr>
          <w:b/>
        </w:rPr>
        <w:t xml:space="preserve">[00:09] </w:t>
      </w:r>
      <w:r>
        <w:t>bismillah hir rahman nir rahim wa salallahu ala nabiyyil karim.</w:t>
      </w:r>
    </w:p>
    <w:p>
      <w:pPr>
        <w:jc w:val="right"/>
      </w:pPr>
      <w:r>
        <w:t>بسم اللہ الرحمن الرحیم وصلی اللہ علی النبی الکریم۔</w:t>
      </w:r>
    </w:p>
    <w:p>
      <w:r>
        <w:rPr>
          <w:b/>
        </w:rPr>
        <w:t xml:space="preserve">[00:20]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[00:30] </w:t>
      </w:r>
      <w:r>
        <w:t>The theme for the present talk is "Five Pillars of Islam."</w:t>
      </w:r>
    </w:p>
    <w:p>
      <w:pPr>
        <w:jc w:val="right"/>
      </w:pPr>
      <w:r>
        <w:t>The theme for the present talk is "Five Pillars of Islam."</w:t>
      </w:r>
    </w:p>
    <w:p>
      <w:r>
        <w:rPr>
          <w:b/>
        </w:rPr>
        <w:t xml:space="preserve">[00:41] </w:t>
      </w:r>
      <w:r>
        <w:t>Five Pillars of Islam.</w:t>
      </w:r>
    </w:p>
    <w:p>
      <w:pPr>
        <w:jc w:val="right"/>
      </w:pPr>
      <w:r>
        <w:t>Five Pillars of Islam.</w:t>
      </w:r>
    </w:p>
    <w:p>
      <w:r>
        <w:rPr>
          <w:b/>
        </w:rPr>
        <w:t xml:space="preserve">[00:51] </w:t>
      </w:r>
      <w:r>
        <w:t>There is a hadith the Prophet of Islam has said: "buniya al-islami ala khams: shahadati la ilaha illa</w:t>
      </w:r>
    </w:p>
    <w:p>
      <w:pPr>
        <w:jc w:val="right"/>
      </w:pPr>
      <w:r>
        <w:t>There is a hadith the Prophet of Islam has said: "بنی الاسلام علی خمس: شہادت لا الہ الا</w:t>
      </w:r>
    </w:p>
    <w:p>
      <w:r>
        <w:rPr>
          <w:b/>
        </w:rPr>
        <w:t xml:space="preserve">[01:02] </w:t>
      </w:r>
      <w:r>
        <w:t>allah wa anna Muhammadan abduhu wa rasuluh, wa iqam as-salati, wa itai az-zakati</w:t>
      </w:r>
    </w:p>
    <w:p>
      <w:pPr>
        <w:jc w:val="right"/>
      </w:pPr>
      <w:r>
        <w:t>اللہ وان محمد عبدہ ورسولہ، واقام الصلاۃ، وايتاء الزکاء</w:t>
      </w:r>
    </w:p>
    <w:p>
      <w:r>
        <w:rPr>
          <w:b/>
        </w:rPr>
        <w:t xml:space="preserve">[01:12] </w:t>
      </w:r>
      <w:r>
        <w:t>, wal hajji, wa sawmi ramadan." This is a very well-known hadith.</w:t>
      </w:r>
    </w:p>
    <w:p>
      <w:pPr>
        <w:jc w:val="right"/>
      </w:pPr>
      <w:r>
        <w:t>، والحج، وصوم رمضان." This is a very well-known hadith.</w:t>
      </w:r>
    </w:p>
    <w:p>
      <w:r>
        <w:rPr>
          <w:b/>
        </w:rPr>
        <w:t xml:space="preserve">[01:27] </w:t>
      </w:r>
      <w:r>
        <w:t>In this hadith the Prophet of Islam says that the foundation of Islam was based</w:t>
      </w:r>
    </w:p>
    <w:p>
      <w:pPr>
        <w:jc w:val="right"/>
      </w:pPr>
      <w:r>
        <w:t>In this hadith the Prophet of Islam says that the foundation of Islam was based</w:t>
      </w:r>
    </w:p>
    <w:p>
      <w:r>
        <w:rPr>
          <w:b/>
        </w:rPr>
        <w:t xml:space="preserve">[01:42] </w:t>
      </w:r>
      <w:r>
        <w:t>on five pillars. Five pillars.</w:t>
      </w:r>
    </w:p>
    <w:p>
      <w:pPr>
        <w:jc w:val="right"/>
      </w:pPr>
      <w:r>
        <w:t>on five pillars. Five pillars.</w:t>
      </w:r>
    </w:p>
    <w:p>
      <w:r>
        <w:rPr>
          <w:b/>
        </w:rPr>
        <w:t xml:space="preserve">[01:53] </w:t>
      </w:r>
      <w:r>
        <w:t>First, to bear witness that there is no god but one God.</w:t>
      </w:r>
    </w:p>
    <w:p>
      <w:pPr>
        <w:jc w:val="right"/>
      </w:pPr>
      <w:r>
        <w:t>First, to bear witness that there is no god but one God.</w:t>
      </w:r>
    </w:p>
    <w:p>
      <w:r>
        <w:rPr>
          <w:b/>
        </w:rPr>
        <w:t xml:space="preserve">[02:03] </w:t>
      </w:r>
      <w:r>
        <w:t>Then, to bear witness that Muhammad is the Prophet of God. Then</w:t>
      </w:r>
    </w:p>
    <w:p>
      <w:pPr>
        <w:jc w:val="right"/>
      </w:pPr>
      <w:r>
        <w:t>Then, to bear witness that Muhammad is the Prophet of God. Then</w:t>
      </w:r>
    </w:p>
    <w:p>
      <w:r>
        <w:rPr>
          <w:b/>
        </w:rPr>
        <w:t xml:space="preserve">[02:13] </w:t>
      </w:r>
      <w:r>
        <w:t>the second, to establish namaz or salat and to pay zakat, and to perform hajj, and to go fasting in the mon</w:t>
      </w:r>
    </w:p>
    <w:p>
      <w:pPr>
        <w:jc w:val="right"/>
      </w:pPr>
      <w:r>
        <w:t>the second, to establish namaz or salat and to pay zakat, and to perform hajj, and to go fasting in the mon</w:t>
      </w:r>
    </w:p>
    <w:p>
      <w:r>
        <w:rPr>
          <w:b/>
        </w:rPr>
        <w:t xml:space="preserve">[02:43] </w:t>
      </w:r>
      <w:r>
        <w:t>th of Ramadan.</w:t>
      </w:r>
    </w:p>
    <w:p>
      <w:pPr>
        <w:jc w:val="right"/>
      </w:pPr>
      <w:r>
        <w:t>th of Ramadan.</w:t>
      </w:r>
    </w:p>
    <w:p>
      <w:r>
        <w:rPr>
          <w:b/>
        </w:rPr>
        <w:t xml:space="preserve">[02:51] </w:t>
      </w:r>
      <w:r>
        <w:t>These are five pillars.</w:t>
      </w:r>
    </w:p>
    <w:p>
      <w:pPr>
        <w:jc w:val="right"/>
      </w:pPr>
      <w:r>
        <w:t>These are five pillars.</w:t>
      </w:r>
    </w:p>
    <w:p>
      <w:r>
        <w:rPr>
          <w:b/>
        </w:rPr>
        <w:t xml:space="preserve">[02:58] </w:t>
      </w:r>
      <w:r>
        <w:t>The first aspect I would like to mention that there is no reference of political rule or Khilafah.</w:t>
      </w:r>
    </w:p>
    <w:p>
      <w:pPr>
        <w:jc w:val="right"/>
      </w:pPr>
      <w:r>
        <w:t>The first aspect I would like to mention that there is no reference of political rule or Khilafah.</w:t>
      </w:r>
    </w:p>
    <w:p>
      <w:r>
        <w:rPr>
          <w:b/>
        </w:rPr>
        <w:t xml:space="preserve">[03:06] </w:t>
      </w:r>
      <w:r>
        <w:t>It means that Khilafah</w:t>
      </w:r>
    </w:p>
    <w:p>
      <w:pPr>
        <w:jc w:val="right"/>
      </w:pPr>
      <w:r>
        <w:t>It means that Khilafah</w:t>
      </w:r>
    </w:p>
    <w:p>
      <w:r>
        <w:rPr>
          <w:b/>
        </w:rPr>
        <w:t xml:space="preserve">[03:14] </w:t>
      </w:r>
      <w:r>
        <w:t>ya political rule is not a pillar in Islam. The edifice of Islam is mentioned here, but the Prophet says that there are five pillars. In these five, there is no sixth pillar that is Khilafah or hukumat or political rule. So it is very clear that political r</w:t>
      </w:r>
    </w:p>
    <w:p>
      <w:pPr>
        <w:jc w:val="right"/>
      </w:pPr>
      <w:r>
        <w:t>یا political rule is not a pillar in Islam. The edifice of Islam is mentioned here, but the Prophet says that there are five pillars. In these five, there is no sixth pillar that is Khilafah or حکومت or political rule. So it is very clear that political r</w:t>
      </w:r>
    </w:p>
    <w:p>
      <w:r>
        <w:rPr>
          <w:b/>
        </w:rPr>
        <w:t xml:space="preserve">[03:44] </w:t>
      </w:r>
      <w:r>
        <w:t>ule is not a pillar of Islam.</w:t>
      </w:r>
    </w:p>
    <w:p>
      <w:pPr>
        <w:jc w:val="right"/>
      </w:pPr>
      <w:r>
        <w:t>ule is not a pillar of Islam.</w:t>
      </w:r>
    </w:p>
    <w:p>
      <w:r>
        <w:rPr>
          <w:b/>
        </w:rPr>
        <w:t xml:space="preserve">[03:52] </w:t>
      </w:r>
      <w:r>
        <w:t>In another part of the Quran, there is a verse about political rule that: "wa ukhra tuhibbunaha nasrun min</w:t>
      </w:r>
    </w:p>
    <w:p>
      <w:pPr>
        <w:jc w:val="right"/>
      </w:pPr>
      <w:r>
        <w:t>In another part of the Quran, there is a verse about political rule that: "وَأُخْرَى تُحِبُّونَهَا نَفْرٌ مِنَ</w:t>
      </w:r>
    </w:p>
    <w:p>
      <w:r>
        <w:rPr>
          <w:b/>
        </w:rPr>
        <w:t xml:space="preserve">[04:00] </w:t>
      </w:r>
      <w:r>
        <w:t>allahi wa fathun qarib." It means that political rule is a secondary thing in Islam.</w:t>
      </w:r>
    </w:p>
    <w:p>
      <w:pPr>
        <w:jc w:val="right"/>
      </w:pPr>
      <w:r>
        <w:t>اللَّهِ وَفَثُونَ قَرِيبًا." It means that political rule is a secondary thing in Islam.</w:t>
      </w:r>
    </w:p>
    <w:p>
      <w:r>
        <w:rPr>
          <w:b/>
        </w:rPr>
        <w:t xml:space="preserve">[04:09] </w:t>
      </w:r>
      <w:r>
        <w:t>ukhra means secondary.</w:t>
      </w:r>
    </w:p>
    <w:p>
      <w:pPr>
        <w:jc w:val="right"/>
      </w:pPr>
      <w:r>
        <w:t>اُخْرَى means secondary.</w:t>
      </w:r>
    </w:p>
    <w:p>
      <w:r>
        <w:rPr>
          <w:b/>
        </w:rPr>
        <w:t xml:space="preserve">[04:17] </w:t>
      </w:r>
      <w:r>
        <w:t>So primary tenets of Islam are only five, and Khilafah or hukumat or political rule is only a secondary thing.</w:t>
      </w:r>
    </w:p>
    <w:p>
      <w:pPr>
        <w:jc w:val="right"/>
      </w:pPr>
      <w:r>
        <w:t>So primary tenets of Islam are only five, and Khilafah or حکومت or political rule is only a secondary thing.</w:t>
      </w:r>
    </w:p>
    <w:p>
      <w:r>
        <w:rPr>
          <w:b/>
        </w:rPr>
        <w:t xml:space="preserve">[04:27] </w:t>
      </w:r>
      <w:r>
        <w:t>It is very important to understand this point.</w:t>
      </w:r>
    </w:p>
    <w:p>
      <w:pPr>
        <w:jc w:val="right"/>
      </w:pPr>
      <w:r>
        <w:t>It is very important to understand this point.</w:t>
      </w:r>
    </w:p>
    <w:p>
      <w:r>
        <w:rPr>
          <w:b/>
        </w:rPr>
        <w:t xml:space="preserve">[04:37] </w:t>
      </w:r>
      <w:r>
        <w:t>Then I would like to say that the target of Islam is not to establish a political empire.</w:t>
      </w:r>
    </w:p>
    <w:p>
      <w:pPr>
        <w:jc w:val="right"/>
      </w:pPr>
      <w:r>
        <w:t>Then I would like to say that the target of Islam is not to establish a political empire.</w:t>
      </w:r>
    </w:p>
    <w:p>
      <w:r>
        <w:rPr>
          <w:b/>
        </w:rPr>
        <w:t xml:space="preserve">[04:47] </w:t>
      </w:r>
      <w:r>
        <w:t>No.</w:t>
      </w:r>
    </w:p>
    <w:p>
      <w:pPr>
        <w:jc w:val="right"/>
      </w:pPr>
      <w:r>
        <w:t>No.</w:t>
      </w:r>
    </w:p>
    <w:p>
      <w:r>
        <w:rPr>
          <w:b/>
        </w:rPr>
        <w:t xml:space="preserve">[04:53] </w:t>
      </w:r>
      <w:r>
        <w:t>The target of Islam is to establish a non-political empire or spiritual empire.</w:t>
      </w:r>
    </w:p>
    <w:p>
      <w:pPr>
        <w:jc w:val="right"/>
      </w:pPr>
      <w:r>
        <w:t>The target of Islam is to establish a non-political empire or spiritual empire.</w:t>
      </w:r>
    </w:p>
    <w:p>
      <w:r>
        <w:rPr>
          <w:b/>
        </w:rPr>
        <w:t xml:space="preserve">[04:59] </w:t>
      </w:r>
      <w:r>
        <w:t>Political empire is not a target of Islam.</w:t>
      </w:r>
    </w:p>
    <w:p>
      <w:pPr>
        <w:jc w:val="right"/>
      </w:pPr>
      <w:r>
        <w:t>Political empire is not a target of Islam.</w:t>
      </w:r>
    </w:p>
    <w:p>
      <w:r>
        <w:rPr>
          <w:b/>
        </w:rPr>
        <w:t xml:space="preserve">[05:05] </w:t>
      </w:r>
      <w:r>
        <w:t>It is simply ukhra, secondary thing.</w:t>
      </w:r>
    </w:p>
    <w:p>
      <w:pPr>
        <w:jc w:val="right"/>
      </w:pPr>
      <w:r>
        <w:t>It is simply اُخْرَى, secondary thing.</w:t>
      </w:r>
    </w:p>
    <w:p>
      <w:r>
        <w:rPr>
          <w:b/>
        </w:rPr>
        <w:t xml:space="preserve">[05:11] </w:t>
      </w:r>
      <w:r>
        <w:t>The target of Islam is to establish a non-political emp</w:t>
      </w:r>
    </w:p>
    <w:p>
      <w:pPr>
        <w:jc w:val="right"/>
      </w:pPr>
      <w:r>
        <w:t>The target of Islam is to establish a non-political emp</w:t>
      </w:r>
    </w:p>
    <w:p>
      <w:r>
        <w:rPr>
          <w:b/>
        </w:rPr>
        <w:t xml:space="preserve">[05:17] </w:t>
      </w:r>
      <w:r>
        <w:t>ire or spiritual empire.</w:t>
      </w:r>
    </w:p>
    <w:p>
      <w:pPr>
        <w:jc w:val="right"/>
      </w:pPr>
      <w:r>
        <w:t>ire or spiritual empire.</w:t>
      </w:r>
    </w:p>
    <w:p>
      <w:r>
        <w:rPr>
          <w:b/>
        </w:rPr>
        <w:t xml:space="preserve">[05:27] </w:t>
      </w:r>
      <w:r>
        <w:t>These five pillars are the foundation of that non-political empire.</w:t>
      </w:r>
    </w:p>
    <w:p>
      <w:pPr>
        <w:jc w:val="right"/>
      </w:pPr>
      <w:r>
        <w:t>These five pillars are the foundation of that non-political empire.</w:t>
      </w:r>
    </w:p>
    <w:p>
      <w:r>
        <w:rPr>
          <w:b/>
        </w:rPr>
        <w:t xml:space="preserve">[05:37] </w:t>
      </w:r>
      <w:r>
        <w:t>The first, that is Kalmatut Tauheed, is its ideological base. La</w:t>
      </w:r>
    </w:p>
    <w:p>
      <w:pPr>
        <w:jc w:val="right"/>
      </w:pPr>
      <w:r>
        <w:t>The first, that is کلمۃ التوحید, is its ideological base. لا</w:t>
      </w:r>
    </w:p>
    <w:p>
      <w:r>
        <w:rPr>
          <w:b/>
        </w:rPr>
        <w:t xml:space="preserve">[05:47] </w:t>
      </w:r>
      <w:r>
        <w:t>ilaha illallah muhammadur rasulullah. It is an ideological base of that non-political empire. Then there is salat, to establish salat. It is a very important aspect of Islam. In fact,</w:t>
      </w:r>
    </w:p>
    <w:p>
      <w:pPr>
        <w:jc w:val="right"/>
      </w:pPr>
      <w:r>
        <w:t>الہ الا اللہ محمد رسول اللہ. It is an ideological base of that non-political empire. Then there is صلاۃ, to establish صلاۃ. It is a very important aspect of Islam. In fact,</w:t>
      </w:r>
    </w:p>
    <w:p>
      <w:r>
        <w:rPr>
          <w:b/>
        </w:rPr>
        <w:t xml:space="preserve">[06:17] </w:t>
      </w:r>
      <w:r>
        <w:t>salat is to remember God.</w:t>
      </w:r>
    </w:p>
    <w:p>
      <w:pPr>
        <w:jc w:val="right"/>
      </w:pPr>
      <w:r>
        <w:t>صلاۃ is to remember God.</w:t>
      </w:r>
    </w:p>
    <w:p>
      <w:r>
        <w:rPr>
          <w:b/>
        </w:rPr>
        <w:t xml:space="preserve">[06:23] </w:t>
      </w:r>
      <w:r>
        <w:t>Aqimissalata lidhikri.</w:t>
      </w:r>
    </w:p>
    <w:p>
      <w:pPr>
        <w:jc w:val="right"/>
      </w:pPr>
      <w:r>
        <w:t>أَقَمِ الصَّلَاةَ لِذِكْرِهِ.</w:t>
      </w:r>
    </w:p>
    <w:p>
      <w:r>
        <w:rPr>
          <w:b/>
        </w:rPr>
        <w:t xml:space="preserve">[06:28] </w:t>
      </w:r>
      <w:r>
        <w:t>So the inner aspect of salat is to remember God.</w:t>
      </w:r>
    </w:p>
    <w:p>
      <w:pPr>
        <w:jc w:val="right"/>
      </w:pPr>
      <w:r>
        <w:t>So the inner aspect of صلاۃ is to remember God.</w:t>
      </w:r>
    </w:p>
    <w:p>
      <w:r>
        <w:rPr>
          <w:b/>
        </w:rPr>
        <w:t xml:space="preserve">[06:33] </w:t>
      </w:r>
      <w:r>
        <w:t>But there is an outer aspect also, that is organization.</w:t>
      </w:r>
    </w:p>
    <w:p>
      <w:pPr>
        <w:jc w:val="right"/>
      </w:pPr>
      <w:r>
        <w:t>But there is an outer aspect also, that is organization.</w:t>
      </w:r>
    </w:p>
    <w:p>
      <w:r>
        <w:rPr>
          <w:b/>
        </w:rPr>
        <w:t xml:space="preserve">[06:38] </w:t>
      </w:r>
      <w:r>
        <w:t>To institutionalize ibadah.</w:t>
      </w:r>
    </w:p>
    <w:p>
      <w:pPr>
        <w:jc w:val="right"/>
      </w:pPr>
      <w:r>
        <w:t>To institutionalize عبادة.</w:t>
      </w:r>
    </w:p>
    <w:p>
      <w:r>
        <w:rPr>
          <w:b/>
        </w:rPr>
        <w:t xml:space="preserve">[06:43] </w:t>
      </w:r>
      <w:r>
        <w:t>So salat is a very important</w:t>
      </w:r>
    </w:p>
    <w:p>
      <w:pPr>
        <w:jc w:val="right"/>
      </w:pPr>
      <w:r>
        <w:t>So صلاۃ is a very important</w:t>
      </w:r>
    </w:p>
    <w:p>
      <w:r>
        <w:rPr>
          <w:b/>
        </w:rPr>
        <w:t xml:space="preserve">[06:48] </w:t>
      </w:r>
      <w:r>
        <w:t>aspect of Islam.</w:t>
      </w:r>
    </w:p>
    <w:p>
      <w:pPr>
        <w:jc w:val="right"/>
      </w:pPr>
      <w:r>
        <w:t>aspect of Islam.</w:t>
      </w:r>
    </w:p>
    <w:p>
      <w:r>
        <w:rPr>
          <w:b/>
        </w:rPr>
        <w:t xml:space="preserve">[06:54] </w:t>
      </w:r>
      <w:r>
        <w:t>Through salat, Islam tries to organize Muslims' life, Muslims' daily life.</w:t>
      </w:r>
    </w:p>
    <w:p>
      <w:pPr>
        <w:jc w:val="right"/>
      </w:pPr>
      <w:r>
        <w:t>Through صلاۃ, Islam tries to organize Muslims' life, Muslims' daily life.</w:t>
      </w:r>
    </w:p>
    <w:p>
      <w:r>
        <w:rPr>
          <w:b/>
        </w:rPr>
        <w:t xml:space="preserve">[07:00] </w:t>
      </w:r>
      <w:r>
        <w:t>You know salat is a five-time prayer.</w:t>
      </w:r>
    </w:p>
    <w:p>
      <w:pPr>
        <w:jc w:val="right"/>
      </w:pPr>
      <w:r>
        <w:t>You know صلاۃ is a five-time prayer.</w:t>
      </w:r>
    </w:p>
    <w:p>
      <w:r>
        <w:rPr>
          <w:b/>
        </w:rPr>
        <w:t xml:space="preserve">[07:06] </w:t>
      </w:r>
      <w:r>
        <w:t>Five times every day.</w:t>
      </w:r>
    </w:p>
    <w:p>
      <w:pPr>
        <w:jc w:val="right"/>
      </w:pPr>
      <w:r>
        <w:t>Five times every day.</w:t>
      </w:r>
    </w:p>
    <w:p>
      <w:r>
        <w:rPr>
          <w:b/>
        </w:rPr>
        <w:t xml:space="preserve">[07:12] </w:t>
      </w:r>
      <w:r>
        <w:t>So five-time prayer is a very unique religion of Islam. You</w:t>
      </w:r>
    </w:p>
    <w:p>
      <w:pPr>
        <w:jc w:val="right"/>
      </w:pPr>
      <w:r>
        <w:t>So five-time prayer is a very unique religion of Islam. You</w:t>
      </w:r>
    </w:p>
    <w:p>
      <w:r>
        <w:rPr>
          <w:b/>
        </w:rPr>
        <w:t xml:space="preserve">[07:18] </w:t>
      </w:r>
      <w:r>
        <w:t>cannot find this kind of teaching in any other religion.</w:t>
      </w:r>
    </w:p>
    <w:p>
      <w:pPr>
        <w:jc w:val="right"/>
      </w:pPr>
      <w:r>
        <w:t>cannot find this kind of teaching in any other religion.</w:t>
      </w:r>
    </w:p>
    <w:p>
      <w:r>
        <w:rPr>
          <w:b/>
        </w:rPr>
        <w:t xml:space="preserve">[07:29] </w:t>
      </w:r>
      <w:r>
        <w:t>In any other religion, you find that there are some rituals, some weekly rituals.</w:t>
      </w:r>
    </w:p>
    <w:p>
      <w:pPr>
        <w:jc w:val="right"/>
      </w:pPr>
      <w:r>
        <w:t>In any other religion, you find that there are some rituals, some weekly rituals.</w:t>
      </w:r>
    </w:p>
    <w:p>
      <w:r>
        <w:rPr>
          <w:b/>
        </w:rPr>
        <w:t xml:space="preserve">[07:39] </w:t>
      </w:r>
      <w:r>
        <w:t>But establishing five-time prayer in a mosque is a very unique and also very important aspect of Islam.</w:t>
      </w:r>
    </w:p>
    <w:p>
      <w:pPr>
        <w:jc w:val="right"/>
      </w:pPr>
      <w:r>
        <w:t>But establishing five-time prayer in a mosque is a very unique and also very important aspect of Islam.</w:t>
      </w:r>
    </w:p>
    <w:p>
      <w:r>
        <w:rPr>
          <w:b/>
        </w:rPr>
        <w:t xml:space="preserve">[07:50] </w:t>
      </w:r>
      <w:r>
        <w:t>Through salat, Islam tries to train people in terms of spirituality.</w:t>
      </w:r>
    </w:p>
    <w:p>
      <w:pPr>
        <w:jc w:val="right"/>
      </w:pPr>
      <w:r>
        <w:t>Through صلاۃ, Islam tries to train people in terms of spirituality.</w:t>
      </w:r>
    </w:p>
    <w:p>
      <w:r>
        <w:rPr>
          <w:b/>
        </w:rPr>
        <w:t xml:space="preserve">[07:58] </w:t>
      </w:r>
      <w:r>
        <w:t>Then there is zakat.</w:t>
      </w:r>
    </w:p>
    <w:p>
      <w:pPr>
        <w:jc w:val="right"/>
      </w:pPr>
      <w:r>
        <w:t>Then there is zakat.</w:t>
      </w:r>
    </w:p>
    <w:p>
      <w:r>
        <w:rPr>
          <w:b/>
        </w:rPr>
        <w:t xml:space="preserve">[08:05] </w:t>
      </w:r>
      <w:r>
        <w:t>Zakat means giving a portion of your earning for the sake of God.</w:t>
      </w:r>
    </w:p>
    <w:p>
      <w:pPr>
        <w:jc w:val="right"/>
      </w:pPr>
      <w:r>
        <w:t>Zakat means giving a portion of your earning for the sake of God.</w:t>
      </w:r>
    </w:p>
    <w:p>
      <w:r>
        <w:rPr>
          <w:b/>
        </w:rPr>
        <w:t xml:space="preserve">[08:13] </w:t>
      </w:r>
      <w:r>
        <w:t>It is zakat. Zakat means</w:t>
      </w:r>
    </w:p>
    <w:p>
      <w:pPr>
        <w:jc w:val="right"/>
      </w:pPr>
      <w:r>
        <w:t>It is zakat. Zakat means</w:t>
      </w:r>
    </w:p>
    <w:p>
      <w:r>
        <w:rPr>
          <w:b/>
        </w:rPr>
        <w:t xml:space="preserve">[08:20] </w:t>
      </w:r>
      <w:r>
        <w:t>purification.</w:t>
      </w:r>
    </w:p>
    <w:p>
      <w:pPr>
        <w:jc w:val="right"/>
      </w:pPr>
      <w:r>
        <w:t>purification.</w:t>
      </w:r>
    </w:p>
    <w:p>
      <w:r>
        <w:rPr>
          <w:b/>
        </w:rPr>
        <w:t xml:space="preserve">[08:28] </w:t>
      </w:r>
      <w:r>
        <w:t>So when you pay a portion of your earning, then you purify yourself.</w:t>
      </w:r>
    </w:p>
    <w:p>
      <w:pPr>
        <w:jc w:val="right"/>
      </w:pPr>
      <w:r>
        <w:t>So when you pay a portion of your earning, then you purify yourself.</w:t>
      </w:r>
    </w:p>
    <w:p>
      <w:r>
        <w:rPr>
          <w:b/>
        </w:rPr>
        <w:t xml:space="preserve">[08:35] </w:t>
      </w:r>
      <w:r>
        <w:t>You purify from lust, from interest, from love of money.</w:t>
      </w:r>
    </w:p>
    <w:p>
      <w:pPr>
        <w:jc w:val="right"/>
      </w:pPr>
      <w:r>
        <w:t>You purify from lust, from interest, from love of money.</w:t>
      </w:r>
    </w:p>
    <w:p>
      <w:r>
        <w:rPr>
          <w:b/>
        </w:rPr>
        <w:t xml:space="preserve">[08:43] </w:t>
      </w:r>
      <w:r>
        <w:t>All these things are very, very</w:t>
      </w:r>
    </w:p>
    <w:p>
      <w:pPr>
        <w:jc w:val="right"/>
      </w:pPr>
      <w:r>
        <w:t>All these things are very, very</w:t>
      </w:r>
    </w:p>
    <w:p>
      <w:r>
        <w:rPr>
          <w:b/>
        </w:rPr>
        <w:t xml:space="preserve">[08:51] </w:t>
      </w:r>
      <w:r>
        <w:t>— all these things are the only weakness of a human being.</w:t>
      </w:r>
    </w:p>
    <w:p>
      <w:pPr>
        <w:jc w:val="right"/>
      </w:pPr>
      <w:r>
        <w:t>— all these things are the only weakness of a human being.</w:t>
      </w:r>
    </w:p>
    <w:p>
      <w:r>
        <w:rPr>
          <w:b/>
        </w:rPr>
        <w:t xml:space="preserve">[09:01] </w:t>
      </w:r>
      <w:r>
        <w:t>So Islam wants to eradicate lust and money worship.</w:t>
      </w:r>
    </w:p>
    <w:p>
      <w:pPr>
        <w:jc w:val="right"/>
      </w:pPr>
      <w:r>
        <w:t>So Islam wants to eradicate lust and money worship.</w:t>
      </w:r>
    </w:p>
    <w:p>
      <w:r>
        <w:rPr>
          <w:b/>
        </w:rPr>
        <w:t xml:space="preserve">[09:12] </w:t>
      </w:r>
      <w:r>
        <w:t>And zakat, and zakat is</w:t>
      </w:r>
    </w:p>
    <w:p>
      <w:pPr>
        <w:jc w:val="right"/>
      </w:pPr>
      <w:r>
        <w:t>And zakat, and zakat is</w:t>
      </w:r>
    </w:p>
    <w:p>
      <w:r>
        <w:rPr>
          <w:b/>
        </w:rPr>
        <w:t xml:space="preserve">[09:22] </w:t>
      </w:r>
      <w:r>
        <w:t>the source of this kind of purification.</w:t>
      </w:r>
    </w:p>
    <w:p>
      <w:pPr>
        <w:jc w:val="right"/>
      </w:pPr>
      <w:r>
        <w:t>the source of this kind of purification.</w:t>
      </w:r>
    </w:p>
    <w:p>
      <w:r>
        <w:rPr>
          <w:b/>
        </w:rPr>
        <w:t xml:space="preserve">[09:30] </w:t>
      </w:r>
      <w:r>
        <w:t>So zakat is a foundation.</w:t>
      </w:r>
    </w:p>
    <w:p>
      <w:pPr>
        <w:jc w:val="right"/>
      </w:pPr>
      <w:r>
        <w:t>So zakat is a foundation.</w:t>
      </w:r>
    </w:p>
    <w:p>
      <w:r>
        <w:rPr>
          <w:b/>
        </w:rPr>
        <w:t xml:space="preserve">[09:38] </w:t>
      </w:r>
      <w:r>
        <w:t>Zakat is a pillar of Islamic foundation in the sense that zakat purifies all the members of Muslim society.</w:t>
      </w:r>
    </w:p>
    <w:p>
      <w:pPr>
        <w:jc w:val="right"/>
      </w:pPr>
      <w:r>
        <w:t>Zakat is a pillar of Islamic foundation in the sense that zakat purifies all the members of Muslim society.</w:t>
      </w:r>
    </w:p>
    <w:p>
      <w:r>
        <w:rPr>
          <w:b/>
        </w:rPr>
        <w:t xml:space="preserve">[09:45] </w:t>
      </w:r>
      <w:r>
        <w:t>Zakat tries to save every member of Islamic society from lust and</w:t>
      </w:r>
    </w:p>
    <w:p>
      <w:pPr>
        <w:jc w:val="right"/>
      </w:pPr>
      <w:r>
        <w:t>Zakat tries to save every member of Islamic society from lust and</w:t>
      </w:r>
    </w:p>
    <w:p>
      <w:r>
        <w:rPr>
          <w:b/>
        </w:rPr>
        <w:t xml:space="preserve">[09:53] </w:t>
      </w:r>
      <w:r>
        <w:t>money worship and material interest.</w:t>
      </w:r>
    </w:p>
    <w:p>
      <w:pPr>
        <w:jc w:val="right"/>
      </w:pPr>
      <w:r>
        <w:t>money worship and material interest.</w:t>
      </w:r>
    </w:p>
    <w:p>
      <w:r>
        <w:rPr>
          <w:b/>
        </w:rPr>
        <w:t xml:space="preserve">[10:03] </w:t>
      </w:r>
      <w:r>
        <w:t>Then there is fasting or saum.</w:t>
      </w:r>
    </w:p>
    <w:p>
      <w:pPr>
        <w:jc w:val="right"/>
      </w:pPr>
      <w:r>
        <w:t>Then there is fasting or صوم.</w:t>
      </w:r>
    </w:p>
    <w:p>
      <w:r>
        <w:rPr>
          <w:b/>
        </w:rPr>
        <w:t xml:space="preserve">[10:13] </w:t>
      </w:r>
      <w:r>
        <w:t>Fasting means self-discipline, culture of self-discipline.</w:t>
      </w:r>
    </w:p>
    <w:p>
      <w:pPr>
        <w:jc w:val="right"/>
      </w:pPr>
      <w:r>
        <w:t>Fasting means self-discipline, culture of self-discipline.</w:t>
      </w:r>
    </w:p>
    <w:p>
      <w:r>
        <w:rPr>
          <w:b/>
        </w:rPr>
        <w:t xml:space="preserve">[10:23] </w:t>
      </w:r>
      <w:r>
        <w:t>Fasting in the month of Ramadan promotes self-discipline culture in every believer. So it is a very important aspect of Islamic system. Then there is hajj. Hajj is an annual ibadah. You can say that hajj means international</w:t>
      </w:r>
    </w:p>
    <w:p>
      <w:pPr>
        <w:jc w:val="right"/>
      </w:pPr>
      <w:r>
        <w:t>Fasting in the month of Ramadan promotes self-discipline culture in every believer. So it is a very important aspect of Islamic system. Then there is hajj. Hajj is an annual عبادة. You can say that hajj means international</w:t>
      </w:r>
    </w:p>
    <w:p>
      <w:r>
        <w:rPr>
          <w:b/>
        </w:rPr>
        <w:t xml:space="preserve">[10:53] </w:t>
      </w:r>
      <w:r>
        <w:t>ization.</w:t>
      </w:r>
    </w:p>
    <w:p>
      <w:pPr>
        <w:jc w:val="right"/>
      </w:pPr>
      <w:r>
        <w:t>ization.</w:t>
      </w:r>
    </w:p>
    <w:p>
      <w:r>
        <w:rPr>
          <w:b/>
        </w:rPr>
        <w:t xml:space="preserve">[10:59] </w:t>
      </w:r>
      <w:r>
        <w:t>Hajj means international mobility, international solidarity.</w:t>
      </w:r>
    </w:p>
    <w:p>
      <w:pPr>
        <w:jc w:val="right"/>
      </w:pPr>
      <w:r>
        <w:t>Hajj means international mobility, international solidarity.</w:t>
      </w:r>
    </w:p>
    <w:p>
      <w:r>
        <w:rPr>
          <w:b/>
        </w:rPr>
        <w:t xml:space="preserve">[11:05] </w:t>
      </w:r>
      <w:r>
        <w:t>Hajj is a source of international solidarity, international interaction, international mobility.</w:t>
      </w:r>
    </w:p>
    <w:p>
      <w:pPr>
        <w:jc w:val="right"/>
      </w:pPr>
      <w:r>
        <w:t>Hajj is a source of international solidarity, international interaction, international mobility.</w:t>
      </w:r>
    </w:p>
    <w:p>
      <w:r>
        <w:rPr>
          <w:b/>
        </w:rPr>
        <w:t xml:space="preserve">[11:11] </w:t>
      </w:r>
      <w:r>
        <w:t>This is very important to do dawah work.</w:t>
      </w:r>
    </w:p>
    <w:p>
      <w:pPr>
        <w:jc w:val="right"/>
      </w:pPr>
      <w:r>
        <w:t>This is very important to do دعوة work.</w:t>
      </w:r>
    </w:p>
    <w:p>
      <w:r>
        <w:rPr>
          <w:b/>
        </w:rPr>
        <w:t xml:space="preserve">[11:18] </w:t>
      </w:r>
      <w:r>
        <w:t>So these are five pillars</w:t>
      </w:r>
    </w:p>
    <w:p>
      <w:pPr>
        <w:jc w:val="right"/>
      </w:pPr>
      <w:r>
        <w:t>So these are five pillars</w:t>
      </w:r>
    </w:p>
    <w:p>
      <w:r>
        <w:rPr>
          <w:b/>
        </w:rPr>
        <w:t xml:space="preserve">[11:24] </w:t>
      </w:r>
      <w:r>
        <w:t>of Islamic foundation.</w:t>
      </w:r>
    </w:p>
    <w:p>
      <w:pPr>
        <w:jc w:val="right"/>
      </w:pPr>
      <w:r>
        <w:t>of Islamic foundation.</w:t>
      </w:r>
    </w:p>
    <w:p>
      <w:r>
        <w:rPr>
          <w:b/>
        </w:rPr>
        <w:t xml:space="preserve">[11:32] </w:t>
      </w:r>
      <w:r>
        <w:t>Now I would like to say a few words about masjid masjid.</w:t>
      </w:r>
    </w:p>
    <w:p>
      <w:pPr>
        <w:jc w:val="right"/>
      </w:pPr>
      <w:r>
        <w:t>Now I would like to say a few words about مسجد مسجد.</w:t>
      </w:r>
    </w:p>
    <w:p>
      <w:r>
        <w:rPr>
          <w:b/>
        </w:rPr>
        <w:t xml:space="preserve">[11:40] </w:t>
      </w:r>
      <w:r>
        <w:t>Masjid is the place of worship in Islam.</w:t>
      </w:r>
    </w:p>
    <w:p>
      <w:pPr>
        <w:jc w:val="right"/>
      </w:pPr>
      <w:r>
        <w:t>مسجد is the place of worship in Islam.</w:t>
      </w:r>
    </w:p>
    <w:p>
      <w:r>
        <w:rPr>
          <w:b/>
        </w:rPr>
        <w:t xml:space="preserve">[11:47] </w:t>
      </w:r>
      <w:r>
        <w:t>The Prophet of Islam has said that the whole—</w:t>
      </w:r>
    </w:p>
    <w:p>
      <w:pPr>
        <w:jc w:val="right"/>
      </w:pPr>
      <w:r>
        <w:t>The Prophet of Islam has said that the whole—</w:t>
      </w:r>
    </w:p>
    <w:p>
      <w:r>
        <w:rPr>
          <w:b/>
        </w:rPr>
        <w:t xml:space="preserve">[11:55] </w:t>
      </w:r>
      <w:r>
        <w:t>that every place is a place of worship.</w:t>
      </w:r>
    </w:p>
    <w:p>
      <w:pPr>
        <w:jc w:val="right"/>
      </w:pPr>
      <w:r>
        <w:t>that every place is a place of worship.</w:t>
      </w:r>
    </w:p>
    <w:p>
      <w:r>
        <w:rPr>
          <w:b/>
        </w:rPr>
        <w:t xml:space="preserve">[12:02] </w:t>
      </w:r>
      <w:r>
        <w:t>Every place is a place of worship.</w:t>
      </w:r>
    </w:p>
    <w:p>
      <w:pPr>
        <w:jc w:val="right"/>
      </w:pPr>
      <w:r>
        <w:t>Every place is a place of worship.</w:t>
      </w:r>
    </w:p>
    <w:p>
      <w:r>
        <w:rPr>
          <w:b/>
        </w:rPr>
        <w:t xml:space="preserve">[12:08] </w:t>
      </w:r>
      <w:r>
        <w:t>The whole world is a place of worship.</w:t>
      </w:r>
    </w:p>
    <w:p>
      <w:pPr>
        <w:jc w:val="right"/>
      </w:pPr>
      <w:r>
        <w:t>The whole world is a place of worship.</w:t>
      </w:r>
    </w:p>
    <w:p>
      <w:r>
        <w:rPr>
          <w:b/>
        </w:rPr>
        <w:t xml:space="preserve">[12:14] </w:t>
      </w:r>
      <w:r>
        <w:t>So you know masjid is not a building.</w:t>
      </w:r>
    </w:p>
    <w:p>
      <w:pPr>
        <w:jc w:val="right"/>
      </w:pPr>
      <w:r>
        <w:t>So you know مسجد is not a building.</w:t>
      </w:r>
    </w:p>
    <w:p>
      <w:r>
        <w:rPr>
          <w:b/>
        </w:rPr>
        <w:t xml:space="preserve">[12:20] </w:t>
      </w:r>
      <w:r>
        <w:t>masjid is a place of worship.</w:t>
      </w:r>
    </w:p>
    <w:p>
      <w:pPr>
        <w:jc w:val="right"/>
      </w:pPr>
      <w:r>
        <w:t>مسجد is a place of worship.</w:t>
      </w:r>
    </w:p>
    <w:p>
      <w:r>
        <w:rPr>
          <w:b/>
        </w:rPr>
        <w:t xml:space="preserve">[12:26] </w:t>
      </w:r>
      <w:r>
        <w:t>To organize salat, it requires a building, a masjid masjid.</w:t>
      </w:r>
    </w:p>
    <w:p>
      <w:pPr>
        <w:jc w:val="right"/>
      </w:pPr>
      <w:r>
        <w:t>To organize صلاۃ, it requires a building, a مسجد مسجد۔</w:t>
      </w:r>
    </w:p>
    <w:p>
      <w:r>
        <w:rPr>
          <w:b/>
        </w:rPr>
        <w:t xml:space="preserve">[12:34] </w:t>
      </w:r>
      <w:r>
        <w:t>So masjid in terms of building is a practical need.</w:t>
      </w:r>
    </w:p>
    <w:p>
      <w:pPr>
        <w:jc w:val="right"/>
      </w:pPr>
      <w:r>
        <w:t>So مسجد in terms of building is a practical need.</w:t>
      </w:r>
    </w:p>
    <w:p>
      <w:r>
        <w:rPr>
          <w:b/>
        </w:rPr>
        <w:t xml:space="preserve">[12:41] </w:t>
      </w:r>
      <w:r>
        <w:t>In other religions, they cannot perform their ibadat except the special buildings.</w:t>
      </w:r>
    </w:p>
    <w:p>
      <w:pPr>
        <w:jc w:val="right"/>
      </w:pPr>
      <w:r>
        <w:t>In other religions, they cannot perform their عبادة except the special buildings.</w:t>
      </w:r>
    </w:p>
    <w:p>
      <w:r>
        <w:rPr>
          <w:b/>
        </w:rPr>
        <w:t xml:space="preserve">[12:49] </w:t>
      </w:r>
      <w:r>
        <w:t>But in Islam,</w:t>
      </w:r>
    </w:p>
    <w:p>
      <w:pPr>
        <w:jc w:val="right"/>
      </w:pPr>
      <w:r>
        <w:t>But in Islam,</w:t>
      </w:r>
    </w:p>
    <w:p>
      <w:r>
        <w:rPr>
          <w:b/>
        </w:rPr>
        <w:t xml:space="preserve">[12:56] </w:t>
      </w:r>
      <w:r>
        <w:t>everywhere you can perform ibadat.</w:t>
      </w:r>
    </w:p>
    <w:p>
      <w:pPr>
        <w:jc w:val="right"/>
      </w:pPr>
      <w:r>
        <w:t>everywhere you can perform عبادة.</w:t>
      </w:r>
    </w:p>
    <w:p>
      <w:r>
        <w:rPr>
          <w:b/>
        </w:rPr>
        <w:t xml:space="preserve">[13:07] </w:t>
      </w:r>
      <w:r>
        <w:t>But masjid was built for the practical purpose.</w:t>
      </w:r>
    </w:p>
    <w:p>
      <w:pPr>
        <w:jc w:val="right"/>
      </w:pPr>
      <w:r>
        <w:t>But مسجد was built for the practical purpose.</w:t>
      </w:r>
    </w:p>
    <w:p>
      <w:r>
        <w:rPr>
          <w:b/>
        </w:rPr>
        <w:t xml:space="preserve">[13:17] </w:t>
      </w:r>
      <w:r>
        <w:t>The Prophet of Islam has said: "Al-masajid buyut al-muttaqin." masjid</w:t>
      </w:r>
    </w:p>
    <w:p>
      <w:pPr>
        <w:jc w:val="right"/>
      </w:pPr>
      <w:r>
        <w:t>The Prophet of Islam has said: "المساجد بیوت المتقین." مسجد</w:t>
      </w:r>
    </w:p>
    <w:p>
      <w:r>
        <w:rPr>
          <w:b/>
        </w:rPr>
        <w:t xml:space="preserve">[13:28] </w:t>
      </w:r>
      <w:r>
        <w:t>or mosques are home of people of taqwa. It means that masjid is a center of taqwa. Center of taqwa. In masjid, Islam tries to inculcate the spirit of taqwa, spirit of God</w:t>
      </w:r>
    </w:p>
    <w:p>
      <w:pPr>
        <w:jc w:val="right"/>
      </w:pPr>
      <w:r>
        <w:t>or mosques are home of people of تقویٰ. It means that مسجد is a center of تقویٰ. Center of تقویٰ. In مسجد، Islam tries to inculcate the spirit of تقویٰ, spirit of God</w:t>
      </w:r>
    </w:p>
    <w:p>
      <w:r>
        <w:rPr>
          <w:b/>
        </w:rPr>
        <w:t xml:space="preserve">[13:58] </w:t>
      </w:r>
      <w:r>
        <w:t>-fearing, spirit of God-consciousness.</w:t>
      </w:r>
    </w:p>
    <w:p>
      <w:pPr>
        <w:jc w:val="right"/>
      </w:pPr>
      <w:r>
        <w:t>-fearing, spirit of God-consciousness.</w:t>
      </w:r>
    </w:p>
    <w:p>
      <w:r>
        <w:rPr>
          <w:b/>
        </w:rPr>
        <w:t xml:space="preserve">[14:06] </w:t>
      </w:r>
      <w:r>
        <w:t>So masjid is very important in Islamic life.</w:t>
      </w:r>
    </w:p>
    <w:p>
      <w:pPr>
        <w:jc w:val="right"/>
      </w:pPr>
      <w:r>
        <w:t>So مسجد is very important in Islamic life.</w:t>
      </w:r>
    </w:p>
    <w:p>
      <w:r>
        <w:rPr>
          <w:b/>
        </w:rPr>
        <w:t xml:space="preserve">[14:14] </w:t>
      </w:r>
      <w:r>
        <w:t>One tourist has said that: "I have traveled extensively almost all the countries of the world.</w:t>
      </w:r>
    </w:p>
    <w:p>
      <w:pPr>
        <w:jc w:val="right"/>
      </w:pPr>
      <w:r>
        <w:t>One tourist has said that: "I have traveled extensively almost all the countries of the world.</w:t>
      </w:r>
    </w:p>
    <w:p>
      <w:r>
        <w:rPr>
          <w:b/>
        </w:rPr>
        <w:t xml:space="preserve">[14:22] </w:t>
      </w:r>
      <w:r>
        <w:t>I found a very strange phenomenon</w:t>
      </w:r>
    </w:p>
    <w:p>
      <w:pPr>
        <w:jc w:val="right"/>
      </w:pPr>
      <w:r>
        <w:t>I found a very strange phenomenon</w:t>
      </w:r>
    </w:p>
    <w:p>
      <w:r>
        <w:rPr>
          <w:b/>
        </w:rPr>
        <w:t xml:space="preserve">[14:30] </w:t>
      </w:r>
      <w:r>
        <w:t>that in other countries, other than Muslim countries, I found that there are forts, but in Islamic countries,</w:t>
      </w:r>
    </w:p>
    <w:p>
      <w:pPr>
        <w:jc w:val="right"/>
      </w:pPr>
      <w:r>
        <w:t>that in other countries, other than Muslim countries, I found that there are forts, but in Islamic countries,</w:t>
      </w:r>
    </w:p>
    <w:p>
      <w:r>
        <w:rPr>
          <w:b/>
        </w:rPr>
        <w:t xml:space="preserve">[14:45] </w:t>
      </w:r>
      <w:r>
        <w:t>there are masjid masjid." So he says that this phenomenon tells us a very important aspect. That</w:t>
      </w:r>
    </w:p>
    <w:p>
      <w:pPr>
        <w:jc w:val="right"/>
      </w:pPr>
      <w:r>
        <w:t>there are مسجد مسجد." So he says that this phenomenon tells us a very important aspect. That</w:t>
      </w:r>
    </w:p>
    <w:p>
      <w:r>
        <w:rPr>
          <w:b/>
        </w:rPr>
        <w:t xml:space="preserve">[15:00] </w:t>
      </w:r>
      <w:r>
        <w:t>other communities—the other communities, the trust of other communities is based on their forts, their material.</w:t>
      </w:r>
    </w:p>
    <w:p>
      <w:pPr>
        <w:jc w:val="right"/>
      </w:pPr>
      <w:r>
        <w:t>other communities—the other communities, the trust of other communities is based on their forts, their material.</w:t>
      </w:r>
    </w:p>
    <w:p>
      <w:r>
        <w:rPr>
          <w:b/>
        </w:rPr>
        <w:t xml:space="preserve">[15:10] </w:t>
      </w:r>
      <w:r>
        <w:t>Their trust is material trust.</w:t>
      </w:r>
    </w:p>
    <w:p>
      <w:pPr>
        <w:jc w:val="right"/>
      </w:pPr>
      <w:r>
        <w:t>Their trust is material trust.</w:t>
      </w:r>
    </w:p>
    <w:p>
      <w:r>
        <w:rPr>
          <w:b/>
        </w:rPr>
        <w:t xml:space="preserve">[15:21] </w:t>
      </w:r>
      <w:r>
        <w:t>They trust on material things, on forts. But the</w:t>
      </w:r>
    </w:p>
    <w:p>
      <w:pPr>
        <w:jc w:val="right"/>
      </w:pPr>
      <w:r>
        <w:t>They trust on material things, on forts. But the</w:t>
      </w:r>
    </w:p>
    <w:p>
      <w:r>
        <w:rPr>
          <w:b/>
        </w:rPr>
        <w:t xml:space="preserve">[15:31] </w:t>
      </w:r>
      <w:r>
        <w:t>trust of Muslims is based on God.</w:t>
      </w:r>
    </w:p>
    <w:p>
      <w:pPr>
        <w:jc w:val="right"/>
      </w:pPr>
      <w:r>
        <w:t>trust of Muslims is based on God.</w:t>
      </w:r>
    </w:p>
    <w:p>
      <w:r>
        <w:rPr>
          <w:b/>
        </w:rPr>
        <w:t xml:space="preserve">[15:39] </w:t>
      </w:r>
      <w:r>
        <w:t>So these are symbols.</w:t>
      </w:r>
    </w:p>
    <w:p>
      <w:pPr>
        <w:jc w:val="right"/>
      </w:pPr>
      <w:r>
        <w:t>So these are symbols.</w:t>
      </w:r>
    </w:p>
    <w:p>
      <w:r>
        <w:rPr>
          <w:b/>
        </w:rPr>
        <w:t xml:space="preserve">[15:48] </w:t>
      </w:r>
      <w:r>
        <w:t>In countries other than Muslims, there are forts.</w:t>
      </w:r>
    </w:p>
    <w:p>
      <w:pPr>
        <w:jc w:val="right"/>
      </w:pPr>
      <w:r>
        <w:t>In countries other than Muslims, there are forts.</w:t>
      </w:r>
    </w:p>
    <w:p>
      <w:r>
        <w:rPr>
          <w:b/>
        </w:rPr>
        <w:t xml:space="preserve">[15:56] </w:t>
      </w:r>
      <w:r>
        <w:t>It symbolizes that they trust on material things.</w:t>
      </w:r>
    </w:p>
    <w:p>
      <w:pPr>
        <w:jc w:val="right"/>
      </w:pPr>
      <w:r>
        <w:t>It symbolizes that they trust on material things.</w:t>
      </w:r>
    </w:p>
    <w:p>
      <w:r>
        <w:rPr>
          <w:b/>
        </w:rPr>
        <w:t xml:space="preserve">[16:04] </w:t>
      </w:r>
      <w:r>
        <w:t>But Muslims trust on God.</w:t>
      </w:r>
    </w:p>
    <w:p>
      <w:pPr>
        <w:jc w:val="right"/>
      </w:pPr>
      <w:r>
        <w:t>But Muslims trust on God.</w:t>
      </w:r>
    </w:p>
    <w:p>
      <w:r>
        <w:rPr>
          <w:b/>
        </w:rPr>
        <w:t xml:space="preserve">[16:11] </w:t>
      </w:r>
      <w:r>
        <w:t>So masjid symbolizes trust in God.</w:t>
      </w:r>
    </w:p>
    <w:p>
      <w:pPr>
        <w:jc w:val="right"/>
      </w:pPr>
      <w:r>
        <w:t>So مسجد symbolizes trust in God.</w:t>
      </w:r>
    </w:p>
    <w:p>
      <w:r>
        <w:rPr>
          <w:b/>
        </w:rPr>
        <w:t xml:space="preserve">[16:19] </w:t>
      </w:r>
      <w:r>
        <w:t>So he says that this is a very unique difference between Muslims and other communities.</w:t>
      </w:r>
    </w:p>
    <w:p>
      <w:pPr>
        <w:jc w:val="right"/>
      </w:pPr>
      <w:r>
        <w:t>So he says that this is a very unique difference between Muslims and other communities.</w:t>
      </w:r>
    </w:p>
    <w:p>
      <w:r>
        <w:rPr>
          <w:b/>
        </w:rPr>
        <w:t xml:space="preserve">[16:27] </w:t>
      </w:r>
      <w:r>
        <w:t>I think it is true. Then</w:t>
      </w:r>
    </w:p>
    <w:p>
      <w:pPr>
        <w:jc w:val="right"/>
      </w:pPr>
      <w:r>
        <w:t>I think it is true. Then</w:t>
      </w:r>
    </w:p>
    <w:p>
      <w:r>
        <w:rPr>
          <w:b/>
        </w:rPr>
        <w:t xml:space="preserve">[16:34] </w:t>
      </w:r>
      <w:r>
        <w:t>according to my assessment, there are 50 million mosques throughout the world.</w:t>
      </w:r>
    </w:p>
    <w:p>
      <w:pPr>
        <w:jc w:val="right"/>
      </w:pPr>
      <w:r>
        <w:t>according to my assessment, there are 50 million mosques throughout the world.</w:t>
      </w:r>
    </w:p>
    <w:p>
      <w:r>
        <w:rPr>
          <w:b/>
        </w:rPr>
        <w:t xml:space="preserve">[16:41] </w:t>
      </w:r>
      <w:r>
        <w:t>50 million mosques throughout the world.</w:t>
      </w:r>
    </w:p>
    <w:p>
      <w:pPr>
        <w:jc w:val="right"/>
      </w:pPr>
      <w:r>
        <w:t>50 million mosques throughout the world.</w:t>
      </w:r>
    </w:p>
    <w:p>
      <w:r>
        <w:rPr>
          <w:b/>
        </w:rPr>
        <w:t xml:space="preserve">[16:47] </w:t>
      </w:r>
      <w:r>
        <w:t>It is like an international network.</w:t>
      </w:r>
    </w:p>
    <w:p>
      <w:pPr>
        <w:jc w:val="right"/>
      </w:pPr>
      <w:r>
        <w:t>It is like an international network.</w:t>
      </w:r>
    </w:p>
    <w:p>
      <w:r>
        <w:rPr>
          <w:b/>
        </w:rPr>
        <w:t xml:space="preserve">[16:54] </w:t>
      </w:r>
      <w:r>
        <w:t>It is like an international—it is like an international network.</w:t>
      </w:r>
    </w:p>
    <w:p>
      <w:pPr>
        <w:jc w:val="right"/>
      </w:pPr>
      <w:r>
        <w:t>It is like an international—it is like an international network.</w:t>
      </w:r>
    </w:p>
    <w:p>
      <w:r>
        <w:rPr>
          <w:b/>
        </w:rPr>
        <w:t xml:space="preserve">[17:00] </w:t>
      </w:r>
      <w:r>
        <w:t>So masjid provides</w:t>
      </w:r>
    </w:p>
    <w:p>
      <w:pPr>
        <w:jc w:val="right"/>
      </w:pPr>
      <w:r>
        <w:t>So مسجد provides</w:t>
      </w:r>
    </w:p>
    <w:p>
      <w:r>
        <w:rPr>
          <w:b/>
        </w:rPr>
        <w:t xml:space="preserve">[17:06] </w:t>
      </w:r>
      <w:r>
        <w:t>a great opportunity for Muslims.</w:t>
      </w:r>
    </w:p>
    <w:p>
      <w:pPr>
        <w:jc w:val="right"/>
      </w:pPr>
      <w:r>
        <w:t>a great opportunity for Muslims.</w:t>
      </w:r>
    </w:p>
    <w:p>
      <w:r>
        <w:rPr>
          <w:b/>
        </w:rPr>
        <w:t xml:space="preserve">[17:12] </w:t>
      </w:r>
      <w:r>
        <w:t>In masjid, they visit their masjid every day five times.</w:t>
      </w:r>
    </w:p>
    <w:p>
      <w:pPr>
        <w:jc w:val="right"/>
      </w:pPr>
      <w:r>
        <w:t>In مسجد, they visit their مسجد every day five times.</w:t>
      </w:r>
    </w:p>
    <w:p>
      <w:r>
        <w:rPr>
          <w:b/>
        </w:rPr>
        <w:t xml:space="preserve">[17:18] </w:t>
      </w:r>
      <w:r>
        <w:t>In masjid, they remember God.</w:t>
      </w:r>
    </w:p>
    <w:p>
      <w:pPr>
        <w:jc w:val="right"/>
      </w:pPr>
      <w:r>
        <w:t>In مسجد, they remember God.</w:t>
      </w:r>
    </w:p>
    <w:p>
      <w:r>
        <w:rPr>
          <w:b/>
        </w:rPr>
        <w:t xml:space="preserve">[17:24] </w:t>
      </w:r>
      <w:r>
        <w:t>In masjid, they perform congregational prayer.</w:t>
      </w:r>
    </w:p>
    <w:p>
      <w:pPr>
        <w:jc w:val="right"/>
      </w:pPr>
      <w:r>
        <w:t>In مسجد, they perform congregational prayer.</w:t>
      </w:r>
    </w:p>
    <w:p>
      <w:r>
        <w:rPr>
          <w:b/>
        </w:rPr>
        <w:t xml:space="preserve">[17:30] </w:t>
      </w:r>
      <w:r>
        <w:t>You know what is congregational prayer? One</w:t>
      </w:r>
    </w:p>
    <w:p>
      <w:pPr>
        <w:jc w:val="right"/>
      </w:pPr>
      <w:r>
        <w:t>You know what is congregational prayer? One</w:t>
      </w:r>
    </w:p>
    <w:p>
      <w:r>
        <w:rPr>
          <w:b/>
        </w:rPr>
        <w:t xml:space="preserve">[17:36] </w:t>
      </w:r>
      <w:r>
        <w:t>person among all those people stands before the namazis, and all other namazis, all other Muslims, stand behind</w:t>
      </w:r>
    </w:p>
    <w:p>
      <w:pPr>
        <w:jc w:val="right"/>
      </w:pPr>
      <w:r>
        <w:t>person among all those people stands before the نمازیز, and all other نمازیز, all other مسلمs, stand behind</w:t>
      </w:r>
    </w:p>
    <w:p>
      <w:r>
        <w:rPr>
          <w:b/>
        </w:rPr>
        <w:t xml:space="preserve">[17:44] </w:t>
      </w:r>
      <w:r>
        <w:t>this imam in a row.</w:t>
      </w:r>
    </w:p>
    <w:p>
      <w:pPr>
        <w:jc w:val="right"/>
      </w:pPr>
      <w:r>
        <w:t>this امام in a row.</w:t>
      </w:r>
    </w:p>
    <w:p>
      <w:r>
        <w:rPr>
          <w:b/>
        </w:rPr>
        <w:t xml:space="preserve">[17:51] </w:t>
      </w:r>
      <w:r>
        <w:t>So one becomes a leader.</w:t>
      </w:r>
    </w:p>
    <w:p>
      <w:pPr>
        <w:jc w:val="right"/>
      </w:pPr>
      <w:r>
        <w:t>So one becomes a leader.</w:t>
      </w:r>
    </w:p>
    <w:p>
      <w:r>
        <w:rPr>
          <w:b/>
        </w:rPr>
        <w:t xml:space="preserve">[17:59] </w:t>
      </w:r>
      <w:r>
        <w:t>Others stand behind</w:t>
      </w:r>
    </w:p>
    <w:p>
      <w:pPr>
        <w:jc w:val="right"/>
      </w:pPr>
      <w:r>
        <w:t>Others stand behind</w:t>
      </w:r>
    </w:p>
    <w:p>
      <w:r>
        <w:rPr>
          <w:b/>
        </w:rPr>
        <w:t xml:space="preserve">[18:06] </w:t>
      </w:r>
      <w:r>
        <w:t>him in a row, and they follow the actions of their imam.</w:t>
      </w:r>
    </w:p>
    <w:p>
      <w:pPr>
        <w:jc w:val="right"/>
      </w:pPr>
      <w:r>
        <w:t>him in a row, and they follow the actions of their امام.</w:t>
      </w:r>
    </w:p>
    <w:p>
      <w:r>
        <w:rPr>
          <w:b/>
        </w:rPr>
        <w:t xml:space="preserve">[18:13] </w:t>
      </w:r>
      <w:r>
        <w:t>So one person leads the congregational prayer.</w:t>
      </w:r>
    </w:p>
    <w:p>
      <w:pPr>
        <w:jc w:val="right"/>
      </w:pPr>
      <w:r>
        <w:t>So one person leads the congregational prayer.</w:t>
      </w:r>
    </w:p>
    <w:p>
      <w:r>
        <w:rPr>
          <w:b/>
        </w:rPr>
        <w:t xml:space="preserve">[18:19] </w:t>
      </w:r>
      <w:r>
        <w:t>This means that namaz is a training of discipline.</w:t>
      </w:r>
    </w:p>
    <w:p>
      <w:pPr>
        <w:jc w:val="right"/>
      </w:pPr>
      <w:r>
        <w:t>This means that نماز is a training of discipline.</w:t>
      </w:r>
    </w:p>
    <w:p>
      <w:r>
        <w:rPr>
          <w:b/>
        </w:rPr>
        <w:t xml:space="preserve">[18:26] </w:t>
      </w:r>
      <w:r>
        <w:t>Namaz is a training of organized life.</w:t>
      </w:r>
    </w:p>
    <w:p>
      <w:pPr>
        <w:jc w:val="right"/>
      </w:pPr>
      <w:r>
        <w:t>نماز is a training of organized life.</w:t>
      </w:r>
    </w:p>
    <w:p>
      <w:r>
        <w:rPr>
          <w:b/>
        </w:rPr>
        <w:t xml:space="preserve">[18:32] </w:t>
      </w:r>
      <w:r>
        <w:t>Namaz tells us that you have to</w:t>
      </w:r>
    </w:p>
    <w:p>
      <w:pPr>
        <w:jc w:val="right"/>
      </w:pPr>
      <w:r>
        <w:t>نماز tells us that you have to</w:t>
      </w:r>
    </w:p>
    <w:p>
      <w:r>
        <w:rPr>
          <w:b/>
        </w:rPr>
        <w:t xml:space="preserve">[18:38] </w:t>
      </w:r>
      <w:r>
        <w:t>live an organized life.</w:t>
      </w:r>
    </w:p>
    <w:p>
      <w:pPr>
        <w:jc w:val="right"/>
      </w:pPr>
      <w:r>
        <w:t>live an organized life.</w:t>
      </w:r>
    </w:p>
    <w:p>
      <w:r>
        <w:rPr>
          <w:b/>
        </w:rPr>
        <w:t xml:space="preserve">[18:48] </w:t>
      </w:r>
      <w:r>
        <w:t>The five-time prayer in a congregational way is a great source of organization, a great source of discipline.</w:t>
      </w:r>
    </w:p>
    <w:p>
      <w:pPr>
        <w:jc w:val="right"/>
      </w:pPr>
      <w:r>
        <w:t>The five-time prayer in a congregational way is a great source of organization, a great source of discipline.</w:t>
      </w:r>
    </w:p>
    <w:p>
      <w:r>
        <w:rPr>
          <w:b/>
        </w:rPr>
        <w:t xml:space="preserve">[18:58] </w:t>
      </w:r>
      <w:r>
        <w:t>And when we see that in different countries, there are</w:t>
      </w:r>
    </w:p>
    <w:p>
      <w:pPr>
        <w:jc w:val="right"/>
      </w:pPr>
      <w:r>
        <w:t>And when we see that in different countries, there are</w:t>
      </w:r>
    </w:p>
    <w:p>
      <w:r>
        <w:rPr>
          <w:b/>
        </w:rPr>
        <w:t xml:space="preserve">[19:09] </w:t>
      </w:r>
      <w:r>
        <w:t>hundreds and thousands of mosques and near about 50 million mosques throughout the world.</w:t>
      </w:r>
    </w:p>
    <w:p>
      <w:pPr>
        <w:jc w:val="right"/>
      </w:pPr>
      <w:r>
        <w:t>hundreds and thousands of mosques and near about 50 million mosques throughout the world.</w:t>
      </w:r>
    </w:p>
    <w:p>
      <w:r>
        <w:rPr>
          <w:b/>
        </w:rPr>
        <w:t xml:space="preserve">[19:16] </w:t>
      </w:r>
      <w:r>
        <w:t>So it seems that masjid is an international network.</w:t>
      </w:r>
    </w:p>
    <w:p>
      <w:pPr>
        <w:jc w:val="right"/>
      </w:pPr>
      <w:r>
        <w:t>So it seems that مسجد is an international network.</w:t>
      </w:r>
    </w:p>
    <w:p>
      <w:r>
        <w:rPr>
          <w:b/>
        </w:rPr>
        <w:t xml:space="preserve">[19:24] </w:t>
      </w:r>
      <w:r>
        <w:t>So masjid needs no political power.</w:t>
      </w:r>
    </w:p>
    <w:p>
      <w:pPr>
        <w:jc w:val="right"/>
      </w:pPr>
      <w:r>
        <w:t>So مسجد needs no political power.</w:t>
      </w:r>
    </w:p>
    <w:p>
      <w:r>
        <w:rPr>
          <w:b/>
        </w:rPr>
        <w:t xml:space="preserve">[19:31] </w:t>
      </w:r>
      <w:r>
        <w:t>Here, you can establish a non-political state without</w:t>
      </w:r>
    </w:p>
    <w:p>
      <w:pPr>
        <w:jc w:val="right"/>
      </w:pPr>
      <w:r>
        <w:t>Here, you can establish a non-political state without</w:t>
      </w:r>
    </w:p>
    <w:p>
      <w:r>
        <w:rPr>
          <w:b/>
        </w:rPr>
        <w:t xml:space="preserve">[19:39] </w:t>
      </w:r>
      <w:r>
        <w:t>political power.</w:t>
      </w:r>
    </w:p>
    <w:p>
      <w:pPr>
        <w:jc w:val="right"/>
      </w:pPr>
      <w:r>
        <w:t>political power.</w:t>
      </w:r>
    </w:p>
    <w:p>
      <w:r>
        <w:rPr>
          <w:b/>
        </w:rPr>
        <w:t xml:space="preserve">[19:46] </w:t>
      </w:r>
      <w:r>
        <w:t>You know the Pope is ahead of all the churches of the world, a spiritual head.</w:t>
      </w:r>
    </w:p>
    <w:p>
      <w:pPr>
        <w:jc w:val="right"/>
      </w:pPr>
      <w:r>
        <w:t>You know the Pope is ahead of all the churches of the world, a spiritual head.</w:t>
      </w:r>
    </w:p>
    <w:p>
      <w:r>
        <w:rPr>
          <w:b/>
        </w:rPr>
        <w:t xml:space="preserve">[19:54] </w:t>
      </w:r>
      <w:r>
        <w:t>So is the case of Muslims.</w:t>
      </w:r>
    </w:p>
    <w:p>
      <w:pPr>
        <w:jc w:val="right"/>
      </w:pPr>
      <w:r>
        <w:t>So is the case of Muslims.</w:t>
      </w:r>
    </w:p>
    <w:p>
      <w:r>
        <w:rPr>
          <w:b/>
        </w:rPr>
        <w:t xml:space="preserve">[20:02] </w:t>
      </w:r>
      <w:r>
        <w:t>All these Muslims are places of worship, and all these masjid are connected with the central masjid, that is kaba.</w:t>
      </w:r>
    </w:p>
    <w:p>
      <w:pPr>
        <w:jc w:val="right"/>
      </w:pPr>
      <w:r>
        <w:t>All these Muslims are places of worship, and all these مسجد are connected with the central مسجد, that is کعبہ.</w:t>
      </w:r>
    </w:p>
    <w:p>
      <w:r>
        <w:rPr>
          <w:b/>
        </w:rPr>
        <w:t xml:space="preserve">[20:10] </w:t>
      </w:r>
      <w:r>
        <w:t>kaba is the central mosque, and all other mosques are connected with the central mosque.</w:t>
      </w:r>
    </w:p>
    <w:p>
      <w:pPr>
        <w:jc w:val="right"/>
      </w:pPr>
      <w:r>
        <w:t>کعبہ is the central mosque, and all other mosques are connected with the central mosque.</w:t>
      </w:r>
    </w:p>
    <w:p>
      <w:r>
        <w:rPr>
          <w:b/>
        </w:rPr>
        <w:t xml:space="preserve">[20:17] </w:t>
      </w:r>
      <w:r>
        <w:t>Because in every mosque, we direct our salat towards kaba.</w:t>
      </w:r>
    </w:p>
    <w:p>
      <w:pPr>
        <w:jc w:val="right"/>
      </w:pPr>
      <w:r>
        <w:t>Because in every mosque, we direct our صلاۃ towards کعبہ.</w:t>
      </w:r>
    </w:p>
    <w:p>
      <w:r>
        <w:rPr>
          <w:b/>
        </w:rPr>
        <w:t xml:space="preserve">[20:25] </w:t>
      </w:r>
      <w:r>
        <w:t>So kaba is in the center, and all these 50 million masjid are like a branch of this kaba.</w:t>
      </w:r>
    </w:p>
    <w:p>
      <w:pPr>
        <w:jc w:val="right"/>
      </w:pPr>
      <w:r>
        <w:t>So کعبہ is in the center, and all these 50 million مسجد are like a branch of this کعبہ.</w:t>
      </w:r>
    </w:p>
    <w:p>
      <w:r>
        <w:rPr>
          <w:b/>
        </w:rPr>
        <w:t xml:space="preserve">[20:32] </w:t>
      </w:r>
      <w:r>
        <w:t>So it is an international network of</w:t>
      </w:r>
    </w:p>
    <w:p>
      <w:pPr>
        <w:jc w:val="right"/>
      </w:pPr>
      <w:r>
        <w:t>So it is an international network of</w:t>
      </w:r>
    </w:p>
    <w:p>
      <w:r>
        <w:rPr>
          <w:b/>
        </w:rPr>
        <w:t xml:space="preserve">[20:40] </w:t>
      </w:r>
      <w:r>
        <w:t>divine life, of Islamic life.</w:t>
      </w:r>
    </w:p>
    <w:p>
      <w:pPr>
        <w:jc w:val="right"/>
      </w:pPr>
      <w:r>
        <w:t>divine life, of Islamic life.</w:t>
      </w:r>
    </w:p>
    <w:p>
      <w:r>
        <w:rPr>
          <w:b/>
        </w:rPr>
        <w:t xml:space="preserve">[20:48] </w:t>
      </w:r>
      <w:r>
        <w:t>What a great boon for Muslims.</w:t>
      </w:r>
    </w:p>
    <w:p>
      <w:pPr>
        <w:jc w:val="right"/>
      </w:pPr>
      <w:r>
        <w:t>What a great boon for Muslims.</w:t>
      </w:r>
    </w:p>
    <w:p>
      <w:r>
        <w:rPr>
          <w:b/>
        </w:rPr>
        <w:t xml:space="preserve">[20:55] </w:t>
      </w:r>
      <w:r>
        <w:t>So this network is a permanent organization of Muslims.</w:t>
      </w:r>
    </w:p>
    <w:p>
      <w:pPr>
        <w:jc w:val="right"/>
      </w:pPr>
      <w:r>
        <w:t>So this network is a permanent organization of Muslims.</w:t>
      </w:r>
    </w:p>
    <w:p>
      <w:r>
        <w:rPr>
          <w:b/>
        </w:rPr>
        <w:t xml:space="preserve">[21:03] </w:t>
      </w:r>
      <w:r>
        <w:t>You know political empires are very</w:t>
      </w:r>
    </w:p>
    <w:p>
      <w:pPr>
        <w:jc w:val="right"/>
      </w:pPr>
      <w:r>
        <w:t>You know political empires are very</w:t>
      </w:r>
    </w:p>
    <w:p>
      <w:r>
        <w:rPr>
          <w:b/>
        </w:rPr>
        <w:t xml:space="preserve">[21:10] </w:t>
      </w:r>
      <w:r>
        <w:t>vulnerable.</w:t>
      </w:r>
    </w:p>
    <w:p>
      <w:pPr>
        <w:jc w:val="right"/>
      </w:pPr>
      <w:r>
        <w:t>vulnerable.</w:t>
      </w:r>
    </w:p>
    <w:p>
      <w:r>
        <w:rPr>
          <w:b/>
        </w:rPr>
        <w:t xml:space="preserve">[21:20] </w:t>
      </w:r>
      <w:r>
        <w:t>Every day, they are—every time political empires are on the risk of someone may demolish, someone may demolish</w:t>
      </w:r>
    </w:p>
    <w:p>
      <w:pPr>
        <w:jc w:val="right"/>
      </w:pPr>
      <w:r>
        <w:t>Every day, they are—every time political empires are on the risk of someone may demolish, someone may demolish</w:t>
      </w:r>
    </w:p>
    <w:p>
      <w:r>
        <w:rPr>
          <w:b/>
        </w:rPr>
        <w:t xml:space="preserve">[21:30] </w:t>
      </w:r>
      <w:r>
        <w:t>this political empire. But</w:t>
      </w:r>
    </w:p>
    <w:p>
      <w:pPr>
        <w:jc w:val="right"/>
      </w:pPr>
      <w:r>
        <w:t>this political empire. But</w:t>
      </w:r>
    </w:p>
    <w:p>
      <w:r>
        <w:rPr>
          <w:b/>
        </w:rPr>
        <w:t xml:space="preserve">[21:40] </w:t>
      </w:r>
      <w:r>
        <w:t>this empire, that is a non-political empire or a spiritual empire of Islam, is so stable that no one can demolish it. And you know it persists since 1,400 years ago. So you know the Prophet of Islam, when reached, when the Prophet of Islam, when the Prophet</w:t>
      </w:r>
    </w:p>
    <w:p>
      <w:pPr>
        <w:jc w:val="right"/>
      </w:pPr>
      <w:r>
        <w:t>this empire, that is a non-political empire or a spiritual empire of Islam, is so stable that no one can demolish it. And you know it persists since 1,400 years ago. So you know the Prophet of Islam, when reached, when the Prophet of Islam, when the Prophet</w:t>
      </w:r>
    </w:p>
    <w:p>
      <w:r>
        <w:rPr>
          <w:b/>
        </w:rPr>
        <w:t xml:space="preserve">[22:10] </w:t>
      </w:r>
      <w:r>
        <w:t>of Islam migrated from Makkah and settled in Madinah. So all the biographers of the Prophet of Islam proudly say that he established Islamic state in Madinah. So according to the biographers, according to the Islamic historians, the greatest work done by Islam, by the proph</w:t>
      </w:r>
    </w:p>
    <w:p>
      <w:pPr>
        <w:jc w:val="right"/>
      </w:pPr>
      <w:r>
        <w:t>of Islam migrated from Makkah and settled in Madinah. So all the biographers of the Prophet of Islam proudly say that he established Islamic state in Madinah. So according to the biographers, according to the Islamic historians, the greatest work done by Islam, by the Proph</w:t>
      </w:r>
    </w:p>
    <w:p>
      <w:r>
        <w:rPr>
          <w:b/>
        </w:rPr>
        <w:t xml:space="preserve">[22:40] </w:t>
      </w:r>
      <w:r>
        <w:t>et, was to establish a state in Madinah.</w:t>
      </w:r>
    </w:p>
    <w:p>
      <w:pPr>
        <w:jc w:val="right"/>
      </w:pPr>
      <w:r>
        <w:t>et, was to establish a state in Madinah.</w:t>
      </w:r>
    </w:p>
    <w:p>
      <w:r>
        <w:rPr>
          <w:b/>
        </w:rPr>
        <w:t xml:space="preserve">[22:48] </w:t>
      </w:r>
      <w:r>
        <w:t>But I would like to say that the greatest task was to establish a mosque.</w:t>
      </w:r>
    </w:p>
    <w:p>
      <w:pPr>
        <w:jc w:val="right"/>
      </w:pPr>
      <w:r>
        <w:t>But I would like to say that the greatest task was to establish a mosque.</w:t>
      </w:r>
    </w:p>
    <w:p>
      <w:r>
        <w:rPr>
          <w:b/>
        </w:rPr>
        <w:t xml:space="preserve">[22:56] </w:t>
      </w:r>
      <w:r>
        <w:t>You know when the Prophet of Islam entered, when the Prophet of Islam settled in Madinah, first of</w:t>
      </w:r>
    </w:p>
    <w:p>
      <w:pPr>
        <w:jc w:val="right"/>
      </w:pPr>
      <w:r>
        <w:t>You know when the Prophet of Islam entered, when the Prophet of Islam settled in Madinah, first of</w:t>
      </w:r>
    </w:p>
    <w:p>
      <w:r>
        <w:rPr>
          <w:b/>
        </w:rPr>
        <w:t xml:space="preserve">[23:04] </w:t>
      </w:r>
      <w:r>
        <w:t>all, he built a mosque, that is masjid-e-nabwi.</w:t>
      </w:r>
    </w:p>
    <w:p>
      <w:pPr>
        <w:jc w:val="right"/>
      </w:pPr>
      <w:r>
        <w:t>all, he built a mosque, that is مسجد النبوي.</w:t>
      </w:r>
    </w:p>
    <w:p>
      <w:r>
        <w:rPr>
          <w:b/>
        </w:rPr>
        <w:t xml:space="preserve">[23:12] </w:t>
      </w:r>
      <w:r>
        <w:t>It is still there.</w:t>
      </w:r>
    </w:p>
    <w:p>
      <w:pPr>
        <w:jc w:val="right"/>
      </w:pPr>
      <w:r>
        <w:t>It is still there.</w:t>
      </w:r>
    </w:p>
    <w:p>
      <w:r>
        <w:rPr>
          <w:b/>
        </w:rPr>
        <w:t xml:space="preserve">[23:20] </w:t>
      </w:r>
      <w:r>
        <w:t>So political empire, political empire is every time in a vulnerable condition.</w:t>
      </w:r>
    </w:p>
    <w:p>
      <w:pPr>
        <w:jc w:val="right"/>
      </w:pPr>
      <w:r>
        <w:t>So political empire, political empire is every time in a vulnerable condition.</w:t>
      </w:r>
    </w:p>
    <w:p>
      <w:r>
        <w:rPr>
          <w:b/>
        </w:rPr>
        <w:t xml:space="preserve">[23:28] </w:t>
      </w:r>
      <w:r>
        <w:t>Political empire is a very, very weak empire.</w:t>
      </w:r>
    </w:p>
    <w:p>
      <w:pPr>
        <w:jc w:val="right"/>
      </w:pPr>
      <w:r>
        <w:t>Political empire is a very, very weak empire.</w:t>
      </w:r>
    </w:p>
    <w:p>
      <w:r>
        <w:rPr>
          <w:b/>
        </w:rPr>
        <w:t xml:space="preserve">[23:36] </w:t>
      </w:r>
      <w:r>
        <w:t>But you see that this empire is alive since 400 years ago.</w:t>
      </w:r>
    </w:p>
    <w:p>
      <w:pPr>
        <w:jc w:val="right"/>
      </w:pPr>
      <w:r>
        <w:t>But you see that this empire is alive since 400 years ago.</w:t>
      </w:r>
    </w:p>
    <w:p>
      <w:r>
        <w:rPr>
          <w:b/>
        </w:rPr>
        <w:t xml:space="preserve">[23:44] </w:t>
      </w:r>
      <w:r>
        <w:t>No one was able to destroy this empire.</w:t>
      </w:r>
    </w:p>
    <w:p>
      <w:pPr>
        <w:jc w:val="right"/>
      </w:pPr>
      <w:r>
        <w:t>No one was able to destroy this empire.</w:t>
      </w:r>
    </w:p>
    <w:p>
      <w:r>
        <w:rPr>
          <w:b/>
        </w:rPr>
        <w:t xml:space="preserve">[23:51] </w:t>
      </w:r>
      <w:r>
        <w:t>You know the Tatar tribes destroyed the Abbasid Empire, Abbasid political empire.</w:t>
      </w:r>
    </w:p>
    <w:p>
      <w:pPr>
        <w:jc w:val="right"/>
      </w:pPr>
      <w:r>
        <w:t>You know the Tatar tribes destroyed the Abbasid Empire, Abbasid political empire.</w:t>
      </w:r>
    </w:p>
    <w:p>
      <w:r>
        <w:rPr>
          <w:b/>
        </w:rPr>
        <w:t xml:space="preserve">[23:59] </w:t>
      </w:r>
      <w:r>
        <w:t>And British and Britishers destroyed the Mughal Empire in India.</w:t>
      </w:r>
    </w:p>
    <w:p>
      <w:pPr>
        <w:jc w:val="right"/>
      </w:pPr>
      <w:r>
        <w:t>And British and Britishers destroyed the Mughal Empire in India.</w:t>
      </w:r>
    </w:p>
    <w:p>
      <w:r>
        <w:rPr>
          <w:b/>
        </w:rPr>
        <w:t xml:space="preserve">[24:07] </w:t>
      </w:r>
      <w:r>
        <w:t>Then European empires</w:t>
      </w:r>
    </w:p>
    <w:p>
      <w:pPr>
        <w:jc w:val="right"/>
      </w:pPr>
      <w:r>
        <w:t>Then European empires</w:t>
      </w:r>
    </w:p>
    <w:p>
      <w:r>
        <w:rPr>
          <w:b/>
        </w:rPr>
        <w:t xml:space="preserve">[24:14] </w:t>
      </w:r>
      <w:r>
        <w:t>destroyed the Ottoman Empire in Turkey. So political empires are always in a vulnerable position. But the non-political empire of Islam is so strong that no one was able to destroy this empire. So masjid is the</w:t>
      </w:r>
    </w:p>
    <w:p>
      <w:pPr>
        <w:jc w:val="right"/>
      </w:pPr>
      <w:r>
        <w:t>destroyed the Ottoman Empire in Turkey. So political empires are always in a vulnerable position. But the non-political empire of Islam is so strong that no one was able to destroy this empire. So مسجد is the</w:t>
      </w:r>
    </w:p>
    <w:p>
      <w:r>
        <w:rPr>
          <w:b/>
        </w:rPr>
        <w:t xml:space="preserve">[24:44] </w:t>
      </w:r>
      <w:r>
        <w:t>base of this non-political empire.</w:t>
      </w:r>
    </w:p>
    <w:p>
      <w:pPr>
        <w:jc w:val="right"/>
      </w:pPr>
      <w:r>
        <w:t>base of this non-political empire.</w:t>
      </w:r>
    </w:p>
    <w:p>
      <w:r>
        <w:rPr>
          <w:b/>
        </w:rPr>
        <w:t xml:space="preserve">[24:52] </w:t>
      </w:r>
      <w:r>
        <w:t>So kaba is in the center.</w:t>
      </w:r>
    </w:p>
    <w:p>
      <w:pPr>
        <w:jc w:val="right"/>
      </w:pPr>
      <w:r>
        <w:t>So کعبہ is in the center.</w:t>
      </w:r>
    </w:p>
    <w:p>
      <w:r>
        <w:rPr>
          <w:b/>
        </w:rPr>
        <w:t xml:space="preserve">[24:59] </w:t>
      </w:r>
      <w:r>
        <w:t>And all these mosques in the world, near about 50 million mosques, are like an international network.</w:t>
      </w:r>
    </w:p>
    <w:p>
      <w:pPr>
        <w:jc w:val="right"/>
      </w:pPr>
      <w:r>
        <w:t>And all these mosques in the world, near about 50 million mosques, are like an international network.</w:t>
      </w:r>
    </w:p>
    <w:p>
      <w:r>
        <w:rPr>
          <w:b/>
        </w:rPr>
        <w:t xml:space="preserve">[25:07] </w:t>
      </w:r>
      <w:r>
        <w:t>So this is the real strength of Islam</w:t>
      </w:r>
    </w:p>
    <w:p>
      <w:pPr>
        <w:jc w:val="right"/>
      </w:pPr>
      <w:r>
        <w:t>So this is the real strength of Islam</w:t>
      </w:r>
    </w:p>
    <w:p>
      <w:r>
        <w:rPr>
          <w:b/>
        </w:rPr>
        <w:t xml:space="preserve">[25:15] </w:t>
      </w:r>
      <w:r>
        <w:t>—</w:t>
      </w:r>
    </w:p>
    <w:p>
      <w:pPr>
        <w:jc w:val="right"/>
      </w:pPr>
      <w:r>
        <w:t>.</w:t>
      </w:r>
    </w:p>
    <w:p>
      <w:r>
        <w:rPr>
          <w:b/>
        </w:rPr>
        <w:t xml:space="preserve">[25:21] </w:t>
      </w:r>
      <w:r>
        <w:t>This is the real strength of Islam.</w:t>
      </w:r>
    </w:p>
    <w:p>
      <w:pPr>
        <w:jc w:val="right"/>
      </w:pPr>
      <w:r>
        <w:t>This is the real strength of Islam.</w:t>
      </w:r>
    </w:p>
    <w:p>
      <w:r>
        <w:rPr>
          <w:b/>
        </w:rPr>
        <w:t xml:space="preserve">[25:28] </w:t>
      </w:r>
      <w:r>
        <w:t>Islamic—the strength of Islam does not lie in political empire.</w:t>
      </w:r>
    </w:p>
    <w:p>
      <w:pPr>
        <w:jc w:val="right"/>
      </w:pPr>
      <w:r>
        <w:t>Islamic—the strength of Islam does not lie in political empire.</w:t>
      </w:r>
    </w:p>
    <w:p>
      <w:r>
        <w:rPr>
          <w:b/>
        </w:rPr>
        <w:t xml:space="preserve">[25:35] </w:t>
      </w:r>
      <w:r>
        <w:t>You know political empire is a paper, a test paper.</w:t>
      </w:r>
    </w:p>
    <w:p>
      <w:pPr>
        <w:jc w:val="right"/>
      </w:pPr>
      <w:r>
        <w:t>You know political empire is a paper, a test paper.</w:t>
      </w:r>
    </w:p>
    <w:p>
      <w:r>
        <w:rPr>
          <w:b/>
        </w:rPr>
        <w:t xml:space="preserve">[25:41] </w:t>
      </w:r>
      <w:r>
        <w:t>There is a verse in the Qur'an:</w:t>
      </w:r>
    </w:p>
    <w:p>
      <w:pPr>
        <w:jc w:val="right"/>
      </w:pPr>
      <w:r>
        <w:t>There is a verse in the Qur'an:</w:t>
      </w:r>
    </w:p>
    <w:p>
      <w:r>
        <w:rPr>
          <w:b/>
        </w:rPr>
        <w:t xml:space="preserve">[25:48] </w:t>
      </w:r>
      <w:r>
        <w:t>"tilk al-ayyam nudhabu laha bunay al-nas." Political rule is a test paper.</w:t>
      </w:r>
    </w:p>
    <w:p>
      <w:pPr>
        <w:jc w:val="right"/>
      </w:pPr>
      <w:r>
        <w:t>"تلك الأيام نُذَابُ لها بني الناس." Political rule is a test paper.</w:t>
      </w:r>
    </w:p>
    <w:p>
      <w:r>
        <w:rPr>
          <w:b/>
        </w:rPr>
        <w:t xml:space="preserve">[25:54] </w:t>
      </w:r>
      <w:r>
        <w:t>So every political rule is, every time is in a vulnerable position.</w:t>
      </w:r>
    </w:p>
    <w:p>
      <w:pPr>
        <w:jc w:val="right"/>
      </w:pPr>
      <w:r>
        <w:t>So every political rule is, every time is in a vulnerable position.</w:t>
      </w:r>
    </w:p>
    <w:p>
      <w:r>
        <w:rPr>
          <w:b/>
        </w:rPr>
        <w:t xml:space="preserve">[26:00] </w:t>
      </w:r>
      <w:r>
        <w:t>You see in India, sometime Rajas were the political ruler of India.</w:t>
      </w:r>
    </w:p>
    <w:p>
      <w:pPr>
        <w:jc w:val="right"/>
      </w:pPr>
      <w:r>
        <w:t>You see in India, sometime Rajas were the political ruler of India.</w:t>
      </w:r>
    </w:p>
    <w:p>
      <w:r>
        <w:rPr>
          <w:b/>
        </w:rPr>
        <w:t xml:space="preserve">[26:06] </w:t>
      </w:r>
      <w:r>
        <w:t>Then the Mughals became the political ruler of India.</w:t>
      </w:r>
    </w:p>
    <w:p>
      <w:pPr>
        <w:jc w:val="right"/>
      </w:pPr>
      <w:r>
        <w:t>Then the Mughals became the political ruler of India.</w:t>
      </w:r>
    </w:p>
    <w:p>
      <w:r>
        <w:rPr>
          <w:b/>
        </w:rPr>
        <w:t xml:space="preserve">[26:13] </w:t>
      </w:r>
      <w:r>
        <w:t>Then the Britishers became the political ruler of India.</w:t>
      </w:r>
    </w:p>
    <w:p>
      <w:pPr>
        <w:jc w:val="right"/>
      </w:pPr>
      <w:r>
        <w:t>Then the Britishers became the political ruler of India.</w:t>
      </w:r>
    </w:p>
    <w:p>
      <w:r>
        <w:rPr>
          <w:b/>
        </w:rPr>
        <w:t xml:space="preserve">[26:19] </w:t>
      </w:r>
      <w:r>
        <w:t>Then Congress was the ruler of India.</w:t>
      </w:r>
    </w:p>
    <w:p>
      <w:pPr>
        <w:jc w:val="right"/>
      </w:pPr>
      <w:r>
        <w:t>Then Congress was the ruler of India.</w:t>
      </w:r>
    </w:p>
    <w:p>
      <w:r>
        <w:rPr>
          <w:b/>
        </w:rPr>
        <w:t xml:space="preserve">[26:25] </w:t>
      </w:r>
      <w:r>
        <w:t>So political rule is a changeable phenomenon.</w:t>
      </w:r>
    </w:p>
    <w:p>
      <w:pPr>
        <w:jc w:val="right"/>
      </w:pPr>
      <w:r>
        <w:t>So political rule is a changeable phenomenon.</w:t>
      </w:r>
    </w:p>
    <w:p>
      <w:r>
        <w:rPr>
          <w:b/>
        </w:rPr>
        <w:t xml:space="preserve">[26:31] </w:t>
      </w:r>
      <w:r>
        <w:t>There is no stability in political rule.</w:t>
      </w:r>
    </w:p>
    <w:p>
      <w:pPr>
        <w:jc w:val="right"/>
      </w:pPr>
      <w:r>
        <w:t>There is no stability in political rule.</w:t>
      </w:r>
    </w:p>
    <w:p>
      <w:r>
        <w:rPr>
          <w:b/>
        </w:rPr>
        <w:t xml:space="preserve">[26:37] </w:t>
      </w:r>
      <w:r>
        <w:t>But non-political rule is a stable phenomenon.</w:t>
      </w:r>
    </w:p>
    <w:p>
      <w:pPr>
        <w:jc w:val="right"/>
      </w:pPr>
      <w:r>
        <w:t>But non-political rule is a stable phenomenon.</w:t>
      </w:r>
    </w:p>
    <w:p>
      <w:r>
        <w:rPr>
          <w:b/>
        </w:rPr>
        <w:t xml:space="preserve">[26:43] </w:t>
      </w:r>
      <w:r>
        <w:t>No one has power to destroy this non-political empire.</w:t>
      </w:r>
    </w:p>
    <w:p>
      <w:pPr>
        <w:jc w:val="right"/>
      </w:pPr>
      <w:r>
        <w:t>No one has power to destroy this non-political empire.</w:t>
      </w:r>
    </w:p>
    <w:p>
      <w:r>
        <w:rPr>
          <w:b/>
        </w:rPr>
        <w:t xml:space="preserve">[26:49] </w:t>
      </w:r>
      <w:r>
        <w:t>So with the large quantity of mosques throughout the world, it establishes a network, an international network.</w:t>
      </w:r>
    </w:p>
    <w:p>
      <w:pPr>
        <w:jc w:val="right"/>
      </w:pPr>
      <w:r>
        <w:t>So with the large quantity of mosques throughout the world, it establishes a network, an international network.</w:t>
      </w:r>
    </w:p>
    <w:p>
      <w:r>
        <w:rPr>
          <w:b/>
        </w:rPr>
        <w:t xml:space="preserve">[27:00] </w:t>
      </w:r>
      <w:r>
        <w:t>And I think that this is more important for us.</w:t>
      </w:r>
    </w:p>
    <w:p>
      <w:pPr>
        <w:jc w:val="right"/>
      </w:pPr>
      <w:r>
        <w:t>And I think that this is more important for us.</w:t>
      </w:r>
    </w:p>
    <w:p>
      <w:r>
        <w:rPr>
          <w:b/>
        </w:rPr>
        <w:t xml:space="preserve">[27:10] </w:t>
      </w:r>
      <w:r>
        <w:t>So it is very important to</w:t>
      </w:r>
    </w:p>
    <w:p>
      <w:pPr>
        <w:jc w:val="right"/>
      </w:pPr>
      <w:r>
        <w:t>So it is very important to</w:t>
      </w:r>
    </w:p>
    <w:p>
      <w:r>
        <w:rPr>
          <w:b/>
        </w:rPr>
        <w:t xml:space="preserve">[27:21] </w:t>
      </w:r>
      <w:r>
        <w:t>—very important that the Prophet of Islam said that there are five pillars of Islam. But there is no mention of political rule. Because political rule is a changeable phenomenon. Sometime a group is—sometime it is in the hand of A group, sometime</w:t>
      </w:r>
    </w:p>
    <w:p>
      <w:pPr>
        <w:jc w:val="right"/>
      </w:pPr>
      <w:r>
        <w:t>—very important that the Prophet of Islam said that there are five pillars of Islam. But there is no mention of political rule. Because political rule is a changeable phenomenon. Sometime a group is—sometime it is in the hand of A group, sometime</w:t>
      </w:r>
    </w:p>
    <w:p>
      <w:r>
        <w:rPr>
          <w:b/>
        </w:rPr>
        <w:t xml:space="preserve">[27:51] </w:t>
      </w:r>
      <w:r>
        <w:t>it is in the hand of B groups. So it is a changeable phenomenon because it is a test paper. So no one has a monopoly. No one has a monopoly on political rule. No one has a monopoly over political rules. The non-political empire is beyond the re</w:t>
      </w:r>
    </w:p>
    <w:p>
      <w:pPr>
        <w:jc w:val="right"/>
      </w:pPr>
      <w:r>
        <w:t>it is in the hand of B groups. So it is a changeable phenomenon because it is a test paper. So no one has a monopoly. No one has a monopoly on political rule. No one has a monopoly over political rules. The non-political empire is beyond the re</w:t>
      </w:r>
    </w:p>
    <w:p>
      <w:r>
        <w:rPr>
          <w:b/>
        </w:rPr>
        <w:t xml:space="preserve">[28:21] </w:t>
      </w:r>
      <w:r>
        <w:t>ach of all those powers.</w:t>
      </w:r>
    </w:p>
    <w:p>
      <w:pPr>
        <w:jc w:val="right"/>
      </w:pPr>
      <w:r>
        <w:t>ach of all those powers.</w:t>
      </w:r>
    </w:p>
    <w:p>
      <w:r>
        <w:rPr>
          <w:b/>
        </w:rPr>
        <w:t xml:space="preserve">[28:29] </w:t>
      </w:r>
      <w:r>
        <w:t>No one has the power to destroy this non-political empire or this spiritual empire.</w:t>
      </w:r>
    </w:p>
    <w:p>
      <w:pPr>
        <w:jc w:val="right"/>
      </w:pPr>
      <w:r>
        <w:t>No one has the power to destroy this non-political empire or this spiritual empire.</w:t>
      </w:r>
    </w:p>
    <w:p>
      <w:r>
        <w:rPr>
          <w:b/>
        </w:rPr>
        <w:t xml:space="preserve">[28:38] </w:t>
      </w:r>
      <w:r>
        <w:t>So the real empire of Islam is non-political.</w:t>
      </w:r>
    </w:p>
    <w:p>
      <w:pPr>
        <w:jc w:val="right"/>
      </w:pPr>
      <w:r>
        <w:t>So the real empire of Islam is non-political.</w:t>
      </w:r>
    </w:p>
    <w:p>
      <w:r>
        <w:rPr>
          <w:b/>
        </w:rPr>
        <w:t xml:space="preserve">[28:47] </w:t>
      </w:r>
      <w:r>
        <w:t>The real empire of Islam is non-political.</w:t>
      </w:r>
    </w:p>
    <w:p>
      <w:pPr>
        <w:jc w:val="right"/>
      </w:pPr>
      <w:r>
        <w:t>The real empire of Islam is non-political.</w:t>
      </w:r>
    </w:p>
    <w:p>
      <w:r>
        <w:rPr>
          <w:b/>
        </w:rPr>
        <w:t xml:space="preserve">[28:55] </w:t>
      </w:r>
      <w:r>
        <w:t>The biographers of the Prophet Muhammad always highlight the Islamic state in Madinah.</w:t>
      </w:r>
    </w:p>
    <w:p>
      <w:pPr>
        <w:jc w:val="right"/>
      </w:pPr>
      <w:r>
        <w:t>The biographers of the Prophet Muhammad always highlight the Islamic state in Madinah.</w:t>
      </w:r>
    </w:p>
    <w:p>
      <w:r>
        <w:rPr>
          <w:b/>
        </w:rPr>
        <w:t xml:space="preserve">[29:03] </w:t>
      </w:r>
      <w:r>
        <w:t>But I would like to highlight the establishment of a mosque in Madinah.</w:t>
      </w:r>
    </w:p>
    <w:p>
      <w:pPr>
        <w:jc w:val="right"/>
      </w:pPr>
      <w:r>
        <w:t>But I would like to highlight the establishment of a mosque in Madinah.</w:t>
      </w:r>
    </w:p>
    <w:p>
      <w:r>
        <w:rPr>
          <w:b/>
        </w:rPr>
        <w:t xml:space="preserve">[29:11] </w:t>
      </w:r>
      <w:r>
        <w:t>This was the seat of the non-political empire.</w:t>
      </w:r>
    </w:p>
    <w:p>
      <w:pPr>
        <w:jc w:val="right"/>
      </w:pPr>
      <w:r>
        <w:t>This was the seat of the non-political empire.</w:t>
      </w:r>
    </w:p>
    <w:p>
      <w:r>
        <w:rPr>
          <w:b/>
        </w:rPr>
        <w:t xml:space="preserve">[29:19] </w:t>
      </w:r>
      <w:r>
        <w:t>The mosque built in Madinah was the seat of the political empire.</w:t>
      </w:r>
    </w:p>
    <w:p>
      <w:pPr>
        <w:jc w:val="right"/>
      </w:pPr>
      <w:r>
        <w:t>The mosque built in Madinah was the seat of the political empire.</w:t>
      </w:r>
    </w:p>
    <w:p>
      <w:r>
        <w:rPr>
          <w:b/>
        </w:rPr>
        <w:t xml:space="preserve">[29:27] </w:t>
      </w:r>
      <w:r>
        <w:t>And the mosque at Makkah, that is kaba, is the eternal seat of the non-political empire of Islam.</w:t>
      </w:r>
    </w:p>
    <w:p>
      <w:pPr>
        <w:jc w:val="right"/>
      </w:pPr>
      <w:r>
        <w:t>And the mosque at Makkah, that is کعبہ, is the eternal seat of the non-political empire of Islam.</w:t>
      </w:r>
    </w:p>
    <w:p>
      <w:r>
        <w:rPr>
          <w:b/>
        </w:rPr>
        <w:t xml:space="preserve">[29:37] </w:t>
      </w:r>
      <w:r>
        <w:t>So we have to know the importance of this hadith.</w:t>
      </w:r>
    </w:p>
    <w:p>
      <w:pPr>
        <w:jc w:val="right"/>
      </w:pPr>
      <w:r>
        <w:t>So we have to know the importance of this حدیث.</w:t>
      </w:r>
    </w:p>
    <w:p>
      <w:r>
        <w:rPr>
          <w:b/>
        </w:rPr>
        <w:t xml:space="preserve">[29:48] </w:t>
      </w:r>
      <w:r>
        <w:t>According to this hadith, Islam tries to establish a non-political empire.</w:t>
      </w:r>
    </w:p>
    <w:p>
      <w:pPr>
        <w:jc w:val="right"/>
      </w:pPr>
      <w:r>
        <w:t>According to this حدیث, Islam tries to establish a non-political empire.</w:t>
      </w:r>
    </w:p>
    <w:p>
      <w:r>
        <w:rPr>
          <w:b/>
        </w:rPr>
        <w:t xml:space="preserve">[29:58] </w:t>
      </w:r>
      <w:r>
        <w:t>The kalma provides the ideology of this political empire.</w:t>
      </w:r>
    </w:p>
    <w:p>
      <w:pPr>
        <w:jc w:val="right"/>
      </w:pPr>
      <w:r>
        <w:t>The کلمہ provides the ideology of this political empire.</w:t>
      </w:r>
    </w:p>
    <w:p>
      <w:r>
        <w:rPr>
          <w:b/>
        </w:rPr>
        <w:t xml:space="preserve">[30:06] </w:t>
      </w:r>
      <w:r>
        <w:t>Kalma is the ideological base of this non-political empire.</w:t>
      </w:r>
    </w:p>
    <w:p>
      <w:pPr>
        <w:jc w:val="right"/>
      </w:pPr>
      <w:r>
        <w:t>کلمہ is the ideological base of this non-political empire.</w:t>
      </w:r>
    </w:p>
    <w:p>
      <w:r>
        <w:rPr>
          <w:b/>
        </w:rPr>
        <w:t xml:space="preserve">[30:14] </w:t>
      </w:r>
      <w:r>
        <w:t>If not political empire, it is a non-political empire.</w:t>
      </w:r>
    </w:p>
    <w:p>
      <w:pPr>
        <w:jc w:val="right"/>
      </w:pPr>
      <w:r>
        <w:t>If not political empire, it is a non-political empire.</w:t>
      </w:r>
    </w:p>
    <w:p>
      <w:r>
        <w:rPr>
          <w:b/>
        </w:rPr>
        <w:t xml:space="preserve">[30:21] </w:t>
      </w:r>
      <w:r>
        <w:t>So kalma provides an ideological base to this non-political empire</w:t>
      </w:r>
    </w:p>
    <w:p>
      <w:pPr>
        <w:jc w:val="right"/>
      </w:pPr>
      <w:r>
        <w:t>So کلمہ provides an ideological base to this non-political empire</w:t>
      </w:r>
    </w:p>
    <w:p>
      <w:r>
        <w:rPr>
          <w:b/>
        </w:rPr>
        <w:t xml:space="preserve">[30:29] </w:t>
      </w:r>
      <w:r>
        <w:t>.</w:t>
      </w:r>
    </w:p>
    <w:p>
      <w:pPr>
        <w:jc w:val="right"/>
      </w:pPr>
      <w:r>
        <w:t>.</w:t>
      </w:r>
    </w:p>
    <w:p>
      <w:r>
        <w:rPr>
          <w:b/>
        </w:rPr>
        <w:t xml:space="preserve">[30:39] </w:t>
      </w:r>
      <w:r>
        <w:t>Then salat provides a network, an international network, network to this non-political empire.</w:t>
      </w:r>
    </w:p>
    <w:p>
      <w:pPr>
        <w:jc w:val="right"/>
      </w:pPr>
      <w:r>
        <w:t>Then صلاۃ provides a network, an international network, network to this non-political empire.</w:t>
      </w:r>
    </w:p>
    <w:p>
      <w:r>
        <w:rPr>
          <w:b/>
        </w:rPr>
        <w:t xml:space="preserve">[30:50] </w:t>
      </w:r>
      <w:r>
        <w:t>Then saum or fasting gives us the course of training, a spiritual training.</w:t>
      </w:r>
    </w:p>
    <w:p>
      <w:pPr>
        <w:jc w:val="right"/>
      </w:pPr>
      <w:r>
        <w:t>Then صوم or fasting gives us the course of training, a spiritual training.</w:t>
      </w:r>
    </w:p>
    <w:p>
      <w:r>
        <w:rPr>
          <w:b/>
        </w:rPr>
        <w:t xml:space="preserve">[31:00] </w:t>
      </w:r>
      <w:r>
        <w:t>So saum or fasting is the source of spiritual training of believers.</w:t>
      </w:r>
    </w:p>
    <w:p>
      <w:pPr>
        <w:jc w:val="right"/>
      </w:pPr>
      <w:r>
        <w:t>So صوم or fasting is the source of spiritual training of believers.</w:t>
      </w:r>
    </w:p>
    <w:p>
      <w:r>
        <w:rPr>
          <w:b/>
        </w:rPr>
        <w:t xml:space="preserve">[31:10] </w:t>
      </w:r>
      <w:r>
        <w:t>Then zakat is to inculcate a spirit of generosity, a spirit of human values, a spirit of well-wishing</w:t>
      </w:r>
    </w:p>
    <w:p>
      <w:pPr>
        <w:jc w:val="right"/>
      </w:pPr>
      <w:r>
        <w:t>Then زکوۃ is to inculcate a spirit of generosity, a spirit of human values, a spirit of well-wishing</w:t>
      </w:r>
    </w:p>
    <w:p>
      <w:r>
        <w:rPr>
          <w:b/>
        </w:rPr>
        <w:t xml:space="preserve">[31:20] </w:t>
      </w:r>
      <w:r>
        <w:t>in the believers. Then</w:t>
      </w:r>
    </w:p>
    <w:p>
      <w:pPr>
        <w:jc w:val="right"/>
      </w:pPr>
      <w:r>
        <w:t>in the believers. Then</w:t>
      </w:r>
    </w:p>
    <w:p>
      <w:r>
        <w:rPr>
          <w:b/>
        </w:rPr>
        <w:t xml:space="preserve">[31:30] </w:t>
      </w:r>
      <w:r>
        <w:t>hajj is the international meeting of all those believers, international interaction, interaction mobility.</w:t>
      </w:r>
    </w:p>
    <w:p>
      <w:pPr>
        <w:jc w:val="right"/>
      </w:pPr>
      <w:r>
        <w:t>حج is the international meeting of all those believers, international interaction, interaction mobility.</w:t>
      </w:r>
    </w:p>
    <w:p>
      <w:r>
        <w:rPr>
          <w:b/>
        </w:rPr>
        <w:t xml:space="preserve">[31:37] </w:t>
      </w:r>
      <w:r>
        <w:t>So it provides the base of solidarity.</w:t>
      </w:r>
    </w:p>
    <w:p>
      <w:pPr>
        <w:jc w:val="right"/>
      </w:pPr>
      <w:r>
        <w:t>So it provides the base of solidarity.</w:t>
      </w:r>
    </w:p>
    <w:p>
      <w:r>
        <w:rPr>
          <w:b/>
        </w:rPr>
        <w:t xml:space="preserve">[31:45] </w:t>
      </w:r>
      <w:r>
        <w:t>Hajj provides us the base of solidarity.</w:t>
      </w:r>
    </w:p>
    <w:p>
      <w:pPr>
        <w:jc w:val="right"/>
      </w:pPr>
      <w:r>
        <w:t>حج provides us the base of solidarity.</w:t>
      </w:r>
    </w:p>
    <w:p>
      <w:r>
        <w:rPr>
          <w:b/>
        </w:rPr>
        <w:t xml:space="preserve">[31:52] </w:t>
      </w:r>
      <w:r>
        <w:t>So this is the true edifice of</w:t>
      </w:r>
    </w:p>
    <w:p>
      <w:pPr>
        <w:jc w:val="right"/>
      </w:pPr>
      <w:r>
        <w:t>So this is the true edifice of</w:t>
      </w:r>
    </w:p>
    <w:p>
      <w:r>
        <w:rPr>
          <w:b/>
        </w:rPr>
        <w:t xml:space="preserve">[32:00] </w:t>
      </w:r>
      <w:r>
        <w:t>Islam.</w:t>
      </w:r>
    </w:p>
    <w:p>
      <w:pPr>
        <w:jc w:val="right"/>
      </w:pPr>
      <w:r>
        <w:t>Islam.</w:t>
      </w:r>
    </w:p>
    <w:p>
      <w:r>
        <w:rPr>
          <w:b/>
        </w:rPr>
        <w:t xml:space="preserve">[32:06] </w:t>
      </w:r>
      <w:r>
        <w:t>This is the true empire of Islam that is non-political in nature.</w:t>
      </w:r>
    </w:p>
    <w:p>
      <w:pPr>
        <w:jc w:val="right"/>
      </w:pPr>
      <w:r>
        <w:t>This is the true empire of Islam that is non-political in nature.</w:t>
      </w:r>
    </w:p>
    <w:p>
      <w:r>
        <w:rPr>
          <w:b/>
        </w:rPr>
        <w:t xml:space="preserve">[32:12] </w:t>
      </w:r>
      <w:r>
        <w:t>You know in this in our age, all the Muslim leaders, all the Muslim leaders are engaged to</w:t>
      </w:r>
    </w:p>
    <w:p>
      <w:pPr>
        <w:jc w:val="right"/>
      </w:pPr>
      <w:r>
        <w:t>You know in this in our age, all the Muslim leaders, all the Muslim leaders are engaged to</w:t>
      </w:r>
    </w:p>
    <w:p>
      <w:r>
        <w:rPr>
          <w:b/>
        </w:rPr>
        <w:t xml:space="preserve">[32:19] </w:t>
      </w:r>
      <w:r>
        <w:t>establish a political empire.</w:t>
      </w:r>
    </w:p>
    <w:p>
      <w:pPr>
        <w:jc w:val="right"/>
      </w:pPr>
      <w:r>
        <w:t>establish a political empire.</w:t>
      </w:r>
    </w:p>
    <w:p>
      <w:r>
        <w:rPr>
          <w:b/>
        </w:rPr>
        <w:t xml:space="preserve">[32:25] </w:t>
      </w:r>
      <w:r>
        <w:t>But it is</w:t>
      </w:r>
    </w:p>
    <w:p>
      <w:pPr>
        <w:jc w:val="right"/>
      </w:pPr>
      <w:r>
        <w:t>But it is</w:t>
      </w:r>
    </w:p>
    <w:p>
      <w:r>
        <w:rPr>
          <w:b/>
        </w:rPr>
        <w:t xml:space="preserve">[32:31] </w:t>
      </w:r>
      <w:r>
        <w:t>wrong.</w:t>
      </w:r>
    </w:p>
    <w:p>
      <w:pPr>
        <w:jc w:val="right"/>
      </w:pPr>
      <w:r>
        <w:t>wrong.</w:t>
      </w:r>
    </w:p>
    <w:p>
      <w:r>
        <w:rPr>
          <w:b/>
        </w:rPr>
        <w:t xml:space="preserve">[32:35] </w:t>
      </w:r>
      <w:r>
        <w:t>We have to—there is, but the Islamic empire is already there.</w:t>
      </w:r>
    </w:p>
    <w:p>
      <w:pPr>
        <w:jc w:val="right"/>
      </w:pPr>
      <w:r>
        <w:t>We have to—there is, but the Islamic empire is already there.</w:t>
      </w:r>
    </w:p>
    <w:p>
      <w:r>
        <w:rPr>
          <w:b/>
        </w:rPr>
        <w:t xml:space="preserve">[32:40] </w:t>
      </w:r>
      <w:r>
        <w:t>The non-political empire of Islam is already there.</w:t>
      </w:r>
    </w:p>
    <w:p>
      <w:pPr>
        <w:jc w:val="right"/>
      </w:pPr>
      <w:r>
        <w:t>The non-political empire of Islam is already there.</w:t>
      </w:r>
    </w:p>
    <w:p>
      <w:r>
        <w:rPr>
          <w:b/>
        </w:rPr>
        <w:t xml:space="preserve">[32:44] </w:t>
      </w:r>
      <w:r>
        <w:t>kaba is intact.</w:t>
      </w:r>
    </w:p>
    <w:p>
      <w:pPr>
        <w:jc w:val="right"/>
      </w:pPr>
      <w:r>
        <w:t>کعبہ is intact.</w:t>
      </w:r>
    </w:p>
    <w:p>
      <w:r>
        <w:rPr>
          <w:b/>
        </w:rPr>
        <w:t xml:space="preserve">[32:48] </w:t>
      </w:r>
      <w:r>
        <w:t>Mosques are intact.</w:t>
      </w:r>
    </w:p>
    <w:p>
      <w:pPr>
        <w:jc w:val="right"/>
      </w:pPr>
      <w:r>
        <w:t>Mosques are intact.</w:t>
      </w:r>
    </w:p>
    <w:p>
      <w:r>
        <w:rPr>
          <w:b/>
        </w:rPr>
        <w:t xml:space="preserve">[32:53] </w:t>
      </w:r>
      <w:r>
        <w:t>The namaz is intact.</w:t>
      </w:r>
    </w:p>
    <w:p>
      <w:pPr>
        <w:jc w:val="right"/>
      </w:pPr>
      <w:r>
        <w:t>The نماز is intact.</w:t>
      </w:r>
    </w:p>
    <w:p>
      <w:r>
        <w:rPr>
          <w:b/>
        </w:rPr>
        <w:t xml:space="preserve">[32:57] </w:t>
      </w:r>
      <w:r>
        <w:t>saom is intact. zakat is</w:t>
      </w:r>
    </w:p>
    <w:p>
      <w:pPr>
        <w:jc w:val="right"/>
      </w:pPr>
      <w:r>
        <w:t>صوم is intact. زکوۃ is</w:t>
      </w:r>
    </w:p>
    <w:p>
      <w:r>
        <w:rPr>
          <w:b/>
        </w:rPr>
        <w:t xml:space="preserve">[33:01] </w:t>
      </w:r>
      <w:r>
        <w:t>intact.</w:t>
      </w:r>
    </w:p>
    <w:p>
      <w:pPr>
        <w:jc w:val="right"/>
      </w:pPr>
      <w:r>
        <w:t>intact.</w:t>
      </w:r>
    </w:p>
    <w:p>
      <w:r>
        <w:rPr>
          <w:b/>
        </w:rPr>
        <w:t xml:space="preserve">[33:06] </w:t>
      </w:r>
      <w:r>
        <w:t>hajj is intact.</w:t>
      </w:r>
    </w:p>
    <w:p>
      <w:pPr>
        <w:jc w:val="right"/>
      </w:pPr>
      <w:r>
        <w:t>حج is intact.</w:t>
      </w:r>
    </w:p>
    <w:p>
      <w:r>
        <w:rPr>
          <w:b/>
        </w:rPr>
        <w:t xml:space="preserve">[33:10] </w:t>
      </w:r>
      <w:r>
        <w:t>So the non-political empire of Islam is already there.</w:t>
      </w:r>
    </w:p>
    <w:p>
      <w:pPr>
        <w:jc w:val="right"/>
      </w:pPr>
      <w:r>
        <w:t>So the non-political empire of Islam is already there.</w:t>
      </w:r>
    </w:p>
    <w:p>
      <w:r>
        <w:rPr>
          <w:b/>
        </w:rPr>
        <w:t xml:space="preserve">[33:14] </w:t>
      </w:r>
      <w:r>
        <w:t>We have only to revive it.</w:t>
      </w:r>
    </w:p>
    <w:p>
      <w:pPr>
        <w:jc w:val="right"/>
      </w:pPr>
      <w:r>
        <w:t>We have only to revive it.</w:t>
      </w:r>
    </w:p>
    <w:p>
      <w:r>
        <w:rPr>
          <w:b/>
        </w:rPr>
        <w:t xml:space="preserve">[33:19] </w:t>
      </w:r>
      <w:r>
        <w:t>We have only to reactivize it.</w:t>
      </w:r>
    </w:p>
    <w:p>
      <w:pPr>
        <w:jc w:val="right"/>
      </w:pPr>
      <w:r>
        <w:t>We have only to reactivize it.</w:t>
      </w:r>
    </w:p>
    <w:p>
      <w:r>
        <w:rPr>
          <w:b/>
        </w:rPr>
        <w:t xml:space="preserve">[33:23] </w:t>
      </w:r>
      <w:r>
        <w:t>The structure is there.</w:t>
      </w:r>
    </w:p>
    <w:p>
      <w:pPr>
        <w:jc w:val="right"/>
      </w:pPr>
      <w:r>
        <w:t>The structure is there.</w:t>
      </w:r>
    </w:p>
    <w:p>
      <w:r>
        <w:rPr>
          <w:b/>
        </w:rPr>
        <w:t xml:space="preserve">[33:28] </w:t>
      </w:r>
      <w:r>
        <w:t>So all the leaders are engaged in establishing</w:t>
      </w:r>
    </w:p>
    <w:p>
      <w:pPr>
        <w:jc w:val="right"/>
      </w:pPr>
      <w:r>
        <w:t>So all the leaders are engaged in establishing</w:t>
      </w:r>
    </w:p>
    <w:p>
      <w:r>
        <w:rPr>
          <w:b/>
        </w:rPr>
        <w:t xml:space="preserve">[33:32] </w:t>
      </w:r>
      <w:r>
        <w:t>the political empire of Islam.</w:t>
      </w:r>
    </w:p>
    <w:p>
      <w:pPr>
        <w:jc w:val="right"/>
      </w:pPr>
      <w:r>
        <w:t>the political empire of Islam.</w:t>
      </w:r>
    </w:p>
    <w:p>
      <w:r>
        <w:rPr>
          <w:b/>
        </w:rPr>
        <w:t xml:space="preserve">[33:37] </w:t>
      </w:r>
      <w:r>
        <w:t>That is not the target of Islam.</w:t>
      </w:r>
    </w:p>
    <w:p>
      <w:pPr>
        <w:jc w:val="right"/>
      </w:pPr>
      <w:r>
        <w:t>That is not the target of Islam.</w:t>
      </w:r>
    </w:p>
    <w:p>
      <w:r>
        <w:rPr>
          <w:b/>
        </w:rPr>
        <w:t xml:space="preserve">[33:41] </w:t>
      </w:r>
      <w:r>
        <w:t>As I have earlier said, that in this hadith, there are five pillars of Islam.</w:t>
      </w:r>
    </w:p>
    <w:p>
      <w:pPr>
        <w:jc w:val="right"/>
      </w:pPr>
      <w:r>
        <w:t>As I have earlier said, that in this حدیث, there are five pillars of Islam.</w:t>
      </w:r>
    </w:p>
    <w:p>
      <w:r>
        <w:rPr>
          <w:b/>
        </w:rPr>
        <w:t xml:space="preserve">[33:45] </w:t>
      </w:r>
      <w:r>
        <w:t>But there is no mention of political rule.</w:t>
      </w:r>
    </w:p>
    <w:p>
      <w:pPr>
        <w:jc w:val="right"/>
      </w:pPr>
      <w:r>
        <w:t>But there is no mention of political rule.</w:t>
      </w:r>
    </w:p>
    <w:p>
      <w:r>
        <w:rPr>
          <w:b/>
        </w:rPr>
        <w:t xml:space="preserve">[33:49] </w:t>
      </w:r>
      <w:r>
        <w:t>There is no mention of political power.</w:t>
      </w:r>
    </w:p>
    <w:p>
      <w:pPr>
        <w:jc w:val="right"/>
      </w:pPr>
      <w:r>
        <w:t>There is no mention of political power.</w:t>
      </w:r>
    </w:p>
    <w:p>
      <w:r>
        <w:rPr>
          <w:b/>
        </w:rPr>
        <w:t xml:space="preserve">[33:54] </w:t>
      </w:r>
      <w:r>
        <w:t>There is no mention of khilafat.</w:t>
      </w:r>
    </w:p>
    <w:p>
      <w:pPr>
        <w:jc w:val="right"/>
      </w:pPr>
      <w:r>
        <w:t>There is no mention of خلافت.</w:t>
      </w:r>
    </w:p>
    <w:p>
      <w:r>
        <w:rPr>
          <w:b/>
        </w:rPr>
        <w:t xml:space="preserve">[33:58] </w:t>
      </w:r>
      <w:r>
        <w:t>So the real</w:t>
      </w:r>
    </w:p>
    <w:p>
      <w:pPr>
        <w:jc w:val="right"/>
      </w:pPr>
      <w:r>
        <w:t>So the real</w:t>
      </w:r>
    </w:p>
    <w:p>
      <w:r>
        <w:rPr>
          <w:b/>
        </w:rPr>
        <w:t xml:space="preserve">[34:02] </w:t>
      </w:r>
      <w:r>
        <w:t>foundation of Islam is based on these five pillars.</w:t>
      </w:r>
    </w:p>
    <w:p>
      <w:pPr>
        <w:jc w:val="right"/>
      </w:pPr>
      <w:r>
        <w:t>foundation of Islam is based on these five pillars.</w:t>
      </w:r>
    </w:p>
    <w:p>
      <w:r>
        <w:rPr>
          <w:b/>
        </w:rPr>
        <w:t xml:space="preserve">[34:08] </w:t>
      </w:r>
      <w:r>
        <w:t>And political power is only a secondary thing.</w:t>
      </w:r>
    </w:p>
    <w:p>
      <w:pPr>
        <w:jc w:val="right"/>
      </w:pPr>
      <w:r>
        <w:t>And political power is only a secondary thing.</w:t>
      </w:r>
    </w:p>
    <w:p>
      <w:r>
        <w:rPr>
          <w:b/>
        </w:rPr>
        <w:t xml:space="preserve">[34:14] </w:t>
      </w:r>
      <w:r>
        <w:t>So—and this Prophet himself established this system.</w:t>
      </w:r>
    </w:p>
    <w:p>
      <w:pPr>
        <w:jc w:val="right"/>
      </w:pPr>
      <w:r>
        <w:t>So—and this Prophet himself established this system.</w:t>
      </w:r>
    </w:p>
    <w:p>
      <w:r>
        <w:rPr>
          <w:b/>
        </w:rPr>
        <w:t xml:space="preserve">[34:20] </w:t>
      </w:r>
      <w:r>
        <w:t>The Prophet himself established this non-political empire.</w:t>
      </w:r>
    </w:p>
    <w:p>
      <w:pPr>
        <w:jc w:val="right"/>
      </w:pPr>
      <w:r>
        <w:t>The Prophet himself established this non-political empire.</w:t>
      </w:r>
    </w:p>
    <w:p>
      <w:r>
        <w:rPr>
          <w:b/>
        </w:rPr>
        <w:t xml:space="preserve">[34:26] </w:t>
      </w:r>
      <w:r>
        <w:t>The Prophet himself established this non</w:t>
      </w:r>
    </w:p>
    <w:p>
      <w:pPr>
        <w:jc w:val="right"/>
      </w:pPr>
      <w:r>
        <w:t>The Prophet himself established this non</w:t>
      </w:r>
    </w:p>
    <w:p>
      <w:r>
        <w:rPr>
          <w:b/>
        </w:rPr>
        <w:t xml:space="preserve">[34:32] </w:t>
      </w:r>
      <w:r>
        <w:t>-political empire of Islam.</w:t>
      </w:r>
    </w:p>
    <w:p>
      <w:pPr>
        <w:jc w:val="right"/>
      </w:pPr>
      <w:r>
        <w:t>-political empire of Islam.</w:t>
      </w:r>
    </w:p>
    <w:p>
      <w:r>
        <w:rPr>
          <w:b/>
        </w:rPr>
        <w:t xml:space="preserve">[34:38] </w:t>
      </w:r>
      <w:r>
        <w:t>So it is there.</w:t>
      </w:r>
    </w:p>
    <w:p>
      <w:pPr>
        <w:jc w:val="right"/>
      </w:pPr>
      <w:r>
        <w:t>So it is there.</w:t>
      </w:r>
    </w:p>
    <w:p>
      <w:r>
        <w:rPr>
          <w:b/>
        </w:rPr>
        <w:t xml:space="preserve">[34:43] </w:t>
      </w:r>
      <w:r>
        <w:t>The structure is there.</w:t>
      </w:r>
    </w:p>
    <w:p>
      <w:pPr>
        <w:jc w:val="right"/>
      </w:pPr>
      <w:r>
        <w:t>The structure is there.</w:t>
      </w:r>
    </w:p>
    <w:p>
      <w:r>
        <w:rPr>
          <w:b/>
        </w:rPr>
        <w:t xml:space="preserve">[34:49] </w:t>
      </w:r>
      <w:r>
        <w:t>We need only to reactivate it.</w:t>
      </w:r>
    </w:p>
    <w:p>
      <w:pPr>
        <w:jc w:val="right"/>
      </w:pPr>
      <w:r>
        <w:t>We need only to reactivate it.</w:t>
      </w:r>
    </w:p>
    <w:p>
      <w:r>
        <w:rPr>
          <w:b/>
        </w:rPr>
        <w:t xml:space="preserve">[34:54] </w:t>
      </w:r>
      <w:r>
        <w:t>We need only to revitalize it.</w:t>
      </w:r>
    </w:p>
    <w:p>
      <w:pPr>
        <w:jc w:val="right"/>
      </w:pPr>
      <w:r>
        <w:t>We need only to revitalize it.</w:t>
      </w:r>
    </w:p>
    <w:p>
      <w:r>
        <w:rPr>
          <w:b/>
        </w:rPr>
        <w:t xml:space="preserve">[34:59] </w:t>
      </w:r>
      <w:r>
        <w:t>We only need to give it to</w:t>
      </w:r>
    </w:p>
    <w:p>
      <w:pPr>
        <w:jc w:val="right"/>
      </w:pPr>
      <w:r>
        <w:t>We only need to give it to</w:t>
      </w:r>
    </w:p>
    <w:p>
      <w:r>
        <w:rPr>
          <w:b/>
        </w:rPr>
        <w:t xml:space="preserve">[35:05] </w:t>
      </w:r>
      <w:r>
        <w:t>make it, to strengthen it.</w:t>
      </w:r>
    </w:p>
    <w:p>
      <w:pPr>
        <w:jc w:val="right"/>
      </w:pPr>
      <w:r>
        <w:t>make it, to strengthen it.</w:t>
      </w:r>
    </w:p>
    <w:p>
      <w:r>
        <w:rPr>
          <w:b/>
        </w:rPr>
        <w:t xml:space="preserve">[35:10] </w:t>
      </w:r>
      <w:r>
        <w:t>It is very, very possible.</w:t>
      </w:r>
    </w:p>
    <w:p>
      <w:pPr>
        <w:jc w:val="right"/>
      </w:pPr>
      <w:r>
        <w:t>It is very, very possible.</w:t>
      </w:r>
    </w:p>
    <w:p>
      <w:r>
        <w:rPr>
          <w:b/>
        </w:rPr>
        <w:t xml:space="preserve">[35:15] </w:t>
      </w:r>
      <w:r>
        <w:t>There are no difficulties.</w:t>
      </w:r>
    </w:p>
    <w:p>
      <w:pPr>
        <w:jc w:val="right"/>
      </w:pPr>
      <w:r>
        <w:t>There are no difficulties.</w:t>
      </w:r>
    </w:p>
    <w:p>
      <w:r>
        <w:rPr>
          <w:b/>
        </w:rPr>
        <w:t xml:space="preserve">[35:20] </w:t>
      </w:r>
      <w:r>
        <w:t>When we try to revive the non-political empire of Islam, there is no controversy.</w:t>
      </w:r>
    </w:p>
    <w:p>
      <w:pPr>
        <w:jc w:val="right"/>
      </w:pPr>
      <w:r>
        <w:t>When we try to revive the non-political empire of Islam, there is no controversy.</w:t>
      </w:r>
    </w:p>
    <w:p>
      <w:r>
        <w:rPr>
          <w:b/>
        </w:rPr>
        <w:t xml:space="preserve">[35:25] </w:t>
      </w:r>
      <w:r>
        <w:t>There is no need for fighting.</w:t>
      </w:r>
    </w:p>
    <w:p>
      <w:pPr>
        <w:jc w:val="right"/>
      </w:pPr>
      <w:r>
        <w:t>There is no need for fighting.</w:t>
      </w:r>
    </w:p>
    <w:p>
      <w:r>
        <w:rPr>
          <w:b/>
        </w:rPr>
        <w:t xml:space="preserve">[35:30] </w:t>
      </w:r>
      <w:r>
        <w:t>If you try to establish a political empire of</w:t>
      </w:r>
    </w:p>
    <w:p>
      <w:pPr>
        <w:jc w:val="right"/>
      </w:pPr>
      <w:r>
        <w:t>If you try to establish a political empire of</w:t>
      </w:r>
    </w:p>
    <w:p>
      <w:r>
        <w:rPr>
          <w:b/>
        </w:rPr>
        <w:t xml:space="preserve">[35:35] </w:t>
      </w:r>
      <w:r>
        <w:t>Islam, then you have to fight others.</w:t>
      </w:r>
    </w:p>
    <w:p>
      <w:pPr>
        <w:jc w:val="right"/>
      </w:pPr>
      <w:r>
        <w:t>Islam, then you have to fight others.</w:t>
      </w:r>
    </w:p>
    <w:p>
      <w:r>
        <w:rPr>
          <w:b/>
        </w:rPr>
        <w:t xml:space="preserve">[35:40] </w:t>
      </w:r>
      <w:r>
        <w:t>When you try to establish a political empire, it will lead to fighting.</w:t>
      </w:r>
    </w:p>
    <w:p>
      <w:pPr>
        <w:jc w:val="right"/>
      </w:pPr>
      <w:r>
        <w:t>When you try to establish a political empire, it will lead to fighting.</w:t>
      </w:r>
    </w:p>
    <w:p>
      <w:r>
        <w:rPr>
          <w:b/>
        </w:rPr>
        <w:t xml:space="preserve">[35:45] </w:t>
      </w:r>
      <w:r>
        <w:t>It will lead to war.</w:t>
      </w:r>
    </w:p>
    <w:p>
      <w:pPr>
        <w:jc w:val="right"/>
      </w:pPr>
      <w:r>
        <w:t>It will lead to war.</w:t>
      </w:r>
    </w:p>
    <w:p>
      <w:r>
        <w:rPr>
          <w:b/>
        </w:rPr>
        <w:t xml:space="preserve">[35:50] </w:t>
      </w:r>
      <w:r>
        <w:t>It will lead to bloodshed.</w:t>
      </w:r>
    </w:p>
    <w:p>
      <w:pPr>
        <w:jc w:val="right"/>
      </w:pPr>
      <w:r>
        <w:t>It will lead to bloodshed.</w:t>
      </w:r>
    </w:p>
    <w:p>
      <w:r>
        <w:rPr>
          <w:b/>
        </w:rPr>
        <w:t xml:space="preserve">[35:55] </w:t>
      </w:r>
      <w:r>
        <w:t>It will lead to bloodshed.</w:t>
      </w:r>
    </w:p>
    <w:p>
      <w:pPr>
        <w:jc w:val="right"/>
      </w:pPr>
      <w:r>
        <w:t>It will lead to bloodshed.</w:t>
      </w:r>
    </w:p>
    <w:p>
      <w:r>
        <w:rPr>
          <w:b/>
        </w:rPr>
        <w:t xml:space="preserve">[36:00] </w:t>
      </w:r>
      <w:r>
        <w:t>But when you try to establish the non-political</w:t>
      </w:r>
    </w:p>
    <w:p>
      <w:pPr>
        <w:jc w:val="right"/>
      </w:pPr>
      <w:r>
        <w:t>But when you try to establish the non-political</w:t>
      </w:r>
    </w:p>
    <w:p>
      <w:r>
        <w:rPr>
          <w:b/>
        </w:rPr>
        <w:t xml:space="preserve">[36:05] </w:t>
      </w:r>
      <w:r>
        <w:t>empire of Islam, so there is no need for fighting.</w:t>
      </w:r>
    </w:p>
    <w:p>
      <w:pPr>
        <w:jc w:val="right"/>
      </w:pPr>
      <w:r>
        <w:t>empire of Islam, so there is no need for fighting.</w:t>
      </w:r>
    </w:p>
    <w:p>
      <w:r>
        <w:rPr>
          <w:b/>
        </w:rPr>
        <w:t xml:space="preserve">[36:12] </w:t>
      </w:r>
      <w:r>
        <w:t>It is completely a peaceful talk. Peaceful task.</w:t>
      </w:r>
    </w:p>
    <w:p>
      <w:pPr>
        <w:jc w:val="right"/>
      </w:pPr>
      <w:r>
        <w:t>It is completely a peaceful talk. Peaceful task.</w:t>
      </w:r>
    </w:p>
    <w:p>
      <w:r>
        <w:rPr>
          <w:b/>
        </w:rPr>
        <w:t xml:space="preserve">[36:18] </w:t>
      </w:r>
      <w:r>
        <w:t>It is completely a peaceful task.</w:t>
      </w:r>
    </w:p>
    <w:p>
      <w:pPr>
        <w:jc w:val="right"/>
      </w:pPr>
      <w:r>
        <w:t>It is completely a peaceful task.</w:t>
      </w:r>
    </w:p>
    <w:p>
      <w:r>
        <w:rPr>
          <w:b/>
        </w:rPr>
        <w:t xml:space="preserve">[36:25] </w:t>
      </w:r>
      <w:r>
        <w:t>No fighting is—no fighting, no war, no violence.</w:t>
      </w:r>
    </w:p>
    <w:p>
      <w:pPr>
        <w:jc w:val="right"/>
      </w:pPr>
      <w:r>
        <w:t>No fighting is—no fighting, no war, no violence.</w:t>
      </w:r>
    </w:p>
    <w:p>
      <w:r>
        <w:rPr>
          <w:b/>
        </w:rPr>
        <w:t xml:space="preserve">[36:32] </w:t>
      </w:r>
      <w:r>
        <w:t>Then you know that in our age,</w:t>
      </w:r>
    </w:p>
    <w:p>
      <w:pPr>
        <w:jc w:val="right"/>
      </w:pPr>
      <w:r>
        <w:t>Then you know that in our age,</w:t>
      </w:r>
    </w:p>
    <w:p>
      <w:r>
        <w:rPr>
          <w:b/>
        </w:rPr>
        <w:t xml:space="preserve">[36:38] </w:t>
      </w:r>
      <w:r>
        <w:t>we have complete religious freedom, no restriction at all.</w:t>
      </w:r>
    </w:p>
    <w:p>
      <w:pPr>
        <w:jc w:val="right"/>
      </w:pPr>
      <w:r>
        <w:t>we have complete religious freedom, no restriction at all.</w:t>
      </w:r>
    </w:p>
    <w:p>
      <w:r>
        <w:rPr>
          <w:b/>
        </w:rPr>
        <w:t xml:space="preserve">[36:48] </w:t>
      </w:r>
      <w:r>
        <w:t>If you try to establish a political empire, then you have to fight others.</w:t>
      </w:r>
    </w:p>
    <w:p>
      <w:pPr>
        <w:jc w:val="right"/>
      </w:pPr>
      <w:r>
        <w:t>If you try to establish a political empire, then you have to fight others.</w:t>
      </w:r>
    </w:p>
    <w:p>
      <w:r>
        <w:rPr>
          <w:b/>
        </w:rPr>
        <w:t xml:space="preserve">[36:58] </w:t>
      </w:r>
      <w:r>
        <w:t>But when you try to establish a non-political empire of Islam, then there is no need to fight anyone. On</w:t>
      </w:r>
    </w:p>
    <w:p>
      <w:pPr>
        <w:jc w:val="right"/>
      </w:pPr>
      <w:r>
        <w:t>But when you try to establish a non-political empire of Islam, then there is no need to fight anyone. On</w:t>
      </w:r>
    </w:p>
    <w:p>
      <w:r>
        <w:rPr>
          <w:b/>
        </w:rPr>
        <w:t xml:space="preserve">[37:08] </w:t>
      </w:r>
      <w:r>
        <w:t>ly you will need to inculcate the spirit of Islam, to revive the spirit of Islam, to bring</w:t>
      </w:r>
    </w:p>
    <w:p>
      <w:pPr>
        <w:jc w:val="right"/>
      </w:pPr>
      <w:r>
        <w:t>ly you will need to inculcate the spirit of Islam, to revive the spirit of Islam, to bring</w:t>
      </w:r>
    </w:p>
    <w:p>
      <w:r>
        <w:rPr>
          <w:b/>
        </w:rPr>
        <w:t xml:space="preserve">[37:19] </w:t>
      </w:r>
      <w:r>
        <w:t>about intellectual revolution, to bring about spiritual revolution.</w:t>
      </w:r>
    </w:p>
    <w:p>
      <w:pPr>
        <w:jc w:val="right"/>
      </w:pPr>
      <w:r>
        <w:t>about intellectual revolution, to bring about spiritual revolution.</w:t>
      </w:r>
    </w:p>
    <w:p>
      <w:r>
        <w:rPr>
          <w:b/>
        </w:rPr>
        <w:t xml:space="preserve">[37:29] </w:t>
      </w:r>
      <w:r>
        <w:t>So it is very important to understand this point</w:t>
      </w:r>
    </w:p>
    <w:p>
      <w:pPr>
        <w:jc w:val="right"/>
      </w:pPr>
      <w:r>
        <w:t>So it is very important to understand this point</w:t>
      </w:r>
    </w:p>
    <w:p>
      <w:r>
        <w:rPr>
          <w:b/>
        </w:rPr>
        <w:t xml:space="preserve">[37:39] </w:t>
      </w:r>
      <w:r>
        <w:t>—</w:t>
      </w:r>
    </w:p>
    <w:p>
      <w:pPr>
        <w:jc w:val="right"/>
      </w:pPr>
      <w:r>
        <w:t>.</w:t>
      </w:r>
    </w:p>
    <w:p>
      <w:r>
        <w:rPr>
          <w:b/>
        </w:rPr>
        <w:t xml:space="preserve">[37:46] </w:t>
      </w:r>
      <w:r>
        <w:t>According to my study, I can say that all the Muslim writers, Muslim leaders are obsessed with politics,</w:t>
      </w:r>
    </w:p>
    <w:p>
      <w:pPr>
        <w:jc w:val="right"/>
      </w:pPr>
      <w:r>
        <w:t>According to my study, I can say that all the Muslim writers, Muslim leaders are obsessed with politics,</w:t>
      </w:r>
    </w:p>
    <w:p>
      <w:r>
        <w:rPr>
          <w:b/>
        </w:rPr>
        <w:t xml:space="preserve">[37:52] </w:t>
      </w:r>
      <w:r>
        <w:t>with political rule.</w:t>
      </w:r>
    </w:p>
    <w:p>
      <w:pPr>
        <w:jc w:val="right"/>
      </w:pPr>
      <w:r>
        <w:t>with political rule.</w:t>
      </w:r>
    </w:p>
    <w:p>
      <w:r>
        <w:rPr>
          <w:b/>
        </w:rPr>
        <w:t xml:space="preserve">[37:58] </w:t>
      </w:r>
      <w:r>
        <w:t>But it is a misunderstanding.</w:t>
      </w:r>
    </w:p>
    <w:p>
      <w:pPr>
        <w:jc w:val="right"/>
      </w:pPr>
      <w:r>
        <w:t>But it is a misunderstanding.</w:t>
      </w:r>
    </w:p>
    <w:p>
      <w:r>
        <w:rPr>
          <w:b/>
        </w:rPr>
        <w:t xml:space="preserve">[38:04] </w:t>
      </w:r>
      <w:r>
        <w:t>It is a misunderstanding.</w:t>
      </w:r>
    </w:p>
    <w:p>
      <w:pPr>
        <w:jc w:val="right"/>
      </w:pPr>
      <w:r>
        <w:t>It is a misunderstanding.</w:t>
      </w:r>
    </w:p>
    <w:p>
      <w:r>
        <w:rPr>
          <w:b/>
        </w:rPr>
        <w:t xml:space="preserve">[38:10] </w:t>
      </w:r>
      <w:r>
        <w:t>They are wrongly—they were wrong in that they are informing this opinion that Islam requires a political rule.</w:t>
      </w:r>
    </w:p>
    <w:p>
      <w:pPr>
        <w:jc w:val="right"/>
      </w:pPr>
      <w:r>
        <w:t>They are wrongly—they were wrong in that they are informing this opinion that Islam requires a political rule.</w:t>
      </w:r>
    </w:p>
    <w:p>
      <w:r>
        <w:rPr>
          <w:b/>
        </w:rPr>
        <w:t xml:space="preserve">[38:21] </w:t>
      </w:r>
      <w:r>
        <w:t>No, not at all.</w:t>
      </w:r>
    </w:p>
    <w:p>
      <w:pPr>
        <w:jc w:val="right"/>
      </w:pPr>
      <w:r>
        <w:t>No, not at all.</w:t>
      </w:r>
    </w:p>
    <w:p>
      <w:r>
        <w:rPr>
          <w:b/>
        </w:rPr>
        <w:t xml:space="preserve">[38:32] </w:t>
      </w:r>
      <w:r>
        <w:t>You see, all those five pillars, there are no</w:t>
      </w:r>
    </w:p>
    <w:p>
      <w:pPr>
        <w:jc w:val="right"/>
      </w:pPr>
      <w:r>
        <w:t>You see, all those five pillars, there are no</w:t>
      </w:r>
    </w:p>
    <w:p>
      <w:r>
        <w:rPr>
          <w:b/>
        </w:rPr>
        <w:t xml:space="preserve">[38:42] </w:t>
      </w:r>
      <w:r>
        <w:t>—any—we need no political power to follow these five pillars.</w:t>
      </w:r>
    </w:p>
    <w:p>
      <w:pPr>
        <w:jc w:val="right"/>
      </w:pPr>
      <w:r>
        <w:t>—any—we need no political power to follow these five pillars.</w:t>
      </w:r>
    </w:p>
    <w:p>
      <w:r>
        <w:rPr>
          <w:b/>
        </w:rPr>
        <w:t xml:space="preserve">[38:53] </w:t>
      </w:r>
      <w:r>
        <w:t>In five pillars, you know that there is kalma, there is la ilaha illallah muhammadur rasulullah,</w:t>
      </w:r>
    </w:p>
    <w:p>
      <w:pPr>
        <w:jc w:val="right"/>
      </w:pPr>
      <w:r>
        <w:t>In five pillars, you know that there is کلمہ, there is لا الہ الا اللہ محمد رسول اللہ,</w:t>
      </w:r>
    </w:p>
    <w:p>
      <w:r>
        <w:rPr>
          <w:b/>
        </w:rPr>
        <w:t xml:space="preserve">[39:03] </w:t>
      </w:r>
      <w:r>
        <w:t>then salat, then saum, then zakat, and hajj. All these</w:t>
      </w:r>
    </w:p>
    <w:p>
      <w:pPr>
        <w:jc w:val="right"/>
      </w:pPr>
      <w:r>
        <w:t>then صلاۃ, then صوم, then زکوۃ, and حج. All these</w:t>
      </w:r>
    </w:p>
    <w:p>
      <w:r>
        <w:rPr>
          <w:b/>
        </w:rPr>
        <w:t xml:space="preserve">[39:13] </w:t>
      </w:r>
      <w:r>
        <w:t>five pillars are non-political.</w:t>
      </w:r>
    </w:p>
    <w:p>
      <w:pPr>
        <w:jc w:val="right"/>
      </w:pPr>
      <w:r>
        <w:t>five pillars are non-political.</w:t>
      </w:r>
    </w:p>
    <w:p>
      <w:r>
        <w:rPr>
          <w:b/>
        </w:rPr>
        <w:t xml:space="preserve">[39:21] </w:t>
      </w:r>
      <w:r>
        <w:t>We need no political power to establish this system, to build this edifice of Islam, to establish this</w:t>
      </w:r>
    </w:p>
    <w:p>
      <w:pPr>
        <w:jc w:val="right"/>
      </w:pPr>
      <w:r>
        <w:t>We need no political power to establish this system, to build this edifice of Islam, to establish this</w:t>
      </w:r>
    </w:p>
    <w:p>
      <w:r>
        <w:rPr>
          <w:b/>
        </w:rPr>
        <w:t xml:space="preserve">[39:29] </w:t>
      </w:r>
      <w:r>
        <w:t>non-political empire of Islam.</w:t>
      </w:r>
    </w:p>
    <w:p>
      <w:pPr>
        <w:jc w:val="right"/>
      </w:pPr>
      <w:r>
        <w:t>non-political empire of Islam.</w:t>
      </w:r>
    </w:p>
    <w:p>
      <w:r>
        <w:rPr>
          <w:b/>
        </w:rPr>
        <w:t xml:space="preserve">[39:37] </w:t>
      </w:r>
      <w:r>
        <w:t>So I can say that</w:t>
      </w:r>
    </w:p>
    <w:p>
      <w:pPr>
        <w:jc w:val="right"/>
      </w:pPr>
      <w:r>
        <w:t>So I can say that</w:t>
      </w:r>
    </w:p>
    <w:p>
      <w:r>
        <w:rPr>
          <w:b/>
        </w:rPr>
        <w:t xml:space="preserve">[39:45] </w:t>
      </w:r>
      <w:r>
        <w:t>we have to reassess the whole matter.</w:t>
      </w:r>
    </w:p>
    <w:p>
      <w:pPr>
        <w:jc w:val="right"/>
      </w:pPr>
      <w:r>
        <w:t>we have to reassess the whole matter.</w:t>
      </w:r>
    </w:p>
    <w:p>
      <w:r>
        <w:rPr>
          <w:b/>
        </w:rPr>
        <w:t xml:space="preserve">[39:51] </w:t>
      </w:r>
      <w:r>
        <w:t>We have to re-plot our endeavors, our struggle.</w:t>
      </w:r>
    </w:p>
    <w:p>
      <w:pPr>
        <w:jc w:val="right"/>
      </w:pPr>
      <w:r>
        <w:t>We have to re-plot our endeavors, our struggle.</w:t>
      </w:r>
    </w:p>
    <w:p>
      <w:r>
        <w:rPr>
          <w:b/>
        </w:rPr>
        <w:t xml:space="preserve">[39:57] </w:t>
      </w:r>
      <w:r>
        <w:t>Nowadays, you see that everywhere Muslims are engaged in jihad.</w:t>
      </w:r>
    </w:p>
    <w:p>
      <w:pPr>
        <w:jc w:val="right"/>
      </w:pPr>
      <w:r>
        <w:t>Nowadays, you see that everywhere Muslims are engaged in jihad.</w:t>
      </w:r>
    </w:p>
    <w:p>
      <w:r>
        <w:rPr>
          <w:b/>
        </w:rPr>
        <w:t xml:space="preserve">[40:04] </w:t>
      </w:r>
      <w:r>
        <w:t>It is—I think it is nothing.</w:t>
      </w:r>
    </w:p>
    <w:p>
      <w:pPr>
        <w:jc w:val="right"/>
      </w:pPr>
      <w:r>
        <w:t>It is—I think it is nothing.</w:t>
      </w:r>
    </w:p>
    <w:p>
      <w:r>
        <w:rPr>
          <w:b/>
        </w:rPr>
        <w:t xml:space="preserve">[40:10] </w:t>
      </w:r>
      <w:r>
        <w:t>Islam needs no</w:t>
      </w:r>
    </w:p>
    <w:p>
      <w:pPr>
        <w:jc w:val="right"/>
      </w:pPr>
      <w:r>
        <w:t>Islam needs no</w:t>
      </w:r>
    </w:p>
    <w:p>
      <w:r>
        <w:rPr>
          <w:b/>
        </w:rPr>
        <w:t xml:space="preserve">[40:16] </w:t>
      </w:r>
      <w:r>
        <w:t>violent jihad.</w:t>
      </w:r>
    </w:p>
    <w:p>
      <w:pPr>
        <w:jc w:val="right"/>
      </w:pPr>
      <w:r>
        <w:t>violent jihad.</w:t>
      </w:r>
    </w:p>
    <w:p>
      <w:r>
        <w:rPr>
          <w:b/>
        </w:rPr>
        <w:t xml:space="preserve">[40:21] </w:t>
      </w:r>
      <w:r>
        <w:t>Islam needs only peaceful struggle.</w:t>
      </w:r>
    </w:p>
    <w:p>
      <w:pPr>
        <w:jc w:val="right"/>
      </w:pPr>
      <w:r>
        <w:t>Islam needs only peaceful struggle.</w:t>
      </w:r>
    </w:p>
    <w:p>
      <w:r>
        <w:rPr>
          <w:b/>
        </w:rPr>
        <w:t xml:space="preserve">[40:26] </w:t>
      </w:r>
      <w:r>
        <w:t>And jihad is a peaceful struggle.</w:t>
      </w:r>
    </w:p>
    <w:p>
      <w:pPr>
        <w:jc w:val="right"/>
      </w:pPr>
      <w:r>
        <w:t>And jihad is a peaceful struggle.</w:t>
      </w:r>
    </w:p>
    <w:p>
      <w:r>
        <w:rPr>
          <w:b/>
        </w:rPr>
        <w:t xml:space="preserve">[40:31] </w:t>
      </w:r>
      <w:r>
        <w:t>Jihad has nothing to do with violence, with war.</w:t>
      </w:r>
    </w:p>
    <w:p>
      <w:pPr>
        <w:jc w:val="right"/>
      </w:pPr>
      <w:r>
        <w:t>Jihad has nothing to do with violence, with war.</w:t>
      </w:r>
    </w:p>
    <w:p>
      <w:r>
        <w:rPr>
          <w:b/>
        </w:rPr>
        <w:t xml:space="preserve">[40:36] </w:t>
      </w:r>
      <w:r>
        <w:t>There is a verse in the Quran, wa jahiduhum bihi jahadan kabira, "Do great jihad with the help of</w:t>
      </w:r>
    </w:p>
    <w:p>
      <w:pPr>
        <w:jc w:val="right"/>
      </w:pPr>
      <w:r>
        <w:t>There is a verse in the Quran, وَجَاهِدُهُمْ بِهِ جَهَادًا كَبِيرًا, "Do great jihad with the help of</w:t>
      </w:r>
    </w:p>
    <w:p>
      <w:r>
        <w:rPr>
          <w:b/>
        </w:rPr>
        <w:t xml:space="preserve">[40:41] </w:t>
      </w:r>
      <w:r>
        <w:t>the Quran." So the Quran is not a bo</w:t>
      </w:r>
    </w:p>
    <w:p>
      <w:pPr>
        <w:jc w:val="right"/>
      </w:pPr>
      <w:r>
        <w:t>the Quran." So the Quran is not a bo</w:t>
      </w:r>
    </w:p>
    <w:p>
      <w:r>
        <w:rPr>
          <w:b/>
        </w:rPr>
        <w:t xml:space="preserve">[40:46] </w:t>
      </w:r>
      <w:r>
        <w:t>ok.</w:t>
      </w:r>
    </w:p>
    <w:p>
      <w:pPr>
        <w:jc w:val="right"/>
      </w:pPr>
      <w:r>
        <w:t>ok.</w:t>
      </w:r>
    </w:p>
    <w:p>
      <w:r>
        <w:rPr>
          <w:b/>
        </w:rPr>
        <w:t xml:space="preserve">[40:51] </w:t>
      </w:r>
      <w:r>
        <w:t>The Quran is not a bomb.</w:t>
      </w:r>
    </w:p>
    <w:p>
      <w:pPr>
        <w:jc w:val="right"/>
      </w:pPr>
      <w:r>
        <w:t>The Quran is not a bomb.</w:t>
      </w:r>
    </w:p>
    <w:p>
      <w:r>
        <w:rPr>
          <w:b/>
        </w:rPr>
        <w:t xml:space="preserve">[40:56] </w:t>
      </w:r>
      <w:r>
        <w:t>The Quran is not a sword.</w:t>
      </w:r>
    </w:p>
    <w:p>
      <w:pPr>
        <w:jc w:val="right"/>
      </w:pPr>
      <w:r>
        <w:t>The Quran is not a sword.</w:t>
      </w:r>
    </w:p>
    <w:p>
      <w:r>
        <w:rPr>
          <w:b/>
        </w:rPr>
        <w:t xml:space="preserve">[41:01] </w:t>
      </w:r>
      <w:r>
        <w:t>The Quran is simply a book of ideology, a book of divine teachings.</w:t>
      </w:r>
    </w:p>
    <w:p>
      <w:pPr>
        <w:jc w:val="right"/>
      </w:pPr>
      <w:r>
        <w:t>The Quran is simply a book of ideology, a book of divine teachings.</w:t>
      </w:r>
    </w:p>
    <w:p>
      <w:r>
        <w:rPr>
          <w:b/>
        </w:rPr>
        <w:t xml:space="preserve">[41:06] </w:t>
      </w:r>
      <w:r>
        <w:t>So God Almighty says that do great jihad with the Islamic ideology, with the Islamic teachings.</w:t>
      </w:r>
    </w:p>
    <w:p>
      <w:pPr>
        <w:jc w:val="right"/>
      </w:pPr>
      <w:r>
        <w:t>So God Almighty says that do great jihad with the Islamic ideology, with the Islamic teachings.</w:t>
      </w:r>
    </w:p>
    <w:p>
      <w:r>
        <w:rPr>
          <w:b/>
        </w:rPr>
        <w:t xml:space="preserve">[41:11] </w:t>
      </w:r>
      <w:r>
        <w:t>So it is completely a peaceful task, complet</w:t>
      </w:r>
    </w:p>
    <w:p>
      <w:pPr>
        <w:jc w:val="right"/>
      </w:pPr>
      <w:r>
        <w:t>So it is completely a peaceful task, complet</w:t>
      </w:r>
    </w:p>
    <w:p>
      <w:r>
        <w:rPr>
          <w:b/>
        </w:rPr>
        <w:t xml:space="preserve">[41:16] </w:t>
      </w:r>
      <w:r>
        <w:t>ely a peaceful struggle.</w:t>
      </w:r>
    </w:p>
    <w:p>
      <w:pPr>
        <w:jc w:val="right"/>
      </w:pPr>
      <w:r>
        <w:t>ely a peaceful struggle.</w:t>
      </w:r>
    </w:p>
    <w:p>
      <w:r>
        <w:rPr>
          <w:b/>
        </w:rPr>
        <w:t xml:space="preserve">[41:22] </w:t>
      </w:r>
      <w:r>
        <w:t>If you study the Quran and the hadith, you will find that the most important—you will find that</w:t>
      </w:r>
    </w:p>
    <w:p>
      <w:pPr>
        <w:jc w:val="right"/>
      </w:pPr>
      <w:r>
        <w:t>If you study the Quran and the حدیث, you will find that the most important—you will find that</w:t>
      </w:r>
    </w:p>
    <w:p>
      <w:r>
        <w:rPr>
          <w:b/>
        </w:rPr>
        <w:t xml:space="preserve">[41:28] </w:t>
      </w:r>
      <w:r>
        <w:t>the greatest concern of Allah is tazkiya. tazkiya.</w:t>
      </w:r>
    </w:p>
    <w:p>
      <w:pPr>
        <w:jc w:val="right"/>
      </w:pPr>
      <w:r>
        <w:t>the greatest concern of Allah is تزکیہ. تزکیہ.</w:t>
      </w:r>
    </w:p>
    <w:p>
      <w:r>
        <w:rPr>
          <w:b/>
        </w:rPr>
        <w:t xml:space="preserve">[41:34] </w:t>
      </w:r>
      <w:r>
        <w:t>tazkiya means purification.</w:t>
      </w:r>
    </w:p>
    <w:p>
      <w:pPr>
        <w:jc w:val="right"/>
      </w:pPr>
      <w:r>
        <w:t>تزکیہ means purification.</w:t>
      </w:r>
    </w:p>
    <w:p>
      <w:r>
        <w:rPr>
          <w:b/>
        </w:rPr>
        <w:t xml:space="preserve">[41:40] </w:t>
      </w:r>
      <w:r>
        <w:t>So the greatest task of</w:t>
      </w:r>
    </w:p>
    <w:p>
      <w:pPr>
        <w:jc w:val="right"/>
      </w:pPr>
      <w:r>
        <w:t>So the greatest task of</w:t>
      </w:r>
    </w:p>
    <w:p>
      <w:r>
        <w:rPr>
          <w:b/>
        </w:rPr>
        <w:t xml:space="preserve">[41:46] </w:t>
      </w:r>
      <w:r>
        <w:t>Islam is to make tazkiya, to purify every believer.</w:t>
      </w:r>
    </w:p>
    <w:p>
      <w:pPr>
        <w:jc w:val="right"/>
      </w:pPr>
      <w:r>
        <w:t>Islam is to make تزکیہ, to purify every believer.</w:t>
      </w:r>
    </w:p>
    <w:p>
      <w:r>
        <w:rPr>
          <w:b/>
        </w:rPr>
        <w:t xml:space="preserve">[42:02] </w:t>
      </w:r>
      <w:r>
        <w:t>Purify means—purify means to inculcate positive thinking, to inculcate a spirit of patience, to inculcate a spirit of intolerance</w:t>
      </w:r>
    </w:p>
    <w:p>
      <w:pPr>
        <w:jc w:val="right"/>
      </w:pPr>
      <w:r>
        <w:t>Purify means—purify means to inculcate positive thinking, to inculcate a spirit of patience, to inculcate a spirit of intolerance</w:t>
      </w:r>
    </w:p>
    <w:p>
      <w:r>
        <w:rPr>
          <w:b/>
        </w:rPr>
        <w:t xml:space="preserve">[42:17] </w:t>
      </w:r>
      <w:r>
        <w:t>, to inculcate God consciousness, to inculcate the spirit of taqwa, to spread the spirit of khushu and ikhlas.</w:t>
      </w:r>
    </w:p>
    <w:p>
      <w:pPr>
        <w:jc w:val="right"/>
      </w:pPr>
      <w:r>
        <w:t>, to inculcate God consciousness, to inculcate the spirit of تقویٰ, to spread the spirit of خشوع and اخلاص.</w:t>
      </w:r>
    </w:p>
    <w:p>
      <w:r>
        <w:rPr>
          <w:b/>
        </w:rPr>
        <w:t xml:space="preserve">[42:33] </w:t>
      </w:r>
      <w:r>
        <w:t>So this is the real concern of Islam.</w:t>
      </w:r>
    </w:p>
    <w:p>
      <w:pPr>
        <w:jc w:val="right"/>
      </w:pPr>
      <w:r>
        <w:t>So this is the real concern of Islam.</w:t>
      </w:r>
    </w:p>
    <w:p>
      <w:r>
        <w:rPr>
          <w:b/>
        </w:rPr>
        <w:t xml:space="preserve">[42:49] </w:t>
      </w:r>
      <w:r>
        <w:t>Islam wants to prepare people who may be a deserving candidate for Paradise.</w:t>
      </w:r>
    </w:p>
    <w:p>
      <w:pPr>
        <w:jc w:val="right"/>
      </w:pPr>
      <w:r>
        <w:t>Islam wants to prepare people who may be a deserving candidate for Paradise.</w:t>
      </w:r>
    </w:p>
    <w:p>
      <w:r>
        <w:rPr>
          <w:b/>
        </w:rPr>
        <w:t xml:space="preserve">[42:56] </w:t>
      </w:r>
      <w:r>
        <w:t>So all these things have nothing to do with the political empire.</w:t>
      </w:r>
    </w:p>
    <w:p>
      <w:pPr>
        <w:jc w:val="right"/>
      </w:pPr>
      <w:r>
        <w:t>So all these things have nothing to do with the political empire.</w:t>
      </w:r>
    </w:p>
    <w:p>
      <w:r>
        <w:rPr>
          <w:b/>
        </w:rPr>
        <w:t xml:space="preserve">[43:04] </w:t>
      </w:r>
      <w:r>
        <w:t>All these things require a spiritual empire, a spiritual endeavor, a spiritual struggle.</w:t>
      </w:r>
    </w:p>
    <w:p>
      <w:pPr>
        <w:jc w:val="right"/>
      </w:pPr>
      <w:r>
        <w:t>All these things require a spiritual empire, a spiritual endeavor, a spiritual struggle.</w:t>
      </w:r>
    </w:p>
    <w:p>
      <w:r>
        <w:rPr>
          <w:b/>
        </w:rPr>
        <w:t xml:space="preserve">[43:12] </w:t>
      </w:r>
      <w:r>
        <w:t>So this is the</w:t>
      </w:r>
    </w:p>
    <w:p>
      <w:pPr>
        <w:jc w:val="right"/>
      </w:pPr>
      <w:r>
        <w:t>So this is the</w:t>
      </w:r>
    </w:p>
    <w:p>
      <w:r>
        <w:rPr>
          <w:b/>
        </w:rPr>
        <w:t xml:space="preserve">[43:20] </w:t>
      </w:r>
      <w:r>
        <w:t>main target of Islam. These are the main concerns of God Almighty. I would like to refer to a very historical event. You know, Muslims of the early period entered Iran during the second Cal</w:t>
      </w:r>
    </w:p>
    <w:p>
      <w:pPr>
        <w:jc w:val="right"/>
      </w:pPr>
      <w:r>
        <w:t>main target of Islam. These are the main concerns of God Almighty. I would like to refer to a very historical event. You know, Muslims of the early period entered Iran during the second Cal</w:t>
      </w:r>
    </w:p>
    <w:p>
      <w:r>
        <w:rPr>
          <w:b/>
        </w:rPr>
        <w:t xml:space="preserve">[43:50] </w:t>
      </w:r>
      <w:r>
        <w:t>iph.</w:t>
      </w:r>
    </w:p>
    <w:p>
      <w:pPr>
        <w:jc w:val="right"/>
      </w:pPr>
      <w:r>
        <w:t>iph.</w:t>
      </w:r>
    </w:p>
    <w:p>
      <w:r>
        <w:rPr>
          <w:b/>
        </w:rPr>
        <w:t xml:space="preserve">[43:56] </w:t>
      </w:r>
      <w:r>
        <w:t>The majority of these Muslims were Sahaba, companions of the Prophet.</w:t>
      </w:r>
    </w:p>
    <w:p>
      <w:pPr>
        <w:jc w:val="right"/>
      </w:pPr>
      <w:r>
        <w:t>The majority of these Muslims were Sahaba, companions of the Prophet.</w:t>
      </w:r>
    </w:p>
    <w:p>
      <w:r>
        <w:rPr>
          <w:b/>
        </w:rPr>
        <w:t xml:space="preserve">[44:03] </w:t>
      </w:r>
      <w:r>
        <w:t>So when they—so at that time, there were no mosques in Iran.</w:t>
      </w:r>
    </w:p>
    <w:p>
      <w:pPr>
        <w:jc w:val="right"/>
      </w:pPr>
      <w:r>
        <w:t>So when they—so at that time, there were no mosques in Iran.</w:t>
      </w:r>
    </w:p>
    <w:p>
      <w:r>
        <w:rPr>
          <w:b/>
        </w:rPr>
        <w:t xml:space="preserve">[44:09] </w:t>
      </w:r>
      <w:r>
        <w:t>At that time, there were no mosques in Iran.</w:t>
      </w:r>
    </w:p>
    <w:p>
      <w:pPr>
        <w:jc w:val="right"/>
      </w:pPr>
      <w:r>
        <w:t>At that time, there were no mosques in Iran.</w:t>
      </w:r>
    </w:p>
    <w:p>
      <w:r>
        <w:rPr>
          <w:b/>
        </w:rPr>
        <w:t xml:space="preserve">[44:16] </w:t>
      </w:r>
      <w:r>
        <w:t>So they always performed their salat in fields, open fields.</w:t>
      </w:r>
    </w:p>
    <w:p>
      <w:pPr>
        <w:jc w:val="right"/>
      </w:pPr>
      <w:r>
        <w:t>So they always performed their صلاۃ in fields, open fields.</w:t>
      </w:r>
    </w:p>
    <w:p>
      <w:r>
        <w:rPr>
          <w:b/>
        </w:rPr>
        <w:t xml:space="preserve">[44:23] </w:t>
      </w:r>
      <w:r>
        <w:t>So at that time, the ruler of Iran was Yazd Gurud, King Yazd Gurud, and his general was Rustam.</w:t>
      </w:r>
    </w:p>
    <w:p>
      <w:pPr>
        <w:jc w:val="right"/>
      </w:pPr>
      <w:r>
        <w:t>So at that time, the ruler of Iran was Yazd Gurud, King Yazd Gurud, and his general was Rustam.</w:t>
      </w:r>
    </w:p>
    <w:p>
      <w:r>
        <w:rPr>
          <w:b/>
        </w:rPr>
        <w:t xml:space="preserve">[44:30] </w:t>
      </w:r>
      <w:r>
        <w:t>His military general was Rustam.</w:t>
      </w:r>
    </w:p>
    <w:p>
      <w:pPr>
        <w:jc w:val="right"/>
      </w:pPr>
      <w:r>
        <w:t>His military general was Rustam.</w:t>
      </w:r>
    </w:p>
    <w:p>
      <w:r>
        <w:rPr>
          <w:b/>
        </w:rPr>
        <w:t xml:space="preserve">[44:38] </w:t>
      </w:r>
      <w:r>
        <w:t>So what happened?</w:t>
      </w:r>
    </w:p>
    <w:p>
      <w:pPr>
        <w:jc w:val="right"/>
      </w:pPr>
      <w:r>
        <w:t>So what happened?</w:t>
      </w:r>
    </w:p>
    <w:p>
      <w:r>
        <w:rPr>
          <w:b/>
        </w:rPr>
        <w:t xml:space="preserve">[44:45] </w:t>
      </w:r>
      <w:r>
        <w:t>These Muslims used to</w:t>
      </w:r>
    </w:p>
    <w:p>
      <w:pPr>
        <w:jc w:val="right"/>
      </w:pPr>
      <w:r>
        <w:t>These Muslims used to</w:t>
      </w:r>
    </w:p>
    <w:p>
      <w:r>
        <w:rPr>
          <w:b/>
        </w:rPr>
        <w:t xml:space="preserve">[44:53] </w:t>
      </w:r>
      <w:r>
        <w:t>perform namaz in the fields, in open fields, in the same way which we observe in mosques, that one person leads the salat and all the other people stand behind him in a row. So Rustam saw this scene several times. So</w:t>
      </w:r>
    </w:p>
    <w:p>
      <w:pPr>
        <w:jc w:val="right"/>
      </w:pPr>
      <w:r>
        <w:t>perform نماز in the fields, in open fields, in the same way which we observe in mosques, that one person leads the صلاۃ and all the other people stand behind him in a row. So Rustam saw this scene several times. So</w:t>
      </w:r>
    </w:p>
    <w:p>
      <w:r>
        <w:rPr>
          <w:b/>
        </w:rPr>
        <w:t xml:space="preserve">[45:23] </w:t>
      </w:r>
      <w:r>
        <w:t>he was perturbed.</w:t>
      </w:r>
    </w:p>
    <w:p>
      <w:pPr>
        <w:jc w:val="right"/>
      </w:pPr>
      <w:r>
        <w:t>he was perturbed.</w:t>
      </w:r>
    </w:p>
    <w:p>
      <w:r>
        <w:rPr>
          <w:b/>
        </w:rPr>
        <w:t xml:space="preserve">[45:29] </w:t>
      </w:r>
      <w:r>
        <w:t>He was afraid.</w:t>
      </w:r>
    </w:p>
    <w:p>
      <w:pPr>
        <w:jc w:val="right"/>
      </w:pPr>
      <w:r>
        <w:t>He was afraid.</w:t>
      </w:r>
    </w:p>
    <w:p>
      <w:r>
        <w:rPr>
          <w:b/>
        </w:rPr>
        <w:t xml:space="preserve">[45:35] </w:t>
      </w:r>
      <w:r>
        <w:t>He became afraid.</w:t>
      </w:r>
    </w:p>
    <w:p>
      <w:pPr>
        <w:jc w:val="right"/>
      </w:pPr>
      <w:r>
        <w:t>He became afraid.</w:t>
      </w:r>
    </w:p>
    <w:p>
      <w:r>
        <w:rPr>
          <w:b/>
        </w:rPr>
        <w:t xml:space="preserve">[45:41] </w:t>
      </w:r>
      <w:r>
        <w:t>He said that, "Aqala Umar Qabidi, Ya'allamul Kilabul Adab." He said that, "For me, it is a killing scene.</w:t>
      </w:r>
    </w:p>
    <w:p>
      <w:pPr>
        <w:jc w:val="right"/>
      </w:pPr>
      <w:r>
        <w:t>He said that, "Aqala Umar Qabidi, Ya'allamul Kilabul Adab." He said that, "For me, it is a killing scene.</w:t>
      </w:r>
    </w:p>
    <w:p>
      <w:r>
        <w:rPr>
          <w:b/>
        </w:rPr>
        <w:t xml:space="preserve">[45:47] </w:t>
      </w:r>
      <w:r>
        <w:t>Umar is killing myself because he is inculcating a spirit of discipline</w:t>
      </w:r>
    </w:p>
    <w:p>
      <w:pPr>
        <w:jc w:val="right"/>
      </w:pPr>
      <w:r>
        <w:t>Umar is killing myself because he is inculcating a spirit of discipl</w:t>
      </w:r>
    </w:p>
    <w:p>
      <w:r>
        <w:rPr>
          <w:b/>
        </w:rPr>
        <w:t xml:space="preserve">[45:53] </w:t>
      </w:r>
      <w:r>
        <w:t>ine in his followers.</w:t>
      </w:r>
    </w:p>
    <w:p>
      <w:pPr>
        <w:jc w:val="right"/>
      </w:pPr>
      <w:r>
        <w:t>ine in his followers.</w:t>
      </w:r>
    </w:p>
    <w:p>
      <w:r>
        <w:rPr>
          <w:b/>
        </w:rPr>
        <w:t xml:space="preserve">[46:01] </w:t>
      </w:r>
      <w:r>
        <w:t>He prepares an army of discipline.</w:t>
      </w:r>
    </w:p>
    <w:p>
      <w:pPr>
        <w:jc w:val="right"/>
      </w:pPr>
      <w:r>
        <w:t>He prepares an army of discipline.</w:t>
      </w:r>
    </w:p>
    <w:p>
      <w:r>
        <w:rPr>
          <w:b/>
        </w:rPr>
        <w:t xml:space="preserve">[46:09] </w:t>
      </w:r>
      <w:r>
        <w:t>Although the inner content of namaz is taqwa, khushu, remembrance of God, this is the inner content of namaz.</w:t>
      </w:r>
    </w:p>
    <w:p>
      <w:pPr>
        <w:jc w:val="right"/>
      </w:pPr>
      <w:r>
        <w:t>Although the inner content of نماز is تقویٰ, خشوع, remembrance of God, this is the inner content of نماز.</w:t>
      </w:r>
    </w:p>
    <w:p>
      <w:r>
        <w:rPr>
          <w:b/>
        </w:rPr>
        <w:t xml:space="preserve">[46:16] </w:t>
      </w:r>
      <w:r>
        <w:t>But the outer content is that it took the form of organization.</w:t>
      </w:r>
    </w:p>
    <w:p>
      <w:pPr>
        <w:jc w:val="right"/>
      </w:pPr>
      <w:r>
        <w:t>But the outer content is that it took the form of organization.</w:t>
      </w:r>
    </w:p>
    <w:p>
      <w:r>
        <w:rPr>
          <w:b/>
        </w:rPr>
        <w:t xml:space="preserve">[46:24] </w:t>
      </w:r>
      <w:r>
        <w:t>We perform our namaz, our congregational namaz. We perform our congregational namaz in an organized manner, in an organized way." So he saw the external structure of the namaz. So he said, "There is discipline. There is training of discipline. And those who are trained in</w:t>
      </w:r>
    </w:p>
    <w:p>
      <w:pPr>
        <w:jc w:val="right"/>
      </w:pPr>
      <w:r>
        <w:t>We perform our نماز, our congregational نماز. We perform our congregational نماز in an organized manner, in an organized way." So he saw the external structure of the نماز. So he said, "There is discipline. There is training of discipline. And those who are trained in</w:t>
      </w:r>
    </w:p>
    <w:p>
      <w:r>
        <w:rPr>
          <w:b/>
        </w:rPr>
        <w:t xml:space="preserve">[46:54] </w:t>
      </w:r>
      <w:r>
        <w:t>discipline, those who have a spirit of discipline, they are so strong that no one can conquer these people.</w:t>
      </w:r>
    </w:p>
    <w:p>
      <w:pPr>
        <w:jc w:val="right"/>
      </w:pPr>
      <w:r>
        <w:t>discipline, those who have a spirit of discipline, they are so strong that no one can conquer these people.</w:t>
      </w:r>
    </w:p>
    <w:p>
      <w:r>
        <w:rPr>
          <w:b/>
        </w:rPr>
        <w:t xml:space="preserve">[47:04] </w:t>
      </w:r>
      <w:r>
        <w:t>So they are unconquerable." So he became afraid.</w:t>
      </w:r>
    </w:p>
    <w:p>
      <w:pPr>
        <w:jc w:val="right"/>
      </w:pPr>
      <w:r>
        <w:t>So they are unconquerable." So he became afraid.</w:t>
      </w:r>
    </w:p>
    <w:p>
      <w:r>
        <w:rPr>
          <w:b/>
        </w:rPr>
        <w:t xml:space="preserve">[47:14] </w:t>
      </w:r>
      <w:r>
        <w:t>This is the power of salat. salat</w:t>
      </w:r>
    </w:p>
    <w:p>
      <w:pPr>
        <w:jc w:val="right"/>
      </w:pPr>
      <w:r>
        <w:t>This is the power of صلاۃ. صلا</w:t>
      </w:r>
    </w:p>
    <w:p>
      <w:r>
        <w:rPr>
          <w:b/>
        </w:rPr>
        <w:t xml:space="preserve">[47:24] </w:t>
      </w:r>
      <w:r>
        <w:t>has no connection with politics.</w:t>
      </w:r>
    </w:p>
    <w:p>
      <w:pPr>
        <w:jc w:val="right"/>
      </w:pPr>
      <w:r>
        <w:t>ۃ has no connection with politics.</w:t>
      </w:r>
    </w:p>
    <w:p>
      <w:r>
        <w:rPr>
          <w:b/>
        </w:rPr>
        <w:t xml:space="preserve">[47:29] </w:t>
      </w:r>
      <w:r>
        <w:t>salat has no connection with rule.</w:t>
      </w:r>
    </w:p>
    <w:p>
      <w:pPr>
        <w:jc w:val="right"/>
      </w:pPr>
      <w:r>
        <w:t>صلاۃ has no connection with rule.</w:t>
      </w:r>
    </w:p>
    <w:p>
      <w:r>
        <w:rPr>
          <w:b/>
        </w:rPr>
        <w:t xml:space="preserve">[47:34] </w:t>
      </w:r>
      <w:r>
        <w:t>salat has no connection with state.</w:t>
      </w:r>
    </w:p>
    <w:p>
      <w:pPr>
        <w:jc w:val="right"/>
      </w:pPr>
      <w:r>
        <w:t>صلاۃ has no connection with state.</w:t>
      </w:r>
    </w:p>
    <w:p>
      <w:r>
        <w:rPr>
          <w:b/>
        </w:rPr>
        <w:t xml:space="preserve">[47:39] </w:t>
      </w:r>
      <w:r>
        <w:t>salat is completely a non-political activity.</w:t>
      </w:r>
    </w:p>
    <w:p>
      <w:pPr>
        <w:jc w:val="right"/>
      </w:pPr>
      <w:r>
        <w:t>صلاۃ is completely a non-political activity.</w:t>
      </w:r>
    </w:p>
    <w:p>
      <w:r>
        <w:rPr>
          <w:b/>
        </w:rPr>
        <w:t xml:space="preserve">[47:45] </w:t>
      </w:r>
      <w:r>
        <w:t>salat or namaz is completely a non-political activity.</w:t>
      </w:r>
    </w:p>
    <w:p>
      <w:pPr>
        <w:jc w:val="right"/>
      </w:pPr>
      <w:r>
        <w:t>صلاۃ or نماز is completely a non-political activity.</w:t>
      </w:r>
    </w:p>
    <w:p>
      <w:r>
        <w:rPr>
          <w:b/>
        </w:rPr>
        <w:t xml:space="preserve">[47:50] </w:t>
      </w:r>
      <w:r>
        <w:t>But it is so strong that</w:t>
      </w:r>
    </w:p>
    <w:p>
      <w:pPr>
        <w:jc w:val="right"/>
      </w:pPr>
      <w:r>
        <w:t>But it is so strong that</w:t>
      </w:r>
    </w:p>
    <w:p>
      <w:r>
        <w:rPr>
          <w:b/>
        </w:rPr>
        <w:t xml:space="preserve">[47:55] </w:t>
      </w:r>
      <w:r>
        <w:t>Rustam became afraid.</w:t>
      </w:r>
    </w:p>
    <w:p>
      <w:pPr>
        <w:jc w:val="right"/>
      </w:pPr>
      <w:r>
        <w:t>Rustam became afraid.</w:t>
      </w:r>
    </w:p>
    <w:p>
      <w:r>
        <w:rPr>
          <w:b/>
        </w:rPr>
        <w:t xml:space="preserve">[48:11] </w:t>
      </w:r>
      <w:r>
        <w:t>Internally, salat inculcates the spirit of God consciousness, trust in God, and externally, it is</w:t>
      </w:r>
    </w:p>
    <w:p>
      <w:pPr>
        <w:jc w:val="right"/>
      </w:pPr>
      <w:r>
        <w:t>Internally, صلاۃ inculcates the spirit of God consciousness, trust in God, and externally, it is</w:t>
      </w:r>
    </w:p>
    <w:p>
      <w:r>
        <w:rPr>
          <w:b/>
        </w:rPr>
        <w:t xml:space="preserve">[48:27] </w:t>
      </w:r>
      <w:r>
        <w:t>like a training of discipline and organization.</w:t>
      </w:r>
    </w:p>
    <w:p>
      <w:pPr>
        <w:jc w:val="right"/>
      </w:pPr>
      <w:r>
        <w:t>like a training of discipline and organization.</w:t>
      </w:r>
    </w:p>
    <w:p>
      <w:r>
        <w:rPr>
          <w:b/>
        </w:rPr>
        <w:t xml:space="preserve">[48:35] </w:t>
      </w:r>
      <w:r>
        <w:t>It makes you live in an organized manner.</w:t>
      </w:r>
    </w:p>
    <w:p>
      <w:pPr>
        <w:jc w:val="right"/>
      </w:pPr>
      <w:r>
        <w:t>It makes you live in an organized manner.</w:t>
      </w:r>
    </w:p>
    <w:p>
      <w:r>
        <w:rPr>
          <w:b/>
        </w:rPr>
        <w:t xml:space="preserve">[48:42] </w:t>
      </w:r>
      <w:r>
        <w:t>So it gives you both inner spirit, inner strength, and at the same time, external strength.</w:t>
      </w:r>
    </w:p>
    <w:p>
      <w:pPr>
        <w:jc w:val="right"/>
      </w:pPr>
      <w:r>
        <w:t>So it gives you both inner spirit, inner strength, and at the same time, external strength.</w:t>
      </w:r>
    </w:p>
    <w:p>
      <w:r>
        <w:rPr>
          <w:b/>
        </w:rPr>
        <w:t xml:space="preserve">[48:50] </w:t>
      </w:r>
      <w:r>
        <w:t>Inner strength in terms of taqwa and extern</w:t>
      </w:r>
    </w:p>
    <w:p>
      <w:pPr>
        <w:jc w:val="right"/>
      </w:pPr>
      <w:r>
        <w:t>Inner strength in terms of تقویٰ and extern</w:t>
      </w:r>
    </w:p>
    <w:p>
      <w:r>
        <w:rPr>
          <w:b/>
        </w:rPr>
        <w:t xml:space="preserve">[48:57] </w:t>
      </w:r>
      <w:r>
        <w:t>al strength in terms of organization.</w:t>
      </w:r>
    </w:p>
    <w:p>
      <w:pPr>
        <w:jc w:val="right"/>
      </w:pPr>
      <w:r>
        <w:t>al strength in terms of organization.</w:t>
      </w:r>
    </w:p>
    <w:p>
      <w:r>
        <w:rPr>
          <w:b/>
        </w:rPr>
        <w:t xml:space="preserve">[49:03] </w:t>
      </w:r>
      <w:r>
        <w:t>So this is namaz.</w:t>
      </w:r>
    </w:p>
    <w:p>
      <w:pPr>
        <w:jc w:val="right"/>
      </w:pPr>
      <w:r>
        <w:t>So this is نماز.</w:t>
      </w:r>
    </w:p>
    <w:p>
      <w:r>
        <w:rPr>
          <w:b/>
        </w:rPr>
        <w:t xml:space="preserve">[49:08] </w:t>
      </w:r>
      <w:r>
        <w:t>This is salat.</w:t>
      </w:r>
    </w:p>
    <w:p>
      <w:pPr>
        <w:jc w:val="right"/>
      </w:pPr>
      <w:r>
        <w:t>This is صلاۃ.</w:t>
      </w:r>
    </w:p>
    <w:p>
      <w:r>
        <w:rPr>
          <w:b/>
        </w:rPr>
        <w:t xml:space="preserve">[49:14] </w:t>
      </w:r>
      <w:r>
        <w:t>So salat means establishing a global network.</w:t>
      </w:r>
    </w:p>
    <w:p>
      <w:pPr>
        <w:jc w:val="right"/>
      </w:pPr>
      <w:r>
        <w:t>So صلاۃ means establishing a global network.</w:t>
      </w:r>
    </w:p>
    <w:p>
      <w:r>
        <w:rPr>
          <w:b/>
        </w:rPr>
        <w:t xml:space="preserve">[49:19] </w:t>
      </w:r>
      <w:r>
        <w:t>Now we have this global network everywhere in the world.</w:t>
      </w:r>
    </w:p>
    <w:p>
      <w:pPr>
        <w:jc w:val="right"/>
      </w:pPr>
      <w:r>
        <w:t>Now we have this global network everywhere in the world.</w:t>
      </w:r>
    </w:p>
    <w:p>
      <w:r>
        <w:rPr>
          <w:b/>
        </w:rPr>
        <w:t xml:space="preserve">[49:25] </w:t>
      </w:r>
      <w:r>
        <w:t>So why are you fighting for political power?</w:t>
      </w:r>
    </w:p>
    <w:p>
      <w:pPr>
        <w:jc w:val="right"/>
      </w:pPr>
      <w:r>
        <w:t>So why are you fighting for political power?</w:t>
      </w:r>
    </w:p>
    <w:p>
      <w:r>
        <w:rPr>
          <w:b/>
        </w:rPr>
        <w:t xml:space="preserve">[49:30] </w:t>
      </w:r>
      <w:r>
        <w:t>Why are you killing yourself?</w:t>
      </w:r>
    </w:p>
    <w:p>
      <w:pPr>
        <w:jc w:val="right"/>
      </w:pPr>
      <w:r>
        <w:t>Why are you killing yourself?</w:t>
      </w:r>
    </w:p>
    <w:p>
      <w:r>
        <w:rPr>
          <w:b/>
        </w:rPr>
        <w:t xml:space="preserve">[49:37] </w:t>
      </w:r>
      <w:r>
        <w:t>Why are you destroying your life and your money?</w:t>
      </w:r>
    </w:p>
    <w:p>
      <w:pPr>
        <w:jc w:val="right"/>
      </w:pPr>
      <w:r>
        <w:t>Why are you destroying your life and your money?</w:t>
      </w:r>
    </w:p>
    <w:p>
      <w:r>
        <w:rPr>
          <w:b/>
        </w:rPr>
        <w:t xml:space="preserve">[49:43] </w:t>
      </w:r>
      <w:r>
        <w:t>You have to revitalize this system.</w:t>
      </w:r>
    </w:p>
    <w:p>
      <w:pPr>
        <w:jc w:val="right"/>
      </w:pPr>
      <w:r>
        <w:t>You have to revitalize this system.</w:t>
      </w:r>
    </w:p>
    <w:p>
      <w:r>
        <w:rPr>
          <w:b/>
        </w:rPr>
        <w:t xml:space="preserve">[49:50] </w:t>
      </w:r>
      <w:r>
        <w:t>You have to revitalize this non-political empire.</w:t>
      </w:r>
    </w:p>
    <w:p>
      <w:pPr>
        <w:jc w:val="right"/>
      </w:pPr>
      <w:r>
        <w:t>You have to revitalize this non-political empire.</w:t>
      </w:r>
    </w:p>
    <w:p>
      <w:r>
        <w:rPr>
          <w:b/>
        </w:rPr>
        <w:t xml:space="preserve">[49:57] </w:t>
      </w:r>
      <w:r>
        <w:t>This is the</w:t>
      </w:r>
    </w:p>
    <w:p>
      <w:pPr>
        <w:jc w:val="right"/>
      </w:pPr>
      <w:r>
        <w:t>This is the</w:t>
      </w:r>
    </w:p>
    <w:p>
      <w:r>
        <w:rPr>
          <w:b/>
        </w:rPr>
        <w:t xml:space="preserve">[50:04] </w:t>
      </w:r>
      <w:r>
        <w:t>—I can say that this is the task ahead we have to do for this purpose, for this target. This kind of non-political empire is blessing for this world as</w:t>
      </w:r>
    </w:p>
    <w:p>
      <w:pPr>
        <w:jc w:val="right"/>
      </w:pPr>
      <w:r>
        <w:t>—I can say that this is the task ahead we have to do for this purpose, for this target. This kind of non-political empire is blessing for this world as</w:t>
      </w:r>
    </w:p>
    <w:p>
      <w:r>
        <w:rPr>
          <w:b/>
        </w:rPr>
        <w:t xml:space="preserve">[50:34] </w:t>
      </w:r>
      <w:r>
        <w:t>well as it is also blessing for the world hereafter.</w:t>
      </w:r>
    </w:p>
    <w:p>
      <w:pPr>
        <w:jc w:val="right"/>
      </w:pPr>
      <w:r>
        <w:t>well as it is also blessing for the world hereafter.</w:t>
      </w:r>
    </w:p>
    <w:p>
      <w:r>
        <w:rPr>
          <w:b/>
        </w:rPr>
        <w:t xml:space="preserve">[50:41] </w:t>
      </w:r>
      <w:r>
        <w:t>While trying to establish a political empire is a sacrifice of life, sacrifice of money, sacrifice of time,</w:t>
      </w:r>
    </w:p>
    <w:p>
      <w:pPr>
        <w:jc w:val="right"/>
      </w:pPr>
      <w:r>
        <w:t>While trying to establish a political empire is a sacrifice of life, sacrifice of money, sacrifice of time,</w:t>
      </w:r>
    </w:p>
    <w:p>
      <w:r>
        <w:rPr>
          <w:b/>
        </w:rPr>
        <w:t xml:space="preserve">[50:49] </w:t>
      </w:r>
      <w:r>
        <w:t>sacrifice of everything.</w:t>
      </w:r>
    </w:p>
    <w:p>
      <w:pPr>
        <w:jc w:val="right"/>
      </w:pPr>
      <w:r>
        <w:t>sacrifice of everything.</w:t>
      </w:r>
    </w:p>
    <w:p>
      <w:r>
        <w:rPr>
          <w:b/>
        </w:rPr>
        <w:t xml:space="preserve">[50:57] </w:t>
      </w:r>
      <w:r>
        <w:t>But to work for this</w:t>
      </w:r>
    </w:p>
    <w:p>
      <w:pPr>
        <w:jc w:val="right"/>
      </w:pPr>
      <w:r>
        <w:t>But to work for this</w:t>
      </w:r>
    </w:p>
    <w:p>
      <w:r>
        <w:rPr>
          <w:b/>
        </w:rPr>
        <w:t xml:space="preserve">[51:04] </w:t>
      </w:r>
      <w:r>
        <w:t>non-political empire, to try to revitalize this non-political empire is the greatest task.</w:t>
      </w:r>
    </w:p>
    <w:p>
      <w:pPr>
        <w:jc w:val="right"/>
      </w:pPr>
      <w:r>
        <w:t>non-political empire, to try to revitalize this non-political empire is the greatest task.</w:t>
      </w:r>
    </w:p>
    <w:p>
      <w:r>
        <w:rPr>
          <w:b/>
        </w:rPr>
        <w:t xml:space="preserve">[51:19] </w:t>
      </w:r>
      <w:r>
        <w:t>In this task, we have two great benefits for this world: success, honor, and then in the hereaf</w:t>
      </w:r>
    </w:p>
    <w:p>
      <w:pPr>
        <w:jc w:val="right"/>
      </w:pPr>
      <w:r>
        <w:t>In this task, we have two great benefits for this world: success, honor, and then in the hereaf</w:t>
      </w:r>
    </w:p>
    <w:p>
      <w:r>
        <w:rPr>
          <w:b/>
        </w:rPr>
        <w:t xml:space="preserve">[51:34] </w:t>
      </w:r>
      <w:r>
        <w:t>ter, we can achieve God's blessing, God's greatest blessing, that is Paradise.</w:t>
      </w:r>
    </w:p>
    <w:p>
      <w:pPr>
        <w:jc w:val="right"/>
      </w:pPr>
      <w:r>
        <w:t>ter, we can achieve God's blessing, God's greatest blessing, that is Paradise.</w:t>
      </w:r>
    </w:p>
    <w:p>
      <w:r>
        <w:rPr>
          <w:b/>
        </w:rPr>
        <w:t xml:space="preserve">[51:44] </w:t>
      </w:r>
      <w:r>
        <w:t>There is a hadith, "Al-Islamu ya'lu wa la yu'la 'alayh." Islam is always victorious.</w:t>
      </w:r>
    </w:p>
    <w:p>
      <w:pPr>
        <w:jc w:val="right"/>
      </w:pPr>
      <w:r>
        <w:t>There is a حدیث, "الاسلام یاعلو ولا یعلو علیہ." Islam is always victorious.</w:t>
      </w:r>
    </w:p>
    <w:p>
      <w:r>
        <w:rPr>
          <w:b/>
        </w:rPr>
        <w:t xml:space="preserve">[51:54] </w:t>
      </w:r>
      <w:r>
        <w:t>Islam is alway</w:t>
      </w:r>
    </w:p>
    <w:p>
      <w:pPr>
        <w:jc w:val="right"/>
      </w:pPr>
      <w:r>
        <w:t>Islam is alway</w:t>
      </w:r>
    </w:p>
    <w:p>
      <w:r>
        <w:rPr>
          <w:b/>
        </w:rPr>
        <w:t xml:space="preserve">[52:04] </w:t>
      </w:r>
      <w:r>
        <w:t>s victorious. Victory for Islam. Victories for Islam. But this saying is not in political sense. It is in a spiritual sense, in a non-political sense. It means that Islam has given us a great scheme to establish a non-political empire. It</w:t>
      </w:r>
    </w:p>
    <w:p>
      <w:pPr>
        <w:jc w:val="right"/>
      </w:pPr>
      <w:r>
        <w:t>s victorious. Victory for Islam. Victories for Islam. But this saying is not in political sense. It is in a spiritual sense, in a non-political sense. It means that Islam has given us a great scheme to establish a non-political empire. It</w:t>
      </w:r>
    </w:p>
    <w:p>
      <w:r>
        <w:rPr>
          <w:b/>
        </w:rPr>
        <w:t xml:space="preserve">[52:34] </w:t>
      </w:r>
      <w:r>
        <w:t>is so great that there is no possibility of failure in this task.</w:t>
      </w:r>
    </w:p>
    <w:p>
      <w:pPr>
        <w:jc w:val="right"/>
      </w:pPr>
      <w:r>
        <w:t>is so great that there is no possibility of failure in this task.</w:t>
      </w:r>
    </w:p>
    <w:p>
      <w:r>
        <w:rPr>
          <w:b/>
        </w:rPr>
        <w:t xml:space="preserve">[52:39] </w:t>
      </w:r>
      <w:r>
        <w:t>Who can destroy your non-political empire? No.</w:t>
      </w:r>
    </w:p>
    <w:p>
      <w:pPr>
        <w:jc w:val="right"/>
      </w:pPr>
      <w:r>
        <w:t>Who can destroy your non-political empire? No.</w:t>
      </w:r>
    </w:p>
    <w:p>
      <w:r>
        <w:rPr>
          <w:b/>
        </w:rPr>
        <w:t xml:space="preserve">[52:44] </w:t>
      </w:r>
      <w:r>
        <w:t>People try to destroy political empires.</w:t>
      </w:r>
    </w:p>
    <w:p>
      <w:pPr>
        <w:jc w:val="right"/>
      </w:pPr>
      <w:r>
        <w:t>People try to destroy political empires.</w:t>
      </w:r>
    </w:p>
    <w:p>
      <w:r>
        <w:rPr>
          <w:b/>
        </w:rPr>
        <w:t xml:space="preserve">[52:49] </w:t>
      </w:r>
      <w:r>
        <w:t>People try to capture political empires.</w:t>
      </w:r>
    </w:p>
    <w:p>
      <w:pPr>
        <w:jc w:val="right"/>
      </w:pPr>
      <w:r>
        <w:t>People try to capture political empires.</w:t>
      </w:r>
    </w:p>
    <w:p>
      <w:r>
        <w:rPr>
          <w:b/>
        </w:rPr>
        <w:t xml:space="preserve">[52:54] </w:t>
      </w:r>
      <w:r>
        <w:t>People try to fight political empires.</w:t>
      </w:r>
    </w:p>
    <w:p>
      <w:pPr>
        <w:jc w:val="right"/>
      </w:pPr>
      <w:r>
        <w:t>People try to fight political empires.</w:t>
      </w:r>
    </w:p>
    <w:p>
      <w:r>
        <w:rPr>
          <w:b/>
        </w:rPr>
        <w:t xml:space="preserve">[52:59] </w:t>
      </w:r>
      <w:r>
        <w:t>But as far as the</w:t>
      </w:r>
    </w:p>
    <w:p>
      <w:pPr>
        <w:jc w:val="right"/>
      </w:pPr>
      <w:r>
        <w:t>But as far as the</w:t>
      </w:r>
    </w:p>
    <w:p>
      <w:r>
        <w:rPr>
          <w:b/>
        </w:rPr>
        <w:t xml:space="preserve">[53:04] </w:t>
      </w:r>
      <w:r>
        <w:t>non-political empire is concerned, there is no threat for this kind of empire.</w:t>
      </w:r>
    </w:p>
    <w:p>
      <w:pPr>
        <w:jc w:val="right"/>
      </w:pPr>
      <w:r>
        <w:t>non-political empire is concerned, there is no threat for this kind of empire.</w:t>
      </w:r>
    </w:p>
    <w:p>
      <w:r>
        <w:rPr>
          <w:b/>
        </w:rPr>
        <w:t xml:space="preserve">[53:12] </w:t>
      </w:r>
      <w:r>
        <w:t>And Islam has given us this formula.</w:t>
      </w:r>
    </w:p>
    <w:p>
      <w:pPr>
        <w:jc w:val="right"/>
      </w:pPr>
      <w:r>
        <w:t>And Islam has given us this formula.</w:t>
      </w:r>
    </w:p>
    <w:p>
      <w:r>
        <w:rPr>
          <w:b/>
        </w:rPr>
        <w:t xml:space="preserve">[53:20] </w:t>
      </w:r>
      <w:r>
        <w:t>Islam has given us the formula to establish a non-political empire by adopting these five principles.</w:t>
      </w:r>
    </w:p>
    <w:p>
      <w:pPr>
        <w:jc w:val="right"/>
      </w:pPr>
      <w:r>
        <w:t>Islam has given us the formula to establish a non-political empire by adopting these five principles.</w:t>
      </w:r>
    </w:p>
    <w:p>
      <w:r>
        <w:rPr>
          <w:b/>
        </w:rPr>
        <w:t xml:space="preserve">[53:28] </w:t>
      </w:r>
      <w:r>
        <w:t>These five principles are so strong, so meaningful</w:t>
      </w:r>
    </w:p>
    <w:p>
      <w:pPr>
        <w:jc w:val="right"/>
      </w:pPr>
      <w:r>
        <w:t>These five principles are so strong, so meaningful</w:t>
      </w:r>
    </w:p>
    <w:p>
      <w:r>
        <w:rPr>
          <w:b/>
        </w:rPr>
        <w:t xml:space="preserve">[53:36] </w:t>
      </w:r>
      <w:r>
        <w:t>that they can establish a non-political empire.</w:t>
      </w:r>
    </w:p>
    <w:p>
      <w:pPr>
        <w:jc w:val="right"/>
      </w:pPr>
      <w:r>
        <w:t>that they can establish a non-political empire.</w:t>
      </w:r>
    </w:p>
    <w:p>
      <w:r>
        <w:rPr>
          <w:b/>
        </w:rPr>
        <w:t xml:space="preserve">[53:40] </w:t>
      </w:r>
      <w:r>
        <w:t>And this empire is always here.</w:t>
      </w:r>
    </w:p>
    <w:p>
      <w:pPr>
        <w:jc w:val="right"/>
      </w:pPr>
      <w:r>
        <w:t>And this empire is always here.</w:t>
      </w:r>
    </w:p>
    <w:p>
      <w:r>
        <w:rPr>
          <w:b/>
        </w:rPr>
        <w:t xml:space="preserve">[53:44] </w:t>
      </w:r>
      <w:r>
        <w:t>Already we have that kind of non-political empire.</w:t>
      </w:r>
    </w:p>
    <w:p>
      <w:pPr>
        <w:jc w:val="right"/>
      </w:pPr>
      <w:r>
        <w:t>Already we have that kind of non-political empire.</w:t>
      </w:r>
    </w:p>
    <w:p>
      <w:r>
        <w:rPr>
          <w:b/>
        </w:rPr>
        <w:t xml:space="preserve">[53:48] </w:t>
      </w:r>
      <w:r>
        <w:t>So this is the strength of Islam.</w:t>
      </w:r>
    </w:p>
    <w:p>
      <w:pPr>
        <w:jc w:val="right"/>
      </w:pPr>
      <w:r>
        <w:t>So this is the strength of Islam.</w:t>
      </w:r>
    </w:p>
    <w:p>
      <w:r>
        <w:rPr>
          <w:b/>
        </w:rPr>
        <w:t xml:space="preserve">[53:52] </w:t>
      </w:r>
      <w:r>
        <w:t>This is the true strength of Islam.</w:t>
      </w:r>
    </w:p>
    <w:p>
      <w:pPr>
        <w:jc w:val="right"/>
      </w:pPr>
      <w:r>
        <w:t>This is the true strength of Islam.</w:t>
      </w:r>
    </w:p>
    <w:p>
      <w:r>
        <w:rPr>
          <w:b/>
        </w:rPr>
        <w:t xml:space="preserve">[53:56] </w:t>
      </w:r>
      <w:r>
        <w:t>We need no war.</w:t>
      </w:r>
    </w:p>
    <w:p>
      <w:pPr>
        <w:jc w:val="right"/>
      </w:pPr>
      <w:r>
        <w:t>We need no war.</w:t>
      </w:r>
    </w:p>
    <w:p>
      <w:r>
        <w:rPr>
          <w:b/>
        </w:rPr>
        <w:t xml:space="preserve">[54:01] </w:t>
      </w:r>
      <w:r>
        <w:t>We need no violence.</w:t>
      </w:r>
    </w:p>
    <w:p>
      <w:pPr>
        <w:jc w:val="right"/>
      </w:pPr>
      <w:r>
        <w:t>We need no violence.</w:t>
      </w:r>
    </w:p>
    <w:p>
      <w:r>
        <w:rPr>
          <w:b/>
        </w:rPr>
        <w:t xml:space="preserve">[54:05] </w:t>
      </w:r>
      <w:r>
        <w:t>We need no hate.</w:t>
      </w:r>
    </w:p>
    <w:p>
      <w:pPr>
        <w:jc w:val="right"/>
      </w:pPr>
      <w:r>
        <w:t>We need no hate.</w:t>
      </w:r>
    </w:p>
    <w:p>
      <w:r>
        <w:rPr>
          <w:b/>
        </w:rPr>
        <w:t xml:space="preserve">[54:09] </w:t>
      </w:r>
      <w:r>
        <w:t>We need no confrontation.</w:t>
      </w:r>
    </w:p>
    <w:p>
      <w:pPr>
        <w:jc w:val="right"/>
      </w:pPr>
      <w:r>
        <w:t>We need no confrontation.</w:t>
      </w:r>
    </w:p>
    <w:p>
      <w:r>
        <w:rPr>
          <w:b/>
        </w:rPr>
        <w:t xml:space="preserve">[54:24] </w:t>
      </w:r>
      <w:r>
        <w:t>So without going to confrontation, without fighting others, without bloodshed, we can establish a non-political empire by following this principle. By</w:t>
      </w:r>
    </w:p>
    <w:p>
      <w:pPr>
        <w:jc w:val="right"/>
      </w:pPr>
      <w:r>
        <w:t>So without going to confrontation, without fighting others, without bloodshed, we can establish a non-political empire by following this principle. By</w:t>
      </w:r>
    </w:p>
    <w:p>
      <w:r>
        <w:rPr>
          <w:b/>
        </w:rPr>
        <w:t xml:space="preserve">[54:39] </w:t>
      </w:r>
      <w:r>
        <w:t>following this principle.</w:t>
      </w:r>
    </w:p>
    <w:p>
      <w:pPr>
        <w:jc w:val="right"/>
      </w:pPr>
      <w:r>
        <w:t>following this principle.</w:t>
      </w:r>
    </w:p>
    <w:p>
      <w:r>
        <w:rPr>
          <w:b/>
        </w:rPr>
        <w:t xml:space="preserve">[54:47] </w:t>
      </w:r>
      <w:r>
        <w:t>The Quran says, "Innamal ausri usra." It means that every time the door of opportunity—every time the door</w:t>
      </w:r>
    </w:p>
    <w:p>
      <w:pPr>
        <w:jc w:val="right"/>
      </w:pPr>
      <w:r>
        <w:t>The Quran says, "Innamal ausri usra." It means that every time the door of opportunity—every time the door</w:t>
      </w:r>
    </w:p>
    <w:p>
      <w:r>
        <w:rPr>
          <w:b/>
        </w:rPr>
        <w:t xml:space="preserve">[54:55] </w:t>
      </w:r>
      <w:r>
        <w:t>of opportunities are open.</w:t>
      </w:r>
    </w:p>
    <w:p>
      <w:pPr>
        <w:jc w:val="right"/>
      </w:pPr>
      <w:r>
        <w:t>of opportunities are open.</w:t>
      </w:r>
    </w:p>
    <w:p>
      <w:r>
        <w:rPr>
          <w:b/>
        </w:rPr>
        <w:t xml:space="preserve">[55:03] </w:t>
      </w:r>
      <w:r>
        <w:t>In every situation, in every time, the doors of opportunities are open.</w:t>
      </w:r>
    </w:p>
    <w:p>
      <w:pPr>
        <w:jc w:val="right"/>
      </w:pPr>
      <w:r>
        <w:t>In every situation, in every time, the doors of opportunities are open.</w:t>
      </w:r>
    </w:p>
    <w:p>
      <w:r>
        <w:rPr>
          <w:b/>
        </w:rPr>
        <w:t xml:space="preserve">[55:11] </w:t>
      </w:r>
      <w:r>
        <w:t>Because according to the law of nature, where there are problems, there are opportunities.</w:t>
      </w:r>
    </w:p>
    <w:p>
      <w:pPr>
        <w:jc w:val="right"/>
      </w:pPr>
      <w:r>
        <w:t>Because according to the law of nature, where there are problems, there are opportunities.</w:t>
      </w:r>
    </w:p>
    <w:p>
      <w:r>
        <w:rPr>
          <w:b/>
        </w:rPr>
        <w:t xml:space="preserve">[55:18] </w:t>
      </w:r>
      <w:r>
        <w:t>So simply formulized that we have to avoid problems, we have to avail the opportunities.</w:t>
      </w:r>
    </w:p>
    <w:p>
      <w:pPr>
        <w:jc w:val="right"/>
      </w:pPr>
      <w:r>
        <w:t>So simply formulized that we have to avoid problems, we have to avail the opportunities.</w:t>
      </w:r>
    </w:p>
    <w:p>
      <w:r>
        <w:rPr>
          <w:b/>
        </w:rPr>
        <w:t xml:space="preserve">[55:26] </w:t>
      </w:r>
      <w:r>
        <w:t>So this formula means we have to avoid political confrontation.</w:t>
      </w:r>
    </w:p>
    <w:p>
      <w:pPr>
        <w:jc w:val="right"/>
      </w:pPr>
      <w:r>
        <w:t>So this formula means we have to avoid political confrontation.</w:t>
      </w:r>
    </w:p>
    <w:p>
      <w:r>
        <w:rPr>
          <w:b/>
        </w:rPr>
        <w:t xml:space="preserve">[55:33] </w:t>
      </w:r>
      <w:r>
        <w:t>Then we will be able to establ</w:t>
      </w:r>
    </w:p>
    <w:p>
      <w:pPr>
        <w:jc w:val="right"/>
      </w:pPr>
      <w:r>
        <w:t>Then we will be able to establ</w:t>
      </w:r>
    </w:p>
    <w:p>
      <w:r>
        <w:rPr>
          <w:b/>
        </w:rPr>
        <w:t xml:space="preserve">[55:41] </w:t>
      </w:r>
      <w:r>
        <w:t>ish a non-political empire of Islam.</w:t>
      </w:r>
    </w:p>
    <w:p>
      <w:pPr>
        <w:jc w:val="right"/>
      </w:pPr>
      <w:r>
        <w:t>ish a non-political empire of Islam.</w:t>
      </w:r>
    </w:p>
    <w:p>
      <w:r>
        <w:rPr>
          <w:b/>
        </w:rPr>
        <w:t xml:space="preserve">[55:47] </w:t>
      </w:r>
      <w:r>
        <w:t>This is a simple formula.</w:t>
      </w:r>
    </w:p>
    <w:p>
      <w:pPr>
        <w:jc w:val="right"/>
      </w:pPr>
      <w:r>
        <w:t>This is a simple formula.</w:t>
      </w:r>
    </w:p>
    <w:p>
      <w:r>
        <w:rPr>
          <w:b/>
        </w:rPr>
        <w:t xml:space="preserve">[55:53] </w:t>
      </w:r>
      <w:r>
        <w:t>Very, very simple formula.</w:t>
      </w:r>
    </w:p>
    <w:p>
      <w:pPr>
        <w:jc w:val="right"/>
      </w:pPr>
      <w:r>
        <w:t>Very, very simple formula.</w:t>
      </w:r>
    </w:p>
    <w:p>
      <w:r>
        <w:rPr>
          <w:b/>
        </w:rPr>
        <w:t xml:space="preserve">[55:59] </w:t>
      </w:r>
      <w:r>
        <w:t>Avoid confrontation with those political powers.</w:t>
      </w:r>
    </w:p>
    <w:p>
      <w:pPr>
        <w:jc w:val="right"/>
      </w:pPr>
      <w:r>
        <w:t>Avoid confrontation with those political powers.</w:t>
      </w:r>
    </w:p>
    <w:p>
      <w:r>
        <w:rPr>
          <w:b/>
        </w:rPr>
        <w:t xml:space="preserve">[56:05] </w:t>
      </w:r>
      <w:r>
        <w:t>Avoid political confrontation and try to build a non-political</w:t>
      </w:r>
    </w:p>
    <w:p>
      <w:pPr>
        <w:jc w:val="right"/>
      </w:pPr>
      <w:r>
        <w:t>Avoid political confrontation and try to build a non-political</w:t>
      </w:r>
    </w:p>
    <w:p>
      <w:r>
        <w:rPr>
          <w:b/>
        </w:rPr>
        <w:t xml:space="preserve">[56:11] </w:t>
      </w:r>
      <w:r>
        <w:t>empire of Islam.</w:t>
      </w:r>
    </w:p>
    <w:p>
      <w:pPr>
        <w:jc w:val="right"/>
      </w:pPr>
      <w:r>
        <w:t>empire of Islam.</w:t>
      </w:r>
    </w:p>
    <w:p>
      <w:r>
        <w:rPr>
          <w:b/>
        </w:rPr>
        <w:t xml:space="preserve">[56:17] </w:t>
      </w:r>
      <w:r>
        <w:t>This is completely possible in every situation.</w:t>
      </w:r>
    </w:p>
    <w:p>
      <w:pPr>
        <w:jc w:val="right"/>
      </w:pPr>
      <w:r>
        <w:t>This is completely possible in every situation.</w:t>
      </w:r>
    </w:p>
    <w:p>
      <w:r>
        <w:rPr>
          <w:b/>
        </w:rPr>
        <w:t xml:space="preserve">[56:23] </w:t>
      </w:r>
      <w:r>
        <w:t>It is a very beautiful formula and it is the most practicable formula.</w:t>
      </w:r>
    </w:p>
    <w:p>
      <w:pPr>
        <w:jc w:val="right"/>
      </w:pPr>
      <w:r>
        <w:t>It is a very beautiful formula and it is the most practicable formula.</w:t>
      </w:r>
    </w:p>
    <w:p>
      <w:r>
        <w:rPr>
          <w:b/>
        </w:rPr>
        <w:t xml:space="preserve">[56:29] </w:t>
      </w:r>
      <w:r>
        <w:t>So you have to avoid political confrontation.</w:t>
      </w:r>
    </w:p>
    <w:p>
      <w:pPr>
        <w:jc w:val="right"/>
      </w:pPr>
      <w:r>
        <w:t>So you have to avoid political confrontation.</w:t>
      </w:r>
    </w:p>
    <w:p>
      <w:r>
        <w:rPr>
          <w:b/>
        </w:rPr>
        <w:t xml:space="preserve">[56:35] </w:t>
      </w:r>
      <w:r>
        <w:t>Then you will be able to establish a non-political empire of Islam.</w:t>
      </w:r>
    </w:p>
    <w:p>
      <w:pPr>
        <w:jc w:val="right"/>
      </w:pPr>
      <w:r>
        <w:t>Then you will be able to establish a non-political empire of Islam.</w:t>
      </w:r>
    </w:p>
    <w:p>
      <w:r>
        <w:rPr>
          <w:b/>
        </w:rPr>
        <w:t xml:space="preserve">[56:41] </w:t>
      </w:r>
      <w:r>
        <w:t>This is the formula given by Islam by the Prophet of Islam. So we have to follow this formula given by the Prophet of Islam. wa qoolu qawli hadha wa astaghfirullaha alayhi wa barakatuhu ajmaeen.</w:t>
      </w:r>
    </w:p>
    <w:p>
      <w:pPr>
        <w:jc w:val="right"/>
      </w:pPr>
      <w:r>
        <w:t>This is the formula given by Islam by the Prophet of Islam. So we have to follow this formula given by the Prophet of Islam. وَقُولُ قَوْلِي هَذَا وَأَسْتَغْفِرُوا اللَّهَ عَلَيْهِ وَبَرَكَاتُهُ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