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25 | November 19, 2017 | Maulana Wahiduddin Khan</w:t>
      </w:r>
    </w:p>
    <w:p>
      <w:r>
        <w:t>https://www.youtube.com/watch?v=ctvrG32NCgA</w:t>
      </w:r>
    </w:p>
    <w:p>
      <w:r>
        <w:rPr>
          <w:b/>
        </w:rPr>
        <w:t xml:space="preserve">[00:10] </w:t>
      </w:r>
      <w:r>
        <w:t>bismillah hir rahman nir rahim, wa salla Allahu ala an-nabiyyi al-karim.</w:t>
      </w:r>
    </w:p>
    <w:p>
      <w:pPr>
        <w:jc w:val="right"/>
      </w:pPr>
      <w:r>
        <w:t>بسم اللہ الرحمن الرحیم، وصلی اللہ علی النبی الکریم۔</w:t>
      </w:r>
    </w:p>
    <w:p>
      <w:r>
        <w:rPr>
          <w:b/>
        </w:rPr>
        <w:t xml:space="preserve">[00:21]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[00:33] </w:t>
      </w:r>
      <w:r>
        <w:t>19 november 2017.</w:t>
      </w:r>
    </w:p>
    <w:p>
      <w:pPr>
        <w:jc w:val="right"/>
      </w:pPr>
      <w:r>
        <w:t>19 نومبر 2017۔</w:t>
      </w:r>
    </w:p>
    <w:p>
      <w:r>
        <w:rPr>
          <w:b/>
        </w:rPr>
        <w:t xml:space="preserve">[00:44] </w:t>
      </w:r>
      <w:r>
        <w:t>aaj surah baqarah ki kuch ayaton ka dars hoga.</w:t>
      </w:r>
    </w:p>
    <w:p>
      <w:pPr>
        <w:jc w:val="right"/>
      </w:pPr>
      <w:r>
        <w:t>آج سورہ بقرہ کی کچھ آیتوں کا درس ہوگا۔</w:t>
      </w:r>
    </w:p>
    <w:p>
      <w:r>
        <w:rPr>
          <w:b/>
        </w:rPr>
        <w:t xml:space="preserve">[00:51] </w:t>
      </w:r>
      <w:r>
        <w:t>yeh aayatein jannat se mutalliq hain.</w:t>
      </w:r>
    </w:p>
    <w:p>
      <w:pPr>
        <w:jc w:val="right"/>
      </w:pPr>
      <w:r>
        <w:t>یہ آیتیں جنت سے متعلق ہیں۔</w:t>
      </w:r>
    </w:p>
    <w:p>
      <w:r>
        <w:rPr>
          <w:b/>
        </w:rPr>
        <w:t xml:space="preserve">[00:59] </w:t>
      </w:r>
      <w:r>
        <w:t>bismillah rahman rahim.</w:t>
      </w:r>
    </w:p>
    <w:p>
      <w:pPr>
        <w:jc w:val="right"/>
      </w:pPr>
      <w:r>
        <w:t>بسم اللہ الرحمن الرحیم۔</w:t>
      </w:r>
    </w:p>
    <w:p>
      <w:r>
        <w:rPr>
          <w:b/>
        </w:rPr>
        <w:t xml:space="preserve">[01:06] </w:t>
      </w:r>
      <w:r>
        <w:t>wa bashir alladhina amanu wa amilu al-salihata an lahum jannatin tajri min tahtiha al-anhar, kullama ruziqu minha min thamaratin rizqan,</w:t>
      </w:r>
    </w:p>
    <w:p>
      <w:pPr>
        <w:jc w:val="right"/>
      </w:pPr>
      <w:r>
        <w:t>وبشر الذین آمنوا وعمل الصالحات أن لہم جنات تجری من تحتها الأنهار، کلما رزقوا منها من ثمرۃ الرزق،</w:t>
      </w:r>
    </w:p>
    <w:p>
      <w:r>
        <w:rPr>
          <w:b/>
        </w:rPr>
        <w:t xml:space="preserve">[01:14] </w:t>
      </w:r>
      <w:r>
        <w:t>qaloo: "hadha alladhi ruziqna min qablu wa utuba mutashabiha".</w:t>
      </w:r>
    </w:p>
    <w:p>
      <w:pPr>
        <w:jc w:val="right"/>
      </w:pPr>
      <w:r>
        <w:t>قالوا: "ھذا الذی رزقنا من قبل واتوبہ متشابہا"۔</w:t>
      </w:r>
    </w:p>
    <w:p>
      <w:r>
        <w:rPr>
          <w:b/>
        </w:rPr>
        <w:t xml:space="preserve">[01:20] </w:t>
      </w:r>
      <w:r>
        <w:t>wa lahum fiha azwajun mutahharatun wa hum fiha khalidoon.</w:t>
      </w:r>
    </w:p>
    <w:p>
      <w:pPr>
        <w:jc w:val="right"/>
      </w:pPr>
      <w:r>
        <w:t>ولهم فیہا ازواج مطہرۃ وهم فیہا خالدون۔</w:t>
      </w:r>
    </w:p>
    <w:p>
      <w:r>
        <w:rPr>
          <w:b/>
        </w:rPr>
        <w:t xml:space="preserve">[01:26] </w:t>
      </w:r>
      <w:r>
        <w:t>surah al-baqarah, surah number do, ayat number 25.</w:t>
      </w:r>
    </w:p>
    <w:p>
      <w:pPr>
        <w:jc w:val="right"/>
      </w:pPr>
      <w:r>
        <w:t>سورہ البقرہ، سورہ نمبر دو، آیت نمبر 25۔</w:t>
      </w:r>
    </w:p>
    <w:p>
      <w:r>
        <w:rPr>
          <w:b/>
        </w:rPr>
        <w:t xml:space="preserve">[01:32] </w:t>
      </w:r>
      <w:r>
        <w:t>aur khushkhabri de do un logon ko jo imaan laye aur jinhon ne nek kaam kiye, is baat</w:t>
      </w:r>
    </w:p>
    <w:p>
      <w:pPr>
        <w:jc w:val="right"/>
      </w:pPr>
      <w:r>
        <w:t>اور خوشخبری دے دو ان لوگوں کو جو ایمان لائے اور جنہوں نے نیک کام کیے، اس بات</w:t>
      </w:r>
    </w:p>
    <w:p>
      <w:r>
        <w:rPr>
          <w:b/>
        </w:rPr>
        <w:t xml:space="preserve">[01:38] </w:t>
      </w:r>
      <w:r>
        <w:t>ki ke un ke liye aise bagh honge jin ke neeche nehren jaari hongi. jab</w:t>
      </w:r>
    </w:p>
    <w:p>
      <w:pPr>
        <w:jc w:val="right"/>
      </w:pPr>
      <w:r>
        <w:t>کی کہ ان کے لیے ایسے باغ ہوں گے جن کے نیچے نہریں جاری ہوں گی۔ جب</w:t>
      </w:r>
    </w:p>
    <w:p>
      <w:r>
        <w:rPr>
          <w:b/>
        </w:rPr>
        <w:t xml:space="preserve">[01:44] </w:t>
      </w:r>
      <w:r>
        <w:t>Bhi un ko in baghon mein se koi phal khane ko milega to woh kahenge: "Yeh wohi hai jo is se pehle hum ko diya gaya tha". Aur milega un ko aik doosre se milta julta, aur un ke liye wahan pakizah jode honge aur woh is mein hamesha rahenge. Give the good news to those who believe and do good works, that they will have gardens through which rivers flow.</w:t>
      </w:r>
    </w:p>
    <w:p>
      <w:pPr>
        <w:jc w:val="right"/>
      </w:pPr>
      <w:r>
        <w:t>بھی ان کو ان باغوں میں سے کوئی پھل کھانے کو ملے گا تو وہ کہیں گے: "یہ وہی ہے جو اس سے پہلے ہم کو دیا گیا تھا"۔ اور ملے گا ان کو ایک دوسرے سے ملتا جلتا، اور ان کے لیے وہاں پاکیزہ جوڑے ہوں گے اور وہ اس میں ہمیشہ رہیں گے۔ Give the good news to those who believe and do good works, that they will have gardens through which rivers flow.</w:t>
      </w:r>
    </w:p>
    <w:p>
      <w:r>
        <w:rPr>
          <w:b/>
        </w:rPr>
        <w:t xml:space="preserve">[02:14] </w:t>
      </w:r>
      <w:r>
        <w:t>Whenever they are given fruit to eat, they will say: "This is what we were provided with before,</w:t>
      </w:r>
    </w:p>
    <w:p>
      <w:pPr>
        <w:jc w:val="right"/>
      </w:pPr>
      <w:r>
        <w:t>Whenever they are given fruit to eat, they will say: "This is what we were provided with before,</w:t>
      </w:r>
    </w:p>
    <w:p>
      <w:r>
        <w:rPr>
          <w:b/>
        </w:rPr>
        <w:t xml:space="preserve">[02:25] </w:t>
      </w:r>
      <w:r>
        <w:t>because they were given similar things, and there will be pure spouses for them, and they will abide there forever" .</w:t>
      </w:r>
    </w:p>
    <w:p>
      <w:pPr>
        <w:jc w:val="right"/>
      </w:pPr>
      <w:r>
        <w:t>because they were given similar things, and there will be pure spouses for them, and they will abide there forever"۔</w:t>
      </w:r>
    </w:p>
    <w:p>
      <w:r>
        <w:rPr>
          <w:b/>
        </w:rPr>
        <w:t xml:space="preserve">[02:36] </w:t>
      </w:r>
      <w:r>
        <w:t>dekhiye, surah al-baqarah ki is ayat mein yeh kaha gaya hai ke</w:t>
      </w:r>
    </w:p>
    <w:p>
      <w:pPr>
        <w:jc w:val="right"/>
      </w:pPr>
      <w:r>
        <w:t>دیکھیے، سورہ البقرہ کی اس آیت میں یہ کہا گیا ہے کہ</w:t>
      </w:r>
    </w:p>
    <w:p>
      <w:r>
        <w:rPr>
          <w:b/>
        </w:rPr>
        <w:t xml:space="preserve">[02:47] </w:t>
      </w:r>
      <w:r>
        <w:t>aakhirat ki jannat hamari maut dunya ke mushaba hogi, yaani similar hogi.</w:t>
      </w:r>
    </w:p>
    <w:p>
      <w:pPr>
        <w:jc w:val="right"/>
      </w:pPr>
      <w:r>
        <w:t>آخرت کی جنت ہماری موت دنیا کے مشابہ ہوگی، یعنی similar ہوگی۔</w:t>
      </w:r>
    </w:p>
    <w:p>
      <w:r>
        <w:rPr>
          <w:b/>
        </w:rPr>
        <w:t xml:space="preserve">[02:57] </w:t>
      </w:r>
      <w:r>
        <w:t>yeh yahan ek sawal hai, kyunke doosri jagah surah al-sajdah mein yeh ayat aati hai ke: "la ta'lam</w:t>
      </w:r>
    </w:p>
    <w:p>
      <w:pPr>
        <w:jc w:val="right"/>
      </w:pPr>
      <w:r>
        <w:t>یہ یہاں ایک سوال ہے، کیونکہ دوسری جگہ سورہ السجدہ میں یہ آیت آتی ہے کہ: "لا تعلم</w:t>
      </w:r>
    </w:p>
    <w:p>
      <w:r>
        <w:rPr>
          <w:b/>
        </w:rPr>
        <w:t xml:space="preserve">[03:07] </w:t>
      </w:r>
      <w:r>
        <w:t>nafsun ma ukhfi lahum min qurrati a'yun".</w:t>
      </w:r>
    </w:p>
    <w:p>
      <w:pPr>
        <w:jc w:val="right"/>
      </w:pPr>
      <w:r>
        <w:t>نفس ما اخف لہم من قرۃ عین"۔</w:t>
      </w:r>
    </w:p>
    <w:p>
      <w:r>
        <w:rPr>
          <w:b/>
        </w:rPr>
        <w:t xml:space="preserve">[03:17] </w:t>
      </w:r>
      <w:r>
        <w:t>Ke jannat ke bare mein koi janta nahi ke wahan kaisi kaisi cheezen ahle jannat ke liye chhupa kar rakhi gayi hain. To Surah Baqarah ki ayat sawal karti hai ke jannat yahi dunya jaisi hogi, aur Surah Sajdah ki ayat batati hai ke woh aisi hogi jo insan is ko soch nahi sakta pehle, yaani ghaybat</w:t>
      </w:r>
    </w:p>
    <w:p>
      <w:pPr>
        <w:jc w:val="right"/>
      </w:pPr>
      <w:r>
        <w:t>کہ جنت کے بارے میں کوئی جانتا نہیں کہ وہاں کیسی کیسی چیزیں اہل جنت کے لیے چھپا کر رکھی گئی ہیں۔ تو سورہ البقرہ کی آیت سوال کرتی ہے کہ جنت یہی دنیا جیسی ہوگی، اور سورہ السجدہ کی آیت بتاتی ہے کہ وہ ایسی ہوگی جو انسان اس کو سوچ نہیں سکتا پہلے، یعنی غیبت</w:t>
      </w:r>
    </w:p>
    <w:p>
      <w:r>
        <w:rPr>
          <w:b/>
        </w:rPr>
        <w:t xml:space="preserve">[03:47] </w:t>
      </w:r>
      <w:r>
        <w:t>Thabit. Aik Surah Baqarah ke mutabiq jannat mutashaba hogi, aur Surah Sajdah ke mutabiq woh ghair mutashaba hogi. To kya matlab hai is ka? Jahan tak main samajhta hoon, is ka matlab yeh hai ke quantitative term</w:t>
      </w:r>
    </w:p>
    <w:p>
      <w:pPr>
        <w:jc w:val="right"/>
      </w:pPr>
      <w:r>
        <w:t>ثابت۔ ایک سورہ البقرہ کے مطابق جنت متثابہ ہوگی، اور سورہ السجدہ کے مطابق وہ غیر متثابہ ہوگی۔ تو کیا مطلب ہے اس کا؟ جہاں تک میں سمجھتا ہوں، اس کا مطلب یہ ہے کہ quantitative term</w:t>
      </w:r>
    </w:p>
    <w:p>
      <w:r>
        <w:rPr>
          <w:b/>
        </w:rPr>
        <w:t xml:space="preserve">[04:17] </w:t>
      </w:r>
      <w:r>
        <w:t>mein jannat bazahir maujoodah dunya ke mutasaba hogi, milti julti hogi, lekin qualitative term mein woh bilkul different hogi.</w:t>
      </w:r>
    </w:p>
    <w:p>
      <w:pPr>
        <w:jc w:val="right"/>
      </w:pPr>
      <w:r>
        <w:t>میں جنت بظاہر موجودہ دنیا کے متصابہ ہوگی، ملتی جلتی ہوگی، لیکن qualitative term میں وہ بالکل different ہوگی۔</w:t>
      </w:r>
    </w:p>
    <w:p>
      <w:r>
        <w:rPr>
          <w:b/>
        </w:rPr>
        <w:t xml:space="preserve">[04:32] </w:t>
      </w:r>
      <w:r>
        <w:t>yaani kamiati aitbar se similar aur kaifiyat</w:t>
      </w:r>
    </w:p>
    <w:p>
      <w:pPr>
        <w:jc w:val="right"/>
      </w:pPr>
      <w:r>
        <w:t>یعنی کمیاتی اعتبار سے similar اور کیفیات</w:t>
      </w:r>
    </w:p>
    <w:p>
      <w:r>
        <w:rPr>
          <w:b/>
        </w:rPr>
        <w:t xml:space="preserve">[04:47] </w:t>
      </w:r>
      <w:r>
        <w:t>y aitbar se mukhtalif.</w:t>
      </w:r>
    </w:p>
    <w:p>
      <w:pPr>
        <w:jc w:val="right"/>
      </w:pPr>
      <w:r>
        <w:t>ی اعتبار سے مختلف۔</w:t>
      </w:r>
    </w:p>
    <w:p>
      <w:r>
        <w:rPr>
          <w:b/>
        </w:rPr>
        <w:t xml:space="preserve">[05:02] </w:t>
      </w:r>
      <w:r>
        <w:t>is par main sochta hoon to mujhe samajh mein aata hai ke yeh jannat,</w:t>
      </w:r>
    </w:p>
    <w:p>
      <w:pPr>
        <w:jc w:val="right"/>
      </w:pPr>
      <w:r>
        <w:t>اس پر میں سوچتا ہوں تو مجھے سمجھ میں آتا ہے کہ یہ جنت،</w:t>
      </w:r>
    </w:p>
    <w:p>
      <w:r>
        <w:rPr>
          <w:b/>
        </w:rPr>
        <w:t xml:space="preserve">[05:17] </w:t>
      </w:r>
      <w:r>
        <w:t>yaani dunya jo hamein di gayi hai, woh bhi jannat hi hai.</w:t>
      </w:r>
    </w:p>
    <w:p>
      <w:pPr>
        <w:jc w:val="right"/>
      </w:pPr>
      <w:r>
        <w:t>یعنی دنیا جو ہمیں دی گئی ہے، وہ بھی جنت ہی ہے۔</w:t>
      </w:r>
    </w:p>
    <w:p>
      <w:r>
        <w:rPr>
          <w:b/>
        </w:rPr>
        <w:t xml:space="preserve">[05:25] </w:t>
      </w:r>
      <w:r>
        <w:t>yeh jo dunya mili hai hamein rehne ke liye, woh bhi jannat hi hai.</w:t>
      </w:r>
    </w:p>
    <w:p>
      <w:pPr>
        <w:jc w:val="right"/>
      </w:pPr>
      <w:r>
        <w:t>یہ جو دنیا ملی ہے ہمیں رہنے کے لیے، وہ بھی جنت ہی ہے۔</w:t>
      </w:r>
    </w:p>
    <w:p>
      <w:r>
        <w:rPr>
          <w:b/>
        </w:rPr>
        <w:t xml:space="preserve">[05:33] </w:t>
      </w:r>
      <w:r>
        <w:t>kyun? is liye ke khud quran mein yeh bataya gaya hai ke: "wa laqad katabna fi al-zabur min ba'di</w:t>
      </w:r>
    </w:p>
    <w:p>
      <w:pPr>
        <w:jc w:val="right"/>
      </w:pPr>
      <w:r>
        <w:t>کیوں؟ اس لیے کہ خود قرآن میں یہ بتایا گیا ہے کہ: "ولقد کتبنا فی الزبور من بعد</w:t>
      </w:r>
    </w:p>
    <w:p>
      <w:r>
        <w:rPr>
          <w:b/>
        </w:rPr>
        <w:t xml:space="preserve">[05:41] </w:t>
      </w:r>
      <w:r>
        <w:t>al-dhikri an al-aridh yarithu 'ibaduna al-salihun".</w:t>
      </w:r>
    </w:p>
    <w:p>
      <w:pPr>
        <w:jc w:val="right"/>
      </w:pPr>
      <w:r>
        <w:t>الذکر ان الارضیرث عباد الصالحون"۔</w:t>
      </w:r>
    </w:p>
    <w:p>
      <w:r>
        <w:rPr>
          <w:b/>
        </w:rPr>
        <w:t xml:space="preserve">[05:49] </w:t>
      </w:r>
      <w:r>
        <w:t>to zabur aur quran dono mein yeh baat hai ke maw'oodah dunya jo hai, yahi jannat banegi.</w:t>
      </w:r>
    </w:p>
    <w:p>
      <w:pPr>
        <w:jc w:val="right"/>
      </w:pPr>
      <w:r>
        <w:t>تو زبور اور قرآن دونوں میں یہ بات ہے کہ موعودہ دنیا جو ہے، یہی جنت بنے گی۔</w:t>
      </w:r>
    </w:p>
    <w:p>
      <w:r>
        <w:rPr>
          <w:b/>
        </w:rPr>
        <w:t xml:space="preserve">[05:56] </w:t>
      </w:r>
      <w:r>
        <w:t>jannat kisi aur, kisi doosre aasman mein nahi hogi, balke jo maw'oodah dunya hai, usi ko jannat mein</w:t>
      </w:r>
    </w:p>
    <w:p>
      <w:pPr>
        <w:jc w:val="right"/>
      </w:pPr>
      <w:r>
        <w:t>جنت کسی اور، کسی دوسرے آسمان میں نہیں ہوگی، بلکہ جو موعودہ دنیا ہے، اسی کو جنت میں</w:t>
      </w:r>
    </w:p>
    <w:p>
      <w:r>
        <w:rPr>
          <w:b/>
        </w:rPr>
        <w:t xml:space="preserve">[06:04] </w:t>
      </w:r>
      <w:r>
        <w:t>convert kar diya jayega.</w:t>
      </w:r>
    </w:p>
    <w:p>
      <w:pPr>
        <w:jc w:val="right"/>
      </w:pPr>
      <w:r>
        <w:t>convert کر دیا جائے گا۔</w:t>
      </w:r>
    </w:p>
    <w:p>
      <w:r>
        <w:rPr>
          <w:b/>
        </w:rPr>
        <w:t xml:space="preserve">[06:12] </w:t>
      </w:r>
      <w:r>
        <w:t>ya is yeh tafseer</w:t>
      </w:r>
    </w:p>
    <w:p>
      <w:pPr>
        <w:jc w:val="right"/>
      </w:pPr>
      <w:r>
        <w:t>یا اس یہ تفسیر</w:t>
      </w:r>
    </w:p>
    <w:p>
      <w:r>
        <w:rPr>
          <w:b/>
        </w:rPr>
        <w:t xml:space="preserve">[06:20] </w:t>
      </w:r>
      <w:r>
        <w:t>hazrat abdullah ibn abbas ke shagird mujahid tabai ne ki hai, aur yeh quran ke mutabiq hai.</w:t>
      </w:r>
    </w:p>
    <w:p>
      <w:pPr>
        <w:jc w:val="right"/>
      </w:pPr>
      <w:r>
        <w:t>حضرت عبداللہ ابن عباس کے شاگرد مجاہد تابعی نے کی ہے، اور یہ قرآن کے مطابق ہے۔</w:t>
      </w:r>
    </w:p>
    <w:p>
      <w:r>
        <w:rPr>
          <w:b/>
        </w:rPr>
        <w:t xml:space="preserve">[06:30] </w:t>
      </w:r>
      <w:r>
        <w:t>toh aap yun sochiye ke yeh sadah baat nahi hai.</w:t>
      </w:r>
    </w:p>
    <w:p>
      <w:pPr>
        <w:jc w:val="right"/>
      </w:pPr>
      <w:r>
        <w:t>تو آپ یوں سوچیے کہ یہ سادہ بات نہیں ہے۔</w:t>
      </w:r>
    </w:p>
    <w:p>
      <w:r>
        <w:rPr>
          <w:b/>
        </w:rPr>
        <w:t xml:space="preserve">[06:40] </w:t>
      </w:r>
      <w:r>
        <w:t>waqea yeh hai ke agar insaan ko aisi zindagi mil jaye</w:t>
      </w:r>
    </w:p>
    <w:p>
      <w:pPr>
        <w:jc w:val="right"/>
      </w:pPr>
      <w:r>
        <w:t>واقعہ یہ ہے کہ اگر انسان کو ایسی زندگی مل جائے</w:t>
      </w:r>
    </w:p>
    <w:p>
      <w:r>
        <w:rPr>
          <w:b/>
        </w:rPr>
        <w:t xml:space="preserve">[06:50] </w:t>
      </w:r>
      <w:r>
        <w:t>jis mein maut na ho, maut na ho, toh kaisi ajeeb zindagi hogi woh? jahan barhapa na ho,</w:t>
      </w:r>
    </w:p>
    <w:p>
      <w:pPr>
        <w:jc w:val="right"/>
      </w:pPr>
      <w:r>
        <w:t>جس میں موت نہ ہو، موت نہ ہو، تو کیسی عجیب زندگی ہوگی وہ؟ جہاں بڑھاپا نہ ہو،</w:t>
      </w:r>
    </w:p>
    <w:p>
      <w:r>
        <w:rPr>
          <w:b/>
        </w:rPr>
        <w:t xml:space="preserve">[07:00] </w:t>
      </w:r>
      <w:r>
        <w:t>accident na ho, bimari na ho, toh kitna zyada mukhtalif hogi.</w:t>
      </w:r>
    </w:p>
    <w:p>
      <w:pPr>
        <w:jc w:val="right"/>
      </w:pPr>
      <w:r>
        <w:t>accident نہ ہو، بیماری نہ ہو، تو کتنا زیادہ مختلف ہوگی۔</w:t>
      </w:r>
    </w:p>
    <w:p>
      <w:r>
        <w:rPr>
          <w:b/>
        </w:rPr>
        <w:t xml:space="preserve">[07:10] </w:t>
      </w:r>
      <w:r>
        <w:t>phir dekhiye, jahan insaan ka corruption na ho, har cheez fresh</w:t>
      </w:r>
    </w:p>
    <w:p>
      <w:pPr>
        <w:jc w:val="right"/>
      </w:pPr>
      <w:r>
        <w:t>پھر دیکھیے، جہاں انسان کا corruption نہ ہو، ہر چیز fresh</w:t>
      </w:r>
    </w:p>
    <w:p>
      <w:r>
        <w:rPr>
          <w:b/>
        </w:rPr>
        <w:t xml:space="preserve">[07:20] </w:t>
      </w:r>
      <w:r>
        <w:t>, har cheez pure, har cheez apni fitri halat mein, toh kitna zyada woh different hogi hamari aaj</w:t>
      </w:r>
    </w:p>
    <w:p>
      <w:pPr>
        <w:jc w:val="right"/>
      </w:pPr>
      <w:r>
        <w:t>، ہر چیز pure، ہر چیز اپنی فطری حالت میں، تو کتنا زیادہ وہ different ہوگی ہماری آج</w:t>
      </w:r>
    </w:p>
    <w:p>
      <w:r>
        <w:rPr>
          <w:b/>
        </w:rPr>
        <w:t xml:space="preserve">[07:30] </w:t>
      </w:r>
      <w:r>
        <w:t>ki duniya se? jahan insaan ka innocence na ho, jahan insaan ka corruption na ho.</w:t>
      </w:r>
    </w:p>
    <w:p>
      <w:pPr>
        <w:jc w:val="right"/>
      </w:pPr>
      <w:r>
        <w:t>کی دنیا سے؟ جہاں انسان کا innocence نہ ہو، جہاں انسان کا corruption نہ ہو۔</w:t>
      </w:r>
    </w:p>
    <w:p>
      <w:r>
        <w:rPr>
          <w:b/>
        </w:rPr>
        <w:t xml:space="preserve">[07:40] </w:t>
      </w:r>
      <w:r>
        <w:t>toh in sab cheezon ko jahan hadaf kar diya jaye, aur yeh</w:t>
      </w:r>
    </w:p>
    <w:p>
      <w:pPr>
        <w:jc w:val="right"/>
      </w:pPr>
      <w:r>
        <w:t>تو ان سب چیزوں کو جہاں حذف کر دیا جائے، اور یہ</w:t>
      </w:r>
    </w:p>
    <w:p>
      <w:r>
        <w:rPr>
          <w:b/>
        </w:rPr>
        <w:t xml:space="preserve">[07:50] </w:t>
      </w:r>
      <w:r>
        <w:t>hamari jo duniya hai, bilkul apni pure halat mein ho, toh waqea yeh hai ke yeh jannat hi hai.</w:t>
      </w:r>
    </w:p>
    <w:p>
      <w:pPr>
        <w:jc w:val="right"/>
      </w:pPr>
      <w:r>
        <w:t>ہماری جو دنیا ہے، بالکل اپنی pure حالت میں ہو، تو واقعہ یہ ہے کہ یہ جنت ہی ہے۔</w:t>
      </w:r>
    </w:p>
    <w:p>
      <w:r>
        <w:rPr>
          <w:b/>
        </w:rPr>
        <w:t xml:space="preserve">[07:58] </w:t>
      </w:r>
      <w:r>
        <w:t>yeh abhi bhi aap kahin jayein, kisi pahari ilaqe mein, jahan insaan ka pollution ab pahuncha nahi hai,</w:t>
      </w:r>
    </w:p>
    <w:p>
      <w:pPr>
        <w:jc w:val="right"/>
      </w:pPr>
      <w:r>
        <w:t>یہ ابھی بھی آپ کہیں جائیں، کسی پہاڑی علاقے میں، جہاں انسان کا pollution اب پہنچا نہیں ہے،</w:t>
      </w:r>
    </w:p>
    <w:p>
      <w:r>
        <w:rPr>
          <w:b/>
        </w:rPr>
        <w:t xml:space="preserve">[08:05] </w:t>
      </w:r>
      <w:r>
        <w:t>toh aap ko lagega ke aap jannat mein dakhil ho gaye.</w:t>
      </w:r>
    </w:p>
    <w:p>
      <w:pPr>
        <w:jc w:val="right"/>
      </w:pPr>
      <w:r>
        <w:t>تو آپ کو لگے گا کہ آپ جنت میں داخل ہو گئے۔</w:t>
      </w:r>
    </w:p>
    <w:p>
      <w:r>
        <w:rPr>
          <w:b/>
        </w:rPr>
        <w:t xml:space="preserve">[08:13] </w:t>
      </w:r>
      <w:r>
        <w:t>wahan ki khalis hawa, wahan ka khalis pani, wahan ki khalis a</w:t>
      </w:r>
    </w:p>
    <w:p>
      <w:pPr>
        <w:jc w:val="right"/>
      </w:pPr>
      <w:r>
        <w:t>وہاں کی خالص ہوا، وہاں کا خالص پانی، وہاں کی خالص آ</w:t>
      </w:r>
    </w:p>
    <w:p>
      <w:r>
        <w:rPr>
          <w:b/>
        </w:rPr>
        <w:t xml:space="preserve">[08:20] </w:t>
      </w:r>
      <w:r>
        <w:t>oxygen, har cheez lagegi bilkul jannati jannat hai.</w:t>
      </w:r>
    </w:p>
    <w:p>
      <w:pPr>
        <w:jc w:val="right"/>
      </w:pPr>
      <w:r>
        <w:t>کسیجن، ہر چیز لگے گی بالکل جنتی جنت ہے۔</w:t>
      </w:r>
    </w:p>
    <w:p>
      <w:r>
        <w:rPr>
          <w:b/>
        </w:rPr>
        <w:t xml:space="preserve">[08:28] </w:t>
      </w:r>
      <w:r>
        <w:t>toh koi ajeeb baat nahi hai yeh ke mawudah duniya jo hai, yahi convert kar ke isi ko</w:t>
      </w:r>
    </w:p>
    <w:p>
      <w:pPr>
        <w:jc w:val="right"/>
      </w:pPr>
      <w:r>
        <w:t>تو کوئی عجیب بات نہیں ہے یہ کہ موعودہ دنیا جو ہے، یہی convert کر کے اسی کو</w:t>
      </w:r>
    </w:p>
    <w:p>
      <w:r>
        <w:rPr>
          <w:b/>
        </w:rPr>
        <w:t xml:space="preserve">[08:35] </w:t>
      </w:r>
      <w:r>
        <w:t>jannat bana diya jaye.</w:t>
      </w:r>
    </w:p>
    <w:p>
      <w:pPr>
        <w:jc w:val="right"/>
      </w:pPr>
      <w:r>
        <w:t>جنت بنا دیا جائے۔</w:t>
      </w:r>
    </w:p>
    <w:p>
      <w:r>
        <w:rPr>
          <w:b/>
        </w:rPr>
        <w:t xml:space="preserve">[08:43] </w:t>
      </w:r>
      <w:r>
        <w:t>toh yeh yani Allah taala ke ikhtiyar mein hai ke woh hamari is</w:t>
      </w:r>
    </w:p>
    <w:p>
      <w:pPr>
        <w:jc w:val="right"/>
      </w:pPr>
      <w:r>
        <w:t>تو یہ یعنی اللہ تعالیٰ کے اختیار میں ہے کہ وہ ہماری اس</w:t>
      </w:r>
    </w:p>
    <w:p>
      <w:r>
        <w:rPr>
          <w:b/>
        </w:rPr>
        <w:t xml:space="preserve">[08:50] </w:t>
      </w:r>
      <w:r>
        <w:t>Dunya ko itna purify kare, itna is ka koi renew kiya jaye, itna zyada is ko sanwara jaye, aur har qism ke insani aloodgi se is ko pak saaf kar diya jaye. To yeh dunya aik ajeeb o ghareeb dunya ban jayegi, jo jahan pleasure hi pleasure hoga, jahan h</w:t>
      </w:r>
    </w:p>
    <w:p>
      <w:pPr>
        <w:jc w:val="right"/>
      </w:pPr>
      <w:r>
        <w:t>دنیا کو اتنا purify کرے، اتنا اس کا کوئی renew کیا جائے، اتنا زیادہ اس کو سنوارا جائے، اور ہر قسم کے انسانی آلودگی سے اس کو پاک صاف کر دیا جائے۔ تو یہ دنیا ایک عجیب و غریب دنیا بن جائے گی، جو جہاں pleasure ہی pleasure ہوگا، جہاں h</w:t>
      </w:r>
    </w:p>
    <w:p>
      <w:r>
        <w:rPr>
          <w:b/>
        </w:rPr>
        <w:t xml:space="preserve">[09:20] </w:t>
      </w:r>
      <w:r>
        <w:t>happiness hi happiness hogi.</w:t>
      </w:r>
    </w:p>
    <w:p>
      <w:pPr>
        <w:jc w:val="right"/>
      </w:pPr>
      <w:r>
        <w:t>appiness ہی happiness ہوگی۔</w:t>
      </w:r>
    </w:p>
    <w:p>
      <w:r>
        <w:rPr>
          <w:b/>
        </w:rPr>
        <w:t xml:space="preserve">[09:28] </w:t>
      </w:r>
      <w:r>
        <w:t>aisa is liye hai ke insaan isi duniya mein jannat ka ek namuna dekh sake, taake woh yaqeen kar sake.</w:t>
      </w:r>
    </w:p>
    <w:p>
      <w:pPr>
        <w:jc w:val="right"/>
      </w:pPr>
      <w:r>
        <w:t>ایسا اس لیے ہے کہ انسان اسی دنیا میں جنت کا ایک نمونہ دیکھ سکے، تاکہ وہ یقین کر سکے۔</w:t>
      </w:r>
    </w:p>
    <w:p>
      <w:r>
        <w:rPr>
          <w:b/>
        </w:rPr>
        <w:t xml:space="preserve">[09:36] </w:t>
      </w:r>
      <w:r>
        <w:t>jaisa ke quran ki ek aur ayat hai ke: "yeh yani aisi aisi jannat mein dakhil karega</w:t>
      </w:r>
    </w:p>
    <w:p>
      <w:pPr>
        <w:jc w:val="right"/>
      </w:pPr>
      <w:r>
        <w:t>جیسا کہ قرآن کی ایک اور آیت ہے کہ: "یہ یعنی ایسی ایسی جنت میں داخل کرے گا</w:t>
      </w:r>
    </w:p>
    <w:p>
      <w:r>
        <w:rPr>
          <w:b/>
        </w:rPr>
        <w:t xml:space="preserve">[09:43] </w:t>
      </w:r>
      <w:r>
        <w:t>jis ki unhein</w:t>
      </w:r>
    </w:p>
    <w:p>
      <w:pPr>
        <w:jc w:val="right"/>
      </w:pPr>
      <w:r>
        <w:t>جس کی انہیں</w:t>
      </w:r>
    </w:p>
    <w:p>
      <w:r>
        <w:rPr>
          <w:b/>
        </w:rPr>
        <w:t xml:space="preserve">[09:51] </w:t>
      </w:r>
      <w:r>
        <w:t>Pehchan kara di hai". To jannat aik pehchani hui jannat hogi, jis ka ta'aruf ho chuka hoga. To is tarah ki cheezen batati hain ke yeh jo aaj bhi dekhiye, yeh jo planet Earth hamara hai, poori universe mein yeh anokha hai. Hamara jo universe hai, woh bohat hi badi hai, bohat hi badi,</w:t>
      </w:r>
    </w:p>
    <w:p>
      <w:pPr>
        <w:jc w:val="right"/>
      </w:pPr>
      <w:r>
        <w:t>پہچان کرا دی ہے"۔ تو جنت ایک پہچانی ہوئی جنت ہوگی، جس کا تعارف ہو چکا ہوگا۔ تو اس طرح کی چیزیں بتاتی ہیں کہ یہ جو آج بھی دیکھیے، یہ جو planet Earth ہمارا ہے، پوری universe میں یہ انوکھا ہے۔ ہمارا جو universe ہے، وہ بہت ہی بڑی ہے، بہت ہی بڑی،</w:t>
      </w:r>
    </w:p>
    <w:p>
      <w:r>
        <w:rPr>
          <w:b/>
        </w:rPr>
        <w:t xml:space="preserve">[10:21] </w:t>
      </w:r>
      <w:r>
        <w:t>Bohat hi badi hai. Ingint yahan galaxy, stars, planets hain, lekin hamara jo planet Earth hai, aisa koi dunya maujud nahi poori universe mein. Scientists sari dunya ke keh rahe hain ke yeh dunya ab maujudah halat mein pachas saath saal rahe gi</w:t>
      </w:r>
    </w:p>
    <w:p>
      <w:pPr>
        <w:jc w:val="right"/>
      </w:pPr>
      <w:r>
        <w:t>بہت ہی بڑی ہے۔ ان گنت یہاں galaxy، stars، planets ہیں، لیکن ہمارا جو planet Earth ہے، ایسا کوئی دنیا موجود نہیں پوری universe میں۔ سائنسٹس ساری دنیا کے کہہ رہے ہیں کہ یہ دنیا اب موجودہ حالت میں پچاس ساٹھ سال رہے گ</w:t>
      </w:r>
    </w:p>
    <w:p>
      <w:r>
        <w:rPr>
          <w:b/>
        </w:rPr>
        <w:t xml:space="preserve">[10:51] </w:t>
      </w:r>
      <w:r>
        <w:t>yi, is ke baad yahan ke halat bohat zyada bigad jayenge.</w:t>
      </w:r>
    </w:p>
    <w:p>
      <w:pPr>
        <w:jc w:val="right"/>
      </w:pPr>
      <w:r>
        <w:t>ی، اس کے بعد یہاں کے حالات بہت زیادہ بگڑ جائیں گے۔</w:t>
      </w:r>
    </w:p>
    <w:p>
      <w:r>
        <w:rPr>
          <w:b/>
        </w:rPr>
        <w:t xml:space="preserve">[11:01] </w:t>
      </w:r>
      <w:r>
        <w:t>toh sari duniya mein eteraz ho rahi hai ke hamare is duniya ke bahar koi koi aur duniya</w:t>
      </w:r>
    </w:p>
    <w:p>
      <w:pPr>
        <w:jc w:val="right"/>
      </w:pPr>
      <w:r>
        <w:t>تو ساری دنیا میں اعتراض ہو رہی ہے کہ ہمارے اس دنیا کے باہر کوئی کوئی اور دنیا</w:t>
      </w:r>
    </w:p>
    <w:p>
      <w:r>
        <w:rPr>
          <w:b/>
        </w:rPr>
        <w:t xml:space="preserve">[11:11] </w:t>
      </w:r>
      <w:r>
        <w:t>mile, jahan insaan yani alternative</w:t>
      </w:r>
    </w:p>
    <w:p>
      <w:pPr>
        <w:jc w:val="right"/>
      </w:pPr>
      <w:r>
        <w:t>ملے، جہاں انسان یعنی alternative</w:t>
      </w:r>
    </w:p>
    <w:p>
      <w:r>
        <w:rPr>
          <w:b/>
        </w:rPr>
        <w:t xml:space="preserve">[11:21] </w:t>
      </w:r>
      <w:r>
        <w:t>aabadi mumkin ho.</w:t>
      </w:r>
    </w:p>
    <w:p>
      <w:pPr>
        <w:jc w:val="right"/>
      </w:pPr>
      <w:r>
        <w:t>آبادی ممکن ہو۔</w:t>
      </w:r>
    </w:p>
    <w:p>
      <w:r>
        <w:rPr>
          <w:b/>
        </w:rPr>
        <w:t xml:space="preserve">[11:29] </w:t>
      </w:r>
      <w:r>
        <w:t>to so saal se yeh talash ho rahi hai, aur aaj tak koi dunya daryaft nahi hui.</w:t>
      </w:r>
    </w:p>
    <w:p>
      <w:pPr>
        <w:jc w:val="right"/>
      </w:pPr>
      <w:r>
        <w:t>تو سو سال سے یہ تلاش ہو رہی ہے، اور آج تک کوئی دنیا دریافت نہیں ہوئی۔</w:t>
      </w:r>
    </w:p>
    <w:p>
      <w:r>
        <w:rPr>
          <w:b/>
        </w:rPr>
        <w:t xml:space="preserve">[11:36] </w:t>
      </w:r>
      <w:r>
        <w:t>yahan tak ke aap jante hain ke ek mashhoor scientist bar bar yeh keh raha hai ke hamein</w:t>
      </w:r>
    </w:p>
    <w:p>
      <w:pPr>
        <w:jc w:val="right"/>
      </w:pPr>
      <w:r>
        <w:t>یہاں تک کہ آپ جانتے ہیں کہ ایک مشہور سائنسدان بار بار یہ کہہ رہا ہے کہ ہمیں</w:t>
      </w:r>
    </w:p>
    <w:p>
      <w:r>
        <w:rPr>
          <w:b/>
        </w:rPr>
        <w:t xml:space="preserve">[11:44] </w:t>
      </w:r>
      <w:r>
        <w:t>space mein colony banana parega, yani artificial</w:t>
      </w:r>
    </w:p>
    <w:p>
      <w:pPr>
        <w:jc w:val="right"/>
      </w:pPr>
      <w:r>
        <w:t>space میں کالونی بنانا پڑے گا، یعنی artificial</w:t>
      </w:r>
    </w:p>
    <w:p>
      <w:r>
        <w:rPr>
          <w:b/>
        </w:rPr>
        <w:t xml:space="preserve">[11:52] </w:t>
      </w:r>
      <w:r>
        <w:t>planet banayein, is is ko space mein le jayein, aur wahan par ek hum space colony banayein.</w:t>
      </w:r>
    </w:p>
    <w:p>
      <w:pPr>
        <w:jc w:val="right"/>
      </w:pPr>
      <w:r>
        <w:t>planet بنائیں، اس اس کو space میں لے جائیں، اور وہاں پر ایک ہم space کالونی بنائیں۔</w:t>
      </w:r>
    </w:p>
    <w:p>
      <w:r>
        <w:rPr>
          <w:b/>
        </w:rPr>
        <w:t xml:space="preserve">[11:59] </w:t>
      </w:r>
      <w:r>
        <w:t>yeh sab baatein kya hain? sab har aadmi janta hai ke ke yeh possible nahi hai, lekin insan</w:t>
      </w:r>
    </w:p>
    <w:p>
      <w:pPr>
        <w:jc w:val="right"/>
      </w:pPr>
      <w:r>
        <w:t>یہ سب باتیں کیا ہیں؟ سب ہر آدمی جانتا ہے کہ کہ یہ possible نہیں ہے، لیکن انسان</w:t>
      </w:r>
    </w:p>
    <w:p>
      <w:r>
        <w:rPr>
          <w:b/>
        </w:rPr>
        <w:t xml:space="preserve">[12:07] </w:t>
      </w:r>
      <w:r>
        <w:t>ki mowooda zameen ke bare mein insan ki jo finding hai, us ko batata hai.</w:t>
      </w:r>
    </w:p>
    <w:p>
      <w:pPr>
        <w:jc w:val="right"/>
      </w:pPr>
      <w:r>
        <w:t>کی موعودہ زمین کے بارے میں انسان کی جو finding ہے، اس کو بتاتا ہے۔</w:t>
      </w:r>
    </w:p>
    <w:p>
      <w:r>
        <w:rPr>
          <w:b/>
        </w:rPr>
        <w:t xml:space="preserve">[12:15] </w:t>
      </w:r>
      <w:r>
        <w:t>to mowooda dunya jo hai hamari,</w:t>
      </w:r>
    </w:p>
    <w:p>
      <w:pPr>
        <w:jc w:val="right"/>
      </w:pPr>
      <w:r>
        <w:t>تو موعودہ دنیا جو ہے ہماری،</w:t>
      </w:r>
    </w:p>
    <w:p>
      <w:r>
        <w:rPr>
          <w:b/>
        </w:rPr>
        <w:t xml:space="preserve">[12:22] </w:t>
      </w:r>
      <w:r>
        <w:t>yeh ek hi aisa sayara sari zameen mein hai, sari universe mein hai.</w:t>
      </w:r>
    </w:p>
    <w:p>
      <w:pPr>
        <w:jc w:val="right"/>
      </w:pPr>
      <w:r>
        <w:t>یہ ایک ہی ایسا سیارہ ساری زمین میں ہے، ساری universe میں ہے۔</w:t>
      </w:r>
    </w:p>
    <w:p>
      <w:r>
        <w:rPr>
          <w:b/>
        </w:rPr>
        <w:t xml:space="preserve">[12:28] </w:t>
      </w:r>
      <w:r>
        <w:t>koi doosra sayara aisa mojood nahi.</w:t>
      </w:r>
    </w:p>
    <w:p>
      <w:pPr>
        <w:jc w:val="right"/>
      </w:pPr>
      <w:r>
        <w:t>کوئی دوسرا سیارہ ایسا موجود نہیں۔</w:t>
      </w:r>
    </w:p>
    <w:p>
      <w:r>
        <w:rPr>
          <w:b/>
        </w:rPr>
        <w:t xml:space="preserve">[12:34] </w:t>
      </w:r>
      <w:r>
        <w:t>to aaj aaj jo hamare paas hai, jo zameen pe sayara arz, is mein pollution hai, corruption hai,</w:t>
      </w:r>
    </w:p>
    <w:p>
      <w:pPr>
        <w:jc w:val="right"/>
      </w:pPr>
      <w:r>
        <w:t>تو آج آج جو ہمارے پاس ہے، جو زمین پہ سیارہ ارض، اس میں pollution ہے، corruption ہے،</w:t>
      </w:r>
    </w:p>
    <w:p>
      <w:r>
        <w:rPr>
          <w:b/>
        </w:rPr>
        <w:t xml:space="preserve">[12:40] </w:t>
      </w:r>
      <w:r>
        <w:t>impurity hai, is mein nuisance hai, is mein fasad hai, bohat sari cheezein hain.</w:t>
      </w:r>
    </w:p>
    <w:p>
      <w:pPr>
        <w:jc w:val="right"/>
      </w:pPr>
      <w:r>
        <w:t>impurity ہے، اس میں nuisance ہے، اس میں فساد ہے، بہت ساری چیزیں ہیں۔</w:t>
      </w:r>
    </w:p>
    <w:p>
      <w:r>
        <w:rPr>
          <w:b/>
        </w:rPr>
        <w:t xml:space="preserve">[12:47] </w:t>
      </w:r>
      <w:r>
        <w:t>to yeh sab</w:t>
      </w:r>
    </w:p>
    <w:p>
      <w:pPr>
        <w:jc w:val="right"/>
      </w:pPr>
      <w:r>
        <w:t>تو یہ سب</w:t>
      </w:r>
    </w:p>
    <w:p>
      <w:r>
        <w:rPr>
          <w:b/>
        </w:rPr>
        <w:t xml:space="preserve">[12:53] </w:t>
      </w:r>
      <w:r>
        <w:t>mind made evils hain, mind made buraiyan hain.</w:t>
      </w:r>
    </w:p>
    <w:p>
      <w:pPr>
        <w:jc w:val="right"/>
      </w:pPr>
      <w:r>
        <w:t>mind made evils ہیں، mind made برائیاں ہیں۔</w:t>
      </w:r>
    </w:p>
    <w:p>
      <w:r>
        <w:rPr>
          <w:b/>
        </w:rPr>
        <w:t xml:space="preserve">[13:01] </w:t>
      </w:r>
      <w:r>
        <w:t>to akhirat mein jab is mind made evil se is ko pak kar diya jaye ga, to yahi</w:t>
      </w:r>
    </w:p>
    <w:p>
      <w:pPr>
        <w:jc w:val="right"/>
      </w:pPr>
      <w:r>
        <w:t>تو آخرت میں جب اس mind made evil سے اس کو پاک کر دیا جائے گا، تو یہی</w:t>
      </w:r>
    </w:p>
    <w:p>
      <w:r>
        <w:rPr>
          <w:b/>
        </w:rPr>
        <w:t xml:space="preserve">[13:09] </w:t>
      </w:r>
      <w:r>
        <w:t>dunya woh cheez ban jaye gi jise Quran mein jannat kaha gaya hai.</w:t>
      </w:r>
    </w:p>
    <w:p>
      <w:pPr>
        <w:jc w:val="right"/>
      </w:pPr>
      <w:r>
        <w:t>دنیا وہ چیز بن جائے گی جسے قرآن میں جنت کہا گیا ہے۔</w:t>
      </w:r>
    </w:p>
    <w:p>
      <w:r>
        <w:rPr>
          <w:b/>
        </w:rPr>
        <w:t xml:space="preserve">[13:17] </w:t>
      </w:r>
      <w:r>
        <w:t>to yeh koi ajeeb baat nahi hai,</w:t>
      </w:r>
    </w:p>
    <w:p>
      <w:pPr>
        <w:jc w:val="right"/>
      </w:pPr>
      <w:r>
        <w:t>تو یہ کوئی عجیب بات نہیں ہے،</w:t>
      </w:r>
    </w:p>
    <w:p>
      <w:r>
        <w:rPr>
          <w:b/>
        </w:rPr>
        <w:t xml:space="preserve">[13:25] </w:t>
      </w:r>
      <w:r>
        <w:t>yeh koi anokhi baat nahi hai.</w:t>
      </w:r>
    </w:p>
    <w:p>
      <w:pPr>
        <w:jc w:val="right"/>
      </w:pPr>
      <w:r>
        <w:t>یہ کوئی انوکھی بات نہیں ہے۔</w:t>
      </w:r>
    </w:p>
    <w:p>
      <w:r>
        <w:rPr>
          <w:b/>
        </w:rPr>
        <w:t xml:space="preserve">[13:33] </w:t>
      </w:r>
      <w:r>
        <w:t>yeh aur dekhiye, Bible mein yeh bataya gaya hai ke jannat ke bare mein ke sharir log chhanat</w:t>
      </w:r>
    </w:p>
    <w:p>
      <w:pPr>
        <w:jc w:val="right"/>
      </w:pPr>
      <w:r>
        <w:t>یہ اور دیکھیے، بائبل میں یہ بتایا گیا ہے کہ جنت کے بارے میں کہ شریر لوگ چھانٹ</w:t>
      </w:r>
    </w:p>
    <w:p>
      <w:r>
        <w:rPr>
          <w:b/>
        </w:rPr>
        <w:t xml:space="preserve">[13:40] </w:t>
      </w:r>
      <w:r>
        <w:t>diye jayenge.</w:t>
      </w:r>
    </w:p>
    <w:p>
      <w:pPr>
        <w:jc w:val="right"/>
      </w:pPr>
      <w:r>
        <w:t>دیے جائیں گے۔</w:t>
      </w:r>
    </w:p>
    <w:p>
      <w:r>
        <w:rPr>
          <w:b/>
        </w:rPr>
        <w:t xml:space="preserve">[13:48] </w:t>
      </w:r>
      <w:r>
        <w:t>yani aaj jo dunya hai, jo zameen hai, yeh hamari, yahan sab achhe bure log mile hue hain,</w:t>
      </w:r>
    </w:p>
    <w:p>
      <w:pPr>
        <w:jc w:val="right"/>
      </w:pPr>
      <w:r>
        <w:t>یعنی آج جو دنیا ہے، جو زمین ہے، یہ ہماری، یہاں سب اچھے برے لوگ ملے ہوئے ہیں،</w:t>
      </w:r>
    </w:p>
    <w:p>
      <w:r>
        <w:rPr>
          <w:b/>
        </w:rPr>
        <w:t xml:space="preserve">[13:55] </w:t>
      </w:r>
      <w:r>
        <w:t>isi ki wajah se yeh soorat-e-haal hai.</w:t>
      </w:r>
    </w:p>
    <w:p>
      <w:pPr>
        <w:jc w:val="right"/>
      </w:pPr>
      <w:r>
        <w:t>اسی کی وجہ سے یہ صورتحال ہے۔</w:t>
      </w:r>
    </w:p>
    <w:p>
      <w:r>
        <w:rPr>
          <w:b/>
        </w:rPr>
        <w:t xml:space="preserve">[14:01] </w:t>
      </w:r>
      <w:r>
        <w:t>to jab in ko nikal diya jaye, chhanat diya jaye, to har taraf jannat jannat ho jayegi.</w:t>
      </w:r>
    </w:p>
    <w:p>
      <w:pPr>
        <w:jc w:val="right"/>
      </w:pPr>
      <w:r>
        <w:t>تو جب ان کو نکال دیا جائے، چھانٹ دیا جائے، تو ہر طرف جنت جنت ہو جائے گی۔</w:t>
      </w:r>
    </w:p>
    <w:p>
      <w:r>
        <w:rPr>
          <w:b/>
        </w:rPr>
        <w:t xml:space="preserve">[14:08] </w:t>
      </w:r>
      <w:r>
        <w:t>to yeh Allah taala ne aisa kiya taake insan jannat pe yaqeen kar sake.</w:t>
      </w:r>
    </w:p>
    <w:p>
      <w:pPr>
        <w:jc w:val="right"/>
      </w:pPr>
      <w:r>
        <w:t>تو یہ اللہ تعالیٰ نے ایسا کیا تاکہ انسان جنت پہ یقین کر سکے۔</w:t>
      </w:r>
    </w:p>
    <w:p>
      <w:r>
        <w:rPr>
          <w:b/>
        </w:rPr>
        <w:t xml:space="preserve">[14:14] </w:t>
      </w:r>
      <w:r>
        <w:t>jannat is ke liye ek aisi cheez ban jaye jis ka taaruf pehle is ko mil chuka hai,</w:t>
      </w:r>
    </w:p>
    <w:p>
      <w:pPr>
        <w:jc w:val="right"/>
      </w:pPr>
      <w:r>
        <w:t>جنت اس کے لیے ایک ایسی چیز بن جائے جس کا تعارف پہلے اس کو مل چکا ہے،</w:t>
      </w:r>
    </w:p>
    <w:p>
      <w:r>
        <w:rPr>
          <w:b/>
        </w:rPr>
        <w:t xml:space="preserve">[14:20] </w:t>
      </w:r>
      <w:r>
        <w:t>to ziyada yaqeen ke sath woh</w:t>
      </w:r>
    </w:p>
    <w:p>
      <w:pPr>
        <w:jc w:val="right"/>
      </w:pPr>
      <w:r>
        <w:t>تو زیادہ یقین کے ساتھ وہ</w:t>
      </w:r>
    </w:p>
    <w:p>
      <w:r>
        <w:rPr>
          <w:b/>
        </w:rPr>
        <w:t xml:space="preserve">[14:27] </w:t>
      </w:r>
      <w:r>
        <w:t>jannat par aqeedah rakh sake.</w:t>
      </w:r>
    </w:p>
    <w:p>
      <w:pPr>
        <w:jc w:val="right"/>
      </w:pPr>
      <w:r>
        <w:t>جنت پر عقیدہ رکھ سکے۔</w:t>
      </w:r>
    </w:p>
    <w:p>
      <w:r>
        <w:rPr>
          <w:b/>
        </w:rPr>
        <w:t xml:space="preserve">[14:34] </w:t>
      </w:r>
      <w:r>
        <w:t>to yeh koi anokhi baat nahi hai ke yeh yahi zameen jo hai, yahi jannat bana di jaye.</w:t>
      </w:r>
    </w:p>
    <w:p>
      <w:pPr>
        <w:jc w:val="right"/>
      </w:pPr>
      <w:r>
        <w:t>تو یہ کوئی انوکھی بات نہیں ہے کہ یہ یہی زمین جو ہے، یہی جنت بنا دی جائے۔</w:t>
      </w:r>
    </w:p>
    <w:p>
      <w:r>
        <w:rPr>
          <w:b/>
        </w:rPr>
        <w:t xml:space="preserve">[14:42] </w:t>
      </w:r>
      <w:r>
        <w:t>quran mein hai ke: "yom tabdal al-ardh ghair al-ardh".</w:t>
      </w:r>
    </w:p>
    <w:p>
      <w:pPr>
        <w:jc w:val="right"/>
      </w:pPr>
      <w:r>
        <w:t>قرآن میں ہے کہ: "یوم تبدل الارض غیر الارض"۔</w:t>
      </w:r>
    </w:p>
    <w:p>
      <w:r>
        <w:rPr>
          <w:b/>
        </w:rPr>
        <w:t xml:space="preserve">[14:49] </w:t>
      </w:r>
      <w:r>
        <w:t>aakhirat ke bare mein bataya gaya hai ke maw'oodah ard ko</w:t>
      </w:r>
    </w:p>
    <w:p>
      <w:pPr>
        <w:jc w:val="right"/>
      </w:pPr>
      <w:r>
        <w:t>آخرت کے بارے میں بتایا گیا ہے کہ موعودہ ارض کو</w:t>
      </w:r>
    </w:p>
    <w:p>
      <w:r>
        <w:rPr>
          <w:b/>
        </w:rPr>
        <w:t xml:space="preserve">[14:57] </w:t>
      </w:r>
      <w:r>
        <w:t>ghair ard bana diya jaye ga.</w:t>
      </w:r>
    </w:p>
    <w:p>
      <w:pPr>
        <w:jc w:val="right"/>
      </w:pPr>
      <w:r>
        <w:t>غیر ارض بنا دیا جائے گا۔</w:t>
      </w:r>
    </w:p>
    <w:p>
      <w:r>
        <w:rPr>
          <w:b/>
        </w:rPr>
        <w:t xml:space="preserve">[15:04] </w:t>
      </w:r>
      <w:r>
        <w:t>yeh maw'oodah jo arth hai hamari, woh ek aur arth bana di jaye gi.</w:t>
      </w:r>
    </w:p>
    <w:p>
      <w:pPr>
        <w:jc w:val="right"/>
      </w:pPr>
      <w:r>
        <w:t>یہ موعودہ جو ارتھ ہے ہماری، وہ ایک اور ارتھ بنا دی جائے گی۔</w:t>
      </w:r>
    </w:p>
    <w:p>
      <w:r>
        <w:rPr>
          <w:b/>
        </w:rPr>
        <w:t xml:space="preserve">[15:12] </w:t>
      </w:r>
      <w:r>
        <w:t>to yeh sab isharay quran mein jo hain, woh isi tarah is isi ko bata rahe hain.</w:t>
      </w:r>
    </w:p>
    <w:p>
      <w:pPr>
        <w:jc w:val="right"/>
      </w:pPr>
      <w:r>
        <w:t>تو یہ سب اشارے قرآن میں جو ہیں، وہ اسی طرح اس اسی کو بتا رہے ہیں۔</w:t>
      </w:r>
    </w:p>
    <w:p>
      <w:r>
        <w:rPr>
          <w:b/>
        </w:rPr>
        <w:t xml:space="preserve">[15:19] </w:t>
      </w:r>
      <w:r>
        <w:t>is se hamara yaqeen barhta hai ke bilashubah ek</w:t>
      </w:r>
    </w:p>
    <w:p>
      <w:pPr>
        <w:jc w:val="right"/>
      </w:pPr>
      <w:r>
        <w:t>اس سے ہمارا یقین بڑھتا ہے کہ بلاشبہ ایک</w:t>
      </w:r>
    </w:p>
    <w:p>
      <w:r>
        <w:rPr>
          <w:b/>
        </w:rPr>
        <w:t xml:space="preserve">[15:27] </w:t>
      </w:r>
      <w:r>
        <w:t>duniya hai jo jannat hai, jahan har qism ka pleasure, har qism ka happiness hai, jahan insan ke</w:t>
      </w:r>
    </w:p>
    <w:p>
      <w:pPr>
        <w:jc w:val="right"/>
      </w:pPr>
      <w:r>
        <w:t>دنیا ہے جو جنت ہے، جہاں ہر قسم کا pleasure، ہر قسم کا happiness ہے، جہاں انسان کے</w:t>
      </w:r>
    </w:p>
    <w:p>
      <w:r>
        <w:rPr>
          <w:b/>
        </w:rPr>
        <w:t xml:space="preserve">[15:33] </w:t>
      </w:r>
      <w:r>
        <w:t>liye fulfillment hai.</w:t>
      </w:r>
    </w:p>
    <w:p>
      <w:pPr>
        <w:jc w:val="right"/>
      </w:pPr>
      <w:r>
        <w:t>لیے fulfillment ہے۔</w:t>
      </w:r>
    </w:p>
    <w:p>
      <w:r>
        <w:rPr>
          <w:b/>
        </w:rPr>
        <w:t xml:space="preserve">[15:39] </w:t>
      </w:r>
      <w:r>
        <w:t>to jannat insan ke liye bilkul ek anokhi cheez nahi rehti jo jis ko woh aadmi guess na kar sake.</w:t>
      </w:r>
    </w:p>
    <w:p>
      <w:pPr>
        <w:jc w:val="right"/>
      </w:pPr>
      <w:r>
        <w:t>تو جنت انسان کے لیے بالکل ایک انوکھی چیز نہیں رہتی جو جس کو وہ آدمی guess نہ کر سکے۔</w:t>
      </w:r>
    </w:p>
    <w:p>
      <w:r>
        <w:rPr>
          <w:b/>
        </w:rPr>
        <w:t xml:space="preserve">[15:45] </w:t>
      </w:r>
      <w:r>
        <w:t>hum qiyas kar ke jaan sakte hain ke waqai yahan ek duniya hai jo un ko un logon</w:t>
      </w:r>
    </w:p>
    <w:p>
      <w:pPr>
        <w:jc w:val="right"/>
      </w:pPr>
      <w:r>
        <w:t>ہم قیاس کر کے جان سکتے ہیں کہ واقعی یہاں ایک دنیا ہے جو ان کو ان لوگوں</w:t>
      </w:r>
    </w:p>
    <w:p>
      <w:r>
        <w:rPr>
          <w:b/>
        </w:rPr>
        <w:t xml:space="preserve">[15:51] </w:t>
      </w:r>
      <w:r>
        <w:t>ko mile gi</w:t>
      </w:r>
    </w:p>
    <w:p>
      <w:pPr>
        <w:jc w:val="right"/>
      </w:pPr>
      <w:r>
        <w:t>کو ملے گی</w:t>
      </w:r>
    </w:p>
    <w:p>
      <w:r>
        <w:rPr>
          <w:b/>
        </w:rPr>
        <w:t xml:space="preserve">[15:57] </w:t>
      </w:r>
      <w:r>
        <w:t>jo achhay a'maal ka saboot dein, jo apnay aap ko is ka sabit karein.</w:t>
      </w:r>
    </w:p>
    <w:p>
      <w:pPr>
        <w:jc w:val="right"/>
      </w:pPr>
      <w:r>
        <w:t>جو اچھے اعمال کا ثبوت دیں، جو اپنے آپ کو اس کا ثابت کریں۔</w:t>
      </w:r>
    </w:p>
    <w:p>
      <w:r>
        <w:rPr>
          <w:b/>
        </w:rPr>
        <w:t xml:space="preserve">[16:08] </w:t>
      </w:r>
      <w:r>
        <w:t>to is ayat mein ek baat yeh hai ke is ayat ke upar to aur parhiye, kuch tarjuma:</w:t>
      </w:r>
    </w:p>
    <w:p>
      <w:pPr>
        <w:jc w:val="right"/>
      </w:pPr>
      <w:r>
        <w:t>تو اس آیت میں ایک بات یہ ہے کہ اس آیت کے اوپر تو اور پڑھیے، کچھ ترجمہ:</w:t>
      </w:r>
    </w:p>
    <w:p>
      <w:r>
        <w:rPr>
          <w:b/>
        </w:rPr>
        <w:t xml:space="preserve">[16:18] </w:t>
      </w:r>
      <w:r>
        <w:t>"wa bashir alladhina amanu wa amilu al-salihhat inna lahum jannatin tajri min tahtiha al-anhar kullama ruziqu minha min thamaratin rizqan</w:t>
      </w:r>
    </w:p>
    <w:p>
      <w:pPr>
        <w:jc w:val="right"/>
      </w:pPr>
      <w:r>
        <w:t>"وبشر الذین آمنوا وعملوا الصالحات إن لہم جنات تجری من تحتہ الأنهار کلما رزقوا منها من ثمرۃ الرزق</w:t>
      </w:r>
    </w:p>
    <w:p>
      <w:r>
        <w:rPr>
          <w:b/>
        </w:rPr>
        <w:t xml:space="preserve">[16:28] </w:t>
      </w:r>
      <w:r>
        <w:t>qaloo hadha alladhi ruziqna min qabl wa wutubuhu mutashabih wa lahum fiha azwajun mutaharatun wa hum fiha khalidun". aur khushkhabri de do un logon ko jo iman laye aur jinhon ne naik kaam kiye. is baat ki ke un ke liye aisay bagh honge jin ke neechay nehren jari hongi. jab bhi un ko in baghon mein se koi phal khane ko mile ga to woh kahen ge: "yeh wohi hai jo is se pehle hum ko diya</w:t>
      </w:r>
    </w:p>
    <w:p>
      <w:pPr>
        <w:jc w:val="right"/>
      </w:pPr>
      <w:r>
        <w:t>قالوا هذا الذی رزقنا من قبل ووتوبہ متشابہ ولہم فیہا ازواج مطہرۃ وہم فیہا خالدون"۔ اور خوشخبری دے دو ان لوگوں کو جو ایمان لائے اور جنہوں نے نیک کام کیے۔ اس بات کی کہ ان کے لیے ایسے باغ ہوں گے جن کے نیچے نہریں جاری ہوں گی۔ جب بھی ان کو ان باغوں میں سے کوئی پھل کھانے کو ملے گا تو وہ کہیں گے: "یہ وہی ہے جو اس سے پہلے ہم کو دیا</w:t>
      </w:r>
    </w:p>
    <w:p>
      <w:r>
        <w:rPr>
          <w:b/>
        </w:rPr>
        <w:t xml:space="preserve">[16:58] </w:t>
      </w:r>
      <w:r>
        <w:t>giya tha".</w:t>
      </w:r>
    </w:p>
    <w:p>
      <w:pPr>
        <w:jc w:val="right"/>
      </w:pPr>
      <w:r>
        <w:t>گیا تھا"۔</w:t>
      </w:r>
    </w:p>
    <w:p>
      <w:r>
        <w:rPr>
          <w:b/>
        </w:rPr>
        <w:t xml:space="preserve">[17:04] </w:t>
      </w:r>
      <w:r>
        <w:t>aur mile ga un ko ek doosre se milta julta, aur un ke liye wahan pakizah jore hon</w:t>
      </w:r>
    </w:p>
    <w:p>
      <w:pPr>
        <w:jc w:val="right"/>
      </w:pPr>
      <w:r>
        <w:t>اور ملے گا ان کو ایک دوسرے سے ملتا جلتا، اور ان کے لیے وہاں پاکیزہ جوڑے ہوں</w:t>
      </w:r>
    </w:p>
    <w:p>
      <w:r>
        <w:rPr>
          <w:b/>
        </w:rPr>
        <w:t xml:space="preserve">[17:10] </w:t>
      </w:r>
      <w:r>
        <w:t>ge, aur woh is mein hamesha rahen ge.</w:t>
      </w:r>
    </w:p>
    <w:p>
      <w:pPr>
        <w:jc w:val="right"/>
      </w:pPr>
      <w:r>
        <w:t>گے، اور وہ اس میں ہمیشہ رہیں گے۔</w:t>
      </w:r>
    </w:p>
    <w:p>
      <w:r>
        <w:rPr>
          <w:b/>
        </w:rPr>
        <w:t xml:space="preserve">[17:16] </w:t>
      </w:r>
      <w:r>
        <w:t>dekhiye, yahan jo lafz phal hai, thmarat, yeh mein samajhta hoon ke jab jo jama ka jagah hai,</w:t>
      </w:r>
    </w:p>
    <w:p>
      <w:pPr>
        <w:jc w:val="right"/>
      </w:pPr>
      <w:r>
        <w:t>دیکھیے، یہاں جو لفظ پھل ہے، ثمرات، یہ میں سمجھتا ہوں کہ جب جو جمع کا جگہ ہے،</w:t>
      </w:r>
    </w:p>
    <w:p>
      <w:r>
        <w:rPr>
          <w:b/>
        </w:rPr>
        <w:t xml:space="preserve">[17:22] </w:t>
      </w:r>
      <w:r>
        <w:t>thmarat, is mein ishar</w:t>
      </w:r>
    </w:p>
    <w:p>
      <w:pPr>
        <w:jc w:val="right"/>
      </w:pPr>
      <w:r>
        <w:t>ثمرات، اس میں اشار</w:t>
      </w:r>
    </w:p>
    <w:p>
      <w:r>
        <w:rPr>
          <w:b/>
        </w:rPr>
        <w:t xml:space="preserve">[17:28] </w:t>
      </w:r>
      <w:r>
        <w:t>ah hai ke har qism ke phal ka zikr yahan hai.</w:t>
      </w:r>
    </w:p>
    <w:p>
      <w:pPr>
        <w:jc w:val="right"/>
      </w:pPr>
      <w:r>
        <w:t>ہ ہے کہ ہر قسم کے پھل کا ذکر یہاں ہے۔</w:t>
      </w:r>
    </w:p>
    <w:p>
      <w:r>
        <w:rPr>
          <w:b/>
        </w:rPr>
        <w:t xml:space="preserve">[17:36] </w:t>
      </w:r>
      <w:r>
        <w:t>all kind of foods, sirf khane ka food hi nahi, khane ka phal nahi, yani poori zindagi jo</w:t>
      </w:r>
    </w:p>
    <w:p>
      <w:pPr>
        <w:jc w:val="right"/>
      </w:pPr>
      <w:r>
        <w:t>ال کائنڈ آف فوڈز، صرف کھانے کا فوڈ ہی نہیں، کھانے کا پھل نہیں، یعنی پوری زندگی جو</w:t>
      </w:r>
    </w:p>
    <w:p>
      <w:r>
        <w:rPr>
          <w:b/>
        </w:rPr>
        <w:t xml:space="preserve">[17:44] </w:t>
      </w:r>
      <w:r>
        <w:t>hamari duniya mein hai, is poori zindagi ko jannat ki jannati bana diya jaye ga.</w:t>
      </w:r>
    </w:p>
    <w:p>
      <w:pPr>
        <w:jc w:val="right"/>
      </w:pPr>
      <w:r>
        <w:t>ہماری دنیا میں ہے، اس پوری زندگی کو جنت کی جنتی بنا دیا جائے گا۔</w:t>
      </w:r>
    </w:p>
    <w:p>
      <w:r>
        <w:rPr>
          <w:b/>
        </w:rPr>
        <w:t xml:space="preserve">[17:51] </w:t>
      </w:r>
      <w:r>
        <w:t>yani sohbaton, wahan ki sohbatain, wahan ke insaan, wahan ke mahol,</w:t>
      </w:r>
    </w:p>
    <w:p>
      <w:pPr>
        <w:jc w:val="right"/>
      </w:pPr>
      <w:r>
        <w:t>یعنی صحبتوں، وہاں کی صحبتیں، وہاں کے انسان، وہاں کے ماحول،</w:t>
      </w:r>
    </w:p>
    <w:p>
      <w:r>
        <w:rPr>
          <w:b/>
        </w:rPr>
        <w:t xml:space="preserve">[17:59] </w:t>
      </w:r>
      <w:r>
        <w:t>wahan ki majlisain, har cheez jo hum dunya mein karte hain, har cheez, har cheez, har cheez, woh</w:t>
      </w:r>
    </w:p>
    <w:p>
      <w:pPr>
        <w:jc w:val="right"/>
      </w:pPr>
      <w:r>
        <w:t>وہاں کی مجلسیں، ہر چیز جو ہم دنیا میں کرتے ہیں، ہر چیز، ہر چیز، ہر چیز، وہ</w:t>
      </w:r>
    </w:p>
    <w:p>
      <w:r>
        <w:rPr>
          <w:b/>
        </w:rPr>
        <w:t xml:space="preserve">[18:07] </w:t>
      </w:r>
      <w:r>
        <w:t>sab kuch wahan maujood hoga zyada behtar shakal mein, zyada achhi surat mein.</w:t>
      </w:r>
    </w:p>
    <w:p>
      <w:pPr>
        <w:jc w:val="right"/>
      </w:pPr>
      <w:r>
        <w:t>سب کچھ وہاں موجود ہوگا زیادہ بہتر شکل میں، زیادہ اچھی صورت میں۔</w:t>
      </w:r>
    </w:p>
    <w:p>
      <w:r>
        <w:rPr>
          <w:b/>
        </w:rPr>
        <w:t xml:space="preserve">[18:14] </w:t>
      </w:r>
      <w:r>
        <w:t>Aur Quran mein kuch ayatein aisi hain jis mein yeh bataya gaya hai ke Allah ke kalmaat ya</w:t>
      </w:r>
    </w:p>
    <w:p>
      <w:pPr>
        <w:jc w:val="right"/>
      </w:pPr>
      <w:r>
        <w:t>اور قرآن میں کچھ آیتیں ایسی ہیں جس میں یہ بتایا گیا ہے کہ اللہ کے کلمات یا</w:t>
      </w:r>
    </w:p>
    <w:p>
      <w:r>
        <w:rPr>
          <w:b/>
        </w:rPr>
        <w:t xml:space="preserve">[18:22] </w:t>
      </w:r>
      <w:r>
        <w:t>Allah ke aala wanadars</w:t>
      </w:r>
    </w:p>
    <w:p>
      <w:pPr>
        <w:jc w:val="right"/>
      </w:pPr>
      <w:r>
        <w:t>اللہ کے اعلیٰ ونڈرز</w:t>
      </w:r>
    </w:p>
    <w:p>
      <w:r>
        <w:rPr>
          <w:b/>
        </w:rPr>
        <w:t xml:space="preserve">[18:30] </w:t>
      </w:r>
      <w:r>
        <w:t>itne zyada honge, itne zyada hain jo kabhi khatm na hon.</w:t>
      </w:r>
    </w:p>
    <w:p>
      <w:pPr>
        <w:jc w:val="right"/>
      </w:pPr>
      <w:r>
        <w:t>اتنے زیادہ ہوں گے، اتنے زیادہ ہیں جو کبھی ختم نہ ہوں۔</w:t>
      </w:r>
    </w:p>
    <w:p>
      <w:r>
        <w:rPr>
          <w:b/>
        </w:rPr>
        <w:t xml:space="preserve">[18:37] </w:t>
      </w:r>
      <w:r>
        <w:t>یعنی wonders of God، اعلیٰ معنی wonder، wonders of God اتنے زیادہ ہیں جو کبھی ختم نہ ہوں۔</w:t>
      </w:r>
    </w:p>
    <w:p>
      <w:pPr>
        <w:jc w:val="right"/>
      </w:pPr>
      <w:r>
        <w:t>یعنی ونڈرز آف گاڈ، اعلیٰ معنی ونڈر، ونڈرز آف گاڈ اتنے زیادہ ہیں جو کبھی ختم نہ ہوں۔</w:t>
      </w:r>
    </w:p>
    <w:p>
      <w:r>
        <w:rPr>
          <w:b/>
        </w:rPr>
        <w:t xml:space="preserve">[18:45] </w:t>
      </w:r>
      <w:r>
        <w:t>Yeh sirf sirf phal ki baat nahi hai, yeh har qism ki nemat hai, har qism ki nematein</w:t>
      </w:r>
    </w:p>
    <w:p>
      <w:pPr>
        <w:jc w:val="right"/>
      </w:pPr>
      <w:r>
        <w:t>یہ صرف صرف پھل کی بات نہیں ہے، یہ ہر قسم کی نعمت ہے، ہر قسم کی نعمتیں</w:t>
      </w:r>
    </w:p>
    <w:p>
      <w:r>
        <w:rPr>
          <w:b/>
        </w:rPr>
        <w:t xml:space="preserve">[18:53] </w:t>
      </w:r>
      <w:r>
        <w:t>jo insaan chahta hai, woh sab is mein shamil hain.</w:t>
      </w:r>
    </w:p>
    <w:p>
      <w:pPr>
        <w:jc w:val="right"/>
      </w:pPr>
      <w:r>
        <w:t>جو انسان چاہتا ہے، وہ سب اس میں شامل ہیں۔</w:t>
      </w:r>
    </w:p>
    <w:p>
      <w:r>
        <w:rPr>
          <w:b/>
        </w:rPr>
        <w:t xml:space="preserve">[19:01] </w:t>
      </w:r>
      <w:r>
        <w:t>Chahay woh yani khane peene ki cheezein hon ya aur doosri cheezein hon, woh sab is mein shamil hain.</w:t>
      </w:r>
    </w:p>
    <w:p>
      <w:pPr>
        <w:jc w:val="right"/>
      </w:pPr>
      <w:r>
        <w:t>چاہے وہ یعنی کھانے پینے کی چیزیں ہوں یا اور دوسری چیزیں ہوں، وہ سب اس میں شامل ہیں۔</w:t>
      </w:r>
    </w:p>
    <w:p>
      <w:r>
        <w:rPr>
          <w:b/>
        </w:rPr>
        <w:t xml:space="preserve">[19:11] </w:t>
      </w:r>
      <w:r>
        <w:t>Aur bohat si ayatein hain Quran majeed mein jo yeh batati hain, maslan likhi ek ayat hai: "awlaika</w:t>
      </w:r>
    </w:p>
    <w:p>
      <w:pPr>
        <w:jc w:val="right"/>
      </w:pPr>
      <w:r>
        <w:t>اور بہت سی آیتیں ہیں قرآن مجید میں جو یہ بتاتی ہیں، مثلاً لکھی ایک آیت ہے: "اولئک</w:t>
      </w:r>
    </w:p>
    <w:p>
      <w:r>
        <w:rPr>
          <w:b/>
        </w:rPr>
        <w:t xml:space="preserve">[19:21] </w:t>
      </w:r>
      <w:r>
        <w:t>ma al nabiyyin wa siddiqin wa shuhada wa salihin wa husn</w:t>
      </w:r>
    </w:p>
    <w:p>
      <w:pPr>
        <w:jc w:val="right"/>
      </w:pPr>
      <w:r>
        <w:t>ما النبیین وصدیقین وشہداء وصالحین وحسن</w:t>
      </w:r>
    </w:p>
    <w:p>
      <w:r>
        <w:rPr>
          <w:b/>
        </w:rPr>
        <w:t xml:space="preserve">[19:31] </w:t>
      </w:r>
      <w:r>
        <w:t>awlaika rafeeqah".</w:t>
      </w:r>
    </w:p>
    <w:p>
      <w:pPr>
        <w:jc w:val="right"/>
      </w:pPr>
      <w:r>
        <w:t>اولئک رفیقہ"۔</w:t>
      </w:r>
    </w:p>
    <w:p>
      <w:r>
        <w:rPr>
          <w:b/>
        </w:rPr>
        <w:t xml:space="preserve">[19:39] </w:t>
      </w:r>
      <w:r>
        <w:t>Yani aise log jin ke sath rehna khushn rifaqat ka rehna hoga, yani behtareen hum nasheen, behtareen saathi,</w:t>
      </w:r>
    </w:p>
    <w:p>
      <w:pPr>
        <w:jc w:val="right"/>
      </w:pPr>
      <w:r>
        <w:t>یعنی ایسے لوگ جن کے ساتھ رہنا خوشن رفاقت کا رہنا ہوگا، یعنی بہترین ہم نشین، بہترین ساتھی،</w:t>
      </w:r>
    </w:p>
    <w:p>
      <w:r>
        <w:rPr>
          <w:b/>
        </w:rPr>
        <w:t xml:space="preserve">[19:46] </w:t>
      </w:r>
      <w:r>
        <w:t>un se baat kar ke khush ho, un ke sath baith kar khush ho.</w:t>
      </w:r>
    </w:p>
    <w:p>
      <w:pPr>
        <w:jc w:val="right"/>
      </w:pPr>
      <w:r>
        <w:t>ان سے بات کر کے خوش ہو، ان کے ساتھ بیٹھ کر خوش ہو۔</w:t>
      </w:r>
    </w:p>
    <w:p>
      <w:r>
        <w:rPr>
          <w:b/>
        </w:rPr>
        <w:t xml:space="preserve">[19:54] </w:t>
      </w:r>
      <w:r>
        <w:t>Aap jante hain ke agar aisi aisa mile aap ko sohbat, aisa samajh jahan sab log aap ke mizaj</w:t>
      </w:r>
    </w:p>
    <w:p>
      <w:pPr>
        <w:jc w:val="right"/>
      </w:pPr>
      <w:r>
        <w:t>آپ جانتے ہیں کہ اگر ایسی ایسا ملے آپ کو صحبت، ایسا معاشرہ جہاں سب لوگ آپ کے مزاج</w:t>
      </w:r>
    </w:p>
    <w:p>
      <w:r>
        <w:rPr>
          <w:b/>
        </w:rPr>
        <w:t xml:space="preserve">[20:01] </w:t>
      </w:r>
      <w:r>
        <w:t>ke hon, un ka tere ko jahan har ek ko doosre se achha tajurba ho, to aise mahol</w:t>
      </w:r>
    </w:p>
    <w:p>
      <w:pPr>
        <w:jc w:val="right"/>
      </w:pPr>
      <w:r>
        <w:t>کے ہوں، ان کا تیرے کو جہاں ہر ایک کو دوسرے سے اچھا تجربہ ہو، تو ایسے ماحول</w:t>
      </w:r>
    </w:p>
    <w:p>
      <w:r>
        <w:rPr>
          <w:b/>
        </w:rPr>
        <w:t xml:space="preserve">[20:09] </w:t>
      </w:r>
      <w:r>
        <w:t>mein rehna super joye hota hai.</w:t>
      </w:r>
    </w:p>
    <w:p>
      <w:pPr>
        <w:jc w:val="right"/>
      </w:pPr>
      <w:r>
        <w:t>میں رہنا سپر جوائے ہوتا ہے۔</w:t>
      </w:r>
    </w:p>
    <w:p>
      <w:r>
        <w:rPr>
          <w:b/>
        </w:rPr>
        <w:t xml:space="preserve">[20:17] </w:t>
      </w:r>
      <w:r>
        <w:t>Masalon ki jis zindagi ka hum tajurba kar rahe hain is dunya mein, is mein sab se zyada</w:t>
      </w:r>
    </w:p>
    <w:p>
      <w:pPr>
        <w:jc w:val="right"/>
      </w:pPr>
      <w:r>
        <w:t>مسئلوں کی جس زندگی کا ہم تجربہ کر رہے ہیں اس دنیا میں، اس میں سب سے زیادہ</w:t>
      </w:r>
    </w:p>
    <w:p>
      <w:r>
        <w:rPr>
          <w:b/>
        </w:rPr>
        <w:t xml:space="preserve">[20:24] </w:t>
      </w:r>
      <w:r>
        <w:t>badi nemat yeh hai ke apne mizaj ke log hon,</w:t>
      </w:r>
    </w:p>
    <w:p>
      <w:pPr>
        <w:jc w:val="right"/>
      </w:pPr>
      <w:r>
        <w:t>بڑی نعمت یہ ہے کہ اپنے مزاج کے لوگ ہوں،</w:t>
      </w:r>
    </w:p>
    <w:p>
      <w:r>
        <w:rPr>
          <w:b/>
        </w:rPr>
        <w:t xml:space="preserve">[20:32] </w:t>
      </w:r>
      <w:r>
        <w:t>aisa samaj ho jahan apne mizaj ke log hon, har aadmi ke andar predictable character ho.</w:t>
      </w:r>
    </w:p>
    <w:p>
      <w:pPr>
        <w:jc w:val="right"/>
      </w:pPr>
      <w:r>
        <w:t>ایسا سماج ہو جہاں اپنے مزاج کے لوگ ہوں، ہر آدمی کے اندر پریڈکٹیبل کریکٹر ہو۔</w:t>
      </w:r>
    </w:p>
    <w:p>
      <w:r>
        <w:rPr>
          <w:b/>
        </w:rPr>
        <w:t xml:space="preserve">[20:40] </w:t>
      </w:r>
      <w:r>
        <w:t>Us ke sath us ko uthna baithna sab mein aap ko khushi mile, pleasure mile, fulfillment mile, to</w:t>
      </w:r>
    </w:p>
    <w:p>
      <w:pPr>
        <w:jc w:val="right"/>
      </w:pPr>
      <w:r>
        <w:t>اس کے ساتھ اس کو اٹھنا بیٹھنا سب میں آپ کو خوشی ملے، پلیژر ملے، فلفلمنٹ ملے، تو</w:t>
      </w:r>
    </w:p>
    <w:p>
      <w:r>
        <w:rPr>
          <w:b/>
        </w:rPr>
        <w:t xml:space="preserve">[20:47] </w:t>
      </w:r>
      <w:r>
        <w:t>is se bari aur koi nemat shayad nahi hai.</w:t>
      </w:r>
    </w:p>
    <w:p>
      <w:pPr>
        <w:jc w:val="right"/>
      </w:pPr>
      <w:r>
        <w:t>اس سے بڑی اور کوئی نعمت شاید نہیں ہے۔</w:t>
      </w:r>
    </w:p>
    <w:p>
      <w:r>
        <w:rPr>
          <w:b/>
        </w:rPr>
        <w:t xml:space="preserve">[20:55] </w:t>
      </w:r>
      <w:r>
        <w:t>To yeh jo kaha gaya hai</w:t>
      </w:r>
    </w:p>
    <w:p>
      <w:pPr>
        <w:jc w:val="right"/>
      </w:pPr>
      <w:r>
        <w:t>تو یہ جو کہا گیا ہے</w:t>
      </w:r>
    </w:p>
    <w:p>
      <w:r>
        <w:rPr>
          <w:b/>
        </w:rPr>
        <w:t xml:space="preserve">[21:02] </w:t>
      </w:r>
      <w:r>
        <w:t>jannat ke baray mein, is liye kaha gaya hai ke hum jannat ko kuch anokhi cheez na samjhein,</w:t>
      </w:r>
    </w:p>
    <w:p>
      <w:pPr>
        <w:jc w:val="right"/>
      </w:pPr>
      <w:r>
        <w:t>جنت کے بارے میں، اس لیے کہا گیا ہے کہ ہم جنت کو کچھ انوکھی چیز نہ سمجھیں،</w:t>
      </w:r>
    </w:p>
    <w:p>
      <w:r>
        <w:rPr>
          <w:b/>
        </w:rPr>
        <w:t xml:space="preserve">[21:10] </w:t>
      </w:r>
      <w:r>
        <w:t>balkay ek aisi cheez samjhein jo waqai maujood hai.</w:t>
      </w:r>
    </w:p>
    <w:p>
      <w:pPr>
        <w:jc w:val="right"/>
      </w:pPr>
      <w:r>
        <w:t>بلکہ ایک ایسی چیز سمجھیں جو واقعی موجود ہے۔</w:t>
      </w:r>
    </w:p>
    <w:p>
      <w:r>
        <w:rPr>
          <w:b/>
        </w:rPr>
        <w:t xml:space="preserve">[21:19] </w:t>
      </w:r>
      <w:r>
        <w:t>jannat par hamara yaqeen barhe, un baaton se jannat ke bare mein hamara yaqeen barhta hai.</w:t>
      </w:r>
    </w:p>
    <w:p>
      <w:pPr>
        <w:jc w:val="right"/>
      </w:pPr>
      <w:r>
        <w:t>جنت پر ہمارا یقین بڑھے، ان باتوں سے جنت کے بارے میں ہمارا یقین بڑھتا ہے۔</w:t>
      </w:r>
    </w:p>
    <w:p>
      <w:r>
        <w:rPr>
          <w:b/>
        </w:rPr>
        <w:t xml:space="preserve">[21:27] </w:t>
      </w:r>
      <w:r>
        <w:t>ab mein yeh arz karunga ke jannat ko paane ka khaas</w:t>
      </w:r>
    </w:p>
    <w:p>
      <w:pPr>
        <w:jc w:val="right"/>
      </w:pPr>
      <w:r>
        <w:t>اب میں یہ عرض کروں گا کہ جنت کو پانے کا خاص</w:t>
      </w:r>
    </w:p>
    <w:p>
      <w:r>
        <w:rPr>
          <w:b/>
        </w:rPr>
        <w:t xml:space="preserve">[21:35] </w:t>
      </w:r>
      <w:r>
        <w:t>yaani woh kaun log hain jin ko jannat mile gi.</w:t>
      </w:r>
    </w:p>
    <w:p>
      <w:pPr>
        <w:jc w:val="right"/>
      </w:pPr>
      <w:r>
        <w:t>یعنی وہ کون لوگ ہیں جن کو جنت ملے گی۔</w:t>
      </w:r>
    </w:p>
    <w:p>
      <w:r>
        <w:rPr>
          <w:b/>
        </w:rPr>
        <w:t xml:space="preserve">[21:45] </w:t>
      </w:r>
      <w:r>
        <w:t>to jahan tak hum ne samjha hai, is mein quran ki is aayat mein ishara hai ke woh</w:t>
      </w:r>
    </w:p>
    <w:p>
      <w:pPr>
        <w:jc w:val="right"/>
      </w:pPr>
      <w:r>
        <w:t>تو جہاں تک ہم نے سمجھا ہے، اس میں قرآن کی اس آیت میں اشارہ ہے کہ وہ</w:t>
      </w:r>
    </w:p>
    <w:p>
      <w:r>
        <w:rPr>
          <w:b/>
        </w:rPr>
        <w:t xml:space="preserve">[21:55] </w:t>
      </w:r>
      <w:r>
        <w:t>husn-e-rifaqat wale log hon ge, husn-e-rifaqat, behtareen character, behtareen adat wale, har lehaz se behtareen log,</w:t>
      </w:r>
    </w:p>
    <w:p>
      <w:pPr>
        <w:jc w:val="right"/>
      </w:pPr>
      <w:r>
        <w:t>حسن رفاقت والے لوگ ہوں گے، حسن رفاقت، بہترین کریکٹر، بہترین عادت والے، ہر لحاظ سے بہترین لوگ،</w:t>
      </w:r>
    </w:p>
    <w:p>
      <w:r>
        <w:rPr>
          <w:b/>
        </w:rPr>
        <w:t xml:space="preserve">[22:05] </w:t>
      </w:r>
      <w:r>
        <w:t>har lihaz se. to goya ke agar aap jannat, is goya ke jo insaan jannat ka shaiq ho, jo chahta ho ke is ko jannat mein jagah mile, to is ko apne andar jannati aik character paida karna hoga. jannati character yani jo cheez le jaye gi insaan ko jannat mein, woh koi aur cheez nahi hogi, woh character hoga</w:t>
      </w:r>
    </w:p>
    <w:p>
      <w:pPr>
        <w:jc w:val="right"/>
      </w:pPr>
      <w:r>
        <w:t>ہر لحاظ سے۔ تو گویا کہ اگر آپ جنت، اس گویا کہ جو انسان جنت کا شائق ہو، جو چاہتا ہو کہ اس کو جنت میں جگہ ملے، تو اس کو اپنے اندر جنتی ایک کریکٹر پیدا کرنا ہوگا۔ جنتی کریکٹر یعنی جو چیز لے جائے گی انسان کو جنت میں، وہ کوئی اور چیز نہیں ہوگی، وہ کریکٹر ہوگ</w:t>
      </w:r>
    </w:p>
    <w:p>
      <w:r>
        <w:rPr>
          <w:b/>
        </w:rPr>
        <w:t xml:space="preserve">[22:35] </w:t>
      </w:r>
      <w:r>
        <w:t>—</w:t>
      </w:r>
    </w:p>
    <w:p>
      <w:pPr>
        <w:jc w:val="right"/>
      </w:pPr>
      <w:r>
        <w:t>ا۔</w:t>
      </w:r>
    </w:p>
    <w:p>
      <w:r>
        <w:rPr>
          <w:b/>
        </w:rPr>
        <w:t xml:space="preserve">[22:45] </w:t>
      </w:r>
      <w:r>
        <w:t>to mislan is ke andar doosron ke liye is ke andar salamti ka jazba ho, peaceful mind,</w:t>
      </w:r>
    </w:p>
    <w:p>
      <w:pPr>
        <w:jc w:val="right"/>
      </w:pPr>
      <w:r>
        <w:t>تو مثلاً اس کے اندر دوسروں کے لیے اس کے اندر سلامتی کا جذبہ ہو، پیس فل مائنڈ،</w:t>
      </w:r>
    </w:p>
    <w:p>
      <w:r>
        <w:rPr>
          <w:b/>
        </w:rPr>
        <w:t xml:space="preserve">[22:55] </w:t>
      </w:r>
      <w:r>
        <w:t>peaceful character, peaceful soch wale log jin ke sath rehna peaceful rehna ho.</w:t>
      </w:r>
    </w:p>
    <w:p>
      <w:pPr>
        <w:jc w:val="right"/>
      </w:pPr>
      <w:r>
        <w:t>پیس فل کریکٹر، پیس فل سوچ والے لوگ جن کے ساتھ رہنا پیس فل رہنا ہو۔</w:t>
      </w:r>
    </w:p>
    <w:p>
      <w:r>
        <w:rPr>
          <w:b/>
        </w:rPr>
        <w:t xml:space="preserve">[23:05] </w:t>
      </w:r>
      <w:r>
        <w:t>to jo log chahte hon ke unhein paradise mein jagah mile, unhein apne aap ko poore maanon mein,</w:t>
      </w:r>
    </w:p>
    <w:p>
      <w:pPr>
        <w:jc w:val="right"/>
      </w:pPr>
      <w:r>
        <w:t>تو جو لوگ چاہتے ہوں کہ انہیں پیرالائز میں جگہ ملے، انہیں اپنے آپ کو پورے معنوں میں،</w:t>
      </w:r>
    </w:p>
    <w:p>
      <w:r>
        <w:rPr>
          <w:b/>
        </w:rPr>
        <w:t xml:space="preserve">[23:13] </w:t>
      </w:r>
      <w:r>
        <w:t>poore maanon mein positive banana pare ga, peaceful banana pare ga, poore maanon mein.</w:t>
      </w:r>
    </w:p>
    <w:p>
      <w:pPr>
        <w:jc w:val="right"/>
      </w:pPr>
      <w:r>
        <w:t>پورے معنوں میں پوزیٹیو بنانا پڑے گا، پیس فل بنانا پڑے گا، پورے معنوں میں۔</w:t>
      </w:r>
    </w:p>
    <w:p>
      <w:r>
        <w:rPr>
          <w:b/>
        </w:rPr>
        <w:t xml:space="preserve">[23:21] </w:t>
      </w:r>
      <w:r>
        <w:t>yaani ab aap dekhiye ke yeh duniya jo hai, yahan to bar bar unwanted situations phail jati</w:t>
      </w:r>
    </w:p>
    <w:p>
      <w:pPr>
        <w:jc w:val="right"/>
      </w:pPr>
      <w:r>
        <w:t>یعنی اب آپ دیکھیے کہ یہ دنیا جو ہے، یہاں تو بار بار ان وانٹڈ سچوئیشنز پھیل جاتی</w:t>
      </w:r>
    </w:p>
    <w:p>
      <w:r>
        <w:rPr>
          <w:b/>
        </w:rPr>
        <w:t xml:space="preserve">[23:28] </w:t>
      </w:r>
      <w:r>
        <w:t>hain, bar bar aisa hota hai ke aadmi</w:t>
      </w:r>
    </w:p>
    <w:p>
      <w:pPr>
        <w:jc w:val="right"/>
      </w:pPr>
      <w:r>
        <w:t>ہیں، بار بار ایسا ہوتا ہے کہ آدمی</w:t>
      </w:r>
    </w:p>
    <w:p>
      <w:r>
        <w:rPr>
          <w:b/>
        </w:rPr>
        <w:t xml:space="preserve">[23:36] </w:t>
      </w:r>
      <w:r>
        <w:t>negative ho jata hai, ghussa ho jata hai. to yahi to yahi to price is ki hai jab aap ghussa, jab koi aap provocation ho, aap approch ho jayen, ghusay ki baat ho, ghussa ho jaye aap ko. to is maani ke aap jannat ka ki price denay ke liye tayyar nahi hain. yeh sab jo cheez pesh aati hai, yahi to jannat ki price hai ke aap hamesha</w:t>
      </w:r>
    </w:p>
    <w:p>
      <w:pPr>
        <w:jc w:val="right"/>
      </w:pPr>
      <w:r>
        <w:t>نیگیٹیو ہو جاتا ہے، غصہ ہو جاتا ہے۔ تو یہی تو یہی تو پرائس اس کی ہے جب آپ غصہ، جب کوئی آپ پرووکیشن ہو، آپ اپروک ہو جائیں، غصے کی بات ہو، غصہ ہو جائے آپ کو۔ تو اس معنی کہ آپ جنت کا کی پرائس دینے کے لیے تیار نہیں ہیں۔ یہ سب جو چیز پیش آتی ہے، یہی تو جنت کی پرائس ہے کہ آپ ہمیش</w:t>
      </w:r>
    </w:p>
    <w:p>
      <w:r>
        <w:rPr>
          <w:b/>
        </w:rPr>
        <w:t xml:space="preserve">[24:06] </w:t>
      </w:r>
      <w:r>
        <w:t>h positive mind ke sath rahen, hamesha peaceful character aap ko andar paya jaye.</w:t>
      </w:r>
    </w:p>
    <w:p>
      <w:pPr>
        <w:jc w:val="right"/>
      </w:pPr>
      <w:r>
        <w:t>ہ پازیٹیو مائنڈ کے ساتھ رہیں، ہمیشہ پیس فل کریکٹر آپ کو اندر پایا جائے۔</w:t>
      </w:r>
    </w:p>
    <w:p>
      <w:r>
        <w:rPr>
          <w:b/>
        </w:rPr>
        <w:t xml:space="preserve">[24:17] </w:t>
      </w:r>
      <w:r>
        <w:t>yehi yehi is is ki is ki qeemat hai jannat ki.</w:t>
      </w:r>
    </w:p>
    <w:p>
      <w:pPr>
        <w:jc w:val="right"/>
      </w:pPr>
      <w:r>
        <w:t>یہی یہی اس اس کی اس کی قیمت ہے جنت کی۔</w:t>
      </w:r>
    </w:p>
    <w:p>
      <w:r>
        <w:rPr>
          <w:b/>
        </w:rPr>
        <w:t xml:space="preserve">[24:27] </w:t>
      </w:r>
      <w:r>
        <w:t>is maane hai ke aap ko jannat ke liye jo jo</w:t>
      </w:r>
    </w:p>
    <w:p>
      <w:pPr>
        <w:jc w:val="right"/>
      </w:pPr>
      <w:r>
        <w:t>اس معنی ہے کہ آپ کو جنت کے لیے جو جو</w:t>
      </w:r>
    </w:p>
    <w:p>
      <w:r>
        <w:rPr>
          <w:b/>
        </w:rPr>
        <w:t xml:space="preserve">[24:38] </w:t>
      </w:r>
      <w:r>
        <w:t>price dena hai, woh woh character ki price hai.</w:t>
      </w:r>
    </w:p>
    <w:p>
      <w:pPr>
        <w:jc w:val="right"/>
      </w:pPr>
      <w:r>
        <w:t>پرائس دینا ہے، وہ وہ کریکٹر کی پرائس ہے۔</w:t>
      </w:r>
    </w:p>
    <w:p>
      <w:r>
        <w:rPr>
          <w:b/>
        </w:rPr>
        <w:t xml:space="preserve">[24:45] </w:t>
      </w:r>
      <w:r>
        <w:t>aap ka agar soch jannat wali soch ho, aap ka behavior soch wala, aap ka behavior jannat wala</w:t>
      </w:r>
    </w:p>
    <w:p>
      <w:pPr>
        <w:jc w:val="right"/>
      </w:pPr>
      <w:r>
        <w:t>آپ کا اگر سوچ جنت والی سوچ ہو، آپ کا بیہیویئر سوچ والا، آپ کا بیہیویئر جنت والا</w:t>
      </w:r>
    </w:p>
    <w:p>
      <w:r>
        <w:rPr>
          <w:b/>
        </w:rPr>
        <w:t xml:space="preserve">[24:53] </w:t>
      </w:r>
      <w:r>
        <w:t>behavior ho, yaani jo bhi insaan ki shakhsiyat hoti hai, insaan ki shakhsiyat to jannati shakhsiyat aap ko</w:t>
      </w:r>
    </w:p>
    <w:p>
      <w:pPr>
        <w:jc w:val="right"/>
      </w:pPr>
      <w:r>
        <w:t>بیہیویئر ہو، یعنی جو بھی انسان کی شخصیت ہوتی ہے، انسان کی شخصیت تو جنتی شخصیت آپ کو</w:t>
      </w:r>
    </w:p>
    <w:p>
      <w:r>
        <w:rPr>
          <w:b/>
        </w:rPr>
        <w:t xml:space="preserve">[25:00] </w:t>
      </w:r>
      <w:r>
        <w:t>agar aap apne aap apne andar aap ko parvarish karna hai, yeh yehi is ki qeemat hai. jannat mein</w:t>
      </w:r>
    </w:p>
    <w:p>
      <w:pPr>
        <w:jc w:val="right"/>
      </w:pPr>
      <w:r>
        <w:t>اگر آپ اپنے آپ اپنے اندر آپ کو پرورش کرنا ہے، یہ یہی اس کی قیمت ہے۔ جنت میں</w:t>
      </w:r>
    </w:p>
    <w:p>
      <w:r>
        <w:rPr>
          <w:b/>
        </w:rPr>
        <w:t xml:space="preserve">[25:08] </w:t>
      </w:r>
      <w:r>
        <w:t>koi aadmi sifarish se nahi jaye ga, recommendation se nahi jaye ga.</w:t>
      </w:r>
    </w:p>
    <w:p>
      <w:pPr>
        <w:jc w:val="right"/>
      </w:pPr>
      <w:r>
        <w:t>کوئی آدمی سفارش سے نہیں جائے گا، ریکمنڈیشن سے نہیں جائے گا۔</w:t>
      </w:r>
    </w:p>
    <w:p>
      <w:r>
        <w:rPr>
          <w:b/>
        </w:rPr>
        <w:t xml:space="preserve">[25:15] </w:t>
      </w:r>
      <w:r>
        <w:t>wahan koi sifarish ka kaam nahi hai.</w:t>
      </w:r>
    </w:p>
    <w:p>
      <w:pPr>
        <w:jc w:val="right"/>
      </w:pPr>
      <w:r>
        <w:t>وہاں کوئی سفارش کا کام نہیں ہے۔</w:t>
      </w:r>
    </w:p>
    <w:p>
      <w:r>
        <w:rPr>
          <w:b/>
        </w:rPr>
        <w:t xml:space="preserve">[25:23] </w:t>
      </w:r>
      <w:r>
        <w:t>sifarish aur recommendation is qism ki cheezen jannat mein kisi ko dakhil nahi karein gi.</w:t>
      </w:r>
    </w:p>
    <w:p>
      <w:pPr>
        <w:jc w:val="right"/>
      </w:pPr>
      <w:r>
        <w:t>سفارش اور ریکمنڈیشن اس قسم کی چیزیں جنت میں کسی کو داخل نہیں کریں گی۔</w:t>
      </w:r>
    </w:p>
    <w:p>
      <w:r>
        <w:rPr>
          <w:b/>
        </w:rPr>
        <w:t xml:space="preserve">[25:31] </w:t>
      </w:r>
      <w:r>
        <w:t>آپ کی پرسنیلٹی جو ہے، آپ کی شخصیت جو ہے، کیا وہ جنتی معنی میں develop personality ہے؟</w:t>
      </w:r>
    </w:p>
    <w:p>
      <w:pPr>
        <w:jc w:val="right"/>
      </w:pPr>
      <w:r>
        <w:t>آپ کی پرسنیلٹی جو ہے، آپ کی شخصیت جو ہے، کیا وہ جنتی معنی میں ڈیولپ پرسنیلٹی ہے؟</w:t>
      </w:r>
    </w:p>
    <w:p>
      <w:r>
        <w:rPr>
          <w:b/>
        </w:rPr>
        <w:t xml:space="preserve">[25:39] </w:t>
      </w:r>
      <w:r>
        <w:t>yaani aap ki soch, aap ka behavior, aap ki personality, aap ka character, yeh sab cheezen jo hain,</w:t>
      </w:r>
    </w:p>
    <w:p>
      <w:pPr>
        <w:jc w:val="right"/>
      </w:pPr>
      <w:r>
        <w:t>یعنی آپ کی سوچ، آپ کا بیہیویئر، آپ کی پرسنیلٹی، آپ کا کریکٹر، یہ سب چیزیں جو ہیں،</w:t>
      </w:r>
    </w:p>
    <w:p>
      <w:r>
        <w:rPr>
          <w:b/>
        </w:rPr>
        <w:t xml:space="preserve">[25:46] </w:t>
      </w:r>
      <w:r>
        <w:t>جنتی معنوں میں develop ہیں یا نہیں ہیں؟ وہاں آپ جنت میں misfit تو نہیں ہیں؟ یعنی</w:t>
      </w:r>
    </w:p>
    <w:p>
      <w:pPr>
        <w:jc w:val="right"/>
      </w:pPr>
      <w:r>
        <w:t>جنتی معنوں میں ڈیولپ ہیں یا نہیں ہیں؟ وہاں آپ جنت میں مس فٹ تو نہیں ہیں؟ یعنی</w:t>
      </w:r>
    </w:p>
    <w:p>
      <w:r>
        <w:rPr>
          <w:b/>
        </w:rPr>
        <w:t xml:space="preserve">[25:54] </w:t>
      </w:r>
      <w:r>
        <w:t>aisi shakhsiyat jo jannat mein mis-fit ho jaye, to us ke liye jannat nahi hai.</w:t>
      </w:r>
    </w:p>
    <w:p>
      <w:pPr>
        <w:jc w:val="right"/>
      </w:pPr>
      <w:r>
        <w:t>ایسی شخصیت جو جنت میں مس فٹ ہو جائے، تو اس کے لیے جنت نہیں ہے۔</w:t>
      </w:r>
    </w:p>
    <w:p>
      <w:r>
        <w:rPr>
          <w:b/>
        </w:rPr>
        <w:t xml:space="preserve">[26:02] </w:t>
      </w:r>
      <w:r>
        <w:t>aisi shakhsiyat jo jannat mein mis-fit ho jaye,</w:t>
      </w:r>
    </w:p>
    <w:p>
      <w:pPr>
        <w:jc w:val="right"/>
      </w:pPr>
      <w:r>
        <w:t>ایسی شخصیت جو جنت میں مس فٹ ہو جائے،</w:t>
      </w:r>
    </w:p>
    <w:p>
      <w:r>
        <w:rPr>
          <w:b/>
        </w:rPr>
        <w:t xml:space="preserve">[26:10] </w:t>
      </w:r>
      <w:r>
        <w:t>to us ke liye jannat nahi hai. Ab dekhiye, kal akhbar mein ek khabar thi ke Japan mein ek train rawana hui, to jahan us ko pahunchna</w:t>
      </w:r>
    </w:p>
    <w:p>
      <w:pPr>
        <w:jc w:val="right"/>
      </w:pPr>
      <w:r>
        <w:t>تو اس کے لیے جنت نہیں ہے۔ اب دیکھیے، کل اخبار میں ایک خبر تھی کہ جاپان میں ایک ٹرین روانہ ہوئی، تو جہاں اس کو پہنچنا</w:t>
      </w:r>
    </w:p>
    <w:p>
      <w:r>
        <w:rPr>
          <w:b/>
        </w:rPr>
        <w:t xml:space="preserve">[26:40] </w:t>
      </w:r>
      <w:r>
        <w:t>تھا، وہاں وہ before time پہنچ گئی، شاید ایک منٹ before time۔</w:t>
      </w:r>
    </w:p>
    <w:p>
      <w:pPr>
        <w:jc w:val="right"/>
      </w:pPr>
      <w:r>
        <w:t>تھا، وہاں وہ بیفور ٹائم پہنچ گئی، شاید ایک منٹ بیفور ٹائم۔</w:t>
      </w:r>
    </w:p>
    <w:p>
      <w:r>
        <w:rPr>
          <w:b/>
        </w:rPr>
        <w:t xml:space="preserve">[26:47] </w:t>
      </w:r>
      <w:r>
        <w:t>to is ke liye poora jo jo amla tha, jo staff tha train ka, us ne apne musafiron</w:t>
      </w:r>
    </w:p>
    <w:p>
      <w:pPr>
        <w:jc w:val="right"/>
      </w:pPr>
      <w:r>
        <w:t>تو اس کے لیے پورا جو جو عملہ تھا، جو سٹاف تھا ٹرین کا، اس نے اپنے مسافروں</w:t>
      </w:r>
    </w:p>
    <w:p>
      <w:r>
        <w:rPr>
          <w:b/>
        </w:rPr>
        <w:t xml:space="preserve">[26:55] </w:t>
      </w:r>
      <w:r>
        <w:t>سے بہت واضح طریقے پر معافی مانگی، apology پیش کی۔</w:t>
      </w:r>
    </w:p>
    <w:p>
      <w:pPr>
        <w:jc w:val="right"/>
      </w:pPr>
      <w:r>
        <w:t>سے بہت واضح طریقے پر معافی مانگی، اپولوجی پیش کی۔</w:t>
      </w:r>
    </w:p>
    <w:p>
      <w:r>
        <w:rPr>
          <w:b/>
        </w:rPr>
        <w:t xml:space="preserve">[27:02] </w:t>
      </w:r>
      <w:r>
        <w:t>to main ne socha ke ke</w:t>
      </w:r>
    </w:p>
    <w:p>
      <w:pPr>
        <w:jc w:val="right"/>
      </w:pPr>
      <w:r>
        <w:t>تو میں نے سوچا کہ کہ</w:t>
      </w:r>
    </w:p>
    <w:p>
      <w:r>
        <w:rPr>
          <w:b/>
        </w:rPr>
        <w:t xml:space="preserve">[27:10] </w:t>
      </w:r>
      <w:r>
        <w:t>jannat mein jo log honge, jo wahan ke kaam ko sambhalenge, wahan ke wahan ka jinka culture hai, us ko manage karenge, wahan ki zindagi, jinke jis wahan ki wahan ki zindagi ko jo log handle karenge, wahan ki sawariyon ko, wahan ke intezam ko, to un ke bohat ziyada precise character</w:t>
      </w:r>
    </w:p>
    <w:p>
      <w:pPr>
        <w:jc w:val="right"/>
      </w:pPr>
      <w:r>
        <w:t>جنت میں جو لوگ ہوں گے، جو وہاں کے کام کو سنبھالیں گے، وہاں کے وہاں کا جن کا کلچر ہے، اس کو مینج کریں گے، وہاں کی زندگی، جن کے جس وہاں کی وہاں کی زندگی کو جو لوگ ہینڈل کریں گے، وہاں کی سواریوں کو، وہاں کے انتظام کو، تو ان کے بہت زیادہ پریسائز کریکٹر</w:t>
      </w:r>
    </w:p>
    <w:p>
      <w:r>
        <w:rPr>
          <w:b/>
        </w:rPr>
        <w:t xml:space="preserve">[27:40] </w:t>
      </w:r>
      <w:r>
        <w:t>hoga ke wahan ke trainen na to paanch second let hon gi, na paanch second befor jayen gi.</w:t>
      </w:r>
    </w:p>
    <w:p>
      <w:pPr>
        <w:jc w:val="right"/>
      </w:pPr>
      <w:r>
        <w:t>ہوگا کہ وہاں کے ٹرینیں نہ تو پانچ سیکنڈ لیٹ ہوں گی، نہ پانچ سیکنڈ بیفور جائیں گی۔</w:t>
      </w:r>
    </w:p>
    <w:p>
      <w:r>
        <w:rPr>
          <w:b/>
        </w:rPr>
        <w:t xml:space="preserve">[27:50] </w:t>
      </w:r>
      <w:r>
        <w:t>yeh sab cheezen goya hum ko jannat ka taaruf karati hain, jannat ka taaruf karati hain.</w:t>
      </w:r>
    </w:p>
    <w:p>
      <w:pPr>
        <w:jc w:val="right"/>
      </w:pPr>
      <w:r>
        <w:t>یہ سب چیزیں گویا ہم کو جنت کا تعارف کراتی ہیں، جنت کا تعارف کراتی ہیں۔</w:t>
      </w:r>
    </w:p>
    <w:p>
      <w:r>
        <w:rPr>
          <w:b/>
        </w:rPr>
        <w:t xml:space="preserve">[28:00] </w:t>
      </w:r>
      <w:r>
        <w:t>to yeh sab cheezen hain jo jo jannat chahta ho, jannat mein dakhla, us ko apne andar yeh sab salah</w:t>
      </w:r>
    </w:p>
    <w:p>
      <w:pPr>
        <w:jc w:val="right"/>
      </w:pPr>
      <w:r>
        <w:t>تو یہ سب چیزیں ہیں جو جو جنت چاہتا ہو، جنت میں داخلہ، اس کو اپنے اندر یہ سب صلاح</w:t>
      </w:r>
    </w:p>
    <w:p>
      <w:r>
        <w:rPr>
          <w:b/>
        </w:rPr>
        <w:t xml:space="preserve">[28:10] </w:t>
      </w:r>
      <w:r>
        <w:t>yaten paida karni hon gi, warna jannat mein milne wali nahin hai.</w:t>
      </w:r>
    </w:p>
    <w:p>
      <w:pPr>
        <w:jc w:val="right"/>
      </w:pPr>
      <w:r>
        <w:t>یتیں پیدا کرنی ہوں گی، ورنہ جنت میں ملنے والی نہیں ہے۔</w:t>
      </w:r>
    </w:p>
    <w:p>
      <w:r>
        <w:rPr>
          <w:b/>
        </w:rPr>
        <w:t xml:space="preserve">[28:17] </w:t>
      </w:r>
      <w:r>
        <w:t>koi doosri, koi doosri cheez jis ko aap samjhen ke is se mujhe jannat mil jayegi, yeh</w:t>
      </w:r>
    </w:p>
    <w:p>
      <w:pPr>
        <w:jc w:val="right"/>
      </w:pPr>
      <w:r>
        <w:t>کوئی دوسری، کوئی دوسری چیز جس کو آپ سمجھیں کہ اس سے مجھے جنت مل جائے گی، یہ</w:t>
      </w:r>
    </w:p>
    <w:p>
      <w:r>
        <w:rPr>
          <w:b/>
        </w:rPr>
        <w:t xml:space="preserve">[28:25] </w:t>
      </w:r>
      <w:r>
        <w:t>khush fehmi hai.</w:t>
      </w:r>
    </w:p>
    <w:p>
      <w:pPr>
        <w:jc w:val="right"/>
      </w:pPr>
      <w:r>
        <w:t>خوش فہمی ہے۔</w:t>
      </w:r>
    </w:p>
    <w:p>
      <w:r>
        <w:rPr>
          <w:b/>
        </w:rPr>
        <w:t xml:space="preserve">[28:32] </w:t>
      </w:r>
      <w:r>
        <w:t>yeh amani, is ko quran mein amani kaha gaya hai: "laysa be amani kum wala amani al kitab man yamal</w:t>
      </w:r>
    </w:p>
    <w:p>
      <w:pPr>
        <w:jc w:val="right"/>
      </w:pPr>
      <w:r>
        <w:t>یہ امانی، اس کو قرآن میں امانی کہا گیا ہے: "لیسا بے امانیکم ولا امانی الکتاب من یعمل</w:t>
      </w:r>
    </w:p>
    <w:p>
      <w:r>
        <w:rPr>
          <w:b/>
        </w:rPr>
        <w:t xml:space="preserve">[28:40] </w:t>
      </w:r>
      <w:r>
        <w:t>subh yudhibi".</w:t>
      </w:r>
    </w:p>
    <w:p>
      <w:pPr>
        <w:jc w:val="right"/>
      </w:pPr>
      <w:r>
        <w:t>صبح یذبی"۔</w:t>
      </w:r>
    </w:p>
    <w:p>
      <w:r>
        <w:rPr>
          <w:b/>
        </w:rPr>
        <w:t xml:space="preserve">[28:46] </w:t>
      </w:r>
      <w:r>
        <w:t>امانی کے معنی وہی ہوتے ہیں جس کو ہم کہتے ہیں "wishful thinking"۔</w:t>
      </w:r>
    </w:p>
    <w:p>
      <w:pPr>
        <w:jc w:val="right"/>
      </w:pPr>
      <w:r>
        <w:t>امانی کے معنی وہی ہوتے ہیں جس کو ہم کہتے ہیں "وش فل تھنکنگ"۔</w:t>
      </w:r>
    </w:p>
    <w:p>
      <w:r>
        <w:rPr>
          <w:b/>
        </w:rPr>
        <w:t xml:space="preserve">[28:53] </w:t>
      </w:r>
      <w:r>
        <w:t>wishful thinking. تو کسی کی wishful thinking اس کو جنت میں داخل نہیں کر دے گی۔</w:t>
      </w:r>
    </w:p>
    <w:p>
      <w:pPr>
        <w:jc w:val="right"/>
      </w:pPr>
      <w:r>
        <w:t>وش فل تھنکنگ تو کسی کی وش فل تھنکنگ اس کو جنت میں داخل نہیں کر دے گی۔</w:t>
      </w:r>
    </w:p>
    <w:p>
      <w:r>
        <w:rPr>
          <w:b/>
        </w:rPr>
        <w:t xml:space="preserve">[28:59] </w:t>
      </w:r>
      <w:r>
        <w:t>quran mein hai ke "la isma'un fiha laghwun wala ta'seema".</w:t>
      </w:r>
    </w:p>
    <w:p>
      <w:pPr>
        <w:jc w:val="right"/>
      </w:pPr>
      <w:r>
        <w:t>قرآن میں ہے کہ "لا اسمعون فیہا لغو ولا تعصیما"۔</w:t>
      </w:r>
    </w:p>
    <w:p>
      <w:r>
        <w:rPr>
          <w:b/>
        </w:rPr>
        <w:t xml:space="preserve">[29:05] </w:t>
      </w:r>
      <w:r>
        <w:t>wahan koi laghw baat nahin sune ga,</w:t>
      </w:r>
    </w:p>
    <w:p>
      <w:pPr>
        <w:jc w:val="right"/>
      </w:pPr>
      <w:r>
        <w:t>وہاں کوئی لغو بات نہیں سنے گا،</w:t>
      </w:r>
    </w:p>
    <w:p>
      <w:r>
        <w:rPr>
          <w:b/>
        </w:rPr>
        <w:t xml:space="preserve">[29:11] </w:t>
      </w:r>
      <w:r>
        <w:t>"la isma'un fiha laghwun wala ta'seema".</w:t>
      </w:r>
    </w:p>
    <w:p>
      <w:pPr>
        <w:jc w:val="right"/>
      </w:pPr>
      <w:r>
        <w:t>"لا اسمعون فیہا لغو ولا تعصیما"۔</w:t>
      </w:r>
    </w:p>
    <w:p>
      <w:r>
        <w:rPr>
          <w:b/>
        </w:rPr>
        <w:t xml:space="preserve">[29:17] </w:t>
      </w:r>
      <w:r>
        <w:t>wahan koi laghw baat ya gunah ki baat nahin sune ga.</w:t>
      </w:r>
    </w:p>
    <w:p>
      <w:pPr>
        <w:jc w:val="right"/>
      </w:pPr>
      <w:r>
        <w:t>وہاں کوئی لغو بات یا گناہ کی بات نہیں سنے گا۔</w:t>
      </w:r>
    </w:p>
    <w:p>
      <w:r>
        <w:rPr>
          <w:b/>
        </w:rPr>
        <w:t xml:space="preserve">[29:24] </w:t>
      </w:r>
      <w:r>
        <w:t>اس کا مطلب ہے کہ pure thinking ہوگی، pure character ہوگا وہاں کے لوگوں کے اندر۔</w:t>
      </w:r>
    </w:p>
    <w:p>
      <w:pPr>
        <w:jc w:val="right"/>
      </w:pPr>
      <w:r>
        <w:t>اس کا مطلب ہے کہ پیور تھنکنگ ہوگی، پیور کریکٹر ہوگا وہاں کے لوگوں کے اندر۔</w:t>
      </w:r>
    </w:p>
    <w:p>
      <w:r>
        <w:rPr>
          <w:b/>
        </w:rPr>
        <w:t xml:space="preserve">[29:30] </w:t>
      </w:r>
      <w:r>
        <w:t>yeh kab banega? wahan nahin banega.</w:t>
      </w:r>
    </w:p>
    <w:p>
      <w:pPr>
        <w:jc w:val="right"/>
      </w:pPr>
      <w:r>
        <w:t>یہ کب بنے گا؟ وہاں نہیں بنے گا۔</w:t>
      </w:r>
    </w:p>
    <w:p>
      <w:r>
        <w:rPr>
          <w:b/>
        </w:rPr>
        <w:t xml:space="preserve">[29:36] </w:t>
      </w:r>
      <w:r>
        <w:t>yehi yehi yeh aadmi apne aap ko aisa banayega jaisa ke quran mein hai ke "khalaq al maut".</w:t>
      </w:r>
    </w:p>
    <w:p>
      <w:pPr>
        <w:jc w:val="right"/>
      </w:pPr>
      <w:r>
        <w:t>یہی یہی یہ آدمی اپنے آپ کو ایسا بنائے گا جیسا کہ قرآن میں ہے کہ "خلق الموت"۔</w:t>
      </w:r>
    </w:p>
    <w:p>
      <w:r>
        <w:rPr>
          <w:b/>
        </w:rPr>
        <w:t xml:space="preserve">[29:42] </w:t>
      </w:r>
      <w:r>
        <w:t>allah ne banai hai yeh dunya akhir al amal ke intikhab ke liye, akhir al amal ke selection ke liye.</w:t>
      </w:r>
    </w:p>
    <w:p>
      <w:pPr>
        <w:jc w:val="right"/>
      </w:pPr>
      <w:r>
        <w:t>اللہ نے بنائی ہے یہ دنیا آخر العمل کے انتخاب کے لیے، آخر العمل کے سلیکشن کے لیے۔</w:t>
      </w:r>
    </w:p>
    <w:p>
      <w:r>
        <w:rPr>
          <w:b/>
        </w:rPr>
        <w:t xml:space="preserve">[29:52] </w:t>
      </w:r>
      <w:r>
        <w:t>yani jo aadmi apne aap ko best character wala sabit kare, usi ka intikhab hoga, usi ka selection hoga.</w:t>
      </w:r>
    </w:p>
    <w:p>
      <w:pPr>
        <w:jc w:val="right"/>
      </w:pPr>
      <w:r>
        <w:t>یعنی جو آدمی اپنے آپ کو بیسٹ کریکٹر والا ثابت کرے، اسی کا انتخاب ہوگا، اسی کا سلیکشن ہوگا۔</w:t>
      </w:r>
    </w:p>
    <w:p>
      <w:r>
        <w:rPr>
          <w:b/>
        </w:rPr>
        <w:t xml:space="preserve">[30:02] </w:t>
      </w:r>
      <w:r>
        <w:t>koi sifarish, koi recommendation</w:t>
      </w:r>
    </w:p>
    <w:p>
      <w:pPr>
        <w:jc w:val="right"/>
      </w:pPr>
      <w:r>
        <w:t>کوئی سفارش، کوئی ریکمنڈیشن</w:t>
      </w:r>
    </w:p>
    <w:p>
      <w:r>
        <w:rPr>
          <w:b/>
        </w:rPr>
        <w:t xml:space="preserve">[30:12] </w:t>
      </w:r>
      <w:r>
        <w:t>, koi koi bhi doosri cheez kisi aadmi ko jannat mein nahin le jayegi.</w:t>
      </w:r>
    </w:p>
    <w:p>
      <w:pPr>
        <w:jc w:val="right"/>
      </w:pPr>
      <w:r>
        <w:t>، کوئی کوئی بھی دوسری چیز کسی آدمی کو جنت میں نہیں لے جائے گی۔</w:t>
      </w:r>
    </w:p>
    <w:p>
      <w:r>
        <w:rPr>
          <w:b/>
        </w:rPr>
        <w:t xml:space="preserve">[30:21] </w:t>
      </w:r>
      <w:r>
        <w:t>agar jannat aise hi ho jaise hamare haan hota hai ke idaron mein sifarish par log logon ko</w:t>
      </w:r>
    </w:p>
    <w:p>
      <w:pPr>
        <w:jc w:val="right"/>
      </w:pPr>
      <w:r>
        <w:t>اگر جنت ایسے ہی ہو جیسے ہمارے ہاں ہوتا ہے کہ اداروں میں سفارش پر لوگ لوگوں کو</w:t>
      </w:r>
    </w:p>
    <w:p>
      <w:r>
        <w:rPr>
          <w:b/>
        </w:rPr>
        <w:t xml:space="preserve">[30:29] </w:t>
      </w:r>
      <w:r>
        <w:t>admission mil jata hai, sifarish ka logon ko wahan kaam mil jata hai, to phir jannat mein aur</w:t>
      </w:r>
    </w:p>
    <w:p>
      <w:pPr>
        <w:jc w:val="right"/>
      </w:pPr>
      <w:r>
        <w:t>ایڈمیشن مل جاتا ہے، سفارش کا لوگوں کو وہاں کام مل جاتا ہے، تو پھر جنت میں اور</w:t>
      </w:r>
    </w:p>
    <w:p>
      <w:r>
        <w:rPr>
          <w:b/>
        </w:rPr>
        <w:t xml:space="preserve">[30:38] </w:t>
      </w:r>
      <w:r>
        <w:t>is mein kya farq hai?</w:t>
      </w:r>
    </w:p>
    <w:p>
      <w:pPr>
        <w:jc w:val="right"/>
      </w:pPr>
      <w:r>
        <w:t>اس میں کیا فرق ہے؟</w:t>
      </w:r>
    </w:p>
    <w:p>
      <w:r>
        <w:rPr>
          <w:b/>
        </w:rPr>
        <w:t xml:space="preserve">[30:46] </w:t>
      </w:r>
      <w:r>
        <w:t>Jannat mein aur is mein kya farq hai? To jannat koi koi woh jo hai nahi ja ke logon ko sifarish par jagah mile, sifarish wahan kaam nahi aane wali hai. Aur Rasool Allah salallahu alaihi wasallam ne khud apne bare mein farmaya ke "Ala yataghammadani Allahu bi rahmatin min fadli" ke main bhi jannat mein</w:t>
      </w:r>
    </w:p>
    <w:p>
      <w:pPr>
        <w:jc w:val="right"/>
      </w:pPr>
      <w:r>
        <w:t>جنت میں اور اس میں کیا فرق ہے؟ تو جنت کوئی کوئی وہ جو ہے نہیں جا کے لوگوں کو سفارش پر جگہ ملے، سفارش وہاں کام نہیں آنے والی ہے۔ اور رسول اللہ صلی اللہ علیہ وسلم نے خود اپنے بارے میں فرمایا کہ "الا یتغمدن اللہ برحمت من فضلی" کہ میں بھی جنت میں</w:t>
      </w:r>
    </w:p>
    <w:p>
      <w:r>
        <w:rPr>
          <w:b/>
        </w:rPr>
        <w:t xml:space="preserve">[31:16] </w:t>
      </w:r>
      <w:r>
        <w:t>jaunga to allah ke fazl se, allah ki rehmat se.</w:t>
      </w:r>
    </w:p>
    <w:p>
      <w:pPr>
        <w:jc w:val="right"/>
      </w:pPr>
      <w:r>
        <w:t>جاؤں گا تو اللہ کے فضل سے، اللہ کی رحمت سے۔</w:t>
      </w:r>
    </w:p>
    <w:p>
      <w:r>
        <w:rPr>
          <w:b/>
        </w:rPr>
        <w:t xml:space="preserve">[31:22] </w:t>
      </w:r>
      <w:r>
        <w:t>to is ka matlab kya hai? is ka matlab kya hai? is ka matlab hai ke allah jis</w:t>
      </w:r>
    </w:p>
    <w:p>
      <w:pPr>
        <w:jc w:val="right"/>
      </w:pPr>
      <w:r>
        <w:t>تو اس کا مطلب کیا ہے؟ اس کا مطلب کیا ہے؟ اس کا مطلب ہے کہ اللہ جس</w:t>
      </w:r>
    </w:p>
    <w:p>
      <w:r>
        <w:rPr>
          <w:b/>
        </w:rPr>
        <w:t xml:space="preserve">[31:28] </w:t>
      </w:r>
      <w:r>
        <w:t>insan ko is ki soch, is ke character ke aitbar se qabil-e-rehmat samjhe, yeh bhi already ek</w:t>
      </w:r>
    </w:p>
    <w:p>
      <w:pPr>
        <w:jc w:val="right"/>
      </w:pPr>
      <w:r>
        <w:t>انسان کو اس کی سوچ، اس کے کریکٹر کے اعتبار سے قابل رحمت سمجھے، یہ بھی الریڈی ایک</w:t>
      </w:r>
    </w:p>
    <w:p>
      <w:r>
        <w:rPr>
          <w:b/>
        </w:rPr>
        <w:t xml:space="preserve">[31:34] </w:t>
      </w:r>
      <w:r>
        <w:t>alternative kisi ko daal daal diya.</w:t>
      </w:r>
    </w:p>
    <w:p>
      <w:pPr>
        <w:jc w:val="right"/>
      </w:pPr>
      <w:r>
        <w:t>الٹرنیٹو کسی کو ڈال ڈال دیا۔</w:t>
      </w:r>
    </w:p>
    <w:p>
      <w:r>
        <w:rPr>
          <w:b/>
        </w:rPr>
        <w:t xml:space="preserve">[31:40] </w:t>
      </w:r>
      <w:r>
        <w:t>"ala y taghammadannallahu bir</w:t>
      </w:r>
    </w:p>
    <w:p>
      <w:pPr>
        <w:jc w:val="right"/>
      </w:pPr>
      <w:r>
        <w:t>"الا یتغمدن اللہ بر</w:t>
      </w:r>
    </w:p>
    <w:p>
      <w:r>
        <w:rPr>
          <w:b/>
        </w:rPr>
        <w:t xml:space="preserve">[31:46] </w:t>
      </w:r>
      <w:r>
        <w:t>hamat min fadli" ka matlab yeh hai ke Allah jo aalim-ul-ghaib hai, jo har baat jaanta hai,</w:t>
      </w:r>
    </w:p>
    <w:p>
      <w:pPr>
        <w:jc w:val="right"/>
      </w:pPr>
      <w:r>
        <w:t>حمت من فضلی" کا مطلب یہ ہے کہ اللہ جو عالم الغیب ہے، جو ہر بات جانتا ہے،</w:t>
      </w:r>
    </w:p>
    <w:p>
      <w:r>
        <w:rPr>
          <w:b/>
        </w:rPr>
        <w:t xml:space="preserve">[31:52] </w:t>
      </w:r>
      <w:r>
        <w:t>jo bohat ziyada is ka test jaiz hai ke Allah ka test bohat hi ziyada fine test.</w:t>
      </w:r>
    </w:p>
    <w:p>
      <w:pPr>
        <w:jc w:val="right"/>
      </w:pPr>
      <w:r>
        <w:t>جو بہت زیادہ اس کا ٹیسٹ جائز ہے کہ اللہ کا ٹیسٹ بہت ہی زیادہ فائن ٹیسٹ۔</w:t>
      </w:r>
    </w:p>
    <w:p>
      <w:r>
        <w:rPr>
          <w:b/>
        </w:rPr>
        <w:t xml:space="preserve">[31:58] </w:t>
      </w:r>
      <w:r>
        <w:t>to aisa Khuda jo itna qabil hai, woh Khuda jis ko samjhe ke haan yeh meri jannat mein</w:t>
      </w:r>
    </w:p>
    <w:p>
      <w:pPr>
        <w:jc w:val="right"/>
      </w:pPr>
      <w:r>
        <w:t>تو ایسا خدا جو اتنا قابل ہے، وہ خدا جس کو سمجھے کہ ہاں یہ میری جنت میں</w:t>
      </w:r>
    </w:p>
    <w:p>
      <w:r>
        <w:rPr>
          <w:b/>
        </w:rPr>
        <w:t xml:space="preserve">[32:04] </w:t>
      </w:r>
      <w:r>
        <w:t>dakhle qabil hai.</w:t>
      </w:r>
    </w:p>
    <w:p>
      <w:pPr>
        <w:jc w:val="right"/>
      </w:pPr>
      <w:r>
        <w:t>داخلے قابل ہے۔</w:t>
      </w:r>
    </w:p>
    <w:p>
      <w:r>
        <w:rPr>
          <w:b/>
        </w:rPr>
        <w:t xml:space="preserve">[32:10] </w:t>
      </w:r>
      <w:r>
        <w:t>to "ala y</w:t>
      </w:r>
    </w:p>
    <w:p>
      <w:pPr>
        <w:jc w:val="right"/>
      </w:pPr>
      <w:r>
        <w:t>تو "الا ی</w:t>
      </w:r>
    </w:p>
    <w:p>
      <w:r>
        <w:rPr>
          <w:b/>
        </w:rPr>
        <w:t xml:space="preserve">[32:16] </w:t>
      </w:r>
      <w:r>
        <w:t>taghammadannallahu birahmat min fadli" ka matlab yeh hai ke jis ko Khuda-e-qabil, us qabil samjhe ke</w:t>
      </w:r>
    </w:p>
    <w:p>
      <w:pPr>
        <w:jc w:val="right"/>
      </w:pPr>
      <w:r>
        <w:t>تغمدن اللہ برحمت من فضلی" کا مطلب یہ ہے کہ جس کو خدائے قابل، اس قابل سمجھے کہ</w:t>
      </w:r>
    </w:p>
    <w:p>
      <w:r>
        <w:rPr>
          <w:b/>
        </w:rPr>
        <w:t xml:space="preserve">[32:24] </w:t>
      </w:r>
      <w:r>
        <w:t>us ko jannat mein jagah dena chahiye, us ke liye jannat hai.</w:t>
      </w:r>
    </w:p>
    <w:p>
      <w:pPr>
        <w:jc w:val="right"/>
      </w:pPr>
      <w:r>
        <w:t>اس کو جنت میں جگہ دینا چاہیے، اس کے لیے جنت ہے۔</w:t>
      </w:r>
    </w:p>
    <w:p>
      <w:r>
        <w:rPr>
          <w:b/>
        </w:rPr>
        <w:t xml:space="preserve">[32:31] </w:t>
      </w:r>
      <w:r>
        <w:t>yani Khuda ke Khuda ka jo shauq hai, aala shauq, aala tareen shauq jo Khuda ka hai, to</w:t>
      </w:r>
    </w:p>
    <w:p>
      <w:pPr>
        <w:jc w:val="right"/>
      </w:pPr>
      <w:r>
        <w:t>یعنی خدا کے خدا کا جو ذوق ہے، اعلیٰ ذوق، اعلیٰ ترین ذوق جو خدا کا ہے، تو</w:t>
      </w:r>
    </w:p>
    <w:p>
      <w:r>
        <w:rPr>
          <w:b/>
        </w:rPr>
        <w:t xml:space="preserve">[32:39] </w:t>
      </w:r>
      <w:r>
        <w:t>Khuda ka aala shauq jis ko is qabil paaye ke haan us ko hamein apni jan</w:t>
      </w:r>
    </w:p>
    <w:p>
      <w:pPr>
        <w:jc w:val="right"/>
      </w:pPr>
      <w:r>
        <w:t>خدا کا اعلیٰ ذوق جس کو اس قابل پائے کہ ہاں اس کو ہمیں اپنی جن</w:t>
      </w:r>
    </w:p>
    <w:p>
      <w:r>
        <w:rPr>
          <w:b/>
        </w:rPr>
        <w:t xml:space="preserve">[32:46] </w:t>
      </w:r>
      <w:r>
        <w:t>nat mein jagah dena chahiye, yeh matlab hai is ka.</w:t>
      </w:r>
    </w:p>
    <w:p>
      <w:pPr>
        <w:jc w:val="right"/>
      </w:pPr>
      <w:r>
        <w:t>ت میں جگہ دینا چاہیے، یہ مطلب ہے اس کا۔</w:t>
      </w:r>
    </w:p>
    <w:p>
      <w:r>
        <w:rPr>
          <w:b/>
        </w:rPr>
        <w:t xml:space="preserve">[32:52] </w:t>
      </w:r>
      <w:r>
        <w:t>yeh bhi koi weak baat nahi hai.</w:t>
      </w:r>
    </w:p>
    <w:p>
      <w:pPr>
        <w:jc w:val="right"/>
      </w:pPr>
      <w:r>
        <w:t>یہ بھی کوئی ویک بات نہیں ہے۔</w:t>
      </w:r>
    </w:p>
    <w:p>
      <w:r>
        <w:rPr>
          <w:b/>
        </w:rPr>
        <w:t xml:space="preserve">[32:58] </w:t>
      </w:r>
      <w:r>
        <w:t>aap jaante hain ke Rasool Allah Sal Allahu Alaihi Wasallam ne ek baar farmaya ke jannat mein koi</w:t>
      </w:r>
    </w:p>
    <w:p>
      <w:pPr>
        <w:jc w:val="right"/>
      </w:pPr>
      <w:r>
        <w:t>آپ جانتے ہیں کہ رسول اللہ صلی اللہ علیہ وسلم نے ایک بار فرمایا کہ جنت میں کوئی</w:t>
      </w:r>
    </w:p>
    <w:p>
      <w:r>
        <w:rPr>
          <w:b/>
        </w:rPr>
        <w:t xml:space="preserve">[33:04] </w:t>
      </w:r>
      <w:r>
        <w:t>shakhs apne kisi aur buniyad par nahi jayega, balkeh Allah ki rehmat se jayega.</w:t>
      </w:r>
    </w:p>
    <w:p>
      <w:pPr>
        <w:jc w:val="right"/>
      </w:pPr>
      <w:r>
        <w:t>شخص اپنے کسی اور بنیاد پر نہیں جائے گا، بلکہ اللہ کی رحمت سے جائے گا۔</w:t>
      </w:r>
    </w:p>
    <w:p>
      <w:r>
        <w:rPr>
          <w:b/>
        </w:rPr>
        <w:t xml:space="preserve">[33:10] </w:t>
      </w:r>
      <w:r>
        <w:t>to Hazrat Aisha ne poocha</w:t>
      </w:r>
    </w:p>
    <w:p>
      <w:pPr>
        <w:jc w:val="right"/>
      </w:pPr>
      <w:r>
        <w:t>تو حضرت عائشہ نے پوچھا</w:t>
      </w:r>
    </w:p>
    <w:p>
      <w:r>
        <w:rPr>
          <w:b/>
        </w:rPr>
        <w:t xml:space="preserve">[33:16] </w:t>
      </w:r>
      <w:r>
        <w:t>ke kya aap bhi aayenge Rasool Allah? Aap ne farmaya ke haan, "ala y taghammadannallahu birahmat min fadli".</w:t>
      </w:r>
    </w:p>
    <w:p>
      <w:pPr>
        <w:jc w:val="right"/>
      </w:pPr>
      <w:r>
        <w:t>کہ کیا آپ بھی آئے رسول اللہ؟ آپ نے فرمایا کہ ہاں، "الا یتغمدن اللہ برحمت من فضلی"۔</w:t>
      </w:r>
    </w:p>
    <w:p>
      <w:r>
        <w:rPr>
          <w:b/>
        </w:rPr>
        <w:t xml:space="preserve">[33:24] </w:t>
      </w:r>
      <w:r>
        <w:t>is ka matlab kya hai? Is ka matlab yeh hai ke Allah jo jis ke andar bohat hi</w:t>
      </w:r>
    </w:p>
    <w:p>
      <w:pPr>
        <w:jc w:val="right"/>
      </w:pPr>
      <w:r>
        <w:t>اس کا مطلب کیا ہے؟ اس کا مطلب یہ ہے کہ اللہ جو جس کے اندر بہت ہی</w:t>
      </w:r>
    </w:p>
    <w:p>
      <w:r>
        <w:rPr>
          <w:b/>
        </w:rPr>
        <w:t xml:space="preserve">[33:31] </w:t>
      </w:r>
      <w:r>
        <w:t>high shauq ho, jis ka bohat hi high test hai, jis ki ilm-o-ma'rifat bohat hi qabil hai, to</w:t>
      </w:r>
    </w:p>
    <w:p>
      <w:pPr>
        <w:jc w:val="right"/>
      </w:pPr>
      <w:r>
        <w:t>ہائی ذوق ہو، جس کا بہت ہی ہائی ٹیسٹ ہے، جس کی معلومات بہت ہی قابل ہے، تو</w:t>
      </w:r>
    </w:p>
    <w:p>
      <w:r>
        <w:rPr>
          <w:b/>
        </w:rPr>
        <w:t xml:space="preserve">[33:39] </w:t>
      </w:r>
      <w:r>
        <w:t>us ke shauq ke mutabiq jo jannat</w:t>
      </w:r>
    </w:p>
    <w:p>
      <w:pPr>
        <w:jc w:val="right"/>
      </w:pPr>
      <w:r>
        <w:t>اس کے ذوق کے مطابق جو جنت</w:t>
      </w:r>
    </w:p>
    <w:p>
      <w:r>
        <w:rPr>
          <w:b/>
        </w:rPr>
        <w:t xml:space="preserve">[33:46] </w:t>
      </w:r>
      <w:r>
        <w:t>ke qabil thehre, us ke ilm ilm ke mutabiq jo jannat ke qabil thehre, to kisi insan ko</w:t>
      </w:r>
    </w:p>
    <w:p>
      <w:pPr>
        <w:jc w:val="right"/>
      </w:pPr>
      <w:r>
        <w:t>کے قابل ٹھہرے، اس کے علم علم کے مطابق جو جنت کے قابل ٹھہرے، تو کسی انسان کو</w:t>
      </w:r>
    </w:p>
    <w:p>
      <w:r>
        <w:rPr>
          <w:b/>
        </w:rPr>
        <w:t xml:space="preserve">[34:02] </w:t>
      </w:r>
      <w:r>
        <w:t>yeh nahi sochna chahiye ke jannat kisi purasrar</w:t>
      </w:r>
    </w:p>
    <w:p>
      <w:pPr>
        <w:jc w:val="right"/>
      </w:pPr>
      <w:r>
        <w:t>یہ نہیں سوچنا چاہیے کہ جنت کسی پراسرار</w:t>
      </w:r>
    </w:p>
    <w:p>
      <w:r>
        <w:rPr>
          <w:b/>
        </w:rPr>
        <w:t xml:space="preserve">[34:17] </w:t>
      </w:r>
      <w:r>
        <w:t>buniyad par mil jayegi, us ko mysterious buniyad par us ko mil jayegi.</w:t>
      </w:r>
    </w:p>
    <w:p>
      <w:pPr>
        <w:jc w:val="right"/>
      </w:pPr>
      <w:r>
        <w:t>بنیاد پر مل جائے گی، اس کو مسٹیریس بنیاد پر اس کو مل جائے گی۔</w:t>
      </w:r>
    </w:p>
    <w:p>
      <w:r>
        <w:rPr>
          <w:b/>
        </w:rPr>
        <w:t xml:space="preserve">[34:25] </w:t>
      </w:r>
      <w:r>
        <w:t>jannat ek bohat hi jannat ek aisi jagah hai jo jo bohat hi pure, bohat hi pure, bohat</w:t>
      </w:r>
    </w:p>
    <w:p>
      <w:pPr>
        <w:jc w:val="right"/>
      </w:pPr>
      <w:r>
        <w:t>جنت ایک بہت ہی جنت ایک ایسی جگہ ہے جو جو بہت ہی پیور، بہت ہی پیور، بہت</w:t>
      </w:r>
    </w:p>
    <w:p>
      <w:r>
        <w:rPr>
          <w:b/>
        </w:rPr>
        <w:t xml:space="preserve">[34:33] </w:t>
      </w:r>
      <w:r>
        <w:t>he pure hai.</w:t>
      </w:r>
    </w:p>
    <w:p>
      <w:pPr>
        <w:jc w:val="right"/>
      </w:pPr>
      <w:r>
        <w:t>ہی پیور ہے۔</w:t>
      </w:r>
    </w:p>
    <w:p>
      <w:r>
        <w:rPr>
          <w:b/>
        </w:rPr>
        <w:t xml:space="preserve">[34:41] </w:t>
      </w:r>
      <w:r>
        <w:t>to jo log apni apni soch, apni apne character ke aitbar se</w:t>
      </w:r>
    </w:p>
    <w:p>
      <w:pPr>
        <w:jc w:val="right"/>
      </w:pPr>
      <w:r>
        <w:t>تو جو لوگ اپنی اپنی سوچ، اپنی اپنے کریکٹر کے اعتبار سے</w:t>
      </w:r>
    </w:p>
    <w:p>
      <w:r>
        <w:rPr>
          <w:b/>
        </w:rPr>
        <w:t xml:space="preserve">[34:49] </w:t>
      </w:r>
      <w:r>
        <w:t>sach much pure hon, khalis hon, un ke liye hai ye jannat.</w:t>
      </w:r>
    </w:p>
    <w:p>
      <w:pPr>
        <w:jc w:val="right"/>
      </w:pPr>
      <w:r>
        <w:t>سچ مچ پیور ہوں، خالص ہوں، ان کے لیے ہے یہ جنت۔</w:t>
      </w:r>
    </w:p>
    <w:p>
      <w:r>
        <w:rPr>
          <w:b/>
        </w:rPr>
        <w:t xml:space="preserve">[34:59] </w:t>
      </w:r>
      <w:r>
        <w:t>ye jo Islam mein jo aamal bataye gaye hain, ibadat ka amal, shaoor ka amal, zikr ka amal,</w:t>
      </w:r>
    </w:p>
    <w:p>
      <w:pPr>
        <w:jc w:val="right"/>
      </w:pPr>
      <w:r>
        <w:t>یہ جو اسلام میں جو اعمال بتائے گئے ہیں، عبادت کا عمل، شعور کا عمل، ذکر کا عمل،</w:t>
      </w:r>
    </w:p>
    <w:p>
      <w:r>
        <w:rPr>
          <w:b/>
        </w:rPr>
        <w:t xml:space="preserve">[35:09] </w:t>
      </w:r>
      <w:r>
        <w:t>jo jo amal bataye gaye hain, wo amal darasal shakhsiyat ki taabeer ke liye hain.</w:t>
      </w:r>
    </w:p>
    <w:p>
      <w:pPr>
        <w:jc w:val="right"/>
      </w:pPr>
      <w:r>
        <w:t>جو جو عمل بتائے گئے ہیں، وہ عمل دراصل شخصیت کی تعبیر کے لیے ہیں۔</w:t>
      </w:r>
    </w:p>
    <w:p>
      <w:r>
        <w:rPr>
          <w:b/>
        </w:rPr>
        <w:t xml:space="preserve">[35:19] </w:t>
      </w:r>
      <w:r>
        <w:t>wo amal jo hain, hamare andar aala shakhsiyat banane ke liye hain.</w:t>
      </w:r>
    </w:p>
    <w:p>
      <w:pPr>
        <w:jc w:val="right"/>
      </w:pPr>
      <w:r>
        <w:t>وہ عمل جو ہیں، ہمارے اندر اعلیٰ شخصیت بنانے کے لیے ہیں۔</w:t>
      </w:r>
    </w:p>
    <w:p>
      <w:r>
        <w:rPr>
          <w:b/>
        </w:rPr>
        <w:t xml:space="preserve">[35:29] </w:t>
      </w:r>
      <w:r>
        <w:t>ye ye amal bhi mysterious nahi hai.</w:t>
      </w:r>
    </w:p>
    <w:p>
      <w:pPr>
        <w:jc w:val="right"/>
      </w:pPr>
      <w:r>
        <w:t>یہ یہ عمل بھی مسٹیریس نہیں ہے۔</w:t>
      </w:r>
    </w:p>
    <w:p>
      <w:r>
        <w:rPr>
          <w:b/>
        </w:rPr>
        <w:t xml:space="preserve">[35:39] </w:t>
      </w:r>
      <w:r>
        <w:t>ye amal jo bataye gaye hain, wo amal bhi mysterious nahi hain, balke Allah ke ilm ke mutabiq in as</w:t>
      </w:r>
    </w:p>
    <w:p>
      <w:pPr>
        <w:jc w:val="right"/>
      </w:pPr>
      <w:r>
        <w:t>یہ عمل جو بتائے گئے ہیں، وہ عمل بھی مسٹیریس نہیں ہیں، بلکہ اللہ کے علم کے مطابق ان اس</w:t>
      </w:r>
    </w:p>
    <w:p>
      <w:r>
        <w:rPr>
          <w:b/>
        </w:rPr>
        <w:t xml:space="preserve">[35:49] </w:t>
      </w:r>
      <w:r>
        <w:t>jo jo log is is a'maal par qaim rahenge, to un ke andar woh shakhsiyat banegi jo un ko jannat ke liye ek ek deserving candidate banane wali hai. To Quran ki ayat jo hai, Surah Baqarah ki ayat aur Surah Sajdah ki ayat mein jo bazahir ek</w:t>
      </w:r>
    </w:p>
    <w:p>
      <w:pPr>
        <w:jc w:val="right"/>
      </w:pPr>
      <w:r>
        <w:t>جو جو لوگ اس اس اعمال پر قائم رہیں گے، تو ان کے اندر وہ شخصیت بنے گی جو ان کو جنت کے لیے ایک ایک ڈیزرونگ کینڈیڈیٹ بنانے والی ہے۔ تو قرآن کی آیت جو ہے، سورہ بقرہ کی آیت اور سورہ السجدہ کی آیت میں جو بظاہر ایک</w:t>
      </w:r>
    </w:p>
    <w:p>
      <w:r>
        <w:rPr>
          <w:b/>
        </w:rPr>
        <w:t xml:space="preserve">[36:19] </w:t>
      </w:r>
      <w:r>
        <w:t>ek farq hai ke ek se maloom hota hai ke jannat hamari jaani pehchani duniya hogi, doosre se</w:t>
      </w:r>
    </w:p>
    <w:p>
      <w:pPr>
        <w:jc w:val="right"/>
      </w:pPr>
      <w:r>
        <w:t>ایک فرق ہے کہ ایک سے معلوم ہوتا ہے کہ جنت ہماری جانی پجانی دنیا ہوگی، دوسرے سے</w:t>
      </w:r>
    </w:p>
    <w:p>
      <w:r>
        <w:rPr>
          <w:b/>
        </w:rPr>
        <w:t xml:space="preserve">[36:27] </w:t>
      </w:r>
      <w:r>
        <w:t>maloom hota hai ke wo to bohat hi yani aisi cheez hogi jis ko na jis ko na</w:t>
      </w:r>
    </w:p>
    <w:p>
      <w:pPr>
        <w:jc w:val="right"/>
      </w:pPr>
      <w:r>
        <w:t>معلوم ہوتا ہے کہ وہ تو بہت ہی یعنی ایسی چیز ہوگی جس کو نہ جس کو نہ</w:t>
      </w:r>
    </w:p>
    <w:p>
      <w:r>
        <w:rPr>
          <w:b/>
        </w:rPr>
        <w:t xml:space="preserve">[36:34] </w:t>
      </w:r>
      <w:r>
        <w:t>dekha, na suna, na jana.</w:t>
      </w:r>
    </w:p>
    <w:p>
      <w:pPr>
        <w:jc w:val="right"/>
      </w:pPr>
      <w:r>
        <w:t>دیکھا، نہ سنا، نہ جانا۔</w:t>
      </w:r>
    </w:p>
    <w:p>
      <w:r>
        <w:rPr>
          <w:b/>
        </w:rPr>
        <w:t xml:space="preserve">[36:42] </w:t>
      </w:r>
      <w:r>
        <w:t>to is ka matlab yahi hai ke ek jagah jannat ka zikr is ki</w:t>
      </w:r>
    </w:p>
    <w:p>
      <w:pPr>
        <w:jc w:val="right"/>
      </w:pPr>
      <w:r>
        <w:t>تو اس کا مطلب یہی ہے کہ ایک جگہ جنت کا ذکر اس کی</w:t>
      </w:r>
    </w:p>
    <w:p>
      <w:r>
        <w:rPr>
          <w:b/>
        </w:rPr>
        <w:t xml:space="preserve">[36:49] </w:t>
      </w:r>
      <w:r>
        <w:t>quantity ke aitbar se hai, aur doosri jagah quality ke aitbar se hai.</w:t>
      </w:r>
    </w:p>
    <w:p>
      <w:pPr>
        <w:jc w:val="right"/>
      </w:pPr>
      <w:r>
        <w:t>کوانٹٹی کے اعتبار سے ہے، اور دوسری جگہ کوالٹی کے اعتبار سے ہے۔</w:t>
      </w:r>
    </w:p>
    <w:p>
      <w:r>
        <w:rPr>
          <w:b/>
        </w:rPr>
        <w:t xml:space="preserve">[36:58] </w:t>
      </w:r>
      <w:r>
        <w:t>ek jagah is ka zikr kamiati aitbar se hai, doosri jagah doosri jagah is ka zikr kafiati aitbar se hai.</w:t>
      </w:r>
    </w:p>
    <w:p>
      <w:pPr>
        <w:jc w:val="right"/>
      </w:pPr>
      <w:r>
        <w:t>ایک جگہ اس کا ذکر کمیاتی اعتبار سے ہے، دوسری جگہ دوسری جگہ اس کا ذکر کفیاتی اعتبار سے ہے۔</w:t>
      </w:r>
    </w:p>
    <w:p>
      <w:r>
        <w:rPr>
          <w:b/>
        </w:rPr>
        <w:t xml:space="preserve">[37:07] </w:t>
      </w:r>
      <w:r>
        <w:t>to kisi aadmi ko aisa nahi karna chahiye ke wo jannat ka jannat ko understate kare, jannat ka</w:t>
      </w:r>
    </w:p>
    <w:p>
      <w:pPr>
        <w:jc w:val="right"/>
      </w:pPr>
      <w:r>
        <w:t>تو کسی آدمی کو ایسا نہیں کرنا چاہیے کہ وہ جنت کا جنت کو انڈرسٹیٹ کرے، جنت کا</w:t>
      </w:r>
    </w:p>
    <w:p>
      <w:r>
        <w:rPr>
          <w:b/>
        </w:rPr>
        <w:t xml:space="preserve">[37:16] </w:t>
      </w:r>
      <w:r>
        <w:t>kamtar andaza kare.</w:t>
      </w:r>
    </w:p>
    <w:p>
      <w:pPr>
        <w:jc w:val="right"/>
      </w:pPr>
      <w:r>
        <w:t>کمتر اندازہ کرے۔</w:t>
      </w:r>
    </w:p>
    <w:p>
      <w:r>
        <w:rPr>
          <w:b/>
        </w:rPr>
        <w:t xml:space="preserve">[37:24] </w:t>
      </w:r>
      <w:r>
        <w:t>aur dekhiye, main aksar ek baat sochta hoon ke ye mauqa kisi aadmi ke liye sirf ek baar</w:t>
      </w:r>
    </w:p>
    <w:p>
      <w:pPr>
        <w:jc w:val="right"/>
      </w:pPr>
      <w:r>
        <w:t>اور دیکھیے، میں اکثر ایک بات سوچتا ہوں کہ یہ موقع کسی آدمی کے لیے صرف ایک بار</w:t>
      </w:r>
    </w:p>
    <w:p>
      <w:r>
        <w:rPr>
          <w:b/>
        </w:rPr>
        <w:t xml:space="preserve">[37:35] </w:t>
      </w:r>
      <w:r>
        <w:t>mila hai, aur ek hi baar milega, do baar nahi.</w:t>
      </w:r>
    </w:p>
    <w:p>
      <w:pPr>
        <w:jc w:val="right"/>
      </w:pPr>
      <w:r>
        <w:t>ملا ہے، اور ایک ہی بار ملے گا، دو بار نہیں۔</w:t>
      </w:r>
    </w:p>
    <w:p>
      <w:r>
        <w:rPr>
          <w:b/>
        </w:rPr>
        <w:t xml:space="preserve">[37:45] </w:t>
      </w:r>
      <w:r>
        <w:t>ye jo hum duniya mein paida hue hain, ek mehdood muddat ke liye,</w:t>
      </w:r>
    </w:p>
    <w:p>
      <w:pPr>
        <w:jc w:val="right"/>
      </w:pPr>
      <w:r>
        <w:t>یہ جو ہم دنیا میں پیدا ہوئے ہیں، ایک محدود مدت کے لیے،</w:t>
      </w:r>
    </w:p>
    <w:p>
      <w:r>
        <w:rPr>
          <w:b/>
        </w:rPr>
        <w:t xml:space="preserve">[37:55] </w:t>
      </w:r>
      <w:r>
        <w:t>sau saal se bhi kam umar ke liye milti hai hum ko yahan.</w:t>
      </w:r>
    </w:p>
    <w:p>
      <w:pPr>
        <w:jc w:val="right"/>
      </w:pPr>
      <w:r>
        <w:t>سو سال سے بھی کم عمر کے لیے ملتی ہے ہم کو یہاں۔</w:t>
      </w:r>
    </w:p>
    <w:p>
      <w:r>
        <w:rPr>
          <w:b/>
        </w:rPr>
        <w:t xml:space="preserve">[38:08] </w:t>
      </w:r>
      <w:r>
        <w:t>to ye jo ye jo limited time hai, yahi ek hi mauqa hai, do baar mauqa milne wala nahi hai.</w:t>
      </w:r>
    </w:p>
    <w:p>
      <w:pPr>
        <w:jc w:val="right"/>
      </w:pPr>
      <w:r>
        <w:t>تو یہ جو یہ جو لمیٹڈ ٹائم ہے، یہی ایک ہی موقع ہے، دو بار موقع ملنے والا نہیں ہے۔</w:t>
      </w:r>
    </w:p>
    <w:p>
      <w:r>
        <w:rPr>
          <w:b/>
        </w:rPr>
        <w:t xml:space="preserve">[38:20] </w:t>
      </w:r>
      <w:r>
        <w:t>to hum mein se har shakhs ko is mamle mein bohat zyada serious banna chahiye, serious, bohat zyada serious,</w:t>
      </w:r>
    </w:p>
    <w:p>
      <w:pPr>
        <w:jc w:val="right"/>
      </w:pPr>
      <w:r>
        <w:t>تو ہم میں سے ہر شخص کو اس معاملے میں بہت زیادہ سیریس بننا چاہیے، سیریس، بہت زیادہ سیریس،</w:t>
      </w:r>
    </w:p>
    <w:p>
      <w:r>
        <w:rPr>
          <w:b/>
        </w:rPr>
        <w:t xml:space="preserve">[38:32] </w:t>
      </w:r>
      <w:r>
        <w:t>bohat zyada serious ke serious ke mere andar kya wo personality ban rahi hai.</w:t>
      </w:r>
    </w:p>
    <w:p>
      <w:pPr>
        <w:jc w:val="right"/>
      </w:pPr>
      <w:r>
        <w:t>بہت زیادہ سیریس کہ سیریس کہ میرے اندر کیا وہ پرسنیلٹی بن رہی ہے۔</w:t>
      </w:r>
    </w:p>
    <w:p>
      <w:r>
        <w:rPr>
          <w:b/>
        </w:rPr>
        <w:t xml:space="preserve">[38:42] </w:t>
      </w:r>
      <w:r>
        <w:t>yani har aadmi ko apne aap ko janchte janchte rehna chahiye ke kya mere andar wo personality ban</w:t>
      </w:r>
    </w:p>
    <w:p>
      <w:pPr>
        <w:jc w:val="right"/>
      </w:pPr>
      <w:r>
        <w:t>یعنی ہر آدمی کو اپنے آپ کو جانچتے جانچتے رہنا چاہیے کہ کیا میرے اندر وہ پرسنیلٹی بن</w:t>
      </w:r>
    </w:p>
    <w:p>
      <w:r>
        <w:rPr>
          <w:b/>
        </w:rPr>
        <w:t xml:space="preserve">[38:52] </w:t>
      </w:r>
      <w:r>
        <w:t>rahi hai, kya mere andar wo character ban raha hai jo mujhe jannat ke mein</w:t>
      </w:r>
    </w:p>
    <w:p>
      <w:pPr>
        <w:jc w:val="right"/>
      </w:pPr>
      <w:r>
        <w:t>رہی ہے، کیا میرے اندر وہ کریکٹر بن رہا ہے جو مجھے جنت کے میں</w:t>
      </w:r>
    </w:p>
    <w:p>
      <w:r>
        <w:rPr>
          <w:b/>
        </w:rPr>
        <w:t xml:space="preserve">[39:02] </w:t>
      </w:r>
      <w:r>
        <w:t>dakhil ke qabil banayein.</w:t>
      </w:r>
    </w:p>
    <w:p>
      <w:pPr>
        <w:jc w:val="right"/>
      </w:pPr>
      <w:r>
        <w:t>داخل کے قابل بنائے۔</w:t>
      </w:r>
    </w:p>
    <w:p>
      <w:r>
        <w:rPr>
          <w:b/>
        </w:rPr>
        <w:t xml:space="preserve">[39:12] </w:t>
      </w:r>
      <w:r>
        <w:t>agar aisa hai to shuru karna chahiye, aur nahi to apne aap ko is par dhalna chahiye.</w:t>
      </w:r>
    </w:p>
    <w:p>
      <w:pPr>
        <w:jc w:val="right"/>
      </w:pPr>
      <w:r>
        <w:t>اگر ایسا ہے تو شروع کرنا چاہیے، اور نہیں تو اپنے آپ کو اس پر ڈھالنا چاہیے۔</w:t>
      </w:r>
    </w:p>
    <w:p>
      <w:r>
        <w:rPr>
          <w:b/>
        </w:rPr>
        <w:t xml:space="preserve">[39:23] </w:t>
      </w:r>
      <w:r>
        <w:t>ek cheez jo maine bohat zyada payi hai logon ke andar, woh hai ke log apne bare mein kuch</w:t>
      </w:r>
    </w:p>
    <w:p>
      <w:pPr>
        <w:jc w:val="right"/>
      </w:pPr>
      <w:r>
        <w:t>ایک چیز جو میں نے بہت زیادہ پائی ہے لوگوں کے اندر، وہ ہے کہ لوگ اپنے بارے میں کچھ</w:t>
      </w:r>
    </w:p>
    <w:p>
      <w:r>
        <w:rPr>
          <w:b/>
        </w:rPr>
        <w:t xml:space="preserve">[39:33] </w:t>
      </w:r>
      <w:r>
        <w:t>andaza sochne ka, doosre ke bare mein kuch hai.</w:t>
      </w:r>
    </w:p>
    <w:p>
      <w:pPr>
        <w:jc w:val="right"/>
      </w:pPr>
      <w:r>
        <w:t>اندازہ سوچنے کا، دوسرے کے بارے میں کچھ ہے۔</w:t>
      </w:r>
    </w:p>
    <w:p>
      <w:r>
        <w:rPr>
          <w:b/>
        </w:rPr>
        <w:t xml:space="preserve">[39:39] </w:t>
      </w:r>
      <w:r>
        <w:t>yani apne ko chahenge ke koi daagh na lag paaye meri personality par, apne bare mein to</w:t>
      </w:r>
    </w:p>
    <w:p>
      <w:pPr>
        <w:jc w:val="right"/>
      </w:pPr>
      <w:r>
        <w:t>یعنی اپنے کو چاہیں گے کہ کوئی داغ نہ لگ پائے میری پرسنیلٹی پر، اپنے بارے میں تو</w:t>
      </w:r>
    </w:p>
    <w:p>
      <w:r>
        <w:rPr>
          <w:b/>
        </w:rPr>
        <w:t xml:space="preserve">[39:45] </w:t>
      </w:r>
      <w:r>
        <w:t>yeh chahenge ke zara bhi koi dhabba na lage, koi dhabba mere upar na lage.</w:t>
      </w:r>
    </w:p>
    <w:p>
      <w:pPr>
        <w:jc w:val="right"/>
      </w:pPr>
      <w:r>
        <w:t>یہ چاہیں گے کہ ذرا بھی کوئی دھبہ نہ لگے، کوئی دھبہ میرے اوپر نہ لگے۔</w:t>
      </w:r>
    </w:p>
    <w:p>
      <w:r>
        <w:rPr>
          <w:b/>
        </w:rPr>
        <w:t xml:space="preserve">[39:51] </w:t>
      </w:r>
      <w:r>
        <w:t>to apne aap ko bohat hi achhe andaz mein pesh kar rahe hain, lekin doosre ka mamla ho</w:t>
      </w:r>
    </w:p>
    <w:p>
      <w:pPr>
        <w:jc w:val="right"/>
      </w:pPr>
      <w:r>
        <w:t>تو اپنے آپ کو بہت ہی اچھے انداز میں پیش کر رہے ہیں، لیکن دوسرے کا معاملہ ہو</w:t>
      </w:r>
    </w:p>
    <w:p>
      <w:r>
        <w:rPr>
          <w:b/>
        </w:rPr>
        <w:t xml:space="preserve">[39:57] </w:t>
      </w:r>
      <w:r>
        <w:t>to bilkul un ke andar loose thinking aa jati hai.</w:t>
      </w:r>
    </w:p>
    <w:p>
      <w:pPr>
        <w:jc w:val="right"/>
      </w:pPr>
      <w:r>
        <w:t>تو بالکل ان کے اندر لوز تھنکنگ آ جاتی ہے۔</w:t>
      </w:r>
    </w:p>
    <w:p>
      <w:r>
        <w:rPr>
          <w:b/>
        </w:rPr>
        <w:t xml:space="preserve">[40:03] </w:t>
      </w:r>
      <w:r>
        <w:t>bilkul ek is tarah zikr karte hain ke ke agar aap doosre ke bare mein galat raaye bana lein to unhein koi pareshani nahin. yaani un ke apne bare mein to woh chahenge ke koi galat raaye na banne paaye, lekin doosre ke bare mein koi aadmi bilkul careless ho jaata hai. yeh bohat ajeeb baat maine paayi hai ke jab bhi koi z</w:t>
      </w:r>
    </w:p>
    <w:p>
      <w:pPr>
        <w:jc w:val="right"/>
      </w:pPr>
      <w:r>
        <w:t>بالکل ایک اس طرح ذکر کرتے ہیں کہ کہ اگر آپ دوسرے کے بارے میں غلط رائے بنا لیں تو انہیں کوئی پریشانی نہیں۔ یعنی ان کے اپنے بارے میں تو وہ چاہیں گے کہ کوئی غلط رائے نہ بننے پائے، لیکن دوسرے کے بارے میں کوئی آدمی بالکل کیئرلیس ہو جاتا ہے۔ یہ بہت عجیب بات میں نے پائی ہے کہ جب بھی کوئی ذ</w:t>
      </w:r>
    </w:p>
    <w:p>
      <w:r>
        <w:rPr>
          <w:b/>
        </w:rPr>
        <w:t xml:space="preserve">[40:33] </w:t>
      </w:r>
      <w:r>
        <w:t>kar ho kisi se to apne bare mein woh chahega ke mujh ko dunya bohat achha samjhe,</w:t>
      </w:r>
    </w:p>
    <w:p>
      <w:pPr>
        <w:jc w:val="right"/>
      </w:pPr>
      <w:r>
        <w:t>کر ہو کسی سے تو اپنے بارے میں وہ چاہے گا کہ مجھ کو دنیا بہت اچھا سمجھے،</w:t>
      </w:r>
    </w:p>
    <w:p>
      <w:r>
        <w:rPr>
          <w:b/>
        </w:rPr>
        <w:t xml:space="preserve">[40:40] </w:t>
      </w:r>
      <w:r>
        <w:t>dunya dunya walon ki nazar mein mein bohat, mein nahi achha nazar aaon.</w:t>
      </w:r>
    </w:p>
    <w:p>
      <w:pPr>
        <w:jc w:val="right"/>
      </w:pPr>
      <w:r>
        <w:t>دنیا دنیا والوں کی نظر میں میں بہت، میں نہیں اچھا نظر آؤں۔</w:t>
      </w:r>
    </w:p>
    <w:p>
      <w:r>
        <w:rPr>
          <w:b/>
        </w:rPr>
        <w:t xml:space="preserve">[40:48] </w:t>
      </w:r>
      <w:r>
        <w:t>lekin wohi insan, same insan jab doosre ka zikr karega to ek tab careless ho jayega,</w:t>
      </w:r>
    </w:p>
    <w:p>
      <w:pPr>
        <w:jc w:val="right"/>
      </w:pPr>
      <w:r>
        <w:t>لیکن وہی انسان، سیم انسان جب دوسرے کا ذکر کرے گا تو ایک تب کیئرلیس ہو جائے گا،</w:t>
      </w:r>
    </w:p>
    <w:p>
      <w:r>
        <w:rPr>
          <w:b/>
        </w:rPr>
        <w:t xml:space="preserve">[40:56] </w:t>
      </w:r>
      <w:r>
        <w:t>kuch bhi keh dega, kuch bhi keh dega doosre ke bare mein.</w:t>
      </w:r>
    </w:p>
    <w:p>
      <w:pPr>
        <w:jc w:val="right"/>
      </w:pPr>
      <w:r>
        <w:t>کچھ بھی کہہ دے گا، کچھ بھی کہہ دے گا دوسرے کے بارے میں۔</w:t>
      </w:r>
    </w:p>
    <w:p>
      <w:r>
        <w:rPr>
          <w:b/>
        </w:rPr>
        <w:t xml:space="preserve">[41:03] </w:t>
      </w:r>
      <w:r>
        <w:t>to dekhein, yeh bohat hi zyada yani kamzori ki baat hai.</w:t>
      </w:r>
    </w:p>
    <w:p>
      <w:pPr>
        <w:jc w:val="right"/>
      </w:pPr>
      <w:r>
        <w:t>تو دیکھیں، یہ بہت ہی زیادہ یعنی کمزوری کی بات ہے۔</w:t>
      </w:r>
    </w:p>
    <w:p>
      <w:r>
        <w:rPr>
          <w:b/>
        </w:rPr>
        <w:t xml:space="preserve">[41:10] </w:t>
      </w:r>
      <w:r>
        <w:t>is is mizaj ke sath aadmi ko mujhe dar hai ke jannat mein dakhila nahi milega, kyunke</w:t>
      </w:r>
    </w:p>
    <w:p>
      <w:pPr>
        <w:jc w:val="right"/>
      </w:pPr>
      <w:r>
        <w:t>اس اس مزاج کے ساتھ آدمی کو مجھے ڈر ہے کہ جنت میں داخلہ نہیں ملے گا، کیونکہ</w:t>
      </w:r>
    </w:p>
    <w:p>
      <w:r>
        <w:rPr>
          <w:b/>
        </w:rPr>
        <w:t xml:space="preserve">[41:16] </w:t>
      </w:r>
      <w:r>
        <w:t>hadith mein aata hai ke doosre ke sath wahi sulook karo jo tum apne sath chahte ho.</w:t>
      </w:r>
    </w:p>
    <w:p>
      <w:pPr>
        <w:jc w:val="right"/>
      </w:pPr>
      <w:r>
        <w:t>حدیث میں آتا ہے کہ دوسرے کے ساتھ وہی سلوک کرو جو تم اپنے ساتھ چاہتے ہو۔</w:t>
      </w:r>
    </w:p>
    <w:p>
      <w:r>
        <w:rPr>
          <w:b/>
        </w:rPr>
        <w:t xml:space="preserve">[41:22] </w:t>
      </w:r>
      <w:r>
        <w:t>to yeh jannat ki sifat hain.</w:t>
      </w:r>
    </w:p>
    <w:p>
      <w:pPr>
        <w:jc w:val="right"/>
      </w:pPr>
      <w:r>
        <w:t>تو یہ جنت کی صفات ہیں۔</w:t>
      </w:r>
    </w:p>
    <w:p>
      <w:r>
        <w:rPr>
          <w:b/>
        </w:rPr>
        <w:t xml:space="preserve">[41:29] </w:t>
      </w:r>
      <w:r>
        <w:t>jannat mein is ko jo jagah milegi, jo</w:t>
      </w:r>
    </w:p>
    <w:p>
      <w:pPr>
        <w:jc w:val="right"/>
      </w:pPr>
      <w:r>
        <w:t>جنت میں اس کو جو جگہ ملے گی، جو</w:t>
      </w:r>
    </w:p>
    <w:p>
      <w:r>
        <w:rPr>
          <w:b/>
        </w:rPr>
        <w:t xml:space="preserve">[41:35] </w:t>
      </w:r>
      <w:r>
        <w:t>doosre ke bare mein bhi muhtat ho, jaisa apne bare mein muhtat hota hai, woh aisa nahi ke</w:t>
      </w:r>
    </w:p>
    <w:p>
      <w:pPr>
        <w:jc w:val="right"/>
      </w:pPr>
      <w:r>
        <w:t>دوسرے کے بارے میں بھی محتاط ہو، جیسا اپنے بارے میں محتاط ہوتا ہے، وہ ایسا نہیں کہ</w:t>
      </w:r>
    </w:p>
    <w:p>
      <w:r>
        <w:rPr>
          <w:b/>
        </w:rPr>
        <w:t xml:space="preserve">[41:45] </w:t>
      </w:r>
      <w:r>
        <w:t>apne bare mein kuch, doosre ke bare mein kuch.</w:t>
      </w:r>
    </w:p>
    <w:p>
      <w:pPr>
        <w:jc w:val="right"/>
      </w:pPr>
      <w:r>
        <w:t>اپنے بارے میں کچھ، دوسرے کے بارے میں کچھ۔</w:t>
      </w:r>
    </w:p>
    <w:p>
      <w:r>
        <w:rPr>
          <w:b/>
        </w:rPr>
        <w:t xml:space="preserve">[41:55] </w:t>
      </w:r>
      <w:r>
        <w:t>to Quran mein aur hadith mein bohat tafseel se hamein yeh baat milti hai ke jannat ki jannat ka mayar</w:t>
      </w:r>
    </w:p>
    <w:p>
      <w:pPr>
        <w:jc w:val="right"/>
      </w:pPr>
      <w:r>
        <w:t>تو قرآن میں اور حدیث میں بہت تفصیل سے ہمیں یہ بات ملتی ہے کہ جنت کی جنت کا معیار</w:t>
      </w:r>
    </w:p>
    <w:p>
      <w:r>
        <w:rPr>
          <w:b/>
        </w:rPr>
        <w:t xml:space="preserve">[42:05] </w:t>
      </w:r>
      <w:r>
        <w:t>kya hai, jannat ka character, characterien kya hai.</w:t>
      </w:r>
    </w:p>
    <w:p>
      <w:pPr>
        <w:jc w:val="right"/>
      </w:pPr>
      <w:r>
        <w:t>کیا ہے، جنت کا کریکٹر، کریکٹرین کیا ہے۔</w:t>
      </w:r>
    </w:p>
    <w:p>
      <w:r>
        <w:rPr>
          <w:b/>
        </w:rPr>
        <w:t xml:space="preserve">[42:11] </w:t>
      </w:r>
      <w:r>
        <w:t>hamein chahiye ke hum bohat zyada is baat ko Quran se janen aur is par apne aap ko</w:t>
      </w:r>
    </w:p>
    <w:p>
      <w:pPr>
        <w:jc w:val="right"/>
      </w:pPr>
      <w:r>
        <w:t>ہمیں چاہیے کہ ہم بہت زیادہ اس بات کو قرآن سے جانیں اور اس پر اپنے آپ کو</w:t>
      </w:r>
    </w:p>
    <w:p>
      <w:r>
        <w:rPr>
          <w:b/>
        </w:rPr>
        <w:t xml:space="preserve">[42:17] </w:t>
      </w:r>
      <w:r>
        <w:t>qaim karein, kyunke yeh mauqa jo mila hai hamein, woh do bar milne wala nahi hai, bas ek</w:t>
      </w:r>
    </w:p>
    <w:p>
      <w:pPr>
        <w:jc w:val="right"/>
      </w:pPr>
      <w:r>
        <w:t>قائم کریں، کیونکہ یہ موقع جو ملا ہے ہمیں، وہ دو بار ملنے والا نہیں ہے، بس ایک</w:t>
      </w:r>
    </w:p>
    <w:p>
      <w:r>
        <w:rPr>
          <w:b/>
        </w:rPr>
        <w:t xml:space="preserve">[42:23] </w:t>
      </w:r>
      <w:r>
        <w:t>hi bar mila hai.</w:t>
      </w:r>
    </w:p>
    <w:p>
      <w:pPr>
        <w:jc w:val="right"/>
      </w:pPr>
      <w:r>
        <w:t>ہی بار ملا ہے۔</w:t>
      </w:r>
    </w:p>
    <w:p>
      <w:r>
        <w:rPr>
          <w:b/>
        </w:rPr>
        <w:t xml:space="preserve">[42:29] </w:t>
      </w:r>
      <w:r>
        <w:t>chahe is ko avail kijiye</w:t>
      </w:r>
    </w:p>
    <w:p>
      <w:pPr>
        <w:jc w:val="right"/>
      </w:pPr>
      <w:r>
        <w:t>چاہے اس کو اویل کیجئے</w:t>
      </w:r>
    </w:p>
    <w:p>
      <w:r>
        <w:rPr>
          <w:b/>
        </w:rPr>
        <w:t xml:space="preserve">[42:35] </w:t>
      </w:r>
      <w:r>
        <w:t>ya kho dijiye, chahe avel kijiye ya kho dijiye.</w:t>
      </w:r>
    </w:p>
    <w:p>
      <w:pPr>
        <w:jc w:val="right"/>
      </w:pPr>
      <w:r>
        <w:t>یا کھو دیجئے، چاہے اویل کیجئے یا کھو دیجئے۔</w:t>
      </w:r>
    </w:p>
    <w:p>
      <w:r>
        <w:rPr>
          <w:b/>
        </w:rPr>
        <w:t xml:space="preserve">[42:45] </w:t>
      </w:r>
      <w:r>
        <w:t>to meri dua hai ke Allah taala mujh ko aur aap ko tofeeq de ke hum is mamle</w:t>
      </w:r>
    </w:p>
    <w:p>
      <w:pPr>
        <w:jc w:val="right"/>
      </w:pPr>
      <w:r>
        <w:t>تو میری دعا ہے کہ اللہ تعالی مجھ کو اور آپ کو توفیق دے کہ ہم اس معاملے</w:t>
      </w:r>
    </w:p>
    <w:p>
      <w:r>
        <w:rPr>
          <w:b/>
        </w:rPr>
        <w:t xml:space="preserve">[42:56] </w:t>
      </w:r>
      <w:r>
        <w:t>ki nazakat ko samjhein aur apne aap ko abadi ghalti se bachayein,</w:t>
      </w:r>
    </w:p>
    <w:p>
      <w:pPr>
        <w:jc w:val="right"/>
      </w:pPr>
      <w:r>
        <w:t>کی نزاکت کو سمجھیں اور اپنے آپ کو ابدی غلطی سے بچائیں،</w:t>
      </w:r>
    </w:p>
    <w:p>
      <w:r>
        <w:rPr>
          <w:b/>
        </w:rPr>
        <w:t xml:space="preserve">[43:06] </w:t>
      </w:r>
      <w:r>
        <w:t>aisi ghalti jiska abadi abadi tor par jisko hamein bhugtna padega, us se apne ko bachayein.</w:t>
      </w:r>
    </w:p>
    <w:p>
      <w:pPr>
        <w:jc w:val="right"/>
      </w:pPr>
      <w:r>
        <w:t>ایسی غلطی جس کا ابدی ابدی طور پر جس کو ہمیں بھگتنا پڑے گا، اس سے اپنے کو بچائیں۔</w:t>
      </w:r>
    </w:p>
    <w:p>
      <w:r>
        <w:rPr>
          <w:b/>
        </w:rPr>
        <w:t xml:space="preserve">[43:15] </w:t>
      </w:r>
      <w:r>
        <w:t>to mein apne liye aur aap ke liye dua karta hoon ke Allah taala hamein madad farmaye aur</w:t>
      </w:r>
    </w:p>
    <w:p>
      <w:pPr>
        <w:jc w:val="right"/>
      </w:pPr>
      <w:r>
        <w:t>تو میں اپنے لیے اور آپ کے لیے دعا کرتا ہوں کہ اللہ تعالی ہمیں مدد فرمائے اور</w:t>
      </w:r>
    </w:p>
    <w:p>
      <w:r>
        <w:rPr>
          <w:b/>
        </w:rPr>
        <w:t xml:space="preserve">[43:24] </w:t>
      </w:r>
      <w:r>
        <w:t>hum ko aakhirat ki pakad se bachaye aur jannat mein dakhil farmaye.</w:t>
      </w:r>
    </w:p>
    <w:p>
      <w:pPr>
        <w:jc w:val="right"/>
      </w:pPr>
      <w:r>
        <w:t>ہم کو آخرت کی پکڑ سے بچائے اور جنت میں داخل فرمائے۔</w:t>
      </w:r>
    </w:p>
    <w:p>
      <w:r>
        <w:rPr>
          <w:b/>
        </w:rPr>
        <w:t xml:space="preserve">[43:33] </w:t>
      </w:r>
      <w:r>
        <w:t>assalam o alaikum warahmatullah.</w:t>
      </w:r>
    </w:p>
    <w:p>
      <w:pPr>
        <w:jc w:val="right"/>
      </w:pPr>
      <w:r>
        <w:t>السلام علیکم ورحمۃ اللہ۔</w:t>
      </w:r>
    </w:p>
    <w:p>
      <w:r>
        <w:rPr>
          <w:b/>
        </w:rPr>
        <w:t xml:space="preserve">[43:42] </w:t>
      </w:r>
      <w:r>
        <w:t>okay, so we will start with the question answer and comment session.</w:t>
      </w:r>
    </w:p>
    <w:p>
      <w:pPr>
        <w:jc w:val="right"/>
      </w:pPr>
      <w:r>
        <w:t>اوکے، سو وی ویل سٹارٹ ود دی کوئسچن انسر اینڈ کمنٹ سیشن۔</w:t>
      </w:r>
    </w:p>
    <w:p>
      <w:r>
        <w:rPr>
          <w:b/>
        </w:rPr>
        <w:t xml:space="preserve">[43:46] </w:t>
      </w:r>
      <w:r>
        <w:t>ah, all the viewers who wants to send their questions can send it ah, ah, on info at</w:t>
      </w:r>
    </w:p>
    <w:p>
      <w:pPr>
        <w:jc w:val="right"/>
      </w:pPr>
      <w:r>
        <w:t>اہ، ال دی ویورز ہو وانٹس ٹو سینڈ دے کوئسچنز کین سینڈ اٹ اہ، اہ، ان انفو ایٹ</w:t>
      </w:r>
    </w:p>
    <w:p>
      <w:r>
        <w:rPr>
          <w:b/>
        </w:rPr>
        <w:t xml:space="preserve">[43:51] </w:t>
      </w:r>
      <w:r>
        <w:t>cpsglobal.org, or they can post it ah, in the comment section</w:t>
      </w:r>
    </w:p>
    <w:p>
      <w:pPr>
        <w:jc w:val="right"/>
      </w:pPr>
      <w:r>
        <w:t>سی پی ایس گلوبل ڈاٹ او آر جی، اور دے کین پوسٹ اٹ اہ، ان دی کمنٹ سیکشن</w:t>
      </w:r>
    </w:p>
    <w:p>
      <w:r>
        <w:rPr>
          <w:b/>
        </w:rPr>
        <w:t xml:space="preserve">[43:55] </w:t>
      </w:r>
      <w:r>
        <w:t>of the facebook page.</w:t>
      </w:r>
    </w:p>
    <w:p>
      <w:pPr>
        <w:jc w:val="right"/>
      </w:pPr>
      <w:r>
        <w:t>اف دا فیس بک پیج۔</w:t>
      </w:r>
    </w:p>
    <w:p>
      <w:r>
        <w:rPr>
          <w:b/>
        </w:rPr>
        <w:t xml:space="preserve">[43:59] </w:t>
      </w:r>
      <w:r>
        <w:t>please also mention a location when you send your questions.</w:t>
      </w:r>
    </w:p>
    <w:p>
      <w:pPr>
        <w:jc w:val="right"/>
      </w:pPr>
      <w:r>
        <w:t>پلیز السو مینشن اے لوکیشن وین یو سینڈ یور کوئسچنز۔</w:t>
      </w:r>
    </w:p>
    <w:p>
      <w:r>
        <w:rPr>
          <w:b/>
        </w:rPr>
        <w:t xml:space="preserve">[44:04] </w:t>
      </w:r>
      <w:r>
        <w:t>maulana, sab se pehle comments lete hain aaj ke topic ke upar.</w:t>
      </w:r>
    </w:p>
    <w:p>
      <w:pPr>
        <w:jc w:val="right"/>
      </w:pPr>
      <w:r>
        <w:t>مولانا، سب سے پہلے کمنٹس لیتے ہیں آج کے ٹاپک کے اوپر۔</w:t>
      </w:r>
    </w:p>
    <w:p>
      <w:r>
        <w:rPr>
          <w:b/>
        </w:rPr>
        <w:t xml:space="preserve">[44:08] </w:t>
      </w:r>
      <w:r>
        <w:t>maulana iqbal umri sahib ne chennai se</w:t>
      </w:r>
    </w:p>
    <w:p>
      <w:pPr>
        <w:jc w:val="right"/>
      </w:pPr>
      <w:r>
        <w:t>مولانا اقبال عمری صاحب نے چنئی سے</w:t>
      </w:r>
    </w:p>
    <w:p>
      <w:r>
        <w:rPr>
          <w:b/>
        </w:rPr>
        <w:t xml:space="preserve">[44:12] </w:t>
      </w:r>
      <w:r>
        <w:t>likha hai: "jannat jannat ban chuki hai yaani makhlooq hai ya paida ki jayegi, isi behas mein zindagi guzarti hai." Maulana, aap ki baaton se jannat ki talab paida hoti hai. jazak Allah. miss Shabana Ansari ne Pakistan se comment bheja hai, unhone likha hai: "Maulana sahib, you are absolutely right, we have to become hundred percent positive to enter para</w:t>
      </w:r>
    </w:p>
    <w:p>
      <w:pPr>
        <w:jc w:val="right"/>
      </w:pPr>
      <w:r>
        <w:t>لکھا ہے: "جنت جنت بن چکی ہے یعنی مخلوق ہے یا پیدا کی جائے گی، اسی بحث میں زندگی گزرتی ہے۔" مولانا، آپ کی باتوں سے جنت کی طلب پیدا ہوتی ہے۔ جزاک اللہ۔ مس شبانہ انصاری نے پاکستان سے کمنٹ بھیجا ہے، انہوں نے لکھا ہے: "مولانا صاحب، یو آر ایبسولیوٹلی رائٹ، وی ہیو ٹو بیکم ہنڈرڈ پرسنٹ پوزیٹیو ٹو انٹر پیرا</w:t>
      </w:r>
    </w:p>
    <w:p>
      <w:r>
        <w:rPr>
          <w:b/>
        </w:rPr>
        <w:t xml:space="preserve">[44:42] </w:t>
      </w:r>
      <w:r>
        <w:t>dies.</w:t>
      </w:r>
    </w:p>
    <w:p>
      <w:pPr>
        <w:jc w:val="right"/>
      </w:pPr>
      <w:r>
        <w:t>ڈائز۔</w:t>
      </w:r>
    </w:p>
    <w:p>
      <w:r>
        <w:rPr>
          <w:b/>
        </w:rPr>
        <w:t xml:space="preserve">[44:48] </w:t>
      </w:r>
      <w:r>
        <w:t>it is difficult but not impossible." jazak Allah.</w:t>
      </w:r>
    </w:p>
    <w:p>
      <w:pPr>
        <w:jc w:val="right"/>
      </w:pPr>
      <w:r>
        <w:t>اٹ از ڈیفیکلٹ بٹ ناٹ امپوسیبل۔" جزاک اللہ۔</w:t>
      </w:r>
    </w:p>
    <w:p>
      <w:r>
        <w:rPr>
          <w:b/>
        </w:rPr>
        <w:t xml:space="preserve">[44:54] </w:t>
      </w:r>
      <w:r>
        <w:t>is ke baad unhone ek aur comment likha hai, unhone bheja hai ke "we have to</w:t>
      </w:r>
    </w:p>
    <w:p>
      <w:pPr>
        <w:jc w:val="right"/>
      </w:pPr>
      <w:r>
        <w:t>اس کے بعد انہوں نے ایک اور کمنٹ لکھا ہے، انہوں نے بھیجا ہے کہ "وی ہیو ٹو</w:t>
      </w:r>
    </w:p>
    <w:p>
      <w:r>
        <w:rPr>
          <w:b/>
        </w:rPr>
        <w:t xml:space="preserve">[45:00] </w:t>
      </w:r>
      <w:r>
        <w:t>develop a test according to Allah's test, then only we will be chosen by Allah for Jannah."</w:t>
      </w:r>
    </w:p>
    <w:p>
      <w:pPr>
        <w:jc w:val="right"/>
      </w:pPr>
      <w:r>
        <w:t>ڈیویلپ ا ٹیسٹ اکارڈنگ ٹو اللہ ٹیسٹ، دین اونلی وی ویل بی چوزن بائے اللہ فار جنت۔" ریاض</w:t>
      </w:r>
    </w:p>
    <w:p>
      <w:r>
        <w:rPr>
          <w:b/>
        </w:rPr>
        <w:t xml:space="preserve">[45:06] </w:t>
      </w:r>
      <w:r>
        <w:t>bhatt sahib ne srinagar se comment bheja hai, unhone likha hai: "paradise is a society of highest evolved</w:t>
      </w:r>
    </w:p>
    <w:p>
      <w:pPr>
        <w:jc w:val="right"/>
      </w:pPr>
      <w:r>
        <w:t>بھٹ صاحب نے سری نگر سے کمنٹ بھیجا ہے، انہوں نے لکھا ہے: "پیراڈائز از ا سوسائٹی اف ہائیسٹ ایولوڈ</w:t>
      </w:r>
    </w:p>
    <w:p>
      <w:r>
        <w:rPr>
          <w:b/>
        </w:rPr>
        <w:t xml:space="preserve">[45:12] </w:t>
      </w:r>
      <w:r>
        <w:t>personalities of human race and for getting a place in it, the person has to evolve himself</w:t>
      </w:r>
    </w:p>
    <w:p>
      <w:pPr>
        <w:jc w:val="right"/>
      </w:pPr>
      <w:r>
        <w:t>پرسنیلٹیز اف ہیومن ریس اینڈ فار گیٹنگ ا پلیس ان اٹ، دا پرسن ہیز ٹو ایولو ہم سیلف</w:t>
      </w:r>
    </w:p>
    <w:p>
      <w:r>
        <w:rPr>
          <w:b/>
        </w:rPr>
        <w:t xml:space="preserve">[45:20] </w:t>
      </w:r>
      <w:r>
        <w:t>to that standard, ignoring the negativity emerging in his thoughts throughout his life span in the world."</w:t>
      </w:r>
    </w:p>
    <w:p>
      <w:pPr>
        <w:jc w:val="right"/>
      </w:pPr>
      <w:r>
        <w:t>ٹو دیٹ سٹینڈرڈ، اگنورنگ دی نیگیٹیوٹی ایمرجنگ ان ہز تھاٹس تھرو آؤٹ ہز لائف سپین ان دا ورلڈ۔"</w:t>
      </w:r>
    </w:p>
    <w:p>
      <w:r>
        <w:rPr>
          <w:b/>
        </w:rPr>
        <w:t xml:space="preserve">[45:27] </w:t>
      </w:r>
      <w:r>
        <w:t>maulana sahib, have i understood this correctly? haan, bilkul theek kaha aap ne, yeh matlab hai is mamle mein.</w:t>
      </w:r>
    </w:p>
    <w:p>
      <w:pPr>
        <w:jc w:val="right"/>
      </w:pPr>
      <w:r>
        <w:t>مولانا صاحب، ہیو ائی انڈرسٹوڈ دس کریکٹلی؟ ہاں، بالکل ٹھیک کہا آپ نے، یہ مطلب ہے اس معاملے میں۔</w:t>
      </w:r>
    </w:p>
    <w:p>
      <w:r>
        <w:rPr>
          <w:b/>
        </w:rPr>
        <w:t xml:space="preserve">[45:35] </w:t>
      </w:r>
      <w:r>
        <w:t>danish fazal sahib ne lucknow se</w:t>
      </w:r>
    </w:p>
    <w:p>
      <w:pPr>
        <w:jc w:val="right"/>
      </w:pPr>
      <w:r>
        <w:t>دانش فضل صاحب نے لکھنؤ سے</w:t>
      </w:r>
    </w:p>
    <w:p>
      <w:r>
        <w:rPr>
          <w:b/>
        </w:rPr>
        <w:t xml:space="preserve">[45:42] </w:t>
      </w:r>
      <w:r>
        <w:t>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p>
    <w:p>
      <w:pPr>
        <w:jc w:val="right"/>
      </w:pPr>
      <w:r>
        <w:t>کمنٹ بھیجا ہے، انہوں نے لکھا ہے: "ایمان اور اعلیٰ اخلاقیات، دیٹ از بلڈنگ پوزیٹیو پرسنیلٹی، از دی بیسک پرائس ٹو لیو ان دی نیبرہڈ اف اللہ، دیٹ از جنت الفردوس۔" تھینک یو مولانا صاحب فار دس تھرلنگ ایکسپلینیشن۔ مولانا، اب سوال لیتے ہیں۔ ڈاکٹر نغمہ صدیقی نے دبئی سے سوال بھیجا ہے، انہوں نے لکھا ہے: "آئی فائنڈ اٹ ویری ڈیفیکلٹ ٹو ریم</w:t>
      </w:r>
    </w:p>
    <w:p>
      <w:r>
        <w:rPr>
          <w:b/>
        </w:rPr>
        <w:t xml:space="preserve">[46:12] </w:t>
      </w:r>
      <w:r>
        <w:t>hundred percent positive all the time." maulana, how can i overcome this? dekhiye, jis duniya mein hum</w:t>
      </w:r>
    </w:p>
    <w:p>
      <w:pPr>
        <w:jc w:val="right"/>
      </w:pPr>
      <w:r>
        <w:t>ین ہنڈرڈ پرسنٹ پوزیٹیو ال دا ٹائم۔" مولانا، ہاؤ کین ائی اوورکم دس؟ دیکھیے، جس دنیا میں ہم</w:t>
      </w:r>
    </w:p>
    <w:p>
      <w:r>
        <w:rPr>
          <w:b/>
        </w:rPr>
        <w:t xml:space="preserve">[46:28] </w:t>
      </w:r>
      <w:r>
        <w:t>rehte hain, wahan yeh impossible hai ke har lamha, har second aap positive rahein.</w:t>
      </w:r>
    </w:p>
    <w:p>
      <w:pPr>
        <w:jc w:val="right"/>
      </w:pPr>
      <w:r>
        <w:t>رہتے ہیں، وہاں یہ امپوسیبل ہے کہ ہر لمحہ، ہر سیکنڈ آپ پوزیٹیو رہیں۔</w:t>
      </w:r>
    </w:p>
    <w:p>
      <w:r>
        <w:rPr>
          <w:b/>
        </w:rPr>
        <w:t xml:space="preserve">[46:43] </w:t>
      </w:r>
      <w:r>
        <w:t>zaroor kuch na kuch aisa hoga jo aap ke mind ko disturb karega. it is but natural. lekin sab se aham baat yeh hai ke negativity ka bhi ek positive role hai. sab se aham baat yeh hai ke jab hum ko gussa aa jaye, jab hum negative ho jayein, jab hum disturb ho jayein, hamara</w:t>
      </w:r>
    </w:p>
    <w:p>
      <w:pPr>
        <w:jc w:val="right"/>
      </w:pPr>
      <w:r>
        <w:t>ضرور کچھ نہ کچھ ایسا ہوگا جو آپ کے مائنڈ کو ڈسٹرب کرے گا۔ اٹ از بٹ نیچرل۔ لیکن سب سے اہم بات یہ ہے کہ نیگیٹیوٹی کا بھی ایک پوزیٹیو رول ہے۔ سب سے اہم بات یہ ہے کہ جب ہم کو غصہ آ جائے، جب ہم نیگیٹیو ہو جائیں، جب ہم ڈسٹرب ہو جائیں، ہمارا</w:t>
      </w:r>
    </w:p>
    <w:p>
      <w:r>
        <w:rPr>
          <w:b/>
        </w:rPr>
        <w:t xml:space="preserve">[47:13] </w:t>
      </w:r>
      <w:r>
        <w:t>mind to bazahir to woh ek evil phenomena hai, lekin is ka bhi ek positive role hai.</w:t>
      </w:r>
    </w:p>
    <w:p>
      <w:pPr>
        <w:jc w:val="right"/>
      </w:pPr>
      <w:r>
        <w:t>مائنڈ تو بظاہر تو وہ ایک ایول فیناومینا ہے، لیکن اس کا بھی ایک پازیٹیو رول ہے۔</w:t>
      </w:r>
    </w:p>
    <w:p>
      <w:r>
        <w:rPr>
          <w:b/>
        </w:rPr>
        <w:t xml:space="preserve">[47:21] </w:t>
      </w:r>
      <w:r>
        <w:t>sab se aham baat yeh sochne ki hai, woh kaise? woh is liye ke woh aap ko phir</w:t>
      </w:r>
    </w:p>
    <w:p>
      <w:pPr>
        <w:jc w:val="right"/>
      </w:pPr>
      <w:r>
        <w:t>سب سے اہم بات یہ سوچنے کی ہے، وہ کیسے؟ وہ اس لیے کہ وہ آپ کو پھر</w:t>
      </w:r>
    </w:p>
    <w:p>
      <w:r>
        <w:rPr>
          <w:b/>
        </w:rPr>
        <w:t xml:space="preserve">[47:29] </w:t>
      </w:r>
      <w:r>
        <w:t>se aap ke mind ko activate karta hai.</w:t>
      </w:r>
    </w:p>
    <w:p>
      <w:pPr>
        <w:jc w:val="right"/>
      </w:pPr>
      <w:r>
        <w:t>سے آپ کے مائنڈ کو ایکٹیویٹ کرتا ہے۔</w:t>
      </w:r>
    </w:p>
    <w:p>
      <w:r>
        <w:rPr>
          <w:b/>
        </w:rPr>
        <w:t xml:space="preserve">[47:37] </w:t>
      </w:r>
      <w:r>
        <w:t>jab aap koi</w:t>
      </w:r>
    </w:p>
    <w:p>
      <w:pPr>
        <w:jc w:val="right"/>
      </w:pPr>
      <w:r>
        <w:t>جب آپ کوئی</w:t>
      </w:r>
    </w:p>
    <w:p>
      <w:r>
        <w:rPr>
          <w:b/>
        </w:rPr>
        <w:t xml:space="preserve">[47:44] </w:t>
      </w:r>
      <w:r>
        <w:t>ghalat baat bol dein, jab aap ki koi provoked baat par provoke ho jayen, to aap ka mind</w:t>
      </w:r>
    </w:p>
    <w:p>
      <w:pPr>
        <w:jc w:val="right"/>
      </w:pPr>
      <w:r>
        <w:t>غلط بات بول دیں، جب آپ کی کوئی پرووکیٹڈ بات پر پرووک ہو جائیں، تو آپ کا مائنڈ</w:t>
      </w:r>
    </w:p>
    <w:p>
      <w:r>
        <w:rPr>
          <w:b/>
        </w:rPr>
        <w:t xml:space="preserve">[47:54] </w:t>
      </w:r>
      <w:r>
        <w:t>agar bedar ho, aap ka mind agar awaken mind ho, to bohat jald aap ka mind rewind karta</w:t>
      </w:r>
    </w:p>
    <w:p>
      <w:pPr>
        <w:jc w:val="right"/>
      </w:pPr>
      <w:r>
        <w:t>اگر بیدار ہو، آپ کا مائنڈ اگر اویکن مائنڈ ہو، تو بہت جلد آپ کا مائنڈ ریوائنڈ کرتا</w:t>
      </w:r>
    </w:p>
    <w:p>
      <w:r>
        <w:rPr>
          <w:b/>
        </w:rPr>
        <w:t xml:space="preserve">[48:04] </w:t>
      </w:r>
      <w:r>
        <w:t>hai, yaad dilata hai: "aray, to ne kya kar diya?" is ko kaha gaya hai ke "ثم یتوبون ابن قریب"</w:t>
      </w:r>
    </w:p>
    <w:p>
      <w:pPr>
        <w:jc w:val="right"/>
      </w:pPr>
      <w:r>
        <w:t>ہے، یاد دلاتا ہے: "ارے، تو نے کیا کر دیا؟" اس کو کہا گیا ہے کہ "ثم یتوبون ابن قریب"</w:t>
      </w:r>
    </w:p>
    <w:p>
      <w:r>
        <w:rPr>
          <w:b/>
        </w:rPr>
        <w:t xml:space="preserve">[48:15] </w:t>
      </w:r>
      <w:r>
        <w:t>—</w:t>
      </w:r>
    </w:p>
    <w:p>
      <w:pPr>
        <w:jc w:val="right"/>
      </w:pPr>
      <w:r>
        <w:t>۔</w:t>
      </w:r>
    </w:p>
    <w:p>
      <w:r>
        <w:rPr>
          <w:b/>
        </w:rPr>
        <w:t xml:space="preserve">[48:21] </w:t>
      </w:r>
      <w:r>
        <w:t>yani un ke andar tauba qareeb ki sifat paida hoti hai, aur aap ko maloom hona chahiye ke</w:t>
      </w:r>
    </w:p>
    <w:p>
      <w:pPr>
        <w:jc w:val="right"/>
      </w:pPr>
      <w:r>
        <w:t>یعنی ان کے اندر توبہ قریب کی صفت پیدا ہوتی ہے، اور آپ کو معلوم ہونا چاہیے کہ</w:t>
      </w:r>
    </w:p>
    <w:p>
      <w:r>
        <w:rPr>
          <w:b/>
        </w:rPr>
        <w:t xml:space="preserve">[48:27] </w:t>
      </w:r>
      <w:r>
        <w:t>tauba qareeb jo hai, woh Allah ko bohat ziyada pasand hai.</w:t>
      </w:r>
    </w:p>
    <w:p>
      <w:pPr>
        <w:jc w:val="right"/>
      </w:pPr>
      <w:r>
        <w:t>توبہ قریب جو ہے، وہ اللہ کو بہت زیادہ پسند ہے۔</w:t>
      </w:r>
    </w:p>
    <w:p>
      <w:r>
        <w:rPr>
          <w:b/>
        </w:rPr>
        <w:t xml:space="preserve">[48:33] </w:t>
      </w:r>
      <w:r>
        <w:t>tauba qareeb yani koi ghalat baat ho gayi to without delay, jaldi se aap ko yaad aa</w:t>
      </w:r>
    </w:p>
    <w:p>
      <w:pPr>
        <w:jc w:val="right"/>
      </w:pPr>
      <w:r>
        <w:t>توبہ قریب یعنی کوئی غلط بات ہو گئی تو ودا آؤٹ ڈیلے، جلدی سے آپ کو یاد آ</w:t>
      </w:r>
    </w:p>
    <w:p>
      <w:r>
        <w:rPr>
          <w:b/>
        </w:rPr>
        <w:t xml:space="preserve">[48:39] </w:t>
      </w:r>
      <w:r>
        <w:t>jaye: "aray, yeh kya shaitan ne kara diya? mujh ko kahan phans gaya hoon mein?</w:t>
      </w:r>
    </w:p>
    <w:p>
      <w:pPr>
        <w:jc w:val="right"/>
      </w:pPr>
      <w:r>
        <w:t>جائے: "ارے، یہ کیا شیطان نے کرا دیا؟ مجھ کو کہاں پھنس گیا ہوں میں؟</w:t>
      </w:r>
    </w:p>
    <w:p>
      <w:r>
        <w:rPr>
          <w:b/>
        </w:rPr>
        <w:t xml:space="preserve">[48:45] </w:t>
      </w:r>
      <w:r>
        <w:t>" to tauba qareeb to aik bohat bara amal hai, Quran o Hadees ke mutabiq.</w:t>
      </w:r>
    </w:p>
    <w:p>
      <w:pPr>
        <w:jc w:val="right"/>
      </w:pPr>
      <w:r>
        <w:t>" تو توبہ قریب تو ایک بہت بڑا عمل ہے، قرآن و حدیث کے مطابق۔</w:t>
      </w:r>
    </w:p>
    <w:p>
      <w:r>
        <w:rPr>
          <w:b/>
        </w:rPr>
        <w:t xml:space="preserve">[48:53] </w:t>
      </w:r>
      <w:r>
        <w:t>is mani ke aap se agar koi ghalati ho jaye to aap ko tauba qareeb ke qabil banati</w:t>
      </w:r>
    </w:p>
    <w:p>
      <w:pPr>
        <w:jc w:val="right"/>
      </w:pPr>
      <w:r>
        <w:t>اس معنی کہ آپ سے اگر کوئی غلطی ہو جائے تو آپ کو توبہ قریب کے قابل بناتی</w:t>
      </w:r>
    </w:p>
    <w:p>
      <w:r>
        <w:rPr>
          <w:b/>
        </w:rPr>
        <w:t xml:space="preserve">[49:00] </w:t>
      </w:r>
      <w:r>
        <w:t>hai, aur tauba qareeb to apne aap mein aik amal hai.</w:t>
      </w:r>
    </w:p>
    <w:p>
      <w:pPr>
        <w:jc w:val="right"/>
      </w:pPr>
      <w:r>
        <w:t>ہے، اور توبہ قریب تو اپنے آپ میں ایک عمل ہے۔</w:t>
      </w:r>
    </w:p>
    <w:p>
      <w:r>
        <w:rPr>
          <w:b/>
        </w:rPr>
        <w:t xml:space="preserve">[49:08] </w:t>
      </w:r>
      <w:r>
        <w:t>dekhiye, tauba qareeb ka</w:t>
      </w:r>
    </w:p>
    <w:p>
      <w:pPr>
        <w:jc w:val="right"/>
      </w:pPr>
      <w:r>
        <w:t>دیکھیے، توبہ قریب کا</w:t>
      </w:r>
    </w:p>
    <w:p>
      <w:r>
        <w:rPr>
          <w:b/>
        </w:rPr>
        <w:t xml:space="preserve">[49:16] </w:t>
      </w:r>
      <w:r>
        <w:t>amal kab pesh ayega? jab koi ghalati hui ho, aur ghalati na ho aadmi se to tauba</w:t>
      </w:r>
    </w:p>
    <w:p>
      <w:pPr>
        <w:jc w:val="right"/>
      </w:pPr>
      <w:r>
        <w:t>عمل کب پیش آئے گا؟ جب کوئی غلطی ہوئی ہو، اور غلطی نہ ہو آدمی سے تو توبہ</w:t>
      </w:r>
    </w:p>
    <w:p>
      <w:r>
        <w:rPr>
          <w:b/>
        </w:rPr>
        <w:t xml:space="preserve">[49:23] </w:t>
      </w:r>
      <w:r>
        <w:t>qareeb bhi nahi hoga, kyunke is ka aamaal naama tauba qareeb se khaali reh jayega.</w:t>
      </w:r>
    </w:p>
    <w:p>
      <w:pPr>
        <w:jc w:val="right"/>
      </w:pPr>
      <w:r>
        <w:t>قریب بھی نہیں ہوگا، کیونکہ اس کا اعمال نامہ توبہ قریب سے خالی رہ جائے گا۔</w:t>
      </w:r>
    </w:p>
    <w:p>
      <w:r>
        <w:rPr>
          <w:b/>
        </w:rPr>
        <w:t xml:space="preserve">[49:31] </w:t>
      </w:r>
      <w:r>
        <w:t>aap ghor kijiye ke chunke Allah ko bohat pasand hai tauba qareeb, to agar aap ko yeh ehsaas</w:t>
      </w:r>
    </w:p>
    <w:p>
      <w:pPr>
        <w:jc w:val="right"/>
      </w:pPr>
      <w:r>
        <w:t>آپ غور کیجئے کہ چونکہ اللہ کو بہت پسند ہے توبہ قریب، تو اگر آپ کو یہ احساس</w:t>
      </w:r>
    </w:p>
    <w:p>
      <w:r>
        <w:rPr>
          <w:b/>
        </w:rPr>
        <w:t xml:space="preserve">[49:38] </w:t>
      </w:r>
      <w:r>
        <w:t>mein jeete hoon aap</w:t>
      </w:r>
    </w:p>
    <w:p>
      <w:pPr>
        <w:jc w:val="right"/>
      </w:pPr>
      <w:r>
        <w:t>میں جیتے ہوں آپ</w:t>
      </w:r>
    </w:p>
    <w:p>
      <w:r>
        <w:rPr>
          <w:b/>
        </w:rPr>
        <w:t xml:space="preserve">[49:46] </w:t>
      </w:r>
      <w:r>
        <w:t>ke mera to muamla aisa hai ke mein koi ghalati nahi, mujh se nahi hui, to is ka</w:t>
      </w:r>
    </w:p>
    <w:p>
      <w:pPr>
        <w:jc w:val="right"/>
      </w:pPr>
      <w:r>
        <w:t>کہ میرا تو معاملہ ایسا ہے کہ میں کوئی غلطی نہیں، مجھ سے نہیں ہوئی، تو اس کا</w:t>
      </w:r>
    </w:p>
    <w:p>
      <w:r>
        <w:rPr>
          <w:b/>
        </w:rPr>
        <w:t xml:space="preserve">[49:52] </w:t>
      </w:r>
      <w:r>
        <w:t>mani kya hua? ke aap se tauba qareeb ka amal kabhi bhi pesh nahi aaya.</w:t>
      </w:r>
    </w:p>
    <w:p>
      <w:pPr>
        <w:jc w:val="right"/>
      </w:pPr>
      <w:r>
        <w:t>معنی کیا ہوا؟ کہ آپ سے توبہ قریب کا عمل کبھی بھی پیش نہیں آیا۔</w:t>
      </w:r>
    </w:p>
    <w:p>
      <w:r>
        <w:rPr>
          <w:b/>
        </w:rPr>
        <w:t xml:space="preserve">[49:59] </w:t>
      </w:r>
      <w:r>
        <w:t>to is tarah nahi sochna chahiye aadmi ko, balkeh jaanna chahiye ke Allah taala ne aisa, yeh Allah</w:t>
      </w:r>
    </w:p>
    <w:p>
      <w:pPr>
        <w:jc w:val="right"/>
      </w:pPr>
      <w:r>
        <w:t>تو اس طرح نہیں سوچنا چاہیے آدمی کو، بلکہ جاننا چاہیے کہ اللہ تعالی نے ایسا، یہ اللہ</w:t>
      </w:r>
    </w:p>
    <w:p>
      <w:r>
        <w:rPr>
          <w:b/>
        </w:rPr>
        <w:t xml:space="preserve">[50:06] </w:t>
      </w:r>
      <w:r>
        <w:t>taala ki rehmat ka muamla hai ke aadmi se koi ghalati ho jaye to us ghalati ko bhi</w:t>
      </w:r>
    </w:p>
    <w:p>
      <w:pPr>
        <w:jc w:val="right"/>
      </w:pPr>
      <w:r>
        <w:t>تعالی کی رحمت کا معاملہ ہے کہ آدمی سے کوئی غلطی ہو جائے تو اس غلطی کو بھی</w:t>
      </w:r>
    </w:p>
    <w:p>
      <w:r>
        <w:rPr>
          <w:b/>
        </w:rPr>
        <w:t xml:space="preserve">[50:12] </w:t>
      </w:r>
      <w:r>
        <w:t>us ke liye mumkin hai ke us convert kar sake woh kisi neki mein.</w:t>
      </w:r>
    </w:p>
    <w:p>
      <w:pPr>
        <w:jc w:val="right"/>
      </w:pPr>
      <w:r>
        <w:t>اس کے لیے ممکن ہے کہ اس کنورٹ کر سکے وہ کسی نیکی میں۔</w:t>
      </w:r>
    </w:p>
    <w:p>
      <w:r>
        <w:rPr>
          <w:b/>
        </w:rPr>
        <w:t xml:space="preserve">[50:19] </w:t>
      </w:r>
      <w:r>
        <w:t>maulana, agla sawal lene se pehle do comment parhna chahenge.</w:t>
      </w:r>
    </w:p>
    <w:p>
      <w:pPr>
        <w:jc w:val="right"/>
      </w:pPr>
      <w:r>
        <w:t>مولانا، اگلا سوال لینے سے پہلے دو کمنٹ پڑھنا چاہیں گے۔</w:t>
      </w:r>
    </w:p>
    <w:p>
      <w:r>
        <w:rPr>
          <w:b/>
        </w:rPr>
        <w:t xml:space="preserve">[50:26] </w:t>
      </w:r>
      <w:r>
        <w:t>پہلا کمنٹ آیا ہے مس شبینہ علی کا کلکتہ سے، انہوں نے لکھا ہے: "The brainstorming session</w:t>
      </w:r>
    </w:p>
    <w:p>
      <w:pPr>
        <w:jc w:val="right"/>
      </w:pPr>
      <w:r>
        <w:t>پہلا کمنٹ آیا ہے مس شبینہ علی کا کلکتہ سے، انہوں نے لکھا ہے: "دا برین سٹارمنگ سیشن</w:t>
      </w:r>
    </w:p>
    <w:p>
      <w:r>
        <w:rPr>
          <w:b/>
        </w:rPr>
        <w:t xml:space="preserve">[50:34] </w:t>
      </w:r>
      <w:r>
        <w:t>which encompasses the introduction, the definition and the description of the Jannah which you have so beautifully elaborated,</w:t>
      </w:r>
    </w:p>
    <w:p>
      <w:pPr>
        <w:jc w:val="right"/>
      </w:pPr>
      <w:r>
        <w:t>وچ انکمپاسز دا انٹروڈکشن، دا ڈیفینیشن اینڈ دا ڈسکرپشن اف دا جنہ وچ یو ہیو سو بیوٹیفلی ایلیبریٹڈ،</w:t>
      </w:r>
    </w:p>
    <w:p>
      <w:r>
        <w:rPr>
          <w:b/>
        </w:rPr>
        <w:t xml:space="preserve">[50:41] </w:t>
      </w:r>
      <w:r>
        <w:t>makes one to deeply introspect in oneself and to make a personality so as to become the</w:t>
      </w:r>
    </w:p>
    <w:p>
      <w:pPr>
        <w:jc w:val="right"/>
      </w:pPr>
      <w:r>
        <w:t>میکس ون ٹو ڈیپلی انٹروسپیکٹ ان ون سیلف اینڈ ٹو میک ا پرسنیلٹی سو ایز ٹو بیکم دی</w:t>
      </w:r>
    </w:p>
    <w:p>
      <w:r>
        <w:rPr>
          <w:b/>
        </w:rPr>
        <w:t xml:space="preserve">[50:49] </w:t>
      </w:r>
      <w:r>
        <w:t>inhebitent of di haili intellectual place called jannat. jazak allah molana sahib.</w:t>
      </w:r>
    </w:p>
    <w:p>
      <w:pPr>
        <w:jc w:val="right"/>
      </w:pPr>
      <w:r>
        <w:t>انہیبیٹنٹ اف دی ہائیلی انٹلیکچول پلیس کالڈ جنت۔" جزاک اللہ مولانا صاحب۔</w:t>
      </w:r>
    </w:p>
    <w:p>
      <w:r>
        <w:rPr>
          <w:b/>
        </w:rPr>
        <w:t xml:space="preserve">[50:57] </w:t>
      </w:r>
      <w:r>
        <w:t>molana abdul salam umri ne haiderabad se comment bheja hai, unho ne likha hai: "molana, mere nazdeek jannat ka</w:t>
      </w:r>
    </w:p>
    <w:p>
      <w:pPr>
        <w:jc w:val="right"/>
      </w:pPr>
      <w:r>
        <w:t>مولانا عبدالسلام عمری نے حیدرآباد سے کمنٹ بھیجا ہے، انہوں نے لکھا ہے: "مولانا، میرے نزدیک جنت کا</w:t>
      </w:r>
    </w:p>
    <w:p>
      <w:r>
        <w:rPr>
          <w:b/>
        </w:rPr>
        <w:t xml:space="preserve">[51:04] </w:t>
      </w:r>
      <w:r>
        <w:t>kamtar tasawwur tha, aap hi se jannat ka aala tasawwur mila, aisa tasawwur ke jis se jannat ko</w:t>
      </w:r>
    </w:p>
    <w:p>
      <w:pPr>
        <w:jc w:val="right"/>
      </w:pPr>
      <w:r>
        <w:t>کمتر تصور تھا، آپ ہی سے جنت کا اعلیٰ تصور ملا، ایسا تصور کہ جس سے جنت کو</w:t>
      </w:r>
    </w:p>
    <w:p>
      <w:r>
        <w:rPr>
          <w:b/>
        </w:rPr>
        <w:t xml:space="preserve">[51:12] </w:t>
      </w:r>
      <w:r>
        <w:t>pane ki talab aur haris paida hoti hai." molana, agla sawal dilli se bheja hai muhammad rehan sahib ne,</w:t>
      </w:r>
    </w:p>
    <w:p>
      <w:pPr>
        <w:jc w:val="right"/>
      </w:pPr>
      <w:r>
        <w:t>پانے کی طلب اور حرص پیدا ہوتی ہے۔" مولانا، اگلا سوال دلی سے بھیجا ہے محمد ریحان صاحب نے،</w:t>
      </w:r>
    </w:p>
    <w:p>
      <w:r>
        <w:rPr>
          <w:b/>
        </w:rPr>
        <w:t xml:space="preserve">[51:20] </w:t>
      </w:r>
      <w:r>
        <w:t>جو ایک ریسرچ سکالر ہیں جامعہ ملیہ اسلامیہ یونیورسٹی میں، انہوں نے لکھا ہے: "How much a man</w:t>
      </w:r>
    </w:p>
    <w:p>
      <w:pPr>
        <w:jc w:val="right"/>
      </w:pPr>
      <w:r>
        <w:t>جو ایک ریسرچ سکالر ہیں جامعہ ملیہ اسلامیہ یونیورسٹی میں، انہوں نے لکھا ہے: "ہاؤ مچ ا مین</w:t>
      </w:r>
    </w:p>
    <w:p>
      <w:r>
        <w:rPr>
          <w:b/>
        </w:rPr>
        <w:t xml:space="preserve">[51:27] </w:t>
      </w:r>
      <w:r>
        <w:t>can be sure of his entry to paradise if he follows the commandments and teachings of Allah and</w:t>
      </w:r>
    </w:p>
    <w:p>
      <w:pPr>
        <w:jc w:val="right"/>
      </w:pPr>
      <w:r>
        <w:t>کین بی شور اف ہز انٹری ٹو پیراڈائز اف ہی فالوز دی کمانڈمنٹس اینڈ ٹیچنگز اف اللہ اینڈ</w:t>
      </w:r>
    </w:p>
    <w:p>
      <w:r>
        <w:rPr>
          <w:b/>
        </w:rPr>
        <w:t xml:space="preserve">[51:35] </w:t>
      </w:r>
      <w:r>
        <w:t>di profit of islam? molana, please advise on this.</w:t>
      </w:r>
    </w:p>
    <w:p>
      <w:pPr>
        <w:jc w:val="right"/>
      </w:pPr>
      <w:r>
        <w:t>دی پرافٹ اف اسلام؟" مولانا، پلیز ایڈوائز ان دس۔</w:t>
      </w:r>
    </w:p>
    <w:p>
      <w:r>
        <w:rPr>
          <w:b/>
        </w:rPr>
        <w:t xml:space="preserve">[51:43] </w:t>
      </w:r>
      <w:r>
        <w:t>dekhiye, aadmi jannat ke bare mein</w:t>
      </w:r>
    </w:p>
    <w:p>
      <w:pPr>
        <w:jc w:val="right"/>
      </w:pPr>
      <w:r>
        <w:t>دیکھیے، آدمی جنت کے بارے میں</w:t>
      </w:r>
    </w:p>
    <w:p>
      <w:r>
        <w:rPr>
          <w:b/>
        </w:rPr>
        <w:t xml:space="preserve">[51:51] </w:t>
      </w:r>
      <w:r>
        <w:t>shor na ho to sab se bara amal yeh hai, yaad rakhiye, allah ke nazdeek yani allah jo</w:t>
      </w:r>
    </w:p>
    <w:p>
      <w:pPr>
        <w:jc w:val="right"/>
      </w:pPr>
      <w:r>
        <w:t>شور نہ ہو تو سب سے بڑا عمل یہ ہے، یاد رکھیے، اللہ کے نزدیک یعنی اللہ جو</w:t>
      </w:r>
    </w:p>
    <w:p>
      <w:r>
        <w:rPr>
          <w:b/>
        </w:rPr>
        <w:t xml:space="preserve">[52:01] </w:t>
      </w:r>
      <w:r>
        <w:t>kam, yani har aitbar se perfect hai, allah jo har aitbar se perfect hai, kya aap samajhte hain</w:t>
      </w:r>
    </w:p>
    <w:p>
      <w:pPr>
        <w:jc w:val="right"/>
      </w:pPr>
      <w:r>
        <w:t>کم، یعنی ہر اعتبار سے پرفیکٹ ہے، اللہ جو ہر اعتبار سے پرفیکٹ ہے، کیا آپ سمجھتے ہیں</w:t>
      </w:r>
    </w:p>
    <w:p>
      <w:r>
        <w:rPr>
          <w:b/>
        </w:rPr>
        <w:t xml:space="preserve">[52:11] </w:t>
      </w:r>
      <w:r>
        <w:t>ke kisi ke amal ko perfect surat mein dekh sakta hai? woh allah ki nazar</w:t>
      </w:r>
    </w:p>
    <w:p>
      <w:pPr>
        <w:jc w:val="right"/>
      </w:pPr>
      <w:r>
        <w:t>کہ کسی کے عمل کو پرفیکٹ صورت میں دیکھ سکتا ہے؟ وہ اللہ کی نظر</w:t>
      </w:r>
    </w:p>
    <w:p>
      <w:r>
        <w:rPr>
          <w:b/>
        </w:rPr>
        <w:t xml:space="preserve">[52:21] </w:t>
      </w:r>
      <w:r>
        <w:t>mein koi bhi amal kisi ka perfect ho hi nahi sakta.</w:t>
      </w:r>
    </w:p>
    <w:p>
      <w:pPr>
        <w:jc w:val="right"/>
      </w:pPr>
      <w:r>
        <w:t>میں کوئی بھی عمل کسی کا پرفیکٹ ہو ہی نہیں سکتا۔</w:t>
      </w:r>
    </w:p>
    <w:p>
      <w:r>
        <w:rPr>
          <w:b/>
        </w:rPr>
        <w:t xml:space="preserve">[52:27] </w:t>
      </w:r>
      <w:r>
        <w:t>is liye yeh yani yeh yeh criteria nahi jo aap ne samajh rahe hain, criteria yeh hai ke</w:t>
      </w:r>
    </w:p>
    <w:p>
      <w:pPr>
        <w:jc w:val="right"/>
      </w:pPr>
      <w:r>
        <w:t>اس لیے یہ یعنی یہ یہ کرائٹیریا نہیں جو آپ نے سمجھ رہے ہیں، کرائٹیریا یہ ہے کہ</w:t>
      </w:r>
    </w:p>
    <w:p>
      <w:r>
        <w:rPr>
          <w:b/>
        </w:rPr>
        <w:t xml:space="preserve">[52:34] </w:t>
      </w:r>
      <w:r>
        <w:t>aap ke andar itna izzat ho, itna as the aap criticize ho gaye hon ke samjhein ke main</w:t>
      </w:r>
    </w:p>
    <w:p>
      <w:pPr>
        <w:jc w:val="right"/>
      </w:pPr>
      <w:r>
        <w:t>آپ کے اندر اتنا عزت ہو، اتنا ایز دا آپ کرٹیسائز ہو گئے ہوں کہ سمجھیں کہ میں</w:t>
      </w:r>
    </w:p>
    <w:p>
      <w:r>
        <w:rPr>
          <w:b/>
        </w:rPr>
        <w:t xml:space="preserve">[52:40] </w:t>
      </w:r>
      <w:r>
        <w:t>to kuch nahi kar paya.</w:t>
      </w:r>
    </w:p>
    <w:p>
      <w:pPr>
        <w:jc w:val="right"/>
      </w:pPr>
      <w:r>
        <w:t>تو کچھ نہیں کر پایا۔</w:t>
      </w:r>
    </w:p>
    <w:p>
      <w:r>
        <w:rPr>
          <w:b/>
        </w:rPr>
        <w:t xml:space="preserve">[52:46] </w:t>
      </w:r>
      <w:r>
        <w:t>allah jo al perfect hai, us ki nazar mein</w:t>
      </w:r>
    </w:p>
    <w:p>
      <w:pPr>
        <w:jc w:val="right"/>
      </w:pPr>
      <w:r>
        <w:t>اللہ جو ال پرفیکٹ ہے، اس کی نظر میں</w:t>
      </w:r>
    </w:p>
    <w:p>
      <w:r>
        <w:rPr>
          <w:b/>
        </w:rPr>
        <w:t xml:space="preserve">[52:53] </w:t>
      </w:r>
      <w:r>
        <w:t>wohi banda qabil qadar hai jo ehsas izzat ke sath wahan pohnche ke mere pas kya hai, mere</w:t>
      </w:r>
    </w:p>
    <w:p>
      <w:pPr>
        <w:jc w:val="right"/>
      </w:pPr>
      <w:r>
        <w:t>وہی بندہ قابل قدر ہے جو احساس عزت کے ساتھ وہاں پہنچے کہ میرے پاس کیا ہے، میرے</w:t>
      </w:r>
    </w:p>
    <w:p>
      <w:r>
        <w:rPr>
          <w:b/>
        </w:rPr>
        <w:t xml:space="preserve">[52:58] </w:t>
      </w:r>
      <w:r>
        <w:t>pas kya hai.</w:t>
      </w:r>
    </w:p>
    <w:p>
      <w:pPr>
        <w:jc w:val="right"/>
      </w:pPr>
      <w:r>
        <w:t>پاس کیا ہے۔</w:t>
      </w:r>
    </w:p>
    <w:p>
      <w:r>
        <w:rPr>
          <w:b/>
        </w:rPr>
        <w:t xml:space="preserve">[53:03] </w:t>
      </w:r>
      <w:r>
        <w:t>main ne ek qissa bataya tha aap logon ko is se pehle ke arab kisara mein ek baddo</w:t>
      </w:r>
    </w:p>
    <w:p>
      <w:pPr>
        <w:jc w:val="right"/>
      </w:pPr>
      <w:r>
        <w:t>میں نے ایک قصہ بتایا تھا آپ لوگوں کو اس سے پہلے کہ عرب کسارہ میں ایک بدو</w:t>
      </w:r>
    </w:p>
    <w:p>
      <w:r>
        <w:rPr>
          <w:b/>
        </w:rPr>
        <w:t xml:space="preserve">[53:08] </w:t>
      </w:r>
      <w:r>
        <w:t>ko pani ka chashma mila, us zamane ki baat hai, to bohat bari cheez nazar aai us ko,</w:t>
      </w:r>
    </w:p>
    <w:p>
      <w:pPr>
        <w:jc w:val="right"/>
      </w:pPr>
      <w:r>
        <w:t>کو پانی کا چشمہ ملا، اس زمانے کی بات ہے، تو بہت بڑی چیز نظر آئی اس کو،</w:t>
      </w:r>
    </w:p>
    <w:p>
      <w:r>
        <w:rPr>
          <w:b/>
        </w:rPr>
        <w:t xml:space="preserve">[53:13] </w:t>
      </w:r>
      <w:r>
        <w:t>pani ka chashma.</w:t>
      </w:r>
    </w:p>
    <w:p>
      <w:pPr>
        <w:jc w:val="right"/>
      </w:pPr>
      <w:r>
        <w:t>پانی کا چشمہ۔</w:t>
      </w:r>
    </w:p>
    <w:p>
      <w:r>
        <w:rPr>
          <w:b/>
        </w:rPr>
        <w:t xml:space="preserve">[53:18] </w:t>
      </w:r>
      <w:r>
        <w:t>to us ne</w:t>
      </w:r>
    </w:p>
    <w:p>
      <w:pPr>
        <w:jc w:val="right"/>
      </w:pPr>
      <w:r>
        <w:t>تو اس نے</w:t>
      </w:r>
    </w:p>
    <w:p>
      <w:r>
        <w:rPr>
          <w:b/>
        </w:rPr>
        <w:t xml:space="preserve">[53:23] </w:t>
      </w:r>
      <w:r>
        <w:t>ek bartan mein pani rakha, kaha ke bhai is ko le jaon ga badshah ke pas, haroon rasheed</w:t>
      </w:r>
    </w:p>
    <w:p>
      <w:pPr>
        <w:jc w:val="right"/>
      </w:pPr>
      <w:r>
        <w:t>ایک برتن میں پانی رکھا، کہا کہ بھئی اس کو لے جاؤں گا بادشاہ کے پاس، ہارون رشید</w:t>
      </w:r>
    </w:p>
    <w:p>
      <w:r>
        <w:rPr>
          <w:b/>
        </w:rPr>
        <w:t xml:space="preserve">[53:29] </w:t>
      </w:r>
      <w:r>
        <w:t>ke pas, woh unhein inaam o ikram de ga.</w:t>
      </w:r>
    </w:p>
    <w:p>
      <w:pPr>
        <w:jc w:val="right"/>
      </w:pPr>
      <w:r>
        <w:t>کے پاس، وہ انہیں انعام و کرام دے گا۔</w:t>
      </w:r>
    </w:p>
    <w:p>
      <w:r>
        <w:rPr>
          <w:b/>
        </w:rPr>
        <w:t xml:space="preserve">[53:35] </w:t>
      </w:r>
      <w:r>
        <w:t>to gaya woh, kis tarah se dakhil hua wahan, woh lekin haroon rasheed ka jo mahal tha, woh</w:t>
      </w:r>
    </w:p>
    <w:p>
      <w:pPr>
        <w:jc w:val="right"/>
      </w:pPr>
      <w:r>
        <w:t>تو گیا وہ، کس طریقے سے داخل ہوا وہاں، وہ لیکن ہارون رشید کا جو محل تھا، وہ</w:t>
      </w:r>
    </w:p>
    <w:p>
      <w:r>
        <w:rPr>
          <w:b/>
        </w:rPr>
        <w:t xml:space="preserve">[53:41] </w:t>
      </w:r>
      <w:r>
        <w:t>dijla ke kinare tha, dijla bohat bara naddi gangi, jaise ganga hamara hai.</w:t>
      </w:r>
    </w:p>
    <w:p>
      <w:pPr>
        <w:jc w:val="right"/>
      </w:pPr>
      <w:r>
        <w:t>دجلہ کے کنارے تھا، دجلہ بہت بڑا ندی گنگی، جیسے گنگا ہمارا ہے۔</w:t>
      </w:r>
    </w:p>
    <w:p>
      <w:r>
        <w:rPr>
          <w:b/>
        </w:rPr>
        <w:t xml:space="preserve">[53:47] </w:t>
      </w:r>
      <w:r>
        <w:t>to jab us ne dekha</w:t>
      </w:r>
    </w:p>
    <w:p>
      <w:pPr>
        <w:jc w:val="right"/>
      </w:pPr>
      <w:r>
        <w:t>تو جب اس نے دیکھا</w:t>
      </w:r>
    </w:p>
    <w:p>
      <w:r>
        <w:rPr>
          <w:b/>
        </w:rPr>
        <w:t xml:space="preserve">[53:54] </w:t>
      </w:r>
      <w:r>
        <w:t>to is ne socha ke ke is ka mahal to ek bohat bari nadi ke kinare waqe hai,</w:t>
      </w:r>
    </w:p>
    <w:p>
      <w:pPr>
        <w:jc w:val="right"/>
      </w:pPr>
      <w:r>
        <w:t>تو اس نے سوچا کہ کہ اس کا محل تو ایک بہت بڑی ندی کے کنارے واقع ہے،</w:t>
      </w:r>
    </w:p>
    <w:p>
      <w:r>
        <w:rPr>
          <w:b/>
        </w:rPr>
        <w:t xml:space="preserve">[54:01] </w:t>
      </w:r>
      <w:r>
        <w:t>is ke pas hamare is pani ki kya qeemat hai? to to yeh cheez haroon rasheed ko zyada</w:t>
      </w:r>
    </w:p>
    <w:p>
      <w:pPr>
        <w:jc w:val="right"/>
      </w:pPr>
      <w:r>
        <w:t>اس کے پاس ہمارے اس پانی کی کیا قیمت ہے؟ تو تو یہ چیز ہارون رشید کو زیادہ</w:t>
      </w:r>
    </w:p>
    <w:p>
      <w:r>
        <w:rPr>
          <w:b/>
        </w:rPr>
        <w:t xml:space="preserve">[54:09] </w:t>
      </w:r>
      <w:r>
        <w:t>yani pasand aayi, aur us ne is ke bartan ko sone dhone se bhar diya.</w:t>
      </w:r>
    </w:p>
    <w:p>
      <w:pPr>
        <w:jc w:val="right"/>
      </w:pPr>
      <w:r>
        <w:t>یعنی پسند آئی، اور اس نے اس کے برتن کو سونے دھونے سے بھر دیا۔</w:t>
      </w:r>
    </w:p>
    <w:p>
      <w:r>
        <w:rPr>
          <w:b/>
        </w:rPr>
        <w:t xml:space="preserve">[54:16] </w:t>
      </w:r>
      <w:r>
        <w:t>to yeh kabhi bas chahiye ke aap aisa amal karee</w:t>
      </w:r>
    </w:p>
    <w:p>
      <w:pPr>
        <w:jc w:val="right"/>
      </w:pPr>
      <w:r>
        <w:t>تو یہ کبھی بس چاہیے کہ آپ ایسا عمل کری</w:t>
      </w:r>
    </w:p>
    <w:p>
      <w:r>
        <w:rPr>
          <w:b/>
        </w:rPr>
        <w:t xml:space="preserve">[54:24] </w:t>
      </w:r>
      <w:r>
        <w:t>n jo bilkul perfect ho, yeh Allah ke, Allah ke yani Allah ka jo ki jo shan hai,</w:t>
      </w:r>
    </w:p>
    <w:p>
      <w:pPr>
        <w:jc w:val="right"/>
      </w:pPr>
      <w:r>
        <w:t>ں جو بالکل پرفیکٹ ہو، یہ اللہ کے، اللہ کے یعنی اللہ کا جو کی جو شان ہے،</w:t>
      </w:r>
    </w:p>
    <w:p>
      <w:r>
        <w:rPr>
          <w:b/>
        </w:rPr>
        <w:t xml:space="preserve">[54:31] </w:t>
      </w:r>
      <w:r>
        <w:t>اس کا جو درجہ ہے، اس کو underestimate کرنا ہے۔</w:t>
      </w:r>
    </w:p>
    <w:p>
      <w:pPr>
        <w:jc w:val="right"/>
      </w:pPr>
      <w:r>
        <w:t>اس کا جو درجہ ہے، اس کو انڈر ایسٹیمیٹ کرنا ہے۔</w:t>
      </w:r>
    </w:p>
    <w:p>
      <w:r>
        <w:rPr>
          <w:b/>
        </w:rPr>
        <w:t xml:space="preserve">[54:39] </w:t>
      </w:r>
      <w:r>
        <w:t>yeh Maulana, agla sawal doctor Safeena Tabassum ne Saharanpur se bheja hai, unhon ne likha hai: "Maulana</w:t>
      </w:r>
    </w:p>
    <w:p>
      <w:pPr>
        <w:jc w:val="right"/>
      </w:pPr>
      <w:r>
        <w:t>یہ مولانا، اگلا سوال ڈاکٹر سفینہ تبسم نے سہارن پور سے بھیجا ہے، انہوں نے لکھا ہے: "مولانا</w:t>
      </w:r>
    </w:p>
    <w:p>
      <w:r>
        <w:rPr>
          <w:b/>
        </w:rPr>
        <w:t xml:space="preserve">[54:47] </w:t>
      </w:r>
      <w:r>
        <w:t>sahib, kya hamara super sensitive hona,</w:t>
      </w:r>
    </w:p>
    <w:p>
      <w:pPr>
        <w:jc w:val="right"/>
      </w:pPr>
      <w:r>
        <w:t>صاحب، کیا ہمارا سپر سینسٹیو ہونا،</w:t>
      </w:r>
    </w:p>
    <w:p>
      <w:r>
        <w:rPr>
          <w:b/>
        </w:rPr>
        <w:t xml:space="preserve">[54:55] </w:t>
      </w:r>
      <w:r>
        <w:t>kya hum Maulana, kya hamare super sensitive hone se bhi hamare character building mein izafa hota hai?" is</w:t>
      </w:r>
    </w:p>
    <w:p>
      <w:pPr>
        <w:jc w:val="right"/>
      </w:pPr>
      <w:r>
        <w:t>کیا ہم مولانا، کیا ہمارے سپر سینسٹیو ہونے سے بھی ہمارے کریکٹر بلڈنگ میں اضافہ ہوتا ہے؟" اس</w:t>
      </w:r>
    </w:p>
    <w:p>
      <w:r>
        <w:rPr>
          <w:b/>
        </w:rPr>
        <w:t xml:space="preserve">[55:01] </w:t>
      </w:r>
      <w:r>
        <w:t>ke bare mein batayen.</w:t>
      </w:r>
    </w:p>
    <w:p>
      <w:pPr>
        <w:jc w:val="right"/>
      </w:pPr>
      <w:r>
        <w:t>کے بارے میں بتائیں۔</w:t>
      </w:r>
    </w:p>
    <w:p>
      <w:r>
        <w:rPr>
          <w:b/>
        </w:rPr>
        <w:t xml:space="preserve">[55:07] </w:t>
      </w:r>
      <w:r>
        <w:t>zaroor hota hai, balkeh isi se hota hai.</w:t>
      </w:r>
    </w:p>
    <w:p>
      <w:pPr>
        <w:jc w:val="right"/>
      </w:pPr>
      <w:r>
        <w:t>ضرور ہوتا ہے، بلکہ اسی سے ہوتا ہے۔</w:t>
      </w:r>
    </w:p>
    <w:p>
      <w:r>
        <w:rPr>
          <w:b/>
        </w:rPr>
        <w:t xml:space="preserve">[55:13] </w:t>
      </w:r>
      <w:r>
        <w:t>sensitivity to bohat bari nemat hai jo insan ko mil jati hai.</w:t>
      </w:r>
    </w:p>
    <w:p>
      <w:pPr>
        <w:jc w:val="right"/>
      </w:pPr>
      <w:r>
        <w:t>سینسٹیوٹی تو بہت بڑی نعمت ہے جو انسان کو مل جاتی ہے۔</w:t>
      </w:r>
    </w:p>
    <w:p>
      <w:r>
        <w:rPr>
          <w:b/>
        </w:rPr>
        <w:t xml:space="preserve">[55:19] </w:t>
      </w:r>
      <w:r>
        <w:t>jitna zyada aadmi hassas hoga, zyada woh sensitivity</w:t>
      </w:r>
    </w:p>
    <w:p>
      <w:pPr>
        <w:jc w:val="right"/>
      </w:pPr>
      <w:r>
        <w:t>جتنا زیادہ آدمی حساس ہوگا، زیادہ وہ سینسٹیوٹی</w:t>
      </w:r>
    </w:p>
    <w:p>
      <w:r>
        <w:rPr>
          <w:b/>
        </w:rPr>
        <w:t xml:space="preserve">[55:25] </w:t>
      </w:r>
      <w:r>
        <w:t>us ke andar hogi, utne zyada woh us ke andar incentive hoga, zyada se zyada amal karne ke liye.</w:t>
      </w:r>
    </w:p>
    <w:p>
      <w:pPr>
        <w:jc w:val="right"/>
      </w:pPr>
      <w:r>
        <w:t>اس کے اندر ہوگی، اتنے زیادہ وہ اس کے اندر انسینٹیو ہوگا، زیادہ سے زیادہ عمل کرنے کے لیے۔</w:t>
      </w:r>
    </w:p>
    <w:p>
      <w:r>
        <w:rPr>
          <w:b/>
        </w:rPr>
        <w:t xml:space="preserve">[55:32] </w:t>
      </w:r>
      <w:r>
        <w:t>Maulana, agla sawal Kolkata se Aftab Alam sahib ne bheja hai, unhon ne likha hai: "Maulana sahib, as</w:t>
      </w:r>
    </w:p>
    <w:p>
      <w:pPr>
        <w:jc w:val="right"/>
      </w:pPr>
      <w:r>
        <w:t>مولانا، اگلا سوال کلکتہ سے آفتاب عالم صاحب نے بھیجا ہے، انہوں نے لکھا ہے: "مولانا صاحب، ایز</w:t>
      </w:r>
    </w:p>
    <w:p>
      <w:r>
        <w:rPr>
          <w:b/>
        </w:rPr>
        <w:t xml:space="preserve">[55:40] </w:t>
      </w:r>
      <w:r>
        <w:t>"But today's lecture, 'If this world will be converted into paradise, then where will hell be located?' Because"</w:t>
      </w:r>
    </w:p>
    <w:p>
      <w:pPr>
        <w:jc w:val="right"/>
      </w:pPr>
      <w:r>
        <w:t>پر ٹوڈے لیکچر، اف دس ورلڈ ول بی کنورٹڈ انٹو پیراڈائز، دین ویئر ول ہیل بی لوکیٹڈ؟" بیکاز</w:t>
      </w:r>
    </w:p>
    <w:p>
      <w:r>
        <w:rPr>
          <w:b/>
        </w:rPr>
        <w:t xml:space="preserve">[55:47] </w:t>
      </w:r>
      <w:r>
        <w:t>we know the</w:t>
      </w:r>
    </w:p>
    <w:p>
      <w:pPr>
        <w:jc w:val="right"/>
      </w:pPr>
      <w:r>
        <w:t>وی نو دی</w:t>
      </w:r>
    </w:p>
    <w:p>
      <w:r>
        <w:rPr>
          <w:b/>
        </w:rPr>
        <w:t xml:space="preserve">[55:55] </w:t>
      </w:r>
      <w:r>
        <w:t>t both will exist for ever.</w:t>
      </w:r>
    </w:p>
    <w:p>
      <w:pPr>
        <w:jc w:val="right"/>
      </w:pPr>
      <w:r>
        <w:t>ٹ بوتھ ول ایگزسٹ فار ایور۔</w:t>
      </w:r>
    </w:p>
    <w:p>
      <w:r>
        <w:rPr>
          <w:b/>
        </w:rPr>
        <w:t xml:space="preserve">[56:00] </w:t>
      </w:r>
      <w:r>
        <w:t>Maulana sahib, please clear this confusion.</w:t>
      </w:r>
    </w:p>
    <w:p>
      <w:pPr>
        <w:jc w:val="right"/>
      </w:pPr>
      <w:r>
        <w:t>مولانا صاحب، پلیز کلیئر دس کنفیوژن۔</w:t>
      </w:r>
    </w:p>
    <w:p>
      <w:r>
        <w:rPr>
          <w:b/>
        </w:rPr>
        <w:t xml:space="preserve">[56:05] </w:t>
      </w:r>
      <w:r>
        <w:t>yeh confusion nahi hai, yeh apne aap ko aisi cheez ka mukallaf karna hai jis ke liye aap</w:t>
      </w:r>
    </w:p>
    <w:p>
      <w:pPr>
        <w:jc w:val="right"/>
      </w:pPr>
      <w:r>
        <w:t>یہ کنفیوژن نہیں ہے، یہ اپنے آپ کو ایسی چیز کا مکلف کرنا ہے جس کے لیے آپ</w:t>
      </w:r>
    </w:p>
    <w:p>
      <w:r>
        <w:rPr>
          <w:b/>
        </w:rPr>
        <w:t xml:space="preserve">[56:10] </w:t>
      </w:r>
      <w:r>
        <w:t>mukallaf nahi hain.</w:t>
      </w:r>
    </w:p>
    <w:p>
      <w:pPr>
        <w:jc w:val="right"/>
      </w:pPr>
      <w:r>
        <w:t>مکلف نہیں ہیں۔</w:t>
      </w:r>
    </w:p>
    <w:p>
      <w:r>
        <w:rPr>
          <w:b/>
        </w:rPr>
        <w:t xml:space="preserve">[56:15] </w:t>
      </w:r>
      <w:r>
        <w:t>misal ke tor par, Allah ne zameen, zameen o aasman ke bare mein bohat si ayat Quran mein bhi hain.</w:t>
      </w:r>
    </w:p>
    <w:p>
      <w:pPr>
        <w:jc w:val="right"/>
      </w:pPr>
      <w:r>
        <w:t>مثال کے طور پر، اللہ نے زمین، زمین و آسمان کے بارے میں بہت سی آیتیں قرآن میں بھی ہیں۔</w:t>
      </w:r>
    </w:p>
    <w:p>
      <w:r>
        <w:rPr>
          <w:b/>
        </w:rPr>
        <w:t xml:space="preserve">[56:20] </w:t>
      </w:r>
      <w:r>
        <w:t>ab aap napna chahein ke universe kitni lambi hai, kitni chauri hai,</w:t>
      </w:r>
    </w:p>
    <w:p>
      <w:pPr>
        <w:jc w:val="right"/>
      </w:pPr>
      <w:r>
        <w:t>اب آپ ناپنا چاہیں کہ یونیورس کتنی لمبی ہے، کتنی چوڑی ہے،</w:t>
      </w:r>
    </w:p>
    <w:p>
      <w:r>
        <w:rPr>
          <w:b/>
        </w:rPr>
        <w:t xml:space="preserve">[56:25] </w:t>
      </w:r>
      <w:r>
        <w:t>to aap ne ek aisi cheez ka mukallaf kar liya apne aap ko jo aap ke bas mein nahi hai.</w:t>
      </w:r>
    </w:p>
    <w:p>
      <w:pPr>
        <w:jc w:val="right"/>
      </w:pPr>
      <w:r>
        <w:t>تو آپ نے ایک ایسی چیز کا مکلف کر لیا اپنے آپ کو جو آپ کے بس میں نہیں ہے۔</w:t>
      </w:r>
    </w:p>
    <w:p>
      <w:r>
        <w:rPr>
          <w:b/>
        </w:rPr>
        <w:t xml:space="preserve">[56:31] </w:t>
      </w:r>
      <w:r>
        <w:t>yeh kaun sa sawal hai ke jannat kahan hai? itni bari duniya hai, itni bari duniya hai ke</w:t>
      </w:r>
    </w:p>
    <w:p>
      <w:pPr>
        <w:jc w:val="right"/>
      </w:pPr>
      <w:r>
        <w:t>یہ کون سا سوال ہے کہ جنت کہاں ہے؟ اتنی بڑی دنیا ہے، اتنی بڑی دنیا ہے کہ</w:t>
      </w:r>
    </w:p>
    <w:p>
      <w:r>
        <w:rPr>
          <w:b/>
        </w:rPr>
        <w:t xml:space="preserve">[56:37] </w:t>
      </w:r>
      <w:r>
        <w:t>aaj bhi science yeh kehne ki position mein nahi hai ke hamari universe kitni bari hai.</w:t>
      </w:r>
    </w:p>
    <w:p>
      <w:pPr>
        <w:jc w:val="right"/>
      </w:pPr>
      <w:r>
        <w:t>آج بھی سائنس یہ کہنے کی پوزیشن میں نہیں ہے کہ ہماری یونیورس کتنی بڑی ہے۔</w:t>
      </w:r>
    </w:p>
    <w:p>
      <w:r>
        <w:rPr>
          <w:b/>
        </w:rPr>
        <w:t xml:space="preserve">[56:43] </w:t>
      </w:r>
      <w:r>
        <w:t>to aap aisi cheez ki koi ki fikr kyun karte hain jo aap ke bas mein nahi? woh</w:t>
      </w:r>
    </w:p>
    <w:p>
      <w:pPr>
        <w:jc w:val="right"/>
      </w:pPr>
      <w:r>
        <w:t>تو آپ ایسی چیز کی کوئی کی فکر کیوں کرتے ہیں جو آپ کے بس میں نہیں؟ وہ</w:t>
      </w:r>
    </w:p>
    <w:p>
      <w:r>
        <w:rPr>
          <w:b/>
        </w:rPr>
        <w:t xml:space="preserve">[56:49] </w:t>
      </w:r>
      <w:r>
        <w:t>allah par daliye.</w:t>
      </w:r>
    </w:p>
    <w:p>
      <w:pPr>
        <w:jc w:val="right"/>
      </w:pPr>
      <w:r>
        <w:t>اللہ پر ڈالیے۔</w:t>
      </w:r>
    </w:p>
    <w:p>
      <w:r>
        <w:rPr>
          <w:b/>
        </w:rPr>
        <w:t xml:space="preserve">[56:55] </w:t>
      </w:r>
      <w:r>
        <w:t>maulana, agla sawal lene se pehle maulana yaqoob umri sahib ka comment padhenge jo unhone dilli</w:t>
      </w:r>
    </w:p>
    <w:p>
      <w:pPr>
        <w:jc w:val="right"/>
      </w:pPr>
      <w:r>
        <w:t>مولانا، اگلا سوال لینے سے پہلے مولانا یعقوب عمری صاحب کا کمنٹ پڑھیں گے جو انہوں نے دلی</w:t>
      </w:r>
    </w:p>
    <w:p>
      <w:r>
        <w:rPr>
          <w:b/>
        </w:rPr>
        <w:t xml:space="preserve">[57:01] </w:t>
      </w:r>
      <w:r>
        <w:t>se bheja hai.</w:t>
      </w:r>
    </w:p>
    <w:p>
      <w:pPr>
        <w:jc w:val="right"/>
      </w:pPr>
      <w:r>
        <w:t>سے بھیجا ہے۔</w:t>
      </w:r>
    </w:p>
    <w:p>
      <w:r>
        <w:rPr>
          <w:b/>
        </w:rPr>
        <w:t xml:space="preserve">[57:07] </w:t>
      </w:r>
      <w:r>
        <w:t>انہوں نے لکھا ہے: "مولانا، criteria to enter paradise that you explained is very appealing, and it is,</w:t>
      </w:r>
    </w:p>
    <w:p>
      <w:pPr>
        <w:jc w:val="right"/>
      </w:pPr>
      <w:r>
        <w:t>انہوں نے لکھا ہے: "مولانا، کرائٹیریا ٹو انٹر پیراڈائز دیٹ یو ایکسپلینڈ از ویری اپیلنگ، اینڈ اٹ از،</w:t>
      </w:r>
    </w:p>
    <w:p>
      <w:r>
        <w:rPr>
          <w:b/>
        </w:rPr>
        <w:t xml:space="preserve">[57:13] </w:t>
      </w:r>
      <w:r>
        <w:t>and it also goes as incentive to develop our personalities in positive lines." jazak allah maulana sahib. masha allah.</w:t>
      </w:r>
    </w:p>
    <w:p>
      <w:pPr>
        <w:jc w:val="right"/>
      </w:pPr>
      <w:r>
        <w:t>اینڈ اٹ السو گوز اس انسینٹیو ٹو ڈویلپ اور پرسنیلٹیز ان پازیٹیو لائنز۔" جزاک اللہ مولانا صاحب۔ ماشاءاللہ۔</w:t>
      </w:r>
    </w:p>
    <w:p>
      <w:r>
        <w:rPr>
          <w:b/>
        </w:rPr>
        <w:t xml:space="preserve">[57:19] </w:t>
      </w:r>
      <w:r>
        <w:t>maharashtra daliya se qureshi m. sadiq sahib ne sawal</w:t>
      </w:r>
    </w:p>
    <w:p>
      <w:pPr>
        <w:jc w:val="right"/>
      </w:pPr>
      <w:r>
        <w:t>مہاراشٹر دلیہ سے قریشی ایم صادق صاحب نے سوال</w:t>
      </w:r>
    </w:p>
    <w:p>
      <w:r>
        <w:rPr>
          <w:b/>
        </w:rPr>
        <w:t xml:space="preserve">[57:25] </w:t>
      </w:r>
      <w:r>
        <w:t>بھیجا ہے، انہوں نے پوچھا ہے آپ سے کہ: "How do we qualify for Paradise?" اس کے بارے میں بتائیں۔</w:t>
      </w:r>
    </w:p>
    <w:p>
      <w:pPr>
        <w:jc w:val="right"/>
      </w:pPr>
      <w:r>
        <w:t>بھیجا ہے، انہوں نے پوچھا ہے آپ سے کہ: "ہاؤ ڈو وی کوالیفائی فار پیراڈائز؟" اس کے بارے میں بتائیں۔</w:t>
      </w:r>
    </w:p>
    <w:p>
      <w:r>
        <w:rPr>
          <w:b/>
        </w:rPr>
        <w:t xml:space="preserve">[57:35] </w:t>
      </w:r>
      <w:r>
        <w:t>main samajhta hoon ke agar aap yeh karein ke qalam kaghaz le ke baithiye aur pure quran ko</w:t>
      </w:r>
    </w:p>
    <w:p>
      <w:pPr>
        <w:jc w:val="right"/>
      </w:pPr>
      <w:r>
        <w:t>میں سمجھتا ہوں کہ اگر آپ یہ کریں کہ قلم کاغذ لے کے بیٹھیے اور پورے قرآن کو</w:t>
      </w:r>
    </w:p>
    <w:p>
      <w:r>
        <w:rPr>
          <w:b/>
        </w:rPr>
        <w:t xml:space="preserve">[57:46] </w:t>
      </w:r>
      <w:r>
        <w:t>ek baar padhiye, pure quran ko to quran mein bahut si ayatein hain jin mein</w:t>
      </w:r>
    </w:p>
    <w:p>
      <w:pPr>
        <w:jc w:val="right"/>
      </w:pPr>
      <w:r>
        <w:t>ایک بار پڑھیے، پورے قرآن کو تو قرآن میں بہت سی آیتیں ہیں جن میں</w:t>
      </w:r>
    </w:p>
    <w:p>
      <w:r>
        <w:rPr>
          <w:b/>
        </w:rPr>
        <w:t xml:space="preserve">[57:56] </w:t>
      </w:r>
      <w:r>
        <w:t>jannat walon ki sifat, sifat batai gayi hai, yaani quality.</w:t>
      </w:r>
    </w:p>
    <w:p>
      <w:pPr>
        <w:jc w:val="right"/>
      </w:pPr>
      <w:r>
        <w:t>جنت والوں کی صفت، صفت بتائی گئی ہے، یعنی کوالٹی۔</w:t>
      </w:r>
    </w:p>
    <w:p>
      <w:r>
        <w:rPr>
          <w:b/>
        </w:rPr>
        <w:t xml:space="preserve">[58:02] </w:t>
      </w:r>
      <w:r>
        <w:t>to jab bhi koi ayat mile to aap note kijiye, ek fehrist banaiye, fehrist ke yeh sifat hai</w:t>
      </w:r>
    </w:p>
    <w:p>
      <w:pPr>
        <w:jc w:val="right"/>
      </w:pPr>
      <w:r>
        <w:t>تو جب بھی کوئی آیت ملے تو آپ نوٹ کیجئے، ایک فہرست بنائیے، فہرست کہ یہ صفت ہے</w:t>
      </w:r>
    </w:p>
    <w:p>
      <w:r>
        <w:rPr>
          <w:b/>
        </w:rPr>
        <w:t xml:space="preserve">[58:08] </w:t>
      </w:r>
      <w:r>
        <w:t>jannat walon ki, yeh baat, yeh baat, yeh baat, yeh baat.</w:t>
      </w:r>
    </w:p>
    <w:p>
      <w:pPr>
        <w:jc w:val="right"/>
      </w:pPr>
      <w:r>
        <w:t>جنت والوں کی، یہ بات، یہ بات، یہ بات، یہ بات۔</w:t>
      </w:r>
    </w:p>
    <w:p>
      <w:r>
        <w:rPr>
          <w:b/>
        </w:rPr>
        <w:t xml:space="preserve">[58:14] </w:t>
      </w:r>
      <w:r>
        <w:t>to aap bahut hi authentic list aap ko mil jayegi ke hum apne andar kaun si quality paida karein.</w:t>
      </w:r>
    </w:p>
    <w:p>
      <w:pPr>
        <w:jc w:val="right"/>
      </w:pPr>
      <w:r>
        <w:t>تو آپ بہت ہی اتھینٹک لسٹ آپ کو مل جائے گی کہ ہم اپنے اندر کون سی کوالٹی پیدا کریں۔</w:t>
      </w:r>
    </w:p>
    <w:p>
      <w:r>
        <w:rPr>
          <w:b/>
        </w:rPr>
        <w:t xml:space="preserve">[58:20] </w:t>
      </w:r>
      <w:r>
        <w:t>authentic list, kyunke</w:t>
      </w:r>
    </w:p>
    <w:p>
      <w:pPr>
        <w:jc w:val="right"/>
      </w:pPr>
      <w:r>
        <w:t>اتھینٹک لسٹ، کیونکہ</w:t>
      </w:r>
    </w:p>
    <w:p>
      <w:r>
        <w:rPr>
          <w:b/>
        </w:rPr>
        <w:t xml:space="preserve">[58:26] </w:t>
      </w:r>
      <w:r>
        <w:t>quran se zyada koi authentic book ho nahi sakti.</w:t>
      </w:r>
    </w:p>
    <w:p>
      <w:pPr>
        <w:jc w:val="right"/>
      </w:pPr>
      <w:r>
        <w:t>قرآن سے زیادہ کوئی اتھینٹک بکت ہو نہیں سکتی۔</w:t>
      </w:r>
    </w:p>
    <w:p>
      <w:r>
        <w:rPr>
          <w:b/>
        </w:rPr>
        <w:t xml:space="preserve">[58:32] </w:t>
      </w:r>
      <w:r>
        <w:t>is sunday class mein hum bar bar yeh baat karte rahe hain ke jannat ki sifat, jannat walon</w:t>
      </w:r>
    </w:p>
    <w:p>
      <w:pPr>
        <w:jc w:val="right"/>
      </w:pPr>
      <w:r>
        <w:t>اس سنڈے کلاس میں ہم بار بار یہ بات کرتے رہے ہیں کہ جنت کی صفت، جنت والوں</w:t>
      </w:r>
    </w:p>
    <w:p>
      <w:r>
        <w:rPr>
          <w:b/>
        </w:rPr>
        <w:t xml:space="preserve">[58:38] </w:t>
      </w:r>
      <w:r>
        <w:t>ki sifat kya hogi.</w:t>
      </w:r>
    </w:p>
    <w:p>
      <w:pPr>
        <w:jc w:val="right"/>
      </w:pPr>
      <w:r>
        <w:t>کی صفت کیا ہوگی۔</w:t>
      </w:r>
    </w:p>
    <w:p>
      <w:r>
        <w:rPr>
          <w:b/>
        </w:rPr>
        <w:t xml:space="preserve">[58:45] </w:t>
      </w:r>
      <w:r>
        <w:t>aap khud is ko bas bachta hoon ke ek baar khud is ko check kijiye, khud check kijiye,</w:t>
      </w:r>
    </w:p>
    <w:p>
      <w:pPr>
        <w:jc w:val="right"/>
      </w:pPr>
      <w:r>
        <w:t>آپ خود اس کو بس بچتا ہوں کہ ایک بار خود اس کو چیک کیجئے، خود چیک کیجئے،</w:t>
      </w:r>
    </w:p>
    <w:p>
      <w:r>
        <w:rPr>
          <w:b/>
        </w:rPr>
        <w:t xml:space="preserve">[58:51] </w:t>
      </w:r>
      <w:r>
        <w:t>aur isi, yaani isi,</w:t>
      </w:r>
    </w:p>
    <w:p>
      <w:pPr>
        <w:jc w:val="right"/>
      </w:pPr>
      <w:r>
        <w:t>اور اسی، یعنی اسی،</w:t>
      </w:r>
    </w:p>
    <w:p>
      <w:r>
        <w:rPr>
          <w:b/>
        </w:rPr>
        <w:t xml:space="preserve">[58:57] </w:t>
      </w:r>
      <w:r>
        <w:t>yaani isi zehan ke sath pura quran padhiye.</w:t>
      </w:r>
    </w:p>
    <w:p>
      <w:pPr>
        <w:jc w:val="right"/>
      </w:pPr>
      <w:r>
        <w:t>یعنی اسی ذہن کے ساتھ پورا قرآن پڑھیے۔</w:t>
      </w:r>
    </w:p>
    <w:p>
      <w:r>
        <w:rPr>
          <w:b/>
        </w:rPr>
        <w:t xml:space="preserve">[59:03] </w:t>
      </w:r>
      <w:r>
        <w:t>aur jahan aap ko aisi ayat mile ke yeh jannat ki sifat batai gayi hai, yahan par to</w:t>
      </w:r>
    </w:p>
    <w:p>
      <w:pPr>
        <w:jc w:val="right"/>
      </w:pPr>
      <w:r>
        <w:t>اور جہاں آپ کو ایسی آیت ملے کہ یہ جنت کی صفت بتائی گئی ہے، یہاں پر تو</w:t>
      </w:r>
    </w:p>
    <w:p>
      <w:r>
        <w:rPr>
          <w:b/>
        </w:rPr>
        <w:t xml:space="preserve">[59:08] </w:t>
      </w:r>
      <w:r>
        <w:t>is ko likhiye.</w:t>
      </w:r>
    </w:p>
    <w:p>
      <w:pPr>
        <w:jc w:val="right"/>
      </w:pPr>
      <w:r>
        <w:t>اس کو لکھیے۔</w:t>
      </w:r>
    </w:p>
    <w:p>
      <w:r>
        <w:rPr>
          <w:b/>
        </w:rPr>
        <w:t xml:space="preserve">[59:13] </w:t>
      </w:r>
      <w:r>
        <w:t>aur jab pura quran khatm ho jaye to is list ko padhiye.</w:t>
      </w:r>
    </w:p>
    <w:p>
      <w:pPr>
        <w:jc w:val="right"/>
      </w:pPr>
      <w:r>
        <w:t>اور جب پورا قرآن ختم ہو جائے تو اس لسٹ کو پڑھیے۔</w:t>
      </w:r>
    </w:p>
    <w:p>
      <w:r>
        <w:rPr>
          <w:b/>
        </w:rPr>
        <w:t xml:space="preserve">[59:18] </w:t>
      </w:r>
      <w:r>
        <w:t>bas best authentic list woh hai jo aap ke paas hai.</w:t>
      </w:r>
    </w:p>
    <w:p>
      <w:pPr>
        <w:jc w:val="right"/>
      </w:pPr>
      <w:r>
        <w:t>بس بیسٹ اتھینٹک لسٹ وہ ہے جو آپ کے پاس ہے۔</w:t>
      </w:r>
    </w:p>
    <w:p>
      <w:r>
        <w:rPr>
          <w:b/>
        </w:rPr>
        <w:t xml:space="preserve">[59:23] </w:t>
      </w:r>
      <w:r>
        <w:t>maulana, agla sawal chennai se kya hai maulana iqbal umri sahib ne, unhone likha hai:</w:t>
      </w:r>
    </w:p>
    <w:p>
      <w:pPr>
        <w:jc w:val="right"/>
      </w:pPr>
      <w:r>
        <w:t>مولانا، اگلا سوال چنئی سے کیا ہے مولانا اقبال عمری صاحب نے، انہوں نے لکھا ہے:</w:t>
      </w:r>
    </w:p>
    <w:p>
      <w:r>
        <w:rPr>
          <w:b/>
        </w:rPr>
        <w:t xml:space="preserve">[59:29] </w:t>
      </w:r>
      <w:r>
        <w:t>"character building hi jannat ki qeemat hai, to is mein iman ki zarurat kahan tak hai?" maulana, iman</w:t>
      </w:r>
    </w:p>
    <w:p>
      <w:pPr>
        <w:jc w:val="right"/>
      </w:pPr>
      <w:r>
        <w:t>"کریکٹر بلڈنگ ہی جنت کی قیمت ہے، تو اس میں ایمان کی ضرورت کہاں تک ہے؟" مولانا، ایمان</w:t>
      </w:r>
    </w:p>
    <w:p>
      <w:r>
        <w:rPr>
          <w:b/>
        </w:rPr>
        <w:t xml:space="preserve">[59:35] </w:t>
      </w:r>
      <w:r>
        <w:t>aur akhlaq ke talluq ke bare mein kuch farmayein.</w:t>
      </w:r>
    </w:p>
    <w:p>
      <w:pPr>
        <w:jc w:val="right"/>
      </w:pPr>
      <w:r>
        <w:t>اور اخلاق کے تعلق کے بارے میں کچھ فرمائیں۔</w:t>
      </w:r>
    </w:p>
    <w:p>
      <w:r>
        <w:rPr>
          <w:b/>
        </w:rPr>
        <w:t xml:space="preserve">[59:41] </w:t>
      </w:r>
      <w:r>
        <w:t>dekhen, imaan to yani garding force jo karte hain na, murekh awwal hai.</w:t>
      </w:r>
    </w:p>
    <w:p>
      <w:pPr>
        <w:jc w:val="right"/>
      </w:pPr>
      <w:r>
        <w:t>دیکھیں، ایمان تو یعنی گارڈنگ فورس جو کرتے ہیں نا، مورخ اول ہے۔</w:t>
      </w:r>
    </w:p>
    <w:p>
      <w:r>
        <w:rPr>
          <w:b/>
        </w:rPr>
        <w:t xml:space="preserve">[59:47] </w:t>
      </w:r>
      <w:r>
        <w:t>wo imaan jo hai, wo murekh awwal hai.</w:t>
      </w:r>
    </w:p>
    <w:p>
      <w:pPr>
        <w:jc w:val="right"/>
      </w:pPr>
      <w:r>
        <w:t>وہ ایمان جو ہے، وہ مورخ اول ہے۔</w:t>
      </w:r>
    </w:p>
    <w:p>
      <w:r>
        <w:rPr>
          <w:b/>
        </w:rPr>
        <w:t xml:space="preserve">[59:53] </w:t>
      </w:r>
      <w:r>
        <w:t>agar aadmi ke andar imaan na ho to yaqeen nahi hoga,</w:t>
      </w:r>
    </w:p>
    <w:p>
      <w:pPr>
        <w:jc w:val="right"/>
      </w:pPr>
      <w:r>
        <w:t>اگر آدمی کے اندر ایمان نہ ہو تو یقین نہیں ہوگا،</w:t>
      </w:r>
    </w:p>
    <w:p>
      <w:r>
        <w:rPr>
          <w:b/>
        </w:rPr>
        <w:t xml:space="preserve">[59:59] </w:t>
      </w:r>
      <w:r>
        <w:t>yaqeen nahi hoga, Allah ka dar nahi hoga, yaqeen nahi hoga to jannat uski us ka nishan</w:t>
      </w:r>
    </w:p>
    <w:p>
      <w:pPr>
        <w:jc w:val="right"/>
      </w:pPr>
      <w:r>
        <w:t>یقین نہیں ہوگا، اللہ کا ڈر نہیں ہوگا، یقین نہیں ہوگا تو جنت اس کی اس کا نشان</w:t>
      </w:r>
    </w:p>
    <w:p>
      <w:r>
        <w:rPr>
          <w:b/>
        </w:rPr>
        <w:t xml:space="preserve">[1:00:08] </w:t>
      </w:r>
      <w:r>
        <w:t>nahi, concern nahi hoga.</w:t>
      </w:r>
    </w:p>
    <w:p>
      <w:pPr>
        <w:jc w:val="right"/>
      </w:pPr>
      <w:r>
        <w:t>نہیں، کنسرن نہیں ہوگا۔</w:t>
      </w:r>
    </w:p>
    <w:p>
      <w:r>
        <w:rPr>
          <w:b/>
        </w:rPr>
        <w:t xml:space="preserve">[1:00:16] </w:t>
      </w:r>
      <w:r>
        <w:t>to imaan to jar mein hai, imaan ke baghair to sab kuch khatam.</w:t>
      </w:r>
    </w:p>
    <w:p>
      <w:pPr>
        <w:jc w:val="right"/>
      </w:pPr>
      <w:r>
        <w:t>تو ایمان تو جڑ میں ہے، ایمان کے بغیر تو سب کچھ ختم۔</w:t>
      </w:r>
    </w:p>
    <w:p>
      <w:r>
        <w:rPr>
          <w:b/>
        </w:rPr>
        <w:t xml:space="preserve">[1:00:24] </w:t>
      </w:r>
      <w:r>
        <w:t>imaan ka matlab yahi faith, yani in in baaton ka yaqeen hona jin ko hum akhirat kehte hain.</w:t>
      </w:r>
    </w:p>
    <w:p>
      <w:pPr>
        <w:jc w:val="right"/>
      </w:pPr>
      <w:r>
        <w:t>ایمان کا مطلب یہی فیتھ، یعنی ان ان باتوں کا یقین ہونا جن کو ہم آخرت کہتے ہیں۔</w:t>
      </w:r>
    </w:p>
    <w:p>
      <w:r>
        <w:rPr>
          <w:b/>
        </w:rPr>
        <w:t xml:space="preserve">[1:00:33] </w:t>
      </w:r>
      <w:r>
        <w:t>Maulana, agla sawal Muhammad bilal shafi sahib ne kiya hai kolkata se, unhon ne likha hai: "People who don't believe in God or hereafter, but still do a lot of good and are seemingly positive individuals. What is Islam view of such individuals? Will such individuals to find a place in paradise?" Maulana sahib, what is your opinion on this? dekhiye, Islam</w:t>
      </w:r>
    </w:p>
    <w:p>
      <w:pPr>
        <w:jc w:val="right"/>
      </w:pPr>
      <w:r>
        <w:t>مولانا، اگلا سوال محمد بلال شافعی صاحب نے کیا ہے کلکتہ سے، انہوں نے لکھا ہے: "پیپل ہو ڈونٹ بیلیو ان گاڈ اور ہیئر افٹر، بٹ سٹل ڈو ا لاٹ اف گڈ اینڈ ار سیمنگلی پازیٹیو انڈیویجولز۔ واٹ از اسلام ویو اف سچ انڈیویجولز؟ ویل سچ انڈیویجولز ٹو فائنڈ ا پلیس ان پیراڈائز؟" مولانا صاحب، واٹ از یور اوپینین ان دس؟ دیکھیں، اسلام</w:t>
      </w:r>
    </w:p>
    <w:p>
      <w:r>
        <w:rPr>
          <w:b/>
        </w:rPr>
        <w:t xml:space="preserve">[1:01:03] </w:t>
      </w:r>
      <w:r>
        <w:t>mein bohat bohat bohat clear hai, aap Quran ko parhiye ke jis cheez ko hum kehte hain secular character, to sirf secular character kafi nahi hai jannat mein dakhil ke liye. iman zaroori hai, iman se murad yeh nahi ke kalma parh liya, yeh bhi ghalati hai logon ki. iman ka matlab hai ke Allah ko ha</w:t>
      </w:r>
    </w:p>
    <w:p>
      <w:pPr>
        <w:jc w:val="right"/>
      </w:pPr>
      <w:r>
        <w:t>میں بہت بہت بہت کلیئر ہے، آپ قرآن کو پڑھیں کہ جس چیز کو ہم کہتے ہیں سیکولر کریکٹر، تو صرف سیکولر کریکٹر کافی نہیں ہے جنت میں داخلی کے لیے۔ ایمان ضروری ہے، ایمان سے مراد یہ نہیں کہ کلمہ پڑھ لیا، یہ بھی غلطی ہے لوگوں کی۔ ایمان کا مطلب ہے کہ اللہ کو ح</w:t>
      </w:r>
    </w:p>
    <w:p>
      <w:r>
        <w:rPr>
          <w:b/>
        </w:rPr>
        <w:t xml:space="preserve">[1:01:33] </w:t>
      </w:r>
      <w:r>
        <w:t>taqeeqi tor par manna, sach much Allah is ka concern ban gaya ho, sach much yani is ki</w:t>
      </w:r>
    </w:p>
    <w:p>
      <w:pPr>
        <w:jc w:val="right"/>
      </w:pPr>
      <w:r>
        <w:t>قیقی طور پر ماننا، سچ مچ اللہ اس کا کنسرن بن گیا ہو، سچ مچ یعنی اس کی</w:t>
      </w:r>
    </w:p>
    <w:p>
      <w:r>
        <w:rPr>
          <w:b/>
        </w:rPr>
        <w:t xml:space="preserve">[1:01:43] </w:t>
      </w:r>
      <w:r>
        <w:t>جو thinking ہے، وہ صحیح معنوں میں ایمان پر بیس کرتی ہو وغیرہ۔</w:t>
      </w:r>
    </w:p>
    <w:p>
      <w:pPr>
        <w:jc w:val="right"/>
      </w:pPr>
      <w:r>
        <w:t>جو تھنکنگ ہے، وہ صحیح معنوں میں ایمان پر بیس کرتی ہو وغیرہ۔</w:t>
      </w:r>
    </w:p>
    <w:p>
      <w:r>
        <w:rPr>
          <w:b/>
        </w:rPr>
        <w:t xml:space="preserve">[1:01:53] </w:t>
      </w:r>
      <w:r>
        <w:t>to secular character par kisi ko jannat nahi milne wali hai,</w:t>
      </w:r>
    </w:p>
    <w:p>
      <w:pPr>
        <w:jc w:val="right"/>
      </w:pPr>
      <w:r>
        <w:t>تو سیکولر کریکٹر پر کسی کو جنت نہیں ملنے والی ہے،</w:t>
      </w:r>
    </w:p>
    <w:p>
      <w:r>
        <w:rPr>
          <w:b/>
        </w:rPr>
        <w:t xml:space="preserve">[1:02:03] </w:t>
      </w:r>
      <w:r>
        <w:t>wo is character par milegi jo faith based ho, yani mabni par faith ho.</w:t>
      </w:r>
    </w:p>
    <w:p>
      <w:pPr>
        <w:jc w:val="right"/>
      </w:pPr>
      <w:r>
        <w:t>وہ اس کریکٹر پر ملے گی جو فیتھ بیسڈ ہو، یعنی مبنی پر فیتھ ہو۔</w:t>
      </w:r>
    </w:p>
    <w:p>
      <w:r>
        <w:rPr>
          <w:b/>
        </w:rPr>
        <w:t xml:space="preserve">[1:02:11] </w:t>
      </w:r>
      <w:r>
        <w:t>ye to bohat clear hai Quran o Hadees mein.</w:t>
      </w:r>
    </w:p>
    <w:p>
      <w:pPr>
        <w:jc w:val="right"/>
      </w:pPr>
      <w:r>
        <w:t>یہ تو بہت کلیئر ہے قرآن و حدیث میں۔</w:t>
      </w:r>
    </w:p>
    <w:p>
      <w:r>
        <w:rPr>
          <w:b/>
        </w:rPr>
        <w:t xml:space="preserve">[1:02:18] </w:t>
      </w:r>
      <w:r>
        <w:t>Maulana, agla sawal lete hain jo Miss Fouzia Hassan ne kiya hai Australia se, unhon ne likha hai</w:t>
      </w:r>
    </w:p>
    <w:p>
      <w:pPr>
        <w:jc w:val="right"/>
      </w:pPr>
      <w:r>
        <w:t>مولانا، اگلا سوال لیتے ہیں جو مس فوزیہ حسان نے کیا ہے آسٹریلیا سے، انہوں نے لکھا ہے</w:t>
      </w:r>
    </w:p>
    <w:p>
      <w:r>
        <w:rPr>
          <w:b/>
        </w:rPr>
        <w:t xml:space="preserve">[1:02:26] </w:t>
      </w:r>
      <w:r>
        <w:t>کہ: "Islamic teachings are same for every individuals, but we have huge differences in our life in terms of</w:t>
      </w:r>
    </w:p>
    <w:p>
      <w:pPr>
        <w:jc w:val="right"/>
      </w:pPr>
      <w:r>
        <w:t>کہ: "اسلامک ٹیچنگز آر سیم فار ایوری انڈیویجولز، بٹ وی ہیو ہیوج ڈیفرنسز ان اور لائف ان ٹرمز آف</w:t>
      </w:r>
    </w:p>
    <w:p>
      <w:r>
        <w:rPr>
          <w:b/>
        </w:rPr>
        <w:t xml:space="preserve">[1:02:33] </w:t>
      </w:r>
      <w:r>
        <w:t>circumstances and in the manner of death.</w:t>
      </w:r>
    </w:p>
    <w:p>
      <w:pPr>
        <w:jc w:val="right"/>
      </w:pPr>
      <w:r>
        <w:t>سرکمسٹانسز اینڈ ان دا مینر آف ڈیتھ۔</w:t>
      </w:r>
    </w:p>
    <w:p>
      <w:r>
        <w:rPr>
          <w:b/>
        </w:rPr>
        <w:t xml:space="preserve">[1:02:42] </w:t>
      </w:r>
      <w:r>
        <w:t>"My question is that will these differences be relevant in our final destiny?" Dekhiye, question bahut clear nahin</w:t>
      </w:r>
    </w:p>
    <w:p>
      <w:pPr>
        <w:jc w:val="right"/>
      </w:pPr>
      <w:r>
        <w:t>مائی کوئسچن از دیٹ ویل دیز ڈیفرنسز بی ریلیونٹ ان اور فائنل ڈیسٹینی؟" دیکھیے، کوئسچن بہت کلیئر نہیں</w:t>
      </w:r>
    </w:p>
    <w:p>
      <w:r>
        <w:rPr>
          <w:b/>
        </w:rPr>
        <w:t xml:space="preserve">[1:02:50] </w:t>
      </w:r>
      <w:r>
        <w:t>hai, lekin jahan tak difference ki baat hai to difference to part of nature hai, difference to hamesha</w:t>
      </w:r>
    </w:p>
    <w:p>
      <w:pPr>
        <w:jc w:val="right"/>
      </w:pPr>
      <w:r>
        <w:t>ہے، لیکن جہاں تک ڈیفرنس کی بات ہے تو ڈیفرنس تو پارٹ آف نیچر ہے، ڈیفرنس تو ہمیشہ</w:t>
      </w:r>
    </w:p>
    <w:p>
      <w:r>
        <w:rPr>
          <w:b/>
        </w:rPr>
        <w:t xml:space="preserve">[1:02:58] </w:t>
      </w:r>
      <w:r>
        <w:t>rahega, aur difference ka ek bohat hi</w:t>
      </w:r>
    </w:p>
    <w:p>
      <w:pPr>
        <w:jc w:val="right"/>
      </w:pPr>
      <w:r>
        <w:t>رہے گا، اور ڈیفرنس کا ایک بہت ہی</w:t>
      </w:r>
    </w:p>
    <w:p>
      <w:r>
        <w:rPr>
          <w:b/>
        </w:rPr>
        <w:t xml:space="preserve">[1:03:06] </w:t>
      </w:r>
      <w:r>
        <w:t>yani positive yani pehlu hai.</w:t>
      </w:r>
    </w:p>
    <w:p>
      <w:pPr>
        <w:jc w:val="right"/>
      </w:pPr>
      <w:r>
        <w:t>یعنی پازیٹیو یعنی پہلو ہے۔</w:t>
      </w:r>
    </w:p>
    <w:p>
      <w:r>
        <w:rPr>
          <w:b/>
        </w:rPr>
        <w:t xml:space="preserve">[1:03:12] </w:t>
      </w:r>
      <w:r>
        <w:t>difference na ho to zindagi mein sari activities khatam ho jayen, koi development na ho.</w:t>
      </w:r>
    </w:p>
    <w:p>
      <w:pPr>
        <w:jc w:val="right"/>
      </w:pPr>
      <w:r>
        <w:t>ڈیفرنس نہ ہو تو زندگی میں ساری ایکٹیویٹیز ختم ہو جائیں، کوئی ڈیولپمنٹ نہ ہو۔</w:t>
      </w:r>
    </w:p>
    <w:p>
      <w:r>
        <w:rPr>
          <w:b/>
        </w:rPr>
        <w:t xml:space="preserve">[1:03:18] </w:t>
      </w:r>
      <w:r>
        <w:t>to is sawal ko main bohat zyada clear tor par samajh nahi paya, lekin jahan tak difference ki</w:t>
      </w:r>
    </w:p>
    <w:p>
      <w:pPr>
        <w:jc w:val="right"/>
      </w:pPr>
      <w:r>
        <w:t>تو اس سوال کو میں بہت زیادہ کلیئر طور پر سمجھ نہیں پایا، لیکن جہاں تک ڈیفرنس کی</w:t>
      </w:r>
    </w:p>
    <w:p>
      <w:r>
        <w:rPr>
          <w:b/>
        </w:rPr>
        <w:t xml:space="preserve">[1:03:25] </w:t>
      </w:r>
      <w:r>
        <w:t>baat hai, wo to yahi hai.</w:t>
      </w:r>
    </w:p>
    <w:p>
      <w:pPr>
        <w:jc w:val="right"/>
      </w:pPr>
      <w:r>
        <w:t>بات ہے، وہ تو یہی ہے۔</w:t>
      </w:r>
    </w:p>
    <w:p>
      <w:r>
        <w:rPr>
          <w:b/>
        </w:rPr>
        <w:t xml:space="preserve">[1:03:31] </w:t>
      </w:r>
      <w:r>
        <w:t>ji Maulana, agla sawal lete hain</w:t>
      </w:r>
    </w:p>
    <w:p>
      <w:pPr>
        <w:jc w:val="right"/>
      </w:pPr>
      <w:r>
        <w:t>جی مولانا، اگلا سوال لیتے ہیں</w:t>
      </w:r>
    </w:p>
    <w:p>
      <w:r>
        <w:rPr>
          <w:b/>
        </w:rPr>
        <w:t xml:space="preserve">[1:03:37] </w:t>
      </w:r>
      <w:r>
        <w:t>jo Aamir Mory Sahab ne Srinagar se bheja hai, unhon ne likha hai: "Maulana Sahab, kindly guide</w:t>
      </w:r>
    </w:p>
    <w:p>
      <w:pPr>
        <w:jc w:val="right"/>
      </w:pPr>
      <w:r>
        <w:t>جو عامر موری صاحب نے سری نگر سے بھیجا ہے، انہوں نے لکھا ہے: "مولانا صاحب، کائنڈلی گائیڈ</w:t>
      </w:r>
    </w:p>
    <w:p>
      <w:r>
        <w:rPr>
          <w:b/>
        </w:rPr>
        <w:t xml:space="preserve">[1:03:45] </w:t>
      </w:r>
      <w:r>
        <w:t>اس how should we lead our life in this world, so that we develop the attributes of a</w:t>
      </w:r>
    </w:p>
    <w:p>
      <w:pPr>
        <w:jc w:val="right"/>
      </w:pPr>
      <w:r>
        <w:t>اس ہاؤ شوڈ وی لیڈ اور لائف ان دس ورلڈ، سو دیٹ وی ڈویلپ دی ایٹریبیوٹس اف ا</w:t>
      </w:r>
    </w:p>
    <w:p>
      <w:r>
        <w:rPr>
          <w:b/>
        </w:rPr>
        <w:t xml:space="preserve">[1:03:53] </w:t>
      </w:r>
      <w:r>
        <w:t>paradise oriented personality?" Jahan tak jahan tak main sochta hoon, sab se zyada important baat ye hai ke</w:t>
      </w:r>
    </w:p>
    <w:p>
      <w:pPr>
        <w:jc w:val="right"/>
      </w:pPr>
      <w:r>
        <w:t>پیراڈائز اورینٹڈ پرسنیلٹی؟" جہاں تک جہاں تک میں سوچتا ہوں، سب سے زیادہ امپورٹنٹ بات یہ ہے کہ</w:t>
      </w:r>
    </w:p>
    <w:p>
      <w:r>
        <w:rPr>
          <w:b/>
        </w:rPr>
        <w:t xml:space="preserve">[1:04:00] </w:t>
      </w:r>
      <w:r>
        <w:t>paradise aap ka yani</w:t>
      </w:r>
    </w:p>
    <w:p>
      <w:pPr>
        <w:jc w:val="right"/>
      </w:pPr>
      <w:r>
        <w:t>پیراڈائز آپ کا یعنی</w:t>
      </w:r>
    </w:p>
    <w:p>
      <w:r>
        <w:rPr>
          <w:b/>
        </w:rPr>
        <w:t xml:space="preserve">[1:04:08] </w:t>
      </w:r>
      <w:r>
        <w:t>true sense mein concern ban gaya ho.</w:t>
      </w:r>
    </w:p>
    <w:p>
      <w:pPr>
        <w:jc w:val="right"/>
      </w:pPr>
      <w:r>
        <w:t>ٹرو سینس میں کنسرن بن گیا ہو۔</w:t>
      </w:r>
    </w:p>
    <w:p>
      <w:r>
        <w:rPr>
          <w:b/>
        </w:rPr>
        <w:t xml:space="preserve">[1:04:14] </w:t>
      </w:r>
      <w:r>
        <w:t>jis tarah aap jante hain ke ek ghar mein ek bachcha paida hota hai to poora family, us</w:t>
      </w:r>
    </w:p>
    <w:p>
      <w:pPr>
        <w:jc w:val="right"/>
      </w:pPr>
      <w:r>
        <w:t>جس طرح آپ جانتے ہیں کہ ایک گھر میں ایک بچہ پیدا ہوتا ہے تو پورا فیملی، اس</w:t>
      </w:r>
    </w:p>
    <w:p>
      <w:r>
        <w:rPr>
          <w:b/>
        </w:rPr>
        <w:t xml:space="preserve">[1:04:20] </w:t>
      </w:r>
      <w:r>
        <w:t>ki us ke baap, us ke maon, us ki behan, us ke bhai, sab chahte hain ke is</w:t>
      </w:r>
    </w:p>
    <w:p>
      <w:pPr>
        <w:jc w:val="right"/>
      </w:pPr>
      <w:r>
        <w:t>کی اس کے باپ، اس کے ماؤں، اس کی بہن، اس کے بھائی، سب چاہتے ہیں کہ اس</w:t>
      </w:r>
    </w:p>
    <w:p>
      <w:r>
        <w:rPr>
          <w:b/>
        </w:rPr>
        <w:t xml:space="preserve">[1:04:26] </w:t>
      </w:r>
      <w:r>
        <w:t>ki best education ho aur is ko bohat acha job milay.</w:t>
      </w:r>
    </w:p>
    <w:p>
      <w:pPr>
        <w:jc w:val="right"/>
      </w:pPr>
      <w:r>
        <w:t>کی بیسٹ ایجوکیشن ہو اور اس کو بہت اچھا جاب ملے۔</w:t>
      </w:r>
    </w:p>
    <w:p>
      <w:r>
        <w:rPr>
          <w:b/>
        </w:rPr>
        <w:t xml:space="preserve">[1:04:32] </w:t>
      </w:r>
      <w:r>
        <w:t>to is bachay ki taraqqi</w:t>
      </w:r>
    </w:p>
    <w:p>
      <w:pPr>
        <w:jc w:val="right"/>
      </w:pPr>
      <w:r>
        <w:t>تو اس بچے کی ترقی</w:t>
      </w:r>
    </w:p>
    <w:p>
      <w:r>
        <w:rPr>
          <w:b/>
        </w:rPr>
        <w:t xml:space="preserve">[1:04:38] </w:t>
      </w:r>
      <w:r>
        <w:t>aur acha job, yeh in ka concern ban jata hai.</w:t>
      </w:r>
    </w:p>
    <w:p>
      <w:pPr>
        <w:jc w:val="right"/>
      </w:pPr>
      <w:r>
        <w:t>اور اچھا جاب، یہ ان کا کنسرن بن جاتا ہے۔</w:t>
      </w:r>
    </w:p>
    <w:p>
      <w:r>
        <w:rPr>
          <w:b/>
        </w:rPr>
        <w:t xml:space="preserve">[1:04:45] </w:t>
      </w:r>
      <w:r>
        <w:t>isi tarah say jannat ko concern banna paray ga.</w:t>
      </w:r>
    </w:p>
    <w:p>
      <w:pPr>
        <w:jc w:val="right"/>
      </w:pPr>
      <w:r>
        <w:t>اسی طریقے سے جنت کو کنسرن بننا پڑے گا۔</w:t>
      </w:r>
    </w:p>
    <w:p>
      <w:r>
        <w:rPr>
          <w:b/>
        </w:rPr>
        <w:t xml:space="preserve">[1:04:51] </w:t>
      </w:r>
      <w:r>
        <w:t>jis tarah say hum apnay betay ke liye acha job, is ko concern banatay hain apna, isi tarah</w:t>
      </w:r>
    </w:p>
    <w:p>
      <w:pPr>
        <w:jc w:val="right"/>
      </w:pPr>
      <w:r>
        <w:t>جس طریقے سے ہم اپنے بیٹے کے لیے اچھا جاب، اس کو کنسرن بناتے ہیں اپنا، اسی طریقے</w:t>
      </w:r>
    </w:p>
    <w:p>
      <w:r>
        <w:rPr>
          <w:b/>
        </w:rPr>
        <w:t xml:space="preserve">[1:04:57] </w:t>
      </w:r>
      <w:r>
        <w:t>say jannat ko bhi ab concern banna paray ga.</w:t>
      </w:r>
    </w:p>
    <w:p>
      <w:pPr>
        <w:jc w:val="right"/>
      </w:pPr>
      <w:r>
        <w:t>سے جنت کو بھی اب کنسرن بننا پڑے گا۔</w:t>
      </w:r>
    </w:p>
    <w:p>
      <w:r>
        <w:rPr>
          <w:b/>
        </w:rPr>
        <w:t xml:space="preserve">[1:05:03] </w:t>
      </w:r>
      <w:r>
        <w:t>tab woh woh cheezain paida hongi jo is ke liye</w:t>
      </w:r>
    </w:p>
    <w:p>
      <w:pPr>
        <w:jc w:val="right"/>
      </w:pPr>
      <w:r>
        <w:t>تب وہ وہ چیزیں پیدا ہوں گی جو اس کے لیے</w:t>
      </w:r>
    </w:p>
    <w:p>
      <w:r>
        <w:rPr>
          <w:b/>
        </w:rPr>
        <w:t xml:space="preserve">[1:05:09] </w:t>
      </w:r>
      <w:r>
        <w:t>darkar hain.</w:t>
      </w:r>
    </w:p>
    <w:p>
      <w:pPr>
        <w:jc w:val="right"/>
      </w:pPr>
      <w:r>
        <w:t>درکار ہیں۔</w:t>
      </w:r>
    </w:p>
    <w:p>
      <w:r>
        <w:rPr>
          <w:b/>
        </w:rPr>
        <w:t xml:space="preserve">[1:05:17] </w:t>
      </w:r>
      <w:r>
        <w:t>maulana, agla sawal bheja hai altaf lon sahib nay, unhon nay apni location nahi likhi hai.</w:t>
      </w:r>
    </w:p>
    <w:p>
      <w:pPr>
        <w:jc w:val="right"/>
      </w:pPr>
      <w:r>
        <w:t>مولانا، اگلا سوال بھیجا ہے الطاف لون صاحب نے، انہوں نے اپنی لوکیشن نہیں لکھی ہے۔</w:t>
      </w:r>
    </w:p>
    <w:p>
      <w:r>
        <w:rPr>
          <w:b/>
        </w:rPr>
        <w:t xml:space="preserve">[1:05:25] </w:t>
      </w:r>
      <w:r>
        <w:t>ان کا سوال یہ ہے کہ: "Why does ideology of Jihad addresses Muslims more than the ideology of</w:t>
      </w:r>
    </w:p>
    <w:p>
      <w:pPr>
        <w:jc w:val="right"/>
      </w:pPr>
      <w:r>
        <w:t>ان کا سوال یہ ہے کہ: "وائی ڈز آئیڈیالوجی اف جہاد ایڈریسز مسلمز مور دین دی آئیڈیالوجی اف</w:t>
      </w:r>
    </w:p>
    <w:p>
      <w:r>
        <w:rPr>
          <w:b/>
        </w:rPr>
        <w:t xml:space="preserve">[1:05:32] </w:t>
      </w:r>
      <w:r>
        <w:t>peace? bhai, jahan tak mera meri soch hai, aaj kal kay jo yeh musalmanon kay</w:t>
      </w:r>
    </w:p>
    <w:p>
      <w:pPr>
        <w:jc w:val="right"/>
      </w:pPr>
      <w:r>
        <w:t>پیس؟" بھئی، جہاں تک میرا میری سوچ ہے، آج کل کے جو یہ مسلمانوں کے</w:t>
      </w:r>
    </w:p>
    <w:p>
      <w:r>
        <w:rPr>
          <w:b/>
        </w:rPr>
        <w:t xml:space="preserve">[1:05:40] </w:t>
      </w:r>
      <w:r>
        <w:t>akhbar hain, Musalmanon ki so called leader hain, raat din yahi baatein karte hain, raat din. mere apne janne mein is mein kisi ka exception hi nahi. to jab aap ka akhbar, aap ka aap ko majlis hai, aap ka stage, aap ka jo charchay hota hai, woh sab yahi karta ho ke hum d</w:t>
      </w:r>
    </w:p>
    <w:p>
      <w:pPr>
        <w:jc w:val="right"/>
      </w:pPr>
      <w:r>
        <w:t>اخبار ہیں، مسلمانوں کی سو کالڈ لیڈر ہیں، رات دن یہی باتیں کرتے ہیں، رات دن۔ میرے اپنے جاننے میں اس میں کسی کا ایکسیپشن ہی نہیں۔ تو جب آپ کا اخبار، آپ کا آپ کو مجلس ہے، آپ کا اسٹیج، آپ کا جو چرچہ ہوتا ہے، وہ سب یہی باتیں کرتا ہو کہ ہم د</w:t>
      </w:r>
    </w:p>
    <w:p>
      <w:r>
        <w:rPr>
          <w:b/>
        </w:rPr>
        <w:t xml:space="preserve">[1:06:10] </w:t>
      </w:r>
      <w:r>
        <w:t>ushman gire hue hain, hamein un ko marna hai, hamein aisi duniya banana hai jahan hum scienceon ka khatma kar sakein, yeh woh to yahi zehan banay ga. kya kya jaye? yeh yeh yahi vice jitne bhi hain, yani yani molvi leader ho ya mister leader ho, dono yeh</w:t>
      </w:r>
    </w:p>
    <w:p>
      <w:pPr>
        <w:jc w:val="right"/>
      </w:pPr>
      <w:r>
        <w:t>شمن گرے ہوئے ہیں، ہمیں ان کو مارنا ہے، ہمیں ایسی دنیا بنانا ہے جہاں ہم سائنسوں کا خاتمہ کر سکیں، یہ وہ تو یہی ذہن بنے گا۔ کیا کیا جائے؟ یہ یہ یہی وائس جتنے بھی ہیں، یعنی یعنی مولوی لیڈر ہو یا مسٹر لیڈر ہو، دونوں یہ</w:t>
      </w:r>
    </w:p>
    <w:p>
      <w:r>
        <w:rPr>
          <w:b/>
        </w:rPr>
        <w:t xml:space="preserve">[1:06:40] </w:t>
      </w:r>
      <w:r>
        <w:t>ye kar rahay hain, dono yehi kar rahay hain.</w:t>
      </w:r>
    </w:p>
    <w:p>
      <w:pPr>
        <w:jc w:val="right"/>
      </w:pPr>
      <w:r>
        <w:t>ی کر رہے ہیں، دونوں یہی کر رہے ہیں۔</w:t>
      </w:r>
    </w:p>
    <w:p>
      <w:r>
        <w:rPr>
          <w:b/>
        </w:rPr>
        <w:t xml:space="preserve">[1:06:46] </w:t>
      </w:r>
      <w:r>
        <w:t>maulana, maulana, agla sawal letay hain jo bheja hai khaleel abrar barkati sahib nay, unhon nay apni location</w:t>
      </w:r>
    </w:p>
    <w:p>
      <w:pPr>
        <w:jc w:val="right"/>
      </w:pPr>
      <w:r>
        <w:t>مولانا، مولانا، اگلا سوال لیتے ہیں جو بھیجا ہے خلیل ابرار برکتی صاحب نے، انہوں نے اپنی لوکیشن</w:t>
      </w:r>
    </w:p>
    <w:p>
      <w:r>
        <w:rPr>
          <w:b/>
        </w:rPr>
        <w:t xml:space="preserve">[1:06:52] </w:t>
      </w:r>
      <w:r>
        <w:t>nahi likhi hai.</w:t>
      </w:r>
    </w:p>
    <w:p>
      <w:pPr>
        <w:jc w:val="right"/>
      </w:pPr>
      <w:r>
        <w:t>نہیں لکھی ہے۔</w:t>
      </w:r>
    </w:p>
    <w:p>
      <w:r>
        <w:rPr>
          <w:b/>
        </w:rPr>
        <w:t xml:space="preserve">[1:06:58] </w:t>
      </w:r>
      <w:r>
        <w:t>ان کا سوال ہے: "مولانا صاحب، how to control greed of property, house and land?" It is killing me.</w:t>
      </w:r>
    </w:p>
    <w:p>
      <w:pPr>
        <w:jc w:val="right"/>
      </w:pPr>
      <w:r>
        <w:t>ان کا سوال ہے: "مولانا صاحب، ہاؤ ٹو کنٹرول گریڈ اف پراپرٹی، ہاؤس اینڈ لینڈ؟" اٹ از کلنگ می۔</w:t>
      </w:r>
    </w:p>
    <w:p>
      <w:r>
        <w:rPr>
          <w:b/>
        </w:rPr>
        <w:t xml:space="preserve">[1:07:04] </w:t>
      </w:r>
      <w:r>
        <w:t>This how to how to control greed of property,</w:t>
      </w:r>
    </w:p>
    <w:p>
      <w:pPr>
        <w:jc w:val="right"/>
      </w:pPr>
      <w:r>
        <w:t>دس ہاؤ ٹو ہاؤ ٹو کنٹرول گریڈ اف پراپرٹی،</w:t>
      </w:r>
    </w:p>
    <w:p>
      <w:r>
        <w:rPr>
          <w:b/>
        </w:rPr>
        <w:t xml:space="preserve">[1:07:10] </w:t>
      </w:r>
      <w:r>
        <w:t>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p>
    <w:p>
      <w:pPr>
        <w:jc w:val="right"/>
      </w:pPr>
      <w:r>
        <w:t>ہاؤس اینڈ لینڈ؟ اٹ از ڈسٹریکٹنگ می فرام مائی سٹڈی۔ وین ایور ائی ایم کنسنٹریٹنگ ان مائی سٹڈی، دس ٹائپ اف تھاٹس ار کمنگ ٹو مائی مائنڈ دیٹ مائی برادر از ٹیکنگ ال دی لینڈ اینڈ پراپرٹی۔ دیر فور سکسیس از ناٹ کمنگ ٹو می ان مائی ایگزامینیشن ایز ائی ایم ناٹ فلی ایبل ٹو کنسنٹریٹ ان مائی سٹڈیز۔ پلیز شو می سم وے ہاؤ ٹو اوائڈ سچ تھاٹس۔ بھ</w:t>
      </w:r>
    </w:p>
    <w:p>
      <w:r>
        <w:rPr>
          <w:b/>
        </w:rPr>
        <w:t xml:space="preserve">[1:07:40] </w:t>
      </w:r>
      <w:r>
        <w:t>yi, aap aik simple si baat sochiye, simple si kay jin logon ko property aur maal mil gaya</w:t>
      </w:r>
    </w:p>
    <w:p>
      <w:pPr>
        <w:jc w:val="right"/>
      </w:pPr>
      <w:r>
        <w:t>ئی، آپ ایک سمپل سی بات سوچیے، سمپل سی کہ جن لوگوں کو پراپرٹی اور مال مل گیا</w:t>
      </w:r>
    </w:p>
    <w:p>
      <w:r>
        <w:rPr>
          <w:b/>
        </w:rPr>
        <w:t xml:space="preserve">[1:07:46] </w:t>
      </w:r>
      <w:r>
        <w:t>hai, un ki zindagi ko dekhiye.</w:t>
      </w:r>
    </w:p>
    <w:p>
      <w:pPr>
        <w:jc w:val="right"/>
      </w:pPr>
      <w:r>
        <w:t>ہے، ان کی زندگی کو دیکھیے۔</w:t>
      </w:r>
    </w:p>
    <w:p>
      <w:r>
        <w:rPr>
          <w:b/>
        </w:rPr>
        <w:t xml:space="preserve">[1:07:53] </w:t>
      </w:r>
      <w:r>
        <w:t>misal kay bill gates, dunya ka sab bara wealthy aadmi.</w:t>
      </w:r>
    </w:p>
    <w:p>
      <w:pPr>
        <w:jc w:val="right"/>
      </w:pPr>
      <w:r>
        <w:t>مثلاً بل گیٹ، دنیا کا سب بڑا ویلدی آدمی۔</w:t>
      </w:r>
    </w:p>
    <w:p>
      <w:r>
        <w:rPr>
          <w:b/>
        </w:rPr>
        <w:t xml:space="preserve">[1:07:59] </w:t>
      </w:r>
      <w:r>
        <w:t>donald trump, dunya ka sab say powerful aadmi.</w:t>
      </w:r>
    </w:p>
    <w:p>
      <w:pPr>
        <w:jc w:val="right"/>
      </w:pPr>
      <w:r>
        <w:t>ڈونلڈ ٹرمپ، دنیا کا سب سے پاورفل آدمی۔</w:t>
      </w:r>
    </w:p>
    <w:p>
      <w:r>
        <w:rPr>
          <w:b/>
        </w:rPr>
        <w:t xml:space="preserve">[1:08:05] </w:t>
      </w:r>
      <w:r>
        <w:t>لیکن ان کو ایک sucker بھی پیس نہیں ہے،</w:t>
      </w:r>
    </w:p>
    <w:p>
      <w:pPr>
        <w:jc w:val="right"/>
      </w:pPr>
      <w:r>
        <w:t>لیکن ان کو ایک سکر بھی پیس نہیں ہے،</w:t>
      </w:r>
    </w:p>
    <w:p>
      <w:r>
        <w:rPr>
          <w:b/>
        </w:rPr>
        <w:t xml:space="preserve">[1:08:11] </w:t>
      </w:r>
      <w:r>
        <w:t>un ko sukoon nahi hai.</w:t>
      </w:r>
    </w:p>
    <w:p>
      <w:pPr>
        <w:jc w:val="right"/>
      </w:pPr>
      <w:r>
        <w:t>ان کو سکون نہیں ہے۔</w:t>
      </w:r>
    </w:p>
    <w:p>
      <w:r>
        <w:rPr>
          <w:b/>
        </w:rPr>
        <w:t xml:space="preserve">[1:08:16] </w:t>
      </w:r>
      <w:r>
        <w:t>to kiya cheez aap chahtay hain? kis liye chahtay hain? yani property for the sake of property, wealth</w:t>
      </w:r>
    </w:p>
    <w:p>
      <w:pPr>
        <w:jc w:val="right"/>
      </w:pPr>
      <w:r>
        <w:t>تو کیا چیز آپ چاہتے ہیں؟ کس لیے چاہتے ہیں؟ یعنی پراپرٹی فار دا سیک اف پراپرٹی، ویلتھ</w:t>
      </w:r>
    </w:p>
    <w:p>
      <w:r>
        <w:rPr>
          <w:b/>
        </w:rPr>
        <w:t xml:space="preserve">[1:08:22] </w:t>
      </w:r>
      <w:r>
        <w:t>for the sake of wealth.</w:t>
      </w:r>
    </w:p>
    <w:p>
      <w:pPr>
        <w:jc w:val="right"/>
      </w:pPr>
      <w:r>
        <w:t>فار دا سیک اف ویلتھ۔</w:t>
      </w:r>
    </w:p>
    <w:p>
      <w:r>
        <w:rPr>
          <w:b/>
        </w:rPr>
        <w:t xml:space="preserve">[1:08:27] </w:t>
      </w:r>
      <w:r>
        <w:t>jin logon ko property ya wealth mila, un ki zindagi ko, zindagi ko dekhiye to un ki zindagiyaan</w:t>
      </w:r>
    </w:p>
    <w:p>
      <w:pPr>
        <w:jc w:val="right"/>
      </w:pPr>
      <w:r>
        <w:t>جن لوگوں کو پراپرٹی یا ویلتھ ملا، ان کی زندگیوں کو، زندگیوں کو دیکھیے تو ان کی زندگیاں</w:t>
      </w:r>
    </w:p>
    <w:p>
      <w:r>
        <w:rPr>
          <w:b/>
        </w:rPr>
        <w:t xml:space="preserve">[1:08:32] </w:t>
      </w:r>
      <w:r>
        <w:t>yani problem say bhari hui hain.</w:t>
      </w:r>
    </w:p>
    <w:p>
      <w:pPr>
        <w:jc w:val="right"/>
      </w:pPr>
      <w:r>
        <w:t>یعنی پرابلم سے بھری ہوئی ہیں۔</w:t>
      </w:r>
    </w:p>
    <w:p>
      <w:r>
        <w:rPr>
          <w:b/>
        </w:rPr>
        <w:t xml:space="preserve">[1:08:37] </w:t>
      </w:r>
      <w:r>
        <w:t>hata kay bill gates ko is ki dolat aik museebat nazar anay lagi hai.</w:t>
      </w:r>
    </w:p>
    <w:p>
      <w:pPr>
        <w:jc w:val="right"/>
      </w:pPr>
      <w:r>
        <w:t>حتی کہ بل گیٹ کو اس کی دولت ایک مصیبت نظر آنے لگی ہے۔</w:t>
      </w:r>
    </w:p>
    <w:p>
      <w:r>
        <w:rPr>
          <w:b/>
        </w:rPr>
        <w:t xml:space="preserve">[1:08:42] </w:t>
      </w:r>
      <w:r>
        <w:t>to kis cheez ko chahtay hain aap? kiya maqsad hai chahanay ka? main samajhta hoon kay aap apnay</w:t>
      </w:r>
    </w:p>
    <w:p>
      <w:pPr>
        <w:jc w:val="right"/>
      </w:pPr>
      <w:r>
        <w:t>تو کس چیز کو چاہتے ہیں آپ؟ کیا مقصد ہے چاہنے کا؟ میں سمجھتا ہوں کہ آپ اپنے</w:t>
      </w:r>
    </w:p>
    <w:p>
      <w:r>
        <w:rPr>
          <w:b/>
        </w:rPr>
        <w:t xml:space="preserve">[1:08:48] </w:t>
      </w:r>
      <w:r>
        <w:t>upar aap revise kijiye.</w:t>
      </w:r>
    </w:p>
    <w:p>
      <w:pPr>
        <w:jc w:val="right"/>
      </w:pPr>
      <w:r>
        <w:t>اوپر آپ ریوائز کیجئے۔</w:t>
      </w:r>
    </w:p>
    <w:p>
      <w:r>
        <w:rPr>
          <w:b/>
        </w:rPr>
        <w:t xml:space="preserve">[1:08:54] </w:t>
      </w:r>
      <w:r>
        <w:t>molana lakhnau se naseer khan sahib ne sawal bheja hai, unhon ne likha hai: "molana sahib, i really</w:t>
      </w:r>
    </w:p>
    <w:p>
      <w:pPr>
        <w:jc w:val="right"/>
      </w:pPr>
      <w:r>
        <w:t>مولانا لکھنؤ سے نصیر خان صاحب نے سوال بھیجا ہے، انہوں نے لکھا ہے: "مولانا صاحب، آئی ریلی</w:t>
      </w:r>
    </w:p>
    <w:p>
      <w:r>
        <w:rPr>
          <w:b/>
        </w:rPr>
        <w:t xml:space="preserve">[1:09:00] </w:t>
      </w:r>
      <w:r>
        <w:t>I really love the Dars-e-Quran sessions.</w:t>
      </w:r>
    </w:p>
    <w:p>
      <w:pPr>
        <w:jc w:val="right"/>
      </w:pPr>
      <w:r>
        <w:t>لوڈ، آئی ریلی لوڈ دی درس قرآن سیشنز۔</w:t>
      </w:r>
    </w:p>
    <w:p>
      <w:r>
        <w:rPr>
          <w:b/>
        </w:rPr>
        <w:t xml:space="preserve">[1:09:06] </w:t>
      </w:r>
      <w:r>
        <w:t>I always live with the desire to qualify.</w:t>
      </w:r>
    </w:p>
    <w:p>
      <w:pPr>
        <w:jc w:val="right"/>
      </w:pPr>
      <w:r>
        <w:t>آئی الویز لیو ود دا ڈیزائر ٹو کوالیفائی</w:t>
      </w:r>
    </w:p>
    <w:p>
      <w:r>
        <w:rPr>
          <w:b/>
        </w:rPr>
        <w:t xml:space="preserve">[1:09:12] </w:t>
      </w:r>
      <w:r>
        <w:t>for paradise, but I face one hurdle all the time, and that is that my mind keeps getting</w:t>
      </w:r>
    </w:p>
    <w:p>
      <w:pPr>
        <w:jc w:val="right"/>
      </w:pPr>
      <w:r>
        <w:t>فار پیراڈائز، بٹ آئی فیس ون ہرڈل ال دا ٹائم، اینڈ دیٹ از دیٹ مائی مائنڈ کیپس گیٹنگ</w:t>
      </w:r>
    </w:p>
    <w:p>
      <w:r>
        <w:rPr>
          <w:b/>
        </w:rPr>
        <w:t xml:space="preserve">[1:09:18] </w:t>
      </w:r>
      <w:r>
        <w:t>distracted with wrong thoughts.</w:t>
      </w:r>
    </w:p>
    <w:p>
      <w:pPr>
        <w:jc w:val="right"/>
      </w:pPr>
      <w:r>
        <w:t>ڈسٹریکٹڈ ود رونگ تھاٹس۔</w:t>
      </w:r>
    </w:p>
    <w:p>
      <w:r>
        <w:rPr>
          <w:b/>
        </w:rPr>
        <w:t xml:space="preserve">[1:09:24] </w:t>
      </w:r>
      <w:r>
        <w:t>"Please advise me how to control these thoughts, so I can focus only on paradise." Dekhiye, yeh Allah</w:t>
      </w:r>
    </w:p>
    <w:p>
      <w:pPr>
        <w:jc w:val="right"/>
      </w:pPr>
      <w:r>
        <w:t>پلیز ایڈوائز می ہاؤ ٹو کنٹرول دیز تھاٹس، سو آئی کین فوکس اونلی ان پیراڈائز۔" دیکھیے، یہ اللہ</w:t>
      </w:r>
    </w:p>
    <w:p>
      <w:r>
        <w:rPr>
          <w:b/>
        </w:rPr>
        <w:t xml:space="preserve">[1:09:30] </w:t>
      </w:r>
      <w:r>
        <w:t>ka matloob hi nahi hai ke sirf ek hi cheez aap ko focus mein rahe.</w:t>
      </w:r>
    </w:p>
    <w:p>
      <w:pPr>
        <w:jc w:val="right"/>
      </w:pPr>
      <w:r>
        <w:t>کا مطلوب ہی نہیں ہے کہ صرف ایک ہی چیز آپ کو فوکس میں رہے۔</w:t>
      </w:r>
    </w:p>
    <w:p>
      <w:r>
        <w:rPr>
          <w:b/>
        </w:rPr>
        <w:t xml:space="preserve">[1:09:36] </w:t>
      </w:r>
      <w:r>
        <w:t>yeh to khuda ki scheme of think nahi hai, yeh</w:t>
      </w:r>
    </w:p>
    <w:p>
      <w:pPr>
        <w:jc w:val="right"/>
      </w:pPr>
      <w:r>
        <w:t>یہ تو خدا کی سکیم اف تھنک نہیں ہے، یہ</w:t>
      </w:r>
    </w:p>
    <w:p>
      <w:r>
        <w:rPr>
          <w:b/>
        </w:rPr>
        <w:t xml:space="preserve">[1:09:42] </w:t>
      </w:r>
      <w:r>
        <w:t>khuda kisi quran mein hi nahi hai.</w:t>
      </w:r>
    </w:p>
    <w:p>
      <w:pPr>
        <w:jc w:val="right"/>
      </w:pPr>
      <w:r>
        <w:t>خدا کسی قرآن میں ہی نہیں ہے۔</w:t>
      </w:r>
    </w:p>
    <w:p>
      <w:r>
        <w:rPr>
          <w:b/>
        </w:rPr>
        <w:t xml:space="preserve">[1:09:47] </w:t>
      </w:r>
      <w:r>
        <w:t>hata ke rasool allah apne bare mein farmaya: "inni la yughanu ala qalbi".</w:t>
      </w:r>
    </w:p>
    <w:p>
      <w:pPr>
        <w:jc w:val="right"/>
      </w:pPr>
      <w:r>
        <w:t>حتی کہ رسول اللہ اپنے بارے میں فرمایا: "إنّي لا يغان على قلبي"۔</w:t>
      </w:r>
    </w:p>
    <w:p>
      <w:r>
        <w:rPr>
          <w:b/>
        </w:rPr>
        <w:t xml:space="preserve">[1:09:52] </w:t>
      </w:r>
      <w:r>
        <w:t>khud rasool allah apne bare mein farmate hain.</w:t>
      </w:r>
    </w:p>
    <w:p>
      <w:pPr>
        <w:jc w:val="right"/>
      </w:pPr>
      <w:r>
        <w:t>خود رسول اللہ اپنے بارے میں فرماتے ہیں۔</w:t>
      </w:r>
    </w:p>
    <w:p>
      <w:r>
        <w:rPr>
          <w:b/>
        </w:rPr>
        <w:t xml:space="preserve">[1:09:57] </w:t>
      </w:r>
      <w:r>
        <w:t>to yeh aap jo chah rahe hain, woh woh to aap ki khud sakhta hai.</w:t>
      </w:r>
    </w:p>
    <w:p>
      <w:pPr>
        <w:jc w:val="right"/>
      </w:pPr>
      <w:r>
        <w:t>تو یہ آپ جو چاہ رہے ہیں، وہ وہ تو آپ کی خود ساختہ ہے۔</w:t>
      </w:r>
    </w:p>
    <w:p>
      <w:r>
        <w:rPr>
          <w:b/>
        </w:rPr>
        <w:t xml:space="preserve">[1:10:02] </w:t>
      </w:r>
      <w:r>
        <w:t>اسی لیے کہ دیکھیے، wrong thought جو ہے، وہ اس کا بہت بڑا positive role ہے۔</w:t>
      </w:r>
    </w:p>
    <w:p>
      <w:pPr>
        <w:jc w:val="right"/>
      </w:pPr>
      <w:r>
        <w:t>اسی لیے کہ دیکھیے، رونگ تھاٹ جو ہے، وہ اس کا بہت بڑا پازیٹیو رول ہے۔</w:t>
      </w:r>
    </w:p>
    <w:p>
      <w:r>
        <w:rPr>
          <w:b/>
        </w:rPr>
        <w:t xml:space="preserve">[1:10:07] </w:t>
      </w:r>
      <w:r>
        <w:t>wrong thought ka</w:t>
      </w:r>
    </w:p>
    <w:p>
      <w:pPr>
        <w:jc w:val="right"/>
      </w:pPr>
      <w:r>
        <w:t>رونگ تھاٹ کا</w:t>
      </w:r>
    </w:p>
    <w:p>
      <w:r>
        <w:rPr>
          <w:b/>
        </w:rPr>
        <w:t xml:space="preserve">[1:10:12] </w:t>
      </w:r>
      <w:r>
        <w:t>بہت ہی بڑا پازیٹیو رول، اسی لیے اس کی وجہ سے inner struggle آتی ہے۔</w:t>
      </w:r>
    </w:p>
    <w:p>
      <w:pPr>
        <w:jc w:val="right"/>
      </w:pPr>
      <w:r>
        <w:t>بہت ہی بڑا پازیٹیو رول، اسی لیے اس کی وجہ سے انر سٹرگل آتی ہے۔</w:t>
      </w:r>
    </w:p>
    <w:p>
      <w:r>
        <w:rPr>
          <w:b/>
        </w:rPr>
        <w:t xml:space="preserve">[1:10:18] </w:t>
      </w:r>
      <w:r>
        <w:t>آپ کے اندر inner struggle intellectual level پر، وہ تو آپ کی زندگی کی ضمانت ہے۔</w:t>
      </w:r>
    </w:p>
    <w:p>
      <w:pPr>
        <w:jc w:val="right"/>
      </w:pPr>
      <w:r>
        <w:t>آپ کے اندر انر سٹرگل انٹلیکچول لیول پر، وہ تو آپ کی زندگی کی ضمانت ہے۔</w:t>
      </w:r>
    </w:p>
    <w:p>
      <w:r>
        <w:rPr>
          <w:b/>
        </w:rPr>
        <w:t xml:space="preserve">[1:10:23] </w:t>
      </w:r>
      <w:r>
        <w:t>isi se to aap zinda rehte hain.</w:t>
      </w:r>
    </w:p>
    <w:p>
      <w:pPr>
        <w:jc w:val="right"/>
      </w:pPr>
      <w:r>
        <w:t>اسی سے تو آپ زندہ رہتے ہیں۔</w:t>
      </w:r>
    </w:p>
    <w:p>
      <w:r>
        <w:rPr>
          <w:b/>
        </w:rPr>
        <w:t xml:space="preserve">[1:10:28] </w:t>
      </w:r>
      <w:r>
        <w:t>Creativity aati hai, isi se andar aap ka personality development hota hai.</w:t>
      </w:r>
    </w:p>
    <w:p>
      <w:pPr>
        <w:jc w:val="right"/>
      </w:pPr>
      <w:r>
        <w:t>کریٹیوٹی آتی ہے، اسی سے اندر آپ کا پرسنیلٹی ڈیولپمنٹ ہوتا ہے۔</w:t>
      </w:r>
    </w:p>
    <w:p>
      <w:r>
        <w:rPr>
          <w:b/>
        </w:rPr>
        <w:t xml:space="preserve">[1:10:33] </w:t>
      </w:r>
      <w:r>
        <w:t>to yeh ek jo aap ka chahna hai, yeh to yeh to ab ek khud sakhta cheez hai.</w:t>
      </w:r>
    </w:p>
    <w:p>
      <w:pPr>
        <w:jc w:val="right"/>
      </w:pPr>
      <w:r>
        <w:t>تو یہ ایک جو آپ کا چاہنا ہے، یہ تو یہ تو اب ایک خود ساختہ چیز ہے۔</w:t>
      </w:r>
    </w:p>
    <w:p>
      <w:r>
        <w:rPr>
          <w:b/>
        </w:rPr>
        <w:t xml:space="preserve">[1:10:38] </w:t>
      </w:r>
      <w:r>
        <w:t>iski iski koi</w:t>
      </w:r>
    </w:p>
    <w:p>
      <w:pPr>
        <w:jc w:val="right"/>
      </w:pPr>
      <w:r>
        <w:t>اس کی اس کی کوئی</w:t>
      </w:r>
    </w:p>
    <w:p>
      <w:r>
        <w:rPr>
          <w:b/>
        </w:rPr>
        <w:t xml:space="preserve">[1:10:43] </w:t>
      </w:r>
      <w:r>
        <w:t>allah ke radd iski koi importance nahi hai.</w:t>
      </w:r>
    </w:p>
    <w:p>
      <w:pPr>
        <w:jc w:val="right"/>
      </w:pPr>
      <w:r>
        <w:t>اللہ کے رد اس کی کوئی امپورٹنس نہیں ہے۔</w:t>
      </w:r>
    </w:p>
    <w:p>
      <w:r>
        <w:rPr>
          <w:b/>
        </w:rPr>
        <w:t xml:space="preserve">[1:10:49] </w:t>
      </w:r>
      <w:r>
        <w:t>aap inner struggle jo hai, woh asal cheez hai.</w:t>
      </w:r>
    </w:p>
    <w:p>
      <w:pPr>
        <w:jc w:val="right"/>
      </w:pPr>
      <w:r>
        <w:t>آپ انر سٹرگل جو ہے، وہ اصل چیز ہے۔</w:t>
      </w:r>
    </w:p>
    <w:p>
      <w:r>
        <w:rPr>
          <w:b/>
        </w:rPr>
        <w:t xml:space="preserve">[1:10:55] </w:t>
      </w:r>
      <w:r>
        <w:t>woh isi waqt paida hoti hai jab ke dono cheezein maujood hon.</w:t>
      </w:r>
    </w:p>
    <w:p>
      <w:pPr>
        <w:jc w:val="right"/>
      </w:pPr>
      <w:r>
        <w:t>وہ اسی وقت پیدا ہوتی ہے جب کہ دونوں چیزیں موجود ہوں۔</w:t>
      </w:r>
    </w:p>
    <w:p>
      <w:r>
        <w:rPr>
          <w:b/>
        </w:rPr>
        <w:t xml:space="preserve">[1:11:01] </w:t>
      </w:r>
      <w:r>
        <w:t>ek cheez agar hai sirf to inner struggle paida hi nahi hogi.</w:t>
      </w:r>
    </w:p>
    <w:p>
      <w:pPr>
        <w:jc w:val="right"/>
      </w:pPr>
      <w:r>
        <w:t>ایک چیز اگر ہے صرف تو انر سٹرگل پیدا ہی نہیں ہوگی۔</w:t>
      </w:r>
    </w:p>
    <w:p>
      <w:r>
        <w:rPr>
          <w:b/>
        </w:rPr>
        <w:t xml:space="preserve">[1:11:07] </w:t>
      </w:r>
      <w:r>
        <w:t>molana, kuch comments parhna chahenge session khatam karne se pehle.</w:t>
      </w:r>
    </w:p>
    <w:p>
      <w:pPr>
        <w:jc w:val="right"/>
      </w:pPr>
      <w:r>
        <w:t>مولانا، کچھ کمنٹس پڑھنا چاہیں گے سیشن ختم کرنے سے پہلے۔</w:t>
      </w:r>
    </w:p>
    <w:p>
      <w:r>
        <w:rPr>
          <w:b/>
        </w:rPr>
        <w:t xml:space="preserve">[1:11:13] </w:t>
      </w:r>
      <w:r>
        <w:t>rafique khan sahib ne Bangalore se comment bheja hai, unhon ne likha hai: "Maulana sahib, aap ke har bayan umeed se bhara rehta hai. jazak Allah." Maulana israr khatib sahib ne Chennai se bheja hai comment: "Maulana, jannat ka tasawwur mere liye bas ek romantic tasawwur tha, lekin aaj aap ke talk se jannat ki haqeeqat wazeh hui aur is ko paanay ki talab barhi. jazak</w:t>
      </w:r>
    </w:p>
    <w:p>
      <w:pPr>
        <w:jc w:val="right"/>
      </w:pPr>
      <w:r>
        <w:t>رفیق خان صاحب نے بینگلور سے کمنٹ بھیجا ہے، انہوں نے لکھا ہے: "مولانا صاحب، آپ کے ہر بیان امید سے بھرا رہتا ہے۔ جزاک اللہ۔" مولانا اسرار خطیب صاحب نے چنئی سے بھیجا ہے کمنٹ: "مولانا، جنت کا تصور میرے لیے بس ایک رومینٹک تصور تھا، لیکن آج آپ کے ٹاک سے جنت کی حقیقت واضح ہوئی اور اس کو پانے کی طلب بڑھی۔ جزاک</w:t>
      </w:r>
    </w:p>
    <w:p>
      <w:r>
        <w:rPr>
          <w:b/>
        </w:rPr>
        <w:t xml:space="preserve">[1:11:43] </w:t>
      </w:r>
      <w:r>
        <w:t>Allah." doctor aslam sahib ne comment bheja hai Saharanpur se, unhon ne likha hai: "Our real iman lead us to a true realization of Allah and the essence of all visible and invisible things around us." tariq badar sahib ne Pakistan se comment bheja hai: "Maulana sahib, today i understood the practical concept of jannat and learned that i have to develop my personality compatible</w:t>
      </w:r>
    </w:p>
    <w:p>
      <w:pPr>
        <w:jc w:val="right"/>
      </w:pPr>
      <w:r>
        <w:t>اللہ۔" ڈاکٹر اسلم صاحب نے کمنٹ بھیجا ہے سارن پور سے، انہوں نے لکھا ہے: "آر ریئل ایمان لیڈ اس ٹو ا ٹرو ریلائزیشن اف اللہ اینڈ دی ایسنس اف ال ویزیبل اینڈ انویزیبل تھنگ اراؤنڈ اس۔" طارق بدر صاحب نے پاکستان سے کمنٹ بھیجا ہے: "مولانا صاحب، ٹوڈے آئی انڈرسٹوڈ دا پریکٹیکل کانسیپٹ اف جنت اینڈ لرن دیٹ آئی ہیو ٹو ڈیویلپ مائی پرسنیلٹی کمپیٹیبل</w:t>
      </w:r>
    </w:p>
    <w:p>
      <w:r>
        <w:rPr>
          <w:b/>
        </w:rPr>
        <w:t xml:space="preserve">[1:12:13] </w:t>
      </w:r>
      <w:r>
        <w:t>to jannat." so, we we will end the session today. we will be back next Sunday same time. thank you.</w:t>
      </w:r>
    </w:p>
    <w:p>
      <w:pPr>
        <w:jc w:val="right"/>
      </w:pPr>
      <w:r>
        <w:t>ٹو جنت۔" سو، وی ویل اینڈ دی سیشن ٹوڈے۔ وی ویل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