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30-33 November 26. 2017</w:t>
      </w:r>
    </w:p>
    <w:p>
      <w:r>
        <w:t>https://www.youtube.com/watch?v=NeyC7ANI3uI</w:t>
      </w:r>
    </w:p>
    <w:p>
      <w:r>
        <w:rPr>
          <w:b/>
        </w:rPr>
        <w:t xml:space="preserve">[00:10] </w:t>
      </w:r>
      <w:r>
        <w:t>bismillah rahman rahim, wa salla Allahu ala nabi al-karim.</w:t>
      </w:r>
    </w:p>
    <w:p>
      <w:pPr>
        <w:jc w:val="right"/>
      </w:pPr>
      <w:r>
        <w:t>بسم اللہ الرحمن الرحیم، وصلی اللہ علی النبی الکریم۔</w:t>
      </w:r>
    </w:p>
    <w:p>
      <w:r>
        <w:rPr>
          <w:b/>
        </w:rPr>
        <w:t xml:space="preserve">[00:19] </w:t>
      </w:r>
      <w:r>
        <w:t>rab ishrah li sadri, wa yassir li amri, wa hallaqdatan min lisani, yafqahu qawli.</w:t>
      </w:r>
    </w:p>
    <w:p>
      <w:pPr>
        <w:jc w:val="right"/>
      </w:pPr>
      <w:r>
        <w:t>رب اشرح لی صدری، ویسر لی امری، واحل العقدۃ من لسانی، یفقہ قولی۔</w:t>
      </w:r>
    </w:p>
    <w:p>
      <w:r>
        <w:rPr>
          <w:b/>
        </w:rPr>
        <w:t xml:space="preserve">[00:31] </w:t>
      </w:r>
      <w:r>
        <w:t>26 November 2017.</w:t>
      </w:r>
    </w:p>
    <w:p>
      <w:pPr>
        <w:jc w:val="right"/>
      </w:pPr>
      <w:r>
        <w:t>26 نومبر 2017۔</w:t>
      </w:r>
    </w:p>
    <w:p>
      <w:r>
        <w:rPr>
          <w:b/>
        </w:rPr>
        <w:t xml:space="preserve">[00:41] </w:t>
      </w:r>
      <w:r>
        <w:t>hasb e mamool aaj bhi quran ka dars hoga, surah al-baqarah se. to pehle aap ko is ki ayatein aur is ka tarjuma sunaya jaye ga, is ke baad mein kuch is ki tashreeh mein arz karoon ga.</w:t>
      </w:r>
    </w:p>
    <w:p>
      <w:pPr>
        <w:jc w:val="right"/>
      </w:pPr>
      <w:r>
        <w:t>حسب معمول آج بھی قرآن کا درس ہوگا، سورہ البقرہ سے۔ تو پہلے آپ کو اس کی آیتیں اور اس کا ترجمہ سنایا جائے گا، اس کے بعد میں کچھ اس کی تشریح میں عرض کروں گا۔</w:t>
      </w:r>
    </w:p>
    <w:p>
      <w:r>
        <w:rPr>
          <w:b/>
        </w:rPr>
        <w:t xml:space="preserve">[01:00] </w:t>
      </w:r>
      <w:r>
        <w:t>bismillah rahman rahim. wa iz qala rabbuka lil malaikati: "Inni ja'ilun fil ardi khalifah", qalu: "Ataj'alu fiha man yufsidu fiha, wa yasfik ad-dimaa, wa nahnu nusabbihu bihamdika wa nuqaddisu lak".</w:t>
      </w:r>
    </w:p>
    <w:p>
      <w:pPr>
        <w:jc w:val="right"/>
      </w:pPr>
      <w:r>
        <w:t>بسم اللہ الرحمن الرحیم۔ واذ قال ربک للملائکۃ: "انی جاعل فی الارض خلیفہ"، قالوا: "اتجعل فیہا من یفسد فیہا، ویسفک الدماء، ونحن نسبح بحمدک ونقدس لک"۔</w:t>
      </w:r>
    </w:p>
    <w:p>
      <w:r>
        <w:rPr>
          <w:b/>
        </w:rPr>
        <w:t xml:space="preserve">[01:17] </w:t>
      </w:r>
      <w:r>
        <w:t>qala: "Inni a'lamu ma la ta'lamun". wa 'allama Adam al-asma'a kullaha, thumma 'aradahum 'alal malaikati, faqala: "Anbi'uni bi asmaiha in kuntum sadiqeen".</w:t>
      </w:r>
    </w:p>
    <w:p>
      <w:pPr>
        <w:jc w:val="right"/>
      </w:pPr>
      <w:r>
        <w:t>قال: "انی اعلم ما لا تعلمون"۔ وعلم آدم الاسماء کلها، ثم عرضہم علی الملائکۃ، فقال: "انبیونی باسمائہا ان کنتم صادقین"۔</w:t>
      </w:r>
    </w:p>
    <w:p>
      <w:r>
        <w:rPr>
          <w:b/>
        </w:rPr>
        <w:t xml:space="preserve">[01:31] </w:t>
      </w:r>
      <w:r>
        <w:t>qalu: "subhanak la ilm lana illa ma allamtana, innaka antal aleemul hakeem" . qala: "ya adam anbihem biasmaihim" .</w:t>
      </w:r>
    </w:p>
    <w:p>
      <w:pPr>
        <w:jc w:val="right"/>
      </w:pPr>
      <w:r>
        <w:t>قالوا: "سبحانک لا علم لنا الا ما علمتنا، انک انت العلیم الحکیم"۔ قال: "یا آدم انبیہم باسمائہم"۔</w:t>
      </w:r>
    </w:p>
    <w:p>
      <w:r>
        <w:rPr>
          <w:b/>
        </w:rPr>
        <w:t xml:space="preserve">[01:42] </w:t>
      </w:r>
      <w:r>
        <w:t>falamma anbahum biasmaihim, qala: "alam aqlam anni aalamu ghayb al-samawati wal ardi, wa aalamu ma tubdoona wama kuntum taktumoon" .</w:t>
      </w:r>
    </w:p>
    <w:p>
      <w:pPr>
        <w:jc w:val="right"/>
      </w:pPr>
      <w:r>
        <w:t>فلما انباہم باسمائہم، قال: "الم اقلم انی اعلم غیب السماوات والارض، واعلم ما تبدون وما کنتم تکتمون"۔</w:t>
      </w:r>
    </w:p>
    <w:p>
      <w:r>
        <w:rPr>
          <w:b/>
        </w:rPr>
        <w:t xml:space="preserve">[01:54] </w:t>
      </w:r>
      <w:r>
        <w:t>soorah al-baqarah, soorah number do, ayat number 30 ta 33 . urdu tarjuma: "aur jab tere rab ne farishton se kaha ke main zameen mein aik khalifa bananay wala hoon,</w:t>
      </w:r>
    </w:p>
    <w:p>
      <w:pPr>
        <w:jc w:val="right"/>
      </w:pPr>
      <w:r>
        <w:t>سورہ البقرہ، سورہ نمبر دو، آیت نمبر 30 تا 33۔ اردو ترجمہ: "اور جب تیرے رب نے فرشتوں سے کہا کہ میں زمین میں ایک خلیفہ بنانے والا ہوں،</w:t>
      </w:r>
    </w:p>
    <w:p>
      <w:r>
        <w:rPr>
          <w:b/>
        </w:rPr>
        <w:t xml:space="preserve">[02:11] </w:t>
      </w:r>
      <w:r>
        <w:t>farishton ne kaha: kya tu zameen mein aisay logon ko basanay ga jo is mein fasaad karen aur khoon bahayen? aur hum teri hamd karte hain aur teri pakki bayan karte hain." allah ne kaha: "main woh jaanta hoon jo tum nahin jaantay" .</w:t>
      </w:r>
    </w:p>
    <w:p>
      <w:pPr>
        <w:jc w:val="right"/>
      </w:pPr>
      <w:r>
        <w:t>فرشتوں نے کہا: کیا تو زمین میں ایسے لوگوں کو بسائے گا جو اس میں فساد کریں اور خون بہائیں؟ اور ہم تیری حمد کرتے ہیں اور تیری پاکی بیان کرتے ہیں۔" اللہ نے کہا: "میں وہ جانتا ہوں جو تم نہیں جانتے"۔</w:t>
      </w:r>
    </w:p>
    <w:p>
      <w:r>
        <w:rPr>
          <w:b/>
        </w:rPr>
        <w:t xml:space="preserve">[02:30] </w:t>
      </w:r>
      <w:r>
        <w:t>aur allah ne sikhha diye adam ko saaray naam, phir un ko farishton ke samnay paish kiya aur kaha ke: "agar tum sachay ho to mujhe in logon ke naam batao" .</w:t>
      </w:r>
    </w:p>
    <w:p>
      <w:pPr>
        <w:jc w:val="right"/>
      </w:pPr>
      <w:r>
        <w:t>اور اللہ نے سکھا دیے آدم کو سارے نام، پھر ان کو فرشتوں کے سامنے پیش کیا اور کہا کہ: "اگر تم سچے ہو تو مجھے ان لوگوں کے نام بتاؤ"۔</w:t>
      </w:r>
    </w:p>
    <w:p>
      <w:r>
        <w:rPr>
          <w:b/>
        </w:rPr>
        <w:t xml:space="preserve">[02:42] </w:t>
      </w:r>
      <w:r>
        <w:t>farishton ne kaha: "ke tu pak hai, hum to wohi jaantay hain jo tu ne hum ko bataya, beshak tu hi ilm wala aur hikmat wala hai" .</w:t>
      </w:r>
    </w:p>
    <w:p>
      <w:pPr>
        <w:jc w:val="right"/>
      </w:pPr>
      <w:r>
        <w:t>فرشتوں نے کہا: "کہ تو پاک ہے، ہم تو وہی جانتے ہیں جو تو نے ہم کو بتایا، بے شک تو ہی علم والا اور حکمت والا ہے"۔</w:t>
      </w:r>
    </w:p>
    <w:p>
      <w:r>
        <w:rPr>
          <w:b/>
        </w:rPr>
        <w:t xml:space="preserve">[02:54] </w:t>
      </w:r>
      <w:r>
        <w:t>allah ne kaha: "ae adam, un ko batao un logon ke naam" . to jab adam ne bataye un ko un logon ke naam to allah ne kaha: "kya main ne tum se nahin kaha tha ke aasmanon aur zameen ke bhed ko main hi jaanta hoon,</w:t>
      </w:r>
    </w:p>
    <w:p>
      <w:pPr>
        <w:jc w:val="right"/>
      </w:pPr>
      <w:r>
        <w:t>اللہ نے کہا: "اے آدم، ان کو بتاؤ ان لوگوں کے نام"۔ تو جب آدم نے بتائے ان کو ان لوگوں کے نام تو اللہ نے کہا: "کیا میں نے تم سے نہیں کہا تھا کہ آسمانوں اور زمین کے بھید کو میں ہی جانتا ہوں،</w:t>
      </w:r>
    </w:p>
    <w:p>
      <w:r>
        <w:rPr>
          <w:b/>
        </w:rPr>
        <w:t xml:space="preserve">[03:12] </w:t>
      </w:r>
      <w:r>
        <w:t>aur mujh ko maloom hai jo kuch tum zahir karte ho aur jo kuch tum chupatay ho" .</w:t>
      </w:r>
    </w:p>
    <w:p>
      <w:pPr>
        <w:jc w:val="right"/>
      </w:pPr>
      <w:r>
        <w:t>اور مجھ کو معلوم ہے جو کچھ تم ظاہر کرتے ہو اور جو کچھ تم چھپاتے ہو"۔</w:t>
      </w:r>
    </w:p>
    <w:p>
      <w:r>
        <w:rPr>
          <w:b/>
        </w:rPr>
        <w:t xml:space="preserve">[03:17] </w:t>
      </w:r>
      <w:r>
        <w:t>quran ki yeh ayat</w:t>
      </w:r>
    </w:p>
    <w:p>
      <w:pPr>
        <w:jc w:val="right"/>
      </w:pPr>
      <w:r>
        <w:t>قرآن کی یہ آیت</w:t>
      </w:r>
    </w:p>
    <w:p>
      <w:r>
        <w:rPr>
          <w:b/>
        </w:rPr>
        <w:t xml:space="preserve">[03:21] </w:t>
      </w:r>
      <w:r>
        <w:t>bohat hi mashhoor ayat hai, sab log jaantay hain is ko.</w:t>
      </w:r>
    </w:p>
    <w:p>
      <w:pPr>
        <w:jc w:val="right"/>
      </w:pPr>
      <w:r>
        <w:t>بہت ہی مشہور آیت ہے، سب لوگ جانتے ہیں اس کو۔</w:t>
      </w:r>
    </w:p>
    <w:p>
      <w:r>
        <w:rPr>
          <w:b/>
        </w:rPr>
        <w:t xml:space="preserve">[03:32] </w:t>
      </w:r>
      <w:r>
        <w:t>is par ghaur karte hue yeh baat samajh mein aati hai ke yeh koi mysterious statement nahin hai jo kabhi milaye alam mein allah aur farishton ke darmiyan hua ho.</w:t>
      </w:r>
    </w:p>
    <w:p>
      <w:pPr>
        <w:jc w:val="right"/>
      </w:pPr>
      <w:r>
        <w:t>اس پر غور کرتے ہوئے یہ بات سمجھ میں آتی ہے کہ یہ کوئی مسٹیریس سٹیٹمنٹ نہیں ہے جو کبھی ملائے عالم میں اللہ اور فرشتوں کے درمیان ہوا ہو۔</w:t>
      </w:r>
    </w:p>
    <w:p>
      <w:r>
        <w:rPr>
          <w:b/>
        </w:rPr>
        <w:t xml:space="preserve">[03:52] </w:t>
      </w:r>
      <w:r>
        <w:t>yeh human history ke baray mein aik statement hai.</w:t>
      </w:r>
    </w:p>
    <w:p>
      <w:pPr>
        <w:jc w:val="right"/>
      </w:pPr>
      <w:r>
        <w:t>یہ ہیومن ہسٹری کے بارے میں ایک سٹیٹمنٹ ہے۔</w:t>
      </w:r>
    </w:p>
    <w:p>
      <w:r>
        <w:rPr>
          <w:b/>
        </w:rPr>
        <w:t xml:space="preserve">[04:02] </w:t>
      </w:r>
      <w:r>
        <w:t>insan ki jo tareekh hai, woh is dunya mein, is dunya mein jab insan banaya jaye, basaya jaye ga aur yahan history is ki banay gi to insan ki history kis tarah safar kare gi,</w:t>
      </w:r>
    </w:p>
    <w:p>
      <w:pPr>
        <w:jc w:val="right"/>
      </w:pPr>
      <w:r>
        <w:t>انسان کی جو تاریخ ہے، وہ اس دنیا میں، اس دنیا میں جب انسان بنایا جائے، بسایا جائے گا اور یہاں ہسٹری اس کی بنے گی تو انسان کی ہسٹری کس طرح سفر کرے گی،</w:t>
      </w:r>
    </w:p>
    <w:p>
      <w:r>
        <w:rPr>
          <w:b/>
        </w:rPr>
        <w:t xml:space="preserve">[04:20] </w:t>
      </w:r>
      <w:r>
        <w:t>is ke baray mein yeh statement hai.</w:t>
      </w:r>
    </w:p>
    <w:p>
      <w:pPr>
        <w:jc w:val="right"/>
      </w:pPr>
      <w:r>
        <w:t>اس کے بارے میں یہ سٹیٹمنٹ ہے۔</w:t>
      </w:r>
    </w:p>
    <w:p>
      <w:r>
        <w:rPr>
          <w:b/>
        </w:rPr>
        <w:t xml:space="preserve">[04:25] </w:t>
      </w:r>
      <w:r>
        <w:t>is par main bohat dinon se ghaur kar raha tha</w:t>
      </w:r>
    </w:p>
    <w:p>
      <w:pPr>
        <w:jc w:val="right"/>
      </w:pPr>
      <w:r>
        <w:t>اس پر میں بہت دنوں سے غور کر رہا تھا</w:t>
      </w:r>
    </w:p>
    <w:p>
      <w:r>
        <w:rPr>
          <w:b/>
        </w:rPr>
        <w:t xml:space="preserve">[04:31] </w:t>
      </w:r>
      <w:r>
        <w:t>to mujhe yeh samajh mein aaya ke quran ko samajhnay ke liye aik usool woh hai jo hadithon mein aaya hai,</w:t>
      </w:r>
    </w:p>
    <w:p>
      <w:pPr>
        <w:jc w:val="right"/>
      </w:pPr>
      <w:r>
        <w:t>تو مجھے یہ سمجھ میں آیا کہ قرآن کو سمجھنے کے لیے ایک اصول وہ ہے جو حدیثوں میں آیا ہے،</w:t>
      </w:r>
    </w:p>
    <w:p>
      <w:r>
        <w:rPr>
          <w:b/>
        </w:rPr>
        <w:t xml:space="preserve">[04:45] </w:t>
      </w:r>
      <w:r>
        <w:t>taeed deen ke naam se.</w:t>
      </w:r>
    </w:p>
    <w:p>
      <w:pPr>
        <w:jc w:val="right"/>
      </w:pPr>
      <w:r>
        <w:t>تائید دین کے نام سے۔</w:t>
      </w:r>
    </w:p>
    <w:p>
      <w:r>
        <w:rPr>
          <w:b/>
        </w:rPr>
        <w:t xml:space="preserve">[04:51] </w:t>
      </w:r>
      <w:r>
        <w:t>hadith ki taqreeban tamam kitabon mein aik riwayat aati hai ke rasool allah sallallahu alaihi wasallam ne farmaya ke yeh deen rasool allah laye hain, deen islam.</w:t>
      </w:r>
    </w:p>
    <w:p>
      <w:pPr>
        <w:jc w:val="right"/>
      </w:pPr>
      <w:r>
        <w:t>حدیث کی تقریباً تمام کتابوں میں ایک روایت آتی ہے کہ رسول اللہ صلی اللہ علیہ وسلم نے فرمایا کہ یہ دین رسول اللہ لائے ہیں، دین اسلام۔</w:t>
      </w:r>
    </w:p>
    <w:p>
      <w:r>
        <w:rPr>
          <w:b/>
        </w:rPr>
        <w:t xml:space="preserve">[05:07] </w:t>
      </w:r>
      <w:r>
        <w:t>is ki taeed doosray log bhi karen ge, secular log, ghair ahl-e-deen bhi.</w:t>
      </w:r>
    </w:p>
    <w:p>
      <w:pPr>
        <w:jc w:val="right"/>
      </w:pPr>
      <w:r>
        <w:t>اس کی تائید دوسرے لوگ بھی کریں گے، سیکولر لوگ، غیر اہل دین بھی۔</w:t>
      </w:r>
    </w:p>
    <w:p>
      <w:r>
        <w:rPr>
          <w:b/>
        </w:rPr>
        <w:t xml:space="preserve">[05:16] </w:t>
      </w:r>
      <w:r>
        <w:t>to bohat ajeeb baat hai ke yeh hadith poori tareekh mein sach sabit hui hai.</w:t>
      </w:r>
    </w:p>
    <w:p>
      <w:pPr>
        <w:jc w:val="right"/>
      </w:pPr>
      <w:r>
        <w:t>تو بہت عجیب بات ہے کہ یہ حدیث پوری تاریخ میں سچ ثابت ہوئی ہے۔</w:t>
      </w:r>
    </w:p>
    <w:p>
      <w:r>
        <w:rPr>
          <w:b/>
        </w:rPr>
        <w:t xml:space="preserve">[05:27] </w:t>
      </w:r>
      <w:r>
        <w:t>aur main sochta hoon ke yeh jo quran ki ayat hai, in ko samajhnay ke liye sab se bara reference jo mujhe mila, woh aik secular insan ke zariye hai.</w:t>
      </w:r>
    </w:p>
    <w:p>
      <w:pPr>
        <w:jc w:val="right"/>
      </w:pPr>
      <w:r>
        <w:t>اور میں سوچتا ہوں کہ یہ جو قرآن کی آیت ہے، ان کو سمجھنے کے لیے سب سے بڑا ریفرنس جو مجھے ملا، وہ ایک سیکولر انسان کے ذریعے ہے۔</w:t>
      </w:r>
    </w:p>
    <w:p>
      <w:r>
        <w:rPr>
          <w:b/>
        </w:rPr>
        <w:t xml:space="preserve">[05:45] </w:t>
      </w:r>
      <w:r>
        <w:t>dekhiye, aap jaantay hain ke is zamanay mein nafsiyat ka ilm, psychology ka jo ilm hai, woh bohat ziyada taraqqi hui hai.</w:t>
      </w:r>
    </w:p>
    <w:p>
      <w:pPr>
        <w:jc w:val="right"/>
      </w:pPr>
      <w:r>
        <w:t>دیکھیے، آپ جانتے ہیں کہ اس زمانے میں نفسیات کا علم، سائیکالوجی کا جو علم ہے، وہ بہت زیادہ ترقی ہوئی ہے۔</w:t>
      </w:r>
    </w:p>
    <w:p>
      <w:r>
        <w:rPr>
          <w:b/>
        </w:rPr>
        <w:t xml:space="preserve">[05:57] </w:t>
      </w:r>
      <w:r>
        <w:t>bohat top ke dimagh is mein lagay hue hain. to inhi mein se aik hai Alfred Adler.</w:t>
      </w:r>
    </w:p>
    <w:p>
      <w:pPr>
        <w:jc w:val="right"/>
      </w:pPr>
      <w:r>
        <w:t>بہت ٹاپ کے دماغ اس میں لگے ہوئے ہیں۔ تو انہی میں سے ایک ہے الفریڈ ایڈلر۔</w:t>
      </w:r>
    </w:p>
    <w:p>
      <w:r>
        <w:rPr>
          <w:b/>
        </w:rPr>
        <w:t xml:space="preserve">[06:13] </w:t>
      </w:r>
      <w:r>
        <w:t>woh Austria mein paida hua aur 1937 mein is ki وفات hui. woh beesveen sadi ke is psychology ke mazmoon par, jo beesveen sadi mein jo log paida hue,</w:t>
      </w:r>
    </w:p>
    <w:p>
      <w:pPr>
        <w:jc w:val="right"/>
      </w:pPr>
      <w:r>
        <w:t>وہ آسٹریا میں پیدا ہوا اور 1937 میں اس کی وفات ہوئی۔ وہ بیسویں صدی کے اس سائیکالوجی کے مضمون پر، جو بیسویں صدی میں جو لوگ پیدا ہوئے،</w:t>
      </w:r>
    </w:p>
    <w:p>
      <w:r>
        <w:rPr>
          <w:b/>
        </w:rPr>
        <w:t xml:space="preserve">[06:33] </w:t>
      </w:r>
      <w:r>
        <w:t>un mein se teen top ke logon mein se aik mana jata hai. woh top most aadmi, bees beesveen sadi ke jo paida hue, un mein se aik mana jata hai, woh</w:t>
      </w:r>
    </w:p>
    <w:p>
      <w:pPr>
        <w:jc w:val="right"/>
      </w:pPr>
      <w:r>
        <w:t>ان میں سے تین ٹاپ کے لوگوں میں سے ایک مانا جاتا ہے۔ وہ ٹاپ موسٹ آدمی، بیس بیسویں صدی کے جو پیدا ہوئے، ان میں سے ایک مانا جاتا ہے، وہ</w:t>
      </w:r>
    </w:p>
    <w:p>
      <w:r>
        <w:rPr>
          <w:b/>
        </w:rPr>
        <w:t xml:space="preserve">[06:51] </w:t>
      </w:r>
      <w:r>
        <w:t>alfred adler. to us ne bohat ziyada tehqeeq ki is baray mein ke insan ka nature kya hai, insan ka mindset kya hai, insan ki soch kya chalti hai, is ke baray mein.</w:t>
      </w:r>
    </w:p>
    <w:p>
      <w:pPr>
        <w:jc w:val="right"/>
      </w:pPr>
      <w:r>
        <w:t>الفریڈ ایڈلر۔ تو اس نے بہت زیادہ تحقیق کی اس بارے میں کہ انسان کا نیچر کیا ہے، انسان کا مائنڈ سیٹ کیا ہے، انسان کی سوچ کیا چلتی ہے، اس کے بارے میں۔</w:t>
      </w:r>
    </w:p>
    <w:p>
      <w:r>
        <w:rPr>
          <w:b/>
        </w:rPr>
        <w:t xml:space="preserve">[07:10] </w:t>
      </w:r>
      <w:r>
        <w:t>to is ka aik aik aik school of thought bana, is ki buniyad par school of thought bana, jo individual psychology kaha jata hai.</w:t>
      </w:r>
    </w:p>
    <w:p>
      <w:pPr>
        <w:jc w:val="right"/>
      </w:pPr>
      <w:r>
        <w:t>تو اس کا ایک ایک ایک سکول آف تھاٹ بنا، اس کی بنیاد پر سکول آف تھاٹ بنا، جو انڈیویجول سائیکالوجی کہا جاتا ہے۔</w:t>
      </w:r>
    </w:p>
    <w:p>
      <w:r>
        <w:rPr>
          <w:b/>
        </w:rPr>
        <w:t xml:space="preserve">[07:24] </w:t>
      </w:r>
      <w:r>
        <w:t>to is ki jo research thi, bohat lambi muddat tak, is ka khulasa yeh hai jis ko kehte hain</w:t>
      </w:r>
    </w:p>
    <w:p>
      <w:pPr>
        <w:jc w:val="right"/>
      </w:pPr>
      <w:r>
        <w:t>تو اس کی جو ریسرچ تھی، بہت لمبی مدت تک، اس کا خلاصہ یہ ہے جس کو کہتے ہیں</w:t>
      </w:r>
    </w:p>
    <w:p>
      <w:r>
        <w:rPr>
          <w:b/>
        </w:rPr>
        <w:t xml:space="preserve">[07:38] </w:t>
      </w:r>
      <w:r>
        <w:t>logo therapy. logo therapy ka matlab hai ke ma'nawiyat ki talash.</w:t>
      </w:r>
    </w:p>
    <w:p>
      <w:pPr>
        <w:jc w:val="right"/>
      </w:pPr>
      <w:r>
        <w:t>لوگو تھیراپی۔ لوگو تھیراپی کا مطلب ہے کہ معنویت کی تلاش۔</w:t>
      </w:r>
    </w:p>
    <w:p>
      <w:r>
        <w:rPr>
          <w:b/>
        </w:rPr>
        <w:t xml:space="preserve">[07:51] </w:t>
      </w:r>
      <w:r>
        <w:t>is ke liye kya lafz aaya hai? is mein</w:t>
      </w:r>
    </w:p>
    <w:p>
      <w:pPr>
        <w:jc w:val="right"/>
      </w:pPr>
      <w:r>
        <w:t>اس کے لیے کیا لفظ آیا ہے؟ اس میں</w:t>
      </w:r>
    </w:p>
    <w:p>
      <w:r>
        <w:rPr>
          <w:b/>
        </w:rPr>
        <w:t xml:space="preserve">[07:53] </w:t>
      </w:r>
      <w:r>
        <w:t>human nature is motivated, motivated by the search for a life purpose. haan, yeh is ki research hai, sari zindagi ki research ke insan ki jo nature hai,</w:t>
      </w:r>
    </w:p>
    <w:p>
      <w:pPr>
        <w:jc w:val="right"/>
      </w:pPr>
      <w:r>
        <w:t>ہیومن نیچر از موٹیویٹڈ، موٹیویٹڈ بائی دا سرچ فار ا لائف پرپس۔ ہاں، یہ اس کی ریسرچ ہے، ساری زندگی کی ریسرچ کہ انسان کی جو نیچر ہے،</w:t>
      </w:r>
    </w:p>
    <w:p>
      <w:r>
        <w:rPr>
          <w:b/>
        </w:rPr>
        <w:t xml:space="preserve">[08:09] </w:t>
      </w:r>
      <w:r>
        <w:t>paidaishi tor par, woh is baat se, yani yeh is ke andar, yeh yeh yeh spirit chupi hui hai insan ke andar ke woh is ko talash kar raha hai.</w:t>
      </w:r>
    </w:p>
    <w:p>
      <w:pPr>
        <w:jc w:val="right"/>
      </w:pPr>
      <w:r>
        <w:t>پیدائشی طور پر، وہ اس بات سے، یعنی یہ اس کے اندر، یہ یہ یہ سپرٹ چھپی ہوئی ہے انسان کے اندر کہ وہ اس کو تلاش کر رہا ہے۔</w:t>
      </w:r>
    </w:p>
    <w:p>
      <w:r>
        <w:rPr>
          <w:b/>
        </w:rPr>
        <w:t xml:space="preserve">[08:25] </w:t>
      </w:r>
      <w:r>
        <w:t>kis cheez ka hai? woh lafz hai</w:t>
      </w:r>
    </w:p>
    <w:p>
      <w:pPr>
        <w:jc w:val="right"/>
      </w:pPr>
      <w:r>
        <w:t>کس چیز کا ہے؟ وہ لفظ ہے</w:t>
      </w:r>
    </w:p>
    <w:p>
      <w:r>
        <w:rPr>
          <w:b/>
        </w:rPr>
        <w:t xml:space="preserve">[08:29] </w:t>
      </w:r>
      <w:r>
        <w:t>human nature is motivated by the search for a life purpose. haan, life ka purpose kya hai? ma'nawiyat ka hai, is ki talash.</w:t>
      </w:r>
    </w:p>
    <w:p>
      <w:pPr>
        <w:jc w:val="right"/>
      </w:pPr>
      <w:r>
        <w:t>ہیومن نیچر از موٹیویٹڈ بائی دا سرچ فار ا لائف پرپس۔ ہاں، لائف کا پرپس کیا ہے؟ معنویت کا ہے، اس کی تلاش۔</w:t>
      </w:r>
    </w:p>
    <w:p>
      <w:r>
        <w:rPr>
          <w:b/>
        </w:rPr>
        <w:t xml:space="preserve">[08:41] </w:t>
      </w:r>
      <w:r>
        <w:t>to bhai, samajh mein aaya ke is quran ki in ayaton ko samajhne ke liye yeh aik buniyadi ma'khaz hai. woh yeh hai ke Allah rabbul izzat ne farishton ko bataya ke chounke insan ko azadi di gayi hai, di jayegi, total azadi, total freedom,</w:t>
      </w:r>
    </w:p>
    <w:p>
      <w:pPr>
        <w:jc w:val="right"/>
      </w:pPr>
      <w:r>
        <w:t>تو بھئی، سمجھ میں آیا کہ اس قرآن کی ان آیتوں کو سمجھنے کے لیے یہ ایک بنیادی ماخذ ہے۔ وہ یہ ہے کہ اللہ رب تعالی نے فرشتوں کو بتایا کہ چونکہ انسان کو آزادی دی گئی ہے، دی جائے گی، ٹوٹل آزادی، ٹوٹل فریڈم،</w:t>
      </w:r>
    </w:p>
    <w:p>
      <w:r>
        <w:rPr>
          <w:b/>
        </w:rPr>
        <w:t xml:space="preserve">[09:05] </w:t>
      </w:r>
      <w:r>
        <w:t>to freedom ko mehsoos karega aur khoon bahayega, fasad karega, yeh sab hoga. lekin Allah ne insan ke nature mein, is ki takhleeqi banawat mein,</w:t>
      </w:r>
    </w:p>
    <w:p>
      <w:pPr>
        <w:jc w:val="right"/>
      </w:pPr>
      <w:r>
        <w:t>تو فریڈم کو محسوس کرے گا اور خون بہائے گا، فساد کرے گا، یہ سب ہوگا۔ لیکن اللہ نے انسان کے نیچر میں، اس کی تخلیقی بناوٹ میں،</w:t>
      </w:r>
    </w:p>
    <w:p>
      <w:r>
        <w:rPr>
          <w:b/>
        </w:rPr>
        <w:t xml:space="preserve">[09:21] </w:t>
      </w:r>
      <w:r>
        <w:t>aik cheez rakh di hai jo motivation hai is baat ka ke woh zindagi ki purpose ko talash kare.</w:t>
      </w:r>
    </w:p>
    <w:p>
      <w:pPr>
        <w:jc w:val="right"/>
      </w:pPr>
      <w:r>
        <w:t>ایک چیز رکھ دی ہے جو موٹیویشن ہے اس بات کا کہ وہ زندگی کی پرپس کو تلاش کرے۔</w:t>
      </w:r>
    </w:p>
    <w:p>
      <w:r>
        <w:rPr>
          <w:b/>
        </w:rPr>
        <w:t xml:space="preserve">[09:34] </w:t>
      </w:r>
      <w:r>
        <w:t>is ki detail aap dekh sakte hain kitabon mein ya internet par. yani insan ka nature yeh hai ke woh</w:t>
      </w:r>
    </w:p>
    <w:p>
      <w:pPr>
        <w:jc w:val="right"/>
      </w:pPr>
      <w:r>
        <w:t>اس کی ڈیٹیل آپ دیکھ سکتے ہیں کتابوں میں یا انٹرنیٹ پر۔ یعنی انسان کا نیچر یہ ہے کہ وہ</w:t>
      </w:r>
    </w:p>
    <w:p>
      <w:r>
        <w:rPr>
          <w:b/>
        </w:rPr>
        <w:t xml:space="preserve">[09:46] </w:t>
      </w:r>
      <w:r>
        <w:t>woh hamesha search mein rehta hai, talash mein rehta hai,</w:t>
      </w:r>
    </w:p>
    <w:p>
      <w:pPr>
        <w:jc w:val="right"/>
      </w:pPr>
      <w:r>
        <w:t>وہ ہمیشہ سرچ میں رہتا ہے، تلاش میں رہتا ہے،</w:t>
      </w:r>
    </w:p>
    <w:p>
      <w:r>
        <w:rPr>
          <w:b/>
        </w:rPr>
        <w:t xml:space="preserve">[09:55] </w:t>
      </w:r>
      <w:r>
        <w:t>meaningful se kam par raazi nahi hota. woh koi kaam kare, koi iqdam kare to woh is ki nazar mein meaningful hona chahiye.</w:t>
      </w:r>
    </w:p>
    <w:p>
      <w:pPr>
        <w:jc w:val="right"/>
      </w:pPr>
      <w:r>
        <w:t>میننگ فل سے کم پر راضی نہیں ہوتا۔ وہ کوئی کام کرے، کوئی اقدام کرے تو وہ اس کی نظر میں میننگ فل ہونا چاہیے۔</w:t>
      </w:r>
    </w:p>
    <w:p>
      <w:r>
        <w:rPr>
          <w:b/>
        </w:rPr>
        <w:t xml:space="preserve">[10:06] </w:t>
      </w:r>
      <w:r>
        <w:t>agar meaningful nahi hai to is par raazi nahi hota. woh isi liye insan ki nature hamesha yeh karti hai ke woh rethinking karti hai, replanning karti hai.</w:t>
      </w:r>
    </w:p>
    <w:p>
      <w:pPr>
        <w:jc w:val="right"/>
      </w:pPr>
      <w:r>
        <w:t>اگر میننگ فل نہیں ہے تو اس پر راضی نہیں ہوتا۔ وہ اسی لیے انسان کی نیچر ہمیشہ یہ کرتی ہے کہ وہ ری تھنکنگ کرتی ہے، ری پلاننگ کرتی ہے۔</w:t>
      </w:r>
    </w:p>
    <w:p>
      <w:r>
        <w:rPr>
          <w:b/>
        </w:rPr>
        <w:t xml:space="preserve">[10:20] </w:t>
      </w:r>
      <w:r>
        <w:t>to Allah taala ne kaha, is bataya farishton ko ke to tumhara andesha sahi hai ke mehsoos karega woh freedom ko.</w:t>
      </w:r>
    </w:p>
    <w:p>
      <w:pPr>
        <w:jc w:val="right"/>
      </w:pPr>
      <w:r>
        <w:t>تو اللہ تعالی نے کہا، اس بتایا فرشتوں کو کہ تو تمہارا اندیشہ صحیح ہے کہ محسوس کرے گا وہ فریڈم کو۔</w:t>
      </w:r>
    </w:p>
    <w:p>
      <w:r>
        <w:rPr>
          <w:b/>
        </w:rPr>
        <w:t xml:space="preserve">[10:31] </w:t>
      </w:r>
      <w:r>
        <w:t>lekin isi ke sath yeh hai ke maine abadi tor par is ki takhleeq mein aik bohat bari cheez rakh di hai, woh check rank banayega.</w:t>
      </w:r>
    </w:p>
    <w:p>
      <w:pPr>
        <w:jc w:val="right"/>
      </w:pPr>
      <w:r>
        <w:t>لیکن اسی کے ساتھ یہ ہے کہ میں نے ابدی طور پر اس کی تخلیق میں ایک بہت بڑی چیز رکھ دی ہے، وہ چیک ریک بنا رہے گا۔</w:t>
      </w:r>
    </w:p>
    <w:p>
      <w:r>
        <w:rPr>
          <w:b/>
        </w:rPr>
        <w:t xml:space="preserve">[10:44] </w:t>
      </w:r>
      <w:r>
        <w:t>check, check yeh hai ke insan koi kaam kare, is ka nateeja ulta nikle to raazi nahi hoga is par.</w:t>
      </w:r>
    </w:p>
    <w:p>
      <w:pPr>
        <w:jc w:val="right"/>
      </w:pPr>
      <w:r>
        <w:t>چیک، چیک یہ ہے کہ انسان کوئی کام کرے، اس کا نتیجہ الٹا نکلے تو راضی نہیں ہوگا اس پر۔</w:t>
      </w:r>
    </w:p>
    <w:p>
      <w:r>
        <w:rPr>
          <w:b/>
        </w:rPr>
        <w:t xml:space="preserve">[10:52] </w:t>
      </w:r>
      <w:r>
        <w:t>woh woh phir se sochega, replanning karega.</w:t>
      </w:r>
    </w:p>
    <w:p>
      <w:pPr>
        <w:jc w:val="right"/>
      </w:pPr>
      <w:r>
        <w:t>وہ وہ پھر سے سوچے گا، ری پلاننگ کرے گا۔</w:t>
      </w:r>
    </w:p>
    <w:p>
      <w:r>
        <w:rPr>
          <w:b/>
        </w:rPr>
        <w:t xml:space="preserve">[11:00] </w:t>
      </w:r>
      <w:r>
        <w:t>woh to aaj, woh woh jo scientist hai, woh</w:t>
      </w:r>
    </w:p>
    <w:p>
      <w:pPr>
        <w:jc w:val="right"/>
      </w:pPr>
      <w:r>
        <w:t>وہ تو آج، وہ وہ جو سائنسدان ہے، وہ</w:t>
      </w:r>
    </w:p>
    <w:p>
      <w:r>
        <w:rPr>
          <w:b/>
        </w:rPr>
        <w:t xml:space="preserve">[11:10] </w:t>
      </w:r>
      <w:r>
        <w:t>kya naam hai is ka?</w:t>
      </w:r>
    </w:p>
    <w:p>
      <w:pPr>
        <w:jc w:val="right"/>
      </w:pPr>
      <w:r>
        <w:t>کیا نام ہے اس کا؟</w:t>
      </w:r>
    </w:p>
    <w:p>
      <w:r>
        <w:rPr>
          <w:b/>
        </w:rPr>
        <w:t xml:space="preserve">[11:12] </w:t>
      </w:r>
      <w:r>
        <w:t>alfred adler. alfred adler. alfred, alfred adler ke alfaaz mein</w:t>
      </w:r>
    </w:p>
    <w:p>
      <w:pPr>
        <w:jc w:val="right"/>
      </w:pPr>
      <w:r>
        <w:t>الفریڈ ایڈلر۔ الفریڈ ایڈلر۔ الفریڈ، الفریڈ ایڈلر کے الفاظ میں</w:t>
      </w:r>
    </w:p>
    <w:p>
      <w:r>
        <w:rPr>
          <w:b/>
        </w:rPr>
        <w:t xml:space="preserve">[11:21] </w:t>
      </w:r>
      <w:r>
        <w:t>insan ki aik bohat hi powerful khusoosiyat yeh hai ke woh hamesha yeh chahta hai ke turn his minus into plus.</w:t>
      </w:r>
    </w:p>
    <w:p>
      <w:pPr>
        <w:jc w:val="right"/>
      </w:pPr>
      <w:r>
        <w:t>انسان کی ایک بہت ہی پاور فل خصوصیت یہ ہے کہ وہ ہمیشہ یہ چاہتا ہے کہ ٹرن ہز مائنس انٹو پلس۔</w:t>
      </w:r>
    </w:p>
    <w:p>
      <w:r>
        <w:rPr>
          <w:b/>
        </w:rPr>
        <w:t xml:space="preserve">[11:35] </w:t>
      </w:r>
      <w:r>
        <w:t>bohat ajeeb baat hai yeh</w:t>
      </w:r>
    </w:p>
    <w:p>
      <w:pPr>
        <w:jc w:val="right"/>
      </w:pPr>
      <w:r>
        <w:t>بہت عجیب بات ہے یہ</w:t>
      </w:r>
    </w:p>
    <w:p>
      <w:r>
        <w:rPr>
          <w:b/>
        </w:rPr>
        <w:t xml:space="preserve">[11:40] </w:t>
      </w:r>
      <w:r>
        <w:t>keh insaan hamesha is</w:t>
      </w:r>
    </w:p>
    <w:p>
      <w:pPr>
        <w:jc w:val="right"/>
      </w:pPr>
      <w:r>
        <w:t>کہ انسان ہمیشہ اس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