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30 November 12, 2017</w:t>
      </w:r>
    </w:p>
    <w:p>
      <w:r>
        <w:t>https://www.youtube.com/watch?v=PcGb3fWDHg4</w:t>
      </w:r>
    </w:p>
    <w:p>
      <w:r>
        <w:rPr>
          <w:b/>
        </w:rPr>
        <w:t xml:space="preserve">[00:10] </w:t>
      </w:r>
      <w:r>
        <w:t>bismillah rahman rahim. wasallallahu ala nabiyyil karim. rabishrah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[00:29] </w:t>
      </w:r>
      <w:r>
        <w:t>barah november do hazar satrah.</w:t>
      </w:r>
    </w:p>
    <w:p>
      <w:pPr>
        <w:jc w:val="right"/>
      </w:pPr>
      <w:r>
        <w:t>بارہ نومبر دو ہزار سترہ۔</w:t>
      </w:r>
    </w:p>
    <w:p>
      <w:r>
        <w:rPr>
          <w:b/>
        </w:rPr>
        <w:t xml:space="preserve">[00:38] </w:t>
      </w:r>
      <w:r>
        <w:t>aaj</w:t>
      </w:r>
    </w:p>
    <w:p>
      <w:pPr>
        <w:jc w:val="right"/>
      </w:pPr>
      <w:r>
        <w:t>آج</w:t>
      </w:r>
    </w:p>
    <w:p>
      <w:r>
        <w:rPr>
          <w:b/>
        </w:rPr>
        <w:t xml:space="preserve">[00:42] </w:t>
      </w:r>
      <w:r>
        <w:t>quran ka</w:t>
      </w:r>
    </w:p>
    <w:p>
      <w:pPr>
        <w:jc w:val="right"/>
      </w:pPr>
      <w:r>
        <w:t>قرآن کا</w:t>
      </w:r>
    </w:p>
    <w:p>
      <w:r>
        <w:rPr>
          <w:b/>
        </w:rPr>
        <w:t xml:space="preserve">[00:47] </w:t>
      </w:r>
      <w:r>
        <w:t>dars hasb-e-mamool hota hai.</w:t>
      </w:r>
    </w:p>
    <w:p>
      <w:pPr>
        <w:jc w:val="right"/>
      </w:pPr>
      <w:r>
        <w:t>درس حسب معمول ہوتا ہے۔</w:t>
      </w:r>
    </w:p>
    <w:p>
      <w:r>
        <w:rPr>
          <w:b/>
        </w:rPr>
        <w:t xml:space="preserve">[00:51] </w:t>
      </w:r>
      <w:r>
        <w:t>to aaj ka jo dars hai woh surah baqarah ki kuch ayaton ko le kar hai. to pehla aap ko is ka matan aur tarjuma parha jayega, is ke baad inshallah kuch kuch sharah hogi.</w:t>
      </w:r>
    </w:p>
    <w:p>
      <w:pPr>
        <w:jc w:val="right"/>
      </w:pPr>
      <w:r>
        <w:t>تو آج کا جو درس ہے وہ سورہ بقرہ کی کچھ آیتوں کو لے کر ہے۔ تو پہلا آپ کو اس کا متن اور ترجمہ پڑھا جائے گا، اس کے بعد انشاءاللہ کچھ کچھ شرح ہوگی۔</w:t>
      </w:r>
    </w:p>
    <w:p>
      <w:r>
        <w:rPr>
          <w:b/>
        </w:rPr>
        <w:t xml:space="preserve">[01:07] </w:t>
      </w:r>
      <w:r>
        <w:t>bismillah rahman rahim. wa iz qala rabbuka lil malaikah: "inni ja'ilun fil ardi khalifah".</w:t>
      </w:r>
    </w:p>
    <w:p>
      <w:pPr>
        <w:jc w:val="right"/>
      </w:pPr>
      <w:r>
        <w:t>بسم اللہ الرحمن الرحیم۔ واذ قال ربک للملائکہ: "انی جاعل فی الارض خلیفہ"۔</w:t>
      </w:r>
    </w:p>
    <w:p>
      <w:r>
        <w:rPr>
          <w:b/>
        </w:rPr>
        <w:t xml:space="preserve">[01:16] </w:t>
      </w:r>
      <w:r>
        <w:t>qalu: "ataj'alu fiha man yufsidu fiha wa yasfikud dimaa' wa nahnu nusabbihu bihamdika wa nuqaddisu lak".</w:t>
      </w:r>
    </w:p>
    <w:p>
      <w:pPr>
        <w:jc w:val="right"/>
      </w:pPr>
      <w:r>
        <w:t>قالو: "اتجعل فیہا من یفسد فیہا ویسفک الدماء ونحن نسبح بحمدک ونقدس لک"۔ قال: "انی اعلم ما لا تعلمون"۔</w:t>
      </w:r>
    </w:p>
    <w:p>
      <w:r>
        <w:rPr>
          <w:b/>
        </w:rPr>
        <w:t xml:space="preserve">[01:29] </w:t>
      </w:r>
      <w:r>
        <w:t>qala: "inni a'lamu ma la ta'lamun".</w:t>
      </w:r>
    </w:p>
    <w:p>
      <w:pPr>
        <w:jc w:val="right"/>
      </w:pPr>
      <w:r>
        <w:t>سورہ البقرہ، سورہ نمبر دو، آیت نمبر 30۔ اور جب تیرے رب نے فرشتوں سے کہا کہ میں زمین میں ایک خلیفہ بنانے والا ہوں،</w:t>
      </w:r>
    </w:p>
    <w:p>
      <w:r>
        <w:rPr>
          <w:b/>
        </w:rPr>
        <w:t xml:space="preserve">[01:44] </w:t>
      </w:r>
      <w:r>
        <w:t>surah al-baqarah, surah number do, ayat number 30. aur jab tere rab ne farishton se kaha ke main zameen mein aik khalifah banane wala hoon,</w:t>
      </w:r>
    </w:p>
    <w:p>
      <w:pPr>
        <w:jc w:val="right"/>
      </w:pPr>
      <w:r>
        <w:t>فرشتوں نے کہا: "کیا تو زمین میں ایسے لوگوں کو بسائے گا جو اس میں فساد کریں اور خون بہائیں؟" اور ہم تیری حمد کرتے ہیں اور تیری پاکی بیان کرتے ہیں۔</w:t>
      </w:r>
    </w:p>
    <w:p>
      <w:r>
        <w:rPr>
          <w:b/>
        </w:rPr>
        <w:t xml:space="preserve">[01:58] </w:t>
      </w:r>
      <w:r>
        <w:t>farishton ne kaha: "kya tu zameen mein aise logon ko basayega jo is mein fasad karenge aur khoon bahayenge?" aur hum teri hamd karte hain aur teri pakki bayan karte hain.</w:t>
      </w:r>
    </w:p>
    <w:p>
      <w:pPr>
        <w:jc w:val="right"/>
      </w:pPr>
      <w:r>
        <w:t>اللہ نے کہا: "میں وہ جانتا ہوں جو تم نہیں جانتے"۔</w:t>
      </w:r>
    </w:p>
    <w:p>
      <w:r>
        <w:rPr>
          <w:b/>
        </w:rPr>
        <w:t xml:space="preserve">[02:04] </w:t>
      </w:r>
      <w:r>
        <w:t>allah ne kaha: "main woh janta hoon jo tum nahin jante".</w:t>
      </w:r>
    </w:p>
    <w:p>
      <w:pPr>
        <w:jc w:val="right"/>
      </w:pPr>
      <w:r>
        <w:t>وین یور لارڈ سیڈ ٹو دا اینجلز: "آئی ایم پٹنگ ا سکسیسر ان ارتھ"، دے سیڈ: "ویل یو پلیس سم ون دیر ہو ویل کاز کرپشن ان اٹ اینڈ شڈ بلڈ؟" وائل وی گلوریفائی یو ود یور پریز اینڈ ایکسٹول یور ہولینس۔</w:t>
      </w:r>
    </w:p>
    <w:p>
      <w:r>
        <w:rPr>
          <w:b/>
        </w:rPr>
        <w:t xml:space="preserve">[02:26] </w:t>
      </w:r>
      <w:r>
        <w:t>when your lord said to the angels: "i am putting a successor on earth", they said: "will you place someone there who will cause corruption in it and shed blood?" while we glorify you with your praise and extol your holiness.</w:t>
      </w:r>
    </w:p>
    <w:p>
      <w:pPr>
        <w:jc w:val="right"/>
      </w:pPr>
      <w:r>
        <w:t>گاڈ انسرڈ: "شیورلی، آئی نو دیٹ وچ یو ڈو ناٹ نو"۔</w:t>
      </w:r>
    </w:p>
    <w:p>
      <w:r>
        <w:rPr>
          <w:b/>
        </w:rPr>
        <w:t xml:space="preserve">[02:34] </w:t>
      </w:r>
      <w:r>
        <w:t>god answered: "surely, i know that which you do not know".</w:t>
      </w:r>
    </w:p>
    <w:p>
      <w:pPr>
        <w:jc w:val="right"/>
      </w:pPr>
      <w:r>
        <w:t>آپ جانتے ہیں کہ یہ آیت قرآن کی بہت مشہور آیت ہے، کیونکہ اس آیت میں بتایا گیا ہے کہ اللہ نے انسان کو</w:t>
      </w:r>
    </w:p>
    <w:p>
      <w:r>
        <w:rPr>
          <w:b/>
        </w:rPr>
        <w:t xml:space="preserve">[02:51] </w:t>
      </w:r>
      <w:r>
        <w:t>aap jante hain ke yeh ayat quran ki bohat mashhoor ayat hai, kyunke is ayat mein bataya gaya hai ke allah ne insaan ko</w:t>
      </w:r>
    </w:p>
    <w:p>
      <w:pPr>
        <w:jc w:val="right"/>
      </w:pPr>
      <w:r>
        <w:t>زمین پر خلیفہ بنایا۔</w:t>
      </w:r>
    </w:p>
    <w:p>
      <w:r>
        <w:rPr>
          <w:b/>
        </w:rPr>
        <w:t xml:space="preserve">[02:56] </w:t>
      </w:r>
      <w:r>
        <w:t>zameen par khalifah banaya.</w:t>
      </w:r>
    </w:p>
    <w:p>
      <w:pPr>
        <w:jc w:val="right"/>
      </w:pPr>
      <w:r>
        <w:t>اور</w:t>
      </w:r>
    </w:p>
    <w:p>
      <w:r>
        <w:rPr>
          <w:b/>
        </w:rPr>
        <w:t xml:space="preserve">[03:00] </w:t>
      </w:r>
      <w:r>
        <w:t>aur</w:t>
      </w:r>
    </w:p>
    <w:p>
      <w:pPr>
        <w:jc w:val="right"/>
      </w:pPr>
      <w:r>
        <w:t>ظاہر ہے کہ یہ لفظ صرف انسان کے لیے آیا ہے اور کسی کے لیے نہیں آیا۔ تو میں سوچ رہا تھا کہ خلیفہ کے بارے میں اللہ سے جو ڈائیلاگ ہوا فرشتوں کا،</w:t>
      </w:r>
    </w:p>
    <w:p>
      <w:r>
        <w:rPr>
          <w:b/>
        </w:rPr>
        <w:t xml:space="preserve">[03:19] </w:t>
      </w:r>
      <w:r>
        <w:t>zahiri hai ke yeh lafz sirf insaan ke liye aaya hai aur kisi ke liye nahin aaya. to main soch raha tha ke khalifah ke baray mein allah se jo dialogue hua farishton ka,</w:t>
      </w:r>
    </w:p>
    <w:p>
      <w:pPr>
        <w:jc w:val="right"/>
      </w:pPr>
      <w:r>
        <w:t>اس کے بارے میں بتایا کہ فرشتوں کو بھی اللہ نے بتایا نہیں تھا کہ انسان کا</w:t>
      </w:r>
    </w:p>
    <w:p>
      <w:r>
        <w:rPr>
          <w:b/>
        </w:rPr>
        <w:t xml:space="preserve">[03:29] </w:t>
      </w:r>
      <w:r>
        <w:t>us ke baray mein bataya ke farishton ko bhi allah ne bataya nahin tha ke insaan ka</w:t>
      </w:r>
    </w:p>
    <w:p>
      <w:pPr>
        <w:jc w:val="right"/>
      </w:pPr>
      <w:r>
        <w:t>یعنی پرپس آف کریشن کیا ہے۔ بہت انوکھی بات ہے، کیونکہ آپ جانتے ہیں کہ فرشتے ساری باتوں کو جانتے ہیں، اللہ کے قریب رہتے ہیں وہ۔</w:t>
      </w:r>
    </w:p>
    <w:p>
      <w:r>
        <w:rPr>
          <w:b/>
        </w:rPr>
        <w:t xml:space="preserve">[03:48] </w:t>
      </w:r>
      <w:r>
        <w:t>yani purpose of creation kya hai. bohat anokhi baat hai, kyunke aap jante hain ke farishte sari baaton ko jante hain, allah ke qareeb rehte hain woh.</w:t>
      </w:r>
    </w:p>
    <w:p>
      <w:pPr>
        <w:jc w:val="right"/>
      </w:pPr>
      <w:r>
        <w:t>لیکن اللہ نے ان کو نہیں بتایا کہ انسان کے نام سے جو ایک نئی مخلوق وہ بنا رہا ہے، تو اس کا پرپس آف کریشن کیا ہے۔</w:t>
      </w:r>
    </w:p>
    <w:p>
      <w:r>
        <w:rPr>
          <w:b/>
        </w:rPr>
        <w:t xml:space="preserve">[04:03] </w:t>
      </w:r>
      <w:r>
        <w:t>lekin allah ne un ko nahin bataya ke insaan ke naam se jo aik nai makhlooq woh bana raha hai, to uska purpose of creation kya hai.</w:t>
      </w:r>
    </w:p>
    <w:p>
      <w:pPr>
        <w:jc w:val="right"/>
      </w:pPr>
      <w:r>
        <w:t>اس پر سوچتے ہوئے میرے سامنے یہ بات آتی ہے کہ یہ انسان کو بہت بڑا کریڈٹ دینے کے لیے تھا، بہت بڑا۔</w:t>
      </w:r>
    </w:p>
    <w:p>
      <w:r>
        <w:rPr>
          <w:b/>
        </w:rPr>
        <w:t xml:space="preserve">[04:19] </w:t>
      </w:r>
      <w:r>
        <w:t>is par sochte hue mere samne yeh baat aati hai ke yeh insaan ko bohat bara credit dene ke liye tha, bohat bara.</w:t>
      </w:r>
    </w:p>
    <w:p>
      <w:pPr>
        <w:jc w:val="right"/>
      </w:pPr>
      <w:r>
        <w:t>یعنی انسان کو بنایا تھا اللہ تعالیٰ نے کہ وہ ڈسکوری کی سطح پر کھڑا ہو، کچھ کریٹیو کام کرے،</w:t>
      </w:r>
    </w:p>
    <w:p>
      <w:r>
        <w:rPr>
          <w:b/>
        </w:rPr>
        <w:t xml:space="preserve">[04:33] </w:t>
      </w:r>
      <w:r>
        <w:t>yani insaan ko banaya tha allah taala ne ke woh discovery ki satah par khada ho, kuch creative kaam kare,</w:t>
      </w:r>
    </w:p>
    <w:p>
      <w:pPr>
        <w:jc w:val="right"/>
      </w:pPr>
      <w:r>
        <w:t>کچھ ایسا کام کرے جو دوسری مخلوقات نہیں کر رہی ہیں۔</w:t>
      </w:r>
    </w:p>
    <w:p>
      <w:r>
        <w:rPr>
          <w:b/>
        </w:rPr>
        <w:t xml:space="preserve">[04:41] </w:t>
      </w:r>
      <w:r>
        <w:t>kuch aisa kaam kare jo doosri makhlooqat nahin kar rahi hain.</w:t>
      </w:r>
    </w:p>
    <w:p>
      <w:pPr>
        <w:jc w:val="right"/>
      </w:pPr>
      <w:r>
        <w:t>اس لیے اور واقعتاً تاریخ سے ثابت ہوا کہ انسان کو اسی قسم کا ایک رول ادا کرنا تھا زمین پر۔</w:t>
      </w:r>
    </w:p>
    <w:p>
      <w:r>
        <w:rPr>
          <w:b/>
        </w:rPr>
        <w:t xml:space="preserve">[04:56] </w:t>
      </w:r>
      <w:r>
        <w:t>to khalifa ke lafz ke baray mein tafseeron mein koi ek rai nahi hai.</w:t>
      </w:r>
    </w:p>
    <w:p>
      <w:pPr>
        <w:jc w:val="right"/>
      </w:pPr>
      <w:r>
        <w:t>تو خلیفہ کے لفظ کے بارے میں تفسیروں میں کوئی ایک رائے نہیں ہے۔</w:t>
      </w:r>
    </w:p>
    <w:p>
      <w:r>
        <w:rPr>
          <w:b/>
        </w:rPr>
        <w:t xml:space="preserve">[05:05] </w:t>
      </w:r>
      <w:r>
        <w:t>yeh bohat ziyada yani ek</w:t>
      </w:r>
    </w:p>
    <w:p>
      <w:pPr>
        <w:jc w:val="right"/>
      </w:pPr>
      <w:r>
        <w:t>یہ بہت زیادہ یعنی ایک</w:t>
      </w:r>
    </w:p>
    <w:p>
      <w:r>
        <w:rPr>
          <w:b/>
        </w:rPr>
        <w:t xml:space="preserve">[05:14] </w:t>
      </w:r>
      <w:r>
        <w:t>nizai term keh sakte hain aap Quran mein hai. Lekin mukhtalif tafseeron ko hum ne dekha to maloom hua ke ke commentators ki jo majority hai,</w:t>
      </w:r>
    </w:p>
    <w:p>
      <w:pPr>
        <w:jc w:val="right"/>
      </w:pPr>
      <w:r>
        <w:t>نزاعی ٹرم کہہ سکتے ہیں آپ قرآن میں ہے۔ لیکن مختلف تفسیروں کو ہم نے دیکھا تو معلوم ہوا کہ کہ کمنٹیٹرز کی جو میجورٹی ہے،</w:t>
      </w:r>
    </w:p>
    <w:p>
      <w:r>
        <w:rPr>
          <w:b/>
        </w:rPr>
        <w:t xml:space="preserve">[05:33] </w:t>
      </w:r>
      <w:r>
        <w:t>woh sirf ek taseer ko mante hain. Kuch doosri taseeren jo hain, woh sirf majority mufassireen ki kuch tadad mein liya hai.</w:t>
      </w:r>
    </w:p>
    <w:p>
      <w:pPr>
        <w:jc w:val="right"/>
      </w:pPr>
      <w:r>
        <w:t>وہ صرف ایک تفسیر کو مانتے ہیں۔ کچھ دوسری تفسیریں جو ہیں، وہ صرف مایارٹی مفسرین کی کچھ تعداد میں لیا ہے۔</w:t>
      </w:r>
    </w:p>
    <w:p>
      <w:r>
        <w:rPr>
          <w:b/>
        </w:rPr>
        <w:t xml:space="preserve">[05:41] </w:t>
      </w:r>
      <w:r>
        <w:t>isko majority yani top ke taqreeban barah commentators ne jo arabi taseeren unhon ne likhi hain,</w:t>
      </w:r>
    </w:p>
    <w:p>
      <w:pPr>
        <w:jc w:val="right"/>
      </w:pPr>
      <w:r>
        <w:t>اس کو میجورٹی یعنی ٹاپ کے تقریباً بارہ کمنٹیٹرز نے جو عربی تفسیریں انہوں نے لکھی ہیں،</w:t>
      </w:r>
    </w:p>
    <w:p>
      <w:r>
        <w:rPr>
          <w:b/>
        </w:rPr>
        <w:t xml:space="preserve">[05:56] </w:t>
      </w:r>
      <w:r>
        <w:t>unhon ne ek hi mafhoom liya hai, kyunke woh kyunke woh mafhoom khud Quran se nikal raha hai.</w:t>
      </w:r>
    </w:p>
    <w:p>
      <w:pPr>
        <w:jc w:val="right"/>
      </w:pPr>
      <w:r>
        <w:t>انہوں نے ایک ہی مفہوم لیا ہے، کیونکہ وہ کیونکہ وہ مفہوم خود قرآن سے نکل رہا ہے۔</w:t>
      </w:r>
    </w:p>
    <w:p>
      <w:r>
        <w:rPr>
          <w:b/>
        </w:rPr>
        <w:t xml:space="preserve">[06:06] </w:t>
      </w:r>
      <w:r>
        <w:t>kyunke woh mafhoom khud Quran se nikal raha hai. Aap ayat ko le kar ke parhiye to</w:t>
      </w:r>
    </w:p>
    <w:p>
      <w:pPr>
        <w:jc w:val="right"/>
      </w:pPr>
      <w:r>
        <w:t>کیونکہ وہ مفہوم خود قرآن سے نکل رہا ہے۔ آپ آیت کو لے کر کے پڑھیے تو</w:t>
      </w:r>
    </w:p>
    <w:p>
      <w:r>
        <w:rPr>
          <w:b/>
        </w:rPr>
        <w:t xml:space="preserve">[06:15] </w:t>
      </w:r>
      <w:r>
        <w:t>. Qala Ibn Kathir: "Inni ja'ilun fil ardi khaleefah qawmun yakhlufu ba'duhum ba'dan qarnan ba'da qarnin wa jilan ba'da jilin".</w:t>
      </w:r>
    </w:p>
    <w:p>
      <w:pPr>
        <w:jc w:val="right"/>
      </w:pPr>
      <w:r>
        <w:t>۔ قال ابن کثیر: "انی جاعل فی الارض خلیفہ قوما یخلف بعضہم بعضا قرنا بعد قرن وجیلا بعد جیل"۔</w:t>
      </w:r>
    </w:p>
    <w:p>
      <w:r>
        <w:rPr>
          <w:b/>
        </w:rPr>
        <w:t xml:space="preserve">[06:27] </w:t>
      </w:r>
      <w:r>
        <w:t>kama qala ta'ala: "Huwalladhi ja'alakum khala'ifal ard" . Al-An'am 165. Wa qala: "Wa yaj'alakum khulafa'al ard".</w:t>
      </w:r>
    </w:p>
    <w:p>
      <w:pPr>
        <w:jc w:val="right"/>
      </w:pPr>
      <w:r>
        <w:t>کما قال تعالی: "ھو الذی جعلم خلائف الارض"۔ الانعام 165۔ وقال: "ویجعلم خلفاء الارض"۔</w:t>
      </w:r>
    </w:p>
    <w:p>
      <w:r>
        <w:rPr>
          <w:b/>
        </w:rPr>
        <w:t xml:space="preserve">[06:39] </w:t>
      </w:r>
      <w:r>
        <w:t>An-Naml 62. Yani "Inni ja'ilun fil ardi khaleefah" ka matlab hai ke aisi qaum jo ek ke baad doosre aayen, ek zamanay ke baad doosra zamanah, ek nasal ke baad doosri nasal.</w:t>
      </w:r>
    </w:p>
    <w:p>
      <w:pPr>
        <w:jc w:val="right"/>
      </w:pPr>
      <w:r>
        <w:t>النمل 62۔ یعنی "انی جاعل فی الارض خلیفہ" کا مطلب ہے کہ ایسی قوم جو ایک کے بعد دوسرے آئیں، ایک زمانے کے بعد دوسرا زمانہ، ایک نسل کے بعد دوسری نسل۔</w:t>
      </w:r>
    </w:p>
    <w:p>
      <w:r>
        <w:rPr>
          <w:b/>
        </w:rPr>
        <w:t xml:space="preserve">[06:55] </w:t>
      </w:r>
      <w:r>
        <w:t>jaisa ke Allah ta'ala ne kaha: "Wohi hai jis ne tum ko zameen mein khalifa banaya" . Al-An'am 165.</w:t>
      </w:r>
    </w:p>
    <w:p>
      <w:pPr>
        <w:jc w:val="right"/>
      </w:pPr>
      <w:r>
        <w:t>جیسا کہ اللہ تعالی نے کہا: "وہی ہے جس نے تم کو زمین میں خلیفہ بنایا"۔ الانعام 165۔</w:t>
      </w:r>
    </w:p>
    <w:p>
      <w:r>
        <w:rPr>
          <w:b/>
        </w:rPr>
        <w:t xml:space="preserve">[07:03] </w:t>
      </w:r>
      <w:r>
        <w:t>aur doosri jagah kaha: "Aur woh tum ko zameen mein khalifa banata hai" . An-Naml 62.</w:t>
      </w:r>
    </w:p>
    <w:p>
      <w:pPr>
        <w:jc w:val="right"/>
      </w:pPr>
      <w:r>
        <w:t>اور دوسری جگہ کہا: "اور وہ تم کو زمین میں خلیفہ بناتا ہے"۔ النمل 62۔</w:t>
      </w:r>
    </w:p>
    <w:p>
      <w:r>
        <w:rPr>
          <w:b/>
        </w:rPr>
        <w:t xml:space="preserve">[07:12] </w:t>
      </w:r>
      <w:r>
        <w:t>dekhiye, khalifa ka jo lafzi matlab hai, woh hai</w:t>
      </w:r>
    </w:p>
    <w:p>
      <w:pPr>
        <w:jc w:val="right"/>
      </w:pPr>
      <w:r>
        <w:t>دیکھیے، خلیفہ کا جو لفظی مطلب ہے، وہ ہے</w:t>
      </w:r>
    </w:p>
    <w:p>
      <w:r>
        <w:rPr>
          <w:b/>
        </w:rPr>
        <w:t xml:space="preserve">[07:19] </w:t>
      </w:r>
      <w:r>
        <w:t>baad ko aanay wala, jansheen. To aksar mufassireen ne yahi mani liye hain ke khalifa ke mani hain ek ke baad ek aanay wala.</w:t>
      </w:r>
    </w:p>
    <w:p>
      <w:pPr>
        <w:jc w:val="right"/>
      </w:pPr>
      <w:r>
        <w:t>بعد کو آنے والا، جانشین۔ تو اکثر مفسرین نے یہی معنی لیے ہیں کہ خلیفہ کے معنی ہیں ایک کے بعد ایک آنے والا۔</w:t>
      </w:r>
    </w:p>
    <w:p>
      <w:r>
        <w:rPr>
          <w:b/>
        </w:rPr>
        <w:t xml:space="preserve">[07:35] </w:t>
      </w:r>
      <w:r>
        <w:t>yani zameen mein insan jo basaya jaye ga, to us ki shakal yeh hogi</w:t>
      </w:r>
    </w:p>
    <w:p>
      <w:pPr>
        <w:jc w:val="right"/>
      </w:pPr>
      <w:r>
        <w:t>یعنی زمین میں انسان جو بسایا جائے گا، تو اس کی شکل یہ ہوگی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