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Scientific Way of Thinking July 22, 2007</w:t>
      </w:r>
    </w:p>
    <w:p>
      <w:r>
        <w:t>https://www.youtube.com/watch?v=HxIschrKj7s</w:t>
      </w:r>
    </w:p>
    <w:p>
      <w:r>
        <w:rPr>
          <w:b/>
        </w:rPr>
        <w:t xml:space="preserve">[00:13] </w:t>
      </w:r>
      <w:r>
        <w:t>Bismillah hir Rahman nir Rahim, wa salla Allahu 'ala an-nabiyyil karim.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aaj ka jo topic hai woh hai scientific method, scientific way of thinking.</w:t>
      </w:r>
    </w:p>
    <w:p>
      <w:pPr>
        <w:jc w:val="right"/>
      </w:pPr>
      <w:r>
        <w:t>آج کا جو ٹاپک ہے وہ ہے سائنٹیفک میتھڈ، سائنٹیفک وے آف تھنکنگ.</w:t>
      </w:r>
    </w:p>
    <w:p>
      <w:r>
        <w:rPr>
          <w:b/>
        </w:rPr>
        <w:t xml:space="preserve">[00:48] </w:t>
      </w:r>
      <w:r>
        <w:t>yani kis tarah se cheezon ke baray mein scientific rai banai jaye.</w:t>
      </w:r>
    </w:p>
    <w:p>
      <w:pPr>
        <w:jc w:val="right"/>
      </w:pPr>
      <w:r>
        <w:t>یعنی کس طرح سے چیزوں کے بارے میں سائنٹیفک رائے بنائی جائے۔</w:t>
      </w:r>
    </w:p>
    <w:p>
      <w:r>
        <w:rPr>
          <w:b/>
        </w:rPr>
        <w:t xml:space="preserve">[00:55] </w:t>
      </w:r>
      <w:r>
        <w:t>aaj ke zamanay mein aap jante hain ke sab se ziyada ideal samjha jata hai science ko ya scientific method ko.</w:t>
      </w:r>
    </w:p>
    <w:p>
      <w:pPr>
        <w:jc w:val="right"/>
      </w:pPr>
      <w:r>
        <w:t>آج کے زمانے میں آپ جانتے ہیں کہ سب سے زیادہ آئیڈیل سمجھا جاتا ہے سائنس کو یا سائنٹیفک میتھڈ کو۔</w:t>
      </w:r>
    </w:p>
    <w:p>
      <w:r>
        <w:rPr>
          <w:b/>
        </w:rPr>
        <w:t xml:space="preserve">[01:06] </w:t>
      </w:r>
      <w:r>
        <w:t>to scientific method jo apply kiya jata hai physical world par wohi method hamein apply karna chahiye doosre discipline par bhi.</w:t>
      </w:r>
    </w:p>
    <w:p>
      <w:pPr>
        <w:jc w:val="right"/>
      </w:pPr>
      <w:r>
        <w:t>تو سائنٹیفک میتھڈ جو اپلائی کیا جاتا ہے فزیکل ورلڈ پر وہی میتھڈ ہمیں اپلائی کرنا چاہیے دوسرے ڈسپلن پر بھی۔</w:t>
      </w:r>
    </w:p>
    <w:p>
      <w:r>
        <w:rPr>
          <w:b/>
        </w:rPr>
        <w:t xml:space="preserve">[01:20] </w:t>
      </w:r>
      <w:r>
        <w:t>dekhen, scientific method kya hai? Bertrand Russell ne is ki ek bohat hi simple misaal di hai.</w:t>
      </w:r>
    </w:p>
    <w:p>
      <w:pPr>
        <w:jc w:val="right"/>
      </w:pPr>
      <w:r>
        <w:t>دیکھیں، سائنٹیفک میتھڈ کیا ہے؟ برٹن رسل نے اس کی ایک بہت ہی سمپل مثال دی ہے۔</w:t>
      </w:r>
    </w:p>
    <w:p>
      <w:r>
        <w:rPr>
          <w:b/>
        </w:rPr>
        <w:t xml:space="preserve">[01:31] </w:t>
      </w:r>
      <w:r>
        <w:t>unhon ne kaha ke Plato ne kaha tha ke aurat mard ke muqablay mein inferior hoti hai.</w:t>
      </w:r>
    </w:p>
    <w:p>
      <w:pPr>
        <w:jc w:val="right"/>
      </w:pPr>
      <w:r>
        <w:t>انہوں نے کہا کہ پلیٹو نے کہا تھا کہ عورت مرد کے مقابلے میں انفیریئر ہوتی ہے۔</w:t>
      </w:r>
    </w:p>
    <w:p>
      <w:r>
        <w:rPr>
          <w:b/>
        </w:rPr>
        <w:t xml:space="preserve">[01:43] </w:t>
      </w:r>
      <w:r>
        <w:t>mard superior hai aur aurat inferior hai by nature, by birth.</w:t>
      </w:r>
    </w:p>
    <w:p>
      <w:pPr>
        <w:jc w:val="right"/>
      </w:pPr>
      <w:r>
        <w:t>مرد سپیریئر ہے اور عورت انفیریئر ہے by nature, by birth.</w:t>
      </w:r>
    </w:p>
    <w:p>
      <w:r>
        <w:rPr>
          <w:b/>
        </w:rPr>
        <w:t xml:space="preserve">[01:49] </w:t>
      </w:r>
      <w:r>
        <w:t>iska proof us ne yeh diya ke aurat ke munh mein kam daant hotay hain,</w:t>
      </w:r>
    </w:p>
    <w:p>
      <w:pPr>
        <w:jc w:val="right"/>
      </w:pPr>
      <w:r>
        <w:t>اس کا پروف اس نے یہ دیا کہ عورت کے منہ میں کم دانت ہوتے ہیں،</w:t>
      </w:r>
    </w:p>
    <w:p>
      <w:r>
        <w:rPr>
          <w:b/>
        </w:rPr>
        <w:t xml:space="preserve">[01:58] </w:t>
      </w:r>
      <w:r>
        <w:t>mard ke muqable mein kam daant hotay hain. to bertrand russell likhta hai ke plato ke do biwiyan theen.</w:t>
      </w:r>
    </w:p>
    <w:p>
      <w:pPr>
        <w:jc w:val="right"/>
      </w:pPr>
      <w:r>
        <w:t>مرد کے مقابلے میں کم دانت ہوتے ہیں۔ تو برٹن رسل لکھتا ہے کہ پلیٹو کے دو بیویاں تھیں۔</w:t>
      </w:r>
    </w:p>
    <w:p>
      <w:r>
        <w:rPr>
          <w:b/>
        </w:rPr>
        <w:t xml:space="preserve">[02:11] </w:t>
      </w:r>
      <w:r>
        <w:t>agar woh kisi biwi se kehta ke apna munh kholo, main tumhare daant ginoon ga.</w:t>
      </w:r>
    </w:p>
    <w:p>
      <w:pPr>
        <w:jc w:val="right"/>
      </w:pPr>
      <w:r>
        <w:t>اگر وہ کسی بیوی سے کہتا کہ اپنا منہ کھولو، میں تمہارے دانت گنوں گا۔</w:t>
      </w:r>
    </w:p>
    <w:p>
      <w:r>
        <w:rPr>
          <w:b/>
        </w:rPr>
        <w:t xml:space="preserve">[02:21] </w:t>
      </w:r>
      <w:r>
        <w:t>to woh pata ke jis tarah mard ke munh mein 32 daant hotay hain, usi tarah aurat ke munh mein bhi 32 daant hain.</w:t>
      </w:r>
    </w:p>
    <w:p>
      <w:pPr>
        <w:jc w:val="right"/>
      </w:pPr>
      <w:r>
        <w:t>تو وہ پاتا کہ جس طرح مرد کے منہ میں 32 دانت ہوتے ہیں، اسی طرح عورت کے منہ میں بھی 32 دانت ہیں۔</w:t>
      </w:r>
    </w:p>
    <w:p>
      <w:r>
        <w:rPr>
          <w:b/>
        </w:rPr>
        <w:t xml:space="preserve">[02:32] </w:t>
      </w:r>
      <w:r>
        <w:t>yeh hai scientific method. yani koi rai aap banayen to us ki aap scrutiny karen,</w:t>
      </w:r>
    </w:p>
    <w:p>
      <w:pPr>
        <w:jc w:val="right"/>
      </w:pPr>
      <w:r>
        <w:t>یہ ہے سائنٹیفک میتھڈ۔ یعنی کوئی رائے آپ بنائیں تو اس کی آپ اسکرٹنی کریں،</w:t>
      </w:r>
    </w:p>
    <w:p>
      <w:r>
        <w:rPr>
          <w:b/>
        </w:rPr>
        <w:t xml:space="preserve">[02:43] </w:t>
      </w:r>
      <w:r>
        <w:t>us ka data ikatha karen, objective way mein aap study karen relevant data</w:t>
      </w:r>
    </w:p>
    <w:p>
      <w:pPr>
        <w:jc w:val="right"/>
      </w:pPr>
      <w:r>
        <w:t>اس کا ڈیٹا اکٹھا کریں، آبجیکٹیو وے میں آپ اسٹڈی کریں ریلیونٹ ڈیٹا</w:t>
      </w:r>
    </w:p>
    <w:p>
      <w:r>
        <w:rPr>
          <w:b/>
        </w:rPr>
        <w:t xml:space="preserve">[02:50] </w:t>
      </w:r>
      <w:r>
        <w:t>ki, tab apni rai banayen. aise hi rai na banayen. to yeh scientific method jo hai, hum log yani jo log parhte hain is collegeon mein aur universityon mein, woh apni degree wale cheezon mein to us ko use karte hain,</w:t>
      </w:r>
    </w:p>
    <w:p>
      <w:pPr>
        <w:jc w:val="right"/>
      </w:pPr>
      <w:r>
        <w:t>کی، تب اپنی رائے بنائیں۔ ایسے ہی رائے نہ بنا لیں۔ تو یہ سائنٹیفک میتھڈ جو ہے، ہم لوگ یعنی جو لوگ پڑھتے ہیں اس کالجوں میں اور یونیورسٹیوں میں، وہ اپنی ڈگری والے چیزوں میں تو اس کو یوز کرتے ہیں،</w:t>
      </w:r>
    </w:p>
    <w:p>
      <w:r>
        <w:rPr>
          <w:b/>
        </w:rPr>
        <w:t xml:space="preserve">[03:11] </w:t>
      </w:r>
      <w:r>
        <w:t>doosri cheezon mein nahin.</w:t>
      </w:r>
    </w:p>
    <w:p>
      <w:pPr>
        <w:jc w:val="right"/>
      </w:pPr>
      <w:r>
        <w:t>دوسری چیزوں میں نہیں۔</w:t>
      </w:r>
    </w:p>
    <w:p>
      <w:r>
        <w:rPr>
          <w:b/>
        </w:rPr>
        <w:t xml:space="preserve">[03:14] </w:t>
      </w:r>
      <w:r>
        <w:t>yeh dekhen ke ek sahab jo bohat parhe likhe aadmi hain, un ke paas America tak ki degree hai, unhon ne kaha ke saare religion jo hain woh peace</w:t>
      </w:r>
    </w:p>
    <w:p>
      <w:pPr>
        <w:jc w:val="right"/>
      </w:pPr>
      <w:r>
        <w:t>یہ دیکھیں کہ ایک صاحب جو بہت پڑھے لکھے آدمی ہیں، ان کے پاس امریکہ تک کی ڈگری ہے، انہوں نے کہا کہ سارے ریلیجن جو ہیں وہ پیس</w:t>
      </w:r>
    </w:p>
    <w:p>
      <w:r>
        <w:rPr>
          <w:b/>
        </w:rPr>
        <w:t xml:space="preserve">[03:35] </w:t>
      </w:r>
      <w:r>
        <w:t>par base karte hain. Saare religion mein peace aur shanti ki baatein hain. Lekin Islam jo hai woh violence ka religion hai.</w:t>
      </w:r>
    </w:p>
    <w:p>
      <w:pPr>
        <w:jc w:val="right"/>
      </w:pPr>
      <w:r>
        <w:t>پر بیس کرتے ہیں۔ سارے ریلیجن میں پیس اور شانتی کی باتیں ہیں۔ لیکن اسلام جو ہے وہ وائلنس کا ریلیجن ہے۔</w:t>
      </w:r>
    </w:p>
    <w:p>
      <w:r>
        <w:rPr>
          <w:b/>
        </w:rPr>
        <w:t xml:space="preserve">[03:45] </w:t>
      </w:r>
      <w:r>
        <w:t>ab dekhen ke unhon ne degree likhi India mein, America ki, America ki universityon ki, aisi baat bole woh. To main ne kaha ke dekhen, yeh scientific tareeqa nahin hai baat ko samajhne ka.</w:t>
      </w:r>
    </w:p>
    <w:p>
      <w:pPr>
        <w:jc w:val="right"/>
      </w:pPr>
      <w:r>
        <w:t>اب دیکھیں کہ انہوں نے ڈگری لکھی انڈیا میں، امریکہ کی، امریکہ کی یونیورسٹیوں کی، ایسی بات بولے وہ۔ تو میں نے کہا کہ دیکھیں، یہ سائنٹیفک طریقہ نہیں ہے بات کو سمجھنے کا۔</w:t>
      </w:r>
    </w:p>
    <w:p>
      <w:r>
        <w:rPr>
          <w:b/>
        </w:rPr>
        <w:t xml:space="preserve">[04:02] </w:t>
      </w:r>
      <w:r>
        <w:t>main ne kaha ke aap ne yeh kaha ke Islam jo hai religion of violence hai aur doosre religion jo hain woh religion of pe</w:t>
      </w:r>
    </w:p>
    <w:p>
      <w:pPr>
        <w:jc w:val="right"/>
      </w:pPr>
      <w:r>
        <w:t>میں نے کہا کہ آپ نے یہ کہا کہ اسلام جو ہے ریلیجن آف وائلنس ہے اور دوسرے ریلیجن جو ہیں وہ ریلیجن آف پی</w:t>
      </w:r>
    </w:p>
    <w:p>
      <w:r>
        <w:rPr>
          <w:b/>
        </w:rPr>
        <w:t xml:space="preserve">[04:09] </w:t>
      </w:r>
      <w:r>
        <w:t>s hain, kya aap ne is ki study ki hai? Study kar ke jaana hai aap ne is baat ko?</w:t>
      </w:r>
    </w:p>
    <w:p>
      <w:pPr>
        <w:jc w:val="right"/>
      </w:pPr>
      <w:r>
        <w:t>س ہیں، کیا آپ نے اس کی اسٹڈی کی ہے؟ اسٹڈی کر کے جانا ہے آپ نے اس بات کو؟</w:t>
      </w:r>
    </w:p>
    <w:p>
      <w:r>
        <w:rPr>
          <w:b/>
        </w:rPr>
        <w:t xml:space="preserve">[04:18] </w:t>
      </w:r>
      <w:r>
        <w:t>to unhon ne kaha ke nahin. To kaise rai banai? Aisi suni sunai baaton par, hear se par rai bana liya. Haalankeh woh bohat bari degree un ke paas hai.</w:t>
      </w:r>
    </w:p>
    <w:p>
      <w:pPr>
        <w:jc w:val="right"/>
      </w:pPr>
      <w:r>
        <w:t>تو انہوں نے کہا کہ نہیں۔ تو کیسے رائے بنائی؟ ایسی سنی سنائی باتوں پر، ہیئر سے پر رائے بنا لیا۔ حالانکہ وہ بہت بڑی ڈگری ان کے پاس ہے۔</w:t>
      </w:r>
    </w:p>
    <w:p>
      <w:r>
        <w:rPr>
          <w:b/>
        </w:rPr>
        <w:t xml:space="preserve">[04:29] </w:t>
      </w:r>
      <w:r>
        <w:t>to main ne kaha ke dekhen, yeh yeh fact hai ke Islam mein yaani Quran mein kai aayatein aisi hain jo qital ki ijazat deti hain.</w:t>
      </w:r>
    </w:p>
    <w:p>
      <w:pPr>
        <w:jc w:val="right"/>
      </w:pPr>
      <w:r>
        <w:t>تو میں نے کہا کہ دیکھیں، یہ یہ فیکٹ ہے کہ اسلام میں یعنی قرآن میں کئی آیتیں ایسی ہیں جو قتال کی اجازت دیتی ہیں۔</w:t>
      </w:r>
    </w:p>
    <w:p>
      <w:r>
        <w:rPr>
          <w:b/>
        </w:rPr>
        <w:t xml:space="preserve">[04:42] </w:t>
      </w:r>
      <w:r>
        <w:t>qatilul ladheena yqatiloonakum. Lekin doosre mazhabon, kitabon mein bhi yahi baat hai. Jaise aap dekhen, Christianity ko leejie aap</w:t>
      </w:r>
    </w:p>
    <w:p>
      <w:pPr>
        <w:jc w:val="right"/>
      </w:pPr>
      <w:r>
        <w:t>قاتل الذین یقاتلونکم۔ لیکن دوسرے مذہبوں، کتابوں میں بھی یہی بات ہے۔ جیسے آپ دیکھیں، کرسچینٹی کو لیجیے آپ</w:t>
      </w:r>
    </w:p>
    <w:p>
      <w:r>
        <w:rPr>
          <w:b/>
        </w:rPr>
        <w:t xml:space="preserve">[04:53] </w:t>
      </w:r>
      <w:r>
        <w:t>. Bible mein chapter Matthew mein Hazrat Masih kehte hain ke I did not come for peace but a sword.</w:t>
      </w:r>
    </w:p>
    <w:p>
      <w:pPr>
        <w:jc w:val="right"/>
      </w:pPr>
      <w:r>
        <w:t>۔ بائبل میں چیپٹر میتھیو میں حضرت مسیح کہتے ہیں کہ I did not come for peace but a sword۔</w:t>
      </w:r>
    </w:p>
    <w:p>
      <w:r>
        <w:rPr>
          <w:b/>
        </w:rPr>
        <w:t xml:space="preserve">[05:05] </w:t>
      </w:r>
      <w:r>
        <w:t>main sulah ke liye nahin aaya hoon, peace ke liye nahin aaya hoon, main talwar chalwane ke liye aaya hoon. I did not come for peace but a sword.</w:t>
      </w:r>
    </w:p>
    <w:p>
      <w:pPr>
        <w:jc w:val="right"/>
      </w:pPr>
      <w:r>
        <w:t>میں صلح کے لیے نہیں آیا ہوں، پیس کے لیے نہیں آیا ہوں، میں تلوار چلوانے کے لیے آیا ہوں۔ I did not come for peace but a sword۔</w:t>
      </w:r>
    </w:p>
    <w:p>
      <w:r>
        <w:rPr>
          <w:b/>
        </w:rPr>
        <w:t xml:space="preserve">[05:17] </w:t>
      </w:r>
      <w:r>
        <w:t>Geeta mein hai ke Krishan ji Arjun se kehte hain, aye Arjun aage barh aur yudh kar. To wahan bhi qital ki baat hai.</w:t>
      </w:r>
    </w:p>
    <w:p>
      <w:pPr>
        <w:jc w:val="right"/>
      </w:pPr>
      <w:r>
        <w:t>گیتا میں ہے کہ کرشن جی ارجن سے کہتے ہیں، اے ارجن آگے بڑھ اور یُدھ کر۔ تو وہاں بھی قتال کی بات ہے۔</w:t>
      </w:r>
    </w:p>
    <w:p>
      <w:r>
        <w:rPr>
          <w:b/>
        </w:rPr>
        <w:t xml:space="preserve">[05:30] </w:t>
      </w:r>
      <w:r>
        <w:t>ab aap ko sochna parega doosre dhang se. Yeh jo aap ne rai bana li ke Islam mein hai aur doosre mazhabon mein nahin hai, to jab aap study karenge to aap ko pata hoga ke doosre mazhabon mein bhi yahi baat hai.</w:t>
      </w:r>
    </w:p>
    <w:p>
      <w:pPr>
        <w:jc w:val="right"/>
      </w:pPr>
      <w:r>
        <w:t>اب آپ کو سوچنا پڑے گا دوسرے ڈھنگ سے۔ یہ جو آپ نے رائے بنا لی کہ اسلام میں ہے اور دوسرے مذہبوں میں نہیں ہے، تو جب آپ اسٹڈی کریں گے تو آپ کو پتا ہوگا کہ دوسرے مذہبوں میں بھی یہی بات ہے۔</w:t>
      </w:r>
    </w:p>
    <w:p>
      <w:r>
        <w:rPr>
          <w:b/>
        </w:rPr>
        <w:t xml:space="preserve">[05:46] </w:t>
      </w:r>
      <w:r>
        <w:t>ab doosre dhang se aap ko sochna parega aap ko. To kya pata chalega ke har mazhab jo hai basically religion of love hai, religion of compassion hai, religion of peace hai, basically.</w:t>
      </w:r>
    </w:p>
    <w:p>
      <w:pPr>
        <w:jc w:val="right"/>
      </w:pPr>
      <w:r>
        <w:t>اب دوسرے ڈھنگ سے آپ کو سوچنا پڑے گا آپ کو۔ تو کیا پتا چلے گا کہ ہر مذہب جو ہے بیسیکلی ریلیجن آف لو ہے، ریلیجن آف کمپیشن ہے، ریلیجن آف پیس ہے، بیسیکلی۔</w:t>
      </w:r>
    </w:p>
    <w:p>
      <w:r>
        <w:rPr>
          <w:b/>
        </w:rPr>
        <w:t xml:space="preserve">[06:01] </w:t>
      </w:r>
      <w:r>
        <w:t>lekin as an exception har mazhab mein violence ki bhi ijazat hai, war ki bhi ijazat hai.</w:t>
      </w:r>
    </w:p>
    <w:p>
      <w:pPr>
        <w:jc w:val="right"/>
      </w:pPr>
      <w:r>
        <w:t>لیکن as an exception ہر مذہب میں وائلنس کی بھی اجازت ہے، وار کی بھی اجازت ہے۔</w:t>
      </w:r>
    </w:p>
    <w:p>
      <w:r>
        <w:rPr>
          <w:b/>
        </w:rPr>
        <w:t xml:space="preserve">[06:11] </w:t>
      </w:r>
      <w:r>
        <w:t>yaani defense ke liye.</w:t>
      </w:r>
    </w:p>
    <w:p>
      <w:pPr>
        <w:jc w:val="right"/>
      </w:pPr>
      <w:r>
        <w:t>یعنی ڈیفنس کے لیے۔</w:t>
      </w:r>
    </w:p>
    <w:p>
      <w:r>
        <w:rPr>
          <w:b/>
        </w:rPr>
        <w:t xml:space="preserve">[06:15] </w:t>
      </w:r>
      <w:r>
        <w:t>chunanche Islam mein dekhen, Quran mein chhe hazar kuch so aayatein hain. Is mein sirf do darjan aisi aayatein hain jin mein qital ki baat hai.</w:t>
      </w:r>
    </w:p>
    <w:p>
      <w:pPr>
        <w:jc w:val="right"/>
      </w:pPr>
      <w:r>
        <w:t>چنانچہ اسلام میں دیکھیں، قرآن میں چھ ہزار کچھ سو آیتیں ہیں۔ اس میں صرف دو درجن ایسی آیتیں ہیں جن میں قتال کی بات ہے۔</w:t>
      </w:r>
    </w:p>
    <w:p>
      <w:r>
        <w:rPr>
          <w:b/>
        </w:rPr>
        <w:t xml:space="preserve">[06:27] </w:t>
      </w:r>
      <w:r>
        <w:t>yaani less than one percent. Ab</w:t>
      </w:r>
    </w:p>
    <w:p>
      <w:pPr>
        <w:jc w:val="right"/>
      </w:pPr>
      <w:r>
        <w:t>یعنی less than one percent۔ اب</w:t>
      </w:r>
    </w:p>
    <w:p>
      <w:r>
        <w:rPr>
          <w:b/>
        </w:rPr>
        <w:t xml:space="preserve">[06:35] </w:t>
      </w:r>
      <w:r>
        <w:t>aap is ki study karenge to aap kya discover karenge? Aap yeh discover karenge ke in Islam peace is the rule and war is an exception.</w:t>
      </w:r>
    </w:p>
    <w:p>
      <w:pPr>
        <w:jc w:val="right"/>
      </w:pPr>
      <w:r>
        <w:t>آپ اس کی اسٹڈی کریں گے تو آپ کیا ڈسکور کریں گے؟ آپ یہ ڈسکور کریں گے کہ in اسلام peace is the rule and war is an exception۔</w:t>
      </w:r>
    </w:p>
    <w:p>
      <w:r>
        <w:rPr>
          <w:b/>
        </w:rPr>
        <w:t xml:space="preserve">[06:49] </w:t>
      </w:r>
      <w:r>
        <w:t>isi tarah se Hindu mazhab mein, isi tarah se Christianity mein bhi. Masih ne jab kaha ke love your enemy to yeh unhon ne general rule ki baat kahi.</w:t>
      </w:r>
    </w:p>
    <w:p>
      <w:pPr>
        <w:jc w:val="right"/>
      </w:pPr>
      <w:r>
        <w:t>اسی طرح سے ہندو مذہب میں، اسی طرح سے کرسچینٹی میں بھی۔ مسیح نے جب کہا کہ love your enemy تو یہ انہوں نے جنرل رول کی بات کہی۔</w:t>
      </w:r>
    </w:p>
    <w:p>
      <w:r>
        <w:rPr>
          <w:b/>
        </w:rPr>
        <w:t xml:space="preserve">[07:02] </w:t>
      </w:r>
      <w:r>
        <w:t>isi ke saath jab unhon ne sword ki baat kahi to woh exception tha.</w:t>
      </w:r>
    </w:p>
    <w:p>
      <w:pPr>
        <w:jc w:val="right"/>
      </w:pPr>
      <w:r>
        <w:t>اسی کے ساتھ جب انہوں نے سلوڈ کی بات کہی تو وہ ایکسیپشن تھا۔</w:t>
      </w:r>
    </w:p>
    <w:p>
      <w:r>
        <w:rPr>
          <w:b/>
        </w:rPr>
        <w:t xml:space="preserve">[07:06] </w:t>
      </w:r>
      <w:r>
        <w:t>aisi Geeta mein wisdom ki baatein hain, bohat si wisdom ki baatein hain. Aur saath saath yeh bhi hai ke aye Arjun aage barh aur yudh kar.</w:t>
      </w:r>
    </w:p>
    <w:p>
      <w:pPr>
        <w:jc w:val="right"/>
      </w:pPr>
      <w:r>
        <w:t>ایسی گیتا میں وزڈم کی باتیں ہیں، بہت سی وزڈم کی باتیں ہیں۔ اور ساتھ ساتھ یہ بھی ہے کہ اے ارجن آگے بڑھ اور یُدھ کر۔</w:t>
      </w:r>
    </w:p>
    <w:p>
      <w:r>
        <w:rPr>
          <w:b/>
        </w:rPr>
        <w:t xml:space="preserve">[07:16] </w:t>
      </w:r>
      <w:r>
        <w:t>to woh exception hai. To scientific statement kya hua? Scientific statement yeh hua</w:t>
      </w:r>
    </w:p>
    <w:p>
      <w:pPr>
        <w:jc w:val="right"/>
      </w:pPr>
      <w:r>
        <w:t>تو وہ ایکسیپشن ہے۔ تو سائنٹیفک اسٹیٹمنٹ کیا ہوا؟ سائنٹیفک اسٹیٹمنٹ یہ ہوا</w:t>
      </w:r>
    </w:p>
    <w:p>
      <w:r>
        <w:rPr>
          <w:b/>
        </w:rPr>
        <w:t xml:space="preserve">[07:29] </w:t>
      </w:r>
      <w:r>
        <w:t>ke har mazhab peace ki, har mazhab mein peace ki teaching hai.</w:t>
      </w:r>
    </w:p>
    <w:p>
      <w:pPr>
        <w:jc w:val="right"/>
      </w:pPr>
      <w:r>
        <w:t>کہ ہر مذہب پیس کی، ہر مذہب میں پیس کی ٹیچنگ ہے۔</w:t>
      </w:r>
    </w:p>
    <w:p>
      <w:r>
        <w:rPr>
          <w:b/>
        </w:rPr>
        <w:t xml:space="preserve">[07:36] </w:t>
      </w:r>
      <w:r>
        <w:t>har religion mein peace ki teaching hai. Including Islam. Lekin isi ke saath saath as an exception defensive war ko allow kiya gaya hai.</w:t>
      </w:r>
    </w:p>
    <w:p>
      <w:pPr>
        <w:jc w:val="right"/>
      </w:pPr>
      <w:r>
        <w:t>ہر ریلیجن میں پیس کی ٹیچنگ ہے۔ انکلوڈنگ اسلام۔ لیکن اسی کے ساتھ ساتھ as an exception ڈیفنسو وار کو الاؤ کیا گیا ہے۔</w:t>
      </w:r>
    </w:p>
    <w:p>
      <w:r>
        <w:rPr>
          <w:b/>
        </w:rPr>
        <w:t xml:space="preserve">[07:50] </w:t>
      </w:r>
      <w:r>
        <w:t>yeh hai scientific statement. woh jo tha pehle jo baat kahi thi unhon ne, woh scientific statement nahi tha.</w:t>
      </w:r>
    </w:p>
    <w:p>
      <w:pPr>
        <w:jc w:val="right"/>
      </w:pPr>
      <w:r>
        <w:t>یہ ہے سائنٹیفک اسٹیٹمنٹ۔ وہ جو تھا پہلے جو بات کہی تھی انہوں نے، وہ سائنٹیفک اسٹیٹمنٹ نہیں تھا۔</w:t>
      </w:r>
    </w:p>
    <w:p>
      <w:r>
        <w:rPr>
          <w:b/>
        </w:rPr>
        <w:t xml:space="preserve">[08:00] </w:t>
      </w:r>
      <w:r>
        <w:t>woh hear se ko le kar bolna tha. jo suna idhar udhar se wahi bol diya.</w:t>
      </w:r>
    </w:p>
    <w:p>
      <w:pPr>
        <w:jc w:val="right"/>
      </w:pPr>
      <w:r>
        <w:t>وہ ہیئر سے کو لے کر بولنا تھا۔ جو سنا ادھر ادھر سے وہی بول دیا۔</w:t>
      </w:r>
    </w:p>
    <w:p>
      <w:r>
        <w:rPr>
          <w:b/>
        </w:rPr>
        <w:t xml:space="preserve">[08:07] </w:t>
      </w:r>
      <w:r>
        <w:t>toh dekhein yeh simple baat nahi hai.</w:t>
      </w:r>
    </w:p>
    <w:p>
      <w:pPr>
        <w:jc w:val="right"/>
      </w:pPr>
      <w:r>
        <w:t>تو دیکھیں یہ سمپل بات نہیں ہے۔</w:t>
      </w:r>
    </w:p>
    <w:p>
      <w:r>
        <w:rPr>
          <w:b/>
        </w:rPr>
        <w:t xml:space="preserve">[08:12] </w:t>
      </w:r>
      <w:r>
        <w:t>hadees mein aata hai ke</w:t>
      </w:r>
    </w:p>
    <w:p>
      <w:pPr>
        <w:jc w:val="right"/>
      </w:pPr>
      <w:r>
        <w:t>حدیث میں آتا ہے کہ</w:t>
      </w:r>
    </w:p>
    <w:p>
      <w:r>
        <w:rPr>
          <w:b/>
        </w:rPr>
        <w:t xml:space="preserve">[08:16] </w:t>
      </w:r>
      <w:r>
        <w:t>layirmi rajul rajulan bil fisq awirameehi bil kufri illa tadati ilayhi illa man kun sahebahu kadhalik.</w:t>
      </w:r>
    </w:p>
    <w:p>
      <w:pPr>
        <w:jc w:val="right"/>
      </w:pPr>
      <w:r>
        <w:t>لایرمی رجل رجلا بالفسق اویرمیہ بالکفر الا تَدَّتِ الیہ الا مَنْ کُنْ صَاحَبُهُ كَذَلِكَ۔</w:t>
      </w:r>
    </w:p>
    <w:p>
      <w:r>
        <w:rPr>
          <w:b/>
        </w:rPr>
        <w:t xml:space="preserve">[08:29] </w:t>
      </w:r>
      <w:r>
        <w:t>iska matlab yeh hai ke jab koi aadmi doosre ko bura kahe</w:t>
      </w:r>
    </w:p>
    <w:p>
      <w:pPr>
        <w:jc w:val="right"/>
      </w:pPr>
      <w:r>
        <w:t>اس کا مطلب یہ ہے کہ جب کوئی آدمی دوسرے کو برا کہے</w:t>
      </w:r>
    </w:p>
    <w:p>
      <w:r>
        <w:rPr>
          <w:b/>
        </w:rPr>
        <w:t xml:space="preserve">[08:37] </w:t>
      </w:r>
      <w:r>
        <w:t>toh uska yeh kehna isi ki taraf laut aayega agar woh bura na ho. iska matlab kya hua?</w:t>
      </w:r>
    </w:p>
    <w:p>
      <w:pPr>
        <w:jc w:val="right"/>
      </w:pPr>
      <w:r>
        <w:t>تو اس کا یہ کہنا اسی کی طرف لوٹ آئے گا اگر وہ برا نہ ہو۔ اس کا مطلب کیا ہوا؟</w:t>
      </w:r>
    </w:p>
    <w:p>
      <w:r>
        <w:rPr>
          <w:b/>
        </w:rPr>
        <w:t xml:space="preserve">[08:48] </w:t>
      </w:r>
      <w:r>
        <w:t>ke speech jo cheez hai, bolna yeh ek boom rang khel hai.</w:t>
      </w:r>
    </w:p>
    <w:p>
      <w:pPr>
        <w:jc w:val="right"/>
      </w:pPr>
      <w:r>
        <w:t>کہ سپیچ جو چیز ہے، بولنا یہ ایک بوم رینگ کھیل ہے۔</w:t>
      </w:r>
    </w:p>
    <w:p>
      <w:r>
        <w:rPr>
          <w:b/>
        </w:rPr>
        <w:t xml:space="preserve">[08:58] </w:t>
      </w:r>
      <w:r>
        <w:t>agar hum aisa statement dein jo base less ho, jo false ho toh kya hoga?</w:t>
      </w:r>
    </w:p>
    <w:p>
      <w:pPr>
        <w:jc w:val="right"/>
      </w:pPr>
      <w:r>
        <w:t>اگر ہم ایسا اسٹیٹمنٹ دیں جو بیس لیس ہو، جو فالس ہو تو کیا ہوگا؟</w:t>
      </w:r>
    </w:p>
    <w:p>
      <w:r>
        <w:rPr>
          <w:b/>
        </w:rPr>
        <w:t xml:space="preserve">[09:07] </w:t>
      </w:r>
      <w:r>
        <w:t>woh doosre ke upar toh nahi padega, apne upar padega. yaani hamare andar weak personality banegi. hamara personality development ka jo process hai woh ruk jayega.</w:t>
      </w:r>
    </w:p>
    <w:p>
      <w:pPr>
        <w:jc w:val="right"/>
      </w:pPr>
      <w:r>
        <w:t>وہ دوسرے کے اوپر تو نہیں پڑے گا، اپنے اوپر پڑے گا۔ یعنی ہمارے اندر ویک پرسنیلٹی بنے گی۔ ہمارا پرسنیلٹی ڈویلپمنٹ کا جو پراسیس ہے وہ رک جائے گا۔</w:t>
      </w:r>
    </w:p>
    <w:p>
      <w:r>
        <w:rPr>
          <w:b/>
        </w:rPr>
        <w:t xml:space="preserve">[09:21] </w:t>
      </w:r>
      <w:r>
        <w:t>hamare andar ek insincere personality banegi.</w:t>
      </w:r>
    </w:p>
    <w:p>
      <w:pPr>
        <w:jc w:val="right"/>
      </w:pPr>
      <w:r>
        <w:t>ہمارے اندر ایک ان سنسر پرسنیلٹی بنے گی۔</w:t>
      </w:r>
    </w:p>
    <w:p>
      <w:r>
        <w:rPr>
          <w:b/>
        </w:rPr>
        <w:t xml:space="preserve">[09:26] </w:t>
      </w:r>
      <w:r>
        <w:t>dishonest personality banegi hamare andar. toh kitni badi price hai yeh ke careless tor par aap bolte rahein kuch na kuch yun hi bina soche samjhe.</w:t>
      </w:r>
    </w:p>
    <w:p>
      <w:pPr>
        <w:jc w:val="right"/>
      </w:pPr>
      <w:r>
        <w:t>ڈس آنسٹ پرسنیلٹی بنے گی ہمارے اندر۔ تو کتنی بڑی پرائس ہے یہ کہ کیئر لیس طور پر آپ بولتے رہیں کچھ نہ کچھ یوں ہی بلا سوچے سمجھے۔</w:t>
      </w:r>
    </w:p>
    <w:p>
      <w:r>
        <w:rPr>
          <w:b/>
        </w:rPr>
        <w:t xml:space="preserve">[09:38] </w:t>
      </w:r>
      <w:r>
        <w:t>bahut bhaari price deni padti hai aadmi ko is baat ki ke woh carelessly statement deta rahe. is wajah se aadmi ko darna chahiye ke main kam se kam apna bura toh na karoon.</w:t>
      </w:r>
    </w:p>
    <w:p>
      <w:pPr>
        <w:jc w:val="right"/>
      </w:pPr>
      <w:r>
        <w:t>بہت بھاری پرائس دینی پڑتی ہے آدمی کو اس بات کی کہ وہ کیئر لیسلی اسٹیٹمنٹ دیتا رہے۔ اس وجہ سے آدمی کو ڈرنا چاہیے کہ میں کم سے کم اپنا برا تو نہ کروں۔</w:t>
      </w:r>
    </w:p>
    <w:p>
      <w:r>
        <w:rPr>
          <w:b/>
        </w:rPr>
        <w:t xml:space="preserve">[09:56] </w:t>
      </w:r>
      <w:r>
        <w:t>ke carelessly bol kar ke main apni personality ko weak personality banaoon. apne andar insincerity paida karoon.</w:t>
      </w:r>
    </w:p>
    <w:p>
      <w:pPr>
        <w:jc w:val="right"/>
      </w:pPr>
      <w:r>
        <w:t>کہ کیئر لیسلی بول کر کے میں اپنی پرسنیلٹی کو ویک پرسنیلٹی بناؤں۔ اپنے اندر ان سنسیرٹی پیدا کروں۔</w:t>
      </w:r>
    </w:p>
    <w:p>
      <w:r>
        <w:rPr>
          <w:b/>
        </w:rPr>
        <w:t xml:space="preserve">[10:06] </w:t>
      </w:r>
      <w:r>
        <w:t>apne andar dishonest ko inculcate karoon main.</w:t>
      </w:r>
    </w:p>
    <w:p>
      <w:pPr>
        <w:jc w:val="right"/>
      </w:pPr>
      <w:r>
        <w:t>اپنے اندر ڈس آنسٹ کو انکلکیٹ کروں میں۔</w:t>
      </w:r>
    </w:p>
    <w:p>
      <w:r>
        <w:rPr>
          <w:b/>
        </w:rPr>
        <w:t xml:space="preserve">[10:11] </w:t>
      </w:r>
      <w:r>
        <w:t>toh yaad rakhiye jab bhi aadmi aisi baat bolta hai jo base less ho, jo falsehood par base karti ho, jo</w:t>
      </w:r>
    </w:p>
    <w:p>
      <w:pPr>
        <w:jc w:val="right"/>
      </w:pPr>
      <w:r>
        <w:t>تو یاد رکھیے جب بھی آدمی ایسی بات بولتا ہے جو بیس لیس ہو، جو فالس ہُڈ پر بیس کرتی ہو، جو</w:t>
      </w:r>
    </w:p>
    <w:p>
      <w:r>
        <w:rPr>
          <w:b/>
        </w:rPr>
        <w:t xml:space="preserve">[10:29] </w:t>
      </w:r>
      <w:r>
        <w:t>theek theek baat na ho toh yeh simple cheez nahi hai. iski price aadmi ko khud deni padti hai.</w:t>
      </w:r>
    </w:p>
    <w:p>
      <w:pPr>
        <w:jc w:val="right"/>
      </w:pPr>
      <w:r>
        <w:t>ٹھیک ٹھیک بات نہ ہو تو یہ سمپل چیز نہیں ہے۔ اس کی پرائس آدمی کو خود دینی پڑتی ہے۔</w:t>
      </w:r>
    </w:p>
    <w:p>
      <w:r>
        <w:rPr>
          <w:b/>
        </w:rPr>
        <w:t xml:space="preserve">[10:39] </w:t>
      </w:r>
      <w:r>
        <w:t>jaise suppose aap kahein Taj Mahal ke bare mein ke Taj Mahal jo hai woh white marble ka bana hua nahi hai, woh toh black hai.</w:t>
      </w:r>
    </w:p>
    <w:p>
      <w:pPr>
        <w:jc w:val="right"/>
      </w:pPr>
      <w:r>
        <w:t>جیسے سپوز آپ کہیں تاج محل کے بارے میں کہ تاج محل جو ہے وہ وائٹ ماربل کا بنا ہوا نہیں ہے، وہ تو بلیک ہے۔</w:t>
      </w:r>
    </w:p>
    <w:p>
      <w:r>
        <w:rPr>
          <w:b/>
        </w:rPr>
        <w:t xml:space="preserve">[10:50] </w:t>
      </w:r>
      <w:r>
        <w:t>agar aap aisa kahein ke Taj Mahal white marble ka bana hua nahi hai, woh toh black hai. toh jante hain kya hoga?</w:t>
      </w:r>
    </w:p>
    <w:p>
      <w:pPr>
        <w:jc w:val="right"/>
      </w:pPr>
      <w:r>
        <w:t>اگر آپ ایسا کہیں کہ تاج محل وائٹ ماربل کا بنا ہوا نہیں ہے، وہ تو بلیک ہے۔ تو جانتے ہیں کیا ہوگا؟</w:t>
      </w:r>
    </w:p>
    <w:p>
      <w:r>
        <w:rPr>
          <w:b/>
        </w:rPr>
        <w:t xml:space="preserve">[11:03] </w:t>
      </w:r>
      <w:r>
        <w:t>aapka yeh kehna Taj Mahal par nahi padega.</w:t>
      </w:r>
    </w:p>
    <w:p>
      <w:pPr>
        <w:jc w:val="right"/>
      </w:pPr>
      <w:r>
        <w:t>آپ کا یہ کہنا تاج محل پر نہیں پڑے گا۔</w:t>
      </w:r>
    </w:p>
    <w:p>
      <w:r>
        <w:rPr>
          <w:b/>
        </w:rPr>
        <w:t xml:space="preserve">[11:08] </w:t>
      </w:r>
      <w:r>
        <w:t>duniya yeh kahegi aadmi toh color blind hai. kitni bhari price deni padti hai yaad rakhiye.</w:t>
      </w:r>
    </w:p>
    <w:p>
      <w:pPr>
        <w:jc w:val="right"/>
      </w:pPr>
      <w:r>
        <w:t>دنیا یہ کہے گی آدمی تو کلر بلائنڈ ہے۔ کتنی بھاری پرائس دینی پڑتی ہے یاد رکھیے۔</w:t>
      </w:r>
    </w:p>
    <w:p>
      <w:r>
        <w:rPr>
          <w:b/>
        </w:rPr>
        <w:t xml:space="preserve">[11:19] </w:t>
      </w:r>
      <w:r>
        <w:t>yaani Taj Mahal ko duniya jaanti hai ke woh white marble ka bana hua hai. ab aap kahein ke nahi nahi nahi nahi yeh toh black hai. black stone ka bana hua hai.</w:t>
      </w:r>
    </w:p>
    <w:p>
      <w:pPr>
        <w:jc w:val="right"/>
      </w:pPr>
      <w:r>
        <w:t>یعنی تاج محل کو دنیا جانتی ہے کہ وہ وائٹ ماربل کا بنا ہوا ہے۔ اب آپ کہیں کہ نہیں نہیں نہیں نہیں یہ تو بلیک ہے۔ بلیک اسٹون کا بنا ہوا ہے۔</w:t>
      </w:r>
    </w:p>
    <w:p>
      <w:r>
        <w:rPr>
          <w:b/>
        </w:rPr>
        <w:t xml:space="preserve">[11:32] </w:t>
      </w:r>
      <w:r>
        <w:t>toh aap yeh mat samjhiye ke aapne Taj Mahal ke khilaaf ek ek remark diya.</w:t>
      </w:r>
    </w:p>
    <w:p>
      <w:pPr>
        <w:jc w:val="right"/>
      </w:pPr>
      <w:r>
        <w:t>تو آپ یہ مت سمجھیے کہ آپ نے تاج محل کے خلاف ایک ایک ریمارک دیا۔</w:t>
      </w:r>
    </w:p>
    <w:p>
      <w:r>
        <w:rPr>
          <w:b/>
        </w:rPr>
        <w:t xml:space="preserve">[11:39] </w:t>
      </w:r>
      <w:r>
        <w:t>nahi, apne apne khilaaf remark diya aapne. duniya ko yeh bataya ke main color blind hoon. main color blind hoon.</w:t>
      </w:r>
    </w:p>
    <w:p>
      <w:pPr>
        <w:jc w:val="right"/>
      </w:pPr>
      <w:r>
        <w:t>نہیں، اپنے اپنے خلاف ریمارک دیا آپ نے۔ دنیا کو یہ بتایا کہ میں کلر بلائنڈ ہوں۔ میں کلر بلائنڈ ہوں۔</w:t>
      </w:r>
    </w:p>
    <w:p>
      <w:r>
        <w:rPr>
          <w:b/>
        </w:rPr>
        <w:t xml:space="preserve">[11:50] </w:t>
      </w:r>
      <w:r>
        <w:t>mujhe white color bhi black dikhai deta hai. aap sochiye kitni bhari price di aapne.</w:t>
      </w:r>
    </w:p>
    <w:p>
      <w:pPr>
        <w:jc w:val="right"/>
      </w:pPr>
      <w:r>
        <w:t>مجھے وائٹ کلر بھی بلیک دکھائی دیتا ہے۔ آپ سوچیے کتنی بھاری پرائس دی آپ نے۔</w:t>
      </w:r>
    </w:p>
    <w:p>
      <w:r>
        <w:rPr>
          <w:b/>
        </w:rPr>
        <w:t xml:space="preserve">[11:59] </w:t>
      </w:r>
      <w:r>
        <w:t>to yahi muamla un logon ka hai jo kehte hain ke islam to religion of violence hai. religion of violence hai.</w:t>
      </w:r>
    </w:p>
    <w:p>
      <w:pPr>
        <w:jc w:val="right"/>
      </w:pPr>
      <w:r>
        <w:t>تو یہی معاملہ ان لوگوں کا ہے جو کہتے ہیں کہ اسلام تو ریلیجن آف وائلنس ہے۔ ریلیجن آف وائلنس ہے۔</w:t>
      </w:r>
    </w:p>
    <w:p>
      <w:r>
        <w:rPr>
          <w:b/>
        </w:rPr>
        <w:t xml:space="preserve">[12:11] </w:t>
      </w:r>
      <w:r>
        <w:t>to aise log khud apne ko blind batate hain, islam ko nahin. kyunke jo bhi aadmi bhi quran ko padhega ya hadith ko padhega, rasool allah ki life ko padhega,</w:t>
      </w:r>
    </w:p>
    <w:p>
      <w:pPr>
        <w:jc w:val="right"/>
      </w:pPr>
      <w:r>
        <w:t>تو ایسے لوگ خود اپنے کو بلائنڈ بتاتے ہیں، اسلام کو نہیں۔ کیونکہ جو بھی آدمی بھی قرآن کو پڑھے گا یا حدیث کو پڑھے گا، رسول اللہ کی لائف کو پڑھے گا،</w:t>
      </w:r>
    </w:p>
    <w:p>
      <w:r>
        <w:rPr>
          <w:b/>
        </w:rPr>
        <w:t xml:space="preserve">[12:27] </w:t>
      </w:r>
      <w:r>
        <w:t>dekhega ke wahan to bas peace hi peace hai.</w:t>
      </w:r>
    </w:p>
    <w:p>
      <w:pPr>
        <w:jc w:val="right"/>
      </w:pPr>
      <w:r>
        <w:t>دیکھے گا کہ وہاں تو بس پیس ہی پیس ہے۔</w:t>
      </w:r>
    </w:p>
    <w:p>
      <w:r>
        <w:rPr>
          <w:b/>
        </w:rPr>
        <w:t xml:space="preserve">[12:32] </w:t>
      </w:r>
      <w:r>
        <w:t>chand bar jab ke logon ne attack kiya aap ke upar to attack hone ke baad aap ne</w:t>
      </w:r>
    </w:p>
    <w:p>
      <w:pPr>
        <w:jc w:val="right"/>
      </w:pPr>
      <w:r>
        <w:t>چند بار جب کہ لوگوں نے اٹیک کیا آپ کے اوپر تو اٹیک ہونے کے بعد آپ نے</w:t>
      </w:r>
    </w:p>
    <w:p>
      <w:r>
        <w:rPr>
          <w:b/>
        </w:rPr>
        <w:t xml:space="preserve">[12:41] </w:t>
      </w:r>
      <w:r>
        <w:t>defensive war ki. yahan main ek bahut hi important baat aur kehna chahunga ke dekhen prophet jab the terah saal tak makka mein,</w:t>
      </w:r>
    </w:p>
    <w:p>
      <w:pPr>
        <w:jc w:val="right"/>
      </w:pPr>
      <w:r>
        <w:t>ڈیفنسو وار کی۔ یہاں میں ایک بہت ہی امپورٹنٹ بات اور کہنا چاہوں گا کہ دیکھیں پرافٹ جب تھے تیرہ سال تک مکہ میں،</w:t>
      </w:r>
    </w:p>
    <w:p>
      <w:r>
        <w:rPr>
          <w:b/>
        </w:rPr>
        <w:t xml:space="preserve">[12:54] </w:t>
      </w:r>
      <w:r>
        <w:t>aap jante hain ke prophet ka jo aaye the wo prophet of islam wo seven century ke first quarter mein terah saal aap makka mein rahe.</w:t>
      </w:r>
    </w:p>
    <w:p>
      <w:pPr>
        <w:jc w:val="right"/>
      </w:pPr>
      <w:r>
        <w:t>آپ جانتے ہیں کہ پرافٹ کا جو آئے تھے وہ پرافٹ آف اسلام وہ سیون سینچری کے فرسٹ کوارٹر میں تیرہ سال آپ مکہ میں رہے۔</w:t>
      </w:r>
    </w:p>
    <w:p>
      <w:r>
        <w:rPr>
          <w:b/>
        </w:rPr>
        <w:t xml:space="preserve">[13:09] </w:t>
      </w:r>
      <w:r>
        <w:t>makka mein jo wahan jo zyada yaani jinka nature alive tha, jo sach much true seeker the,</w:t>
      </w:r>
    </w:p>
    <w:p>
      <w:pPr>
        <w:jc w:val="right"/>
      </w:pPr>
      <w:r>
        <w:t>مکہ میں جو وہاں جو زیادہ یعنی جن کا نیچر الائیو تھا، جو سچ مچ ٹرو سیکر تھے،</w:t>
      </w:r>
    </w:p>
    <w:p>
      <w:r>
        <w:rPr>
          <w:b/>
        </w:rPr>
        <w:t xml:space="preserve">[13:22] </w:t>
      </w:r>
      <w:r>
        <w:t>jo sach much seeker the, wo sab aap ke fold mein aa gaye. lekin zahir hai ke wo minority mein the. phir madine mein islam phaila aur madine mein bhi kafi log islam mein dakhil ho gaye.</w:t>
      </w:r>
    </w:p>
    <w:p>
      <w:pPr>
        <w:jc w:val="right"/>
      </w:pPr>
      <w:r>
        <w:t>جو سچ مچ سنسر تھے، وہ سب آپ کے فولڈ میں آگئے۔ لیکن ظاہر ہے کہ وہ مناٹی میں تھے۔ پھر مدینے میں اسلام پھیلا اور مدینے میں بھی کافی لوگ اسلام میں داخل ہوگئے۔</w:t>
      </w:r>
    </w:p>
    <w:p>
      <w:r>
        <w:rPr>
          <w:b/>
        </w:rPr>
        <w:t xml:space="preserve">[13:36] </w:t>
      </w:r>
      <w:r>
        <w:t>to aisa hua ke wahan bahut satate the log makka mein aap ko. yahan tak ke aap ke kuch companion ko unhon ne maar dala.</w:t>
      </w:r>
    </w:p>
    <w:p>
      <w:pPr>
        <w:jc w:val="right"/>
      </w:pPr>
      <w:r>
        <w:t>تو ایسا ہوا کہ وہاں بہت ستاتے تھے لوگ مکہ میں آپ کو۔ یہاں تک کہ آپ کے کچھ کمپینین کو انہوں نے مار ڈالا۔</w:t>
      </w:r>
    </w:p>
    <w:p>
      <w:r>
        <w:rPr>
          <w:b/>
        </w:rPr>
        <w:t xml:space="preserve">[13:49] </w:t>
      </w:r>
      <w:r>
        <w:t>to madine ke log aaye, unhon ne kaha ke hum aur makka ke jo muslims hain mil kar ke yahan par hum jihad karenge. yeh log satate hain to hum un ke khilaf jihad karenge, un ko maar kaatenge.</w:t>
      </w:r>
    </w:p>
    <w:p>
      <w:pPr>
        <w:jc w:val="right"/>
      </w:pPr>
      <w:r>
        <w:t>تو مدینہ کے لوگ آئے، انہوں نے کہا کہ ہم اور مکہ کے جو مسلمز ہیں مل کر کے یہاں پر ہم جہاد کریں گے۔ یہ لوگ ستاتے ہیں تو ہم ان کے خلاف جہاد کریں گے، ان کو مارے کاٹیں گے۔</w:t>
      </w:r>
    </w:p>
    <w:p>
      <w:r>
        <w:rPr>
          <w:b/>
        </w:rPr>
        <w:t xml:space="preserve">[14:05] </w:t>
      </w:r>
      <w:r>
        <w:t>rasool allah ne kaha ke is bro fa inni lam u'mur bil qital tum log sabr karo kyunke mujhe qital ki ijazat nahin di gayi hai.</w:t>
      </w:r>
    </w:p>
    <w:p>
      <w:pPr>
        <w:jc w:val="right"/>
      </w:pPr>
      <w:r>
        <w:t>رسول اللہ نے کہا کہ اس برو فَإِنِّي لَمْ أُؤمَرْ بِالْقَتَالِ تم لوگ صبر کرو کیونکہ مجھے قتال کی اجازت نہیں دی گئی ہے۔</w:t>
      </w:r>
    </w:p>
    <w:p>
      <w:r>
        <w:rPr>
          <w:b/>
        </w:rPr>
        <w:t xml:space="preserve">[14:15] </w:t>
      </w:r>
      <w:r>
        <w:t>qital ka hukum nahin diya gaya hai. dekhen yeh bhi simple baat nahin hai. yaad rakhiye koi baat bhi seedhi baat simple baat nahin hoti.</w:t>
      </w:r>
    </w:p>
    <w:p>
      <w:pPr>
        <w:jc w:val="right"/>
      </w:pPr>
      <w:r>
        <w:t>قتال کا حکم نہیں دیا گیا ہے۔ دیکھیں یہ بھی سمپل بات نہیں ہے۔ یاد رکھیے کوئی بات بھی سیدھی بات سمپل بات نہیں ہوتی۔</w:t>
      </w:r>
    </w:p>
    <w:p>
      <w:r>
        <w:rPr>
          <w:b/>
        </w:rPr>
        <w:t xml:space="preserve">[14:26] </w:t>
      </w:r>
      <w:r>
        <w:t>har baat mein kuch gehri meaning hoti hai.</w:t>
      </w:r>
    </w:p>
    <w:p>
      <w:pPr>
        <w:jc w:val="right"/>
      </w:pPr>
      <w:r>
        <w:t>ہر بات میں کچھ گہری میننگ ہوتی ہے۔</w:t>
      </w:r>
    </w:p>
    <w:p>
      <w:r>
        <w:rPr>
          <w:b/>
        </w:rPr>
        <w:t xml:space="preserve">[14:30] </w:t>
      </w:r>
      <w:r>
        <w:t>is ka matlab kya hai? is se ek bahut bada principle nikalta hai.</w:t>
      </w:r>
    </w:p>
    <w:p>
      <w:pPr>
        <w:jc w:val="right"/>
      </w:pPr>
      <w:r>
        <w:t>اس کا مطلب کیا ہے؟ اس سے ایک بہت بڑا پرنسپل نکلتا ہے۔</w:t>
      </w:r>
    </w:p>
    <w:p>
      <w:r>
        <w:rPr>
          <w:b/>
        </w:rPr>
        <w:t xml:space="preserve">[14:43] </w:t>
      </w:r>
      <w:r>
        <w:t>ab aap dekhen ke prophet of islam jab migrate kar ke madine gaye, wahan aap ne ek state banai kyunke madine ke sab log islam mein aa gaye to wahan ek state ban gayi.</w:t>
      </w:r>
    </w:p>
    <w:p>
      <w:pPr>
        <w:jc w:val="right"/>
      </w:pPr>
      <w:r>
        <w:t>اب آپ دیکھیں کہ پرافٹ آف اسلام جب مائیگریٹ کر کے مدینہ گئے، وہاں آپ نے ایک اسٹیٹ بنائی کیونکہ مدینے کے سب لوگ اسلام میں آگئے تو وہاں ایک اسٹیٹ بن گئی۔</w:t>
      </w:r>
    </w:p>
    <w:p>
      <w:r>
        <w:rPr>
          <w:b/>
        </w:rPr>
        <w:t xml:space="preserve">[14:57] </w:t>
      </w:r>
      <w:r>
        <w:t>tab aap ne defensive war ki.</w:t>
      </w:r>
    </w:p>
    <w:p>
      <w:pPr>
        <w:jc w:val="right"/>
      </w:pPr>
      <w:r>
        <w:t>تب آپ نے ڈیفنسو وار کی۔</w:t>
      </w:r>
    </w:p>
    <w:p>
      <w:r>
        <w:rPr>
          <w:b/>
        </w:rPr>
        <w:t xml:space="preserve">[15:00] </w:t>
      </w:r>
      <w:r>
        <w:t>defense ki situation makka mein bhi thi.</w:t>
      </w:r>
    </w:p>
    <w:p>
      <w:pPr>
        <w:jc w:val="right"/>
      </w:pPr>
      <w:r>
        <w:t>ڈیفنس کی سچویشن مکہ میں بھی تھی۔</w:t>
      </w:r>
    </w:p>
    <w:p>
      <w:r>
        <w:rPr>
          <w:b/>
        </w:rPr>
        <w:t xml:space="preserve">[15:05] </w:t>
      </w:r>
      <w:r>
        <w:t>defense ki situation makka mein bhi thi lekin aap ne defensive war nahin ki.</w:t>
      </w:r>
    </w:p>
    <w:p>
      <w:pPr>
        <w:jc w:val="right"/>
      </w:pPr>
      <w:r>
        <w:t>ڈیفنس کی سچویشن مکہ میں بھی تھی لیکن آپ نے ڈیفنسو وار نہیں کی۔</w:t>
      </w:r>
    </w:p>
    <w:p>
      <w:r>
        <w:rPr>
          <w:b/>
        </w:rPr>
        <w:t xml:space="preserve">[15:13] </w:t>
      </w:r>
      <w:r>
        <w:t>aur madine pahunchne ke baad jab defense ki situation paida hui tab aap ne defensive war ki. is se ek bahut bada principle milta hai.</w:t>
      </w:r>
    </w:p>
    <w:p>
      <w:pPr>
        <w:jc w:val="right"/>
      </w:pPr>
      <w:r>
        <w:t>اور مدینہ پہنچنے کے بعد جب ڈیفنس کی سچویشن پیدا ہوئی تب آپ نے ڈیفنسو وار کی۔ اس سے ایک بہت بڑا پرنسپل ملتا ہے۔</w:t>
      </w:r>
    </w:p>
    <w:p>
      <w:r>
        <w:rPr>
          <w:b/>
        </w:rPr>
        <w:t xml:space="preserve">[15:26] </w:t>
      </w:r>
      <w:r>
        <w:t>is principle ko fiqh mein is tarah se yaani accept kiya gaya hai ke ar-rihl lil imam.</w:t>
      </w:r>
    </w:p>
    <w:p>
      <w:pPr>
        <w:jc w:val="right"/>
      </w:pPr>
      <w:r>
        <w:t>اس پرنسپل کو فقہ میں اس طرح سے یعنی ایکسیپٹ کیا گیا ہے کہ الرحیل للامام۔</w:t>
      </w:r>
    </w:p>
    <w:p>
      <w:r>
        <w:rPr>
          <w:b/>
        </w:rPr>
        <w:t xml:space="preserve">[15:37] </w:t>
      </w:r>
      <w:r>
        <w:t>ar-rihl lil imam ka matlab hai ke to declare a war is a prerogative of the head of the state.</w:t>
      </w:r>
    </w:p>
    <w:p>
      <w:pPr>
        <w:jc w:val="right"/>
      </w:pPr>
      <w:r>
        <w:t>الرحیل للامام کا مطلب ہے کہ to declare a war is a prerogative of the head of the state۔</w:t>
      </w:r>
    </w:p>
    <w:p>
      <w:r>
        <w:rPr>
          <w:b/>
        </w:rPr>
        <w:t xml:space="preserve">[15:50] </w:t>
      </w:r>
      <w:r>
        <w:t>is se yeh principle nikalta hai</w:t>
      </w:r>
    </w:p>
    <w:p>
      <w:pPr>
        <w:jc w:val="right"/>
      </w:pPr>
      <w:r>
        <w:t>اس سے یہ پرنسپل نکلتا ہے</w:t>
      </w:r>
    </w:p>
    <w:p>
      <w:r>
        <w:rPr>
          <w:b/>
        </w:rPr>
        <w:t xml:space="preserve">[15:53] </w:t>
      </w:r>
      <w:r>
        <w:t>ke makka mein chunki aap ki ek state nahin thi to state nahin hai to war bhi nahin hai. state nahin hai to war bhi nahin hai.</w:t>
      </w:r>
    </w:p>
    <w:p>
      <w:pPr>
        <w:jc w:val="right"/>
      </w:pPr>
      <w:r>
        <w:t>کہ مکہ میں چونکہ آپ کی ایک اسٹیٹ نہیں تھی تو اسٹیٹ نہیں ہے تو وار بھی نہیں ہے۔ اسٹیٹ نہیں ہے تو وار بھی نہیں ہے۔</w:t>
      </w:r>
    </w:p>
    <w:p>
      <w:r>
        <w:rPr>
          <w:b/>
        </w:rPr>
        <w:t xml:space="preserve">[16:05] </w:t>
      </w:r>
      <w:r>
        <w:t>phir sabr karna hai, peaceful tarike se kaam karte rehna hai.</w:t>
      </w:r>
    </w:p>
    <w:p>
      <w:pPr>
        <w:jc w:val="right"/>
      </w:pPr>
      <w:r>
        <w:t>پھر صبر کرنا ہے، پیس فل طریقے سے کام کرتے رہنا ہے۔</w:t>
      </w:r>
    </w:p>
    <w:p>
      <w:r>
        <w:rPr>
          <w:b/>
        </w:rPr>
        <w:t xml:space="preserve">[16:11] </w:t>
      </w:r>
      <w:r>
        <w:t>aur jab state ho jaye tab defensive war ki aati hai.</w:t>
      </w:r>
    </w:p>
    <w:p>
      <w:pPr>
        <w:jc w:val="right"/>
      </w:pPr>
      <w:r>
        <w:t>اور جب اسٹیٹ ہو جائے تب ڈیفنسو وار کی آتی ہے۔</w:t>
      </w:r>
    </w:p>
    <w:p>
      <w:r>
        <w:rPr>
          <w:b/>
        </w:rPr>
        <w:t xml:space="preserve">[16:15] </w:t>
      </w:r>
      <w:r>
        <w:t>yeh bohat hi important principle hai Islam ka ke sirf state ko yeh right hai ke woh war tak jae.</w:t>
      </w:r>
    </w:p>
    <w:p>
      <w:pPr>
        <w:jc w:val="right"/>
      </w:pPr>
      <w:r>
        <w:t>یہ بہت ہی امپورٹنٹ پرنسپل ہے اسلام کا کہ صرف اسٹیٹ کو یہ رائٹ ہے کہ وہ وار تک جائے۔</w:t>
      </w:r>
    </w:p>
    <w:p>
      <w:r>
        <w:rPr>
          <w:b/>
        </w:rPr>
        <w:t xml:space="preserve">[16:26] </w:t>
      </w:r>
      <w:r>
        <w:t>Only state has theright to go to war. No agencies other than state have theright to go to war.</w:t>
      </w:r>
    </w:p>
    <w:p>
      <w:pPr>
        <w:jc w:val="right"/>
      </w:pPr>
      <w:r>
        <w:t>Only state has theright to go to war۔ No agencies other than state have theright to go to war۔</w:t>
      </w:r>
    </w:p>
    <w:p>
      <w:r>
        <w:rPr>
          <w:b/>
        </w:rPr>
        <w:t xml:space="preserve">[16:39] </w:t>
      </w:r>
      <w:r>
        <w:t>yeh bohat bara principle hai.</w:t>
      </w:r>
    </w:p>
    <w:p>
      <w:pPr>
        <w:jc w:val="right"/>
      </w:pPr>
      <w:r>
        <w:t>یہ بہت بڑا پرنسپل ہے۔</w:t>
      </w:r>
    </w:p>
    <w:p>
      <w:r>
        <w:rPr>
          <w:b/>
        </w:rPr>
        <w:t xml:space="preserve">[16:44] </w:t>
      </w:r>
      <w:r>
        <w:t>to aap ne aise hi kiya ke makka mein aap ne defensive war bhi nahi ki kyunke tab state nahi bani thi. madina mein jab aap pohnche aur phir unhon ne attack kiya tab aap ne defensive war ki.</w:t>
      </w:r>
    </w:p>
    <w:p>
      <w:pPr>
        <w:jc w:val="right"/>
      </w:pPr>
      <w:r>
        <w:t>تو آپ نے ایسے ہی کیا کہ مکہ میں آپ نے ڈیفنسو وار بھی نہیں کی کیونکہ تب اسٹیٹ نہیں بنی تھی۔ مدینہ میں جب آپ پہنچے اور پھر انہوں نے اٹیک کیا تب آپ نے ڈیفنسو وار کیا۔</w:t>
      </w:r>
    </w:p>
    <w:p>
      <w:r>
        <w:rPr>
          <w:b/>
        </w:rPr>
        <w:t xml:space="preserve">[16:58] </w:t>
      </w:r>
      <w:r>
        <w:t>woh bhi bohat avoid karne ke baad. yani eighty three time, tirasi baar unhon ne aap ko uljhana chaha war mein.</w:t>
      </w:r>
    </w:p>
    <w:p>
      <w:pPr>
        <w:jc w:val="right"/>
      </w:pPr>
      <w:r>
        <w:t>وہ بھی بہت اوائڈ کرنے کے بعد۔ یعنی ایٹی تھری ٹائم، تراسی بار انہوں نے آپ کو الجھانا چاہا وار میں۔</w:t>
      </w:r>
    </w:p>
    <w:p>
      <w:r>
        <w:rPr>
          <w:b/>
        </w:rPr>
        <w:t xml:space="preserve">[17:07] </w:t>
      </w:r>
      <w:r>
        <w:t>aap sirf teen baar aap lare. badar, uhad aur hunain.</w:t>
      </w:r>
    </w:p>
    <w:p>
      <w:pPr>
        <w:jc w:val="right"/>
      </w:pPr>
      <w:r>
        <w:t>آپ صرف تین بار آپ لڑے۔ بدر، احد اور حنین۔</w:t>
      </w:r>
    </w:p>
    <w:p>
      <w:r>
        <w:rPr>
          <w:b/>
        </w:rPr>
        <w:t xml:space="preserve">[17:16] </w:t>
      </w:r>
      <w:r>
        <w:t>yani matlab yeh hai ke agar koi attack kare tab bhi pehla aap ko kya karna hai? pehli attempt aap avoid karen. avoid karen.</w:t>
      </w:r>
    </w:p>
    <w:p>
      <w:pPr>
        <w:jc w:val="right"/>
      </w:pPr>
      <w:r>
        <w:t>یعنی مطلب یہ ہے کہ اگر کوئی اٹیک کرے تب بھی پہلا آپ کو کیا کرنا ہے؟ پہلی اٹیمپٹ آپ اوائڈ کریں۔ اوائڈ کریں۔</w:t>
      </w:r>
    </w:p>
    <w:p>
      <w:r>
        <w:rPr>
          <w:b/>
        </w:rPr>
        <w:t xml:space="preserve">[17:27] </w:t>
      </w:r>
      <w:r>
        <w:t>avoid ki bohat si sooraten ho sakti hain. avoid karte karte jab impossible ho jae avoid karna tab aap defensive war ki taraf ja sakte hain.</w:t>
      </w:r>
    </w:p>
    <w:p>
      <w:pPr>
        <w:jc w:val="right"/>
      </w:pPr>
      <w:r>
        <w:t>اوائڈ کی بہت سی صورتیں ہو سکتی ہیں۔ اوائڈ کرتے کرتے جب امپوسسبل ہو جائے اوائڈ کرنا تب آپ ڈیفنسو وار کی طرف جا سکتے ہیں۔</w:t>
      </w:r>
    </w:p>
    <w:p>
      <w:r>
        <w:rPr>
          <w:b/>
        </w:rPr>
        <w:t xml:space="preserve">[17:44] </w:t>
      </w:r>
      <w:r>
        <w:t>to yeh hai Islam ka principle. yeh mere paas yeh arabi akhbar hai Al-Alam Al-Islami.</w:t>
      </w:r>
    </w:p>
    <w:p>
      <w:pPr>
        <w:jc w:val="right"/>
      </w:pPr>
      <w:r>
        <w:t>تو یہ ہے اسلام کا پرنسپل۔ یہ میرے پاس یہ عربی اخبار ہے العالم الاسلامی۔</w:t>
      </w:r>
    </w:p>
    <w:p>
      <w:r>
        <w:rPr>
          <w:b/>
        </w:rPr>
        <w:t xml:space="preserve">[17:55] </w:t>
      </w:r>
      <w:r>
        <w:t>yeh makka se niklta hai. makka se yeh yani weekly parcha hai aur bohat zyada chupta hai yeh.</w:t>
      </w:r>
    </w:p>
    <w:p>
      <w:pPr>
        <w:jc w:val="right"/>
      </w:pPr>
      <w:r>
        <w:t>یہ مکہ سے نکلتا ہے۔ مکہ سے یہ یعنی ویکلی پرچہ ہے اور بہت زیادہ چھپتا ہے یہ۔</w:t>
      </w:r>
    </w:p>
    <w:p>
      <w:r>
        <w:rPr>
          <w:b/>
        </w:rPr>
        <w:t xml:space="preserve">[18:08] </w:t>
      </w:r>
      <w:r>
        <w:t>Al-Alam Al-Islami.</w:t>
      </w:r>
    </w:p>
    <w:p>
      <w:pPr>
        <w:jc w:val="right"/>
      </w:pPr>
      <w:r>
        <w:t>العالم الاسلامی۔</w:t>
      </w:r>
    </w:p>
    <w:p>
      <w:r>
        <w:rPr>
          <w:b/>
        </w:rPr>
        <w:t xml:space="preserve">[18:11] </w:t>
      </w:r>
      <w:r>
        <w:t>yeh makka se niklta hai aur yeh</w:t>
      </w:r>
    </w:p>
    <w:p>
      <w:pPr>
        <w:jc w:val="right"/>
      </w:pPr>
      <w:r>
        <w:t>یہ مکہ سے نکلتا ہے اور یہ</w:t>
      </w:r>
    </w:p>
    <w:p>
      <w:r>
        <w:rPr>
          <w:b/>
        </w:rPr>
        <w:t xml:space="preserve">[18:16] </w:t>
      </w:r>
      <w:r>
        <w:t>arabi zaban mein weekly parcha hai wahan ka sarkari parcha maan lijiye. is mein dekhen aik aik aik speech chhapi hai Doctor Abdul Mohsin Al-Turki ki.</w:t>
      </w:r>
    </w:p>
    <w:p>
      <w:pPr>
        <w:jc w:val="right"/>
      </w:pPr>
      <w:r>
        <w:t>عربی زبان میں ویکلی پرچہ ہے وہاں کا سرکاری پرچہ مان لیجیے۔ اس میں دیکھیں ایک ایک ایک سپیچ چھپی ہے دکتور عبدالمحسن التركی کی۔</w:t>
      </w:r>
    </w:p>
    <w:p>
      <w:r>
        <w:rPr>
          <w:b/>
        </w:rPr>
        <w:t xml:space="preserve">[18:29] </w:t>
      </w:r>
      <w:r>
        <w:t>Abdul Mohsin Turki is waqt Saudi Arab ke number one aalim hain. is waqt. is se pehle Sheikh Abbas the to un ki death ho gayi.</w:t>
      </w:r>
    </w:p>
    <w:p>
      <w:pPr>
        <w:jc w:val="right"/>
      </w:pPr>
      <w:r>
        <w:t>عبدالمحسن ترکی اس وقت سعودی عرب کے نمبر ون عالم ہیں۔ اس وقت۔ اس سے پہلے شیخ عباس تھے تو ان کی ڈیتھ ہوگئی۔</w:t>
      </w:r>
    </w:p>
    <w:p>
      <w:r>
        <w:rPr>
          <w:b/>
        </w:rPr>
        <w:t xml:space="preserve">[18:40] </w:t>
      </w:r>
      <w:r>
        <w:t>ab top most aalim ya Islamic scholar yahi hain Saudi Arab mein. to un ka aik daura hua Thailand ka, wahan Bangkok mein un ki speech hui.</w:t>
      </w:r>
    </w:p>
    <w:p>
      <w:pPr>
        <w:jc w:val="right"/>
      </w:pPr>
      <w:r>
        <w:t>اب ٹاپ موسٹ عالم یا اسلامک اسکالر یہی ہیں سعودی عرب میں۔ تو ان کا ایک دورہ ہوا تھائی لینڈ کا، وہاں بینکاک میں ان کی سپیچ ہوئی۔</w:t>
      </w:r>
    </w:p>
    <w:p>
      <w:r>
        <w:rPr>
          <w:b/>
        </w:rPr>
        <w:t xml:space="preserve">[18:54] </w:t>
      </w:r>
      <w:r>
        <w:t>to is mein un ki speech chhapi hai.</w:t>
      </w:r>
    </w:p>
    <w:p>
      <w:pPr>
        <w:jc w:val="right"/>
      </w:pPr>
      <w:r>
        <w:t>تو اس میں ان کی سپیچ چھپی ہے۔</w:t>
      </w:r>
    </w:p>
    <w:p>
      <w:r>
        <w:rPr>
          <w:b/>
        </w:rPr>
        <w:t xml:space="preserve">[18:58] </w:t>
      </w:r>
      <w:r>
        <w:t>is speech mein dekhen woh kehte hain aik bohat hi basic baat ke Inna ad-deen al-Islam, inna ad-deen al-Islami deen al-mahabbah wal-ulfah was-salam ja rahmatun lil-alamin.</w:t>
      </w:r>
    </w:p>
    <w:p>
      <w:pPr>
        <w:jc w:val="right"/>
      </w:pPr>
      <w:r>
        <w:t>اس سپیچ میں دیکھیں وہ کہتے ہیں ایک بہت ہی بیسک بات کہ ان الدین الاسلام، ان الدین الاسلامی دین المحبہ والالفہ والسلام جا رحمت للناس۔</w:t>
      </w:r>
    </w:p>
    <w:p>
      <w:r>
        <w:rPr>
          <w:b/>
        </w:rPr>
        <w:t xml:space="preserve">[19:20] </w:t>
      </w:r>
      <w:r>
        <w:t>Inna ad-deen al-Islami deen al-mahabbah wal-ulfah was-salam ja rahmatun lil-alamin. is</w:t>
      </w:r>
    </w:p>
    <w:p>
      <w:pPr>
        <w:jc w:val="right"/>
      </w:pPr>
      <w:r>
        <w:t>ان الدین الاسلامی دین المحبہ والالفہ والسلام جا رحمت للناس۔ اس</w:t>
      </w:r>
    </w:p>
    <w:p>
      <w:r>
        <w:rPr>
          <w:b/>
        </w:rPr>
        <w:t xml:space="preserve">[19:28] </w:t>
      </w:r>
      <w:r>
        <w:t>ka matlab yeh hai ke ke the religion of Islam is religion of love, religion of compassion, religion of peace.</w:t>
      </w:r>
    </w:p>
    <w:p>
      <w:pPr>
        <w:jc w:val="right"/>
      </w:pPr>
      <w:r>
        <w:t>کا مطلب یہ ہے کہ کہ the religion of اسلام is religion of love, religion of compassion, religion of peace۔</w:t>
      </w:r>
    </w:p>
    <w:p>
      <w:r>
        <w:rPr>
          <w:b/>
        </w:rPr>
        <w:t xml:space="preserve">[19:40] </w:t>
      </w:r>
      <w:r>
        <w:t>God sent religion as a blessing to all mankind.</w:t>
      </w:r>
    </w:p>
    <w:p>
      <w:pPr>
        <w:jc w:val="right"/>
      </w:pPr>
      <w:r>
        <w:t>God sent religion as a blessing to all mankind۔</w:t>
      </w:r>
    </w:p>
    <w:p>
      <w:r>
        <w:rPr>
          <w:b/>
        </w:rPr>
        <w:t xml:space="preserve">[19:48] </w:t>
      </w:r>
      <w:r>
        <w:t>yeh bohat yeh simple baat nahi hai.</w:t>
      </w:r>
    </w:p>
    <w:p>
      <w:pPr>
        <w:jc w:val="right"/>
      </w:pPr>
      <w:r>
        <w:t>یہ بہت یہ سمپل بات نہیں ہے۔</w:t>
      </w:r>
    </w:p>
    <w:p>
      <w:r>
        <w:rPr>
          <w:b/>
        </w:rPr>
        <w:t xml:space="preserve">[19:53] </w:t>
      </w:r>
      <w:r>
        <w:t>yeh Abdul Mohsin Turki ne jo baat kahi, Doctor Abdul Mohsin Turki ne to yeh simple baat nahi hai. bohat zyada aham baat hai ke Khuda ne Islam ko ya Paighambar Islam ko bheja insan ki rehmat bana kar jaisa Quran mein bhi hai wa ma arsalnak illa rahmatan lil-alamin.</w:t>
      </w:r>
    </w:p>
    <w:p>
      <w:pPr>
        <w:jc w:val="right"/>
      </w:pPr>
      <w:r>
        <w:t>یہ عبدالمحسن ترکی نے جو بات کہی، ڈاکٹر عبدالمحسن ترکی نے تو یہ سمپل بات نہیں ہے۔ بہت زیادہ اہم بات ہے کہ خدا نے اسلام کو یا پیغمبر اسلام کو بھیجا انسان کی رحمت بنا کر جیسا قرآن میں بھی ہے وما أرسلناك إلا رحمة للعالمين۔</w:t>
      </w:r>
    </w:p>
    <w:p>
      <w:r>
        <w:rPr>
          <w:b/>
        </w:rPr>
        <w:t xml:space="preserve">[20:19] </w:t>
      </w:r>
      <w:r>
        <w:t>yeh bohat hi important baat hai. is ke kai aspects hain.</w:t>
      </w:r>
    </w:p>
    <w:p>
      <w:pPr>
        <w:jc w:val="right"/>
      </w:pPr>
      <w:r>
        <w:t>یہ بہت ہی امپورٹنٹ بات ہے۔ اس کے کئی آسپیکٹ ہیں۔</w:t>
      </w:r>
    </w:p>
    <w:p>
      <w:r>
        <w:rPr>
          <w:b/>
        </w:rPr>
        <w:t xml:space="preserve">[20:22] </w:t>
      </w:r>
      <w:r>
        <w:t>mein aap ko aik aspect ki taraf dhyan dilaoonga.</w:t>
      </w:r>
    </w:p>
    <w:p>
      <w:pPr>
        <w:jc w:val="right"/>
      </w:pPr>
      <w:r>
        <w:t>میں آپ کو ایک آسپیکٹ کی طرف دھیان دلاؤں گا۔</w:t>
      </w:r>
    </w:p>
    <w:p>
      <w:r>
        <w:rPr>
          <w:b/>
        </w:rPr>
        <w:t xml:space="preserve">[20:37] </w:t>
      </w:r>
      <w:r>
        <w:t>History of thought mein aik subject hota hai pacifism. History of thought mein aik subject hota hai pacifism yani peaceful activism</w:t>
      </w:r>
    </w:p>
    <w:p>
      <w:pPr>
        <w:jc w:val="right"/>
      </w:pPr>
      <w:r>
        <w:t>History of thought میں ایک سبجیکٹ ہوتا ہے پیسیفزم۔ History of thought میں ایک سبجیکٹ ہوتا ہے پیسیفزم یعنی peaceful activism</w:t>
      </w:r>
    </w:p>
    <w:p>
      <w:r>
        <w:rPr>
          <w:b/>
        </w:rPr>
        <w:t xml:space="preserve">[20:51] </w:t>
      </w:r>
      <w:r>
        <w:t>. aman ke zareeye se maqsad hasil karne ki koshish yaani peaceful struggle. to pacifism aaj tak ek dream bana hua tha.</w:t>
      </w:r>
    </w:p>
    <w:p>
      <w:pPr>
        <w:jc w:val="right"/>
      </w:pPr>
      <w:r>
        <w:t>۔ امن کے ذریعے سے مقصد حاصل کرنے کی کوشش یعنی peaceful struggle۔ تو پیسیفزم آج تک ایک ڈریم بنا ہوا تھا۔</w:t>
      </w:r>
    </w:p>
    <w:p>
      <w:r>
        <w:rPr>
          <w:b/>
        </w:rPr>
        <w:t xml:space="preserve">[21:04] </w:t>
      </w:r>
      <w:r>
        <w:t>kyun? jitne philosopher the, jitne thinkers the, jitne reformers the history ke in sab ne peaceful activism ka formula kya pakad rakha tha ke pehle problem ko hatayo is ke baad hum jo chahte hain system woh hum layen ge.</w:t>
      </w:r>
    </w:p>
    <w:p>
      <w:pPr>
        <w:jc w:val="right"/>
      </w:pPr>
      <w:r>
        <w:t>کیوں؟ جتنے فلاسفر تھے، جتنے تھنکرز تھے، جتنے ریفارمرز تھے history کے ان سب نے peaceful activism کا فارمولا کیا پکڑ رکھا تھا کہ پہلے پرابلم کو ہٹاؤ اس کے بعد ہم جو چاہتے ہیں سسٹم وہ ہم لائیں گے۔</w:t>
      </w:r>
    </w:p>
    <w:p>
      <w:r>
        <w:rPr>
          <w:b/>
        </w:rPr>
        <w:t xml:space="preserve">[21:28] </w:t>
      </w:r>
      <w:r>
        <w:t>to woh sab is obsession mein hote the ke first of all we have to remove the problem then we will be able to establish our system.</w:t>
      </w:r>
    </w:p>
    <w:p>
      <w:pPr>
        <w:jc w:val="right"/>
      </w:pPr>
      <w:r>
        <w:t>تو وہ سب اس obsession میں ہوتے تھے کہ first of all we have to remove the problem then we will be able to establish our system۔</w:t>
      </w:r>
    </w:p>
    <w:p>
      <w:r>
        <w:rPr>
          <w:b/>
        </w:rPr>
        <w:t xml:space="preserve">[21:42] </w:t>
      </w:r>
      <w:r>
        <w:t>to sab ke sab kis mein lage rahe? problem. jitni bhi activities rahin un ki problem based activities rahin.</w:t>
      </w:r>
    </w:p>
    <w:p>
      <w:pPr>
        <w:jc w:val="right"/>
      </w:pPr>
      <w:r>
        <w:t>تو سب کے سب کس میں لگے رہے؟ پرابلم۔ جتنی بھی activities رہیں ان کی problem based activities رہیں۔</w:t>
      </w:r>
    </w:p>
    <w:p>
      <w:r>
        <w:rPr>
          <w:b/>
        </w:rPr>
        <w:t xml:space="preserve">[21:53] </w:t>
      </w:r>
      <w:r>
        <w:t>ab isi liye koi bhi reformer poori history mein peaceful activism ke zareeye se koi koi bara nateeja nahi saamne la saka.</w:t>
      </w:r>
    </w:p>
    <w:p>
      <w:pPr>
        <w:jc w:val="right"/>
      </w:pPr>
      <w:r>
        <w:t>اب اسی لیے کوئی بھی ریفارمر پوری history میں peaceful activism کے ذریعے سے کوئی کوئی بڑا نتیجہ نہیں سامنے لا سکا۔</w:t>
      </w:r>
    </w:p>
    <w:p>
      <w:r>
        <w:rPr>
          <w:b/>
        </w:rPr>
        <w:t xml:space="preserve">[22:05] </w:t>
      </w:r>
      <w:r>
        <w:t>har jitni bhi aap history ko parhen to peace ke naam par koshishen hoti hain lekin result mein kya aata hai? anarchy, lalach,</w:t>
      </w:r>
    </w:p>
    <w:p>
      <w:pPr>
        <w:jc w:val="right"/>
      </w:pPr>
      <w:r>
        <w:t>ہر جتنی بھی آپ history کو پڑھیں تو peace کے نام پر کوششیں ہوتی ہیں لیکن result میں کیا آتا ہے؟ انارکی، لالچ،</w:t>
      </w:r>
    </w:p>
    <w:p>
      <w:r>
        <w:rPr>
          <w:b/>
        </w:rPr>
        <w:t xml:space="preserve">[22:18] </w:t>
      </w:r>
      <w:r>
        <w:t>corruption.</w:t>
      </w:r>
    </w:p>
    <w:p>
      <w:pPr>
        <w:jc w:val="right"/>
      </w:pPr>
      <w:r>
        <w:t>corruption۔</w:t>
      </w:r>
    </w:p>
    <w:p>
      <w:r>
        <w:rPr>
          <w:b/>
        </w:rPr>
        <w:t xml:space="preserve">[22:21] </w:t>
      </w:r>
      <w:r>
        <w:t>result bhi yahi nikalta hai.</w:t>
      </w:r>
    </w:p>
    <w:p>
      <w:pPr>
        <w:jc w:val="right"/>
      </w:pPr>
      <w:r>
        <w:t>Result بھی یہی نکلتا ہے۔</w:t>
      </w:r>
    </w:p>
    <w:p>
      <w:r>
        <w:rPr>
          <w:b/>
        </w:rPr>
        <w:t xml:space="preserve">[22:25] </w:t>
      </w:r>
      <w:r>
        <w:t>to yeh jo hai rehmatul lil alameen jo hai is ka pehlu yeh hai ke Allah taala ne Rasool Allah ko pehli baar ek ek formula diya, practical formula jo is se pehle kisi ko pata nahi tha.</w:t>
      </w:r>
    </w:p>
    <w:p>
      <w:pPr>
        <w:jc w:val="right"/>
      </w:pPr>
      <w:r>
        <w:t>تو یہ جو ہے رحمت للعالمین جو ہے اس کا پہلو یہ ہے کہ اللہ تعالیٰ نے رسول اللہ کو پہلی بار ایک ایک فارمولا دیا، پریکٹیکل فارمولا جو اس سے پہلے کسی کو پتہ نہیں تھا۔</w:t>
      </w:r>
    </w:p>
    <w:p>
      <w:r>
        <w:rPr>
          <w:b/>
        </w:rPr>
        <w:t xml:space="preserve">[22:47] </w:t>
      </w:r>
      <w:r>
        <w:t>to Quran mein hai ke wa hajruhum hajran jameela yeh shuru ki ayaten hain.</w:t>
      </w:r>
    </w:p>
    <w:p>
      <w:pPr>
        <w:jc w:val="right"/>
      </w:pPr>
      <w:r>
        <w:t>تو قرآن میں ہے کہ وَهَجُرْهُمْ حَجْرًا جَمِيلًا یہ شروع کی آیتیں ہیں۔</w:t>
      </w:r>
    </w:p>
    <w:p>
      <w:r>
        <w:rPr>
          <w:b/>
        </w:rPr>
        <w:t xml:space="preserve">[22:57] </w:t>
      </w:r>
      <w:r>
        <w:t>Rasool Allah sal Allah alaihi wasallam jab Makka mein aaye to shuru mein jo ayaten utarti thin us mein se ek ayat yeh thi wa hajruhum hajran jameela.</w:t>
      </w:r>
    </w:p>
    <w:p>
      <w:pPr>
        <w:jc w:val="right"/>
      </w:pPr>
      <w:r>
        <w:t>رسول اللہ صلی اللہ علیہ وسلم جب مکہ میں آئے تو شروع میں جو آیتیں اترتی تھیں اس میں سے ایک آیت یہ تھی وَهَجُرْهُمْ حَجْرًا جَمِيلًا۔</w:t>
      </w:r>
    </w:p>
    <w:p>
      <w:r>
        <w:rPr>
          <w:b/>
        </w:rPr>
        <w:t xml:space="preserve">[23:05] </w:t>
      </w:r>
      <w:r>
        <w:t>is ka matlab yeh hai ke avoid with them with becoming avoidance.</w:t>
      </w:r>
    </w:p>
    <w:p>
      <w:pPr>
        <w:jc w:val="right"/>
      </w:pPr>
      <w:r>
        <w:t>اس کا مطلب یہ ہے کہ avoid with them with becoming avoidance۔</w:t>
      </w:r>
    </w:p>
    <w:p>
      <w:r>
        <w:rPr>
          <w:b/>
        </w:rPr>
        <w:t xml:space="preserve">[23:18] </w:t>
      </w:r>
      <w:r>
        <w:t>avoid them with becoming avoidance. yaani un ko avoid karo beautiful tareeqe se avoid karna. jis mein ek beautiful strategy batai gayi.</w:t>
      </w:r>
    </w:p>
    <w:p>
      <w:pPr>
        <w:jc w:val="right"/>
      </w:pPr>
      <w:r>
        <w:t>avoid them with becoming avoidance۔ یعنی ان کو avoid کرو بیوٹی فل طریقے سے avoid کرنا۔ جس میں ایک بیوٹی فل اسٹریٹجی بتائی گئی۔</w:t>
      </w:r>
    </w:p>
    <w:p>
      <w:r>
        <w:rPr>
          <w:b/>
        </w:rPr>
        <w:t xml:space="preserve">[23:32] </w:t>
      </w:r>
      <w:r>
        <w:t>woh kya thi? ke problem ko avoid kar ke opportunity ko avail karo. kyun ke Khuda ko yeh pata tha ke dunya mein problem hai to saath saath opportunities bhi hain.</w:t>
      </w:r>
    </w:p>
    <w:p>
      <w:pPr>
        <w:jc w:val="right"/>
      </w:pPr>
      <w:r>
        <w:t>وہ کیا تھی؟ کہ پرابلم کو avoid کر کے opportunity کو avail کرو۔ کیونکہ خدا کو یہ پتہ تھا کہ دنیا میں پرابلم ہے تو ساتھ ساتھ opportunities بھی ہیں۔</w:t>
      </w:r>
    </w:p>
    <w:p>
      <w:r>
        <w:rPr>
          <w:b/>
        </w:rPr>
        <w:t xml:space="preserve">[23:47] </w:t>
      </w:r>
      <w:r>
        <w:t>inna ma la usra yusra with every hardship there is ease. matlab yeh hai with every problem there are opportunities.</w:t>
      </w:r>
    </w:p>
    <w:p>
      <w:pPr>
        <w:jc w:val="right"/>
      </w:pPr>
      <w:r>
        <w:t>إِنَّ مَا لَا عُسْرَ يُسْرَىٰ with every hardship there is ease۔ مطلب یہ ہے with every problem there are opportunities۔</w:t>
      </w:r>
    </w:p>
    <w:p>
      <w:r>
        <w:rPr>
          <w:b/>
        </w:rPr>
        <w:t xml:space="preserve">[23:57] </w:t>
      </w:r>
      <w:r>
        <w:t>yeh creator ko pata tha. Khuda jo yeh dunya ko banane wala hai to woh jaanta tha ke is dunya mein jis dhang se dunya ko banaya gaya hai is mein do cheezen side by side chalti hain.</w:t>
      </w:r>
    </w:p>
    <w:p>
      <w:pPr>
        <w:jc w:val="right"/>
      </w:pPr>
      <w:r>
        <w:t>یہ creator کو پتہ تھا۔ خدا جو یہ دنیا کو بنانے والا ہے تو وہ جانتا تھا کہ اس دنیا میں جس ڈھنگ سے دنیا کو بنایا گیا ہے اس میں دو چیزیں side by side چلتی ہیں۔</w:t>
      </w:r>
    </w:p>
    <w:p>
      <w:r>
        <w:rPr>
          <w:b/>
        </w:rPr>
        <w:t xml:space="preserve">[24:14] </w:t>
      </w:r>
      <w:r>
        <w:t>problem opportunities. problem opportunities.</w:t>
      </w:r>
    </w:p>
    <w:p>
      <w:pPr>
        <w:jc w:val="right"/>
      </w:pPr>
      <w:r>
        <w:t>problem opportunities۔ problem opportunities۔</w:t>
      </w:r>
    </w:p>
    <w:p>
      <w:r>
        <w:rPr>
          <w:b/>
        </w:rPr>
        <w:t xml:space="preserve">[24:18] </w:t>
      </w:r>
      <w:r>
        <w:t>aur kabhi bhi dunya problem se khaali nahi rahe gi. gulab ke peir mein hamesha kaante bhi rahen ge phool ke saath saath.</w:t>
      </w:r>
    </w:p>
    <w:p>
      <w:pPr>
        <w:jc w:val="right"/>
      </w:pPr>
      <w:r>
        <w:t>اور کبھی بھی دنیا پرابلم سے خالی نہیں رہے گی۔ گلاب کے پیڑ میں ہمیشہ کانٹے بھی رہیں گے پھول کے ساتھ ساتھ۔</w:t>
      </w:r>
    </w:p>
    <w:p>
      <w:r>
        <w:rPr>
          <w:b/>
        </w:rPr>
        <w:t xml:space="preserve">[24:27] </w:t>
      </w:r>
      <w:r>
        <w:t>kabhi bhi yeh possible nahi hoga ke kaante na hon sirf phool phool ho. is is is is nuqtay ko, is is is is baat ko koi bhi philosopher nahi jaan saka poori history mein.</w:t>
      </w:r>
    </w:p>
    <w:p>
      <w:pPr>
        <w:jc w:val="right"/>
      </w:pPr>
      <w:r>
        <w:t>کبھی بھی یہ possible نہیں ہوگا کہ کانٹے نہ ہوں صرف پھول پھول ہو۔ اس اس اس اس نقطے کو، اس اس اس اس بات کو کوئی بھی فلاسفر نہیں جان سکا پوری history میں۔</w:t>
      </w:r>
    </w:p>
    <w:p>
      <w:r>
        <w:rPr>
          <w:b/>
        </w:rPr>
        <w:t xml:space="preserve">[24:40] </w:t>
      </w:r>
      <w:r>
        <w:t>har aadmi bas kaante ko todta raha aur isi mein mar gaya woh</w:t>
      </w:r>
    </w:p>
    <w:p>
      <w:pPr>
        <w:jc w:val="right"/>
      </w:pPr>
      <w:r>
        <w:t>ہر آدمی بس کانٹے کو توڑتا رہا اور اسی میں مر گیا وہ</w:t>
      </w:r>
    </w:p>
    <w:p>
      <w:r>
        <w:rPr>
          <w:b/>
        </w:rPr>
        <w:t xml:space="preserve">[24:45] </w:t>
      </w:r>
      <w:r>
        <w:t>. matlab problem se lad kar ke problem ko hatata raha aur jab ek problem khatam hua to doosra problem aa gaya. kyun ke laqad khalaqnal insana fi kabad.</w:t>
      </w:r>
    </w:p>
    <w:p>
      <w:pPr>
        <w:jc w:val="right"/>
      </w:pPr>
      <w:r>
        <w:t>۔ مطلب پرابلم سے لڑ کر کے پرابلم کو ہٹاتا رہا اور جب ایک پرابلم ختم ہوا تو دوسرا پرابلم آگیا۔ کیونکہ لَقَدْ خَلَقْنَا الْإِنْسَانَ فِي كَبَدٍ۔</w:t>
      </w:r>
    </w:p>
    <w:p>
      <w:r>
        <w:rPr>
          <w:b/>
        </w:rPr>
        <w:t xml:space="preserve">[24:58] </w:t>
      </w:r>
      <w:r>
        <w:t>Quran mein yeh hai ke hum ne paida kiya hai insaan ko problem mein. hum ne insaan ko paida kiya hai problem mein.</w:t>
      </w:r>
    </w:p>
    <w:p>
      <w:pPr>
        <w:jc w:val="right"/>
      </w:pPr>
      <w:r>
        <w:t>قرآن میں یہ ہے کہ ہم نے پیدا کیا ہے انسان کو پرابلم میں۔ ہم نے انسان کو پیدا کیا ہے پرابلم میں۔</w:t>
      </w:r>
    </w:p>
    <w:p>
      <w:r>
        <w:rPr>
          <w:b/>
        </w:rPr>
        <w:t xml:space="preserve">[25:11] </w:t>
      </w:r>
      <w:r>
        <w:t>to problem is a part of life. problem is a part of creation.</w:t>
      </w:r>
    </w:p>
    <w:p>
      <w:pPr>
        <w:jc w:val="right"/>
      </w:pPr>
      <w:r>
        <w:t>تو problem is a part of life۔ problem is a part of creation۔</w:t>
      </w:r>
    </w:p>
    <w:p>
      <w:r>
        <w:rPr>
          <w:b/>
        </w:rPr>
        <w:t xml:space="preserve">[25:16] </w:t>
      </w:r>
      <w:r>
        <w:t>problem is a part of nature. theek isi tarah se jaise gulab ke peir mein kaanta is ka part hai. aap kaante ko avoid nahi kar sakte.</w:t>
      </w:r>
    </w:p>
    <w:p>
      <w:pPr>
        <w:jc w:val="right"/>
      </w:pPr>
      <w:r>
        <w:t>problem is a part of nature۔ ٹھیک اسی طرح سے جیسے گلاب کے پیڑ میں کانٹا اس کا part ہے۔ آپ کانٹے کو avoid نہیں کر سکتے۔</w:t>
      </w:r>
    </w:p>
    <w:p>
      <w:r>
        <w:rPr>
          <w:b/>
        </w:rPr>
        <w:t xml:space="preserve">[25:27] </w:t>
      </w:r>
      <w:r>
        <w:t>aisi zindagi mein aap problem ko khatam nahi kar sakte. ek problem ko aap hatayen ge doosra problem aa jayega. ab zindagi bhar aap problem se ladte rahiye.</w:t>
      </w:r>
    </w:p>
    <w:p>
      <w:pPr>
        <w:jc w:val="right"/>
      </w:pPr>
      <w:r>
        <w:t>ایسی زندگی میں آپ پرابلم کو ختم نہیں کر سکتے۔ ایک پرابلم کو آپ ہٹائیں گے دوسرا پرابلم آجائے گا۔ اب زندگی بھر آپ پرابلم سے لڑتے رہیے۔</w:t>
      </w:r>
    </w:p>
    <w:p>
      <w:r>
        <w:rPr>
          <w:b/>
        </w:rPr>
        <w:t xml:space="preserve">[25:40] </w:t>
      </w:r>
      <w:r>
        <w:t>aur jo jo aap chahtay hain jo samajh banana woh kabhi bana nahi payengay aap.</w:t>
      </w:r>
    </w:p>
    <w:p>
      <w:pPr>
        <w:jc w:val="right"/>
      </w:pPr>
      <w:r>
        <w:t>اور جو جو آپ چاہتے ہیں جو سماج بنانا وہ کبھی بنا نہیں پائیں گے آپ۔</w:t>
      </w:r>
    </w:p>
    <w:p>
      <w:r>
        <w:rPr>
          <w:b/>
        </w:rPr>
        <w:t xml:space="preserve">[25:46] </w:t>
      </w:r>
      <w:r>
        <w:t>hamesha problem say lartay rahengay aap. to jo formula hai woh kya hai? you have to avoid the problem and avail the opportunities.</w:t>
      </w:r>
    </w:p>
    <w:p>
      <w:pPr>
        <w:jc w:val="right"/>
      </w:pPr>
      <w:r>
        <w:t>ہمیشہ پرابلم سے لڑتے رہیں گے آپ۔ تو جو فارمولا ہے وہ کیا ہے؟ you have to avoid the problem and avail the opportunities۔</w:t>
      </w:r>
    </w:p>
    <w:p>
      <w:r>
        <w:rPr>
          <w:b/>
        </w:rPr>
        <w:t xml:space="preserve">[25:58] </w:t>
      </w:r>
      <w:r>
        <w:t>opportunity ko avail kar kay aap puhanch saktay hain apnay goal tak. jaisay aaj kal jo falasteen waghera mein jo aaj kal jo log lar rahay hain un ka obsession</w:t>
      </w:r>
    </w:p>
    <w:p>
      <w:pPr>
        <w:jc w:val="right"/>
      </w:pPr>
      <w:r>
        <w:t>opportunity کو avail کر کے آپ پہنچ سکتے ہیں اپنے goal تک۔ جیسے آج کل جو فلسطین وغیرہ میں جو آج کل جو لوگ لڑ رہے ہیں ان کا obsession</w:t>
      </w:r>
    </w:p>
    <w:p>
      <w:r>
        <w:rPr>
          <w:b/>
        </w:rPr>
        <w:t xml:space="preserve">[26:14] </w:t>
      </w:r>
      <w:r>
        <w:t>bhi yahi hai. woh is nuqtay ko samajh nahi paye quran kay. un say jab kaha jata hai, mein khud wahan do baar gaya hoon. un say jab kaha jata hai kay bhai aap kyun lartay phirtay hain?</w:t>
      </w:r>
    </w:p>
    <w:p>
      <w:pPr>
        <w:jc w:val="right"/>
      </w:pPr>
      <w:r>
        <w:t>بھی یہی ہے۔ وہ اس نقطے کو سمجھ نہیں پائے قرآن کے۔ ان سے جب کہا جاتا ہے، میں خود وہاں دو بار گیا ہوں۔ ان سے جب کہا جاتا ہے کہ بھئی آپ کیوں لڑتے پھرتے ہیں؟</w:t>
      </w:r>
    </w:p>
    <w:p>
      <w:r>
        <w:rPr>
          <w:b/>
        </w:rPr>
        <w:t xml:space="preserve">[26:25] </w:t>
      </w:r>
      <w:r>
        <w:t>aap peace nahi chahiye aap ko? to kya kahangay woh? hum ko peace chahiye lekin assalam ma'al adl chahiye.</w:t>
      </w:r>
    </w:p>
    <w:p>
      <w:pPr>
        <w:jc w:val="right"/>
      </w:pPr>
      <w:r>
        <w:t>آپ peace نہیں چاہیے آپ کو؟ تو کیا کہیں گے وہ؟ ہم کو peace چاہیے لیکن السلام مع العدل چاہیے۔</w:t>
      </w:r>
    </w:p>
    <w:p>
      <w:r>
        <w:rPr>
          <w:b/>
        </w:rPr>
        <w:t xml:space="preserve">[26:37] </w:t>
      </w:r>
      <w:r>
        <w:t>yani peace with justice chahiye. is ko woh kehtay hain assalam ma'al adl.</w:t>
      </w:r>
    </w:p>
    <w:p>
      <w:pPr>
        <w:jc w:val="right"/>
      </w:pPr>
      <w:r>
        <w:t>یعنی peace with justice چاہیے۔ اس کو وہ کہتے ہیں السلام مع العدل۔</w:t>
      </w:r>
    </w:p>
    <w:p>
      <w:r>
        <w:rPr>
          <w:b/>
        </w:rPr>
        <w:t xml:space="preserve">[26:44] </w:t>
      </w:r>
      <w:r>
        <w:t>peace with justice. ab yeh baat jo quran mein batai gayi thi woh samajh nahi paye woh kay peace jo hai woh khud justice nahi layegi.</w:t>
      </w:r>
    </w:p>
    <w:p>
      <w:pPr>
        <w:jc w:val="right"/>
      </w:pPr>
      <w:r>
        <w:t>peace with justice۔ اب یہ بات جو قرآن میں بتائی گئی تھی وہ سمجھ نہیں پائے وہ کہ peace جو ہے وہ خود justice نہیں لائے گی۔</w:t>
      </w:r>
    </w:p>
    <w:p>
      <w:r>
        <w:rPr>
          <w:b/>
        </w:rPr>
        <w:t xml:space="preserve">[26:56] </w:t>
      </w:r>
      <w:r>
        <w:t>peace jo hai, justice jo hai woh peace ka part nahi hai.</w:t>
      </w:r>
    </w:p>
    <w:p>
      <w:pPr>
        <w:jc w:val="right"/>
      </w:pPr>
      <w:r>
        <w:t>peace جو ہے، justice جو ہے وہ peace کا part نہیں ہے۔</w:t>
      </w:r>
    </w:p>
    <w:p>
      <w:r>
        <w:rPr>
          <w:b/>
        </w:rPr>
        <w:t xml:space="preserve">[27:02] </w:t>
      </w:r>
      <w:r>
        <w:t>peace lati hai opportunity. aap opportunity ko avail kartay hain phir aap ko justice milta hai.</w:t>
      </w:r>
    </w:p>
    <w:p>
      <w:pPr>
        <w:jc w:val="right"/>
      </w:pPr>
      <w:r>
        <w:t>peace لاتی ہے opportunity۔ آپ opportunity کو avail کرتے ہیں پھر آپ کو justice ملتا ہے۔</w:t>
      </w:r>
    </w:p>
    <w:p>
      <w:r>
        <w:rPr>
          <w:b/>
        </w:rPr>
        <w:t xml:space="preserve">[27:12] </w:t>
      </w:r>
      <w:r>
        <w:t>yeh bohat hi important baat hai kay yeh jo nazariya hai peace with justice ka ya assalam ma'al adl ka yeh unnatural nazariya hai, unnatural.</w:t>
      </w:r>
    </w:p>
    <w:p>
      <w:pPr>
        <w:jc w:val="right"/>
      </w:pPr>
      <w:r>
        <w:t>یہ بہت ہی امپورٹنٹ بات ہے کہ یہ جو نظریہ ہے peace with justice کا یا السلام مع العدل کا یہ unnatural نظریہ ہے، unnatural۔</w:t>
      </w:r>
    </w:p>
    <w:p>
      <w:r>
        <w:rPr>
          <w:b/>
        </w:rPr>
        <w:t xml:space="preserve">[27:21] </w:t>
      </w:r>
      <w:r>
        <w:t>yeh theory unnatural hai.</w:t>
      </w:r>
    </w:p>
    <w:p>
      <w:pPr>
        <w:jc w:val="right"/>
      </w:pPr>
      <w:r>
        <w:t>یہ theory unnatural ہے۔</w:t>
      </w:r>
    </w:p>
    <w:p>
      <w:r>
        <w:rPr>
          <w:b/>
        </w:rPr>
        <w:t xml:space="preserve">[27:26] </w:t>
      </w:r>
      <w:r>
        <w:t>assalam ma'al adl ya peace with justice ki theory jo hai yeh unnatural hai.</w:t>
      </w:r>
    </w:p>
    <w:p>
      <w:pPr>
        <w:jc w:val="right"/>
      </w:pPr>
      <w:r>
        <w:t>السلام مع العدل یا peace with justice کی theory جو ہے یہ unnatural ہے۔</w:t>
      </w:r>
    </w:p>
    <w:p>
      <w:r>
        <w:rPr>
          <w:b/>
        </w:rPr>
        <w:t xml:space="preserve">[27:35] </w:t>
      </w:r>
      <w:r>
        <w:t>sahih kya hai? kay aap har price ko day kar kay peace establish karen.</w:t>
      </w:r>
    </w:p>
    <w:p>
      <w:pPr>
        <w:jc w:val="right"/>
      </w:pPr>
      <w:r>
        <w:t>صحیح کیا ہے؟ کہ آپ ہر price کو دے کر کے peace establish کریں۔</w:t>
      </w:r>
    </w:p>
    <w:p>
      <w:r>
        <w:rPr>
          <w:b/>
        </w:rPr>
        <w:t xml:space="preserve">[27:43] </w:t>
      </w:r>
      <w:r>
        <w:t>aur jo opportunities hain un ko avail kartay huay aap justice tak puhanchien. yeh hai formula.</w:t>
      </w:r>
    </w:p>
    <w:p>
      <w:pPr>
        <w:jc w:val="right"/>
      </w:pPr>
      <w:r>
        <w:t>اور جو opportunities ہیں ان کو avail کرتے کرتے ہوئے آپ justice تک پہنچیے۔ یہ ہے فارمولا۔</w:t>
      </w:r>
    </w:p>
    <w:p>
      <w:r>
        <w:rPr>
          <w:b/>
        </w:rPr>
        <w:t xml:space="preserve">[27:53] </w:t>
      </w:r>
      <w:r>
        <w:t>is formula ko prophet of islam say pehlay dunya mein koi janta nahi tha. abhi bhi itna yeh nadir hai yeh kay jo log creation plan ko nahi jantay woh is ko samajh nahi paatay.</w:t>
      </w:r>
    </w:p>
    <w:p>
      <w:pPr>
        <w:jc w:val="right"/>
      </w:pPr>
      <w:r>
        <w:t>اس فارمولے کو prophet of اسلام سے پہلے دنیا میں کوئی جانتا نہیں تھا۔ ابھی بھی اتنا یہ نادر ہے یہ کہ جو لوگ creation plan کو نہیں جانتے وہ اس کو سمجھ نہیں پاتے۔</w:t>
      </w:r>
    </w:p>
    <w:p>
      <w:r>
        <w:rPr>
          <w:b/>
        </w:rPr>
        <w:t xml:space="preserve">[28:06] </w:t>
      </w:r>
      <w:r>
        <w:t>jo dunya ko laitay hain is tarah say kay yahan bohat sari blessing hain un ko avail karo</w:t>
      </w:r>
    </w:p>
    <w:p>
      <w:pPr>
        <w:jc w:val="right"/>
      </w:pPr>
      <w:r>
        <w:t>جو دنیا کو لیتے ہیں اس طرح سے کہ یہاں بہت ساری blessing ہیں ان کو avail کرو</w:t>
      </w:r>
    </w:p>
    <w:p>
      <w:r>
        <w:rPr>
          <w:b/>
        </w:rPr>
        <w:t xml:space="preserve">[28:12] </w:t>
      </w:r>
      <w:r>
        <w:t>lekin woh is say bekhabar hotay hain kay khud creator ka creation plan kya hai. is say bekhabar hotay hain. to woh samajhtay hain kay hum aik aisi dunya bana saktay hain jahan problem na ho.</w:t>
      </w:r>
    </w:p>
    <w:p>
      <w:pPr>
        <w:jc w:val="right"/>
      </w:pPr>
      <w:r>
        <w:t>لیکن وہ اس سے بے خبر ہوتے ہیں کہ خود creator کا creation plan کیا ہے۔ اس سے بے خبر ہوتے ہیں۔ تو وہ سمجھتے ہیں کہ ہم ایک ایسی دنیا بنا سکتے ہیں جہاں problem نہ ہو۔</w:t>
      </w:r>
    </w:p>
    <w:p>
      <w:r>
        <w:rPr>
          <w:b/>
        </w:rPr>
        <w:t xml:space="preserve">[28:26] </w:t>
      </w:r>
      <w:r>
        <w:t>isi mein jeetay bartay rehtay hain aur aur kabhi bhi kuch achieve nahi kar paatay. isi liye aik thinker nay kaha hai kay dunya mein jitnay bhi revolution aaye hain sab kay sab fail.</w:t>
      </w:r>
    </w:p>
    <w:p>
      <w:pPr>
        <w:jc w:val="right"/>
      </w:pPr>
      <w:r>
        <w:t>اسی میں جیتے برتے رہتے ہیں اور اور کبھی بھی کچھ achieve نہیں کر پاتے۔ اسی لیے ایک thinker نے کہا ہے کہ دنیا میں جتنے بھی revolution آئے ہیں سب کے سب fail۔</w:t>
      </w:r>
    </w:p>
    <w:p>
      <w:r>
        <w:rPr>
          <w:b/>
        </w:rPr>
        <w:t xml:space="preserve">[28:38] </w:t>
      </w:r>
      <w:r>
        <w:t>kyun kay aik aap nay aik aik system ko toda aur doosra system laye lekin problem phir bhi agaya.</w:t>
      </w:r>
    </w:p>
    <w:p>
      <w:pPr>
        <w:jc w:val="right"/>
      </w:pPr>
      <w:r>
        <w:t>کیونکہ ایک آپ نے ایک ایک سسٹم کو توڑا اور دوسرا سسٹم لائے لیکن problem پھر بھی آگیا۔</w:t>
      </w:r>
    </w:p>
    <w:p>
      <w:r>
        <w:rPr>
          <w:b/>
        </w:rPr>
        <w:t xml:space="preserve">[28:50] </w:t>
      </w:r>
      <w:r>
        <w:t>phir bhi agaya. to is ka matlab kya hai? kay log creation plan jo hai khuda ka isi say bekhabar hain.</w:t>
      </w:r>
    </w:p>
    <w:p>
      <w:pPr>
        <w:jc w:val="right"/>
      </w:pPr>
      <w:r>
        <w:t>پھر بھی آگیا۔ تو اس کا مطلب کیا ہے؟ کہ لوگ creation plan جو ہے خدا کا اسی سے بے خبر ہیں۔</w:t>
      </w:r>
    </w:p>
    <w:p>
      <w:r>
        <w:rPr>
          <w:b/>
        </w:rPr>
        <w:t xml:space="preserve">[29:00] </w:t>
      </w:r>
      <w:r>
        <w:t>kay problem kay sath humein jeena hai. problem kay baghair hum jee nahi saktay</w:t>
      </w:r>
    </w:p>
    <w:p>
      <w:pPr>
        <w:jc w:val="right"/>
      </w:pPr>
      <w:r>
        <w:t>کہ problem کے ساتھ ہمیں جینا ہے۔ problem کے بغیر ہم جی نہیں سکتے</w:t>
      </w:r>
    </w:p>
    <w:p>
      <w:r>
        <w:rPr>
          <w:b/>
        </w:rPr>
        <w:t xml:space="preserve">[29:05] </w:t>
      </w:r>
      <w:r>
        <w:t>kyun kay problem part of life hai, part of nature hai. yeh diya gaya formula rasool Allah sallallahu alaihi wasallam ko.</w:t>
      </w:r>
    </w:p>
    <w:p>
      <w:pPr>
        <w:jc w:val="right"/>
      </w:pPr>
      <w:r>
        <w:t>کیونکہ problem part of life ہے، part of nature ہے۔ یہ دیا گیا فارمولا رسول اللہ صلی اللہ علیہ وسلم کو۔</w:t>
      </w:r>
    </w:p>
    <w:p>
      <w:r>
        <w:rPr>
          <w:b/>
        </w:rPr>
        <w:t xml:space="preserve">[29:14] </w:t>
      </w:r>
      <w:r>
        <w:t>to aap nay kya kiya kay makka madina mein jo aap thay wahan bohat say problem thay. aap problem say takraye nahi. problem ko avoid kar kay aap nay opportunities ko avail kiya.</w:t>
      </w:r>
    </w:p>
    <w:p>
      <w:pPr>
        <w:jc w:val="right"/>
      </w:pPr>
      <w:r>
        <w:t>تو آپ نے کیا کیا کہ مکہ مدینہ میں جو آپ تھے وہاں بہت سے problem تھے۔ آپ problem سے ٹکرائے نہیں۔ problem کو avoid کر کے آپ نے opportunities کو avail کیا۔</w:t>
      </w:r>
    </w:p>
    <w:p>
      <w:r>
        <w:rPr>
          <w:b/>
        </w:rPr>
        <w:t xml:space="preserve">[29:30] </w:t>
      </w:r>
      <w:r>
        <w:t>is tarah say aap</w:t>
      </w:r>
    </w:p>
    <w:p>
      <w:pPr>
        <w:jc w:val="right"/>
      </w:pPr>
      <w:r>
        <w:t>اس طرح سے آپ</w:t>
      </w:r>
    </w:p>
    <w:p>
      <w:r>
        <w:rPr>
          <w:b/>
        </w:rPr>
        <w:t xml:space="preserve">[29:34] </w:t>
      </w:r>
      <w:r>
        <w:t>kamyabi tak puhanchay.</w:t>
      </w:r>
    </w:p>
    <w:p>
      <w:pPr>
        <w:jc w:val="right"/>
      </w:pPr>
      <w:r>
        <w:t>کامیابی تک پہنچے۔</w:t>
      </w:r>
    </w:p>
    <w:p>
      <w:r>
        <w:rPr>
          <w:b/>
        </w:rPr>
        <w:t xml:space="preserve">[29:41] </w:t>
      </w:r>
      <w:r>
        <w:t>ab mein yeh kehna chahunga ke</w:t>
      </w:r>
    </w:p>
    <w:p>
      <w:pPr>
        <w:jc w:val="right"/>
      </w:pPr>
      <w:r>
        <w:t>اب میں یہ کہنا چاہوں گا کہ</w:t>
      </w:r>
    </w:p>
    <w:p>
      <w:r>
        <w:rPr>
          <w:b/>
        </w:rPr>
        <w:t xml:space="preserve">[29:51] </w:t>
      </w:r>
      <w:r>
        <w:t>ke islam ki study jo log karte hain un ke liye bohat zaroori hai ke aik aik principle ko samne rakhen woh.</w:t>
      </w:r>
    </w:p>
    <w:p>
      <w:pPr>
        <w:jc w:val="right"/>
      </w:pPr>
      <w:r>
        <w:t>کہ اسلام کی study جو لوگ کرتے ہیں ان کے لیے بہت ضروری ہے کہ ایک ایک principle کو سامنے رکھیں وہ۔</w:t>
      </w:r>
    </w:p>
    <w:p>
      <w:r>
        <w:rPr>
          <w:b/>
        </w:rPr>
        <w:t xml:space="preserve">[30:01] </w:t>
      </w:r>
      <w:r>
        <w:t>woh kya hai? islam ko aur muslim ko alag kar ke dekhna.</w:t>
      </w:r>
    </w:p>
    <w:p>
      <w:pPr>
        <w:jc w:val="right"/>
      </w:pPr>
      <w:r>
        <w:t>وہ کیا ہے؟ اسلام کو اور مسلم کو الگ کر کے دیکھنا۔</w:t>
      </w:r>
    </w:p>
    <w:p>
      <w:r>
        <w:rPr>
          <w:b/>
        </w:rPr>
        <w:t xml:space="preserve">[30:08] </w:t>
      </w:r>
      <w:r>
        <w:t>mein aksar kaha karta hoon ke you have to differentiate between Islam and Muslims.</w:t>
      </w:r>
    </w:p>
    <w:p>
      <w:pPr>
        <w:jc w:val="right"/>
      </w:pPr>
      <w:r>
        <w:t>میں اکثر کہا کرتا ہوں کہ you have to differentiate between Islam and Muslims۔</w:t>
      </w:r>
    </w:p>
    <w:p>
      <w:r>
        <w:rPr>
          <w:b/>
        </w:rPr>
        <w:t xml:space="preserve">[30:15] </w:t>
      </w:r>
      <w:r>
        <w:t>agar aap ko yeh janna hai ke islam kya hai as a religion to aap ko islam ki scriptures ko dekhna hoga.</w:t>
      </w:r>
    </w:p>
    <w:p>
      <w:pPr>
        <w:jc w:val="right"/>
      </w:pPr>
      <w:r>
        <w:t>اگر آپ کو یہ جاننا ہے کہ اسلام کیا ہے as a religion تو آپ کو اسلام کی scriptures کو دیکھنا ہوگا۔</w:t>
      </w:r>
    </w:p>
    <w:p>
      <w:r>
        <w:rPr>
          <w:b/>
        </w:rPr>
        <w:t xml:space="preserve">[30:24] </w:t>
      </w:r>
      <w:r>
        <w:t>prophet ki life ko dekhna hoga. musalmanon ko dekh kar aap rai nahi bana sakte.</w:t>
      </w:r>
    </w:p>
    <w:p>
      <w:pPr>
        <w:jc w:val="right"/>
      </w:pPr>
      <w:r>
        <w:t>prophet کی life کو دیکھنا ہوگا۔ مسلمانوں کو دیکھ کر آپ رائے نہیں بنا سکتے۔</w:t>
      </w:r>
    </w:p>
    <w:p>
      <w:r>
        <w:rPr>
          <w:b/>
        </w:rPr>
        <w:t xml:space="preserve">[30:34] </w:t>
      </w:r>
      <w:r>
        <w:t>to rasool Allah ne quran mein yeh bataya gaya hai ke laqad kana lakum fi rasool Allah uswatun hasanatun yani rasool Allah jo hai model hain.</w:t>
      </w:r>
    </w:p>
    <w:p>
      <w:pPr>
        <w:jc w:val="right"/>
      </w:pPr>
      <w:r>
        <w:t>تو رسول اللہ نے قرآن میں یہ بتایا گیا ہے کہ لَقَدْ كَانَ لَكُمْ فِي رَسُولِ اللَّهِ عُسْوَةٌ حَسَنَةٌ یعنی رسول اللہ جو ہے model ہیں۔</w:t>
      </w:r>
    </w:p>
    <w:p>
      <w:r>
        <w:rPr>
          <w:b/>
        </w:rPr>
        <w:t xml:space="preserve">[30:46] </w:t>
      </w:r>
      <w:r>
        <w:t>quran jo hai book of ideology hai aur rasool Allah model hain, practical model is ideology ka. yani quran jo hai woh kya hai?</w:t>
      </w:r>
    </w:p>
    <w:p>
      <w:pPr>
        <w:jc w:val="right"/>
      </w:pPr>
      <w:r>
        <w:t>قرآن جو ہے book of ideology ہے اور رسول اللہ model ہیں، پریکٹیکل model اس ideology کا۔ یعنی قرآن جو ہے وہ کیا ہے؟</w:t>
      </w:r>
    </w:p>
    <w:p>
      <w:r>
        <w:rPr>
          <w:b/>
        </w:rPr>
        <w:t xml:space="preserve">[30:58] </w:t>
      </w:r>
      <w:r>
        <w:t>woh hai book of ideology.</w:t>
      </w:r>
    </w:p>
    <w:p>
      <w:pPr>
        <w:jc w:val="right"/>
      </w:pPr>
      <w:r>
        <w:t>وہ ہے book of ideology۔</w:t>
      </w:r>
    </w:p>
    <w:p>
      <w:r>
        <w:rPr>
          <w:b/>
        </w:rPr>
        <w:t xml:space="preserve">[31:01] </w:t>
      </w:r>
      <w:r>
        <w:t>aur rasool Allah ki zindagi kya hai? woh hai practical model is ideology ka. to aap musalmanon ki kisi bhi practice ko is se mila kar dekhna chahiye.</w:t>
      </w:r>
    </w:p>
    <w:p>
      <w:pPr>
        <w:jc w:val="right"/>
      </w:pPr>
      <w:r>
        <w:t>اور رسول اللہ کی زندگی کیا ہے؟ وہ ہے پریکٹیکل model اس ideology کا۔ تو آپ مسلمانوں کی کسی بھی practice کو اس سے ملا کر دیکھنا چاہیے۔</w:t>
      </w:r>
    </w:p>
    <w:p>
      <w:r>
        <w:rPr>
          <w:b/>
        </w:rPr>
        <w:t xml:space="preserve">[31:15] </w:t>
      </w:r>
      <w:r>
        <w:t>agar is se mutabiq hai to woh lijiye us ko maniye warna is ko mat maniye. kyunke hadees mein aata hai ke man ahdasa fi amrina hadha ma laisa minhu fahuwa radd</w:t>
      </w:r>
    </w:p>
    <w:p>
      <w:pPr>
        <w:jc w:val="right"/>
      </w:pPr>
      <w:r>
        <w:t>اگر اس سے مطابق ہے تو وہ لیجیے اس کو مانیے ورنہ اس کو مت مانیے۔ کیونکہ حدیث میں آتا ہے کہ مَنْ أَهْدَسَ فِي أَمْرِنَا هَذَا مَا لَيْسَ مِنْهُ فَهُوَ رَدٌّ</w:t>
      </w:r>
    </w:p>
    <w:p>
      <w:r>
        <w:rPr>
          <w:b/>
        </w:rPr>
        <w:t xml:space="preserve">[31:31] </w:t>
      </w:r>
      <w:r>
        <w:t>jo koi hamare deen mein aik aisi baat layega aur jo is mein nahi hai to woh rejected hai.</w:t>
      </w:r>
    </w:p>
    <w:p>
      <w:pPr>
        <w:jc w:val="right"/>
      </w:pPr>
      <w:r>
        <w:t>جو کوئی ہمارے دین میں ایک ایسی بات لائے گا اور جو اس میں نہیں ہے تو وہ rejected ہے۔</w:t>
      </w:r>
    </w:p>
    <w:p>
      <w:r>
        <w:rPr>
          <w:b/>
        </w:rPr>
        <w:t xml:space="preserve">[31:41] </w:t>
      </w:r>
      <w:r>
        <w:t>yani quran mein woh nahi hai. ya rasool Allah ka jo model hai is mein nahi hai. ke do hi cheezein hain yaad rakhiye. quran aur rasool Allah ka uswa.</w:t>
      </w:r>
    </w:p>
    <w:p>
      <w:pPr>
        <w:jc w:val="right"/>
      </w:pPr>
      <w:r>
        <w:t>یعنی قرآن میں وہ نہیں ہے۔ یا رسول اللہ کا جو model ہے اس میں نہیں ہے۔ کہ دو ہی چیزیں ہیں یاد رکھیے۔ قرآن اور رسول اللہ کا اسوہ۔</w:t>
      </w:r>
    </w:p>
    <w:p>
      <w:r>
        <w:rPr>
          <w:b/>
        </w:rPr>
        <w:t xml:space="preserve">[31:55] </w:t>
      </w:r>
      <w:r>
        <w:t>to farmaya ke man ahdasa fi amrina hadha ma laisa minhu fahuwa radd</w:t>
      </w:r>
    </w:p>
    <w:p>
      <w:pPr>
        <w:jc w:val="right"/>
      </w:pPr>
      <w:r>
        <w:t>تو فرمایا کہ مَنْ أَهْدَسَ فِي أَمْرِنَا هَذَا مَا لَيْسَ مِنْهُ فَهُوَ رَد</w:t>
      </w:r>
    </w:p>
    <w:p>
      <w:r>
        <w:rPr>
          <w:b/>
        </w:rPr>
        <w:t xml:space="preserve">[32:00] </w:t>
      </w:r>
      <w:r>
        <w:t>un yani jo baat aap manne ja rahe hain us ko dekhiye ke kya woh quran mein mention hai woh?</w:t>
      </w:r>
    </w:p>
    <w:p>
      <w:pPr>
        <w:jc w:val="right"/>
      </w:pPr>
      <w:r>
        <w:t>ٌّ یعنی جو بات آپ ماننے جا رہے ہیں اس کو دیکھیے کہ کیا وہ قرآن میں mention ہے وہ؟</w:t>
      </w:r>
    </w:p>
    <w:p>
      <w:r>
        <w:rPr>
          <w:b/>
        </w:rPr>
        <w:t xml:space="preserve">[32:08] </w:t>
      </w:r>
      <w:r>
        <w:t>kya rasool Allah ne is ko practice kiya hai? agar hai to theek hai, nahi to woh rejected hai. fahuwa radd. fahuwa radd ka matlab hai woh rejected hai.</w:t>
      </w:r>
    </w:p>
    <w:p>
      <w:pPr>
        <w:jc w:val="right"/>
      </w:pPr>
      <w:r>
        <w:t>کیا رسول اللہ نے اس کو practice کیا ہے؟ اگر ہے تو ٹھیک ہے، نہیں تو وہ rejected ہے۔ فَهُوَ رَدٌّ۔ فَهُوَ رَدٌّ کا مطلب ہے وہ rejected ہے۔</w:t>
      </w:r>
    </w:p>
    <w:p>
      <w:r>
        <w:rPr>
          <w:b/>
        </w:rPr>
        <w:t xml:space="preserve">[32:19] </w:t>
      </w:r>
      <w:r>
        <w:t>is tarah se aap compare kar ke dekhna padega aap ko.</w:t>
      </w:r>
    </w:p>
    <w:p>
      <w:pPr>
        <w:jc w:val="right"/>
      </w:pPr>
      <w:r>
        <w:t>اس طرح سے آپ compare کر کے دیکھنا پڑے گا آپ کو۔</w:t>
      </w:r>
    </w:p>
    <w:p>
      <w:r>
        <w:rPr>
          <w:b/>
        </w:rPr>
        <w:t xml:space="preserve">[32:29] </w:t>
      </w:r>
      <w:r>
        <w:t>is tarah compare kar ke dekhna padega aap ko.</w:t>
      </w:r>
    </w:p>
    <w:p>
      <w:pPr>
        <w:jc w:val="right"/>
      </w:pPr>
      <w:r>
        <w:t>اس طرح compare کر کے دیکھنا پڑے گا آپ کو۔</w:t>
      </w:r>
    </w:p>
    <w:p>
      <w:r>
        <w:rPr>
          <w:b/>
        </w:rPr>
        <w:t xml:space="preserve">[32:35] </w:t>
      </w:r>
      <w:r>
        <w:t>ab aik mein aik aik bohat hi principle ki baat ya aik basic baat jo rasool Allah ne batai woh yeh hai ke la tatamannaw li ghala adubi wasra ullaha ala afiyatun dushman se budh beer ki tamanna mat karo.</w:t>
      </w:r>
    </w:p>
    <w:p>
      <w:pPr>
        <w:jc w:val="right"/>
      </w:pPr>
      <w:r>
        <w:t>اب ایک میں ایک ایک بہت ہی principle کی بات یا ایک basic بات جو رسول اللہ نے بتائی وہ یہ ہے کہ لا تَتَمَنَّوْا لِغَالَ أَدُوْبِ وَاسْرُوا اللَّهَ عَلَى عَافِيَةٍ دشمن سے بڈھ بیڑ کی تمنا مت کرو۔</w:t>
      </w:r>
    </w:p>
    <w:p>
      <w:r>
        <w:rPr>
          <w:b/>
        </w:rPr>
        <w:t xml:space="preserve">[32:53] </w:t>
      </w:r>
      <w:r>
        <w:t>aur Allah se peace mango.</w:t>
      </w:r>
    </w:p>
    <w:p>
      <w:pPr>
        <w:jc w:val="right"/>
      </w:pPr>
      <w:r>
        <w:t>اور اللہ سے peace مانگو۔</w:t>
      </w:r>
    </w:p>
    <w:p>
      <w:r>
        <w:rPr>
          <w:b/>
        </w:rPr>
        <w:t xml:space="preserve">[32:57] </w:t>
      </w:r>
      <w:r>
        <w:t>is ka matlab kya hai? ke islam ka jo method hai woh peaceful method hai.</w:t>
      </w:r>
    </w:p>
    <w:p>
      <w:pPr>
        <w:jc w:val="right"/>
      </w:pPr>
      <w:r>
        <w:t>اس کا مطلب کیا ہے؟ کہ اسلام کا جو method ہے وہ peaceful method ہے۔</w:t>
      </w:r>
    </w:p>
    <w:p>
      <w:r>
        <w:rPr>
          <w:b/>
        </w:rPr>
        <w:t xml:space="preserve">[33:06] </w:t>
      </w:r>
      <w:r>
        <w:t>hamara option jo hai peaceful method ka option hamein lena hai har haal mein. la tatamannaw li ghala adubi wasra ullaha ala afiyatun dushman se budh beer ki tamanna mat karo.</w:t>
      </w:r>
    </w:p>
    <w:p>
      <w:pPr>
        <w:jc w:val="right"/>
      </w:pPr>
      <w:r>
        <w:t>ہمارا option جو ہے peaceful method کا option ہمیں لینا ہے ہر حال میں۔ لا تَتَمَنَّوْا لِغَالَ أَدُوْبِ وَاسْرُوا اللَّهَ عَلَى عَافِيَةٍ دشمن سے بڈھ بیڑ کی تمنا مت کرو۔</w:t>
      </w:r>
    </w:p>
    <w:p>
      <w:r>
        <w:rPr>
          <w:b/>
        </w:rPr>
        <w:t xml:space="preserve">[33:17] </w:t>
      </w:r>
      <w:r>
        <w:t>Allah se afiyat mango, peace mango. yani hamara option har haal mein peace hona chahiye.</w:t>
      </w:r>
    </w:p>
    <w:p>
      <w:pPr>
        <w:jc w:val="right"/>
      </w:pPr>
      <w:r>
        <w:t>اللہ سے عافیت مانگو، peace مانگو۔ یعنی ہمارا option ہر حال میں peace ہونا چاہیے۔</w:t>
      </w:r>
    </w:p>
    <w:p>
      <w:r>
        <w:rPr>
          <w:b/>
        </w:rPr>
        <w:t xml:space="preserve">[33:26] </w:t>
      </w:r>
      <w:r>
        <w:t>illa yeh ke bohat hi compulsive soorat haal paida ho jaye, compulsive situation. defense jo hai woh kya?</w:t>
      </w:r>
    </w:p>
    <w:p>
      <w:pPr>
        <w:jc w:val="right"/>
      </w:pPr>
      <w:r>
        <w:t>الا یہ کہ بہت ہی compulsive صورتحال پیدا ہو جائے، compulsive situation۔ defense جو ہے وہ کیا؟</w:t>
      </w:r>
    </w:p>
    <w:p>
      <w:r>
        <w:rPr>
          <w:b/>
        </w:rPr>
        <w:t xml:space="preserve">[33:35] </w:t>
      </w:r>
      <w:r>
        <w:t>woh compulsion hai. woh option nahi hai yaad rakhiye. islam mein defense compulsion hai. woh option nahi hai. option kya hai?</w:t>
      </w:r>
    </w:p>
    <w:p>
      <w:pPr>
        <w:jc w:val="right"/>
      </w:pPr>
      <w:r>
        <w:t>وہ compulsion ہے۔ وہ option نہیں ہے یاد رکھیے۔ اسلام میں defense compulsion ہے۔ وہ option نہیں ہے۔ option کیا ہے؟</w:t>
      </w:r>
    </w:p>
    <w:p>
      <w:r>
        <w:rPr>
          <w:b/>
        </w:rPr>
        <w:t xml:space="preserve">[33:46] </w:t>
      </w:r>
      <w:r>
        <w:t>peaceful method۔ har haal mein۔ yeh aik basic principle hum ko milta hai rasool Allah ke haan۔</w:t>
      </w:r>
    </w:p>
    <w:p>
      <w:pPr>
        <w:jc w:val="right"/>
      </w:pPr>
      <w:r>
        <w:t>peaceful method۔ ہر حال میں۔ یہ ایک basic principle ہم کو ملتا ہے رسول اللہ کے ہاں۔</w:t>
      </w:r>
    </w:p>
    <w:p>
      <w:r>
        <w:rPr>
          <w:b/>
        </w:rPr>
        <w:t xml:space="preserve">[34:01] </w:t>
      </w:r>
      <w:r>
        <w:t>isi ko mein doosre dhang par yeh keh sakta hoon ke Islam mein daawa activism hai۔ Islam mein violent activism nahi hai۔</w:t>
      </w:r>
    </w:p>
    <w:p>
      <w:pPr>
        <w:jc w:val="right"/>
      </w:pPr>
      <w:r>
        <w:t>اسی کو میں دوسرے ڈھنگ پر یہ کہہ سکتا ہوں کہ اسلام میں دعویٰ activism ہے۔ اسلام میں violent activism نہیں ہے۔</w:t>
      </w:r>
    </w:p>
    <w:p>
      <w:r>
        <w:rPr>
          <w:b/>
        </w:rPr>
        <w:t xml:space="preserve">[34:12] </w:t>
      </w:r>
      <w:r>
        <w:t>daawa activism kya hai؟ peaceful dissemination of ideology۔</w:t>
      </w:r>
    </w:p>
    <w:p>
      <w:pPr>
        <w:jc w:val="right"/>
      </w:pPr>
      <w:r>
        <w:t>دعویٰ activism کیا ہے؟ peaceful dissemination of ideology۔</w:t>
      </w:r>
    </w:p>
    <w:p>
      <w:r>
        <w:rPr>
          <w:b/>
        </w:rPr>
        <w:t xml:space="preserve">[34:20] </w:t>
      </w:r>
      <w:r>
        <w:t>peaceful tareeqe se apni baat ko pesh karna۔ through discussion، through dialogue، through interaction۔</w:t>
      </w:r>
    </w:p>
    <w:p>
      <w:pPr>
        <w:jc w:val="right"/>
      </w:pPr>
      <w:r>
        <w:t>peaceful طریقے سے اپنی بات کو پیش کرنا۔ through discussion، through dialogue، through interaction۔</w:t>
      </w:r>
    </w:p>
    <w:p>
      <w:r>
        <w:rPr>
          <w:b/>
        </w:rPr>
        <w:t xml:space="preserve">[34:29] </w:t>
      </w:r>
      <w:r>
        <w:t>jo bhi peaceful method hai۔</w:t>
      </w:r>
    </w:p>
    <w:p>
      <w:pPr>
        <w:jc w:val="right"/>
      </w:pPr>
      <w:r>
        <w:t>جو بھی peaceful method ہے۔</w:t>
      </w:r>
    </w:p>
    <w:p>
      <w:r>
        <w:rPr>
          <w:b/>
        </w:rPr>
        <w:t xml:space="preserve">[34:32] </w:t>
      </w:r>
      <w:r>
        <w:t>without going to violence۔</w:t>
      </w:r>
    </w:p>
    <w:p>
      <w:pPr>
        <w:jc w:val="right"/>
      </w:pPr>
      <w:r>
        <w:t>without going to violence۔</w:t>
      </w:r>
    </w:p>
    <w:p>
      <w:r>
        <w:rPr>
          <w:b/>
        </w:rPr>
        <w:t xml:space="preserve">[34:43] </w:t>
      </w:r>
      <w:r>
        <w:t>to violence ko chhod kar، hathiyaar ko chhod kar jo bhi tareeqe hain peaceful tareeqe is mein apne ko rakhte hue jo koshish ki jaati hai isi ka naam hai daawa activism۔</w:t>
      </w:r>
    </w:p>
    <w:p>
      <w:pPr>
        <w:jc w:val="right"/>
      </w:pPr>
      <w:r>
        <w:t>تو violence کو چھوڑ کر، ہتھیار کو چھوڑ کر جو بھی طریقے ہیں peaceful طریقے اس میں اپنے کو رکھتے ہوئے جو کوشش کی جاتی ہے اسی کا نام ہے دعویٰ activism۔</w:t>
      </w:r>
    </w:p>
    <w:p>
      <w:r>
        <w:rPr>
          <w:b/>
        </w:rPr>
        <w:t xml:space="preserve">[34:58] </w:t>
      </w:r>
      <w:r>
        <w:t>yaani peaceful activism۔</w:t>
      </w:r>
    </w:p>
    <w:p>
      <w:pPr>
        <w:jc w:val="right"/>
      </w:pPr>
      <w:r>
        <w:t>یعنی peaceful activism۔</w:t>
      </w:r>
    </w:p>
    <w:p>
      <w:r>
        <w:rPr>
          <w:b/>
        </w:rPr>
        <w:t xml:space="preserve">[35:01] </w:t>
      </w:r>
      <w:r>
        <w:t>to Islam mein jo option hai woh sirf peaceful activism ka option hai۔ violent activism ka option hi nahi hai Islam mein۔</w:t>
      </w:r>
    </w:p>
    <w:p>
      <w:pPr>
        <w:jc w:val="right"/>
      </w:pPr>
      <w:r>
        <w:t>تو اسلام میں جو option ہے وہ صرف peaceful activism کا option ہے۔ violent activism کا option ہی نہیں ہے اسلام میں۔</w:t>
      </w:r>
    </w:p>
    <w:p>
      <w:r>
        <w:rPr>
          <w:b/>
        </w:rPr>
        <w:t xml:space="preserve">[35:11] </w:t>
      </w:r>
      <w:r>
        <w:t>woh to compulsion hai۔ yaani compulsive situation agar aajaye to kya karein ge aap؟ to aap ladein ge as a defense۔</w:t>
      </w:r>
    </w:p>
    <w:p>
      <w:pPr>
        <w:jc w:val="right"/>
      </w:pPr>
      <w:r>
        <w:t>وہ تو compulsion ہے۔ یعنی compulsive situation اگر آجائے تو کیا کریں گے آپ؟ تو آپ لڑیں گے as a defense۔</w:t>
      </w:r>
    </w:p>
    <w:p>
      <w:r>
        <w:rPr>
          <w:b/>
        </w:rPr>
        <w:t xml:space="preserve">[35:22] </w:t>
      </w:r>
      <w:r>
        <w:t>to yeh bohat hi important baat hai jaanna ke Islam mein peace option hai aur war compulsion hai۔</w:t>
      </w:r>
    </w:p>
    <w:p>
      <w:pPr>
        <w:jc w:val="right"/>
      </w:pPr>
      <w:r>
        <w:t>تو یہ بہت ہی important بات ہے جاننا کہ اسلام میں peace option ہے اور war compulsion ہے۔</w:t>
      </w:r>
    </w:p>
    <w:p>
      <w:r>
        <w:rPr>
          <w:b/>
        </w:rPr>
        <w:t xml:space="preserve">[35:37] </w:t>
      </w:r>
      <w:r>
        <w:t>ab aaj kal dekhiye Islam ki image jo ban gayi bigad gayi hai aaj kal is ki wajah yeh ho gayi hai ke log galat fatwe dete hain، galat speeches dete hain، galat masle bayan karte hain۔</w:t>
      </w:r>
    </w:p>
    <w:p>
      <w:pPr>
        <w:jc w:val="right"/>
      </w:pPr>
      <w:r>
        <w:t>اب آج کل دیکھیے اسلام کی image جو بن گئی بگڑ گئی ہے آج کل اس کی وجہ یہ ہو گئی ہے کہ لوگ غلط فتوے دیتے ہیں، غلط speeches دیتے ہیں، غلط مسئلے بیان کرتے ہیں۔</w:t>
      </w:r>
    </w:p>
    <w:p>
      <w:r>
        <w:rPr>
          <w:b/>
        </w:rPr>
        <w:t xml:space="preserve">[35:51] </w:t>
      </w:r>
      <w:r>
        <w:t>jaise abhi meri mulaqaat hui thi Kashmir ke governor sahab se، general sana se to unhone mujhe dikhaya woh paper ki cutting jo waise bhi aa chuki hai yeh khabar ke wahan ke wahan ke mufti sahiban ki، wahan ke leaderon ki aik meeting hui۔</w:t>
      </w:r>
    </w:p>
    <w:p>
      <w:pPr>
        <w:jc w:val="right"/>
      </w:pPr>
      <w:r>
        <w:t>جیسے ابھی میری ملاقات ہوئی تھی کشمیر کے گورنر صاحب سے، جنرل سنا سے تو انہوں نے مجھے دکھایا وہ paper کی cutting جو ویسے بھی آچکی ہے یہ خبر کہ وہاں کے وہاں کے مفتی صاحبان کی، وہاں کے لیڈروں کی ایک میٹنگ ہوئی۔</w:t>
      </w:r>
    </w:p>
    <w:p>
      <w:r>
        <w:rPr>
          <w:b/>
        </w:rPr>
        <w:t xml:space="preserve">[36:15] </w:t>
      </w:r>
      <w:r>
        <w:t>aal Kashmir meeting۔</w:t>
      </w:r>
    </w:p>
    <w:p>
      <w:pPr>
        <w:jc w:val="right"/>
      </w:pPr>
      <w:r>
        <w:t>آل کشمیر میٹنگ۔</w:t>
      </w:r>
    </w:p>
    <w:p>
      <w:r>
        <w:rPr>
          <w:b/>
        </w:rPr>
        <w:t xml:space="preserve">[36:17] </w:t>
      </w:r>
      <w:r>
        <w:t>to wahan aisa hai ke wahan par chuki aap jaante hain ke army hai۔ military logon se kai baar takraao hota rehta hai۔ aur yeh military log chale aate hain is mein masjid mein۔</w:t>
      </w:r>
    </w:p>
    <w:p>
      <w:pPr>
        <w:jc w:val="right"/>
      </w:pPr>
      <w:r>
        <w:t>تو وہاں ایسا ہے کہ وہاں پر چونکہ آپ جانتے ہیں کہ آرمی ہے۔ ملٹری لوگوں سے کئی بار ٹکراؤ ہوتا رہتا ہے۔ اور یہ ملٹری لوگ چلے آتے ہیں اس میں مسجد میں۔</w:t>
      </w:r>
    </w:p>
    <w:p>
      <w:r>
        <w:rPr>
          <w:b/>
        </w:rPr>
        <w:t xml:space="preserve">[36:29] </w:t>
      </w:r>
      <w:r>
        <w:t>wahan woh apna morcha bana lete hain۔ masjid ko misuse karna hai yeh lekin behraal woh is mein morcha bana lete hain۔</w:t>
      </w:r>
    </w:p>
    <w:p>
      <w:pPr>
        <w:jc w:val="right"/>
      </w:pPr>
      <w:r>
        <w:t>وہاں وہ اپنا مورچہ بنا لیتے ہیں۔ مسجد کو misuse کرنا ہے یہ لیکن بہرحال وہ اس میں مورچہ بنا لیتے ہیں۔</w:t>
      </w:r>
    </w:p>
    <w:p>
      <w:r>
        <w:rPr>
          <w:b/>
        </w:rPr>
        <w:t xml:space="preserve">[36:38] </w:t>
      </w:r>
      <w:r>
        <w:t>aur phir masjid se reh kar ke woh goliyan chalaate hain۔ idhar army bhi chalaati hai goliyan۔</w:t>
      </w:r>
    </w:p>
    <w:p>
      <w:pPr>
        <w:jc w:val="right"/>
      </w:pPr>
      <w:r>
        <w:t>اور پھر مسجد سے رہ کر کے وہ گولیاں چلاتے ہیں۔ ادھر آرمی بھی چلاتی ہے گولیاں۔</w:t>
      </w:r>
    </w:p>
    <w:p>
      <w:r>
        <w:rPr>
          <w:b/>
        </w:rPr>
        <w:t xml:space="preserve">[36:45] </w:t>
      </w:r>
      <w:r>
        <w:t>to nateeja kya hota hai؟ ke masjid jo hai toot phoot jaati hai۔ zahir hai ke masjid toot phoot jaati hai۔ to wahan jo army hai us ne aik sadh bhavna mission chalaya۔</w:t>
      </w:r>
    </w:p>
    <w:p>
      <w:pPr>
        <w:jc w:val="right"/>
      </w:pPr>
      <w:r>
        <w:t>تو نتیجہ کیا ہوتا ہے؟ کہ مسجد جو ہے ٹوٹ پھوٹ جاتی ہے۔ ظاہر ہے کہ مسجد ٹوٹ پھوٹ جاتی ہے۔ تو وہاں جو آرمی ہے اس نے ایک سدھ بھاونا مشن چلایا۔</w:t>
      </w:r>
    </w:p>
    <w:p>
      <w:r>
        <w:rPr>
          <w:b/>
        </w:rPr>
        <w:t xml:space="preserve">[37:01] </w:t>
      </w:r>
      <w:r>
        <w:t>chuki woh tooti phooti masjid jo hai woh aik aik provocative aik nishani bani rehti hai۔ is ko dekh kar log bhadakte hain۔ tooti phooti masjid agar hai to yaad dilaati hai un ko ke yahan par army ne goli chalai hai۔</w:t>
      </w:r>
    </w:p>
    <w:p>
      <w:pPr>
        <w:jc w:val="right"/>
      </w:pPr>
      <w:r>
        <w:t>کیونکہ وہ ٹوٹی پھوٹی مسجد جو ہے وہ ایک ایک provocative ایک علامت بنی رہتی ہے۔ اس کو دیکھ کر لوگ بھڑکتے ہیں۔ ٹوٹی پھوٹی مسجد اگر ہے تو یاد دلاتی ہے ان کو کہ یہاں پر آرمی نے گولی چلائی ہے۔</w:t>
      </w:r>
    </w:p>
    <w:p>
      <w:r>
        <w:rPr>
          <w:b/>
        </w:rPr>
        <w:t xml:space="preserve">[37:17] </w:t>
      </w:r>
      <w:r>
        <w:t>andar se goli chali، phir unhone goli chalai۔ to lekin woh ab kya hota hai؟ aik ishtiyaal angez manzar hota hai woh۔ provocative scene hota hai woh۔</w:t>
      </w:r>
    </w:p>
    <w:p>
      <w:pPr>
        <w:jc w:val="right"/>
      </w:pPr>
      <w:r>
        <w:t>اندر سے گولی چلی، پھر انہوں نے گولی چلائی۔ تو لیکن وہ اب کیا ہوتا ہے؟ ایک اشتعال انگیز منظر ہوتا ہے وہ۔ provocative سین ہوتا ہے وہ۔</w:t>
      </w:r>
    </w:p>
    <w:p>
      <w:r>
        <w:rPr>
          <w:b/>
        </w:rPr>
        <w:t xml:space="preserve">[37:26] </w:t>
      </w:r>
      <w:r>
        <w:t>to army ne yeh scheme chalai ke ke is ko army jo hai apne intezaam mein is ki reconstruction kare۔</w:t>
      </w:r>
    </w:p>
    <w:p>
      <w:pPr>
        <w:jc w:val="right"/>
      </w:pPr>
      <w:r>
        <w:t>تو آرمی نے یہ اسکیم چلائی کہ کہ اس کو آرمی جو ہے اپنے انتظام میں اس کی reconstruction کرے۔</w:t>
      </w:r>
    </w:p>
    <w:p>
      <w:r>
        <w:rPr>
          <w:b/>
        </w:rPr>
        <w:t xml:space="preserve">[37:36] </w:t>
      </w:r>
      <w:r>
        <w:t>reconstruction۔ reconstruction of masjid ki aik campaign chalai unhone۔ to sahib unhone fatwa de diya ke yeh haram hai۔</w:t>
      </w:r>
    </w:p>
    <w:p>
      <w:pPr>
        <w:jc w:val="right"/>
      </w:pPr>
      <w:r>
        <w:t>reconstruction۔ reconstruction of مسجد کی ایک campaign چلائی انہوں نے۔ تو صاحب انہوں نے فتویٰ دے دیا کہ یہ حرام ہے۔</w:t>
      </w:r>
    </w:p>
    <w:p>
      <w:r>
        <w:rPr>
          <w:b/>
        </w:rPr>
        <w:t xml:space="preserve">[37:47] </w:t>
      </w:r>
      <w:r>
        <w:t>ghair muslim koi masjid ki marammat ya is ki taameer nahi kar sakta۔</w:t>
      </w:r>
    </w:p>
    <w:p>
      <w:pPr>
        <w:jc w:val="right"/>
      </w:pPr>
      <w:r>
        <w:t>غیر مسلم کوئی مسجد کی مرمت یا اس کی تعمیر نہیں کر سکتا۔</w:t>
      </w:r>
    </w:p>
    <w:p>
      <w:r>
        <w:rPr>
          <w:b/>
        </w:rPr>
        <w:t xml:space="preserve">[37:55] </w:t>
      </w:r>
      <w:r>
        <w:t>fatwa de diya، yaani wahan mutafqa fatwa de diya ke ghair muslim jo hai kisi masjid ki taameer nahi kar sakta۔</w:t>
      </w:r>
    </w:p>
    <w:p>
      <w:pPr>
        <w:jc w:val="right"/>
      </w:pPr>
      <w:r>
        <w:t>فتویٰ دے دیا، یعنی وہاں متفقہ فتویٰ دے دیا کہ غیر مسلم جو ہے کسی مسجد کی تعمیر نہیں کر سکتا۔</w:t>
      </w:r>
    </w:p>
    <w:p>
      <w:r>
        <w:rPr>
          <w:b/>
        </w:rPr>
        <w:t xml:space="preserve">[38:05] </w:t>
      </w:r>
      <w:r>
        <w:t>yeh bilkul false fatwa hai، baseless fatwa hai۔ yeh yeh koi fatwa nahi hai yeh۔ yeh fatwa ko political interest ke liye use karna hai۔</w:t>
      </w:r>
    </w:p>
    <w:p>
      <w:pPr>
        <w:jc w:val="right"/>
      </w:pPr>
      <w:r>
        <w:t>یہ بالکل false فتویٰ ہے، baseless فتویٰ ہے۔ یہ یہ کوئی فتویٰ نہیں ہے یہ۔ یہ فتویٰ کو political interest کے لیے use کرنا ہے۔</w:t>
      </w:r>
    </w:p>
    <w:p>
      <w:r>
        <w:rPr>
          <w:b/>
        </w:rPr>
        <w:t xml:space="preserve">[38:18] </w:t>
      </w:r>
      <w:r>
        <w:t>yeh political exploitation of fatwa hai. kyon main aisa keh raha hoon? kyunke ab aap is ka dekhiye milakar ke prophet ki misaal se.</w:t>
      </w:r>
    </w:p>
    <w:p>
      <w:pPr>
        <w:jc w:val="right"/>
      </w:pPr>
      <w:r>
        <w:t>یہ political exploitation of فتویٰ ہے۔ کیوں میں ایسا کہہ رہا ہوں؟ کیونکہ اب آپ اس کا دیکھیے ملا کر کے prophet کی مثال سے۔</w:t>
      </w:r>
    </w:p>
    <w:p>
      <w:r>
        <w:rPr>
          <w:b/>
        </w:rPr>
        <w:t xml:space="preserve">[38:32] </w:t>
      </w:r>
      <w:r>
        <w:t>rasool allah sallallahu alaihi wasallam ki misaal se. rasool allah sallallahu alaihi wasallam jab makka mein aaye to wahan par kaaba tha. kaaba ek masjid hai. chaar hazar saal pehle hazrat ibrahim ne wahan masjid banai</w:t>
      </w:r>
    </w:p>
    <w:p>
      <w:pPr>
        <w:jc w:val="right"/>
      </w:pPr>
      <w:r>
        <w:t>رسول اللہ صلی اللہ علیہ وسلم کی مثال سے۔ رسول اللہ صلی اللہ علیہ وسلم جب مکہ میں آئے تو وہاں پر کعبہ تھا۔ کعبہ ایک مسجد ہے۔ چار ہزار سال پہلے حضرت ابراہیم نے وہاں مسجد بنائی</w:t>
      </w:r>
    </w:p>
    <w:p>
      <w:r>
        <w:rPr>
          <w:b/>
        </w:rPr>
        <w:t xml:space="preserve">[38:46] </w:t>
      </w:r>
      <w:r>
        <w:t>thi. jisko kaaba kaha jata hai ya baitullah bhi kaha jata hai. chaar hazar saal pehle. to rasool allah ki aamad se pehle wahan par aisa hua ke tez baarish hui, toofan aaya.</w:t>
      </w:r>
    </w:p>
    <w:p>
      <w:pPr>
        <w:jc w:val="right"/>
      </w:pPr>
      <w:r>
        <w:t>تھی۔ جس کو کعبہ کہا جاتا ہے یا بیت اللہ بھی کہا جاتا ہے۔ چار ہزار سال پہلے۔ تو رسول اللہ کی آمد سے پہلے وہاں پر ایسا ہوا کہ تیز بارش ہوئی، طوفان آیا۔</w:t>
      </w:r>
    </w:p>
    <w:p>
      <w:r>
        <w:rPr>
          <w:b/>
        </w:rPr>
        <w:t xml:space="preserve">[39:02] </w:t>
      </w:r>
      <w:r>
        <w:t>is mein kaaba ki building gir gayi. jo patthar se bani hui thi.</w:t>
      </w:r>
    </w:p>
    <w:p>
      <w:pPr>
        <w:jc w:val="right"/>
      </w:pPr>
      <w:r>
        <w:t>اس میں کعبہ کی بلڈنگ گر گئی۔ جو پتھر سے بنی ہوئی تھی۔</w:t>
      </w:r>
    </w:p>
    <w:p>
      <w:r>
        <w:rPr>
          <w:b/>
        </w:rPr>
        <w:t xml:space="preserve">[39:09] </w:t>
      </w:r>
      <w:r>
        <w:t>to</w:t>
      </w:r>
    </w:p>
    <w:p>
      <w:pPr>
        <w:jc w:val="right"/>
      </w:pPr>
      <w:r>
        <w:t>تو</w:t>
      </w:r>
    </w:p>
    <w:p>
      <w:r>
        <w:rPr>
          <w:b/>
        </w:rPr>
        <w:t xml:space="preserve">[39:14] </w:t>
      </w:r>
      <w:r>
        <w:t>us waqt makka jo tha mushrik logon ke qabze mein tha. mushrik log is ke sardar hua karte thay. to un mushrik logon ne apne paise se is ko reconstruct kiya,</w:t>
      </w:r>
    </w:p>
    <w:p>
      <w:pPr>
        <w:jc w:val="right"/>
      </w:pPr>
      <w:r>
        <w:t>اس وقت مکہ جو تھا مشرک لوگوں کے قبضے میں تھا۔ مشرک لوگ اس کے سردار ہوا کرتے تھے۔ تو ان مشرک لوگوں نے اپنے پیسے سے اس کو reconstruct کیا،</w:t>
      </w:r>
    </w:p>
    <w:p>
      <w:r>
        <w:rPr>
          <w:b/>
        </w:rPr>
        <w:t xml:space="preserve">[39:32] </w:t>
      </w:r>
      <w:r>
        <w:t>phir se banaya kaaba ko.</w:t>
      </w:r>
    </w:p>
    <w:p>
      <w:pPr>
        <w:jc w:val="right"/>
      </w:pPr>
      <w:r>
        <w:t>پھر سے بنایا کعبہ کو۔</w:t>
      </w:r>
    </w:p>
    <w:p>
      <w:r>
        <w:rPr>
          <w:b/>
        </w:rPr>
        <w:t xml:space="preserve">[39:35] </w:t>
      </w:r>
      <w:r>
        <w:t>to rasool allah jab aaye paygambar ho kar ke to yahi kaaba wahan par khada hua tha jis ko taameer kiya tha makka ke mushrik logon ne.</w:t>
      </w:r>
    </w:p>
    <w:p>
      <w:pPr>
        <w:jc w:val="right"/>
      </w:pPr>
      <w:r>
        <w:t>تو رسول اللہ جب آئے پیغمبر ہو کر کے تو یہی کعبہ وہاں پر کھڑا ہوا تھا جس کو تعمیر کیا تھا مکہ کے مشرک لوگوں نے۔</w:t>
      </w:r>
    </w:p>
    <w:p>
      <w:r>
        <w:rPr>
          <w:b/>
        </w:rPr>
        <w:t xml:space="preserve">[39:48] </w:t>
      </w:r>
      <w:r>
        <w:t>hazrat ibrahim ka kaaba nahi tha woh wahan par.</w:t>
      </w:r>
    </w:p>
    <w:p>
      <w:pPr>
        <w:jc w:val="right"/>
      </w:pPr>
      <w:r>
        <w:t>حضرت ابراہیم کا کعبہ نہیں تھا وہ وہاں پر۔</w:t>
      </w:r>
    </w:p>
    <w:p>
      <w:r>
        <w:rPr>
          <w:b/>
        </w:rPr>
        <w:t xml:space="preserve">[39:53] </w:t>
      </w:r>
      <w:r>
        <w:t>to kaaba ka reconstruction jo hua tha woh mushrik logon ne kiya tha.</w:t>
      </w:r>
    </w:p>
    <w:p>
      <w:pPr>
        <w:jc w:val="right"/>
      </w:pPr>
      <w:r>
        <w:t>تو کعبہ کا reconstruction جو ہوا تھا وہ مشرک لوگوں نے کیا تھا۔</w:t>
      </w:r>
    </w:p>
    <w:p>
      <w:r>
        <w:rPr>
          <w:b/>
        </w:rPr>
        <w:t xml:space="preserve">[39:59] </w:t>
      </w:r>
      <w:r>
        <w:t>ab dekhiye ke rasool allah sallallahu alaihi wasallam ne kya is ko uthaya? ya kaha ke yeh to haram hai ke mushrik logon ne kyon banaya hai? is ko kuch hua is ko? aisa koi fatwa diya rasool allah ne?</w:t>
      </w:r>
    </w:p>
    <w:p>
      <w:pPr>
        <w:jc w:val="right"/>
      </w:pPr>
      <w:r>
        <w:t>اب دیکھیے کہ رسول اللہ صلی اللہ علیہ وسلم نے کیا اس کو اٹھایا؟ یا کہا کہ یہ تو حرام ہے کہ مشرک لوگوں نے کیوں بنایا ہے؟ اس کو کچھ ہوا اس کو؟ ایسا کوئی فتویٰ دیا رسول اللہ نے؟</w:t>
      </w:r>
    </w:p>
    <w:p>
      <w:r>
        <w:rPr>
          <w:b/>
        </w:rPr>
        <w:t xml:space="preserve">[40:10] </w:t>
      </w:r>
      <w:r>
        <w:t>ke yeh kaaba ya baitullah, makka ki masjid jis ko banaya tha hazrat ibrahim ne jo ke prophet thay is ko mushrik log jo hain woh nahi bana sakte.</w:t>
      </w:r>
    </w:p>
    <w:p>
      <w:pPr>
        <w:jc w:val="right"/>
      </w:pPr>
      <w:r>
        <w:t>کہ یہ کعبہ یا بیت اللہ، مکہ کی مسجد جس کو بنایا تھا حضرت ابراہیم نے جو کہ prophet تھے اس کو مشرک لوگ جو ہیں وہ نہیں بنا سکتے۔</w:t>
      </w:r>
    </w:p>
    <w:p>
      <w:r>
        <w:rPr>
          <w:b/>
        </w:rPr>
        <w:t xml:space="preserve">[40:23] </w:t>
      </w:r>
      <w:r>
        <w:t>woh banayenge to haram hoga. aisa koi aap ne fatwa nahi diya.</w:t>
      </w:r>
    </w:p>
    <w:p>
      <w:pPr>
        <w:jc w:val="right"/>
      </w:pPr>
      <w:r>
        <w:t>وہ بنائیں گے تو حرام ہوگا۔ ایسا کوئی آپ نے فتویٰ نہیں دیا۔</w:t>
      </w:r>
    </w:p>
    <w:p>
      <w:r>
        <w:rPr>
          <w:b/>
        </w:rPr>
        <w:t xml:space="preserve">[40:28] </w:t>
      </w:r>
      <w:r>
        <w:t>achha jab makka fateh ho gaya aap ka wahan par rule qaim ho gaya. aap jante hain ke shuru mein to rule tha wahan par mushrik logon ka lekin baad ko rasool allah ke zamane mein fateh hua aap ka rule wahan qaim ho gaya.</w:t>
      </w:r>
    </w:p>
    <w:p>
      <w:pPr>
        <w:jc w:val="right"/>
      </w:pPr>
      <w:r>
        <w:t>اچھا جب مکہ فتح ہو گیا آپ کا وہاں پر rule قائم ہو گیا۔ آپ جانتے ہیں کہ شروع میں تو rule تھا وہاں پر مشرک لوگوں کا لیکن بعد کو رسول اللہ کے زمانے میں فتح ہوا آپ کا rule وہاں قائم ہو گیا۔</w:t>
      </w:r>
    </w:p>
    <w:p>
      <w:r>
        <w:rPr>
          <w:b/>
        </w:rPr>
        <w:t xml:space="preserve">[40:47] </w:t>
      </w:r>
      <w:r>
        <w:t>to ab wahan koi opposition nahi tha. ab makka mein koi opposition nahi tha.</w:t>
      </w:r>
    </w:p>
    <w:p>
      <w:pPr>
        <w:jc w:val="right"/>
      </w:pPr>
      <w:r>
        <w:t>تو اب وہاں کوئی opposition نہیں تھا۔ اب مکہ میں کوئی opposition نہیں تھا۔</w:t>
      </w:r>
    </w:p>
    <w:p>
      <w:r>
        <w:rPr>
          <w:b/>
        </w:rPr>
        <w:t xml:space="preserve">[40:53] </w:t>
      </w:r>
      <w:r>
        <w:t>tab bhi aap ne aisa nahi kiya ke makka ko utha kar ke phir se banayein kyunke mushrik logon ne banaya hai is ko. to na to aap ne fatwa diya ke yeh galat hua hai na aap ne is ko utha kar ke dobara banwaya.</w:t>
      </w:r>
    </w:p>
    <w:p>
      <w:pPr>
        <w:jc w:val="right"/>
      </w:pPr>
      <w:r>
        <w:t>تب بھی آپ نے ایسا نہیں کیا کہ مکہ کو اٹھا کر کے پھر سے بنائیں کیونکہ مشرک لوگوں نے بنایا ہے اس کو۔ تو نہ تو آپ نے فتویٰ دیا کہ یہ غلط ہوا ہے نہ آپ نے اس کو اٹھا کر کے دوبارہ بنوایا۔</w:t>
      </w:r>
    </w:p>
    <w:p>
      <w:r>
        <w:rPr>
          <w:b/>
        </w:rPr>
        <w:t xml:space="preserve">[41:06] </w:t>
      </w:r>
      <w:r>
        <w:t>halanke aap bana sakte thay. isi mushrikeen ke bane hue kaaba par aap tawaaf karte rahe. aur jante hain aap ke kaaba mein ek cheez hoti hai is ko kehte hain ghilaf e kaaba yani cover.</w:t>
      </w:r>
    </w:p>
    <w:p>
      <w:pPr>
        <w:jc w:val="right"/>
      </w:pPr>
      <w:r>
        <w:t>حالانکہ آپ بنا سکتے تھے۔ اسی مشرکین کے بنے ہوئے کعبہ پر آپ طواف کرتے رہے۔ اور جانتے ہیں آپ کہ کعبہ میں ایک چیز ہوتی ہے اس کو کہتے ہیں غلاف کعبہ یعنی cover۔</w:t>
      </w:r>
    </w:p>
    <w:p>
      <w:r>
        <w:rPr>
          <w:b/>
        </w:rPr>
        <w:t xml:space="preserve">[41:22] </w:t>
      </w:r>
      <w:r>
        <w:t>kaaba jo hai ek chokor building hai. to is par ek ghilaf dala jata hai, poora ek cover dala jata hai aise hi. is ko kehte hain ghilaf e kaaba.</w:t>
      </w:r>
    </w:p>
    <w:p>
      <w:pPr>
        <w:jc w:val="right"/>
      </w:pPr>
      <w:r>
        <w:t>کعبہ جو ہے ایک چوکور بلڈنگ ہے۔ تو اس پر ایک غلاف ڈالا جاتا ہے، پورا ایک cover ڈالا جاتا ہے ایسے ہی۔ اس کو کہتے ہیں غلاف کعبہ۔</w:t>
      </w:r>
    </w:p>
    <w:p>
      <w:r>
        <w:rPr>
          <w:b/>
        </w:rPr>
        <w:t xml:space="preserve">[41:34] </w:t>
      </w:r>
      <w:r>
        <w:t>to rasool allah ne rasool allah ke zamane mein jab kaaba fateh hua to wahan par jo ghilaf dala hua tha zahir hai ke mushrikeen ka ghilaf tha dala hua.</w:t>
      </w:r>
    </w:p>
    <w:p>
      <w:pPr>
        <w:jc w:val="right"/>
      </w:pPr>
      <w:r>
        <w:t>تو رسول اللہ نے رسول اللہ کے زمانے میں جب کعبہ فتح ہوا تو وہاں پر جو غلاف ڈالا ہوا تھا ظاہر ہے کہ مشرکین کا غلاف تھا ڈالا ہوا۔</w:t>
      </w:r>
    </w:p>
    <w:p>
      <w:r>
        <w:rPr>
          <w:b/>
        </w:rPr>
        <w:t xml:space="preserve">[41:46] </w:t>
      </w:r>
      <w:r>
        <w:t>mushrikeen ka paisa tha. mushrikeen ne apne paise se kapda kharida.</w:t>
      </w:r>
    </w:p>
    <w:p>
      <w:pPr>
        <w:jc w:val="right"/>
      </w:pPr>
      <w:r>
        <w:t>مشرکین کا پیسہ تھا۔ مشرکین نے اپنے پیسے سے کپڑا خریدا۔</w:t>
      </w:r>
    </w:p>
    <w:p>
      <w:r>
        <w:rPr>
          <w:b/>
        </w:rPr>
        <w:t xml:space="preserve">[41:53] </w:t>
      </w:r>
      <w:r>
        <w:t>is kapde ko unhon ne sil kar ke ghilaf banaya aur apne hathon is ko dala is ke upar. ab rasool allah ne yeh nahi kiya ke yeh to mushrikeen ka hai, un ka maal is mein laga hai, yeh haram hai, is ko nikalo, phenko is ko.</w:t>
      </w:r>
    </w:p>
    <w:p>
      <w:pPr>
        <w:jc w:val="right"/>
      </w:pPr>
      <w:r>
        <w:t>اس کپڑے کو انہوں نے سل کر کے غلاف بنایا اور اپنے ہاتھوں اس کو ڈالا اس کے اوپر۔ اب رسول اللہ نے یہ نہیں کیا کہ یہ تو مشرکین کا ہے، ان کا مال اس میں لگا ہے، یہ حرام ہے، اس کو نکالو، پھینکو اس کو۔</w:t>
      </w:r>
    </w:p>
    <w:p>
      <w:r>
        <w:rPr>
          <w:b/>
        </w:rPr>
        <w:t xml:space="preserve">[42:08] </w:t>
      </w:r>
      <w:r>
        <w:t>ya mushrikeen ke yani occupation ki yeh alamat hai, is ko khatam karo. kuch bhi nahi.</w:t>
      </w:r>
    </w:p>
    <w:p>
      <w:pPr>
        <w:jc w:val="right"/>
      </w:pPr>
      <w:r>
        <w:t>یا مشرکین کے یعنی occupation کی یہ علامت ہے، اس کو ختم کرو۔ کچھ بھی نہیں۔</w:t>
      </w:r>
    </w:p>
    <w:p>
      <w:r>
        <w:rPr>
          <w:b/>
        </w:rPr>
        <w:t xml:space="preserve">[42:17] </w:t>
      </w:r>
      <w:r>
        <w:t>vaise hi woh rasool allah ke jab wahan islami rule ban gaya rasool allah ke zamane mein tab bhi is ghilaf e kaaba ko waise hi kisi tarah nahi diya gaya.</w:t>
      </w:r>
    </w:p>
    <w:p>
      <w:pPr>
        <w:jc w:val="right"/>
      </w:pPr>
      <w:r>
        <w:t>ویسے ہی وہ رسول اللہ کے جب وہاں اسلامی rule بن گیا رسول اللہ کے زمانے میں تب بھی اس غلاف کعبہ کو ویسے ہی کسی طرح نہیں دیا گیا۔</w:t>
      </w:r>
    </w:p>
    <w:p>
      <w:r>
        <w:rPr>
          <w:b/>
        </w:rPr>
        <w:t xml:space="preserve">[42:30] </w:t>
      </w:r>
      <w:r>
        <w:t>phir kya hua ke baad ko ek boodhi aurat aayi wahan par to woh log dhooni jo karte hain, dhooni yani woh luban wagera ka woh aise karte hain.</w:t>
      </w:r>
    </w:p>
    <w:p>
      <w:pPr>
        <w:jc w:val="right"/>
      </w:pPr>
      <w:r>
        <w:t>پھر کیا ہوا کہ بعد کو ایک بوڑھی عورت آئی وہاں پر تو وہ لوگ دھونی جو کرتے ہیں، دھونی یعنی وہ لوبان وغیرہ کا وہ ایسے کرتے ہیں۔</w:t>
      </w:r>
    </w:p>
    <w:p>
      <w:r>
        <w:rPr>
          <w:b/>
        </w:rPr>
        <w:t xml:space="preserve">[42:40] </w:t>
      </w:r>
      <w:r>
        <w:t>to woh kar rahi thi aag luban aur aag rakh kar ke to kya hua kaaba mein aag lag gayi, woh kaaba ghilaf mein aag lag gayi.</w:t>
      </w:r>
    </w:p>
    <w:p>
      <w:pPr>
        <w:jc w:val="right"/>
      </w:pPr>
      <w:r>
        <w:t>تو وہ کر رہی تھی آگ لوبان اور آگ رکھ کر کے تو کیا ہوا کعبہ میں آگ لگ گئی، وہ کعبہ غلاف میں آگ لگ گئی۔</w:t>
      </w:r>
    </w:p>
    <w:p>
      <w:r>
        <w:rPr>
          <w:b/>
        </w:rPr>
        <w:t xml:space="preserve">[42:50] </w:t>
      </w:r>
      <w:r>
        <w:t>is boorhi aurat ke is fe'l se ka'ba ke ghilaf mein aag lag gai. aur ka'ba ka ghilaf jo hai jal gaya. tab aisa hua ke ka'ba ghilaf banaya gaya.</w:t>
      </w:r>
    </w:p>
    <w:p>
      <w:pPr>
        <w:jc w:val="right"/>
      </w:pPr>
      <w:r>
        <w:t>اس بوڑھی عورت کے اس فعل سے کعبہ کے غلاف میں آگ لگ گئی۔ اور کعبہ کا غلاف جو ہے جل گیا۔ تب ایسا ہوا کہ کعبہ غلاف بنایا گیا۔</w:t>
      </w:r>
    </w:p>
    <w:p>
      <w:r>
        <w:rPr>
          <w:b/>
        </w:rPr>
        <w:t xml:space="preserve">[43:02] </w:t>
      </w:r>
      <w:r>
        <w:t>badla gaya ya'ni mas'le ke taur par nahin badla gaya, zarurat ke taur par badla gaya.</w:t>
      </w:r>
    </w:p>
    <w:p>
      <w:pPr>
        <w:jc w:val="right"/>
      </w:pPr>
      <w:r>
        <w:t>بدلا گیا یعنی مسئلے کے طور پر نہیں بدلا گیا، ضرورت کے طور پر بدلا گیا۔</w:t>
      </w:r>
    </w:p>
    <w:p>
      <w:r>
        <w:rPr>
          <w:b/>
        </w:rPr>
        <w:t xml:space="preserve">[43:12] </w:t>
      </w:r>
      <w:r>
        <w:t>kyunke ab jab jal chuka tha to ab to badalna hi tha. to jab naya ghilaf wahan dalna zarurat ban gaya to aap ne naya ghilaf dalwaya wahan.</w:t>
      </w:r>
    </w:p>
    <w:p>
      <w:pPr>
        <w:jc w:val="right"/>
      </w:pPr>
      <w:r>
        <w:t>کیونکہ اب جب جل چکا تھا تو اب تو بدلنا ہی تھا۔ تو جب نیا غلاف وہاں ڈالنا ضرورت بن گیا تو آپ نے نیا غلاف ڈلوایا وہاں۔</w:t>
      </w:r>
    </w:p>
    <w:p>
      <w:r>
        <w:rPr>
          <w:b/>
        </w:rPr>
        <w:t xml:space="preserve">[43:24] </w:t>
      </w:r>
      <w:r>
        <w:t>aur jab woh mas'le ki baat thi to aap ne kuch bhi nahin kaha. to aap dekhiye ke ka'ba ka reconstruction jo kiya tha mushrikeen ne us ko bhi aap ne waisay rehne diya.</w:t>
      </w:r>
    </w:p>
    <w:p>
      <w:pPr>
        <w:jc w:val="right"/>
      </w:pPr>
      <w:r>
        <w:t>اور جب وہ مسئلے کی بات تھی تو آپ نے کچھ بھی نہیں کہا۔ تو آپ دیکھیے کہ کعبہ کا reconstruction جو کیا تھا مشرکین نے اس کو بھی آپ نے ویسے رہنے دیا۔</w:t>
      </w:r>
    </w:p>
    <w:p>
      <w:r>
        <w:rPr>
          <w:b/>
        </w:rPr>
        <w:t xml:space="preserve">[43:37] </w:t>
      </w:r>
      <w:r>
        <w:t>aur ka'ba ka ghilaf jo tha jo mushrikeen ne wahan dala tha us ko bhi aap ne rehne diya.</w:t>
      </w:r>
    </w:p>
    <w:p>
      <w:pPr>
        <w:jc w:val="right"/>
      </w:pPr>
      <w:r>
        <w:t>اور کعبہ کا غلاف جو تھا جو مشرکین نے وہاں ڈالا تھا اس کو بھی آپ نے رہنے دیا۔</w:t>
      </w:r>
    </w:p>
    <w:p>
      <w:r>
        <w:rPr>
          <w:b/>
        </w:rPr>
        <w:t xml:space="preserve">[43:43] </w:t>
      </w:r>
      <w:r>
        <w:t>ab is misaal se aap dekhiye kashmir walon ke is fatwe ko. to main kahunga fatwa bilkul baseless hai. wohi wahan par kaha jaye ke fordٌ woh rejected hai woh.</w:t>
      </w:r>
    </w:p>
    <w:p>
      <w:pPr>
        <w:jc w:val="right"/>
      </w:pPr>
      <w:r>
        <w:t>اب اس مثال سے آپ دیکھیے کشمیر والوں کے اس فتوے کو۔ تو میں کہوں گا فتویٰ بالکل baseless ہے۔ وہی وہاں پر کہا جائے کہ فوردٌ وہ rejected ہے وہ۔</w:t>
      </w:r>
    </w:p>
    <w:p>
      <w:r>
        <w:rPr>
          <w:b/>
        </w:rPr>
        <w:t xml:space="preserve">[44:02] </w:t>
      </w:r>
      <w:r>
        <w:t>to koi bhi cheez jo aap ko musalmanon mein nazar pare aap us ko compare kar ke dekhiye ke kya prophet ke zamane mein aisa hua tha?</w:t>
      </w:r>
    </w:p>
    <w:p>
      <w:pPr>
        <w:jc w:val="right"/>
      </w:pPr>
      <w:r>
        <w:t>تو کوئی بھی چیز جو آپ کو مسلمانوں میں نظر پڑے آپ اس کو compare کر کے دیکھیے کہ کیا prophet کے زمانے میں ایسا ہوا تھا؟</w:t>
      </w:r>
    </w:p>
    <w:p>
      <w:r>
        <w:rPr>
          <w:b/>
        </w:rPr>
        <w:t xml:space="preserve">[44:15] </w:t>
      </w:r>
      <w:r>
        <w:t>agar hua tha to theek hai, nahin to nahin theek hai. ab main aap ko ek misaal deta hoon.</w:t>
      </w:r>
    </w:p>
    <w:p>
      <w:pPr>
        <w:jc w:val="right"/>
      </w:pPr>
      <w:r>
        <w:t>اگر ہوا تھا تو ٹھیک ہے، نہیں تو نہیں ٹھیک ہے۔ اب میں آپ کو ایک مثال دیتا ہوں۔</w:t>
      </w:r>
    </w:p>
    <w:p>
      <w:r>
        <w:rPr>
          <w:b/>
        </w:rPr>
        <w:t xml:space="preserve">[44:22] </w:t>
      </w:r>
      <w:r>
        <w:t>salman rushdi ne ek kitaab chhapi The Satanic Verses is mein rasool Allah ke bare mein kuch nazeehba remark thay.</w:t>
      </w:r>
    </w:p>
    <w:p>
      <w:pPr>
        <w:jc w:val="right"/>
      </w:pPr>
      <w:r>
        <w:t>سلمان رشدی نے ایک کتاب چھاپی The Satanic Verses اس میں رسول اللہ کے بارے میں کچھ نازیبہ remark تھے۔</w:t>
      </w:r>
    </w:p>
    <w:p>
      <w:r>
        <w:rPr>
          <w:b/>
        </w:rPr>
        <w:t xml:space="preserve">[44:36] </w:t>
      </w:r>
      <w:r>
        <w:t>ab musalman ghussa ho gaye. aur fatwa jari ho gaya ke is ko maar dalo. aur sari dunya ke musalmanon ne kaha ke maar dalo, maar dalo, maar dalo.</w:t>
      </w:r>
    </w:p>
    <w:p>
      <w:pPr>
        <w:jc w:val="right"/>
      </w:pPr>
      <w:r>
        <w:t>اب مسلمان غصہ ہو گئے۔ اور فتویٰ جاری ہو گیا کہ اس کو مار ڈالو۔ اور ساری دنیا کے مسلمانوں نے کہا کہ مار ڈالو، مار ڈالو، مار ڈالو۔</w:t>
      </w:r>
    </w:p>
    <w:p>
      <w:r>
        <w:rPr>
          <w:b/>
        </w:rPr>
        <w:t xml:space="preserve">[44:48] </w:t>
      </w:r>
      <w:r>
        <w:t>Except myself</w:t>
      </w:r>
    </w:p>
    <w:p>
      <w:pPr>
        <w:jc w:val="right"/>
      </w:pPr>
      <w:r>
        <w:t>Except myself</w:t>
      </w:r>
    </w:p>
    <w:p>
      <w:r>
        <w:rPr>
          <w:b/>
        </w:rPr>
        <w:t xml:space="preserve">[44:50] </w:t>
      </w:r>
      <w:r>
        <w:t>. main is fatwe ko ghalat samajhta tha, main is mein shareek nahin hua. bolay sare hi log ke rushdi ko maar dalo. main ne kyun nahin is mein shirkat ki is fatwe mein?</w:t>
      </w:r>
    </w:p>
    <w:p>
      <w:pPr>
        <w:jc w:val="right"/>
      </w:pPr>
      <w:r>
        <w:t>۔ میں اس فتوے کو غلط سمجھتا تھا، میں اس میں شریک نہیں ہوا۔ بولے سارے ہی لوگ کہ رشدی کو مار ڈالو۔ میں نے کیوں نہیں اس میں شرکت کی اس فتوے میں؟</w:t>
      </w:r>
    </w:p>
    <w:p>
      <w:r>
        <w:rPr>
          <w:b/>
        </w:rPr>
        <w:t xml:space="preserve">[45:03] </w:t>
      </w:r>
      <w:r>
        <w:t>ke rushdi ko maar dalo. is liye ke main ne compare kiya rasool Allah ki zindagi se. rasool Allah ke zamane mein is tarah ki baatein kahi jati theen jo ke rushdi ne kahi hain apni kitaab mein.</w:t>
      </w:r>
    </w:p>
    <w:p>
      <w:pPr>
        <w:jc w:val="right"/>
      </w:pPr>
      <w:r>
        <w:t>کہ رشدی کو مار ڈالو۔ اس لیے کہ میں نے compare کیا رسول اللہ کی زندگی سے۔ رسول اللہ کے زمانے میں اس طرح کی باتیں کہی جاتی تھیں جو کہ رشدی نے کہی ہیں اپنی کتاب میں۔</w:t>
      </w:r>
    </w:p>
    <w:p>
      <w:r>
        <w:rPr>
          <w:b/>
        </w:rPr>
        <w:t xml:space="preserve">[45:20] </w:t>
      </w:r>
      <w:r>
        <w:t>jaise main ek waqea bataunga aap ko. rasool Allah bethe hue thay ka'ba ke paas aur ek mushrik aurat aati hai.</w:t>
      </w:r>
    </w:p>
    <w:p>
      <w:pPr>
        <w:jc w:val="right"/>
      </w:pPr>
      <w:r>
        <w:t>جیسے میں ایک واقعہ بتاؤں گا آپ کو۔ رسول اللہ بیٹھے ہوئے تھے کعبہ کے پاس اور ایک مشرک عورت آتی ہے۔</w:t>
      </w:r>
    </w:p>
    <w:p>
      <w:r>
        <w:rPr>
          <w:b/>
        </w:rPr>
        <w:t xml:space="preserve">[45:32] </w:t>
      </w:r>
      <w:r>
        <w:t>aur woh aap ke samne kehti hai mudamman abina wa amrahu qaleena wa deenahu wa ghaseena</w:t>
      </w:r>
    </w:p>
    <w:p>
      <w:pPr>
        <w:jc w:val="right"/>
      </w:pPr>
      <w:r>
        <w:t>اور وہ آپ کے سامنے کہتی ہے مذمماً ابینا وامرہ قلینا ودینہ وغسینا</w:t>
      </w:r>
    </w:p>
    <w:p>
      <w:r>
        <w:rPr>
          <w:b/>
        </w:rPr>
        <w:t xml:space="preserve">[45:41] </w:t>
      </w:r>
      <w:r>
        <w:t>seedhe seedhe kehti hai aap ko ke aap mudamman hain, mudamman ma'ni condemn kiya hua? condemn kiya hua aadmi hai? mudamman abina hum aap ki mudammat karte hain, hum aap condemn karte hain.</w:t>
      </w:r>
    </w:p>
    <w:p>
      <w:pPr>
        <w:jc w:val="right"/>
      </w:pPr>
      <w:r>
        <w:t>سیدھے سیدھے کہتی ہے آپ کو کہ آپ مذمم ہیں، مذمم معنی condemn کیا ہوا؟ condemn کیا ہوا آدمی ہے؟ مذمماً ابینا ہم آپ کی مذمت کرتے ہیں، ہم آپ condemn کرتے ہیں۔</w:t>
      </w:r>
    </w:p>
    <w:p>
      <w:r>
        <w:rPr>
          <w:b/>
        </w:rPr>
        <w:t xml:space="preserve">[45:56] </w:t>
      </w:r>
      <w:r>
        <w:t>ab is ke jawab mein aap muskara dijiye. aap ghussa nahin hue. aap ke saathi bhi thay, woh aap ne kaha saathiyon se ke maro is ko, is ko qatl karo.</w:t>
      </w:r>
    </w:p>
    <w:p>
      <w:pPr>
        <w:jc w:val="right"/>
      </w:pPr>
      <w:r>
        <w:t>اب اس کے جواب میں آپ مسکرا دیئے۔ آپ غصہ نہیں ہوئے۔ آپ کے ساتھی بھی تھے، وہ آپ نے کہا ساتھیوں سے کہ مارو اس کو، اس کو قتل کرو۔</w:t>
      </w:r>
    </w:p>
    <w:p>
      <w:r>
        <w:rPr>
          <w:b/>
        </w:rPr>
        <w:t xml:space="preserve">[46:09] </w:t>
      </w:r>
      <w:r>
        <w:t>to hazrat abubakar wahan thay, unhon ne kaha ke aap woh aap ko mudamman keh rahi hai. ya'ni aap ko condemn kar rahi hai. aur aap kuch aap react nahin kiya aap ne balkay muskara rahe hain aap.</w:t>
      </w:r>
    </w:p>
    <w:p>
      <w:pPr>
        <w:jc w:val="right"/>
      </w:pPr>
      <w:r>
        <w:t>تو حضرت ابوبکر وہاں تھے، انہوں نے کہا کہ آپ وہ آپ کو مذمم کہہ رہی ہے۔ یعنی آپ کو condemn کر رہی ہے۔ اور آپ کچھ آپ react نہیں کیا آپ نے بلکہ مسکرا رہے ہیں آپ۔</w:t>
      </w:r>
    </w:p>
    <w:p>
      <w:r>
        <w:rPr>
          <w:b/>
        </w:rPr>
        <w:t xml:space="preserve">[46:23] </w:t>
      </w:r>
      <w:r>
        <w:t>to dekhiye kya jawab diya rasool Allah ne. aap ne jawab yeh diya, is ko aap is waqea ko parh sakte hain aap seerat ibn e hisham mein</w:t>
      </w:r>
    </w:p>
    <w:p>
      <w:pPr>
        <w:jc w:val="right"/>
      </w:pPr>
      <w:r>
        <w:t>تو دیکھیے کیا جواب دیا رسول اللہ نے۔ آپ نے جواب یہ دیا، اس کو آپ اس واقعے کو پڑھ سکتے ہیں آپ سیرت ابن ہشام میں</w:t>
      </w:r>
    </w:p>
    <w:p>
      <w:r>
        <w:rPr>
          <w:b/>
        </w:rPr>
        <w:t xml:space="preserve">[46:35] </w:t>
      </w:r>
      <w:r>
        <w:t>ke is ke mudamman karne se kya hua? History mein mera naam Muhammad likha jayega, mudamman nahin likha jayega.</w:t>
      </w:r>
    </w:p>
    <w:p>
      <w:pPr>
        <w:jc w:val="right"/>
      </w:pPr>
      <w:r>
        <w:t>کہ اس کے مذمم کرنے سے کیا ہوا؟ History میں میرا نام محمد لکھا جائے گا، مذمم نہیں لکھا جائے گا۔</w:t>
      </w:r>
    </w:p>
    <w:p>
      <w:r>
        <w:rPr>
          <w:b/>
        </w:rPr>
        <w:t xml:space="preserve">[46:44] </w:t>
      </w:r>
      <w:r>
        <w:t>Muhammad ke ma'ni hotay hain tareef kiya hua, parhezgari. mudamman ma'ni condemn kiya hua. to aap ne farmaya ke is ke kehne se kya hota hai?</w:t>
      </w:r>
    </w:p>
    <w:p>
      <w:pPr>
        <w:jc w:val="right"/>
      </w:pPr>
      <w:r>
        <w:t>محمد کے معنی ہوتے ہیں تعریف کیا ہوا، پرہیزوردی۔ مذمم معنی condemn کیا ہوا۔ تو آپ نے فرمایا کہ اس کے کہنے سے کیا ہوتا ہے؟</w:t>
      </w:r>
    </w:p>
    <w:p>
      <w:r>
        <w:rPr>
          <w:b/>
        </w:rPr>
        <w:t xml:space="preserve">[46:57] </w:t>
      </w:r>
      <w:r>
        <w:t>History ki baag dor thori is ke haath mein hai. History ko shape karne wali yeh barhiya nahin hai.</w:t>
      </w:r>
    </w:p>
    <w:p>
      <w:pPr>
        <w:jc w:val="right"/>
      </w:pPr>
      <w:r>
        <w:t>History کی باگ ڈور تھوڑی اس کے ہاتھ میں ہے۔ History کو shape کرنے والی یہ بڑھیا نہیں ہے۔</w:t>
      </w:r>
    </w:p>
    <w:p>
      <w:r>
        <w:rPr>
          <w:b/>
        </w:rPr>
        <w:t xml:space="preserve">[47:05] </w:t>
      </w:r>
      <w:r>
        <w:t>is ke jo munh se jo word nikal rahe hain, jo shabd yeh history nahin banne walay hain. woh to hawa mein urr jayenge.</w:t>
      </w:r>
    </w:p>
    <w:p>
      <w:pPr>
        <w:jc w:val="right"/>
      </w:pPr>
      <w:r>
        <w:t>اس کے جو منہ سے جو word نکل رہے ہیں، جو शब्द یہ history نہیں بننے والے ہیں۔ وہ تو ہوا میں اڑ جائیں گے۔</w:t>
      </w:r>
    </w:p>
    <w:p>
      <w:r>
        <w:rPr>
          <w:b/>
        </w:rPr>
        <w:t xml:space="preserve">[47:14] </w:t>
      </w:r>
      <w:r>
        <w:t>is waqea ko aap parh sakte hain seerat ibn e hisham mein ke aap ne kaha ke is ka kaha hua jo hai woh waqea nahin banega. History nahin banega.</w:t>
      </w:r>
    </w:p>
    <w:p>
      <w:pPr>
        <w:jc w:val="right"/>
      </w:pPr>
      <w:r>
        <w:t>اس واقعے کو آپ پڑھ سکتے ہیں سیرت ابن ہشام میں کہ آپ نے کہا کہ اس کا کہا ہوا جو ہے وہ واقعہ نہیں بنے گا۔ History نہیں بنے گا۔</w:t>
      </w:r>
    </w:p>
    <w:p>
      <w:r>
        <w:rPr>
          <w:b/>
        </w:rPr>
        <w:t xml:space="preserve">[47:26] </w:t>
      </w:r>
      <w:r>
        <w:t>History mein mera naam Muhammad likha jayega. aur aap jante hain ke aap ka naam Muhammad likha gaya.</w:t>
      </w:r>
    </w:p>
    <w:p>
      <w:pPr>
        <w:jc w:val="right"/>
      </w:pPr>
      <w:r>
        <w:t>History میں میرا نام محمد لکھا جائے گا۔ اور آپ جانتے ہیں کہ آپ کا نام محمد لکھا گیا۔</w:t>
      </w:r>
    </w:p>
    <w:p>
      <w:r>
        <w:rPr>
          <w:b/>
        </w:rPr>
        <w:t xml:space="preserve">[47:34] </w:t>
      </w:r>
      <w:r>
        <w:t>ab to aap amreeka ka aik Christian professor ne yeh kitab jo likhi aap jantay hain The Hundred ke poori is insani history ka sab se top ka aadmi qarar diya hai unhon ne Muhammad (SAW) ko.</w:t>
      </w:r>
    </w:p>
    <w:p>
      <w:pPr>
        <w:jc w:val="right"/>
      </w:pPr>
      <w:r>
        <w:t>اب تو آپ امریکہ کا ایک Christian پروفیسر نے یہ کتاب جو لکھی آپ جانتے ہیں The Hundred کہ پوری اس انسانی history کا سب سے ٹاپ کا آدمی قرار دیا ہے انہوں نے محمد صلی اللہ علیہ وسلم کو۔</w:t>
      </w:r>
    </w:p>
    <w:p>
      <w:r>
        <w:rPr>
          <w:b/>
        </w:rPr>
        <w:t xml:space="preserve">[47:49] </w:t>
      </w:r>
      <w:r>
        <w:t>to yeh hai prophetic vision. is ka ma'ni yeh hai ke aap jab dekhen Rushdie ki kitab ke baray mein jo logon ne dhoom shor o ghul machaya us ko aur Rasool Allah ke tareeqay ko dekhen</w:t>
      </w:r>
    </w:p>
    <w:p>
      <w:pPr>
        <w:jc w:val="right"/>
      </w:pPr>
      <w:r>
        <w:t>تو یہ ہے prophetic vision۔ اس کا معنی یہ ہے کہ آپ جب دیکھیں رشدی کی کتاب کے بارے میں جو لوگوں نے دھوم شور و غل مچایا اس کو اور رسول اللہ کے طریقے کو دیکھیں</w:t>
      </w:r>
    </w:p>
    <w:p>
      <w:r>
        <w:rPr>
          <w:b/>
        </w:rPr>
        <w:t xml:space="preserve">[48:02] </w:t>
      </w:r>
      <w:r>
        <w:t>to aap ko reject karna paray ga woh tareeqay ko. aap kahain ke woh rejected hai kyun ke woh Khuda ke Rasool ke khilaaf hai woh. Rasool ke tareeqay ke khilaaf hai woh.</w:t>
      </w:r>
    </w:p>
    <w:p>
      <w:pPr>
        <w:jc w:val="right"/>
      </w:pPr>
      <w:r>
        <w:t>تو آپ کو reject کرنا پڑے گا وہ طریقے کو۔ آپ کہیں کہ وہ rejected ہے کیونکہ وہ خدا کے رسول کے خلاف ہے وہ۔ رسول کے طریقے کے خلاف ہے وہ۔</w:t>
      </w:r>
    </w:p>
    <w:p>
      <w:r>
        <w:rPr>
          <w:b/>
        </w:rPr>
        <w:t xml:space="preserve">[48:13] </w:t>
      </w:r>
      <w:r>
        <w:t>to yeh jo hadees mein ne sunai aap ko ke manhad al-safia ibn nahaz malthamin fardun jo hamaray deen mein nai cheez nikale jo ke nahi hai to woh rejected hai.</w:t>
      </w:r>
    </w:p>
    <w:p>
      <w:pPr>
        <w:jc w:val="right"/>
      </w:pPr>
      <w:r>
        <w:t>تو یہ جو حدیث میں نے سنائی آپ کو کہ منعہد الصفیہ ابن نہاذ مالثمین فوردٌ جو ہمارے دین میں نئی چیز نکالے جو کہ نہیں ہے تو وہ rejected ہے۔</w:t>
      </w:r>
    </w:p>
    <w:p>
      <w:r>
        <w:rPr>
          <w:b/>
        </w:rPr>
        <w:t xml:space="preserve">[48:25] </w:t>
      </w:r>
      <w:r>
        <w:t>yani hamaray deen mein is qisam ka negative reaction nahi hai.</w:t>
      </w:r>
    </w:p>
    <w:p>
      <w:pPr>
        <w:jc w:val="right"/>
      </w:pPr>
      <w:r>
        <w:t>یعنی ہمارے دین میں اس قسم کا negative reaction نہیں ہے۔</w:t>
      </w:r>
    </w:p>
    <w:p>
      <w:r>
        <w:rPr>
          <w:b/>
        </w:rPr>
        <w:t xml:space="preserve">[48:30] </w:t>
      </w:r>
      <w:r>
        <w:t>koi Rasool Allah ko mudamm kahay to hamaray deen mein Rasool Allah ke namoonay ke mutabiq negative reaction nahi hai. ab agar koi karta hai negative reaction to woh reject kiya jaye ga.</w:t>
      </w:r>
    </w:p>
    <w:p>
      <w:pPr>
        <w:jc w:val="right"/>
      </w:pPr>
      <w:r>
        <w:t>کوئی رسول اللہ کو مذمم کہے تو ہمارے دین میں رسول اللہ کے نمونے کے مطابق negative reaction نہیں ہے۔ اب اگر کوئی کرتا ہے negative reaction تو وہ reject کیا جائے گا۔</w:t>
      </w:r>
    </w:p>
    <w:p>
      <w:r>
        <w:rPr>
          <w:b/>
        </w:rPr>
        <w:t xml:space="preserve">[48:44] </w:t>
      </w:r>
      <w:r>
        <w:t>fardun to woh rejected hai woh. yeh matlab hai is hadees ka ke jab bhi koi aadmi is tareeqay ke ilawa koi doosra tareeqa nikale jo Rasool Allah ne set kar diya hai</w:t>
      </w:r>
    </w:p>
    <w:p>
      <w:pPr>
        <w:jc w:val="right"/>
      </w:pPr>
      <w:r>
        <w:t>فوردٌ تو وہ rejected ہے وہ۔ یہ مطلب ہے اس حدیث کا کہ جب بھی کوئی آدمی اس طریقے کے علاوہ کوئی دوسرا طریقہ نکالے جو رسول اللہ نے set کر دیا ہے</w:t>
      </w:r>
    </w:p>
    <w:p>
      <w:r>
        <w:rPr>
          <w:b/>
        </w:rPr>
        <w:t xml:space="preserve">[48:58] </w:t>
      </w:r>
      <w:r>
        <w:t>to is ka tareeqa jo hai reject kiya jaye ga na ke Rasool Allah ka tareeqa. to mein kahoon ga ke yeh saaray log jinhon ne kiya woh sab aisa kaam kiya jo ke jo ke rejected hai, rejected.</w:t>
      </w:r>
    </w:p>
    <w:p>
      <w:pPr>
        <w:jc w:val="right"/>
      </w:pPr>
      <w:r>
        <w:t>تو اس کا طریقہ جو ہے reject کیا جائے گا نہ کہ رسول اللہ کا طریقہ۔ تو میں کہوں گا کہ یہ سارے لوگ جنہوں نے کیا وہ سب ایسا کام کیا جو کہ جو کہ rejected ہے، rejected۔</w:t>
      </w:r>
    </w:p>
    <w:p>
      <w:r>
        <w:rPr>
          <w:b/>
        </w:rPr>
        <w:t xml:space="preserve">[49:11] </w:t>
      </w:r>
      <w:r>
        <w:t>kyun ke Rasool Allah ne is ko muskara kar taal diya. aap ne muskara kar taal dijiye aap. ya phir aap kitab likhiye.</w:t>
      </w:r>
    </w:p>
    <w:p>
      <w:pPr>
        <w:jc w:val="right"/>
      </w:pPr>
      <w:r>
        <w:t>کیونکہ رسول اللہ نے اس کو مسکرا کر ٹال دیا۔ آپ نے مسکرا کر ٹال دیجیے آپ۔ یا پھر آپ کتاب لکھیے۔</w:t>
      </w:r>
    </w:p>
    <w:p>
      <w:r>
        <w:rPr>
          <w:b/>
        </w:rPr>
        <w:t xml:space="preserve">[49:22] </w:t>
      </w:r>
      <w:r>
        <w:t>jaisay wahan par kiya tha Rasool Allah ke khilaaf wahan bohat sari baatein kehtay thay log. to us zamanay mein she'r mein kehtay thay log, she'r mein.</w:t>
      </w:r>
    </w:p>
    <w:p>
      <w:pPr>
        <w:jc w:val="right"/>
      </w:pPr>
      <w:r>
        <w:t>جیسے وہاں پر کیا تھا رسول اللہ کے خلاف وہاں بہت ساری باتیں کہتے تھے لوگ۔ تو اس زمانے میں شعر میں کہتے تھے لوگ، شعر میں۔</w:t>
      </w:r>
    </w:p>
    <w:p>
      <w:r>
        <w:rPr>
          <w:b/>
        </w:rPr>
        <w:t xml:space="preserve">[49:32] </w:t>
      </w:r>
      <w:r>
        <w:t>us zamanay ki zabaan jo thi she'r o shayari mein kehtay thay log. to woh baatein aap ke khilaaf kehtay thay she'r mein. to Rasool Allah ke aik sahabi thay un ka naam Hassan tha.</w:t>
      </w:r>
    </w:p>
    <w:p>
      <w:pPr>
        <w:jc w:val="right"/>
      </w:pPr>
      <w:r>
        <w:t>اس زمانے کی زبان جو تھی شعر و شاعری میں کہتے تھے لوگ۔ تو وہ باتیں آپ کے خلاف کہتے تھے شعر میں۔ تو رسول اللہ کے ایک صحابی تھے ان کا نام حسان تھا۔</w:t>
      </w:r>
    </w:p>
    <w:p>
      <w:r>
        <w:rPr>
          <w:b/>
        </w:rPr>
        <w:t xml:space="preserve">[49:42] </w:t>
      </w:r>
      <w:r>
        <w:t>woh woh bhi woh shair thay. to Rasool Allah un se kehtay thay is ka jawab do tum.</w:t>
      </w:r>
    </w:p>
    <w:p>
      <w:pPr>
        <w:jc w:val="right"/>
      </w:pPr>
      <w:r>
        <w:t>وہ وہ بھی وہ شاعر تھے۔ تو رسول اللہ ان سے کہتے تھے اس کا جواب دو تم۔</w:t>
      </w:r>
    </w:p>
    <w:p>
      <w:r>
        <w:rPr>
          <w:b/>
        </w:rPr>
        <w:t xml:space="preserve">[49:49] </w:t>
      </w:r>
      <w:r>
        <w:t>to un ke un ke un ka jawab Hazrat Hassan detay thay. Rasool Allah ne kabhi yeh nahi kaha ke qatal kar daalo un ko. yeh Madine ki baat hai jahan ke aap ki state qaim ho chuki thi.</w:t>
      </w:r>
    </w:p>
    <w:p>
      <w:pPr>
        <w:jc w:val="right"/>
      </w:pPr>
      <w:r>
        <w:t>تو ان کے ان کے ان کا جواب حضرت حسان دیتے تھے۔ رسول اللہ نے کبھی یہ نہیں کہا کہ قتل کر ڈالو ان کو۔ یہ مدینے کی بات ہے جہاں کہ آپ کی state قائم ہو چکی تھی۔</w:t>
      </w:r>
    </w:p>
    <w:p>
      <w:r>
        <w:rPr>
          <w:b/>
        </w:rPr>
        <w:t xml:space="preserve">[50:04] </w:t>
      </w:r>
      <w:r>
        <w:t>ke jo log Rasool Allah ke khilaaf ghlat baatein bolte thay to aap ne nahi kaha ke is ko qatal kar daalo. Hassan se aap ne kaha ke is ka jawab do tum.</w:t>
      </w:r>
    </w:p>
    <w:p>
      <w:pPr>
        <w:jc w:val="right"/>
      </w:pPr>
      <w:r>
        <w:t>کہ جو لوگ رسول اللہ کے خلاف غلط باتیں بولتے تھے تو آپ نے نہیں کہا کہ اس کو قتل کر ڈالو۔ حسان سے آپ نے کہا کہ اس کا جواب دو تم۔</w:t>
      </w:r>
    </w:p>
    <w:p>
      <w:r>
        <w:rPr>
          <w:b/>
        </w:rPr>
        <w:t xml:space="preserve">[50:17] </w:t>
      </w:r>
      <w:r>
        <w:t>to kitab mein aata hai ke woh jawab detay thay aur Masjid Nabwi mein aik mimbar rakha jata tha. jaisay yeh yeh kursi goya ke mimbar hai yeh.</w:t>
      </w:r>
    </w:p>
    <w:p>
      <w:pPr>
        <w:jc w:val="right"/>
      </w:pPr>
      <w:r>
        <w:t>تو کتاب میں آتا ہے کہ وہ جواب دیتے تھے اور مسجد نبوی میں ایک ممبر رکھا جاتا تھا۔ جیسے یہ یہ کرسی گویا کہ ممبر ہے یہ۔</w:t>
      </w:r>
    </w:p>
    <w:p>
      <w:r>
        <w:rPr>
          <w:b/>
        </w:rPr>
        <w:t xml:space="preserve">[50:28] </w:t>
      </w:r>
      <w:r>
        <w:t>is par baith kar ke aap Hazrat Hassan us ko jo unhon ne jawab banaya hota tha us ko parhtay thay woh. yeh tareeqa hai.</w:t>
      </w:r>
    </w:p>
    <w:p>
      <w:pPr>
        <w:jc w:val="right"/>
      </w:pPr>
      <w:r>
        <w:t>اس پر بیٹھ کر کے آپ حضرت حسان اس کو جو انہوں نے جواب بنایا ہوتا تھا اس کو پڑھتے تھے وہ۔ یہ طریقہ ہے۔</w:t>
      </w:r>
    </w:p>
    <w:p>
      <w:r>
        <w:rPr>
          <w:b/>
        </w:rPr>
        <w:t xml:space="preserve">[50:38] </w:t>
      </w:r>
      <w:r>
        <w:t>to ya to Rushdie ko ya jo Denmark ka cartoon tha us ko is tarah ki cheezon ko mein ne Denmark ka jo cartoon chapa tha us par aik mazmoon likha tha mein ne ke ab woh ignore cartoons to ya to aap us ko ignore kijiye ya us ke khilaaf book likhiye.</w:t>
      </w:r>
    </w:p>
    <w:p>
      <w:pPr>
        <w:jc w:val="right"/>
      </w:pPr>
      <w:r>
        <w:t>تو یا تو رشدی کو یا جو ڈنمارک کا کارٹون تھا اس کو اس طرح کی چیزوں کو میں نے ڈنمارک کا جو کارٹون چھپا تھا اس پر ایک مضمون لکھا تھا میں نے کہ اب وہ ignore کارٹونز تو یا تو آپ اس کو ignore کیجیے یا اس کے خلاف بک لکھیے۔</w:t>
      </w:r>
    </w:p>
    <w:p>
      <w:r>
        <w:rPr>
          <w:b/>
        </w:rPr>
        <w:t xml:space="preserve">[51:00] </w:t>
      </w:r>
      <w:r>
        <w:t>do hi option aap ke liye hain. Hazrat Hassan jaisay us ke jawab mein ashaar likhtay thay.</w:t>
      </w:r>
    </w:p>
    <w:p>
      <w:pPr>
        <w:jc w:val="right"/>
      </w:pPr>
      <w:r>
        <w:t>دو ہی option آپ کے لیے ہیں۔ حضرت حسان جیسے اس کے جواب میں اشعار لکھتے تھے۔</w:t>
      </w:r>
    </w:p>
    <w:p>
      <w:r>
        <w:rPr>
          <w:b/>
        </w:rPr>
        <w:t xml:space="preserve">[51:08] </w:t>
      </w:r>
      <w:r>
        <w:t>woh ashaar mein kehtay thay jaisay ashaar mein jawab yeh aata tha. to ya to aap aap ke liye do hi option tha ke ya to Rushdie ki kitab ko ignore karen.</w:t>
      </w:r>
    </w:p>
    <w:p>
      <w:pPr>
        <w:jc w:val="right"/>
      </w:pPr>
      <w:r>
        <w:t>وہ اشعار میں کہتے تھے جیسے اشعار میں جواب یہ آتا تھا۔ تو یا تو آپ آپ کے لیے دو ہی option تھا کہ یا تو رشدی کی کتاب کو ignore کریں۔</w:t>
      </w:r>
    </w:p>
    <w:p>
      <w:r>
        <w:rPr>
          <w:b/>
        </w:rPr>
        <w:t xml:space="preserve">[51:22] </w:t>
      </w:r>
      <w:r>
        <w:t>woh rubbish samajh ke chhod dein us ko. ya us ke jawab mein aik aur kitab likhain. yeh teesra option nahi hai jo kiya gaya ke is ko baro kaato.</w:t>
      </w:r>
    </w:p>
    <w:p>
      <w:pPr>
        <w:jc w:val="right"/>
      </w:pPr>
      <w:r>
        <w:t>وہ rubbish سمجھ کے چھوڑ دیں اس کو۔ یا اس کے جواب میں ایک اور کتاب لکھیں۔ یہ تیسرا option نہیں ہے جو کیا گیا کہ اس کو بارو کاٹو۔</w:t>
      </w:r>
    </w:p>
    <w:p>
      <w:r>
        <w:rPr>
          <w:b/>
        </w:rPr>
        <w:t xml:space="preserve">[51:34] </w:t>
      </w:r>
      <w:r>
        <w:t>yeh rejected hai.</w:t>
      </w:r>
    </w:p>
    <w:p>
      <w:pPr>
        <w:jc w:val="right"/>
      </w:pPr>
      <w:r>
        <w:t>یہ rejected ہے۔</w:t>
      </w:r>
    </w:p>
    <w:p>
      <w:r>
        <w:rPr>
          <w:b/>
        </w:rPr>
        <w:t xml:space="preserve">[51:36] </w:t>
      </w:r>
      <w:r>
        <w:t>to yeh jo hadees hai ke ke jo namoona Islam mein Rasool Allah ne set nahi kiya hai woh namoona agar koi karta hai to woh rejected hai woh namoona.</w:t>
      </w:r>
    </w:p>
    <w:p>
      <w:pPr>
        <w:jc w:val="right"/>
      </w:pPr>
      <w:r>
        <w:t>تو یہ جو حدیث ہے کہ کہ جو نمونہ اسلام میں رسول اللہ نے set نہیں کیا ہے وہ نمونہ اگر کوئی کرتا ہے تو وہ rejected ہے وہ نمونہ۔</w:t>
      </w:r>
    </w:p>
    <w:p>
      <w:r>
        <w:rPr>
          <w:b/>
        </w:rPr>
        <w:t xml:space="preserve">[51:48] </w:t>
      </w:r>
      <w:r>
        <w:t>to mein yeh kahoon ga ke yahan par Rasool Allah ka jo namoona woh prevail karay ga. ke is ko nazar andaaz karo ya is ke khilaaf book likho.</w:t>
      </w:r>
    </w:p>
    <w:p>
      <w:pPr>
        <w:jc w:val="right"/>
      </w:pPr>
      <w:r>
        <w:t>تو میں یہ کہوں گا کہ یہاں پر رسول اللہ کا جو نمونہ وہ prevail کرے گا۔ کہ اس کو نظر انداز کرو یا اس کے خلاف بک لکھو۔</w:t>
      </w:r>
    </w:p>
    <w:p>
      <w:r>
        <w:rPr>
          <w:b/>
        </w:rPr>
        <w:t xml:space="preserve">[51:57] </w:t>
      </w:r>
      <w:r>
        <w:t>aur yeh namoona jo hai ke hangama karo, jaloos nikalo</w:t>
      </w:r>
    </w:p>
    <w:p>
      <w:pPr>
        <w:jc w:val="right"/>
      </w:pPr>
      <w:r>
        <w:t>اور یہ نمونہ جو ہے کہ ہنگامہ کرو، جلوس نکالو</w:t>
      </w:r>
    </w:p>
    <w:p>
      <w:r>
        <w:rPr>
          <w:b/>
        </w:rPr>
        <w:t xml:space="preserve">[52:02] </w:t>
      </w:r>
      <w:r>
        <w:t>aur qatal karo, qatal karo ke naaray lagao yeh sab rejected hai, rejected. is tarah se compare kar ke jab aap dekhen ge tab Islam ki true picture aap ko samajh mein aaye gi, true picture.</w:t>
      </w:r>
    </w:p>
    <w:p>
      <w:pPr>
        <w:jc w:val="right"/>
      </w:pPr>
      <w:r>
        <w:t>اور قتل کرو، قتل کرو کے نعرے لگاؤ یہ سب rejected ہے، rejected۔ اس طرح سے compare کر کے جب آپ دیکھیں گے تب اسلام کی true picture آپ کو سمجھ میں آئے گی، true picture۔</w:t>
      </w:r>
    </w:p>
    <w:p>
      <w:r>
        <w:rPr>
          <w:b/>
        </w:rPr>
        <w:t xml:space="preserve">[52:17] </w:t>
      </w:r>
      <w:r>
        <w:t>warna nahi samajh mein ayegi.</w:t>
      </w:r>
    </w:p>
    <w:p>
      <w:pPr>
        <w:jc w:val="right"/>
      </w:pPr>
      <w:r>
        <w:t>ورنہ نہیں سمجھ میں آئے گی۔</w:t>
      </w:r>
    </w:p>
    <w:p>
      <w:r>
        <w:rPr>
          <w:b/>
        </w:rPr>
        <w:t xml:space="preserve">[52:25] </w:t>
      </w:r>
      <w:r>
        <w:t>aise hi dekhiye</w:t>
      </w:r>
    </w:p>
    <w:p>
      <w:pPr>
        <w:jc w:val="right"/>
      </w:pPr>
      <w:r>
        <w:t>ایسے ہی دیکھیے</w:t>
      </w:r>
    </w:p>
    <w:p>
      <w:r>
        <w:rPr>
          <w:b/>
        </w:rPr>
        <w:t xml:space="preserve">[52:31] </w:t>
      </w:r>
      <w:r>
        <w:t>india mein 1946 ke baad, 1964 ke baad communal riot hone lage. bohat riot hue, bohat riot hue.</w:t>
      </w:r>
    </w:p>
    <w:p>
      <w:pPr>
        <w:jc w:val="right"/>
      </w:pPr>
      <w:r>
        <w:t>انڈیا میں انیس سو ستالیس کے بعد، انیس سو چونسٹھ کے بعد کمرنل riot ہونے لگے۔ بہت riot ہوئے، بہت riot ہوئے۔</w:t>
      </w:r>
    </w:p>
    <w:p>
      <w:r>
        <w:rPr>
          <w:b/>
        </w:rPr>
        <w:t xml:space="preserve">[52:44] </w:t>
      </w:r>
      <w:r>
        <w:t>ab to tham gaya hai mamla.</w:t>
      </w:r>
    </w:p>
    <w:p>
      <w:pPr>
        <w:jc w:val="right"/>
      </w:pPr>
      <w:r>
        <w:t>اب تو تھم گیا ہے معاملہ۔</w:t>
      </w:r>
    </w:p>
    <w:p>
      <w:r>
        <w:rPr>
          <w:b/>
        </w:rPr>
        <w:t xml:space="preserve">[52:49] </w:t>
      </w:r>
      <w:r>
        <w:t>in riot ki maine kafi survey kiya hai, tehqeeq ki hai.</w:t>
      </w:r>
    </w:p>
    <w:p>
      <w:pPr>
        <w:jc w:val="right"/>
      </w:pPr>
      <w:r>
        <w:t>ان riot کی میں نے کافی سروے کیا ہے، تحقیق کی ہے۔</w:t>
      </w:r>
    </w:p>
    <w:p>
      <w:r>
        <w:rPr>
          <w:b/>
        </w:rPr>
        <w:t xml:space="preserve">[52:53] </w:t>
      </w:r>
      <w:r>
        <w:t>in riots mein kya hota tha. zyada tar yeh hota tha ke mislan hinduon ne ek jaloos nikala.</w:t>
      </w:r>
    </w:p>
    <w:p>
      <w:pPr>
        <w:jc w:val="right"/>
      </w:pPr>
      <w:r>
        <w:t>ان riots میں کیا ہوتا تھا۔ زیادہ تر یہ ہوتا تھا کہ مثلاً ہندوؤں نے ایک جلوس نکالا۔</w:t>
      </w:r>
    </w:p>
    <w:p>
      <w:r>
        <w:rPr>
          <w:b/>
        </w:rPr>
        <w:t xml:space="preserve">[53:03] </w:t>
      </w:r>
      <w:r>
        <w:t>is jaloos mein woh nara laga rahe hain. to unhone kaha ke nara band karo. to unhone kaha hum nara kyun band karein? ab is par woh lad gaye.</w:t>
      </w:r>
    </w:p>
    <w:p>
      <w:pPr>
        <w:jc w:val="right"/>
      </w:pPr>
      <w:r>
        <w:t>اس جلوس میں وہ نعرہ لگا رہے ہیں۔ تو انہوں نے کہا کہ نعرہ بند کرو۔ تو انہوں نے کہا ہم نعرہ کیوں بند کریں؟ اب اس پر وہ لڑ گئے۔</w:t>
      </w:r>
    </w:p>
    <w:p>
      <w:r>
        <w:rPr>
          <w:b/>
        </w:rPr>
        <w:t xml:space="preserve">[53:13] </w:t>
      </w:r>
      <w:r>
        <w:t>ab phir do tarafah ladai shuru ho gayi.</w:t>
      </w:r>
    </w:p>
    <w:p>
      <w:pPr>
        <w:jc w:val="right"/>
      </w:pPr>
      <w:r>
        <w:t>اب پھر دو طرفہ لڑائی شروع ہو گئی۔</w:t>
      </w:r>
    </w:p>
    <w:p>
      <w:r>
        <w:rPr>
          <w:b/>
        </w:rPr>
        <w:t xml:space="preserve">[53:19] </w:t>
      </w:r>
      <w:r>
        <w:t>ya unhone kaha ke apne jaloos ki route badlo.</w:t>
      </w:r>
    </w:p>
    <w:p>
      <w:pPr>
        <w:jc w:val="right"/>
      </w:pPr>
      <w:r>
        <w:t>یا انہوں نے کہا کہ اپنے جلوس کی route بدلو۔</w:t>
      </w:r>
    </w:p>
    <w:p>
      <w:r>
        <w:rPr>
          <w:b/>
        </w:rPr>
        <w:t xml:space="preserve">[53:23] </w:t>
      </w:r>
      <w:r>
        <w:t>sab jo hai kahani yahi hai. route badlo. to unhone kaha hum route kyun badlein? ab wahan khade ho gaye pathar marne ke liye.</w:t>
      </w:r>
    </w:p>
    <w:p>
      <w:pPr>
        <w:jc w:val="right"/>
      </w:pPr>
      <w:r>
        <w:t>سب جو ہے کہانی یہی ہے۔ route بدلو۔ تو انہوں نے کہا ہم route کیوں بدلیں؟ اب وہاں کھڑے ہو گئے پتھر مارنے کے لیے۔</w:t>
      </w:r>
    </w:p>
    <w:p>
      <w:r>
        <w:rPr>
          <w:b/>
        </w:rPr>
        <w:t xml:space="preserve">[53:33] </w:t>
      </w:r>
      <w:r>
        <w:t>to unhone bomb mara. ab riot ho gaya. meerut mein bohat bada fasad hua, meerut mein, bakhud ke aap meerut mein wahan par.</w:t>
      </w:r>
    </w:p>
    <w:p>
      <w:pPr>
        <w:jc w:val="right"/>
      </w:pPr>
      <w:r>
        <w:t>تو انہوں نے بم مارا۔ اب riot ہو گیا۔ میرٹھ میں بہت بڑا فساد ہوا، میرٹھ میں، بخود کہ آپ میرٹھ میں وہاں پر۔</w:t>
      </w:r>
    </w:p>
    <w:p>
      <w:r>
        <w:rPr>
          <w:b/>
        </w:rPr>
        <w:t xml:space="preserve">[53:42] </w:t>
      </w:r>
      <w:r>
        <w:t>wahan kya hua ke musalmanon ka ek jalsa tha. ek route thi, route ke idhar musalmanon ka jalsa. idhar ek mandir tha is mein bhajan ho raha tha.</w:t>
      </w:r>
    </w:p>
    <w:p>
      <w:pPr>
        <w:jc w:val="right"/>
      </w:pPr>
      <w:r>
        <w:t>وہاں کیا ہوا کہ مسلمانوں کا ایک جلسہ تھا۔ ایک route تھی، route کے ادھر مسلمانوں کا جلسہ۔ ادھر ایک مندر تھا اس میں بھجن ہو رہا تھا۔</w:t>
      </w:r>
    </w:p>
    <w:p>
      <w:r>
        <w:rPr>
          <w:b/>
        </w:rPr>
        <w:t xml:space="preserve">[53:52] </w:t>
      </w:r>
      <w:r>
        <w:t>ab kuch musalman gaye wahan ke apna bhajan band karo. loudspeaker band karo, hamare jalse mein woh hota hai, khalal padta hai. kaha hum to nahi band karenge.</w:t>
      </w:r>
    </w:p>
    <w:p>
      <w:pPr>
        <w:jc w:val="right"/>
      </w:pPr>
      <w:r>
        <w:t>اب کچھ مسلمان گئے وہاں کہ اپنا بھجن بند کرو۔ لاؤڈ اسپیکر بند کرو، ہمارے جلسے میں وہ ہوتا ہے، خلل پڑتا ہے۔ کہا ہم تو نہیں بند کریں گے۔</w:t>
      </w:r>
    </w:p>
    <w:p>
      <w:r>
        <w:rPr>
          <w:b/>
        </w:rPr>
        <w:t xml:space="preserve">[54:02] </w:t>
      </w:r>
      <w:r>
        <w:t>unhone is ka loudspeaker tod ke phenk diya. ab zahir hai ke riot ho gaya. is par dekhiye maine kafi is par janne ki koshish ki hai masla.</w:t>
      </w:r>
    </w:p>
    <w:p>
      <w:pPr>
        <w:jc w:val="right"/>
      </w:pPr>
      <w:r>
        <w:t>انہوں نے اس کا لاؤڈ اسپیکر توڑ کے پھینک دیا۔ اب ظاہر ہے کہ riot ہو گیا۔ اس پر دیکھیے میں نے کافی اس پر جاننے کی کوشش کی ہے مسئلہ۔</w:t>
      </w:r>
    </w:p>
    <w:p>
      <w:r>
        <w:rPr>
          <w:b/>
        </w:rPr>
        <w:t xml:space="preserve">[54:14] </w:t>
      </w:r>
      <w:r>
        <w:t>to ek hadith mujhe mili. is hadith ke khilaf hai yeh sara kaam jo kiya logon ne</w:t>
      </w:r>
    </w:p>
    <w:p>
      <w:pPr>
        <w:jc w:val="right"/>
      </w:pPr>
      <w:r>
        <w:t>تو ایک حدیث مجھے ملی۔ اس حدیث کے خلاف ہے یہ سارا کام جو کیا لوگوں نے</w:t>
      </w:r>
    </w:p>
    <w:p>
      <w:r>
        <w:rPr>
          <w:b/>
        </w:rPr>
        <w:t xml:space="preserve">[54:21] </w:t>
      </w:r>
      <w:r>
        <w:t>. woh hadith yeh hai ke man layarzi bil qaleel mimma yati bihi safi hu yazi bil kaseer yani jo aadmi nadan ke chhote shar ko bardasht nahi karega us ko nadan ke bade shar ko bardasht karna padega.</w:t>
      </w:r>
    </w:p>
    <w:p>
      <w:pPr>
        <w:jc w:val="right"/>
      </w:pPr>
      <w:r>
        <w:t>۔ وہ حدیث یہ ہے کہ من لایرضی بالقلیل مما یاتی بہ الصفی ہویرضی بالکثیر یعنی جو آدمی نادان کے چھوٹے شر کو برداشت نہیں کرے گا اس کو نادان کے بڑے شر کو برداشت کرنا پڑے گا۔</w:t>
      </w:r>
    </w:p>
    <w:p>
      <w:r>
        <w:rPr>
          <w:b/>
        </w:rPr>
        <w:t xml:space="preserve">[54:46] </w:t>
      </w:r>
      <w:r>
        <w:t>yani is duniya mein jo choice aap ke liye hai</w:t>
      </w:r>
    </w:p>
    <w:p>
      <w:pPr>
        <w:jc w:val="right"/>
      </w:pPr>
      <w:r>
        <w:t>یعنی اس دنیا میں جو choice آپ کے لیے ہے</w:t>
      </w:r>
    </w:p>
    <w:p>
      <w:r>
        <w:rPr>
          <w:b/>
        </w:rPr>
        <w:t xml:space="preserve">[54:49] </w:t>
      </w:r>
      <w:r>
        <w:t>wo lesser evil aur greater evil ke beech mein hai. all good aur all bad ke beech mein nahi hai. to aap ko lesser evil ko bardasht karna padega.</w:t>
      </w:r>
    </w:p>
    <w:p>
      <w:pPr>
        <w:jc w:val="right"/>
      </w:pPr>
      <w:r>
        <w:t>وہ lesser evil اور greater evil کے بیچ میں ہے۔ all good اور all bad کے بیچ میں نہیں ہے۔ تو آپ کو lesser evil کو برداشت کرنا پڑے گا۔</w:t>
      </w:r>
    </w:p>
    <w:p>
      <w:r>
        <w:rPr>
          <w:b/>
        </w:rPr>
        <w:t xml:space="preserve">[55:01] </w:t>
      </w:r>
      <w:r>
        <w:t>warna kya hoga? greater evil aap ke samne ayega. mislan jalse mein aap nara ko bardasht karna padega. taake riot na ho.</w:t>
      </w:r>
    </w:p>
    <w:p>
      <w:pPr>
        <w:jc w:val="right"/>
      </w:pPr>
      <w:r>
        <w:t>ورنہ کیا ہوگا؟ greater evil آپ کے سامنے آئے گا۔ مثلاً جلسے میں آپ نعرے کو برداشت کرنا پڑے گا۔ تاکہ riot نہ ہو۔</w:t>
      </w:r>
    </w:p>
    <w:p>
      <w:r>
        <w:rPr>
          <w:b/>
        </w:rPr>
        <w:t xml:space="preserve">[55:11] </w:t>
      </w:r>
      <w:r>
        <w:t>aap ko loudspeaker ka bhajan jo hai bardasht karna padega. taake riot na ho.</w:t>
      </w:r>
    </w:p>
    <w:p>
      <w:pPr>
        <w:jc w:val="right"/>
      </w:pPr>
      <w:r>
        <w:t>آپ کو لاؤڈ اسپیکر کا بھجن جو ہے برداشت کرنا پڑے گا۔ تاکہ riot نہ ہو۔</w:t>
      </w:r>
    </w:p>
    <w:p>
      <w:r>
        <w:rPr>
          <w:b/>
        </w:rPr>
        <w:t xml:space="preserve">[55:17] </w:t>
      </w:r>
      <w:r>
        <w:t>aap ko route woh na badlein is ko bardasht karna padega. taake riot na ho. to chhoti chhoti cheezon par musalman lad jaate hain aur is se fasad hota hai.</w:t>
      </w:r>
    </w:p>
    <w:p>
      <w:pPr>
        <w:jc w:val="right"/>
      </w:pPr>
      <w:r>
        <w:t>آپ کو route وہ نہ بدلیں اس کو برداشت کرنا پڑے گا۔ تاکہ riot نہ ہو۔ تو چھوٹی چھوٹی چیزوں پر مسلمان لڑ جاتے ہیں اور اس سے فساد ہوتا ہے۔</w:t>
      </w:r>
    </w:p>
    <w:p>
      <w:r>
        <w:rPr>
          <w:b/>
        </w:rPr>
        <w:t xml:space="preserve">[55:27] </w:t>
      </w:r>
      <w:r>
        <w:t>aaj kal nahi lad rahe, aaj kal fasad ho bhi nahi raha hai. aaj kal musalman jo hain thak kar ke ab avoid kar rahe hain. 50 baras tak khwamkhwah fasad hota raha, riot hote rahe, ab ja kar ke woh thama hai kyunke ab unhone is is par amal karna shuru kiya.</w:t>
      </w:r>
    </w:p>
    <w:p>
      <w:pPr>
        <w:jc w:val="right"/>
      </w:pPr>
      <w:r>
        <w:t>آج کل نہیں لڑ رہے، آج کل فساد ہو بھی نہیں رہا ہے۔ آج کل مسلمان جو ہیں تھک کر کے اب avoid کر رہے ہیں۔ پچاس برس تک خوامخواہ فساد ہوتا رہا، riot ہوتے رہے، اب جا کر کے وہ تھما ہے کیونکہ اب انہوں نے اس اس پر عمل کرنا شروع کیا۔</w:t>
      </w:r>
    </w:p>
    <w:p>
      <w:r>
        <w:rPr>
          <w:b/>
        </w:rPr>
        <w:t xml:space="preserve">[55:46] </w:t>
      </w:r>
      <w:r>
        <w:t>main barabar is par akhbar mein, radio mein, TV mein is par koshish karta raha. ab logon ki samajh mein aayi hai yeh baat. to dekhiye ab yahan par bhi wahi baat hai ke</w:t>
      </w:r>
    </w:p>
    <w:p>
      <w:pPr>
        <w:jc w:val="right"/>
      </w:pPr>
      <w:r>
        <w:t>میں برابر اس پر اخبار میں، radio میں، ٹی وی میں اس پر کوشش کرتا رہا۔ اب لوگوں کی سمجھ میں آئی ہے یہ بات۔ تو دیکھیے اب یہاں پر بھی وہی بات ہے کہ</w:t>
      </w:r>
    </w:p>
    <w:p>
      <w:r>
        <w:rPr>
          <w:b/>
        </w:rPr>
        <w:t xml:space="preserve">[56:01] </w:t>
      </w:r>
      <w:r>
        <w:t>ek hai rasool Allah ka tareeqa aur ek hai aaj kal ke musalmanon ka tareeqa. rasool Allah farma rahe hain ke chhote lesser evil ko bardasht karo.</w:t>
      </w:r>
    </w:p>
    <w:p>
      <w:pPr>
        <w:jc w:val="right"/>
      </w:pPr>
      <w:r>
        <w:t>ایک ہے رسول اللہ کا طریقہ اور ایک ہے آج کل کے مسلمانوں کا طریقہ۔ رسول اللہ فرما رہے ہیں کہ چھوٹے lesser evil کو برداشت کرو۔</w:t>
      </w:r>
    </w:p>
    <w:p>
      <w:r>
        <w:rPr>
          <w:b/>
        </w:rPr>
        <w:t xml:space="preserve">[56:14] </w:t>
      </w:r>
      <w:r>
        <w:t>warna tum ko greater evil ko bardasht karna padega. achha musalman kya keh rahe hain? nahi hum to lesser evil ko bardasht nahi karenge. hum to nara bardasht nahi karenge, hum to route bardasht nahi karenge, hum to bhajan bardasht nahi karenge.</w:t>
      </w:r>
    </w:p>
    <w:p>
      <w:pPr>
        <w:jc w:val="right"/>
      </w:pPr>
      <w:r>
        <w:t>ورنہ تم کو greater evil کو برداشت کرنا پڑے گا۔ اچھا مسلمان کیا کہہ رہے ہیں؟ نہیں ہم تو lesser evil کو برداشت نہیں کریں گے۔ ہم تو نعرہ برداشت نہیں کریں گے، ہم تو route برداشت نہیں کریں گے، ہم تو بھجن برداشت نہیں کریں گے۔</w:t>
      </w:r>
    </w:p>
    <w:p>
      <w:r>
        <w:rPr>
          <w:b/>
        </w:rPr>
        <w:t xml:space="preserve">[56:28] </w:t>
      </w:r>
      <w:r>
        <w:t>to phir riot bardasht karo phir. khoon behega, ghar jalaye jayenge. ab do namune hain.</w:t>
      </w:r>
    </w:p>
    <w:p>
      <w:pPr>
        <w:jc w:val="right"/>
      </w:pPr>
      <w:r>
        <w:t>تو پھر riot برداشت کرو پھر۔ خون بہے گا، گھر جلائے جائیں گے۔ اب دو نمونے ہیں۔</w:t>
      </w:r>
    </w:p>
    <w:p>
      <w:r>
        <w:rPr>
          <w:b/>
        </w:rPr>
        <w:t xml:space="preserve">[56:36] </w:t>
      </w:r>
      <w:r>
        <w:t>ek rasool Allah ka bataya hua, ek musalmanon ka.</w:t>
      </w:r>
    </w:p>
    <w:p>
      <w:pPr>
        <w:jc w:val="right"/>
      </w:pPr>
      <w:r>
        <w:t>ایک رسول اللہ کا بتایا ہوا، ایک مسلمانوں کا۔</w:t>
      </w:r>
    </w:p>
    <w:p>
      <w:r>
        <w:rPr>
          <w:b/>
        </w:rPr>
        <w:t xml:space="preserve">[56:39] </w:t>
      </w:r>
      <w:r>
        <w:t>to yahan kya hoga? musalmanon ka tareeqa radd ho jayega, reject ho jayega. kyunke woh is ke khilaf hai. is tarah se aap jab mutala karen to aap samjhen ke Islam kya hai aur musalman jo pesh kar rahe hain Islam woh kya hai.</w:t>
      </w:r>
    </w:p>
    <w:p>
      <w:pPr>
        <w:jc w:val="right"/>
      </w:pPr>
      <w:r>
        <w:t>تو یہاں کیا ہوگا؟ مسلمانوں کا طریقہ رد ہو جائے گا، reject ہو جائے گا۔ کیونکہ وہ اس کے خلاف ہے۔ اس طرح سے آپ جب مطالعہ کریں تو آپ سمجھیں کہ اسلام کیا ہے اور مسلمان جو پیش کر رہے ہیں اسلام وہ کیا ہے۔</w:t>
      </w:r>
    </w:p>
    <w:p>
      <w:r>
        <w:rPr>
          <w:b/>
        </w:rPr>
        <w:t xml:space="preserve">[56:58] </w:t>
      </w:r>
      <w:r>
        <w:t>yesu ko main kaha karta hoon ke you have to differentiate between Islam and Muslims</w:t>
      </w:r>
    </w:p>
    <w:p>
      <w:pPr>
        <w:jc w:val="right"/>
      </w:pPr>
      <w:r>
        <w:t>یسوع کو میں کہا کرتا ہوں کہ you have to differentiate between Islam and Muslims</w:t>
      </w:r>
    </w:p>
    <w:p>
      <w:r>
        <w:rPr>
          <w:b/>
        </w:rPr>
        <w:t xml:space="preserve">[57:03] </w:t>
      </w:r>
      <w:r>
        <w:t>. to rasool Allah jo bata rahe hain woh yeh bata rahe hain ke kisi bhi samaj mein chhote chhote evils to hote rahenge. is ko avoid karo.</w:t>
      </w:r>
    </w:p>
    <w:p>
      <w:pPr>
        <w:jc w:val="right"/>
      </w:pPr>
      <w:r>
        <w:t>۔ تو رسول اللہ جو بتا رہے ہیں وہ یہ بتا رہے ہیں کہ کسی بھی سماج میں چھوٹے چھوٹے evils تو ہوتے رہیں گے۔ اس کو avoid کرو۔</w:t>
      </w:r>
    </w:p>
    <w:p>
      <w:r>
        <w:rPr>
          <w:b/>
        </w:rPr>
        <w:t xml:space="preserve">[57:14] </w:t>
      </w:r>
      <w:r>
        <w:t>yeh to law of nature hai. aadmi apni azadi ko misuse karega. kuchh na kuchh to hoga. to tum ko chahiye ke lesser evil ko avoid karo.</w:t>
      </w:r>
    </w:p>
    <w:p>
      <w:pPr>
        <w:jc w:val="right"/>
      </w:pPr>
      <w:r>
        <w:t>یہ تو law of nature ہے۔ آدمی اپنی آزادی کو misuse کرے گا۔ کچھ نہ کچھ تو ہوگا۔ تو تم کو چاہیے کہ lesser evil کو avoid کرو۔</w:t>
      </w:r>
    </w:p>
    <w:p>
      <w:r>
        <w:rPr>
          <w:b/>
        </w:rPr>
        <w:t xml:space="preserve">[57:26] </w:t>
      </w:r>
      <w:r>
        <w:t>agar avoid nahin karoge to kya hoga? phir tum ko greater evil samne aayega.</w:t>
      </w:r>
    </w:p>
    <w:p>
      <w:pPr>
        <w:jc w:val="right"/>
      </w:pPr>
      <w:r>
        <w:t>اگر avoid نہیں کرو گے تو کیا ہوگا؟ پھر تم کو greater evil سامنے آئے گا۔</w:t>
      </w:r>
    </w:p>
    <w:p>
      <w:r>
        <w:rPr>
          <w:b/>
        </w:rPr>
        <w:t xml:space="preserve">[57:33] </w:t>
      </w:r>
      <w:r>
        <w:t>ab yeh jo musalmanon mein jo namuna aap dekhte rahe hain woh namuna mein is ko kehta hoon ke woh rejected namuna. woh Islam nahin hai woh.</w:t>
      </w:r>
    </w:p>
    <w:p>
      <w:pPr>
        <w:jc w:val="right"/>
      </w:pPr>
      <w:r>
        <w:t>اب یہ جو مسلمانوں میں جو نمونہ آپ دیکھتے رہے ہیں وہ نمونہ میں اس کو کہتا ہوں کہ وہ rejected نمونہ۔ وہ اسلام نہیں ہے وہ۔</w:t>
      </w:r>
    </w:p>
    <w:p>
      <w:r>
        <w:rPr>
          <w:b/>
        </w:rPr>
        <w:t xml:space="preserve">[57:43] </w:t>
      </w:r>
      <w:r>
        <w:t>is se aap nahin samajh sakte ke yeh Islam hai. Islam woh hai jo jis ka namuna rasool Allah ke haan hai.</w:t>
      </w:r>
    </w:p>
    <w:p>
      <w:pPr>
        <w:jc w:val="right"/>
      </w:pPr>
      <w:r>
        <w:t>اس سے آپ نہیں سمجھ سکتے کہ یہ اسلام ہے۔ اسلام وہ ہے جو جس کا نمونہ رسول اللہ کے ہاں ہے۔</w:t>
      </w:r>
    </w:p>
    <w:p>
      <w:r>
        <w:rPr>
          <w:b/>
        </w:rPr>
        <w:t xml:space="preserve">[57:54] </w:t>
      </w:r>
      <w:r>
        <w:t>to is tarah se</w:t>
      </w:r>
    </w:p>
    <w:p>
      <w:pPr>
        <w:jc w:val="right"/>
      </w:pPr>
      <w:r>
        <w:t>تو اس طرح سے</w:t>
      </w:r>
    </w:p>
    <w:p>
      <w:r>
        <w:rPr>
          <w:b/>
        </w:rPr>
        <w:t xml:space="preserve">[57:59] </w:t>
      </w:r>
      <w:r>
        <w:t>aap Islam ka ko agar aap ko samajhna hai to aap ko is tarah se compare kar ke samajhna hoga.</w:t>
      </w:r>
    </w:p>
    <w:p>
      <w:pPr>
        <w:jc w:val="right"/>
      </w:pPr>
      <w:r>
        <w:t>آپ اسلام کا کو اگر آپ کو سمجھنا ہے تو آپ کو اس طرح سے compare کر کے سمجھنا ہوگا۔</w:t>
      </w:r>
    </w:p>
    <w:p>
      <w:r>
        <w:rPr>
          <w:b/>
        </w:rPr>
        <w:t xml:space="preserve">[58:17] </w:t>
      </w:r>
      <w:r>
        <w:t>warna Islam ko aap sahi nahin samajh sakte.</w:t>
      </w:r>
    </w:p>
    <w:p>
      <w:pPr>
        <w:jc w:val="right"/>
      </w:pPr>
      <w:r>
        <w:t>ورنہ اسلام کو آپ صحیح نہیں سمجھ سکتے۔</w:t>
      </w:r>
    </w:p>
    <w:p>
      <w:r>
        <w:rPr>
          <w:b/>
        </w:rPr>
        <w:t xml:space="preserve">[58:21] </w:t>
      </w:r>
      <w:r>
        <w:t>yeh Islam ki khusoosiyat hai ke is ke paas ek ek preserved book hai Quran. aur sath sath Islam ke paas ek historical namuna bhi hai.</w:t>
      </w:r>
    </w:p>
    <w:p>
      <w:pPr>
        <w:jc w:val="right"/>
      </w:pPr>
      <w:r>
        <w:t>یہ اسلام کی خصوصیت ہے کہ اس کے پاس ایک ایک preserved book ہے قرآن۔ اور ساتھ ساتھ اسلام کے پاس ایک historical نمونہ بھی ہے۔</w:t>
      </w:r>
    </w:p>
    <w:p>
      <w:r>
        <w:rPr>
          <w:b/>
        </w:rPr>
        <w:t xml:space="preserve">[58:34] </w:t>
      </w:r>
      <w:r>
        <w:t>model, historical model hai. woh hai rasool Allah ka model. to har situation mein agar aap ko Islam ke bare mein rai banani hai.</w:t>
      </w:r>
    </w:p>
    <w:p>
      <w:pPr>
        <w:jc w:val="right"/>
      </w:pPr>
      <w:r>
        <w:t>ماڈل، historical ماڈل ہے۔ وہ ہے رسول اللہ کا ماڈل۔ تو ہر situation میں اگر آپ کو اسلام کے بارے میں رائے بنانی ہے۔</w:t>
      </w:r>
    </w:p>
    <w:p>
      <w:r>
        <w:rPr>
          <w:b/>
        </w:rPr>
        <w:t xml:space="preserve">[58:45] </w:t>
      </w:r>
      <w:r>
        <w:t>ek namuna aap ke samne aata hai musalmanon ka.</w:t>
      </w:r>
    </w:p>
    <w:p>
      <w:pPr>
        <w:jc w:val="right"/>
      </w:pPr>
      <w:r>
        <w:t>ایک نمونہ آپ کے سامنے آتا ہے مسلمانوں کا۔</w:t>
      </w:r>
    </w:p>
    <w:p>
      <w:r>
        <w:rPr>
          <w:b/>
        </w:rPr>
        <w:t xml:space="preserve">[58:48] </w:t>
      </w:r>
      <w:r>
        <w:t>to aap dekhiye kya namuna Quran mein hai? kya namuna rasool Allah sallallahu alaihi wasallam ka hai? agar nahin hai to fordan kahiye.</w:t>
      </w:r>
    </w:p>
    <w:p>
      <w:pPr>
        <w:jc w:val="right"/>
      </w:pPr>
      <w:r>
        <w:t>تو آپ دیکھیے کیا نمونہ قرآن میں ہے؟ کیا نمونہ رسول اللہ صلی اللہ علیہ وسلم کا ہے؟ اگر نہیں ہے تو فوردٌ کہیے۔</w:t>
      </w:r>
    </w:p>
    <w:p>
      <w:r>
        <w:rPr>
          <w:b/>
        </w:rPr>
        <w:t xml:space="preserve">[58:57] </w:t>
      </w:r>
      <w:r>
        <w:t>yeh rejected hai yeh. tab aap Islam ke sath insaf kar paenge. yeh hai scientific method rai banane ka.</w:t>
      </w:r>
    </w:p>
    <w:p>
      <w:pPr>
        <w:jc w:val="right"/>
      </w:pPr>
      <w:r>
        <w:t>یہ rejected ہے یہ۔ تب آپ اسلام کے ساتھ انصاف کر پائیں گے۔ یہ ہے scientific method رائے بنانے کا۔</w:t>
      </w:r>
    </w:p>
    <w:p>
      <w:r>
        <w:rPr>
          <w:b/>
        </w:rPr>
        <w:t xml:space="preserve">[59:08] </w:t>
      </w:r>
      <w:r>
        <w:t>jis ko kaha jata hai scientific method to is ko main apply kiya hai main ne mazhab ke mamle mein.</w:t>
      </w:r>
    </w:p>
    <w:p>
      <w:pPr>
        <w:jc w:val="right"/>
      </w:pPr>
      <w:r>
        <w:t>جس کو کہا جاتا ہے scientific method تو اس کو میں اپلائی کیا ہے میں نے مذہب کے معاملے میں۔</w:t>
      </w:r>
    </w:p>
    <w:p>
      <w:r>
        <w:rPr>
          <w:b/>
        </w:rPr>
        <w:t xml:space="preserve">[59:15] </w:t>
      </w:r>
      <w:r>
        <w:t>jis tarah aap apply karte hain scientific method ko doosre cheezon mein isi tarah se aap is ko apply kijiye mazhab ke mamle mein. yani jo bhi waqea aap ke samne aata hai to scrutiny kijiye is ki.</w:t>
      </w:r>
    </w:p>
    <w:p>
      <w:pPr>
        <w:jc w:val="right"/>
      </w:pPr>
      <w:r>
        <w:t>جس طرح آپ اپلائی کرتے ہیں scientific method کو دوسرے چیزوں میں اسی طرح سے آپ اس کو اپلائی کیجیے مذہب کے معاملے میں۔ یعنی جو بھی واقعہ آپ کے سامنے آتا ہے تو scrutiny کیجیے اس کی۔</w:t>
      </w:r>
    </w:p>
    <w:p>
      <w:r>
        <w:rPr>
          <w:b/>
        </w:rPr>
        <w:t xml:space="preserve">[59:29] </w:t>
      </w:r>
      <w:r>
        <w:t>scrutiny ka tareeqa yahi hai ke is example ko compare kijiye rasool Allah ke example se.</w:t>
      </w:r>
    </w:p>
    <w:p>
      <w:pPr>
        <w:jc w:val="right"/>
      </w:pPr>
      <w:r>
        <w:t>scrutiny کا طریقہ یہی ہے کہ اس example کو compare کیجیے رسول اللہ کے example سے۔</w:t>
      </w:r>
    </w:p>
    <w:p>
      <w:r>
        <w:rPr>
          <w:b/>
        </w:rPr>
        <w:t xml:space="preserve">[59:39] </w:t>
      </w:r>
      <w:r>
        <w:t>yeh hai scientific tareeqa Islam ke bare mein rai qaim karne ka.</w:t>
      </w:r>
    </w:p>
    <w:p>
      <w:pPr>
        <w:jc w:val="right"/>
      </w:pPr>
      <w:r>
        <w:t>یہ ہے scientific طریقہ اسلام کے بارے میں رائے قائم کرنے کا۔</w:t>
      </w:r>
    </w:p>
    <w:p>
      <w:r>
        <w:rPr>
          <w:b/>
        </w:rPr>
        <w:t xml:space="preserve">[59:47] </w:t>
      </w:r>
      <w:r>
        <w:t>aqool qawli haza wa astaghfirullah li wa lakum ajmaeen.</w:t>
      </w:r>
    </w:p>
    <w:p>
      <w:pPr>
        <w:jc w:val="right"/>
      </w:pPr>
      <w:r>
        <w:t>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