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Muslim Militancy July 08, 2007</w:t>
      </w:r>
    </w:p>
    <w:p>
      <w:r>
        <w:t>https://www.youtube.com/watch?v=xMiDkdlcUcU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صلی اللہ ala an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[00:37]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[00:40] </w:t>
      </w:r>
      <w:r>
        <w:t>wo hai muslim militancy,</w:t>
      </w:r>
    </w:p>
    <w:p>
      <w:pPr>
        <w:jc w:val="right"/>
      </w:pPr>
      <w:r>
        <w:t>وہ ہے مسلم ملیٹنسی،</w:t>
      </w:r>
    </w:p>
    <w:p>
      <w:r>
        <w:rPr>
          <w:b/>
        </w:rPr>
        <w:t xml:space="preserve">[00:46] </w:t>
      </w:r>
      <w:r>
        <w:t>ya musalmanon ka so called jihad.</w:t>
      </w:r>
    </w:p>
    <w:p>
      <w:pPr>
        <w:jc w:val="right"/>
      </w:pPr>
      <w:r>
        <w:t>یا مسلمانوں کا سو کالڈ جہاد۔</w:t>
      </w:r>
    </w:p>
    <w:p>
      <w:r>
        <w:rPr>
          <w:b/>
        </w:rPr>
        <w:t xml:space="preserve">[00:50] </w:t>
      </w:r>
      <w:r>
        <w:t>is par main kuch</w:t>
      </w:r>
    </w:p>
    <w:p>
      <w:pPr>
        <w:jc w:val="right"/>
      </w:pPr>
      <w:r>
        <w:t>اس پر میں کچھ</w:t>
      </w:r>
    </w:p>
    <w:p>
      <w:r>
        <w:rPr>
          <w:b/>
        </w:rPr>
        <w:t xml:space="preserve">[00:55] </w:t>
      </w:r>
      <w:r>
        <w:t>kahne ki koshish karunga.</w:t>
      </w:r>
    </w:p>
    <w:p>
      <w:pPr>
        <w:jc w:val="right"/>
      </w:pPr>
      <w:r>
        <w:t>کہنے کی کوشش کروں گا۔</w:t>
      </w:r>
    </w:p>
    <w:p>
      <w:r>
        <w:rPr>
          <w:b/>
        </w:rPr>
        <w:t xml:space="preserve">[00:58] </w:t>
      </w:r>
      <w:r>
        <w:t>dekhiye, kal aisa hua</w:t>
      </w:r>
    </w:p>
    <w:p>
      <w:pPr>
        <w:jc w:val="right"/>
      </w:pPr>
      <w:r>
        <w:t>دیکھیے، کل ایسا ہوا</w:t>
      </w:r>
    </w:p>
    <w:p>
      <w:r>
        <w:rPr>
          <w:b/>
        </w:rPr>
        <w:t xml:space="preserve">[01:01] </w:t>
      </w:r>
      <w:r>
        <w:t>ke kal ye jammu kashmir ke jo governor hain,</w:t>
      </w:r>
    </w:p>
    <w:p>
      <w:pPr>
        <w:jc w:val="right"/>
      </w:pPr>
      <w:r>
        <w:t>کہ کل یہ جموں کشمیر کے جو گورنر ہیں،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