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Divine Help June 16, 2013</w:t>
      </w:r>
    </w:p>
    <w:p>
      <w:r>
        <w:t>https://youtu.be/b0QaxGSnAOI</w:t>
      </w:r>
    </w:p>
    <w:p>
      <w:r>
        <w:rPr>
          <w:b/>
        </w:rPr>
        <w:t xml:space="preserve">[00:35] </w:t>
      </w:r>
      <w:r>
        <w:t>aaj june 2013 ki 16 tareekh hai.</w:t>
      </w:r>
    </w:p>
    <w:p>
      <w:pPr>
        <w:jc w:val="right"/>
      </w:pPr>
      <w:r>
        <w:t>آج جون 2013 کی 16 تاریخ ہے۔</w:t>
      </w:r>
    </w:p>
    <w:p>
      <w:r>
        <w:rPr>
          <w:b/>
        </w:rPr>
        <w:t xml:space="preserve">[00:45] </w:t>
      </w:r>
      <w:r>
        <w:t>aaj ka topic hai:</w:t>
      </w:r>
    </w:p>
    <w:p>
      <w:pPr>
        <w:jc w:val="right"/>
      </w:pPr>
      <w:r>
        <w:t>آج کا ٹاپک ہے:</w:t>
      </w:r>
    </w:p>
    <w:p>
      <w:r>
        <w:rPr>
          <w:b/>
        </w:rPr>
        <w:t xml:space="preserve">[00:49] </w:t>
      </w:r>
      <w:r>
        <w:t>the concept of divine nasrat, yani khudaai madad ka usool</w:t>
      </w:r>
    </w:p>
    <w:p>
      <w:pPr>
        <w:jc w:val="right"/>
      </w:pPr>
      <w:r>
        <w:t>دا کانسیپٹ آف ڈیوائن نصرت، یعنی خدائی مدد کا اصول</w:t>
      </w:r>
    </w:p>
    <w:p>
      <w:r>
        <w:rPr>
          <w:b/>
        </w:rPr>
        <w:t xml:space="preserve">[00:58] </w:t>
      </w:r>
      <w:r>
        <w:t>۔ quran mein bataya gaya hai ke Allah ki nusrat, nusrat ke maani hote hain help, madad, khalq e iman ko hasil hoti hai.</w:t>
      </w:r>
    </w:p>
    <w:p>
      <w:pPr>
        <w:jc w:val="right"/>
      </w:pPr>
      <w:r>
        <w:t>۔ قرآن میں بتایا گیا ہے کہ اللہ کی نصرت، نصرت کے معنی ہوتے ہیں ہیلپ، مدد، خالق ایمان کو حاصل ہوتی ہے۔</w:t>
      </w:r>
    </w:p>
    <w:p>
      <w:r>
        <w:rPr>
          <w:b/>
        </w:rPr>
        <w:t xml:space="preserve">[01:11] </w:t>
      </w:r>
      <w:r>
        <w:t>yeh baat kai jagah aayi hai. ek ayat yeh hai: walayansurnallaha maninsur .</w:t>
      </w:r>
    </w:p>
    <w:p>
      <w:pPr>
        <w:jc w:val="right"/>
      </w:pPr>
      <w:r>
        <w:t>یہ بات کئی جگہ آئی ہے۔ ایک آیت یہ ہے: ولاینصرن اللہ منینصر ۔</w:t>
      </w:r>
    </w:p>
    <w:p>
      <w:r>
        <w:rPr>
          <w:b/>
        </w:rPr>
        <w:t xml:space="preserve">[01:20] </w:t>
      </w:r>
      <w:r>
        <w:t>yeh surah al-hajj ki ayat hai. walayansurnallaha maninsur .</w:t>
      </w:r>
    </w:p>
    <w:p>
      <w:pPr>
        <w:jc w:val="right"/>
      </w:pPr>
      <w:r>
        <w:t>یہ سورہ الحج کی آیت ہے۔ ولاینصرن اللہ منینصر ۔</w:t>
      </w:r>
    </w:p>
    <w:p>
      <w:r>
        <w:rPr>
          <w:b/>
        </w:rPr>
        <w:t xml:space="preserve">[01:27] </w:t>
      </w:r>
      <w:r>
        <w:t>Allah zaroor hi madad karega jo uski madad karega.</w:t>
      </w:r>
    </w:p>
    <w:p>
      <w:pPr>
        <w:jc w:val="right"/>
      </w:pPr>
      <w:r>
        <w:t>اللہ ضرور ہی مدد کرے گا جو اس کی مدد کرے گا۔</w:t>
      </w:r>
    </w:p>
    <w:p>
      <w:r>
        <w:rPr>
          <w:b/>
        </w:rPr>
        <w:t xml:space="preserve">[01:34] </w:t>
      </w:r>
      <w:r>
        <w:t>ek aur jagah hai ke kan haqqan alayna nasr al-mominin . hamare upar wajib hai ke hum ahl e iman ki madad karein.</w:t>
      </w:r>
    </w:p>
    <w:p>
      <w:pPr>
        <w:jc w:val="right"/>
      </w:pPr>
      <w:r>
        <w:t>ایک اور جگہ ہے کہ کان حقاً علینا نصر المومنین ۔ ہمارے اوپر واجب ہے کہ ہم اہل ایمان کی مدد کریں۔</w:t>
      </w:r>
    </w:p>
    <w:p>
      <w:r>
        <w:rPr>
          <w:b/>
        </w:rPr>
        <w:t xml:space="preserve">[01:47] </w:t>
      </w:r>
      <w:r>
        <w:t>to nusrat ka jo tasawwur hai woh quran mein maujood hai lekin tafseeron mein koi wazeh baat nahi hai ke nusrat kya hai.</w:t>
      </w:r>
    </w:p>
    <w:p>
      <w:pPr>
        <w:jc w:val="right"/>
      </w:pPr>
      <w:r>
        <w:t>تو نصرت کا جو تصور ہے وہ قرآن میں موجود ہے لیکن تفسیروں میں کوئی واضح بات نہیں ہے کہ نصرت کیا ہے۔</w:t>
      </w:r>
    </w:p>
    <w:p>
      <w:r>
        <w:rPr>
          <w:b/>
        </w:rPr>
        <w:t xml:space="preserve">[01:57] </w:t>
      </w:r>
      <w:r>
        <w:t>y</w:t>
      </w:r>
    </w:p>
    <w:p>
      <w:pPr>
        <w:jc w:val="right"/>
      </w:pPr>
      <w:r>
        <w:t>ی</w:t>
      </w:r>
    </w:p>
    <w:p>
      <w:r>
        <w:rPr>
          <w:b/>
        </w:rPr>
        <w:t xml:space="preserve">[01:58] </w:t>
      </w:r>
      <w:r>
        <w:t>ani yeh jo ayat hai ke Allah zaroor madad karega jo Allah ki madad karein, iska matlab kya hai? iska aisa wazeh matlab jo aaj ke mind ko address kare,</w:t>
      </w:r>
    </w:p>
    <w:p>
      <w:pPr>
        <w:jc w:val="right"/>
      </w:pPr>
      <w:r>
        <w:t>عنی یہ جو آیت ہے کہ اللہ ضرور مدد کرے گا جو اللہ کی مدد کریں، اس کا مطلب کیا ہے؟ اس کا ایسا واضح مطلب جو آج کے مائنڈ کو ایڈریس کرے،</w:t>
      </w:r>
    </w:p>
    <w:p>
      <w:r>
        <w:rPr>
          <w:b/>
        </w:rPr>
        <w:t xml:space="preserve">[02:14] </w:t>
      </w:r>
      <w:r>
        <w:t>woh tafseeron mein maujood nahi hai. mujhe Allah ke fazl se rozana kuch na kuch discovery hoti hai, aaj bhi discovery hui.</w:t>
      </w:r>
    </w:p>
    <w:p>
      <w:pPr>
        <w:jc w:val="right"/>
      </w:pPr>
      <w:r>
        <w:t>وہ تفسیروں میں موجود نہیں ہے۔ مجھے اللہ کے فضل سے روزانہ کچھ نہ کچھ ڈسکوری ہوتی ہے، آج بھی ڈسکوری ہوئی۔</w:t>
      </w:r>
    </w:p>
    <w:p>
      <w:r>
        <w:rPr>
          <w:b/>
        </w:rPr>
        <w:t xml:space="preserve">[02:24] </w:t>
      </w:r>
      <w:r>
        <w:t>discovery se aap ko tabosh nahi hona chahiye.</w:t>
      </w:r>
    </w:p>
    <w:p>
      <w:pPr>
        <w:jc w:val="right"/>
      </w:pPr>
      <w:r>
        <w:t>ڈسکوری سے آپ کو تبوش نہیں ہونا چاہیے۔</w:t>
      </w:r>
    </w:p>
    <w:p>
      <w:r>
        <w:rPr>
          <w:b/>
        </w:rPr>
        <w:t xml:space="preserve">[02:28] </w:t>
      </w:r>
      <w:r>
        <w:t>discovery darasal marifat hi ka doosra naam hai, rizq ki marifat. quran mein dekhiye, Hazrat Maryam ke bare mein hai ke unko rizq aata tha.</w:t>
      </w:r>
    </w:p>
    <w:p>
      <w:pPr>
        <w:jc w:val="right"/>
      </w:pPr>
      <w:r>
        <w:t>ڈسکوری دراصل معرفت ہی کا دوسرا نام ہے، رزق کی معرفت۔ قرآن میں دیکھیے، حضرت مریم کے بارے میں ہے کہ ان کو رزق آتا تھا۔</w:t>
      </w:r>
    </w:p>
    <w:p>
      <w:r>
        <w:rPr>
          <w:b/>
        </w:rPr>
        <w:t xml:space="preserve">[02:41] </w:t>
      </w:r>
      <w:r>
        <w:t>wajad indaha rizqan . log samajhte hain ke woh phal aata tha unko. yeh bilkul hi baseless baat hai.</w:t>
      </w:r>
    </w:p>
    <w:p>
      <w:pPr>
        <w:jc w:val="right"/>
      </w:pPr>
      <w:r>
        <w:t>وجد عندها رزقا ۔ لوگ سمجھتے ہیں کہ وہ پھل آتا تھا ان کو۔ یہ بالکل ہی بیسلیس بات ہے۔</w:t>
      </w:r>
    </w:p>
    <w:p>
      <w:r>
        <w:rPr>
          <w:b/>
        </w:rPr>
        <w:t xml:space="preserve">[02:51] </w:t>
      </w:r>
      <w:r>
        <w:t>rizq ka matlab phal nahi hai, rizq ka matlab hai creative marifat, yani marifat ke aitbar se nayi nayi baatein.</w:t>
      </w:r>
    </w:p>
    <w:p>
      <w:pPr>
        <w:jc w:val="right"/>
      </w:pPr>
      <w:r>
        <w:t>رزق کا مطلب پھل نہیں ہے، رزق کا مطلب ہے کریٹیو معرفت، یعنی معرفت کے اعتبار سے نئی نئی باتیں۔</w:t>
      </w:r>
    </w:p>
    <w:p>
      <w:r>
        <w:rPr>
          <w:b/>
        </w:rPr>
        <w:t xml:space="preserve">[03:03] </w:t>
      </w:r>
      <w:r>
        <w:t>isi ko main discovery, discovery keh raha hoon. khud Rasool Allah ke bare mein hai ke warzuq rabbika khayrun wabqa .</w:t>
      </w:r>
    </w:p>
    <w:p>
      <w:pPr>
        <w:jc w:val="right"/>
      </w:pPr>
      <w:r>
        <w:t>اسی کو میں ڈسکوری، ڈسکوری کہہ رہا ہوں۔ خود رسول اللہ کے بارے میں ہے کہ ورزق ربک خیر وابقا ۔</w:t>
      </w:r>
    </w:p>
    <w:p>
      <w:r>
        <w:rPr>
          <w:b/>
        </w:rPr>
        <w:t xml:space="preserve">[03:11] </w:t>
      </w:r>
      <w:r>
        <w:t>log samajhte hain ke purasarar tor par aap ko koi jannat se khana aaya karta tha. yeh bilkul baseless baat hai.</w:t>
      </w:r>
    </w:p>
    <w:p>
      <w:pPr>
        <w:jc w:val="right"/>
      </w:pPr>
      <w:r>
        <w:t>لوگ سمجھتے ہیں کہ پراسرار طور پر آپ کو کوئی جنت سے کھانا آیا کرتا تھا۔ یہ بالکل بیسلیس بات ہے۔</w:t>
      </w:r>
    </w:p>
    <w:p>
      <w:r>
        <w:rPr>
          <w:b/>
        </w:rPr>
        <w:t xml:space="preserve">[03:21] </w:t>
      </w:r>
      <w:r>
        <w:t>yahan bhi matlab wahi hai ke marifat ke line mein, Allah ki marifat ka jo pehlu hai, us mein nayi nayi baatein, creative baatein milte rehna.</w:t>
      </w:r>
    </w:p>
    <w:p>
      <w:pPr>
        <w:jc w:val="right"/>
      </w:pPr>
      <w:r>
        <w:t>یہاں بھی مطلب وہی ہے کہ معرفت کے لائن میں، اللہ کی معرفت کا جو پہلو ہے، اس میں نئی نئی باتیں، کریٹیو باتیں ملتے رہنا۔</w:t>
      </w:r>
    </w:p>
    <w:p>
      <w:r>
        <w:rPr>
          <w:b/>
        </w:rPr>
        <w:t xml:space="preserve">[03:34] </w:t>
      </w:r>
      <w:r>
        <w:t>dekhiye, yeh discovery jis ko hum kehte hain, woh iska ek hi qanoon hai secular field mein bhi aur religious field mein bhi.</w:t>
      </w:r>
    </w:p>
    <w:p>
      <w:pPr>
        <w:jc w:val="right"/>
      </w:pPr>
      <w:r>
        <w:t>دیکھیے، یہ ڈسکوری جس کو ہم کہتے ہیں، وہ اس کا ایک ہی قانون ہے سیکولر فیلڈ میں بھی اور ریلیجس فیلڈ میں بھی۔</w:t>
      </w:r>
    </w:p>
    <w:p>
      <w:r>
        <w:rPr>
          <w:b/>
        </w:rPr>
        <w:t xml:space="preserve">[03:47] </w:t>
      </w:r>
      <w:r>
        <w:t>woh kya hai? agar aap prepared mind hon, agar aap prepared mind hon to jo experience hoga aap ko, jo observation hoga, jo padhenge aap,</w:t>
      </w:r>
    </w:p>
    <w:p>
      <w:pPr>
        <w:jc w:val="right"/>
      </w:pPr>
      <w:r>
        <w:t>وہ کیا ہے؟ اگر آپ پریپیرڈ مائنڈ ہوں، اگر آپ پریپیرڈ مائنڈ ہوں تو جو ایکسپیرینس ہوگا آپ کو، جو ابزرویشن ہوگا، جو پڑھیں گے آپ،</w:t>
      </w:r>
    </w:p>
    <w:p>
      <w:r>
        <w:rPr>
          <w:b/>
        </w:rPr>
        <w:t xml:space="preserve">[04:05] </w:t>
      </w:r>
      <w:r>
        <w:t>us se aap ka mind trigger ho jayega. jab mind trigger ho jayega to kya hoga</w:t>
      </w:r>
    </w:p>
    <w:p>
      <w:pPr>
        <w:jc w:val="right"/>
      </w:pPr>
      <w:r>
        <w:t>اس سے آپ کا مائنڈ ٹریگر ہو جائے گا۔ جب مائنڈ ٹریگر ہو جائے گا تو کیا ہوگا</w:t>
      </w:r>
    </w:p>
    <w:p>
      <w:r>
        <w:rPr>
          <w:b/>
        </w:rPr>
        <w:t xml:space="preserve">[04:14] </w:t>
      </w:r>
      <w:r>
        <w:t>? mind mein ek thinking process jari hoga. woh thinking process pahunchega ek ek nayi discovery tak.</w:t>
      </w:r>
    </w:p>
    <w:p>
      <w:pPr>
        <w:jc w:val="right"/>
      </w:pPr>
      <w:r>
        <w:t>؟ مائنڈ میں ایک تھنکنگ پراسیس جاری ہوگا۔ وہ تھنکنگ پراسیس پہنچے گا ایک ایک نئی ڈسکوری تک۔</w:t>
      </w:r>
    </w:p>
    <w:p>
      <w:r>
        <w:rPr>
          <w:b/>
        </w:rPr>
        <w:t xml:space="preserve">[04:22] </w:t>
      </w:r>
      <w:r>
        <w:t>secular field ki ek misaal mein deta hoon aap ko.</w:t>
      </w:r>
    </w:p>
    <w:p>
      <w:pPr>
        <w:jc w:val="right"/>
      </w:pPr>
      <w:r>
        <w:t>سیکولر فیلڈ کی ایک مثال میں دیتا ہوں آپ کو۔</w:t>
      </w:r>
    </w:p>
    <w:p>
      <w:r>
        <w:rPr>
          <w:b/>
        </w:rPr>
        <w:t xml:space="preserve">[04:27] </w:t>
      </w:r>
      <w:r>
        <w:t>Michael Faraday ko mana jata hai ke woh electricity ka, yani father of electricity kaha jata hai isko, kyunke usne pehli baar daryaft kiya ke what is electricity?</w:t>
      </w:r>
    </w:p>
    <w:p>
      <w:pPr>
        <w:jc w:val="right"/>
      </w:pPr>
      <w:r>
        <w:t>مائیکل فریڈے کو مانا جاتا ہے کہ وہ الیکٹریسٹی کا، یعنی فادر آف الیکٹریسٹی کہا جاتا ہے اس کو، کیونکہ اس نے پہلی بار دریافت کیا کہ واٹ از الیکٹریسٹی؟</w:t>
      </w:r>
    </w:p>
    <w:p>
      <w:r>
        <w:rPr>
          <w:b/>
        </w:rPr>
        <w:t xml:space="preserve">[04:44] </w:t>
      </w:r>
      <w:r>
        <w:t>to kaise hua? woh bahut padhta tha science ki kitabein, to woh ek prepared mind ban ch</w:t>
      </w:r>
    </w:p>
    <w:p>
      <w:pPr>
        <w:jc w:val="right"/>
      </w:pPr>
      <w:r>
        <w:t>تو کیسے ہوا؟ وہ بہت پڑھتا تھا سائنس کی کتابیں، تو وہ ایک پریپیرڈ مائنڈ بن چ</w:t>
      </w:r>
    </w:p>
    <w:p>
      <w:r>
        <w:rPr>
          <w:b/>
        </w:rPr>
        <w:t xml:space="preserve">[04:55] </w:t>
      </w:r>
      <w:r>
        <w:t>ka tha. to ek din woh kuch experiment kar raha tha, karte karte ek cheez flash hui. us se usne samjha ke kya cheez hai electricity?</w:t>
      </w:r>
    </w:p>
    <w:p>
      <w:pPr>
        <w:jc w:val="right"/>
      </w:pPr>
      <w:r>
        <w:t>کا تھا۔ تو ایک دن وہ کچھ ایکسپیریمنٹ کر رہا تھا، کرتے کرتے ایک چیز فلیش ہوئی۔ اس سے اس نے سمجھا کہ کیا چیز ہے الیکٹریسٹی؟</w:t>
      </w:r>
    </w:p>
    <w:p>
      <w:r>
        <w:rPr>
          <w:b/>
        </w:rPr>
        <w:t xml:space="preserve">[05:09] </w:t>
      </w:r>
      <w:r>
        <w:t>to usne formula diya ke electricity means flow of</w:t>
      </w:r>
    </w:p>
    <w:p>
      <w:pPr>
        <w:jc w:val="right"/>
      </w:pPr>
      <w:r>
        <w:t>تو اس نے فارمولا دیا کہ الیکٹریسٹی مینز فلو آف</w:t>
      </w:r>
    </w:p>
    <w:p>
      <w:r>
        <w:rPr>
          <w:b/>
        </w:rPr>
        <w:t xml:space="preserve">[05:17] </w:t>
      </w:r>
      <w:r>
        <w:t>electron. to yeh aik prepared mind tha. aik is ko observation hua, is se is ka mind trigger hua.</w:t>
      </w:r>
    </w:p>
    <w:p>
      <w:pPr>
        <w:jc w:val="right"/>
      </w:pPr>
      <w:r>
        <w:t>الیکٹران۔ تو یہ ایک پریپیرڈ مائنڈ تھا۔ ایک اس کو ابزرویشن ہوا، اس سے اس کا مائنڈ ٹریگر ہوا۔</w:t>
      </w:r>
    </w:p>
    <w:p>
      <w:r>
        <w:rPr>
          <w:b/>
        </w:rPr>
        <w:t xml:space="preserve">[05:27] </w:t>
      </w:r>
      <w:r>
        <w:t>phir sochte sochte woh is haqeeqat tak pohancha. aise hi hota hai mazhab ke mamle mein bhi.</w:t>
      </w:r>
    </w:p>
    <w:p>
      <w:pPr>
        <w:jc w:val="right"/>
      </w:pPr>
      <w:r>
        <w:t>پھر سوچتے سوچتے وہ اس حقیقت تک پہنچا۔ ایسے ہی ہوتا ہے مذہب کے معاملے میں بھی۔</w:t>
      </w:r>
    </w:p>
    <w:p>
      <w:r>
        <w:rPr>
          <w:b/>
        </w:rPr>
        <w:t xml:space="preserve">[05:37] </w:t>
      </w:r>
      <w:r>
        <w:t>agar aap mazhab ke mamle mein, yaani Islam ke mamle mein, aik prepared mind hon, aap ne Quran ko khoob parha ho, hadithon ko khoob parha ho, aur is par sochte rehte hon,</w:t>
      </w:r>
    </w:p>
    <w:p>
      <w:pPr>
        <w:jc w:val="right"/>
      </w:pPr>
      <w:r>
        <w:t>اگر آپ مذہب کے معاملے میں، یعنی اسلام کے معاملے میں، ایک پریپیرڈ مائنڈ ہوں، آپ نے قرآن کو خوب پڑھا ہو، حدیثوں کو خوب پڑھا ہو، اور اس پر سوچتے رہتے ہوں،</w:t>
      </w:r>
    </w:p>
    <w:p>
      <w:r>
        <w:rPr>
          <w:b/>
        </w:rPr>
        <w:t xml:space="preserve">[05:51] </w:t>
      </w:r>
      <w:r>
        <w:t>to kya hoga? jab koi cheez samne aaye gi to aap ka mind trigger ho jaye ga. phir sochte sochte aap aik bohat bari haqeeqat tak pohanchen ge.</w:t>
      </w:r>
    </w:p>
    <w:p>
      <w:pPr>
        <w:jc w:val="right"/>
      </w:pPr>
      <w:r>
        <w:t>تو کیا ہوگا؟ جب کوئی چیز سامنے آئے گی تو آپ کا مائنڈ ٹریگر ہو جائے گا۔ پھر سوچتے سوچتے آپ ایک بہت بڑی حقیقت تک پہنچیں گے۔</w:t>
      </w:r>
    </w:p>
    <w:p>
      <w:r>
        <w:rPr>
          <w:b/>
        </w:rPr>
        <w:t xml:space="preserve">[06:06] </w:t>
      </w:r>
      <w:r>
        <w:t>to aaj kya hua? woh mein batata hoon aap ko.</w:t>
      </w:r>
    </w:p>
    <w:p>
      <w:pPr>
        <w:jc w:val="right"/>
      </w:pPr>
      <w:r>
        <w:t>تو آج کیا ہوا؟ وہ میں بتاتا ہوں آپ کو۔</w:t>
      </w:r>
    </w:p>
    <w:p>
      <w:r>
        <w:rPr>
          <w:b/>
        </w:rPr>
        <w:t xml:space="preserve">[06:12] </w:t>
      </w:r>
      <w:r>
        <w:t>aaj ke akhbar mein, yaani 16 June ke akhbar mein, aik news hai.</w:t>
      </w:r>
    </w:p>
    <w:p>
      <w:pPr>
        <w:jc w:val="right"/>
      </w:pPr>
      <w:r>
        <w:t>آج کے اخبار میں، یعنی 16 جون کے اخبار میں، ایک نیوز ہے۔</w:t>
      </w:r>
    </w:p>
    <w:p>
      <w:r>
        <w:rPr>
          <w:b/>
        </w:rPr>
        <w:t xml:space="preserve">[06:21] </w:t>
      </w:r>
      <w:r>
        <w:t>woh news dekhiye, yeh hai: Jinnah House Destroyed.</w:t>
      </w:r>
    </w:p>
    <w:p>
      <w:pPr>
        <w:jc w:val="right"/>
      </w:pPr>
      <w:r>
        <w:t>وہ نیوز دیکھیے، یہ ہے: جنا ہاؤس ڈسٹرائڈ۔</w:t>
      </w:r>
    </w:p>
    <w:p>
      <w:r>
        <w:rPr>
          <w:b/>
        </w:rPr>
        <w:t xml:space="preserve">[06:29] </w:t>
      </w:r>
      <w:r>
        <w:t>Pakistan mein Balochistan ke area mein aik ghar tha jahan Jinnah ne apne aakhri din bitaye thay.</w:t>
      </w:r>
    </w:p>
    <w:p>
      <w:pPr>
        <w:jc w:val="right"/>
      </w:pPr>
      <w:r>
        <w:t>پاکستان میں بلوچستان کے ایریا میں ایک گھر تھا جہاں جناح نے اپنے آخری دن بتائے تھے۔</w:t>
      </w:r>
    </w:p>
    <w:p>
      <w:r>
        <w:rPr>
          <w:b/>
        </w:rPr>
        <w:t xml:space="preserve">[06:39] </w:t>
      </w:r>
      <w:r>
        <w:t>wohin 1948 mein un ki death hui thi. un ko TB ho gaya tha. woh ghar jo tha, woh British Governor ne banaya tha.</w:t>
      </w:r>
    </w:p>
    <w:p>
      <w:pPr>
        <w:jc w:val="right"/>
      </w:pPr>
      <w:r>
        <w:t>وہیں 1948 میں ان کی ڈیتھ ہوئی تھی۔ ان کو ٹی بی ہو گیا تھا۔ وہ گھر جو تھا، وہ برٹش گورنر نے بنایا تھا۔</w:t>
      </w:r>
    </w:p>
    <w:p>
      <w:r>
        <w:rPr>
          <w:b/>
        </w:rPr>
        <w:t xml:space="preserve">[06:50] </w:t>
      </w:r>
      <w:r>
        <w:t>wahan 1892, 1892 mein banaya tha. woh bohat hi aik beautiful jagah thi.</w:t>
      </w:r>
    </w:p>
    <w:p>
      <w:pPr>
        <w:jc w:val="right"/>
      </w:pPr>
      <w:r>
        <w:t>وہاں 1892، 1892 میں بنایا تھا۔ وہ بہت ہی ایک بیوٹی فل جگہ تھی۔</w:t>
      </w:r>
    </w:p>
    <w:p>
      <w:r>
        <w:rPr>
          <w:b/>
        </w:rPr>
        <w:t xml:space="preserve">[06:59] </w:t>
      </w:r>
      <w:r>
        <w:t>do manzila ghar tha woh. to British Governor ne 1892 mein woh ghar banaya tha. wahan par aakhri zamane mein Jinnah sahib rehte thay.</w:t>
      </w:r>
    </w:p>
    <w:p>
      <w:pPr>
        <w:jc w:val="right"/>
      </w:pPr>
      <w:r>
        <w:t>دو منزلہ گھر تھا وہ۔ تو برٹش گورنر نے 1892 میں وہ گھر بنایا تھا۔ وہاں پر آخری زمانے میں جناب صاحب رہتے تھے۔</w:t>
      </w:r>
    </w:p>
    <w:p>
      <w:r>
        <w:rPr>
          <w:b/>
        </w:rPr>
        <w:t xml:space="preserve">[07:12] </w:t>
      </w:r>
      <w:r>
        <w:t>wahan un ke yadgarain thi, un ki tasveerein thi, un ka libas tha waghera. to is ko bomb maar kar tabah kar diya.</w:t>
      </w:r>
    </w:p>
    <w:p>
      <w:pPr>
        <w:jc w:val="right"/>
      </w:pPr>
      <w:r>
        <w:t>وہاں ان کے یادگاریں تھیں، ان کی تصویریں تھیں، ان کا لباس تھا وغیرہ۔ تو اس کو بم مار کر تباہ کر دیا۔</w:t>
      </w:r>
    </w:p>
    <w:p>
      <w:r>
        <w:rPr>
          <w:b/>
        </w:rPr>
        <w:t xml:space="preserve">[07:25] </w:t>
      </w:r>
      <w:r>
        <w:t>bomb maar kar is ko tabah</w:t>
      </w:r>
    </w:p>
    <w:p>
      <w:pPr>
        <w:jc w:val="right"/>
      </w:pPr>
      <w:r>
        <w:t>بم مار کر اس کو تباہ</w:t>
      </w:r>
    </w:p>
    <w:p>
      <w:r>
        <w:rPr>
          <w:b/>
        </w:rPr>
        <w:t xml:space="preserve">[07:27] </w:t>
      </w:r>
      <w:r>
        <w:t>kya. pasmanon ne, kisi aur ne nahin. to is ki heading hai ke Jinnah House Destroyed.</w:t>
      </w:r>
    </w:p>
    <w:p>
      <w:pPr>
        <w:jc w:val="right"/>
      </w:pPr>
      <w:r>
        <w:t>کیا۔ پسمانوں نے، کسی اور نے نہیں۔ تو اس کی ہیڈنگ ہے کہ جنا ہاؤس ڈسٹرائڈ۔</w:t>
      </w:r>
    </w:p>
    <w:p>
      <w:r>
        <w:rPr>
          <w:b/>
        </w:rPr>
        <w:t xml:space="preserve">[07:40] </w:t>
      </w:r>
      <w:r>
        <w:t>Jinnah sahib ke bare mein aap ko maloom hai ke Pakistan mein un ka koi naam nahi reh sakta tha. un ko kaha jata tha Quaid-e-Azam. sirf Quaid-e-Azam keh sakte thay aap.</w:t>
      </w:r>
    </w:p>
    <w:p>
      <w:pPr>
        <w:jc w:val="right"/>
      </w:pPr>
      <w:r>
        <w:t>جنا صاحب کے بارے میں آپ کو معلوم ہے کہ پاکستان میں ان کا کوئی نام نہیں رہ سکتا تھا۔ ان کو کہا جاتا تھا قائد اعظم۔ صرف قائد اعظم کہہ سکتے تھے آپ۔</w:t>
      </w:r>
    </w:p>
    <w:p>
      <w:r>
        <w:rPr>
          <w:b/>
        </w:rPr>
        <w:t xml:space="preserve">[07:51] </w:t>
      </w:r>
      <w:r>
        <w:t>agar Mr. Jinnah keh dein to aap ko maren ge log.</w:t>
      </w:r>
    </w:p>
    <w:p>
      <w:pPr>
        <w:jc w:val="right"/>
      </w:pPr>
      <w:r>
        <w:t>اگر مسٹر جناح کہہ دیں تو آپ کو ماریں گے لوگ۔</w:t>
      </w:r>
    </w:p>
    <w:p>
      <w:r>
        <w:rPr>
          <w:b/>
        </w:rPr>
        <w:t xml:space="preserve">[07:55] </w:t>
      </w:r>
      <w:r>
        <w:t>itna un ka ehtram, itna respect tha.</w:t>
      </w:r>
    </w:p>
    <w:p>
      <w:pPr>
        <w:jc w:val="right"/>
      </w:pPr>
      <w:r>
        <w:t>اتنا ان کا احترام، اتنا ریسپیکٹ تھا۔</w:t>
      </w:r>
    </w:p>
    <w:p>
      <w:r>
        <w:rPr>
          <w:b/>
        </w:rPr>
        <w:t xml:space="preserve">[08:00] </w:t>
      </w:r>
      <w:r>
        <w:t>aur balkay sare sare India ke pasmanon mein tha. sirf Pakistan ke area ki baat nahi hai. mein aap ko aik misaal deta hoon.</w:t>
      </w:r>
    </w:p>
    <w:p>
      <w:pPr>
        <w:jc w:val="right"/>
      </w:pPr>
      <w:r>
        <w:t>اور بلکہ سارے سارے انڈیا کے پسمانوں میں تھا۔ صرف پاکستان کے ایریا کی بات نہیں ہے۔ میں آپ کو ایک مثال دیتا ہوں۔</w:t>
      </w:r>
    </w:p>
    <w:p>
      <w:r>
        <w:rPr>
          <w:b/>
        </w:rPr>
        <w:t xml:space="preserve">[08:13] </w:t>
      </w:r>
      <w:r>
        <w:t>1944 mein, yaani Pakistan ka resolution pass hua hai. 1940 mein, 1940 mein. is ke baad dhoom machi Pakistan</w:t>
      </w:r>
    </w:p>
    <w:p>
      <w:pPr>
        <w:jc w:val="right"/>
      </w:pPr>
      <w:r>
        <w:t>1944 میں، یعنی پاکستان کا ریزولیوشن پاس ہوا ہے۔ 1940 میں، 1940 میں۔ اس کے بعد دھوپ مچی پاکستان</w:t>
      </w:r>
    </w:p>
    <w:p>
      <w:r>
        <w:rPr>
          <w:b/>
        </w:rPr>
        <w:t xml:space="preserve">[08:22] </w:t>
      </w:r>
      <w:r>
        <w:t>ki. Pakistan ka matlab kya? La ilaha illallah. har taraf. hamare Adam Garh bhi mein ne dekha hai is zamane mein ke jhanda le kar nojawan Muslim idhar udhar sarkon par muzahire karte thay.</w:t>
      </w:r>
    </w:p>
    <w:p>
      <w:pPr>
        <w:jc w:val="right"/>
      </w:pPr>
      <w:r>
        <w:t>کی۔ پاکستان کا مطلب کیا؟ لا الہ الا اللہ۔ ہر طرف۔ ہمارے آدم گڑھ بھی میں نے دیکھا ہے اس زمانے میں کہ جھنڈا لے کر نوجوان مسلم ادھر ادھر سڑکوں پر مظاہرے کرتے تھے۔</w:t>
      </w:r>
    </w:p>
    <w:p>
      <w:r>
        <w:rPr>
          <w:b/>
        </w:rPr>
        <w:t xml:space="preserve">[08:37] </w:t>
      </w:r>
      <w:r>
        <w:t>La Pakistan ka matlab kya? La ilaha illallah. aik dhoom thi. to 1944 mein Jinnah sahib gaye Aligarh Muslim University.</w:t>
      </w:r>
    </w:p>
    <w:p>
      <w:pPr>
        <w:jc w:val="right"/>
      </w:pPr>
      <w:r>
        <w:t>لا پاکستان کا مطلب کیا؟ لا الہ الا اللہ۔ ایک دھوم تھی۔ تو 1944 میں جنا صاحب گئے علی گڑھ مسلم یونیورسٹی۔</w:t>
      </w:r>
    </w:p>
    <w:p>
      <w:r>
        <w:rPr>
          <w:b/>
        </w:rPr>
        <w:t xml:space="preserve">[08:50] </w:t>
      </w:r>
      <w:r>
        <w:t>wahan speech di unhon ne. to is zamane mein car nahi hua karti thi. hawai jahaz bhi nahi hotay thay. log train se safar karte thay aur ghore gari par chalte thay.</w:t>
      </w:r>
    </w:p>
    <w:p>
      <w:pPr>
        <w:jc w:val="right"/>
      </w:pPr>
      <w:r>
        <w:t>وہاں اسپیچ دی انہوں نے۔ تو اس زمانے میں کار نہیں ہوا کرتی تھی۔ ہوائی جہاز بھی نہیں ہوتے تھے۔ لوگ ٹرین سے سفر کرتے تھے اور گھوڑے گاڑی پر چلتے تھے۔</w:t>
      </w:r>
    </w:p>
    <w:p>
      <w:r>
        <w:rPr>
          <w:b/>
        </w:rPr>
        <w:t xml:space="preserve">[09:06] </w:t>
      </w:r>
      <w:r>
        <w:t>to Jinnah sahib aaye train se Aligarh jo railway station hai, wahan utre. station se university ka faasla jo hai do kilometer hai.</w:t>
      </w:r>
    </w:p>
    <w:p>
      <w:pPr>
        <w:jc w:val="right"/>
      </w:pPr>
      <w:r>
        <w:t>تو جنا صاحب آئے ٹرین سے علی گڑھ جو ریلوے اسٹیشن ہے، وہاں اترے۔ اسٹیشن سے یونیورسٹی کا فاصلہ جو ہے دو کلومیٹر ہے۔</w:t>
      </w:r>
    </w:p>
    <w:p>
      <w:r>
        <w:rPr>
          <w:b/>
        </w:rPr>
        <w:t xml:space="preserve">[09:19] </w:t>
      </w:r>
      <w:r>
        <w:t>do kilometer. to woh rawana hue ghore gari se.</w:t>
      </w:r>
    </w:p>
    <w:p>
      <w:pPr>
        <w:jc w:val="right"/>
      </w:pPr>
      <w:r>
        <w:t>دو کلومیٹر۔ تو وہ روانہ ہوئے گھوڑے گاڑی سے۔</w:t>
      </w:r>
    </w:p>
    <w:p>
      <w:r>
        <w:rPr>
          <w:b/>
        </w:rPr>
        <w:t xml:space="preserve">[09:26] </w:t>
      </w:r>
      <w:r>
        <w:t>to kya hua? university ke larkay jo receive karne ke liye aaye thay station par, unhon ne ghore ko nikaal diya gari se aur khud ab kheench te hue le gaye.</w:t>
      </w:r>
    </w:p>
    <w:p>
      <w:pPr>
        <w:jc w:val="right"/>
      </w:pPr>
      <w:r>
        <w:t>تو کیا ہوا؟ یونیورسٹی کے لڑکے جو ریسیو کرنے کے لیے آئے تھے اسٹیشن پر، انہوں نے گھوڑے کو نکال دیا گاڑی سے اور خود اب کھینچتے ہوئے لے گئے۔</w:t>
      </w:r>
    </w:p>
    <w:p>
      <w:r>
        <w:rPr>
          <w:b/>
        </w:rPr>
        <w:t xml:space="preserve">[09:41] </w:t>
      </w:r>
      <w:r>
        <w:t>boht se larkay is gaari ko khinchte hue le gaye university mein aur khoob dhoop machi, khoob taaliyan baji in ki.</w:t>
      </w:r>
    </w:p>
    <w:p>
      <w:pPr>
        <w:jc w:val="right"/>
      </w:pPr>
      <w:r>
        <w:t>بہت سے لڑکے اس گاڑی کو کھینچتے ہوئے لے گئے یونیورسٹی میں اور خوب دھوپ مچی، خوب تالیاں بجی ان کی۔</w:t>
      </w:r>
    </w:p>
    <w:p>
      <w:r>
        <w:rPr>
          <w:b/>
        </w:rPr>
        <w:t xml:space="preserve">[09:51] </w:t>
      </w:r>
      <w:r>
        <w:t>to ghraz hai ke poore indian subcontinent mein dhoom thi Jinnah sahib ki. aur aaj kya hai ke un ka jo ghar tha, jo yaadgaar tha, boht bari yaadgaar tha un ka,</w:t>
      </w:r>
    </w:p>
    <w:p>
      <w:pPr>
        <w:jc w:val="right"/>
      </w:pPr>
      <w:r>
        <w:t>تو غرض ہے کہ پورے انڈین سب کانٹیننٹ میں دھوم تھی جنا صاحب کی۔ اور آج کیا ہے کہ ان کا جو گھر تھا، جو یادگار تھا، بہت بڑی یادگار تھا ان کا،</w:t>
      </w:r>
    </w:p>
    <w:p>
      <w:r>
        <w:rPr>
          <w:b/>
        </w:rPr>
        <w:t xml:space="preserve">[10:05] </w:t>
      </w:r>
      <w:r>
        <w:t>is ko bomb maar ke tabah kar diya. to yeh jab mein ne khabar suni to mera mind trigger ho gaya. trigger ho gaya.</w:t>
      </w:r>
    </w:p>
    <w:p>
      <w:pPr>
        <w:jc w:val="right"/>
      </w:pPr>
      <w:r>
        <w:t>اس کو بم مار کے تباہ کر دیا۔ تو یہ جب میں نے خبر سنی تو میرا مائنڈ ٹریگر ہو گیا۔ ٹریگر ہو گیا۔</w:t>
      </w:r>
    </w:p>
    <w:p>
      <w:r>
        <w:rPr>
          <w:b/>
        </w:rPr>
        <w:t xml:space="preserve">[10:17] </w:t>
      </w:r>
      <w:r>
        <w:t>laga sochne ke yahi to har jagah ho raha hai, saaray muslim dunya mein ho raha hai. kisi na kisi shakal mein. kisi na kisi shakal mein har jagah yeh ho raha hai.</w:t>
      </w:r>
    </w:p>
    <w:p>
      <w:pPr>
        <w:jc w:val="right"/>
      </w:pPr>
      <w:r>
        <w:t>لگا سوچنے کہ یہی تو ہر جگہ ہو رہا ہے، سارے مسلم دنیا میں ہو رہا ہے۔ کسی نہ کسی شکل میں۔ کسی نہ کسی شکل میں ہر جگہ یہ ہو رہا ہے۔</w:t>
      </w:r>
    </w:p>
    <w:p>
      <w:r>
        <w:rPr>
          <w:b/>
        </w:rPr>
        <w:t xml:space="preserve">[10:31] </w:t>
      </w:r>
      <w:r>
        <w:t>yani is ho raha hai ke maani kya hain? musalmanon ne jo goal banaya tha, woh goal kahin kaamyaab nahi ho raha hai.</w:t>
      </w:r>
    </w:p>
    <w:p>
      <w:pPr>
        <w:jc w:val="right"/>
      </w:pPr>
      <w:r>
        <w:t>یعنی اس ہو رہا ہے کہ معنی کیا ہیں؟ مسلمانوں نے جو گول بنایا تھا، وہ گول کہیں کامیاب نہیں ہو رہا ہے۔</w:t>
      </w:r>
    </w:p>
    <w:p>
      <w:r>
        <w:rPr>
          <w:b/>
        </w:rPr>
        <w:t xml:space="preserve">[10:40] </w:t>
      </w:r>
      <w:r>
        <w:t>kahin kaamyaab nahi ho raha hai. Pakistan banaya gaya tha Islam ke qale ke</w:t>
      </w:r>
    </w:p>
    <w:p>
      <w:pPr>
        <w:jc w:val="right"/>
      </w:pPr>
      <w:r>
        <w:t>کہیں کامیاب نہیں ہو رہا ہے۔ پاکستان بنایا گیا تھا اسلام کے قلعے کے</w:t>
      </w:r>
    </w:p>
    <w:p>
      <w:r>
        <w:rPr>
          <w:b/>
        </w:rPr>
        <w:t xml:space="preserve">[10:46] </w:t>
      </w:r>
      <w:r>
        <w:t>tor par. yeh kaha jata hai ke Pakistan Islam ka qala hoga. to where is that qala? aaj Pakistan aik failed state hai.</w:t>
      </w:r>
    </w:p>
    <w:p>
      <w:pPr>
        <w:jc w:val="right"/>
      </w:pPr>
      <w:r>
        <w:t>طور پر۔ یہ کہا جاتا ہے کہ پاکستان اسلام کا قلعہ ہوگا۔ تو ویر از دیٹ قلعہ؟ آج پاکستان ایک فیلڈ اسٹیٹ ہے۔</w:t>
      </w:r>
    </w:p>
    <w:p>
      <w:r>
        <w:rPr>
          <w:b/>
        </w:rPr>
        <w:t xml:space="preserve">[10:57] </w:t>
      </w:r>
      <w:r>
        <w:t>abhi wazir-e-azam sahib jo naye hue hain Pakistan mein, un ki isi pe mein ne khud suni. kuch logon ne kaha ke Pakistan masail ka jungal hai. to kahan hai woh goal?</w:t>
      </w:r>
    </w:p>
    <w:p>
      <w:pPr>
        <w:jc w:val="right"/>
      </w:pPr>
      <w:r>
        <w:t>ابھی وزیراعظم صاحب جو نئے ہوئے ہیں پاکستان میں، ان کی اسی پہ میں نے خود سنی۔ کچھ لوگوں نے کہا کہ پاکستان مسائل کا جنگل ہے۔ تو کہاں ہے وہ گول؟</w:t>
      </w:r>
    </w:p>
    <w:p>
      <w:r>
        <w:rPr>
          <w:b/>
        </w:rPr>
        <w:t xml:space="preserve">[11:09] </w:t>
      </w:r>
      <w:r>
        <w:t>goal kyun nahi poora hua? yahi har jagah ho raha hai.</w:t>
      </w:r>
    </w:p>
    <w:p>
      <w:pPr>
        <w:jc w:val="right"/>
      </w:pPr>
      <w:r>
        <w:t>گول کیوں نہیں پورا ہوا؟ یہی ہر جگہ ہو رہا ہے۔</w:t>
      </w:r>
    </w:p>
    <w:p>
      <w:r>
        <w:rPr>
          <w:b/>
        </w:rPr>
        <w:t xml:space="preserve">[11:13] </w:t>
      </w:r>
      <w:r>
        <w:t>Palestine mein 60 saal se zyada ho gaya. Arab, tamam Arab wahan par qurbaniyan de rahe hain. aur sirf defeat ho rahi hai.</w:t>
      </w:r>
    </w:p>
    <w:p>
      <w:pPr>
        <w:jc w:val="right"/>
      </w:pPr>
      <w:r>
        <w:t>پیلسٹائن میں 60 سال سے زیادہ ہو گیا۔ عرب، تمام عرب وہاں پر قربانیاں دے رہے ہیں۔ اور صرف ڈیفیٹ ہو رہی ہے۔</w:t>
      </w:r>
    </w:p>
    <w:p>
      <w:r>
        <w:rPr>
          <w:b/>
        </w:rPr>
        <w:t xml:space="preserve">[11:22] </w:t>
      </w:r>
      <w:r>
        <w:t>sirf peechay hat rahe hain.</w:t>
      </w:r>
    </w:p>
    <w:p>
      <w:pPr>
        <w:jc w:val="right"/>
      </w:pPr>
      <w:r>
        <w:t>صرف پیچھے ہٹ رہے ہیں۔</w:t>
      </w:r>
    </w:p>
    <w:p>
      <w:r>
        <w:rPr>
          <w:b/>
        </w:rPr>
        <w:t xml:space="preserve">[11:24] </w:t>
      </w:r>
      <w:r>
        <w:t>to Palestine, Pakistan, Bosnia, Chechnya, Shingkang aur Arakan, Burma mein, jahan bhi dekhiye,</w:t>
      </w:r>
    </w:p>
    <w:p>
      <w:pPr>
        <w:jc w:val="right"/>
      </w:pPr>
      <w:r>
        <w:t>تو فلسطین، پاکستان، بوسنیا، چیچنیا، شنگکانگ اور اراکان، برما میں، جہاں بھی دیکھیے،</w:t>
      </w:r>
    </w:p>
    <w:p>
      <w:r>
        <w:rPr>
          <w:b/>
        </w:rPr>
        <w:t xml:space="preserve">[11:37] </w:t>
      </w:r>
      <w:r>
        <w:t>Kashmir, har jagah jo un ka jo goal tha, woh har jagah poora nahi, kahin nahi poora hua. aur is par do sau saal beet gaye.</w:t>
      </w:r>
    </w:p>
    <w:p>
      <w:pPr>
        <w:jc w:val="right"/>
      </w:pPr>
      <w:r>
        <w:t>کشمیر، ہر جگہ جو ان کا جو گول تھا، وہ ہر جگہ پورا نہیں، کہیں نہیں پورا ہوا۔ اور اس پر دو سو سال بیت گئے۔</w:t>
      </w:r>
    </w:p>
    <w:p>
      <w:r>
        <w:rPr>
          <w:b/>
        </w:rPr>
        <w:t xml:space="preserve">[11:50] </w:t>
      </w:r>
      <w:r>
        <w:t>kyun ke yeh shuru hua hai Tipu Sultan ki shahadat se.</w:t>
      </w:r>
    </w:p>
    <w:p>
      <w:pPr>
        <w:jc w:val="right"/>
      </w:pPr>
      <w:r>
        <w:t>کیونکہ یہ شروع ہوا ہے ٹیب سلطان کی شہادت سے۔</w:t>
      </w:r>
    </w:p>
    <w:p>
      <w:r>
        <w:rPr>
          <w:b/>
        </w:rPr>
        <w:t xml:space="preserve">[11:58] </w:t>
      </w:r>
      <w:r>
        <w:t>to do sau saal beet gaye. ghhor kijiye. aur goal kya tha? goal sab ka aik hi tha. musalmanon ke daur-e-urooj ko wapas lana.</w:t>
      </w:r>
    </w:p>
    <w:p>
      <w:pPr>
        <w:jc w:val="right"/>
      </w:pPr>
      <w:r>
        <w:t>تو دو سو سال بیت گئے۔ غور کیجیے۔ اور گول کیا تھا؟ گول سب کا ایک ہی تھا۔ مسلمانوں کے دور عروج کو واپس لانا۔</w:t>
      </w:r>
    </w:p>
    <w:p>
      <w:r>
        <w:rPr>
          <w:b/>
        </w:rPr>
        <w:t xml:space="preserve">[12:09] </w:t>
      </w:r>
      <w:r>
        <w:t>jo musalmanon ka aik daur tha ke un ka empire tha, un ka aik political urooj tha, aik dab-daba tha, is is daur ko wapas lana.</w:t>
      </w:r>
    </w:p>
    <w:p>
      <w:pPr>
        <w:jc w:val="right"/>
      </w:pPr>
      <w:r>
        <w:t>جو مسلمانوں کا ایک دور تھا کہ ان کا ایمپائر تھا، ان کا ایک پولیٹیکل عروج تھا، ایک دبدبہ تھا، اس اس دور کو واپس لانا۔</w:t>
      </w:r>
    </w:p>
    <w:p>
      <w:r>
        <w:rPr>
          <w:b/>
        </w:rPr>
        <w:t xml:space="preserve">[12:18] </w:t>
      </w:r>
      <w:r>
        <w:t>yeh goal tha sab ka.</w:t>
      </w:r>
    </w:p>
    <w:p>
      <w:pPr>
        <w:jc w:val="right"/>
      </w:pPr>
      <w:r>
        <w:t>یہ گول تھا سب کا۔</w:t>
      </w:r>
    </w:p>
    <w:p>
      <w:r>
        <w:rPr>
          <w:b/>
        </w:rPr>
        <w:t xml:space="preserve">[12:21] </w:t>
      </w:r>
      <w:r>
        <w:t>tamam log, chahe woh ulama hon, chahe ghair ulama hon, isi aik goal ke liye unhon ne tehreekein chalayin, qurbaniyan dein, aur phir goal hasil nahi hua.</w:t>
      </w:r>
    </w:p>
    <w:p>
      <w:pPr>
        <w:jc w:val="right"/>
      </w:pPr>
      <w:r>
        <w:t>تمام لوگ، چاہے وہ علماء ہوں، چاہے غیر علماء ہوں، اسی ایک گول کے لیے انہوں نے تحریکیں چلائیں، قربانیاں دیں، اور پھر گول حاصل نہیں ہوا۔</w:t>
      </w:r>
    </w:p>
    <w:p>
      <w:r>
        <w:rPr>
          <w:b/>
        </w:rPr>
        <w:t xml:space="preserve">[12:34] </w:t>
      </w:r>
      <w:r>
        <w:t>to mera mind jo trigger hua, to sochte sochte mein boht bari cheez tak pohncha hoon. woh kya? yeh saada baat nahi hai.</w:t>
      </w:r>
    </w:p>
    <w:p>
      <w:pPr>
        <w:jc w:val="right"/>
      </w:pPr>
      <w:r>
        <w:t>تو میرا مائنڈ جو ٹریگر ہوا، تو سوچتے سوچتے میں بہت بڑی چیز تک پہنچا ہوں۔ وہ کیا؟ یہ سادہ بات نہیں ہے۔</w:t>
      </w:r>
    </w:p>
    <w:p>
      <w:r>
        <w:rPr>
          <w:b/>
        </w:rPr>
        <w:t xml:space="preserve">[12:45] </w:t>
      </w:r>
      <w:r>
        <w:t>phir mein ne Quran ki ayat yaad aayin mujh ko ke 'kan haqq ka nasr al-mominin'.</w:t>
      </w:r>
    </w:p>
    <w:p>
      <w:pPr>
        <w:jc w:val="right"/>
      </w:pPr>
      <w:r>
        <w:t>پھر میں نے قرآن کی آیات یاد آئیں مجھ کو کہ کان حق کا نصر المومنین۔</w:t>
      </w:r>
    </w:p>
    <w:p>
      <w:r>
        <w:rPr>
          <w:b/>
        </w:rPr>
        <w:t xml:space="preserve">[12:55] </w:t>
      </w:r>
      <w:r>
        <w:t>Allah par wajib hai ke woh musalman ahl-e-iman ki madad kare. wa la yansuranna la yansurullah. zaroor hi madad karega jo Allah ki madad kare.</w:t>
      </w:r>
    </w:p>
    <w:p>
      <w:pPr>
        <w:jc w:val="right"/>
      </w:pPr>
      <w:r>
        <w:t>اللہ پر واجب ہے کہ وہ مسلمان اہل ایمان کی مدد کرے۔ ولاینصرن لا بینصرو اللہ ضرور ہی مدد کرے گا جو اللہ کی مدد کرے۔</w:t>
      </w:r>
    </w:p>
    <w:p>
      <w:r>
        <w:rPr>
          <w:b/>
        </w:rPr>
        <w:t xml:space="preserve">[13:07] </w:t>
      </w:r>
      <w:r>
        <w:t>to kahan hai woh nusrat? kahan hai woh madad?</w:t>
      </w:r>
    </w:p>
    <w:p>
      <w:pPr>
        <w:jc w:val="right"/>
      </w:pPr>
      <w:r>
        <w:t>تو کہاں ہے وہ نصرت؟ کہاں ہے وہ مدد؟</w:t>
      </w:r>
    </w:p>
    <w:p>
      <w:r>
        <w:rPr>
          <w:b/>
        </w:rPr>
        <w:t xml:space="preserve">[13:14] </w:t>
      </w:r>
      <w:r>
        <w:t>to musalmanon ka goal poora nahi hua. har jagah defeat ho rahi hai. har jagah woh zaleel ho rahe hain. har jagah un ko shikast ho rahi hai.</w:t>
      </w:r>
    </w:p>
    <w:p>
      <w:pPr>
        <w:jc w:val="right"/>
      </w:pPr>
      <w:r>
        <w:t>تو مسلمانوں کا گول پورا نہیں ہوا۔ ہر جگہ ڈیفیٹ ہو رہی ہے۔ ہر جگہ وہ ذلیل ہو رہے ہیں۔ ہر جگہ ان کو شکست ہو رہی ہے۔</w:t>
      </w:r>
    </w:p>
    <w:p>
      <w:r>
        <w:rPr>
          <w:b/>
        </w:rPr>
        <w:t xml:space="preserve">[13:23] </w:t>
      </w:r>
      <w:r>
        <w:t>kyun? saaf matlab is ka yeh hai ke un ko Allah ki nusrat nahi mili. Allah ki nusrat nahi mili.</w:t>
      </w:r>
    </w:p>
    <w:p>
      <w:pPr>
        <w:jc w:val="right"/>
      </w:pPr>
      <w:r>
        <w:t>کیوں؟ صاف مطلب اس کا یہ ہے کہ ان کو اللہ کی نصرت نہیں ملی۔ اللہ کی نصرت نہیں ملی۔</w:t>
      </w:r>
    </w:p>
    <w:p>
      <w:r>
        <w:rPr>
          <w:b/>
        </w:rPr>
        <w:t xml:space="preserve">[13:35] </w:t>
      </w:r>
      <w:r>
        <w:t>they failed to receive the divine help. koi doosra matlab is ka nahi ho sakta.</w:t>
      </w:r>
    </w:p>
    <w:p>
      <w:pPr>
        <w:jc w:val="right"/>
      </w:pPr>
      <w:r>
        <w:t>دے فیلڈ ٹو ریسیو دا ڈیوائن ہیلپ۔ کوئی دوسرا مطلب اس کا نہیں ہو سکتا۔</w:t>
      </w:r>
    </w:p>
    <w:p>
      <w:r>
        <w:rPr>
          <w:b/>
        </w:rPr>
        <w:t xml:space="preserve">[13:44] </w:t>
      </w:r>
      <w:r>
        <w:t>yeh bohat ziyada sochne ki baat hai. jab maine suna un ka, un ki speech, yaani Pakistan ke prime minister abhi jo hue hain, Nawaz Sharif,</w:t>
      </w:r>
    </w:p>
    <w:p>
      <w:pPr>
        <w:jc w:val="right"/>
      </w:pPr>
      <w:r>
        <w:t>یہ بہت زیادہ سوچنے کی بات ہے۔ جب میں نے سنا ان کا، ان کی اسپیچ، یعنی پاکستان کے پرائم منسٹر ابھی جو ہوئے ہیں، نواز شریف،</w:t>
      </w:r>
    </w:p>
    <w:p>
      <w:r>
        <w:rPr>
          <w:b/>
        </w:rPr>
        <w:t xml:space="preserve">[13:57] </w:t>
      </w:r>
      <w:r>
        <w:t>to prime minister banne ke baad unhone ek speech di hai jo internet par maujood hai. aap is ko sun sakte hain. is ne apni zaban se kaha ke Pakistan masail ka jangal hai.</w:t>
      </w:r>
    </w:p>
    <w:p>
      <w:pPr>
        <w:jc w:val="right"/>
      </w:pPr>
      <w:r>
        <w:t>تو پرائم منسٹر بننے کے بعد انہوں نے ایک اسپیچ دی ہے جو انٹرنیٹ پر موجود ہے۔ آپ اس کو سن سکتے ہیں۔ اس نے اپنی زبان سے کہا کہ پاکستان مسائل کا جنگل ہے۔</w:t>
      </w:r>
    </w:p>
    <w:p>
      <w:r>
        <w:rPr>
          <w:b/>
        </w:rPr>
        <w:t xml:space="preserve">[14:11] </w:t>
      </w:r>
      <w:r>
        <w:t>Pakistan is waqt masail ka jangal hai.</w:t>
      </w:r>
    </w:p>
    <w:p>
      <w:pPr>
        <w:jc w:val="right"/>
      </w:pPr>
      <w:r>
        <w:t>پاکستان اس وقت مسائل کا جنگل ہے۔</w:t>
      </w:r>
    </w:p>
    <w:p>
      <w:r>
        <w:rPr>
          <w:b/>
        </w:rPr>
        <w:t xml:space="preserve">[14:14] </w:t>
      </w:r>
      <w:r>
        <w:t>is ko sunte hi dobara mera mind trigger hua. yaani is ka matlab ke Pakistan masail ke pait mein hai.</w:t>
      </w:r>
    </w:p>
    <w:p>
      <w:pPr>
        <w:jc w:val="right"/>
      </w:pPr>
      <w:r>
        <w:t>اس کو سنتے ہی دوبارہ میرا مائنڈ ٹریگر ہوا۔ یعنی اس کا مطلب کہ پاکستان مسائل کے پیٹ میں ہے۔</w:t>
      </w:r>
    </w:p>
    <w:p>
      <w:r>
        <w:rPr>
          <w:b/>
        </w:rPr>
        <w:t xml:space="preserve">[14:23] </w:t>
      </w:r>
      <w:r>
        <w:t>balkay sari muslim dunya masail ke pait mein hai. phir mujhe yaad aayi woh Surah As-Saffat mein jo Hazrat Yunus (AS) ke baray mein hai, woh maamla.</w:t>
      </w:r>
    </w:p>
    <w:p>
      <w:pPr>
        <w:jc w:val="right"/>
      </w:pPr>
      <w:r>
        <w:t>بلکہ ساری مسلم دنیا مسائل کے پیٹ میں ہے۔ پھر مجھے یاد آئی وہ سورہ الصافات میں جو حضرت یونس علیہ السلام کے بارے میں ہے، وہ معاملہ۔</w:t>
      </w:r>
    </w:p>
    <w:p>
      <w:r>
        <w:rPr>
          <w:b/>
        </w:rPr>
        <w:t xml:space="preserve">[14:38] </w:t>
      </w:r>
      <w:r>
        <w:t>Hazrat Yunus (AS) Allah ke paighambar thay.</w:t>
      </w:r>
    </w:p>
    <w:p>
      <w:pPr>
        <w:jc w:val="right"/>
      </w:pPr>
      <w:r>
        <w:t>حضرت یونس علیہ السلام اللہ کے پیغمبر تھے۔</w:t>
      </w:r>
    </w:p>
    <w:p>
      <w:r>
        <w:rPr>
          <w:b/>
        </w:rPr>
        <w:t xml:space="preserve">[14:42] </w:t>
      </w:r>
      <w:r>
        <w:t>woh athveen sadi qabl-e-Maseeh, yaani 8th century BC mein, aaye Iraq ke ek shehar mein, jis ka qadeem shehar tha, woh Nineveh.</w:t>
      </w:r>
    </w:p>
    <w:p>
      <w:pPr>
        <w:jc w:val="right"/>
      </w:pPr>
      <w:r>
        <w:t>وہ اٹھویں صدی قبل مسیح، یعنی ایٹھ سینچری بی سی میں، آئے عراق کے ایک شہر میں، جس کا قدیم شہر تھا، وہ نینوا۔</w:t>
      </w:r>
    </w:p>
    <w:p>
      <w:r>
        <w:rPr>
          <w:b/>
        </w:rPr>
        <w:t xml:space="preserve">[14:58] </w:t>
      </w:r>
      <w:r>
        <w:t>ab archaeology se is ke khaddarat daryaft hue hain. to yeh waqia hai athveen sadi qabl-e-Maseeh ka.</w:t>
      </w:r>
    </w:p>
    <w:p>
      <w:pPr>
        <w:jc w:val="right"/>
      </w:pPr>
      <w:r>
        <w:t>اب آرکالوجی سے اس کے کھڈرات دریافت ہوئے ہیں۔ تو یہ واقعہ ہے اٹھویں صدی قبل مسیح کا۔</w:t>
      </w:r>
    </w:p>
    <w:p>
      <w:r>
        <w:rPr>
          <w:b/>
        </w:rPr>
        <w:t xml:space="preserve">[15:09] </w:t>
      </w:r>
      <w:r>
        <w:t>wahan aaye woh. aur unhone wahan ke log shirk mushrik thay. shirk, yaani Allah ke siwa doosron ko poochte thay.</w:t>
      </w:r>
    </w:p>
    <w:p>
      <w:pPr>
        <w:jc w:val="right"/>
      </w:pPr>
      <w:r>
        <w:t>وہاں آئے وہ۔ اور انہوں نے وہاں کے لوگ شرک مشرک تھے۔ شرک، یعنی اللہ کے سوا دوسروں کو پوچھتے تھے۔</w:t>
      </w:r>
    </w:p>
    <w:p>
      <w:r>
        <w:rPr>
          <w:b/>
        </w:rPr>
        <w:t xml:space="preserve">[15:22] </w:t>
      </w:r>
      <w:r>
        <w:t>to unhone un ko tauheed ka paigham diya. unhone nahi maana. mukhalifat hui un ki. is ke baad un ko ghussa ho gaya.</w:t>
      </w:r>
    </w:p>
    <w:p>
      <w:pPr>
        <w:jc w:val="right"/>
      </w:pPr>
      <w:r>
        <w:t>تو انہوں نے ان کو توحید کا پیغام دیا۔ انہوں نے نہیں مانا۔ مخالفت ہوئی ان کی۔ اس کے بعد ان کو غصہ ہو گیا۔</w:t>
      </w:r>
    </w:p>
    <w:p>
      <w:r>
        <w:rPr>
          <w:b/>
        </w:rPr>
        <w:t xml:space="preserve">[15:33] </w:t>
      </w:r>
      <w:r>
        <w:t>ghussa ho kar ke unhone Nineveh chhod diya aur chale gaye bahar.</w:t>
      </w:r>
    </w:p>
    <w:p>
      <w:pPr>
        <w:jc w:val="right"/>
      </w:pPr>
      <w:r>
        <w:t>غصہ ہو کر کے انہوں نے نینوا چھوڑ دیا اور چلے گئے باہر۔</w:t>
      </w:r>
    </w:p>
    <w:p>
      <w:r>
        <w:rPr>
          <w:b/>
        </w:rPr>
        <w:t xml:space="preserve">[15:38] </w:t>
      </w:r>
      <w:r>
        <w:t>to ek waqia guzra jo aap parh sakte hain tafaseer mein. woh wahan jo Dajla, bohat bari nadi thi, Dajla mein un un ko gir gir gaye.</w:t>
      </w:r>
    </w:p>
    <w:p>
      <w:pPr>
        <w:jc w:val="right"/>
      </w:pPr>
      <w:r>
        <w:t>تو ایک واقعہ گزرا جو آپ پڑھ سکتے ہیں تفسیروں میں۔ وہ وہاں جو دجلہ، بہت بڑی ندی تھی، دجلہ میں ان ان کو گر گر گئے۔</w:t>
      </w:r>
    </w:p>
    <w:p>
      <w:r>
        <w:rPr>
          <w:b/>
        </w:rPr>
        <w:t xml:space="preserve">[15:51] </w:t>
      </w:r>
      <w:r>
        <w:t>woh Dajla mein ke pani mein. to wahan par machhli, bari machhli ne nigal liya un ko. ghaliban woh whale machhli hogi shayad.</w:t>
      </w:r>
    </w:p>
    <w:p>
      <w:pPr>
        <w:jc w:val="right"/>
      </w:pPr>
      <w:r>
        <w:t>وہ دجلہ میں کے پانی میں۔ تو وہاں پر مچھلی، بڑی مچھلی نے نگل لیا ان کو۔ غالباً وہ ہیل مچھلی ہوگی شاید۔</w:t>
      </w:r>
    </w:p>
    <w:p>
      <w:r>
        <w:rPr>
          <w:b/>
        </w:rPr>
        <w:t xml:space="preserve">[16:03] </w:t>
      </w:r>
      <w:r>
        <w:t>to machhli ke pait mein woh kuch din tak rehna pada un ko.</w:t>
      </w:r>
    </w:p>
    <w:p>
      <w:pPr>
        <w:jc w:val="right"/>
      </w:pPr>
      <w:r>
        <w:t>تو مچھلی کے پیٹ میں وہ کچھ دن تک رہنا پڑا ان کو۔</w:t>
      </w:r>
    </w:p>
    <w:p>
      <w:r>
        <w:rPr>
          <w:b/>
        </w:rPr>
        <w:t xml:space="preserve">[16:07] </w:t>
      </w:r>
      <w:r>
        <w:t>yeh Quran mein likha hua. phir nikle woh. to machhli ke pait ke andar hi andar unhone toba ki.</w:t>
      </w:r>
    </w:p>
    <w:p>
      <w:pPr>
        <w:jc w:val="right"/>
      </w:pPr>
      <w:r>
        <w:t>یہ قرآن میں لکھا ہوا۔ پھر نکلے وہ۔ تو مچھلی کے پیٹ کے اندر ہی اندر انہوں نے توبہ کیا۔</w:t>
      </w:r>
    </w:p>
    <w:p>
      <w:r>
        <w:rPr>
          <w:b/>
        </w:rPr>
        <w:t xml:space="preserve">[16:16] </w:t>
      </w:r>
      <w:r>
        <w:t>toba ka maani kya hai? yeh kaha ke maine ghalti ki. aur yeh azm kiya ke main dobara jaunga Nineveh ke logon ki taraf. yaani mad'u ko chhod kar ke chale gaye ghusse mein.</w:t>
      </w:r>
    </w:p>
    <w:p>
      <w:pPr>
        <w:jc w:val="right"/>
      </w:pPr>
      <w:r>
        <w:t>توبہ کا معنی کیا ہے؟ یہ کہا کہ میں نے غلطی کی۔ اور یہ عزم کیا کہ میں دوبارہ جاؤں گا نینوا کے لوگوں کی طرف۔ یعنی مدعو کو چھوڑ کر کے چلے گئے غصے میں۔</w:t>
      </w:r>
    </w:p>
    <w:p>
      <w:r>
        <w:rPr>
          <w:b/>
        </w:rPr>
        <w:t xml:space="preserve">[16:30] </w:t>
      </w:r>
      <w:r>
        <w:t>yeh Allah ko pasand nahi aaya.</w:t>
      </w:r>
    </w:p>
    <w:p>
      <w:pPr>
        <w:jc w:val="right"/>
      </w:pPr>
      <w:r>
        <w:t>یہ اللہ کو پسند نہیں آیا۔</w:t>
      </w:r>
    </w:p>
    <w:p>
      <w:r>
        <w:rPr>
          <w:b/>
        </w:rPr>
        <w:t xml:space="preserve">[16:32] </w:t>
      </w:r>
      <w:r>
        <w:t>agar aap mad'u ko chhod kar ghusse mein chale jayen bahar, is se pehle ke itmam-e-hujjat kiya ho aap ne, to Allah ko pasand nahi aata is ko.</w:t>
      </w:r>
    </w:p>
    <w:p>
      <w:pPr>
        <w:jc w:val="right"/>
      </w:pPr>
      <w:r>
        <w:t>اگر آپ مدعو کو چھوڑ کر غصے میں چلے جائیں باہر، اس سے پہلے کہ اتمام حجت کیا ہو آپ نے، تو اللہ کو پسند نہیں آتا اس کو۔</w:t>
      </w:r>
    </w:p>
    <w:p>
      <w:r>
        <w:rPr>
          <w:b/>
        </w:rPr>
        <w:t xml:space="preserve">[16:43] </w:t>
      </w:r>
      <w:r>
        <w:t>to woh chale gaye machhli ke pait mein. to machhli ke pait mein woh ghaliban whale machhli thi. unhone toba kiya, istighfar kiya, aur Allah se kaha ke Khuda mujhe agar is is pait se to nikalay to main dobara jaunga un ke paas ghalti ki talafi ke liye.</w:t>
      </w:r>
    </w:p>
    <w:p>
      <w:pPr>
        <w:jc w:val="right"/>
      </w:pPr>
      <w:r>
        <w:t>تو وہ چلے گئے مچھلی کے پیٹ میں۔ تو مچھلی کے پیٹ میں وہ غالباً ویل مچھلی تھی۔ انہوں نے توبہ کیا، استغفار کیا، اور اللہ سے کہا کہ خدا مجھے اگر اس اس پیٹ سے تو نکالے تو میں دوبارہ جاؤں گا ان کے پاس غلطی کی تلافی کے لیے۔</w:t>
      </w:r>
    </w:p>
    <w:p>
      <w:r>
        <w:rPr>
          <w:b/>
        </w:rPr>
        <w:t xml:space="preserve">[17:02] </w:t>
      </w:r>
      <w:r>
        <w:t>to dobara gaye. aur kya hua ke phir woh Nineveh ke log, yaani is ki tafseel aap dekh sakte hain Bible mein, ziyada tafseel is ki hai ke woh sab badshah jo tha, badshah khud is ne qabool kiya Hazrat Yunus ki da'wat ko, aur poori qaum Hazrat Yunus ke paigham ko maan gayi.</w:t>
      </w:r>
    </w:p>
    <w:p>
      <w:pPr>
        <w:jc w:val="right"/>
      </w:pPr>
      <w:r>
        <w:t>تو دوبارہ گئے۔ اور کیا ہوا کہ پھر وہ نینوا کے لوگ، یعنی اس کی تفصیل آپ دیکھ سکتے ہیں بائبل میں، زیادہ تفصیل اس کی ہے کہ وہ سب بادشاہ جو تھا، بادشاہ خود اس نے قبول کیا حضرت یونس کی دعوت کو، اور پوری قوم حضرت یونس کے پیغام کو مان گئی۔</w:t>
      </w:r>
    </w:p>
    <w:p>
      <w:r>
        <w:rPr>
          <w:b/>
        </w:rPr>
        <w:t xml:space="preserve">[17:22] </w:t>
      </w:r>
      <w:r>
        <w:t>yeh hua waqia. is ka zikr karte hue Surah As-Saffat mein yeh ayat aayi hai ke 'la labitha fi batnihi illa yawma yub'athoon' ke agar Yunus toba na karte aur dobara mad'u ki taraf lotne ke liye raazi na hote to pade rehte qayamat tak woh machhli ke</w:t>
      </w:r>
    </w:p>
    <w:p>
      <w:pPr>
        <w:jc w:val="right"/>
      </w:pPr>
      <w:r>
        <w:t>یہ ہوا واقعہ۔ اس کا ذکر کرتے ہوئے سورہ الصافات میں یہ آیت آئی ہے کہ لا لبس فی بطنہ الا یوم یبعثون کہ اگر یونس توبہ نہ کرتے اور دوبارہ مدعو کی طرف لوٹنے کے لیے راضی نہ ہوتے تو پڑے رہتے قیامت تک وہ مچھلی کے</w:t>
      </w:r>
    </w:p>
    <w:p>
      <w:r>
        <w:rPr>
          <w:b/>
        </w:rPr>
        <w:t xml:space="preserve">[17:49] </w:t>
      </w:r>
      <w:r>
        <w:t>pait mein 'la labitha fi batnihi illa yawma yub'athoon' qayamat tak woh machhli ke pait hi mein pade rehte hain. woh is se maine yeh samjha hai ke poori ummat-e-muslima,</w:t>
      </w:r>
    </w:p>
    <w:p>
      <w:pPr>
        <w:jc w:val="right"/>
      </w:pPr>
      <w:r>
        <w:t>پیٹ میں لا لبس فی بطنہ الا یوم یبعثون قیامت تک وہ مچھلی کے پیٹ ہی میں پڑے رہتے ہیں۔ وہ اس سے میں نے یہ سمجھا ہے کہ پوری امت مسلمہ،</w:t>
      </w:r>
    </w:p>
    <w:p>
      <w:r>
        <w:rPr>
          <w:b/>
        </w:rPr>
        <w:t xml:space="preserve">[18:04] </w:t>
      </w:r>
      <w:r>
        <w:t>poori ummat-e-muslima is waqt machhli ke pait mein hai, yaani masail ke pait mein hai, aur woh nikal nahi sakti is se jab tak ke woh wahi kaam na kare jo Hazrat Yunus (AS) ne kiya.</w:t>
      </w:r>
    </w:p>
    <w:p>
      <w:pPr>
        <w:jc w:val="right"/>
      </w:pPr>
      <w:r>
        <w:t>پوری امت مسلمہ اس وقت مچھلی کے پیٹ میں ہے، یعنی مسائل کے پیٹ میں ہے، اور وہ نکل نہیں سکتی اس سے جب تک کہ وہ وہی کام نہ کرے جو حضرت یونس علیہ السلام نے کیا۔</w:t>
      </w:r>
    </w:p>
    <w:p>
      <w:r>
        <w:rPr>
          <w:b/>
        </w:rPr>
        <w:t xml:space="preserve">[18:19] </w:t>
      </w:r>
      <w:r>
        <w:t>ab dekhiye ke musalmanon ne kya kiya. musalmanon ne wahi kiya ke mad'u qaumon se ghussa ho gaye. woh angrezon se ghussa hue, America se ghussa hue, hinduo se ghussa hue.</w:t>
      </w:r>
    </w:p>
    <w:p>
      <w:pPr>
        <w:jc w:val="right"/>
      </w:pPr>
      <w:r>
        <w:t>اب دیکھیے کہ مسلمانوں نے کیا کیا۔ مسلمانوں نے وہی کیا کہ مدعو قوموں سے غصہ ہو گئے۔ وہ انگریزوں سے غصہ ہوئے، امریکہ سے غصہ ہوئے، ہندوؤں سے غصہ ہوئے۔</w:t>
      </w:r>
    </w:p>
    <w:p>
      <w:r>
        <w:rPr>
          <w:b/>
        </w:rPr>
        <w:t xml:space="preserve">[18:30] </w:t>
      </w:r>
      <w:r>
        <w:t>har jagah mad'u se ghussa ho kar ladai shuru kar diya unhone. yeh poori do sau saal jo hai, do sau saal ka jo jis ko kehte hain ahl-e-jihad, woh jihad nahi tha.</w:t>
      </w:r>
    </w:p>
    <w:p>
      <w:pPr>
        <w:jc w:val="right"/>
      </w:pPr>
      <w:r>
        <w:t>ہر جگہ مدعو سے غصہ ہو کر لڑائی شروع کر دیا انہوں نے۔ یہ پوری دو سو سال جو ہے، دو سو سال کا جو جس کو کہتے ہیں اہل جہاد، وہ جہاد نہیں تھا۔</w:t>
      </w:r>
    </w:p>
    <w:p>
      <w:r>
        <w:rPr>
          <w:b/>
        </w:rPr>
        <w:t xml:space="preserve">[18:42] </w:t>
      </w:r>
      <w:r>
        <w:t>woh madu se ghussa ho kar madu ke khilaf larai chherna.</w:t>
      </w:r>
    </w:p>
    <w:p>
      <w:pPr>
        <w:jc w:val="right"/>
      </w:pPr>
      <w:r>
        <w:t>وہ مدعو سے غصہ ہو کر مدعو کے خلاف لڑائی چھیڑنا۔</w:t>
      </w:r>
    </w:p>
    <w:p>
      <w:r>
        <w:rPr>
          <w:b/>
        </w:rPr>
        <w:t xml:space="preserve">[18:48] </w:t>
      </w:r>
      <w:r>
        <w:t>kahin angrezon se lar rahe hain, kahin frans walon se lar rahe hain, kahin america se lar rahe hain, kahin hindu se lar rahe hain, kahin cheen se lar rahe hain, kahin burma ki government se lar rahe hain.</w:t>
      </w:r>
    </w:p>
    <w:p>
      <w:pPr>
        <w:jc w:val="right"/>
      </w:pPr>
      <w:r>
        <w:t>کہیں انگریزوں سے لڑ رہے ہیں، کہیں فرانس والوں سے لڑ رہے ہیں، کہیں امریکہ سے لڑ رہے ہیں، کہیں ہندو سے لڑ رہے ہیں، کہیں چین سے لڑ رہے ہیں، کہیں برما کی گورنمنٹ سے لڑ رہے ہیں۔</w:t>
      </w:r>
    </w:p>
    <w:p>
      <w:r>
        <w:rPr>
          <w:b/>
        </w:rPr>
        <w:t xml:space="preserve">[19:00] </w:t>
      </w:r>
      <w:r>
        <w:t>har jagah larai. aur is ko kehte hain jihad. yeh jihad nahi hai. yeh jihad nahi. yeh hai madu se, yani ghalat taur par ghussa ho kar is ko dushman samajhna aur is ke sath larai chhod dena.</w:t>
      </w:r>
    </w:p>
    <w:p>
      <w:pPr>
        <w:jc w:val="right"/>
      </w:pPr>
      <w:r>
        <w:t>ہر جگہ لڑائی۔ اور اس کو کہتے ہیں جہاد۔ یہ جہاد نہیں ہے۔ یہ جہاد نہیں۔ یہ ہے مدعو سے، یعنی غلط طور پر غصہ ہو کر اس کو دشمن سمجھنا اور اس کے ساتھ لڑائی چھوڑ دینا۔</w:t>
      </w:r>
    </w:p>
    <w:p>
      <w:r>
        <w:rPr>
          <w:b/>
        </w:rPr>
        <w:t xml:space="preserve">[19:18] </w:t>
      </w:r>
      <w:r>
        <w:t>to</w:t>
      </w:r>
    </w:p>
    <w:p>
      <w:pPr>
        <w:jc w:val="right"/>
      </w:pPr>
      <w:r>
        <w:t>تو</w:t>
      </w:r>
    </w:p>
    <w:p>
      <w:r>
        <w:rPr>
          <w:b/>
        </w:rPr>
        <w:t xml:space="preserve">[19:19] </w:t>
      </w:r>
      <w:r>
        <w:t>paighambar bhi agar aisa kare to woh maaf nahi hota. woh machhli ke pet mein jana padta hai is ko. to ummat e muslema ne aise hi kar rakha hai.</w:t>
      </w:r>
    </w:p>
    <w:p>
      <w:pPr>
        <w:jc w:val="right"/>
      </w:pPr>
      <w:r>
        <w:t>پیغمبر بھی اگر ایسا کرے تو وہ معاف نہیں ہوتا۔ وہ مچھلی کے پیٹ میں جانا پڑتا ہے اس کو۔ تو امت مسلمہ نے ایسے ہی کر رکھا ہے۔</w:t>
      </w:r>
    </w:p>
    <w:p>
      <w:r>
        <w:rPr>
          <w:b/>
        </w:rPr>
        <w:t xml:space="preserve">[19:30] </w:t>
      </w:r>
      <w:r>
        <w:t>to is ko main kahunga ke is waqt poori poori ummat machhli ke pet mein hai. masjidon ka jo bheed bhaad hai, is ke bawajood machhli ke pet mein hai.</w:t>
      </w:r>
    </w:p>
    <w:p>
      <w:pPr>
        <w:jc w:val="right"/>
      </w:pPr>
      <w:r>
        <w:t>تو اس کو میں کہوں گا کہ اس وقت پوری پوری امت مچھلی کے پیٹ میں ہے۔ مسجدوں کا جو بھیڑ بھاڑ ہے، اس کے باوجود مچھلی کے پیٹ میں ہے۔</w:t>
      </w:r>
    </w:p>
    <w:p>
      <w:r>
        <w:rPr>
          <w:b/>
        </w:rPr>
        <w:t xml:space="preserve">[19:41] </w:t>
      </w:r>
      <w:r>
        <w:t>woh jamaaton ke jalsay jo ho rahe hain, is ke bawajood machhli ke pet mein</w:t>
      </w:r>
    </w:p>
    <w:p>
      <w:pPr>
        <w:jc w:val="right"/>
      </w:pPr>
      <w:r>
        <w:t>وہ جماعتوں کے جلسے جو ہو رہے ہیں، اس کے باوجود مچھلی کے پیٹ میں</w:t>
      </w:r>
    </w:p>
    <w:p>
      <w:r>
        <w:rPr>
          <w:b/>
        </w:rPr>
        <w:t xml:space="preserve">[19:45] </w:t>
      </w:r>
      <w:r>
        <w:t>hai. jo kitaben chhap rahi hain, is ke bawajood machhli ke pet mein hai. islam ke naam par yahan wahan hangamay hain, nare hain, dhoom hai.</w:t>
      </w:r>
    </w:p>
    <w:p>
      <w:pPr>
        <w:jc w:val="right"/>
      </w:pPr>
      <w:r>
        <w:t>ہے۔ جو کتابیں چھپ رہی ہیں، اس کے باوجود مچھلی کے پیٹ میں ہے۔ اسلام کے نام پر یہاں وہاں ہنگامے ہیں، نعرے ہیں، دھوم ہے۔</w:t>
      </w:r>
    </w:p>
    <w:p>
      <w:r>
        <w:rPr>
          <w:b/>
        </w:rPr>
        <w:t xml:space="preserve">[19:54] </w:t>
      </w:r>
      <w:r>
        <w:t>is ke bawajood woh machhli ke pet mein hai. woh masail ke pet mein hai. aur is ayat ki roshni mein main kehta hoon ke qayamat tak ke masail ke peet mein rahenge.</w:t>
      </w:r>
    </w:p>
    <w:p>
      <w:pPr>
        <w:jc w:val="right"/>
      </w:pPr>
      <w:r>
        <w:t>اس کے باوجود وہ مچھلی کے پیٹ میں ہے۔ وہ مسائل کے پیٹ میں ہے۔ اور اس آیت کی روشنی میں میں کہتا ہوں کہ قیامت تک کے مسائل کے پیٹے میں رہیں گے۔</w:t>
      </w:r>
    </w:p>
    <w:p>
      <w:r>
        <w:rPr>
          <w:b/>
        </w:rPr>
        <w:t xml:space="preserve">[20:07] </w:t>
      </w:r>
      <w:r>
        <w:t>kabhi yeh nikalna naseeb nahi hoga in ko. la labis fi batnah illa yawm yabathoon</w:t>
      </w:r>
    </w:p>
    <w:p>
      <w:pPr>
        <w:jc w:val="right"/>
      </w:pPr>
      <w:r>
        <w:t>کبھی یہ نکلنا نصیب نہیں ہوگا ان کو۔ لا لبس فی بطنہ الا یوم یبعثون</w:t>
      </w:r>
    </w:p>
    <w:p>
      <w:r>
        <w:rPr>
          <w:b/>
        </w:rPr>
        <w:t xml:space="preserve">[20:15] </w:t>
      </w:r>
      <w:r>
        <w:t>poori ummat e muslema is ayat ko le kar main kehta hoon ke qayamat tak masail ke pet mein rahegi jab tak woh Allah ki taraf na laute.</w:t>
      </w:r>
    </w:p>
    <w:p>
      <w:pPr>
        <w:jc w:val="right"/>
      </w:pPr>
      <w:r>
        <w:t>پوری امت مسلمہ اس آیت کو لے کر میں کہتا ہوں کہ قیامت تک مسائل کے پیٹ میں رہے گی جب تک وہ اللہ کی طرف نہ لوٹے۔</w:t>
      </w:r>
    </w:p>
    <w:p>
      <w:r>
        <w:rPr>
          <w:b/>
        </w:rPr>
        <w:t xml:space="preserve">[20:29] </w:t>
      </w:r>
      <w:r>
        <w:t>woh lotna kya hai? dekhiye, yeh ayat ko quran ki tafsir mein aap padhiye. musibat yeh hai ke tafsir mein koi baat wazeh nahi hoti.</w:t>
      </w:r>
    </w:p>
    <w:p>
      <w:pPr>
        <w:jc w:val="right"/>
      </w:pPr>
      <w:r>
        <w:t>وہ لوٹنا کیا ہے؟ دیکھیے، یہ آیت کو قرآن کی تفسیر میں آپ پڑھیے۔ مصیبت یہ ہے کہ تفسیر میں کوئی بات واضح نہیں ہوتی۔</w:t>
      </w:r>
    </w:p>
    <w:p>
      <w:r>
        <w:rPr>
          <w:b/>
        </w:rPr>
        <w:t xml:space="preserve">[20:38] </w:t>
      </w:r>
      <w:r>
        <w:t>is liye logon ka zehan nahi banta.</w:t>
      </w:r>
    </w:p>
    <w:p>
      <w:pPr>
        <w:jc w:val="right"/>
      </w:pPr>
      <w:r>
        <w:t>اس لیے لوگوں کا ذہن نہیں بنتا۔</w:t>
      </w:r>
    </w:p>
    <w:p>
      <w:r>
        <w:rPr>
          <w:b/>
        </w:rPr>
        <w:t xml:space="preserve">[20:40] </w:t>
      </w:r>
      <w:r>
        <w:t>yeh jo ayat hai walayansurunnallaha is ka matlab kya hai? Allah madad karega.</w:t>
      </w:r>
    </w:p>
    <w:p>
      <w:pPr>
        <w:jc w:val="right"/>
      </w:pPr>
      <w:r>
        <w:t>یہ جو آیت ہے ولاینصرن اللہ اس کا مطلب کیا ہے؟ اللہ مدد کرے گا۔</w:t>
      </w:r>
    </w:p>
    <w:p>
      <w:r>
        <w:rPr>
          <w:b/>
        </w:rPr>
        <w:t xml:space="preserve">[20:49] </w:t>
      </w:r>
      <w:r>
        <w:t>is ki jo madad kare, Allah ki. Allah ki madad kya hai? woh sirf ek hai. woh hai dawat e ila Allah.</w:t>
      </w:r>
    </w:p>
    <w:p>
      <w:pPr>
        <w:jc w:val="right"/>
      </w:pPr>
      <w:r>
        <w:t>اس کی جو مدد کرے، اللہ کی۔ اللہ کی مدد کیا ہے؟ وہ صرف ایک ہے۔ وہ ہے دعوت الی اللہ۔</w:t>
      </w:r>
    </w:p>
    <w:p>
      <w:r>
        <w:rPr>
          <w:b/>
        </w:rPr>
        <w:t xml:space="preserve">[20:57] </w:t>
      </w:r>
      <w:r>
        <w:t>dawat e ila Allah. dawat e ila Allah ko Allah ne apni madad karna kaha hai. aur dawat e ila Allah ka kaam jab karegi ummat, to is ko Allah ki madad hasil hogi.</w:t>
      </w:r>
    </w:p>
    <w:p>
      <w:pPr>
        <w:jc w:val="right"/>
      </w:pPr>
      <w:r>
        <w:t>دعوت الی اللہ۔ دعوت الی اللہ کو اللہ نے اپنی مدد کرنا کہا ہے۔ اور دعوت الی اللہ کا کام جب کرے گی امت، تو اس کو اللہ کی مدد حاصل ہوگی۔</w:t>
      </w:r>
    </w:p>
    <w:p>
      <w:r>
        <w:rPr>
          <w:b/>
        </w:rPr>
        <w:t xml:space="preserve">[21:13] </w:t>
      </w:r>
      <w:r>
        <w:t>to bilkul saaf taur par yeh samajh lijiye ke Allah ki nusrat ka jo wada hai, woh sirf ek kaam par hai. woh hai dawat e ila Allah ka kaam.</w:t>
      </w:r>
    </w:p>
    <w:p>
      <w:pPr>
        <w:jc w:val="right"/>
      </w:pPr>
      <w:r>
        <w:t>تو بالکل صاف طور پر یہ سمجھ لیجئے کہ اللہ کی نصرت کا جو وعدہ ہے، وہ صرف ایک کام پر ہے۔ وہ ہے دعوت الی اللہ کا کام۔</w:t>
      </w:r>
    </w:p>
    <w:p>
      <w:r>
        <w:rPr>
          <w:b/>
        </w:rPr>
        <w:t xml:space="preserve">[21:23] </w:t>
      </w:r>
      <w:r>
        <w:t>yeh sab nahi jo musalman kar rahe hain idhar udhar.</w:t>
      </w:r>
    </w:p>
    <w:p>
      <w:pPr>
        <w:jc w:val="right"/>
      </w:pPr>
      <w:r>
        <w:t>یہ سب نہیں جو مسلمان کر رہے ہیں ادھر ادھر۔</w:t>
      </w:r>
    </w:p>
    <w:p>
      <w:r>
        <w:rPr>
          <w:b/>
        </w:rPr>
        <w:t xml:space="preserve">[21:28] </w:t>
      </w:r>
      <w:r>
        <w:t>yani musalmanon ke daur e urooj ko wapas lana, musalmanon ka empire khada karna, muslim hukoomat qaim karna, musalmanon ko sarbuland karna, yeh sab be maani alfaaz hain Allah ke liye.</w:t>
      </w:r>
    </w:p>
    <w:p>
      <w:pPr>
        <w:jc w:val="right"/>
      </w:pPr>
      <w:r>
        <w:t>یعنی مسلمانوں کے دور عروج کو واپس لانا، مسلمانوں کا ایمپائر کھڑا کرنا، مسلم حکومت قائم کرنا، مسلمانوں کو سربلند کرنا، یہ سب بے معنی الفاظ ہیں اللہ کے لیے۔</w:t>
      </w:r>
    </w:p>
    <w:p>
      <w:r>
        <w:rPr>
          <w:b/>
        </w:rPr>
        <w:t xml:space="preserve">[21:39] </w:t>
      </w:r>
      <w:r>
        <w:t>bilkul be maani alfaaz hain. in cheezon par Allah ki taraf se nusrat nahi aane wali hai. hatta ke masjidain bharne par bhi nusrat nahi aane wali hai.</w:t>
      </w:r>
    </w:p>
    <w:p>
      <w:pPr>
        <w:jc w:val="right"/>
      </w:pPr>
      <w:r>
        <w:t>بالکل بے معنی الفاظ ہیں۔ ان چیزوں پر اللہ کی طرف سے نصرت نہیں آنے والی ہے۔ حتیٰ کہ مسجدیں بھرنے پر بھی نصرت نہیں آنے والی ہے۔</w:t>
      </w:r>
    </w:p>
    <w:p>
      <w:r>
        <w:rPr>
          <w:b/>
        </w:rPr>
        <w:t xml:space="preserve">[21:50] </w:t>
      </w:r>
      <w:r>
        <w:t>aap masjidain bharen aur jo Allah ke bande hain, un ko aap dawat na pahunchayen to masjidon mein saare musalman ja kar namaz padhen.</w:t>
      </w:r>
    </w:p>
    <w:p>
      <w:pPr>
        <w:jc w:val="right"/>
      </w:pPr>
      <w:r>
        <w:t>آپ مسجدیں بھریں اور جو اللہ کے بندے ہیں، ان کو آپ دعوت نہ پہنچائیں تو مسجدوں میں سارے مسلمان جا کر نماز پڑھیں۔</w:t>
      </w:r>
    </w:p>
    <w:p>
      <w:r>
        <w:rPr>
          <w:b/>
        </w:rPr>
        <w:t xml:space="preserve">[21:58] </w:t>
      </w:r>
      <w:r>
        <w:t>agar farz ki jiye, ek billion musalman jo duniya mein basta hain, ek ek musalman masjid pahunch jaye lekin madu se nafrat karen, madu par dawat e ila Allah ka kaam na karen, madu par bomb marien</w:t>
      </w:r>
    </w:p>
    <w:p>
      <w:pPr>
        <w:jc w:val="right"/>
      </w:pPr>
      <w:r>
        <w:t>اگر فرض کیجئے، ایک بلین مسلمان جو دنیا میں بستے ہیں، ایک ایک مسلمان مسجد پہنچ جائے لیکن مدعو سے نفرت کریں، مدعو پر دعوت الی اللہ کا کام نہ کریں، مدعو پر بم ماریں</w:t>
      </w:r>
    </w:p>
    <w:p>
      <w:r>
        <w:rPr>
          <w:b/>
        </w:rPr>
        <w:t xml:space="preserve">[22:11] </w:t>
      </w:r>
      <w:r>
        <w:t>to quran ki roshni mein main kahunga ke phir bhi woh machhli ke pet mein rahenge. phir bhi woh masail ke pet mein rahenge. ek ek musalman ja kar masjid mein namaz padhe lekin madu ko chhod rakha ho unhon ne.</w:t>
      </w:r>
    </w:p>
    <w:p>
      <w:pPr>
        <w:jc w:val="right"/>
      </w:pPr>
      <w:r>
        <w:t>تو قرآن کی روشنی میں میں کہوں گا کہ پھر بھی وہ مچھلی کے پیٹ میں رہیں گے۔ پھر بھی وہ مسائل کے پیٹ میں رہیں گے۔ ایک ایک مسلمان جا کر مسجد میں نماز پڑھے لیکن مدعو کو چھوڑ رکھا ہو انہوں نے۔</w:t>
      </w:r>
    </w:p>
    <w:p>
      <w:r>
        <w:rPr>
          <w:b/>
        </w:rPr>
        <w:t xml:space="preserve">[22:24] </w:t>
      </w:r>
      <w:r>
        <w:t>madu se nafrat karte hon woh. madu ke khilaf bomb marte hon. madu ko dushman declare kar rakha ho. to phir bhi aap ab masail ke pet mein rahenge.</w:t>
      </w:r>
    </w:p>
    <w:p>
      <w:pPr>
        <w:jc w:val="right"/>
      </w:pPr>
      <w:r>
        <w:t>مدعو سے نفرت کرتے ہوں وہ۔ مدعو کے خلاف بم مارتے ہوں۔ مدعو کو دشمن ڈیکلیئر کر رکھا ہو۔ تو پھر بھی آپ اب مسائل کے پیٹ میں رہیں گے۔</w:t>
      </w:r>
    </w:p>
    <w:p>
      <w:r>
        <w:rPr>
          <w:b/>
        </w:rPr>
        <w:t xml:space="preserve">[22:36] </w:t>
      </w:r>
      <w:r>
        <w:t>aap dhoom se hajj karen, dhoom se umrah karen, dhoom se namazen padhen, dhoom se roze rakhen, kuch bhi karen aap aur kar rahe hain. is waqt aap jaiye Makkah Madinah jayen to wahan itni bheed rehti hai.</w:t>
      </w:r>
    </w:p>
    <w:p>
      <w:pPr>
        <w:jc w:val="right"/>
      </w:pPr>
      <w:r>
        <w:t>آپ دھوم سے حج کریں، دھوم سے عمرہ کریں، دھوم سے نمازیں پڑھیں، دھوم سے روزے رکھیں، کچھ بھی کریں آپ اور کر رہے ہیں۔ اس وقت آپ جائیے مکہ مدینہ جائیں تو وہاں اتنی بھیڑ رہتی ہے۔</w:t>
      </w:r>
    </w:p>
    <w:p>
      <w:r>
        <w:rPr>
          <w:b/>
        </w:rPr>
        <w:t xml:space="preserve">[22:50] </w:t>
      </w:r>
      <w:r>
        <w:t>hajj ki bheed, umrah ki bheed, masjidon mein namaziyon ki bheed. bheed to har jagah lagi hui hai. bheed lagi hui hai har jagah.</w:t>
      </w:r>
    </w:p>
    <w:p>
      <w:pPr>
        <w:jc w:val="right"/>
      </w:pPr>
      <w:r>
        <w:t>حج کی بھیڑ، عمرہ کی بھیڑ، مسجدوں میں نمازیوں کی بھیڑ۔ بھیڑ تو ہر جگہ لگی ہوئی ہے۔ بھیڑ لگی ہوئی ہے ہر جگہ۔</w:t>
      </w:r>
    </w:p>
    <w:p>
      <w:r>
        <w:rPr>
          <w:b/>
        </w:rPr>
        <w:t xml:space="preserve">[23:00] </w:t>
      </w:r>
      <w:r>
        <w:t>phir bhi kyun aisa ho raha hai ke musalman hajj ka in ko defeat ho rahi hai</w:t>
      </w:r>
    </w:p>
    <w:p>
      <w:pPr>
        <w:jc w:val="right"/>
      </w:pPr>
      <w:r>
        <w:t>پھر بھی کیوں ایسا ہو رہا ہے کہ مسلمان حج کا ان کو ڈیفیٹ ہو رہی ہے</w:t>
      </w:r>
    </w:p>
    <w:p>
      <w:r>
        <w:rPr>
          <w:b/>
        </w:rPr>
        <w:t xml:space="preserve">[23:06] </w:t>
      </w:r>
      <w:r>
        <w:t>? phir bhi kyun in masail ke jangl mein hain woh?</w:t>
      </w:r>
    </w:p>
    <w:p>
      <w:pPr>
        <w:jc w:val="right"/>
      </w:pPr>
      <w:r>
        <w:t>؟ پھر بھی کیوں ان مسائل کے جنگل میں ہیں وہ؟</w:t>
      </w:r>
    </w:p>
    <w:p>
      <w:r>
        <w:rPr>
          <w:b/>
        </w:rPr>
        <w:t xml:space="preserve">[23:11] </w:t>
      </w:r>
      <w:r>
        <w:t>is ki ek hi wajah hai. ek hi wajah hai. ek hi wajah hai. woh hai madعو qom ko dushman qarar dena. madعو qom se larai chhodna. madعو qom se nafrat karna.</w:t>
      </w:r>
    </w:p>
    <w:p>
      <w:pPr>
        <w:jc w:val="right"/>
      </w:pPr>
      <w:r>
        <w:t>اس کی ایک ہی وجہ ہے۔ ایک ہی وجہ ہے۔ ایک ہی وجہ ہے۔ وہ ہے مدعو قوم کو دشمن قرار دینا۔ مدعو قوم سے لڑائی چھوڑنا۔ مدعو قوم سے نفرت کرنا۔</w:t>
      </w:r>
    </w:p>
    <w:p>
      <w:r>
        <w:rPr>
          <w:b/>
        </w:rPr>
        <w:t xml:space="preserve">[23:21] </w:t>
      </w:r>
      <w:r>
        <w:t>aur saare insaan aap ke liye madعو hain. dekhiye, falasteen mein yahoodi aap ka madعو hai.</w:t>
      </w:r>
    </w:p>
    <w:p>
      <w:pPr>
        <w:jc w:val="right"/>
      </w:pPr>
      <w:r>
        <w:t>اور سارے انسان آپ کے لیے مدعو ہیں۔ دیکھیے، فلسطین میں یہودی آپ کا مدعو ہے۔</w:t>
      </w:r>
    </w:p>
    <w:p>
      <w:r>
        <w:rPr>
          <w:b/>
        </w:rPr>
        <w:t xml:space="preserve">[23:30] </w:t>
      </w:r>
      <w:r>
        <w:t>europe ke saare log, chahe faransisi hon, chahe britania ke log hon, chahe germany ke log hon, aap ke liye madعو hain. america ke log madعو hain aap ke liye.</w:t>
      </w:r>
    </w:p>
    <w:p>
      <w:pPr>
        <w:jc w:val="right"/>
      </w:pPr>
      <w:r>
        <w:t>یورپ کے سارے لوگ، چاہے فرانسیسی ہوں، چاہے برطانیہ کے لوگ ہوں، چاہے جرمنی کے لوگ ہوں، آپ کے لیے مدعو ہیں۔ امریکہ کے لوگ مدعو ہیں آپ کے لیے۔</w:t>
      </w:r>
    </w:p>
    <w:p>
      <w:r>
        <w:rPr>
          <w:b/>
        </w:rPr>
        <w:t xml:space="preserve">[23:40] </w:t>
      </w:r>
      <w:r>
        <w:t>burma ke log aap ke liye madعو hain. india ke hindu aap ke liye madعو hain. har insaan aap ko madعو hai. hamare fuqaha ne ek bohat hi ghalat usool muqarrar kiya.</w:t>
      </w:r>
    </w:p>
    <w:p>
      <w:pPr>
        <w:jc w:val="right"/>
      </w:pPr>
      <w:r>
        <w:t>برما کے لوگ آپ کے لیے مدعو ہیں۔ انڈیا کے ہندو آپ کے لیے مدعو ہیں۔ ہر انسان آپ کو مدعو ہے۔ ہمارے فقہاء نے ایک بہت ہی غلط اصول مقرر کیا۔</w:t>
      </w:r>
    </w:p>
    <w:p>
      <w:r>
        <w:rPr>
          <w:b/>
        </w:rPr>
        <w:t xml:space="preserve">[23:53] </w:t>
      </w:r>
      <w:r>
        <w:t>bohat hi mehnat, ek bohat bhaari ghalati ke dunya ko baant diya unhon ne do is mein</w:t>
      </w:r>
    </w:p>
    <w:p>
      <w:pPr>
        <w:jc w:val="right"/>
      </w:pPr>
      <w:r>
        <w:t>بہت ہی محنت، ایک بہت بھاری غلطی کہ دنیا کو بانٹ دیا انہوں نے دو اس میں</w:t>
      </w:r>
    </w:p>
    <w:p>
      <w:r>
        <w:rPr>
          <w:b/>
        </w:rPr>
        <w:t xml:space="preserve">[23:59] </w:t>
      </w:r>
      <w:r>
        <w:t>. darulkufr, darulislam. yeh kahan se kiya unhon ne? kaun sa right kis ne un ko right diya tha aisa karne ka? na quran mein hai, na hadith mein.</w:t>
      </w:r>
    </w:p>
    <w:p>
      <w:pPr>
        <w:jc w:val="right"/>
      </w:pPr>
      <w:r>
        <w:t>۔ دارالکفر، دارالاسلام۔ یہ کہاں سے کیا انہوں نے؟ کون سا رائٹ کس نے ان کو رائٹ دیا تھا ایسا کرنے کا؟ نہ قرآن میں ہے، نہ حدیث میں۔</w:t>
      </w:r>
    </w:p>
    <w:p>
      <w:r>
        <w:rPr>
          <w:b/>
        </w:rPr>
        <w:t xml:space="preserve">[24:09] </w:t>
      </w:r>
      <w:r>
        <w:t>jahan musalman hain, woh darulislam hai. jahan non muslim hain, woh darulkufr hai. yeh kis ne un ko right diya hai aisa declare karne ka? bilashuba yeh baseless qanoon hai.</w:t>
      </w:r>
    </w:p>
    <w:p>
      <w:pPr>
        <w:jc w:val="right"/>
      </w:pPr>
      <w:r>
        <w:t>جہاں مسلمان ہیں، وہ دارالاسلام ہے۔ جہاں نان مسلم ہیں، وہ دارالکفر ہے۔ یہ کس نے ان کو رائٹ دیا ہے ایسا ڈیکلیئر کرنے کا؟ بلاشبہ یہ بیسلیس قانون ہے۔</w:t>
      </w:r>
    </w:p>
    <w:p>
      <w:r>
        <w:rPr>
          <w:b/>
        </w:rPr>
        <w:t xml:space="preserve">[24:19] </w:t>
      </w:r>
      <w:r>
        <w:t>baseless qanoon hai. baseless qanoon hai. saari dunya darulinsaan hai. saari dunya darulmadعو hai.</w:t>
      </w:r>
    </w:p>
    <w:p>
      <w:pPr>
        <w:jc w:val="right"/>
      </w:pPr>
      <w:r>
        <w:t>بیسلیس قانون ہے۔ بیسلیس قانون ہے۔ ساری دنیا دارالانسان ہے۔ ساری دنیا دارالمدعو ہے۔</w:t>
      </w:r>
    </w:p>
    <w:p>
      <w:r>
        <w:rPr>
          <w:b/>
        </w:rPr>
        <w:t xml:space="preserve">[24:27] </w:t>
      </w:r>
      <w:r>
        <w:t>musalman aur non muslim ke beech mein ek hi rishta hai. yaad rakhiye, daai ka, baddu ka, shahid ka, mashhood ka. aur koi doosra rishta nahi hai.</w:t>
      </w:r>
    </w:p>
    <w:p>
      <w:pPr>
        <w:jc w:val="right"/>
      </w:pPr>
      <w:r>
        <w:t>مسلمان اور نان مسلم کے بیچ میں ایک ہی رشتہ ہے۔ یاد رکھیے، داعی کا، بدو کا، شاہد کا، مشہود کا۔ اور کوئی دوسرا رشتہ نہیں ہے۔</w:t>
      </w:r>
    </w:p>
    <w:p>
      <w:r>
        <w:rPr>
          <w:b/>
        </w:rPr>
        <w:t xml:space="preserve">[24:37] </w:t>
      </w:r>
      <w:r>
        <w:t>koi doosra rishta nahi hai. aur madعو ke liye aap par farz hai khair khwahi karna. madعو ke liye farz hai aap ke dua karna.</w:t>
      </w:r>
    </w:p>
    <w:p>
      <w:pPr>
        <w:jc w:val="right"/>
      </w:pPr>
      <w:r>
        <w:t>کوئی دوسرا رشتہ نہیں ہے۔ اور مدعو کے لیے آپ پر فرض ہے خیر خواہی کرنا۔ مدعو کے لیے فرض ہے آپ کے دعا کرنا۔</w:t>
      </w:r>
    </w:p>
    <w:p>
      <w:r>
        <w:rPr>
          <w:b/>
        </w:rPr>
        <w:t xml:space="preserve">[24:46] </w:t>
      </w:r>
      <w:r>
        <w:t>yeh jo bad duaen karte hain musalman masjidon mein, yeh yeh musalmanon hi par is ka utar raha hai. ulta utar raha hai un ke upar.</w:t>
      </w:r>
    </w:p>
    <w:p>
      <w:pPr>
        <w:jc w:val="right"/>
      </w:pPr>
      <w:r>
        <w:t>یہ جو بد دعائیں کرتے ہیں مسلمان مسجدوں میں، یہ یہ مسلمانوں ہی پر اس کا اتر رہا ہے۔ الٹا اتر رہا ہے ان کے اوپر۔</w:t>
      </w:r>
    </w:p>
    <w:p>
      <w:r>
        <w:rPr>
          <w:b/>
        </w:rPr>
        <w:t xml:space="preserve">[24:54] </w:t>
      </w:r>
      <w:r>
        <w:t>yaani haram hai ke aap baddu ke khilaf bad duaen karen. bilashuba yeh fi'l haram masjidon mein ho raha hai. yahan se le kar america tak masjidon mein bad duaen hoti hain.</w:t>
      </w:r>
    </w:p>
    <w:p>
      <w:pPr>
        <w:jc w:val="right"/>
      </w:pPr>
      <w:r>
        <w:t>یعنی حرام ہے کہ آپ بدو کے خلاف بد دعائیں کریں۔ بلاشبہ یہ فعل حرام مسجدوں میں ہو رہا ہے۔ یہاں سے لے کر امریکہ تک مسجدوں میں بد دعائیں ہوتی ہیں۔</w:t>
      </w:r>
    </w:p>
    <w:p>
      <w:r>
        <w:rPr>
          <w:b/>
        </w:rPr>
        <w:t xml:space="preserve">[25:04] </w:t>
      </w:r>
      <w:r>
        <w:t>yeh bilashuba haram hai. is mein koi shakk nahi hai. to kya haram fi'l par aap ko nusrat aayegi? fi'l haram par nusrat aayegi aap ko?</w:t>
      </w:r>
    </w:p>
    <w:p>
      <w:pPr>
        <w:jc w:val="right"/>
      </w:pPr>
      <w:r>
        <w:t>یہ بلاشبہ حرام ہے۔ اس میں کوئی شک نہیں ہے۔ تو کیا حرام فعل پر آپ کو نصرت آئے گی؟ فعل حرام پر نصرت آئے گی آپ کو؟</w:t>
      </w:r>
    </w:p>
    <w:p>
      <w:r>
        <w:rPr>
          <w:b/>
        </w:rPr>
        <w:t xml:space="preserve">[25:16] </w:t>
      </w:r>
      <w:r>
        <w:t>aap ko madعو se mohabbat karna hai. aap ko madعو ka khair khwah banna hai. aap ko madعو ke liye duaen karna hain. duaen karna hain.</w:t>
      </w:r>
    </w:p>
    <w:p>
      <w:pPr>
        <w:jc w:val="right"/>
      </w:pPr>
      <w:r>
        <w:t>آپ کو مدعو سے محبت کرنا ہے۔ آپ کو مدعو کا خیر خواہ بننا ہے۔ آپ کو مدعو کے لیے دعائیں کرنا ہے۔ دعائیں کرنا ہے۔</w:t>
      </w:r>
    </w:p>
    <w:p>
      <w:r>
        <w:rPr>
          <w:b/>
        </w:rPr>
        <w:t xml:space="preserve">[25:26] </w:t>
      </w:r>
      <w:r>
        <w:t>aap ko main ek waqia bataoon ke kya sahaba ka maamla tha.</w:t>
      </w:r>
    </w:p>
    <w:p>
      <w:pPr>
        <w:jc w:val="right"/>
      </w:pPr>
      <w:r>
        <w:t>آپ کو میں ایک واقعہ بتاؤں کہ کیا صحابہ کا معاملہ تھا۔</w:t>
      </w:r>
    </w:p>
    <w:p>
      <w:r>
        <w:rPr>
          <w:b/>
        </w:rPr>
        <w:t xml:space="preserve">[25:33] </w:t>
      </w:r>
      <w:r>
        <w:t>dekhiye, makkah mein ek khatoon thi, woh bohat dushman thi, rasool Allah ki dushmani karti thi, woh jis ko kaha jata hai hind jigar khwar.</w:t>
      </w:r>
    </w:p>
    <w:p>
      <w:pPr>
        <w:jc w:val="right"/>
      </w:pPr>
      <w:r>
        <w:t>دیکھیے، مکہ میں ایک خاتون تھی، وہ بہت دشمن تھی، رسول اللہ کی دشمنی کرتی تھی، وہ جس کو کہا جاتا ہے ہند جگر خوار۔</w:t>
      </w:r>
    </w:p>
    <w:p>
      <w:r>
        <w:rPr>
          <w:b/>
        </w:rPr>
        <w:t xml:space="preserve">[25:46] </w:t>
      </w:r>
      <w:r>
        <w:t>to bohat dushman thi, lekin fath makkah ke baad us ne islam qabool kar liya.</w:t>
      </w:r>
    </w:p>
    <w:p>
      <w:pPr>
        <w:jc w:val="right"/>
      </w:pPr>
      <w:r>
        <w:t>تو بہت دشمن تھی، لیکن فتح مکہ کے بعد اس نے اسلام قبول کر لیا۔</w:t>
      </w:r>
    </w:p>
    <w:p>
      <w:r>
        <w:rPr>
          <w:b/>
        </w:rPr>
        <w:t xml:space="preserve">[25:54] </w:t>
      </w:r>
      <w:r>
        <w:t>to us se poocha gaya ke tum to bohat dushman thi, kaise islam qabool kar liya tum ne? us ne kaha ke main ne dekha ke yeh logon ne jab makkah fath kiya to ajeeb haal tha un ka.</w:t>
      </w:r>
    </w:p>
    <w:p>
      <w:pPr>
        <w:jc w:val="right"/>
      </w:pPr>
      <w:r>
        <w:t>تو اس سے پوچھا گیا کہ تم تو بہت دشمن تھی، کیسے اسلام قبول کر لیا تم نے؟ اس نے کہا کہ میں نے دیکھا کہ یہ لوگوں نے جب مکہ فتح کیا تو عجیب حال تھا ان کا۔</w:t>
      </w:r>
    </w:p>
    <w:p>
      <w:r>
        <w:rPr>
          <w:b/>
        </w:rPr>
        <w:t xml:space="preserve">[26:09] </w:t>
      </w:r>
      <w:r>
        <w:t>yaani haram mein woh hamare liye duaen karte rahe. fateh to maftooh ko lotata hai.</w:t>
      </w:r>
    </w:p>
    <w:p>
      <w:pPr>
        <w:jc w:val="right"/>
      </w:pPr>
      <w:r>
        <w:t>یعنی حرم میں وہ ہمارے لیے دعائیں کرتے رہے۔ فاتح تو مفتوح کو لوٹتا ہے۔</w:t>
      </w:r>
    </w:p>
    <w:p>
      <w:r>
        <w:rPr>
          <w:b/>
        </w:rPr>
        <w:t xml:space="preserve">[26:17] </w:t>
      </w:r>
      <w:r>
        <w:t>fateh jo hai, maftooh ko lotata hai. in logon ne hamen lota nahi, hamari hidayat ke liye duaen karte rahe. is cheez ne hind jigar khwar ko mutasir kiya, woh us ne islam qabool kar liya.</w:t>
      </w:r>
    </w:p>
    <w:p>
      <w:pPr>
        <w:jc w:val="right"/>
      </w:pPr>
      <w:r>
        <w:t>فاتح جو ہے، مفتوح کو لوٹتا ہے۔ ان لوگوں نے ہمیں لوٹا نہیں، ہماری ہدایت کے لیے دعائیں کرتے رہے۔ اس چیز نے ہند جگر خوار کو متاثر کیا، وہ اس نے اسلام قبول کر لیا۔</w:t>
      </w:r>
    </w:p>
    <w:p>
      <w:r>
        <w:rPr>
          <w:b/>
        </w:rPr>
        <w:t xml:space="preserve">[26:32] </w:t>
      </w:r>
      <w:r>
        <w:t>to yeh hai rasool Allah ka namoona, yeh hai sahaba ka namoona, yeh hai quran ki taleem.</w:t>
      </w:r>
    </w:p>
    <w:p>
      <w:pPr>
        <w:jc w:val="right"/>
      </w:pPr>
      <w:r>
        <w:t>تو یہ ہے رسول اللہ کا نمونہ، یہ ہے صحابہ کا نمونہ، یہ ہے قرآن کی تعلیم۔</w:t>
      </w:r>
    </w:p>
    <w:p>
      <w:r>
        <w:rPr>
          <w:b/>
        </w:rPr>
        <w:t xml:space="preserve">[26:40] </w:t>
      </w:r>
      <w:r>
        <w:t>to musalmanon ne dekhiye kitna ghalat kaam kar rakha hai ke saari dunya ke jo non muslim hain, un ko dushman declare kar rakha hai, zalim declare kar rakha hai.</w:t>
      </w:r>
    </w:p>
    <w:p>
      <w:pPr>
        <w:jc w:val="right"/>
      </w:pPr>
      <w:r>
        <w:t>تو مسلمانوں نے دیکھیے کتنا غلط کام کر رکھا ہے کہ ساری دنیا کے جو نان مسلم ہیں، ان کو دشمن ڈیکلیئر کر رکھا ہے، ظالم ڈیکلیئر کر رکھا ہے۔</w:t>
      </w:r>
    </w:p>
    <w:p>
      <w:r>
        <w:rPr>
          <w:b/>
        </w:rPr>
        <w:t xml:space="preserve">[26:50] </w:t>
      </w:r>
      <w:r>
        <w:t>un ke khilaaf bad duaen hain, un ke khilaaf bam maarte hain, gun maarte hain, jihad ke naam par un ke khilaaf tehreekein chalaate hain.</w:t>
      </w:r>
    </w:p>
    <w:p>
      <w:pPr>
        <w:jc w:val="right"/>
      </w:pPr>
      <w:r>
        <w:t>ان کے خلاف بد دعائیں ہیں، ان کے خلاف بم مارتے ہیں، گن مارتے ہیں، جہاد کے نام پر ان کے خلاف تحریکیں چلاتے ہیں۔</w:t>
      </w:r>
    </w:p>
    <w:p>
      <w:r>
        <w:rPr>
          <w:b/>
        </w:rPr>
        <w:t xml:space="preserve">[26:58] </w:t>
      </w:r>
      <w:r>
        <w:t>yeh sab ka sab bila shubah baseless hai, ghair islami feal hai.</w:t>
      </w:r>
    </w:p>
    <w:p>
      <w:pPr>
        <w:jc w:val="right"/>
      </w:pPr>
      <w:r>
        <w:t>یہ سب کا سب بلاشبہ بیسلیس ہے، غیر اسلامی فعل ہے۔</w:t>
      </w:r>
    </w:p>
    <w:p>
      <w:r>
        <w:rPr>
          <w:b/>
        </w:rPr>
        <w:t xml:space="preserve">[27:06] </w:t>
      </w:r>
      <w:r>
        <w:t>to la laisa fi batnihi illa yub'athoon musalmanon ko paltna parega, musalmanon ko lotna parega.</w:t>
      </w:r>
    </w:p>
    <w:p>
      <w:pPr>
        <w:jc w:val="right"/>
      </w:pPr>
      <w:r>
        <w:t>تو لا لبس فی بطنہ الا یبعثون مسلمانوں کو پلٹنا پڑے گا، مسلمانوں کو لوٹنا پڑے گا۔</w:t>
      </w:r>
    </w:p>
    <w:p>
      <w:r>
        <w:rPr>
          <w:b/>
        </w:rPr>
        <w:t xml:space="preserve">[27:15] </w:t>
      </w:r>
      <w:r>
        <w:t>tab woh jangal jo aur nawaz sharif sahib ne yeh toh keh diya ke masail ka jangal, lekin yeh nahi jaana unhone ke masail jangal se niklein kaise?</w:t>
      </w:r>
    </w:p>
    <w:p>
      <w:pPr>
        <w:jc w:val="right"/>
      </w:pPr>
      <w:r>
        <w:t>تب وہ جنگل جو اور نواز شریف صاحب نے یہ تو کہہ دیا کہ مسائل کا جنگل، لیکن یہ نہیں جانا انہوں نے کہ مسائل جنگل سے نکلیں کیسے؟</w:t>
      </w:r>
    </w:p>
    <w:p>
      <w:r>
        <w:rPr>
          <w:b/>
        </w:rPr>
        <w:t xml:space="preserve">[27:25] </w:t>
      </w:r>
      <w:r>
        <w:t>is ki khabar nahi hai in ko. is ki khabar in ko nahi ke masail jangal se niklein kaise?</w:t>
      </w:r>
    </w:p>
    <w:p>
      <w:pPr>
        <w:jc w:val="right"/>
      </w:pPr>
      <w:r>
        <w:t>اس کی خبر نہیں ہے ان کو۔ اس کی خبر ان کو نہیں کہ مسائل جنگل سے نکلیں کیسے؟</w:t>
      </w:r>
    </w:p>
    <w:p>
      <w:r>
        <w:rPr>
          <w:b/>
        </w:rPr>
        <w:t xml:space="preserve">[27:33] </w:t>
      </w:r>
      <w:r>
        <w:t>yani jangal, yani masail ke pait se niklein kaise? woh sirf ek hi baat hai, woh yeh hai ke aap jin ko dushman ka rakha hai, un ko aap kahiye ke woh mad'u hain, hamare woh dost hain, hamare hamara farz hai ke un ko hum dawat pahunchayein, Allah taala ke paigham pahunchayein, sachai ka.</w:t>
      </w:r>
    </w:p>
    <w:p>
      <w:pPr>
        <w:jc w:val="right"/>
      </w:pPr>
      <w:r>
        <w:t>یعنی جنگ، یعنی مسائل کے پیٹ سے نکلیں کیسے؟ وہ صرف ایک ہی بات ہے، وہ یہ ہے کہ آپ جن کو دشمن کا کر رکھا ہے، ان کو آپ کہیے کہ وہ مدعو ہیں، ہمارے وہ دوست ہیں، ہمارے ہمارا فرض ہے کہ ان کو ہم دعوت پہنچائیں، اللہ تعالی کے پیغام پہنچائیں، سچائی کا۔</w:t>
      </w:r>
    </w:p>
    <w:p>
      <w:r>
        <w:rPr>
          <w:b/>
        </w:rPr>
        <w:t xml:space="preserve">[27:54] </w:t>
      </w:r>
      <w:r>
        <w:t>yeh jab tak yeh is ko kehte hain tauba,</w:t>
      </w:r>
    </w:p>
    <w:p>
      <w:pPr>
        <w:jc w:val="right"/>
      </w:pPr>
      <w:r>
        <w:t>یہ جب تک یہ اس کو کہتے ہیں توبہ،</w:t>
      </w:r>
    </w:p>
    <w:p>
      <w:r>
        <w:rPr>
          <w:b/>
        </w:rPr>
        <w:t xml:space="preserve">[27:57] </w:t>
      </w:r>
      <w:r>
        <w:t>jab tak yeh tauba nahi karenge, is waqt tak daman pe na ke masail khatm hon, impossible hai. do sau, saat sau saal nahi khatm hue, yeh toh ab kaise khatm ho jayenge?</w:t>
      </w:r>
    </w:p>
    <w:p>
      <w:pPr>
        <w:jc w:val="right"/>
      </w:pPr>
      <w:r>
        <w:t>جب تک یہ توبہ نہیں کریں گے، اس وقت تک دامن پہ نہ کہ مسائل ختم ہوں، امپاسیبل ہے۔ دو سو، سات سو سال نہیں ختم ہوئے، یہ تو اب کیسے ختم ہو جائیں گے؟</w:t>
      </w:r>
    </w:p>
    <w:p>
      <w:r>
        <w:rPr>
          <w:b/>
        </w:rPr>
        <w:t xml:space="preserve">[28:09] </w:t>
      </w:r>
      <w:r>
        <w:t>do sau saal ke andar musalmanon ne jo qurbaniyan di hain, woh chaudah sau saal ki qurbaniyon se bhi zyada hain, is se zyada hain.</w:t>
      </w:r>
    </w:p>
    <w:p>
      <w:pPr>
        <w:jc w:val="right"/>
      </w:pPr>
      <w:r>
        <w:t>دو سو سال کے اندر مسلمانوں نے جو قربانیاں دی ہیں، وہ چودہ سو سال کی قربانیوں سے بھی زیادہ ہیں، اس سے زیادہ ہیں۔</w:t>
      </w:r>
    </w:p>
    <w:p>
      <w:r>
        <w:rPr>
          <w:b/>
        </w:rPr>
        <w:t xml:space="preserve">[28:19] </w:t>
      </w:r>
      <w:r>
        <w:t>natija kuch nahi, no result at all.</w:t>
      </w:r>
    </w:p>
    <w:p>
      <w:pPr>
        <w:jc w:val="right"/>
      </w:pPr>
      <w:r>
        <w:t>نتیجہ کچھ نہیں، نو رزلٹ ایٹ آل۔</w:t>
      </w:r>
    </w:p>
    <w:p>
      <w:r>
        <w:rPr>
          <w:b/>
        </w:rPr>
        <w:t xml:space="preserve">[28:25] </w:t>
      </w:r>
      <w:r>
        <w:t>to kya is to ab to reassess karne ka waqt aa gaya hai, revise phir se sochne ka waqt aa gaya hai, tauba karne ka waqt aa gaya hai. to tauba yahi hai jo Hazrat Yunus علیہ السلام ne kiya tha.</w:t>
      </w:r>
    </w:p>
    <w:p>
      <w:pPr>
        <w:jc w:val="right"/>
      </w:pPr>
      <w:r>
        <w:t>تو کیا اس تو اب تو ری ایسس کرنے کا وقت آ گیا ہے، ریوائز پھر سے سوچنے کا وقت آ گیا ہے، توبہ کرنے کا وقت آ گیا ہے۔ تو توبہ یہی ہے جو حضرت یونس علیہ السلام نے کیا تھا۔</w:t>
      </w:r>
    </w:p>
    <w:p>
      <w:r>
        <w:rPr>
          <w:b/>
        </w:rPr>
        <w:t xml:space="preserve">[28:40] </w:t>
      </w:r>
      <w:r>
        <w:t>Hazrat Yunus علیہ السلام ne mad'u se gussa ho gaye, mad'u ko samjha ke yeh galat log hain, un se boycott kiya, un ko chhod diya.</w:t>
      </w:r>
    </w:p>
    <w:p>
      <w:pPr>
        <w:jc w:val="right"/>
      </w:pPr>
      <w:r>
        <w:t>حضرت یونس علیہ السلام نے مدعو سے غصہ ہو گئے، مدعو کو سمجھا کہ یہ غلط لوگ ہیں، ان سے بائیکاٹ کیا، ان کو چھوڑ دیا۔</w:t>
      </w:r>
    </w:p>
    <w:p>
      <w:r>
        <w:rPr>
          <w:b/>
        </w:rPr>
        <w:t xml:space="preserve">[28:52] </w:t>
      </w:r>
      <w:r>
        <w:t>wohi musalman kar rahe hain, zyada bade paon aane par. yani musalmanon ne na sirf yeh kiya ke un ko dushman aur zalim declare kiya, balke un ke khilaaf jihad ke naam par ladai chhod di.</w:t>
      </w:r>
    </w:p>
    <w:p>
      <w:pPr>
        <w:jc w:val="right"/>
      </w:pPr>
      <w:r>
        <w:t>وہی مسلمان کر رہے ہیں، زیادہ بڑے پاؤں آنے پر۔ یعنی مسلمانوں نے نہ صرف یہ کیا کہ ان کو دشمن اور ظالم ڈیکلیئر کیا، بلکہ ان کے خلاف جہاد کے نام پر لڑائی چھوڑ دی۔</w:t>
      </w:r>
    </w:p>
    <w:p>
      <w:r>
        <w:rPr>
          <w:b/>
        </w:rPr>
        <w:t xml:space="preserve">[29:07] </w:t>
      </w:r>
      <w:r>
        <w:t>aur ladai se kuch kaam nahi bana, to suicide bombing kar rahe hain. yani pehle to ladai chhodi, jangal chhodi, jangal se kaam nahi bana, to ab kya kar rahe hain?</w:t>
      </w:r>
    </w:p>
    <w:p>
      <w:pPr>
        <w:jc w:val="right"/>
      </w:pPr>
      <w:r>
        <w:t>اور لڑائی سے کچھ کام نہیں بنا، تو سوسائیڈ بمبنگ کر رہے ہیں۔ یعنی پہلے تو لڑائی چھوڑی، جنگ چھوڑی، جنگ سے کام نہیں بنا، تو اب کیا کر رہے ہیں؟</w:t>
      </w:r>
    </w:p>
    <w:p>
      <w:r>
        <w:rPr>
          <w:b/>
        </w:rPr>
        <w:t xml:space="preserve">[29:17] </w:t>
      </w:r>
      <w:r>
        <w:t>suicide bombing,</w:t>
      </w:r>
    </w:p>
    <w:p>
      <w:pPr>
        <w:jc w:val="right"/>
      </w:pPr>
      <w:r>
        <w:t>سوسائیڈ بمبنگ،</w:t>
      </w:r>
    </w:p>
    <w:p>
      <w:r>
        <w:rPr>
          <w:b/>
        </w:rPr>
        <w:t xml:space="preserve">[29:19] </w:t>
      </w:r>
      <w:r>
        <w:t>apne ko maar kar kuch das paanch un ko hi maar dete hain. yeh sab bila shubah Islam mein is ki koi jagah nahi hai, koi jagah nahi hai.</w:t>
      </w:r>
    </w:p>
    <w:p>
      <w:pPr>
        <w:jc w:val="right"/>
      </w:pPr>
      <w:r>
        <w:t>اپنے کو مار کر کچھ دس پانچ ان کو ہی مار دیتے ہیں۔ یہ سب بلاشبہ اسلام میں اس کی کوئی جگہ نہیں ہے، کوئی جگہ نہیں ہے۔</w:t>
      </w:r>
    </w:p>
    <w:p>
      <w:r>
        <w:rPr>
          <w:b/>
        </w:rPr>
        <w:t xml:space="preserve">[29:30] </w:t>
      </w:r>
      <w:r>
        <w:t>aap ko, aap ko tauba karni padegi, aap ko paltna padega, aap ko yeh manna padega ke we were wrong, we committed a hamari mistake.</w:t>
      </w:r>
    </w:p>
    <w:p>
      <w:pPr>
        <w:jc w:val="right"/>
      </w:pPr>
      <w:r>
        <w:t>آپ کو، آپ کو توبہ کرنی پڑے گی، آپ کو پلٹنا پڑے گا، آپ کو یہ ماننا پڑے گا کہ we were wrong, we committed a ہماری مسٹیک۔</w:t>
      </w:r>
    </w:p>
    <w:p>
      <w:r>
        <w:rPr>
          <w:b/>
        </w:rPr>
        <w:t xml:space="preserve">[29:48] </w:t>
      </w:r>
      <w:r>
        <w:t>Hazrat Yunus علیہ السلام ne jo kiya tha, wahi aap ko karna padega ke woh tauba kar ke Allah se maafi mang kar ke dobara laut kar gaye mad'u ki taraf, aur dobara un ko dawat di.</w:t>
      </w:r>
    </w:p>
    <w:p>
      <w:pPr>
        <w:jc w:val="right"/>
      </w:pPr>
      <w:r>
        <w:t>حضرت یونس علیہ السلام نے جو کیا تھا، وہی آپ کو کرنا پڑے گا کہ وہ توبہ کر کے اللہ سے معافی مانگ کر کے دوبارہ لوٹ کر گئے مدعو کی طرف، اور دوبارہ ان کو دعوت دی۔</w:t>
      </w:r>
    </w:p>
    <w:p>
      <w:r>
        <w:rPr>
          <w:b/>
        </w:rPr>
        <w:t xml:space="preserve">[30:00] </w:t>
      </w:r>
      <w:r>
        <w:t>unhone aise hi aap ko tauba kar ke mad'u se nafrat ko khatm kar ke lote ga, lotna padega aap ko mad'u ki taraf.</w:t>
      </w:r>
    </w:p>
    <w:p>
      <w:pPr>
        <w:jc w:val="right"/>
      </w:pPr>
      <w:r>
        <w:t>انہوں نے ایسے ہی آپ کو توبہ کر کے مدعو سے نفرت کو ختم کر کے لوٹے گا، لوٹنا پڑے گا آپ کو مدعو کی طرف۔</w:t>
      </w:r>
    </w:p>
    <w:p>
      <w:r>
        <w:rPr>
          <w:b/>
        </w:rPr>
        <w:t xml:space="preserve">[30:09] </w:t>
      </w:r>
      <w:r>
        <w:t>lotne ke maani kya hain? un se nafrat ke bajaye mohabbat karna</w:t>
      </w:r>
    </w:p>
    <w:p>
      <w:pPr>
        <w:jc w:val="right"/>
      </w:pPr>
      <w:r>
        <w:t>لوٹنے کے معنی کیا ہیں؟ ان سے نفرت کے بجائے محبت کرنا</w:t>
      </w:r>
    </w:p>
    <w:p>
      <w:r>
        <w:rPr>
          <w:b/>
        </w:rPr>
        <w:t xml:space="preserve">[30:17] </w:t>
      </w:r>
      <w:r>
        <w:t>, un ko dushman ke bajaye dost qarar dena, aur yeh sab khatm karna ke yeh darul Islam hai, woh darul kufr hai. kuch bhi nahi, yeh sab laghu baatein hain, sab darul insaan hain, jaiz saare log insaan hain.</w:t>
      </w:r>
    </w:p>
    <w:p>
      <w:pPr>
        <w:jc w:val="right"/>
      </w:pPr>
      <w:r>
        <w:t>، ان کو دشمن کے بجائے دوست قرار دینا، اور یہ سب ختم کرنا کہ یہ دارالاسلام ہے، وہ دارالکفر ہے۔ کچھ بھی نہیں، یہ سب لغو باتیں ہیں، سب دارالانسان ہیں، جائز سارے لوگ انسان ہیں۔</w:t>
      </w:r>
    </w:p>
    <w:p>
      <w:r>
        <w:rPr>
          <w:b/>
        </w:rPr>
        <w:t xml:space="preserve">[30:33] </w:t>
      </w:r>
      <w:r>
        <w:t>aap, aap darul Islam wale hain, woh darul kufr wale hain. yeh bilkul hi, yani bilkul hi na qabil, yani unacceptable hai, kyunke na Quran mein, na Hadees mein, na Rasool Allah صلی اللہ علیہ وسلم aise boli bole.</w:t>
      </w:r>
    </w:p>
    <w:p>
      <w:pPr>
        <w:jc w:val="right"/>
      </w:pPr>
      <w:r>
        <w:t>آپ، آپ دارالاسلام والے ہیں، وہ دارالکفر والے ہیں۔ یہ بالکل ہی، یعنی بالکل ہی ناقابل، یعنی ان ایکسیپٹیبل ہے، کیونکہ نہ قرآن میں، نہ حدیث میں، نہ رسول اللہ صلی اللہ علیہ وسلم ایسے بولی بولے۔</w:t>
      </w:r>
    </w:p>
    <w:p>
      <w:r>
        <w:rPr>
          <w:b/>
        </w:rPr>
        <w:t xml:space="preserve">[30:45] </w:t>
      </w:r>
      <w:r>
        <w:t>kaise kisi ko right hai ke woh declare kar de ke hum jahan jaate hain, woh toh darul Islam hai, jahan woh log rehte hain, woh darul kufr hai? yeh bilkul hi, yani baseless hai, baseless hai, baseless hai.</w:t>
      </w:r>
    </w:p>
    <w:p>
      <w:pPr>
        <w:jc w:val="right"/>
      </w:pPr>
      <w:r>
        <w:t>کیسے کسی کو رائٹ ہے کہ وہ ڈیکلیئر کر دے کہ ہم جہاں جاتے ہیں، وہ تو دارالاسلام ہے، جہاں وہ لوگ رہتے ہیں، وہ دارالکفر ہے؟ یہ بالکل ہی، یعنی بیسلیس ہے، بیسلیس ہے، بیسلیس ہے۔</w:t>
      </w:r>
    </w:p>
    <w:p>
      <w:r>
        <w:rPr>
          <w:b/>
        </w:rPr>
        <w:t xml:space="preserve">[31:00] </w:t>
      </w:r>
      <w:r>
        <w:t>to</w:t>
      </w:r>
    </w:p>
    <w:p>
      <w:pPr>
        <w:jc w:val="right"/>
      </w:pPr>
      <w:r>
        <w:t>تو</w:t>
      </w:r>
    </w:p>
    <w:p>
      <w:r>
        <w:rPr>
          <w:b/>
        </w:rPr>
        <w:t xml:space="preserve">[31:01] </w:t>
      </w:r>
      <w:r>
        <w:t>is yeh, yeh jo akhbar mein khabar aayi hai,</w:t>
      </w:r>
    </w:p>
    <w:p>
      <w:pPr>
        <w:jc w:val="right"/>
      </w:pPr>
      <w:r>
        <w:t>اس یہ، یہ جو اخبار میں خبر آئی ہے،</w:t>
      </w:r>
    </w:p>
    <w:p>
      <w:r>
        <w:rPr>
          <w:b/>
        </w:rPr>
        <w:t xml:space="preserve">[31:07] </w:t>
      </w:r>
      <w:r>
        <w:t>jo mein ne dikhaya aap ko, to is khabar ko parh kar mera mind trigger ho gaya, aur yeh sari baatein zehan mein aaein.</w:t>
      </w:r>
    </w:p>
    <w:p>
      <w:pPr>
        <w:jc w:val="right"/>
      </w:pPr>
      <w:r>
        <w:t>جو میں نے دکھایا آپ کو، تو اس خبر کو پڑھ کر میرا مائنڈ ٹریگر ہو گیا، اور یہ ساری باتیں ذہن میں آئیں۔</w:t>
      </w:r>
    </w:p>
    <w:p>
      <w:r>
        <w:rPr>
          <w:b/>
        </w:rPr>
        <w:t xml:space="preserve">[31:21] </w:t>
      </w:r>
      <w:r>
        <w:t>to mein aap se arz karta hoon ke aap isi ko apna mission banayein, mission isi ko apna mission banayein,</w:t>
      </w:r>
    </w:p>
    <w:p>
      <w:pPr>
        <w:jc w:val="right"/>
      </w:pPr>
      <w:r>
        <w:t>تو میں آپ سے عرض کرتا ہوں کہ آپ اسی کو اپنا مشن بنائیں، مشن اسی کو اپنا مشن بنائیں،</w:t>
      </w:r>
    </w:p>
    <w:p>
      <w:r>
        <w:rPr>
          <w:b/>
        </w:rPr>
        <w:t xml:space="preserve">[31:29] </w:t>
      </w:r>
      <w:r>
        <w:t>khud apne dil se khisak kar nikal dijiye. Agar aap ke dil mein nafrat ka koi zara bhi hai, madu ke liye aap ke dil mein aik zara bhi kahi hai, to khisak ke nikal dijiye.</w:t>
      </w:r>
    </w:p>
    <w:p>
      <w:pPr>
        <w:jc w:val="right"/>
      </w:pPr>
      <w:r>
        <w:t>خود اپنے دل سے کھسک کر نکال دیجئے۔ اگر آپ کے دل میں نفرت کا کوئی ذرہ بھی ہے، مدعو کے لیے آپ کے دل میں ایک ذرہ بھی کہی ہے، تو کھسک کے نکال دیجئے۔</w:t>
      </w:r>
    </w:p>
    <w:p>
      <w:r>
        <w:rPr>
          <w:b/>
        </w:rPr>
        <w:t xml:space="preserve">[31:41] </w:t>
      </w:r>
      <w:r>
        <w:t>koi bhi excuse nahi, aap kahein ke woh zulm karte hain, woh satate hain, kuch nahi, koi excuse acceptable nahi hai, koi excuse nahi.</w:t>
      </w:r>
    </w:p>
    <w:p>
      <w:pPr>
        <w:jc w:val="right"/>
      </w:pPr>
      <w:r>
        <w:t>کوئی بھی ایکسکیوز نہیں، آپ کہیں کہ وہ ظلم کرتے ہیں، وہ ستاتے ہیں، کچھ نہیں، کوئی ایکسکیوز ایکسیپٹیبل نہیں ہے، کوئی ایکسکیوز نہیں۔</w:t>
      </w:r>
    </w:p>
    <w:p>
      <w:r>
        <w:rPr>
          <w:b/>
        </w:rPr>
        <w:t xml:space="preserve">[31:56] </w:t>
      </w:r>
      <w:r>
        <w:t>aap ko unilateral tor par unhein forgive karna parega, unilateral tor par aap ko un se mohabbat karni paregi, unilateral tor par aap ko un ka dost banana parega, unilateral tor par aap ko un ka khair khwah banna parega.</w:t>
      </w:r>
    </w:p>
    <w:p>
      <w:pPr>
        <w:jc w:val="right"/>
      </w:pPr>
      <w:r>
        <w:t>آپ کو یونی لیٹرل طور پر انہیں فارگیو کرنا پڑے گا، یونی لیٹرل طور پر آپ کو ان سے محبت کرنی پڑے گی، یونی لیٹرل طور پر آپ کو ان کا دوست بنانا پڑے گا، یونی لیٹرل طور پر آپ کو ان کا خیر خواہ بننا پڑے گا۔</w:t>
      </w:r>
    </w:p>
    <w:p>
      <w:r>
        <w:rPr>
          <w:b/>
        </w:rPr>
        <w:t xml:space="preserve">[32:12] </w:t>
      </w:r>
      <w:r>
        <w:t>koi excuse is maamle mein nahi hai, kyun ke aap ko Allah ke haan daai ka inaam lena hai. Kya aap samajhte hain daai ka inaam free mein mil jayega?</w:t>
      </w:r>
    </w:p>
    <w:p>
      <w:pPr>
        <w:jc w:val="right"/>
      </w:pPr>
      <w:r>
        <w:t>کوئی ایکسکیوز اس معاملے میں نہیں ہے، کیوں کہ آپ کو اللہ کے ہاں داعی کا انعام لینا ہے۔ کیا آپ سمجھتے ہیں داعی کا انعام فری میں مل جائے گا؟</w:t>
      </w:r>
    </w:p>
    <w:p>
      <w:r>
        <w:rPr>
          <w:b/>
        </w:rPr>
        <w:t xml:space="preserve">[32:26] </w:t>
      </w:r>
      <w:r>
        <w:t>isi daai ko kaha gaya Quran majeed mein khair ummat. Khair ummat ka matlab nahi ke afzal ummat. Khair ummat ka matlab afzal ummat nahi hai.</w:t>
      </w:r>
    </w:p>
    <w:p>
      <w:pPr>
        <w:jc w:val="right"/>
      </w:pPr>
      <w:r>
        <w:t>اسی داعی کو کہا گیا قرآن مجید میں خیر امت۔ خیر امت کا مطلب نہیں کہ افضل امت۔ خیر امت کا مطلب افضل امت نہیں ہے۔</w:t>
      </w:r>
    </w:p>
    <w:p>
      <w:r>
        <w:rPr>
          <w:b/>
        </w:rPr>
        <w:t xml:space="preserve">[32:35] </w:t>
      </w:r>
      <w:r>
        <w:t>khair ummat ke maani hain khudaai kaam ka ko karne ka, ki zimmedari dena, jo Allah ka jo kaam hai, us ko karne ki zimmedari dena, aur phir Allah ke haan is ka bohat bara inaam, bohat bara inaam milna.</w:t>
      </w:r>
    </w:p>
    <w:p>
      <w:pPr>
        <w:jc w:val="right"/>
      </w:pPr>
      <w:r>
        <w:t>خیر امت کے معنی ہیں خدائی کام کا کو کرنے کا، کی ذمہ داری دینا، جو اللہ کا جو کام ہے، اس کو کرنے کی ذمہ داری دینا، اور پھر اللہ کے ہاں اس کا بہت بڑا انعام، بہت بڑا انعام ملنا۔</w:t>
      </w:r>
    </w:p>
    <w:p>
      <w:r>
        <w:rPr>
          <w:b/>
        </w:rPr>
        <w:t xml:space="preserve">[32:54] </w:t>
      </w:r>
      <w:r>
        <w:t>yeh khair ummat aakhirat ke lehaz se hai. Yaad rakhiye, dunya ke lehaz se nahi hai. Dunya mein khair ummat aap nahi hain, aakhirat mein aap khair ummat qarar payenge, bashart ke aap ne dunya mein Allah ki duty anjam di ho.</w:t>
      </w:r>
    </w:p>
    <w:p>
      <w:pPr>
        <w:jc w:val="right"/>
      </w:pPr>
      <w:r>
        <w:t>یہ خیر امت آخرت کے لحاظ سے ہے۔ یاد رکھیے، دنیا کے لحاظ سے نہیں ہے۔ دنیا میں خیر امت آپ نہیں ہیں، آخرت میں آپ خیر امت قرار پائیں گے، بشرط کہ آپ نے دنیا میں اللہ کی ڈیوٹی انجام دی ہو۔</w:t>
      </w:r>
    </w:p>
    <w:p>
      <w:r>
        <w:rPr>
          <w:b/>
        </w:rPr>
        <w:t xml:space="preserve">[33:12] </w:t>
      </w:r>
      <w:r>
        <w:t>yeh jo khair ummat Quran majeed mein aaya hai, woh isi maani mein jo doosri jagah hai, ummat wasat. Aik jo aaya hai, aik ummat wasat hai, Moosa ne, yani middle community hai, beech ki ummat hai.</w:t>
      </w:r>
    </w:p>
    <w:p>
      <w:pPr>
        <w:jc w:val="right"/>
      </w:pPr>
      <w:r>
        <w:t>یہ جو خیر امت قرآن مجید میں آیا ہے، وہ اسی معنی میں جو دوسری جگہ ہے، امت وسط۔ ایک جو آیا ہے، ایک امت وسط ہے، موسیٰ نے، یعنی مڈل کمیونٹی ہے، بیچ کی امت ہے۔</w:t>
      </w:r>
    </w:p>
    <w:p>
      <w:r>
        <w:rPr>
          <w:b/>
        </w:rPr>
        <w:t xml:space="preserve">[33:26] </w:t>
      </w:r>
      <w:r>
        <w:t>beech ka matlab kya hai? Yani logon ke aur rasool ke beech mein aap hain. Rasool se aap ko sachai mili hai, aur logon tak aap ko sachai pahunchani hai.</w:t>
      </w:r>
    </w:p>
    <w:p>
      <w:pPr>
        <w:jc w:val="right"/>
      </w:pPr>
      <w:r>
        <w:t>بیچ کا مطلب کیا ہے؟ یعنی لوگوں کے اور رسول کے بیچ میں آپ ہیں۔ رسول سے آپ کو سچائی ملی ہے، اور لوگوں تک آپ کو سچائی پہنچانی ہے۔</w:t>
      </w:r>
    </w:p>
    <w:p>
      <w:r>
        <w:rPr>
          <w:b/>
        </w:rPr>
        <w:t xml:space="preserve">[33:38] </w:t>
      </w:r>
      <w:r>
        <w:t>to aap, aap ka, aap middle community hain.</w:t>
      </w:r>
    </w:p>
    <w:p>
      <w:pPr>
        <w:jc w:val="right"/>
      </w:pPr>
      <w:r>
        <w:t>تو آپ، آپ کا، آپ مڈل کمیونٹی ہیں۔</w:t>
      </w:r>
    </w:p>
    <w:p>
      <w:r>
        <w:rPr>
          <w:b/>
        </w:rPr>
        <w:t xml:space="preserve">[33:42] </w:t>
      </w:r>
      <w:r>
        <w:t>wahi khair o bad ka matlab bhi hai. To ummat ka khair hona yeh aakhirat ke lehaz se hai, dunya ke lehaz se nahi hai. Yaad rakhiye,</w:t>
      </w:r>
    </w:p>
    <w:p>
      <w:pPr>
        <w:jc w:val="right"/>
      </w:pPr>
      <w:r>
        <w:t>وہی خیر و بد کا مطلب بھی ہے۔ تو امت کا خیر ہونا یہ آخرت کے لحاظ سے ہے، دنیا کے لحاظ سے نہیں ہے۔ یاد رکھیے،</w:t>
      </w:r>
    </w:p>
    <w:p>
      <w:r>
        <w:rPr>
          <w:b/>
        </w:rPr>
        <w:t xml:space="preserve">[33:53] </w:t>
      </w:r>
      <w:r>
        <w:t>ummat ka khair o ummat hona aakhirat ke lehaz se hai, yani bait wala inaam hai. Agar ummat apni duty anjam de, dawat ki duty,</w:t>
      </w:r>
    </w:p>
    <w:p>
      <w:pPr>
        <w:jc w:val="right"/>
      </w:pPr>
      <w:r>
        <w:t>امت کا خیر و امت ہونا آخرت کے لحاظ سے ہے، یعنی بیت والا انعام ہے۔ اگر امت اپنی ڈیوٹی انجام دے، دعوت کی ڈیوٹی،</w:t>
      </w:r>
    </w:p>
    <w:p>
      <w:r>
        <w:rPr>
          <w:b/>
        </w:rPr>
        <w:t xml:space="preserve">[34:06] </w:t>
      </w:r>
      <w:r>
        <w:t>jaise hadith mein aata hai ke antum shuhada Allah fi al-arz al-muslamoon shuhada Allah fi al-arz ke musalmanon ka kaam kya hai?</w:t>
      </w:r>
    </w:p>
    <w:p>
      <w:pPr>
        <w:jc w:val="right"/>
      </w:pPr>
      <w:r>
        <w:t>جیسے حدیث میں آتا ہے کہ أنتم شہداء اللہ فی اللر المسلمون شہداء اللہ فی اللر کہ مسلمانوں کا کام کیا ہے؟</w:t>
      </w:r>
    </w:p>
    <w:p>
      <w:r>
        <w:rPr>
          <w:b/>
        </w:rPr>
        <w:t xml:space="preserve">[34:16] </w:t>
      </w:r>
      <w:r>
        <w:t>Allah ke deen ki gawahi dena.</w:t>
      </w:r>
    </w:p>
    <w:p>
      <w:pPr>
        <w:jc w:val="right"/>
      </w:pPr>
      <w:r>
        <w:t>اللہ کے دین کی گواہی دینا۔</w:t>
      </w:r>
    </w:p>
    <w:p>
      <w:r>
        <w:rPr>
          <w:b/>
        </w:rPr>
        <w:t xml:space="preserve">[34:20] </w:t>
      </w:r>
      <w:r>
        <w:t>wahi jis ko dawat Allah ka lafz istemal kiya jata hai, yeh kaam hai. Isi ke liye musalman ummat wasat hain, aur isi kaam ke karne par Allah musalmanon ko Allah ke haan yeh khair ka</w:t>
      </w:r>
    </w:p>
    <w:p>
      <w:pPr>
        <w:jc w:val="right"/>
      </w:pPr>
      <w:r>
        <w:t>وہی جس کو دعوت اللہ کا لفظ استعمال کیا جاتا ہے، یہ کام ہے۔ اسی کے لیے مسلمان امت وسط ہیں، اور اسی کام کے کرنے پر اللہ مسلمانوں کو اللہ کے ہاں یہ خیر کا</w:t>
      </w:r>
    </w:p>
    <w:p>
      <w:r>
        <w:rPr>
          <w:b/>
        </w:rPr>
        <w:t xml:space="preserve">[34:34] </w:t>
      </w:r>
      <w:r>
        <w:t>darja milega. Allah ke haan dunya mein nahi, yani to khair o ummat hona bait bar aakhirat hai, bait bar dunya nahi hai.</w:t>
      </w:r>
    </w:p>
    <w:p>
      <w:pPr>
        <w:jc w:val="right"/>
      </w:pPr>
      <w:r>
        <w:t>درجہ ملے گا۔ اللہ کے ہاں دنیا میں نہیں، یعنی تو خیر و امت ہونا بیت بار آخرت ہے، بیت بار دنیا نہیں ہے۔</w:t>
      </w:r>
    </w:p>
    <w:p>
      <w:r>
        <w:rPr>
          <w:b/>
        </w:rPr>
        <w:t xml:space="preserve">[34:48] </w:t>
      </w:r>
      <w:r>
        <w:t>yeh sari baatein jo hain, bohat zyada sochne ki hain, bohat zyada sochne ki hain, bohat zyada sochne ki hain.</w:t>
      </w:r>
    </w:p>
    <w:p>
      <w:pPr>
        <w:jc w:val="right"/>
      </w:pPr>
      <w:r>
        <w:t>یہ ساری باتیں جو ہیں، بہت زیادہ سوچنے کی ہیں، بہت زیادہ سوچنے کی ہیں، بہت زیادہ سوچنے کی ہیں۔</w:t>
      </w:r>
    </w:p>
    <w:p>
      <w:r>
        <w:rPr>
          <w:b/>
        </w:rPr>
        <w:t xml:space="preserve">[34:58] </w:t>
      </w:r>
      <w:r>
        <w:t>woh waqt aa gaya hai ke aap apni sari energy, apni sari tawanaai, apna paisa, apna jo kuch bhi aap ke paas resources hain, woh sab jhonk dein dawat Allah ke kaam mein,</w:t>
      </w:r>
    </w:p>
    <w:p>
      <w:pPr>
        <w:jc w:val="right"/>
      </w:pPr>
      <w:r>
        <w:t>وہ وقت آ گیا ہے کہ آپ اپنی ساری انرجی، اپنی ساری توانائی، اپنا پیسہ، اپنا جو کچھ بھی آپ کے پاس ریسورسز ہیں، وہ سب جھونک دیں دعوت اللہ کے کام میں،</w:t>
      </w:r>
    </w:p>
    <w:p>
      <w:r>
        <w:rPr>
          <w:b/>
        </w:rPr>
        <w:t xml:space="preserve">[35:12] </w:t>
      </w:r>
      <w:r>
        <w:t>jhonk dein. Woh waqt aa gaya hai,</w:t>
      </w:r>
    </w:p>
    <w:p>
      <w:pPr>
        <w:jc w:val="right"/>
      </w:pPr>
      <w:r>
        <w:t>جھونک دیں۔ وہ وقت آ گیا ہے،</w:t>
      </w:r>
    </w:p>
    <w:p>
      <w:r>
        <w:rPr>
          <w:b/>
        </w:rPr>
        <w:t xml:space="preserve">[35:23] </w:t>
      </w:r>
      <w:r>
        <w:t>aur jahan tak yani jo ashrat al-sahha ki baat hai, yani alamaat qyamat ki baat hai, woh rozana itna zyada saamne baatein aa rahi hain ke is mein koi shakk nahi reh gaya hai ke qyamat qareeb hai.</w:t>
      </w:r>
    </w:p>
    <w:p>
      <w:pPr>
        <w:jc w:val="right"/>
      </w:pPr>
      <w:r>
        <w:t>اور جہاں تک یعنی جو اشراط الصحا کی بات ہے، یعنی علامات قیامت کی بات ہے، وہ روزانہ اتنا زیادہ سامنے باتیں آ رہی ہیں کہ اس میں کوئی شک نہیں رہ گیا ہے کہ قیامت قریب ہے۔</w:t>
      </w:r>
    </w:p>
    <w:p>
      <w:r>
        <w:rPr>
          <w:b/>
        </w:rPr>
        <w:t xml:space="preserve">[35:36] </w:t>
      </w:r>
      <w:r>
        <w:t>is mein koi shakk nahi hai. Alamaat qyamat jo hadithon mein batai gayi hain, woh sab aaye din khul kar chali aa rahi hain. To qyamat qareeb hai.</w:t>
      </w:r>
    </w:p>
    <w:p>
      <w:pPr>
        <w:jc w:val="right"/>
      </w:pPr>
      <w:r>
        <w:t>اس میں کوئی شک نہیں ہے۔ علامات قیامت جو حدیثوں میں بتائی گئی ہیں، وہ سب آئے دن کھل کر چلی آ رہی ہیں۔ تو قیامت قریب ہے۔</w:t>
      </w:r>
    </w:p>
    <w:p>
      <w:r>
        <w:rPr>
          <w:b/>
        </w:rPr>
        <w:t xml:space="preserve">[35:48] </w:t>
      </w:r>
      <w:r>
        <w:t>to yeh logon par jo Allah ka deen pahunchna hai, woh kab pahunchega? Kab pahunchega? Bataiye.</w:t>
      </w:r>
    </w:p>
    <w:p>
      <w:pPr>
        <w:jc w:val="right"/>
      </w:pPr>
      <w:r>
        <w:t>تو یہ لوگوں پر جو اللہ کا دین پہنچنا ہے، وہ کب پہنچے گا؟ کب پہنچے گا؟ بتائیے۔</w:t>
      </w:r>
    </w:p>
    <w:p>
      <w:r>
        <w:rPr>
          <w:b/>
        </w:rPr>
        <w:t xml:space="preserve">[35:55] </w:t>
      </w:r>
      <w:r>
        <w:t>Rasool Allah ne farmaya tha Hajjat al-Wida ke mauqe par ke fal yuballigh shahid al-ghayib jo yahan sun rahe hain meri baat, un ko pahuncha de jo sun nahi rahe hain, yani qyamat tak pahunchate rahein.</w:t>
      </w:r>
    </w:p>
    <w:p>
      <w:pPr>
        <w:jc w:val="right"/>
      </w:pPr>
      <w:r>
        <w:t>رسول اللہ نے فرمایا تھا حجۃ الوداع کے موقع پر کہ فلیبلغ شاہد الغائب جو یہاں سن رہے ہیں میری بات، ان کو پہنچا دے جو سن نہیں رہے ہیں، یعنی قیامت تک پہنچاتے رہیں۔</w:t>
      </w:r>
    </w:p>
    <w:p>
      <w:r>
        <w:rPr>
          <w:b/>
        </w:rPr>
        <w:t xml:space="preserve">[36:09] </w:t>
      </w:r>
      <w:r>
        <w:t>to kab hoga yeh? kya qayamat jab khatm ho jayegi, dunya ko khatm ho jayegi, tab hoga? qayamat se pehle pehle sare insano tak Allah ke deen ko pahunchana hai.</w:t>
      </w:r>
    </w:p>
    <w:p>
      <w:pPr>
        <w:jc w:val="right"/>
      </w:pPr>
      <w:r>
        <w:t>تو کب ہوگا یہ؟ کیا قیامت جب ختم ہو جائے گی، دنیا کو ختم ہو جائے گی، تب ہوگا؟ قیامت سے پہلے پہلے سارے انسانوں تک اللہ کے دین کو پہنچانا ہے۔</w:t>
      </w:r>
    </w:p>
    <w:p>
      <w:r>
        <w:rPr>
          <w:b/>
        </w:rPr>
        <w:t xml:space="preserve">[36:20] </w:t>
      </w:r>
      <w:r>
        <w:t>qayamat se pehle pehle tak</w:t>
      </w:r>
    </w:p>
    <w:p>
      <w:pPr>
        <w:jc w:val="right"/>
      </w:pPr>
      <w:r>
        <w:t>قیامت سے پہلے پہلے تک</w:t>
      </w:r>
    </w:p>
    <w:p>
      <w:r>
        <w:rPr>
          <w:b/>
        </w:rPr>
        <w:t xml:space="preserve">[36:28] </w:t>
      </w:r>
      <w:r>
        <w:t>sab kuch dunya se mit jaye, pani bhi na rahe, tab bhi qayamat nahi aayegi. aap pyase mare, pyase mare, aap bhooke mare, aap tab bhi qayamat nahi aayegi.</w:t>
      </w:r>
    </w:p>
    <w:p>
      <w:pPr>
        <w:jc w:val="right"/>
      </w:pPr>
      <w:r>
        <w:t>سب کچھ دنیا سے مٹ جائے، پانی بھی نہ رہے، تب بھی قیامت نہیں آئے گی۔ آپ پیاسے مرے، پیاسے مرے، آپ بھوکے مرے، آپ تب بھی قیامت نہیں آئے گی۔</w:t>
      </w:r>
    </w:p>
    <w:p>
      <w:r>
        <w:rPr>
          <w:b/>
        </w:rPr>
        <w:t xml:space="preserve">[36:37] </w:t>
      </w:r>
      <w:r>
        <w:t>is waqt tak jab tak ke logon tak baat pahunch na gayi ho. abhi dekhein jo khabrein aa rahi hain ke log kehne lage hain ke teesri عالمی jang pani ke liye hogi.</w:t>
      </w:r>
    </w:p>
    <w:p>
      <w:pPr>
        <w:jc w:val="right"/>
      </w:pPr>
      <w:r>
        <w:t>اس وقت تک جب تک کہ لوگوں تک بات پہنچ نہ گئی ہو۔ ابھی دیکھیں جو خبریں آ رہی ہیں کہ لوگ کہنے لگے ہیں کہ تیسری عالمی جنگ پانی کے لیے ہوگی۔</w:t>
      </w:r>
    </w:p>
    <w:p>
      <w:r>
        <w:rPr>
          <w:b/>
        </w:rPr>
        <w:t xml:space="preserve">[36:50] </w:t>
      </w:r>
      <w:r>
        <w:t>pani, itna pani ka itna bada problem paida ho jayega.</w:t>
      </w:r>
    </w:p>
    <w:p>
      <w:pPr>
        <w:jc w:val="right"/>
      </w:pPr>
      <w:r>
        <w:t>پانی، اتنا پانی کا اتنا بڑا پرابلم پیدا ہو جائے گا۔</w:t>
      </w:r>
    </w:p>
    <w:p>
      <w:r>
        <w:rPr>
          <w:b/>
        </w:rPr>
        <w:t xml:space="preserve">[36:57] </w:t>
      </w:r>
      <w:r>
        <w:t>to agar itna bada problem pani ka ho jaye ke is ke liye jangain karein qaumein, tab bhi qayamat nahi aayegi. is waqt tak jab tak ke sab logon tak baat pahunch na jaye.</w:t>
      </w:r>
    </w:p>
    <w:p>
      <w:pPr>
        <w:jc w:val="right"/>
      </w:pPr>
      <w:r>
        <w:t>تو اگر اتنا بڑا پرابلم پانی کا ہو جائے کہ اس کے لیے جنگیں کریں قومیں، تب بھی قیامت نہیں آئے گی۔ اس وقت تک جب تک کہ سب لوگوں تک بات پہنچ نہ جائے۔</w:t>
      </w:r>
    </w:p>
    <w:p>
      <w:r>
        <w:rPr>
          <w:b/>
        </w:rPr>
        <w:t xml:space="preserve">[37:10] </w:t>
      </w:r>
      <w:r>
        <w:t>to yeh kaun karega? wohi log karein ge jo apne ko ahle iman batate hain, apne ko momin muslim batate hain, unhi ko karna hai.</w:t>
      </w:r>
    </w:p>
    <w:p>
      <w:pPr>
        <w:jc w:val="right"/>
      </w:pPr>
      <w:r>
        <w:t>تو یہ کون کرے گا؟ وہی لوگ کریں گے جو اپنے کو اہل ایمان بتاتے ہیں، اپنے کو مومن مسلم بتاتے ہیں، انہی کو کرنا ہے۔</w:t>
      </w:r>
    </w:p>
    <w:p>
      <w:r>
        <w:rPr>
          <w:b/>
        </w:rPr>
        <w:t xml:space="preserve">[37:23] </w:t>
      </w:r>
      <w:r>
        <w:t>to Allah taala ne is is khabar ko jab maine dekha to mujhe laga ke Allah taala ne musalman ko disown kar diya hai. yaad rakhiye, disown kar diya hai.</w:t>
      </w:r>
    </w:p>
    <w:p>
      <w:pPr>
        <w:jc w:val="right"/>
      </w:pPr>
      <w:r>
        <w:t>تو اللہ تعالی نے اس اس خبر کو جب میں نے دیکھا تو مجھے لگا کہ اللہ تعالی نے مسلمان کو ڈس اون کر دیا ہے۔ یاد رکھیے، ڈس اون کر دیا ہے۔</w:t>
      </w:r>
    </w:p>
    <w:p>
      <w:r>
        <w:rPr>
          <w:b/>
        </w:rPr>
        <w:t xml:space="preserve">[37:34] </w:t>
      </w:r>
      <w:r>
        <w:t>aur is waqt tak own nahi karega jab tak ke musalman Hazrat Yunus alaihis salam ke tareeqe se tauba na karein aur wapas na aaein madu ki taraf.</w:t>
      </w:r>
    </w:p>
    <w:p>
      <w:pPr>
        <w:jc w:val="right"/>
      </w:pPr>
      <w:r>
        <w:t>اور اس وقت تک اون نہیں کرے گا جب تک کہ مسلمان حضرت یونس علیہ السلام کے طریقے سے توبہ نہ کریں اور واپس نہ آئیں مدعو کی طرف۔</w:t>
      </w:r>
    </w:p>
    <w:p>
      <w:r>
        <w:rPr>
          <w:b/>
        </w:rPr>
        <w:t xml:space="preserve">[37:44] </w:t>
      </w:r>
      <w:r>
        <w:t>is waqt tak own nahi karega Allah taala dobara un ko.</w:t>
      </w:r>
    </w:p>
    <w:p>
      <w:pPr>
        <w:jc w:val="right"/>
      </w:pPr>
      <w:r>
        <w:t>اس وقت تک اون نہیں کرے گا اللہ تعالی دوبارہ ان کو۔</w:t>
      </w:r>
    </w:p>
    <w:p>
      <w:r>
        <w:rPr>
          <w:b/>
        </w:rPr>
        <w:t xml:space="preserve">[37:51] </w:t>
      </w:r>
      <w:r>
        <w:t>quran o hadith ke mutabiq yeh baat do do char ki tarah hai. yeh koi, yeh koi oratory nahi hai, yeh koi guess nahi hai, yeh koi fardi baat nahi hai.</w:t>
      </w:r>
    </w:p>
    <w:p>
      <w:pPr>
        <w:jc w:val="right"/>
      </w:pPr>
      <w:r>
        <w:t>قرآن و حدیث کے مطابق یہ بات دو دو چار کی طرح ہے۔ یہ کوئی، یہ کوئی اوریٹری نہیں ہے، یہ کوئی گیس نہیں ہے، یہ کوئی فردی بات نہیں ہے۔</w:t>
      </w:r>
    </w:p>
    <w:p>
      <w:r>
        <w:rPr>
          <w:b/>
        </w:rPr>
        <w:t xml:space="preserve">[38:02] </w:t>
      </w:r>
      <w:r>
        <w:t>wohi baat mein kar raha hoon jo quran o hadith se bilkul wazeh taur par sabit hai. wazeh taur par sabit hai.</w:t>
      </w:r>
    </w:p>
    <w:p>
      <w:pPr>
        <w:jc w:val="right"/>
      </w:pPr>
      <w:r>
        <w:t>وہی بات میں کر رہا ہوں جو قرآن و حدیث سے بالکل واضح طور پر ثابت ہے۔ واضح طور پر ثابت ہے۔</w:t>
      </w:r>
    </w:p>
    <w:p>
      <w:r>
        <w:rPr>
          <w:b/>
        </w:rPr>
        <w:t xml:space="preserve">[38:19] </w:t>
      </w:r>
      <w:r>
        <w:t>Allah ke fazl se hamare saathi jo hain, jagah yani dunya ke mukhtalif hisson mein sargaram hain, yeh bohat bari shukar ki baat hai.</w:t>
      </w:r>
    </w:p>
    <w:p>
      <w:pPr>
        <w:jc w:val="right"/>
      </w:pPr>
      <w:r>
        <w:t>اللہ کے فضل سے ہمارے ساتھی جو ہیں، جگہ یعنی دنیا کے مختلف حصوں میں سرگرم ہیں، یہ بہت بڑی شکر کی بات ہے۔</w:t>
      </w:r>
    </w:p>
    <w:p>
      <w:r>
        <w:rPr>
          <w:b/>
        </w:rPr>
        <w:t xml:space="preserve">[38:33] </w:t>
      </w:r>
      <w:r>
        <w:t>aur sab se bari jo cheez mein sochta rehta hoon rozana ke mein to kursi pe baitha rehta hoon, ek ek ek kamre mein, aur rota rehta hoon ke khuda ya mein to ek ajez banda hoon,</w:t>
      </w:r>
    </w:p>
    <w:p>
      <w:pPr>
        <w:jc w:val="right"/>
      </w:pPr>
      <w:r>
        <w:t>اور سب سے بڑی جو چیز میں سوچتا رہتا ہوں روزانہ کہ میں تو کرسی پہ بیٹھا رہتا ہوں، ایک ایک ایک کمرے میں، اور روتا رہتا ہوں کہ خدایا میں تو ایک عاجز بندہ ہوں،</w:t>
      </w:r>
    </w:p>
    <w:p>
      <w:r>
        <w:rPr>
          <w:b/>
        </w:rPr>
        <w:t xml:space="preserve">[38:47] </w:t>
      </w:r>
      <w:r>
        <w:t>lekin mere jo saathi hain, khud hi plan karte hain, khud hi paisa kharch karte hain, khud hi apna waqt kharch karte hain.</w:t>
      </w:r>
    </w:p>
    <w:p>
      <w:pPr>
        <w:jc w:val="right"/>
      </w:pPr>
      <w:r>
        <w:t>لیکن میرے جو ساتھی ہیں، خود ہی پلان کرتے ہیں، خود ہی پیسہ خرچ کرتے ہیں، خود ہی اپنا وقت خرچ کرتے ہیں۔</w:t>
      </w:r>
    </w:p>
    <w:p>
      <w:r>
        <w:rPr>
          <w:b/>
        </w:rPr>
        <w:t xml:space="preserve">[38:57] </w:t>
      </w:r>
      <w:r>
        <w:t>mere paas in ko dene ke liye kuch nahi hai. yeh saathi mere dilli mein nahi, balke dunya bhar mein hain. mere paas in ko dene ke liye kuch nahi.</w:t>
      </w:r>
    </w:p>
    <w:p>
      <w:pPr>
        <w:jc w:val="right"/>
      </w:pPr>
      <w:r>
        <w:t>میرے پاس ان کو دینے کے لیے کچھ نہیں ہے۔ یہ ساتھی میرے دلی میں نہیں، بلکہ دنیا بھر میں ہیں۔ میرے پاس ان کو دینے کے لیے کچھ نہیں۔</w:t>
      </w:r>
    </w:p>
    <w:p>
      <w:r>
        <w:rPr>
          <w:b/>
        </w:rPr>
        <w:t xml:space="preserve">[39:08] </w:t>
      </w:r>
      <w:r>
        <w:t>woh apne paas se paisa kharch karte hain, khud plan banate hain, apna waqt lagate hain, aur dunya mein jahan jahan mumkin hai, woh Allah ka paigham pahuncha rahe hain.</w:t>
      </w:r>
    </w:p>
    <w:p>
      <w:pPr>
        <w:jc w:val="right"/>
      </w:pPr>
      <w:r>
        <w:t>وہ اپنے پاس سے پیسہ خرچ کرتے ہیں، خود پلان بناتے ہیں، اپنا وقت لگاتے ہیں، اور دنیا میں جہاں جہاں ممکن ہے، وہ اللہ کا پیغام پہنچا رہے ہیں۔</w:t>
      </w:r>
    </w:p>
    <w:p>
      <w:r>
        <w:rPr>
          <w:b/>
        </w:rPr>
        <w:t xml:space="preserve">[39:23] </w:t>
      </w:r>
      <w:r>
        <w:t>kahin personally pahuncha rahe hain,</w:t>
      </w:r>
    </w:p>
    <w:p>
      <w:pPr>
        <w:jc w:val="right"/>
      </w:pPr>
      <w:r>
        <w:t>کہیں پرسنلی پہنچا رہے ہیں،</w:t>
      </w:r>
    </w:p>
    <w:p>
      <w:r>
        <w:rPr>
          <w:b/>
        </w:rPr>
        <w:t xml:space="preserve">[39:25] </w:t>
      </w:r>
      <w:r>
        <w:t>kahin ja kar quran ko distribute karte hain, kahin internet ke zariye se kar rahe hain. to global level par yeh kaam kar rahe hain. Allah ke fazl se aur apni apni initiative kar rahe hain.</w:t>
      </w:r>
    </w:p>
    <w:p>
      <w:pPr>
        <w:jc w:val="right"/>
      </w:pPr>
      <w:r>
        <w:t>کہیں جا کر قرآن کو ڈسٹریبیوٹ کرتے ہیں، کہیں انٹرنیٹ کے ذریعے سے کر رہے ہیں۔ تو گلوبل لیول پر یہ کام کر رہے ہیں۔ اللہ کے فضل سے اور اپنی اپنی انیشیٹیو کر رہے ہیں۔</w:t>
      </w:r>
    </w:p>
    <w:p>
      <w:r>
        <w:rPr>
          <w:b/>
        </w:rPr>
        <w:t xml:space="preserve">[39:38] </w:t>
      </w:r>
      <w:r>
        <w:t>mein to sirf in ke liye dua karta rehta hoon. bas mein apne office mein kursi pe baitha hua sirf dua karta rehta hoon. na meri koi direction hai, na mere koi plan hai, na kuch nahi.</w:t>
      </w:r>
    </w:p>
    <w:p>
      <w:pPr>
        <w:jc w:val="right"/>
      </w:pPr>
      <w:r>
        <w:t>میں تو صرف ان کے لیے دعا کرتا رہتا ہوں۔ بس میں اپنے آفس میں کرسی پہ بیٹھا ہوا صرف دعا کرتا رہتا ہوں۔ نہ میری کوئی ڈائریکشن ہے، نہ میرے کوئی پلان ہے، نہ کچھ نہیں۔</w:t>
      </w:r>
    </w:p>
    <w:p>
      <w:r>
        <w:rPr>
          <w:b/>
        </w:rPr>
        <w:t xml:space="preserve">[39:52] </w:t>
      </w:r>
      <w:r>
        <w:t>to bas sochta hoon, aaj bhi soch soch soch raha tha ke kaisa ajeeb baat hai ke kaise log mutharrik hain. koi central planning nahi, koi central direction nahi, koi koi aisa center nahi jahan se in ko subah sham bataya ja raha ho ke yeh karo, woh karo.</w:t>
      </w:r>
    </w:p>
    <w:p>
      <w:pPr>
        <w:jc w:val="right"/>
      </w:pPr>
      <w:r>
        <w:t>تو بس سوچتا ہوں، آج بھی سوچ سوچ سوچ رہا تھا کہ کیسا عجیب بات ہے کہ کیسے لوگ متحرک ہیں۔ کوئی سینٹرل پلاننگ نہیں، کوئی سینٹرل ڈائریکشن نہیں، کوئی کوئی ایسا سینٹر نہیں جہاں سے ان کو صبح شام بتایا جا رہا ہو کہ یہ کرو، وہ کرو۔</w:t>
      </w:r>
    </w:p>
    <w:p>
      <w:r>
        <w:rPr>
          <w:b/>
        </w:rPr>
        <w:t xml:space="preserve">[40:13] </w:t>
      </w:r>
      <w:r>
        <w:t>khud hi khud sab log kar rahe hain. yeh bilashuba Allah taala ka muamla hai.</w:t>
      </w:r>
    </w:p>
    <w:p>
      <w:pPr>
        <w:jc w:val="right"/>
      </w:pPr>
      <w:r>
        <w:t>خود ہی خود سب لوگ کر رہے ہیں۔ یہ بلاشبہ اللہ تعالی کا معاملہ ہے۔</w:t>
      </w:r>
    </w:p>
    <w:p>
      <w:r>
        <w:rPr>
          <w:b/>
        </w:rPr>
        <w:t xml:space="preserve">[40:19] </w:t>
      </w:r>
      <w:r>
        <w:t>Allah taala ke matloob hai ke qayamat se pehle is ki is ki baat, is ka paigham logon tak pahunch jaye. is liye ise logon ko mutharrik kar diya hai.</w:t>
      </w:r>
    </w:p>
    <w:p>
      <w:pPr>
        <w:jc w:val="right"/>
      </w:pPr>
      <w:r>
        <w:t>اللہ تعالی کے مطلوب ہے کہ قیامت سے پہلے اس کی اس کی بات، اس کا پیغام لوگوں تک پہنچ جائے۔ اس لیے اسے لوگوں کو متحرک کر دیا ہے۔</w:t>
      </w:r>
    </w:p>
    <w:p>
      <w:r>
        <w:rPr>
          <w:b/>
        </w:rPr>
        <w:t xml:space="preserve">[40:31] </w:t>
      </w:r>
      <w:r>
        <w:t>logon ko, logon ko, logon ko active kar diya hai.</w:t>
      </w:r>
    </w:p>
    <w:p>
      <w:pPr>
        <w:jc w:val="right"/>
      </w:pPr>
      <w:r>
        <w:t>لوگوں کو، لوگوں کو، لوگوں کو ایکٹیو کر دیا ہے۔</w:t>
      </w:r>
    </w:p>
    <w:p>
      <w:r>
        <w:rPr>
          <w:b/>
        </w:rPr>
        <w:t xml:space="preserve">[40:38] </w:t>
      </w:r>
      <w:r>
        <w:t>warna kaise mumkin hai ke log apne apna waqt, apna paisa, apna woh sab kuch lagaein,</w:t>
      </w:r>
    </w:p>
    <w:p>
      <w:pPr>
        <w:jc w:val="right"/>
      </w:pPr>
      <w:r>
        <w:t>ورنہ کیسے ممکن ہے کہ لوگ اپنے اپنا وقت، اپنا پیسہ، اپنا وہ سب کچھ لگائیں،</w:t>
      </w:r>
    </w:p>
    <w:p>
      <w:r>
        <w:rPr>
          <w:b/>
        </w:rPr>
        <w:t xml:space="preserve">[40:45] </w:t>
      </w:r>
      <w:r>
        <w:t>khud hi program banayen, khud hi sochen, is ko apnay zaati kaam ke tor par karen? kaisay mumkin hai? sirf is liye mumkin hai ke Allah taala ne sab ke dil mein daal diya hai.</w:t>
      </w:r>
    </w:p>
    <w:p>
      <w:pPr>
        <w:jc w:val="right"/>
      </w:pPr>
      <w:r>
        <w:t>خود ہی پروگرام بنائیں، خود ہی سوچیں، اس کو اپنے ذاتی کام کے طور پر کریں؟ کیسے ممکن ہے؟ صرف اس لیے ممکن ہے کہ اللہ تعالی نے سب کے دلوں میں ڈال دیا ہے۔</w:t>
      </w:r>
    </w:p>
    <w:p>
      <w:r>
        <w:rPr>
          <w:b/>
        </w:rPr>
        <w:t xml:space="preserve">[40:56] </w:t>
      </w:r>
      <w:r>
        <w:t>Allah taala ne sab ke dil mein logon ko daal diya hai yeh baat. aur hum sab log human face hain. yaad rakhiye, Allah taala ko yeh kaam matloob hai ke yeh pohanchay, Allah ki awaz logon tak.</w:t>
      </w:r>
    </w:p>
    <w:p>
      <w:pPr>
        <w:jc w:val="right"/>
      </w:pPr>
      <w:r>
        <w:t>اللہ تعالی نے سب کے دلوں میں لوگوں کو ڈال دیا ہے یہ بات۔ اور ہم سب لوگ ہیومن فیس ہیں۔ یاد رکھیے، اللہ تعالی کو یہ کام مطلوب ہے کہ یہ پہنچے، اللہ کی آواز لوگوں تک۔</w:t>
      </w:r>
    </w:p>
    <w:p>
      <w:r>
        <w:rPr>
          <w:b/>
        </w:rPr>
        <w:t xml:space="preserve">[41:12] </w:t>
      </w:r>
      <w:r>
        <w:t>to jo log, hum logon ko aisay bhi log hain jo jhooti khabrein phailatay hain, hamaray baray mein badnaam kartay hain, hamaray baray mein jhootay propaganda kartay hain, hamaray baray mein, unhein toba kar ke hamara saath dena chahiye.</w:t>
      </w:r>
    </w:p>
    <w:p>
      <w:pPr>
        <w:jc w:val="right"/>
      </w:pPr>
      <w:r>
        <w:t>تو جو لوگ، ہم لوگوں کو ایسے بھی لوگ ہیں جو جھوٹی خبریں پھیلاتے ہیں، ہمارے بارے میں بدنام کرتے ہیں، ہمارے بارے میں جھوٹے پروپیگنڈے کرتے ہیں، ہمارے بارے میں، انہیں توبہ کر کے ہمارا ساتھ دینا چاہیے۔</w:t>
      </w:r>
    </w:p>
    <w:p>
      <w:r>
        <w:rPr>
          <w:b/>
        </w:rPr>
        <w:t xml:space="preserve">[41:29] </w:t>
      </w:r>
      <w:r>
        <w:t>unhein toba kar ke hamara saath dena chahiye. yahi to woh log hain jo zameen par is kaam ke liye mutharrik hain, jis ke liye Rasool Allah S.A.W. ne kaha tha ke mera paigham sari dunya tak pohancha do.</w:t>
      </w:r>
    </w:p>
    <w:p>
      <w:pPr>
        <w:jc w:val="right"/>
      </w:pPr>
      <w:r>
        <w:t>انہیں توبہ کر کے ہمارا ساتھ دینا چاہیے۔ یہی تو وہ لوگ ہیں جو زمین پر اس کام کے لیے متحرک ہیں، جس کے لیے رسول اللہ صلی اللہ علیہ وسلم نے کہا تھا کہ میرا پیغام ساری دنیا تک پہنچا دو۔</w:t>
      </w:r>
    </w:p>
    <w:p>
      <w:r>
        <w:rPr>
          <w:b/>
        </w:rPr>
        <w:t xml:space="preserve">[41:55] </w:t>
      </w:r>
      <w:r>
        <w:t>to beharhal yeh bohat ziyada, yani yeh baatein, yeh koi khitabath nahi hai, yeh koi oratory nahi hai, yeh koi taqreer nahi hai.</w:t>
      </w:r>
    </w:p>
    <w:p>
      <w:pPr>
        <w:jc w:val="right"/>
      </w:pPr>
      <w:r>
        <w:t>تو بہرحال یہ بہت زیادہ، یعنی یہ باتیں، یہ کوئی خطابت نہیں ہے، یہ کوئی اوریٹری نہیں ہے، یہ کوئی تقریر نہیں ہے۔</w:t>
      </w:r>
    </w:p>
    <w:p>
      <w:r>
        <w:rPr>
          <w:b/>
        </w:rPr>
        <w:t xml:space="preserve">[42:06] </w:t>
      </w:r>
      <w:r>
        <w:t>yeh dil ke tukray hain,</w:t>
      </w:r>
    </w:p>
    <w:p>
      <w:pPr>
        <w:jc w:val="right"/>
      </w:pPr>
      <w:r>
        <w:t>یہ دل کے ٹکڑے ہیں،</w:t>
      </w:r>
    </w:p>
    <w:p>
      <w:r>
        <w:rPr>
          <w:b/>
        </w:rPr>
        <w:t xml:space="preserve">[42:13] </w:t>
      </w:r>
      <w:r>
        <w:t>yeh koi taqreer nahi. taqreer na samjhiye is ko, is ko koi khitabath mat samjhiye.</w:t>
      </w:r>
    </w:p>
    <w:p>
      <w:pPr>
        <w:jc w:val="right"/>
      </w:pPr>
      <w:r>
        <w:t>یہ کوئی تقریر نہیں۔ تقریر نہ سمجھیے اس کو، اس کو کوئی خطابت مت سمجھیے۔</w:t>
      </w:r>
    </w:p>
    <w:p>
      <w:r>
        <w:rPr>
          <w:b/>
        </w:rPr>
        <w:t xml:space="preserve">[42:23] </w:t>
      </w:r>
      <w:r>
        <w:t>aik aik ehsas hai ke Allah ke bandon tak Allah ka paigham kaisay pohanchayen. woh ehsas niklta hai meri zuban se.</w:t>
      </w:r>
    </w:p>
    <w:p>
      <w:pPr>
        <w:jc w:val="right"/>
      </w:pPr>
      <w:r>
        <w:t>ایک ایک احساس ہے کہ اللہ کے بندوں تک اللہ کا پیغام کیسے پہنچائیں۔ وہ احساس نکلتا ہے میری زبان سے۔</w:t>
      </w:r>
    </w:p>
    <w:p>
      <w:r>
        <w:rPr>
          <w:b/>
        </w:rPr>
        <w:t xml:space="preserve">[42:35] </w:t>
      </w:r>
      <w:r>
        <w:t>kabhi likhta hoon, kabhi bolta hoon, kabhi dua karta hoon.</w:t>
      </w:r>
    </w:p>
    <w:p>
      <w:pPr>
        <w:jc w:val="right"/>
      </w:pPr>
      <w:r>
        <w:t>کبھی لکھتا ہوں، کبھی بولتا ہوں، کبھی دعا کرتا ہوں۔</w:t>
      </w:r>
    </w:p>
    <w:p>
      <w:r>
        <w:rPr>
          <w:b/>
        </w:rPr>
        <w:t xml:space="preserve">[42:45] </w:t>
      </w:r>
      <w:r>
        <w:t>ab mein aakhir mein aap ko aik aik kal ka tajurba arz karna chahta hoon. kal sham ko aik program tha.</w:t>
      </w:r>
    </w:p>
    <w:p>
      <w:pPr>
        <w:jc w:val="right"/>
      </w:pPr>
      <w:r>
        <w:t>اب میں آخر میں آپ کو ایک ایک کل کا تجربہ عرض کرنا چاہتا ہوں۔ کل شام کو ایک پروگرام تھا۔</w:t>
      </w:r>
    </w:p>
    <w:p>
      <w:r>
        <w:rPr>
          <w:b/>
        </w:rPr>
        <w:t xml:space="preserve">[42:55] </w:t>
      </w:r>
      <w:r>
        <w:t>kal sham ko aik program tha. mein ne Dilli mein apnay office se address kiya Libya walon ko</w:t>
      </w:r>
    </w:p>
    <w:p>
      <w:pPr>
        <w:jc w:val="right"/>
      </w:pPr>
      <w:r>
        <w:t>کل شام کو ایک پروگرام تھا۔ میں نے دلی میں اپنے آفس سے ایڈریس کیا لیبیا والوں کو</w:t>
      </w:r>
    </w:p>
    <w:p>
      <w:r>
        <w:rPr>
          <w:b/>
        </w:rPr>
        <w:t xml:space="preserve">[43:04] </w:t>
      </w:r>
      <w:r>
        <w:t>. Libya mein, Libya mein kuch log jo is dawat ke kaam mein active hain, wahan se unhon ne telephone kiya aur video call ke zariye se internet par mein ne unhein address kiya.</w:t>
      </w:r>
    </w:p>
    <w:p>
      <w:pPr>
        <w:jc w:val="right"/>
      </w:pPr>
      <w:r>
        <w:t>۔ لیبیا میں، لیبیا میں کچھ لوگ جو اس دعوت کے کام میں ایکٹیو ہیں، وہاں سے انہوں نے ٹیلی فون کیا اور ویڈیو کال کے ذریعے سے انٹرنیٹ پر میں نے انہیں ایڈریس کیا۔</w:t>
      </w:r>
    </w:p>
    <w:p>
      <w:r>
        <w:rPr>
          <w:b/>
        </w:rPr>
        <w:t xml:space="preserve">[43:15] </w:t>
      </w:r>
      <w:r>
        <w:t>aap jantay hain ke Dilli aur Tripoli ke beech mein taqreeban nau hazar kilometer ka faasla hai.</w:t>
      </w:r>
    </w:p>
    <w:p>
      <w:pPr>
        <w:jc w:val="right"/>
      </w:pPr>
      <w:r>
        <w:t>آپ جانتے ہیں کہ دلی اور ترابلس کے بیچ میں تقریباً نو ہزار کلومیٹر کا فاصلہ ہے۔</w:t>
      </w:r>
    </w:p>
    <w:p>
      <w:r>
        <w:rPr>
          <w:b/>
        </w:rPr>
        <w:t xml:space="preserve">[43:24] </w:t>
      </w:r>
      <w:r>
        <w:t>nau hazar kilometer. is se pehlay mein ne address kiya kai bar America mein, woh to 18 hazar kilometer ka faasla hai. aur is waqt jo mein bol raha hoon, sari dunya mein jagah jo log sun rahay hain, is ko lay kar mein ne socha ke jin logon ne chotay chotay pocket banaye, kisi ne is mulk mein, kisi ne is mulk mein, to woh kya hai?</w:t>
      </w:r>
    </w:p>
    <w:p>
      <w:pPr>
        <w:jc w:val="right"/>
      </w:pPr>
      <w:r>
        <w:t>نو ہزار کلومیٹر۔ اس سے پہلے میں نے ایڈریس کیا کئی بار امریکہ میں، وہ تو 18 ہزار کلومیٹر کا فاصلہ ہے۔ اور اس وقت جو میں بول رہا ہوں، ساری دنیا میں جگہ جو لوگ سن رہے ہیں، اس کو لے کر میں نے سوچا کہ جن لوگوں نے چھوٹے چھوٹے پاکٹ بنائے، کسی نے اس ملک میں، کسی نے اس ملک میں، تو وہ کیا ہے؟</w:t>
      </w:r>
    </w:p>
    <w:p>
      <w:r>
        <w:rPr>
          <w:b/>
        </w:rPr>
        <w:t xml:space="preserve">[43:48] </w:t>
      </w:r>
      <w:r>
        <w:t>woh chotay chotay</w:t>
      </w:r>
    </w:p>
    <w:p>
      <w:pPr>
        <w:jc w:val="right"/>
      </w:pPr>
      <w:r>
        <w:t>وہ چھوٹے چھوٹے</w:t>
      </w:r>
    </w:p>
    <w:p>
      <w:r>
        <w:rPr>
          <w:b/>
        </w:rPr>
        <w:t xml:space="preserve">[43:49] </w:t>
      </w:r>
      <w:r>
        <w:t>mulk banaye. aur yahan to yeh hai ke Allah taala ne mauqa diya hai ke aap aik dawah empire qaim kar saken, jo hum kal kaam kar rahay hain, dunya bhar mein pohanch raha hai paigham.</w:t>
      </w:r>
    </w:p>
    <w:p>
      <w:pPr>
        <w:jc w:val="right"/>
      </w:pPr>
      <w:r>
        <w:t>ملک بنائے۔ اور یہاں تو یہ ہے کہ اللہ تعالی نے موقع دیا ہے کہ آپ ایک دعویٰ امپائر قائم کر سکیں، جو ہم کل کام کر رہے ہیں، دنیا بھر میں پہنچ رہا ہے پیغام۔</w:t>
      </w:r>
    </w:p>
    <w:p>
      <w:r>
        <w:rPr>
          <w:b/>
        </w:rPr>
        <w:t xml:space="preserve">[43:58] </w:t>
      </w:r>
      <w:r>
        <w:t>koi is ke liye rukawat nahi, is ke liye kisi political power ki zaroorat nahi, kisi army ki zaroorat nahi, kisi fauj ki zaroorat nahi, aur sari dunya mein pohanch raha hai. to Allah taala dikha rahay hain ke tum paray huay abhi tak apni hukoomat qaim karne ke liye, abhi tak tum ko apni saltanat yaad aati hai.</w:t>
      </w:r>
    </w:p>
    <w:p>
      <w:pPr>
        <w:jc w:val="right"/>
      </w:pPr>
      <w:r>
        <w:t>کوئی اس کے لیے رکاوٹ نہیں، اس کے لیے کسی پولیٹیکل پاور کی ضرورت نہیں، کسی آرمی کی ضرورت نہیں، کسی فوج کی ضرورت نہیں، اور ساری دنیا میں پہنچ رہا ہے۔ تو اللہ تعالی دکھا رہے ہیں کہ تم پڑے ہوئے ابھی تک اپنی حکومت قائم کرنے کے لیے، ابھی تک تم کو اپنی سلطنت یاد آتی ہے۔</w:t>
      </w:r>
    </w:p>
    <w:p>
      <w:r>
        <w:rPr>
          <w:b/>
        </w:rPr>
        <w:t xml:space="preserve">[44:14] </w:t>
      </w:r>
      <w:r>
        <w:t>aur yahan khol diya Allah taala ne aik aik samandar khol diya hai dawat ka. dawat ke field mein mauqa ki itni kasrat hai, aur tumhari jo political urooj jo tum chahtay ho, wahan tumhein kuch milnay wala nahi.</w:t>
      </w:r>
    </w:p>
    <w:p>
      <w:pPr>
        <w:jc w:val="right"/>
      </w:pPr>
      <w:r>
        <w:t>اور یہاں کھول دیا اللہ تعالی نے ایک ایک سمندر کھول دیا ہے دعوت کا۔ دعوت کے فیلڈ میں مواقع کی اتنی کثرت ہے، اور تمہاری جو پولیٹیکل عروج جو تم چاہتے ہو، وہاں تمہیں کچھ ملنے والا نہیں۔</w:t>
      </w:r>
    </w:p>
    <w:p>
      <w:r>
        <w:rPr>
          <w:b/>
        </w:rPr>
        <w:t xml:space="preserve">[44:28] </w:t>
      </w:r>
      <w:r>
        <w:t>wahan tumhein zillat milay gi.</w:t>
      </w:r>
    </w:p>
    <w:p>
      <w:pPr>
        <w:jc w:val="right"/>
      </w:pPr>
      <w:r>
        <w:t>وہاں تمہیں ذلت ملے گی۔</w:t>
      </w:r>
    </w:p>
    <w:p>
      <w:r>
        <w:rPr>
          <w:b/>
        </w:rPr>
        <w:t xml:space="preserve">[44:31] </w:t>
      </w:r>
      <w:r>
        <w:t>yani political chattan par agar tum takartay raho gay to sirf tabahi hai, tabahi hai. woh dikha diya Allah taala ne. aur doosri taraf aap dekhiye, hum aap jo kaam kar rahay hain, jo sari dunya mein hum dawah work kar rahay hain,</w:t>
      </w:r>
    </w:p>
    <w:p>
      <w:pPr>
        <w:jc w:val="right"/>
      </w:pPr>
      <w:r>
        <w:t>یعنی پولیٹیکل چٹان پر اگر تم ٹکارتے رہو گے تو صرف تباہی ہے، تباہی ہے۔ وہ دکھا دیا اللہ تعالی نے۔ اور دوسری طرف آپ دیکھیے، ہم آپ جو کام کر رہے ہیں، جو ساری دنیا میں ہم دعویٰ ورک کر رہے ہیں،</w:t>
      </w:r>
    </w:p>
    <w:p>
      <w:r>
        <w:rPr>
          <w:b/>
        </w:rPr>
        <w:t xml:space="preserve">[44:44] </w:t>
      </w:r>
      <w:r>
        <w:t>aik dawah empire ka sari dunya mein paida hua internet ke zariye se aur print media aur electronic media ke zariye se.</w:t>
      </w:r>
    </w:p>
    <w:p>
      <w:pPr>
        <w:jc w:val="right"/>
      </w:pPr>
      <w:r>
        <w:t>ایک دعویٰ امپائر کا ساری دنیا میں پیدا ہوا انٹرنیٹ کے ذریعے سے اور پرنٹ میڈیا اور الیکٹرانک میڈیا کے ذریعے سے۔</w:t>
      </w:r>
    </w:p>
    <w:p>
      <w:r>
        <w:rPr>
          <w:b/>
        </w:rPr>
        <w:t xml:space="preserve">[44:53] </w:t>
      </w:r>
      <w:r>
        <w:t>kisi ajeeb baat hai! jahan rastay band hain, wahan musalman tik</w:t>
      </w:r>
    </w:p>
    <w:p>
      <w:pPr>
        <w:jc w:val="right"/>
      </w:pPr>
      <w:r>
        <w:t>کیسی عجیب بات ہے! جہاں راستے بند ہیں، وہاں مسلمان ٹک</w:t>
      </w:r>
    </w:p>
    <w:p>
      <w:r>
        <w:rPr>
          <w:b/>
        </w:rPr>
        <w:t xml:space="preserve">[44:58] </w:t>
      </w:r>
      <w:r>
        <w:t>raha hain. jahan rastay khulay huay hain, wahan kuch kar nahi rahay.</w:t>
      </w:r>
    </w:p>
    <w:p>
      <w:pPr>
        <w:jc w:val="right"/>
      </w:pPr>
      <w:r>
        <w:t>را رہے ہیں۔ جہاں راستے کھلے ہوئے ہیں، وہاں کچھ کر نہیں رہے۔</w:t>
      </w:r>
    </w:p>
    <w:p>
      <w:r>
        <w:rPr>
          <w:b/>
        </w:rPr>
        <w:t xml:space="preserve">[45:04] </w:t>
      </w:r>
      <w:r>
        <w:t>to meri dua hai ke Allah taala hum ko aql day, hum is Allah taala ke is ishara ko samjhen ke kaam wahan nahi hai, jahan tum qurbani day rahay ho political chattan par.</w:t>
      </w:r>
    </w:p>
    <w:p>
      <w:pPr>
        <w:jc w:val="right"/>
      </w:pPr>
      <w:r>
        <w:t>تو میری دعا ہے کہ اللہ تعالی ہم کو عقل دے، ہم اس اللہ تعالی کے اس اشارے کو سمجھیں کہ کام وہاں نہیں ہے، جہاں تم قربانی دے رہے ہو پولیٹیکل چٹان پر۔</w:t>
      </w:r>
    </w:p>
    <w:p>
      <w:r>
        <w:rPr>
          <w:b/>
        </w:rPr>
        <w:t xml:space="preserve">[45:15] </w:t>
      </w:r>
      <w:r>
        <w:t>kaam yahan hai, jahan dawat ke saray maidan khul rahay hain. yahan par kaam karo. Allah taala meri aur aap ki madad farmaye.</w:t>
      </w:r>
    </w:p>
    <w:p>
      <w:pPr>
        <w:jc w:val="right"/>
      </w:pPr>
      <w:r>
        <w:t>کام یہاں ہے، جہاں دعوت کے سارے میدان کھل رہے ہیں۔ یہاں پر کام کرو۔ اللہ تعالی میری اور آپ کی مدد فرمائے۔</w:t>
      </w:r>
    </w:p>
    <w:p>
      <w:r>
        <w:rPr>
          <w:b/>
        </w:rPr>
        <w:t xml:space="preserve">[45:26] </w:t>
      </w:r>
      <w:r>
        <w:t>aqool qooli haza wa astaghfirullaha li wa lakum ajmaeen</w:t>
      </w:r>
    </w:p>
    <w:p>
      <w:pPr>
        <w:jc w:val="right"/>
      </w:pPr>
      <w:r>
        <w:t>أقول قولي هذا واستغفراللہ لي ولكم اجمعین</w:t>
      </w:r>
    </w:p>
    <w:p>
      <w:r>
        <w:rPr>
          <w:b/>
        </w:rPr>
        <w:t xml:space="preserve">[45:41] </w:t>
      </w:r>
      <w:r>
        <w:t>molana, yeh sawal abhi aaya hai lahore pakistan se muhammad sajjad nawaz sahab ka. unhon ne likha hai: "molana sahab, i am from lahore pakistan</w:t>
      </w:r>
    </w:p>
    <w:p>
      <w:pPr>
        <w:jc w:val="right"/>
      </w:pPr>
      <w:r>
        <w:t>مولانا، یہ سوال ابھی آیا ہے لاہور پاکستان سے محمد سجاد نواز صاحب کا۔ انہوں نے لکھا ہے: "مولانا صاحب، آئی ایم فرام لاہور پاکستان</w:t>
      </w:r>
    </w:p>
    <w:p>
      <w:r>
        <w:rPr>
          <w:b/>
        </w:rPr>
        <w:t xml:space="preserve">[45:54] </w:t>
      </w:r>
      <w:r>
        <w:t>. i fully agree and appreciate your mission of dawah activism with peace. i agree with your point of view on kashmir issue that its political decision has been settled in 1948.</w:t>
      </w:r>
    </w:p>
    <w:p>
      <w:pPr>
        <w:jc w:val="right"/>
      </w:pPr>
      <w:r>
        <w:t>۔ آئی فلی ایگری اینڈ اپریشیٹ یور مشن آف دعویٰ ایکٹیوزم ود پیس۔ آئی ایگری ود یور پوائنٹ آف ویو ان کشمیر ایشو دیٹ اٹس پولیٹیکل ڈیسیژن ہیز بین سیٹلڈ ان 1948۔</w:t>
      </w:r>
    </w:p>
    <w:p>
      <w:r>
        <w:rPr>
          <w:b/>
        </w:rPr>
        <w:t xml:space="preserve">[46:09] </w:t>
      </w:r>
      <w:r>
        <w:t>can we take the creation of pakistan in the same way that it was decided practically august 14, 1947?</w:t>
      </w:r>
    </w:p>
    <w:p>
      <w:pPr>
        <w:jc w:val="right"/>
      </w:pPr>
      <w:r>
        <w:t>کین وی ٹیک دا کریشن آف پاکستان ان دا سیم وے دیٹ اٹ واز ڈیسائیڈڈ پریکٹیکلی اگست 14، 1947؟</w:t>
      </w:r>
    </w:p>
    <w:p>
      <w:r>
        <w:rPr>
          <w:b/>
        </w:rPr>
        <w:t xml:space="preserve">[46:19] </w:t>
      </w:r>
      <w:r>
        <w:t>now, our task is to explore opportunities for dawah work and utilize them in a positive way. we are a small team in pakistan and work with quran and your literature.</w:t>
      </w:r>
    </w:p>
    <w:p>
      <w:pPr>
        <w:jc w:val="right"/>
      </w:pPr>
      <w:r>
        <w:t>ناؤ، اور ٹاسک از ٹو ایکسپلور اپرچونیٹیز فار دعویٰ ورک اینڈ یوٹیلائز دیم ان ا پوزیٹیو وے۔ وی آر ا سمال ٹیم ان پاکستان اینڈ ورک ود قرآن اینڈ یور لٹریچر۔</w:t>
      </w:r>
    </w:p>
    <w:p>
      <w:r>
        <w:rPr>
          <w:b/>
        </w:rPr>
        <w:t xml:space="preserve">[46:34] </w:t>
      </w:r>
      <w:r>
        <w:t>sometimes your views about pakistan cause big hurdles for us in doing dawah work in pakistan."</w:t>
      </w:r>
    </w:p>
    <w:p>
      <w:pPr>
        <w:jc w:val="right"/>
      </w:pPr>
      <w:r>
        <w:t>سم ٹائمز یور ویوز اباؤٹ پاکستان کاز بگ ہرڈل فار اس ان ڈوئنگ دعویٰ ورک ان پاکستان۔"</w:t>
      </w:r>
    </w:p>
    <w:p>
      <w:r>
        <w:rPr>
          <w:b/>
        </w:rPr>
        <w:t xml:space="preserve">[46:44] </w:t>
      </w:r>
      <w:r>
        <w:t>bohat sahi aap ne kaha, aur main dua karta hoon ke allah taala aap ko himmat de. aur dekhiye, dawat ke rastay mein agar hurdles aate hain to aap ke reward ko barhate hain.</w:t>
      </w:r>
    </w:p>
    <w:p>
      <w:pPr>
        <w:jc w:val="right"/>
      </w:pPr>
      <w:r>
        <w:t>بہت صحیح آپ نے کہا، اور میں دعا کرتا ہوں کہ اللہ تعالی آپ کو ہمت دے۔ اور دیکھیے، دعوت کے راستے میں اگر ہرڈل آتے ہیں تو آپ کے ریوارڈ کو بڑھاتے ہیں۔</w:t>
      </w:r>
    </w:p>
    <w:p>
      <w:r>
        <w:rPr>
          <w:b/>
        </w:rPr>
        <w:t xml:space="preserve">[46:59] </w:t>
      </w:r>
      <w:r>
        <w:t>wo agar bilkul sab kuch saboot ho, aur aap bohat hi air conditioned kamray mein aur air conditioned car mein baith kar safar kar rahe hain, har taraf taaliyan baj rahi hain aap ke liye, to koi aap ko inaam nahi mile ga.</w:t>
      </w:r>
    </w:p>
    <w:p>
      <w:pPr>
        <w:jc w:val="right"/>
      </w:pPr>
      <w:r>
        <w:t>وہ اگر بالکل سب کچھ ثبوت ہو، اور آپ بہت ہی ایئر کنڈیشن کمرے میں اور ایئر کنڈیشن کار میں بیٹھ کر سفر کر رہے ہیں، ہر طرف تالیاں بج رہی ہیں آپ کے لیے، تو کوئی آپ کو انعام نہیں ملے گا۔</w:t>
      </w:r>
    </w:p>
    <w:p>
      <w:r>
        <w:rPr>
          <w:b/>
        </w:rPr>
        <w:t xml:space="preserve">[47:15] </w:t>
      </w:r>
      <w:r>
        <w:t>jo hurdles hain, jo rukawatein hain, wo to booster hain aap ke liye. booster! to aap yahi kaam karte rahiye, aur kisi ki parwah mat kijiye.</w:t>
      </w:r>
    </w:p>
    <w:p>
      <w:pPr>
        <w:jc w:val="right"/>
      </w:pPr>
      <w:r>
        <w:t>جو ہرڈل ہیں، جو رکاوٹیں ہیں، وہ تو بوسٹر ہیں آپ کے لیے۔ بوسٹر! تو آپ یہی کام کرتے رہیے، اور کسی کی پرواہ مت کیجئے۔</w:t>
      </w:r>
    </w:p>
    <w:p>
      <w:r>
        <w:rPr>
          <w:b/>
        </w:rPr>
        <w:t xml:space="preserve">[47:27] </w:t>
      </w:r>
      <w:r>
        <w:t>sirf kal jo maine taqreer ki thi, mujh se poocha gaya to maine kaha ke dawat ka mission jo hai, sirf do formulay se chalta hai: dua aur dawat.</w:t>
      </w:r>
    </w:p>
    <w:p>
      <w:pPr>
        <w:jc w:val="right"/>
      </w:pPr>
      <w:r>
        <w:t>صرف کل جو میں نے تقریر کی تھی، مجھ سے پوچھا گیا تو میں نے کہا کہ دعوت کا مشن جو ہے، صرف دو فارمولے سے چلتا ہے: دعا اور دعوت۔</w:t>
      </w:r>
    </w:p>
    <w:p>
      <w:r>
        <w:rPr>
          <w:b/>
        </w:rPr>
        <w:t xml:space="preserve">[47:39] </w:t>
      </w:r>
      <w:r>
        <w:t>dua aur dawat! to aap dawat dijiye aur dua kijiye. dawat dijiye aur dua kijiye.</w:t>
      </w:r>
    </w:p>
    <w:p>
      <w:pPr>
        <w:jc w:val="right"/>
      </w:pPr>
      <w:r>
        <w:t>دعا اور دعوت! تو آپ دعوت دیجئے اور دعا کیجئے۔ دعوت دیجئے اور دعا کیجئے۔</w:t>
      </w:r>
    </w:p>
    <w:p>
      <w:r>
        <w:rPr>
          <w:b/>
        </w:rPr>
        <w:t xml:space="preserve">[47:46] </w:t>
      </w:r>
      <w:r>
        <w:t>aur allah ka wada hai ke jo dawat ka kaam kare ga, us ki madad zaroor kare ga allah taala. koi aap ko kuch bigar nahi sakta, bashart e keh aap peaceful rahen, logon ke khair khwah rahen,</w:t>
      </w:r>
    </w:p>
    <w:p>
      <w:pPr>
        <w:jc w:val="right"/>
      </w:pPr>
      <w:r>
        <w:t>اور اللہ کا وعدہ ہے کہ جو دعوت کا کام کرے گا، اس کی مدد ضرور کرے گا اللہ تعالی۔ کوئی آپ کو کچھ بگاڑ نہیں سکتا، بشرطیکہ آپ پیس فل رہیں، لوگوں کے خیر خواہ رہیں،</w:t>
      </w:r>
    </w:p>
    <w:p>
      <w:r>
        <w:rPr>
          <w:b/>
        </w:rPr>
        <w:t xml:space="preserve">[47:59] </w:t>
      </w:r>
      <w:r>
        <w:t>reaction ka tareeqa ikhtiyar na karen, negative thought ka shikar na hon. to zaroor hai ke allah ke farishtay aap ke paas aayen ge, aap ki madad hasil hogi.</w:t>
      </w:r>
    </w:p>
    <w:p>
      <w:pPr>
        <w:jc w:val="right"/>
      </w:pPr>
      <w:r>
        <w:t>ری ایکشن کا طریقہ اختیار کریں، نہ کریں، نیگیٹیو تھاٹ کا شکار نہ ہوں۔ تو ضرور ہے کہ اللہ کے فرشتے آپ کے پاس آئیں گے، آپ کی مدد حاصل ہوگی۔</w:t>
      </w:r>
    </w:p>
    <w:p>
      <w:r>
        <w:rPr>
          <w:b/>
        </w:rPr>
        <w:t xml:space="preserve">[48:13] </w:t>
      </w:r>
      <w:r>
        <w:t>apni taraf se logon ko har giz mauqa mat dijiye. agar aap ghussa ho jayen, aap react karen, aap negative thinking aap ke andar aa jaye, aap tashaddud karen,</w:t>
      </w:r>
    </w:p>
    <w:p>
      <w:pPr>
        <w:jc w:val="right"/>
      </w:pPr>
      <w:r>
        <w:t>اپنی طرف سے لوگوں کو ہرگز موقع مت دیجئے۔ اگر آپ غصہ ہو جائیں، آپ ری ایکٹ کریں، آپ نیگیٹیو تھنکنگ آپ کے اندر آ جائے، آپ تشدد کریں،</w:t>
      </w:r>
    </w:p>
    <w:p>
      <w:r>
        <w:rPr>
          <w:b/>
        </w:rPr>
        <w:t xml:space="preserve">[48:28] </w:t>
      </w:r>
      <w:r>
        <w:t>to aap logon ko mauqa de den ge. agar aap aisa na karen to bilashuba allah ki madad aayegi, farishtay aayen ge, aur har mauqa par aap ko kamyabi hasil hogi.</w:t>
      </w:r>
    </w:p>
    <w:p>
      <w:pPr>
        <w:jc w:val="right"/>
      </w:pPr>
      <w:r>
        <w:t>تو آپ لوگوں کو موقع دے دیں گے۔ اگر آپ ایسا نہ کریں تو بلاشبہ اللہ کی مدد آئے گی، فرشتے آئیں گے، اور ہر موقع پر آپ کو کامیابی حاصل ہوگی۔</w:t>
      </w:r>
    </w:p>
    <w:p>
      <w:r>
        <w:rPr>
          <w:b/>
        </w:rPr>
        <w:t xml:space="preserve">[48:40] </w:t>
      </w:r>
      <w:r>
        <w:t>purely dawah work, baghair kisi tashaddud ke, baghair kisi nafrat ke, baghair kisi, yani kisi ke khilaaf bad dua nahi karna hai.</w:t>
      </w:r>
    </w:p>
    <w:p>
      <w:pPr>
        <w:jc w:val="right"/>
      </w:pPr>
      <w:r>
        <w:t>پیورلی دعویٰ ورک، بغیر کسی تشدد کے، بغیر کسی نفرت کے، بغیر کسی، یعنی کسی کسی کے خلاف بد دعا نہیں کرنا ہے۔</w:t>
      </w:r>
    </w:p>
    <w:p>
      <w:r>
        <w:rPr>
          <w:b/>
        </w:rPr>
        <w:t xml:space="preserve">[48:52] </w:t>
      </w:r>
      <w:r>
        <w:t>sirf dua hi karna hai, sirf dua karna hai. yahi karte rahiye.</w:t>
      </w:r>
    </w:p>
    <w:p>
      <w:pPr>
        <w:jc w:val="right"/>
      </w:pPr>
      <w:r>
        <w:t>صرف دعا ہی کرنا ہے، صرف دعا کرنا ہے۔ یہی کرتے رہیے۔</w:t>
      </w:r>
    </w:p>
    <w:p>
      <w:r>
        <w:rPr>
          <w:b/>
        </w:rPr>
        <w:t xml:space="preserve">[48:58] </w:t>
      </w:r>
      <w:r>
        <w:t>molana, agla sawal kya hai? doctor afsan tabassum</w:t>
      </w:r>
    </w:p>
    <w:p>
      <w:pPr>
        <w:jc w:val="right"/>
      </w:pPr>
      <w:r>
        <w:t>مولانا، اگلا سوال کیا ہے؟ ڈاکٹر افسان تبسم</w:t>
      </w:r>
    </w:p>
    <w:p>
      <w:r>
        <w:rPr>
          <w:b/>
        </w:rPr>
        <w:t xml:space="preserve">[49:02] </w:t>
      </w:r>
      <w:r>
        <w:t>ne likha hai: "right from the age of 20, i have been striving to attain the state of</w:t>
      </w:r>
    </w:p>
    <w:p>
      <w:pPr>
        <w:jc w:val="right"/>
      </w:pPr>
      <w:r>
        <w:t>نے لکھا ہے: "رائٹ فرام دی ایج آف 20، آئی ہیو بین سٹرائیونگ ٹو اٹین دا سٹیٹ آف</w:t>
      </w:r>
    </w:p>
    <w:p>
      <w:r>
        <w:rPr>
          <w:b/>
        </w:rPr>
        <w:t xml:space="preserve">[49:09] </w:t>
      </w:r>
      <w:r>
        <w:t>peace, but even after ten years, i have found myself at the same stage from where i</w:t>
      </w:r>
    </w:p>
    <w:p>
      <w:pPr>
        <w:jc w:val="right"/>
      </w:pPr>
      <w:r>
        <w:t>پیس، بٹ ایون افٹر ٹین ایئرز، آئی ہیو فاؤنڈ مائی سیلف ایٹ دا سٹیم سٹیج فرام ویر آئی</w:t>
      </w:r>
    </w:p>
    <w:p>
      <w:r>
        <w:rPr>
          <w:b/>
        </w:rPr>
        <w:t xml:space="preserve">[49:16] </w:t>
      </w:r>
      <w:r>
        <w:t>head started. molana sahib, please guide me as to how i can achieve nafs-e-mutmainnah.</w:t>
      </w:r>
    </w:p>
    <w:p>
      <w:pPr>
        <w:jc w:val="right"/>
      </w:pPr>
      <w:r>
        <w:t>ہیڈ سٹارٹڈ۔" مولانا صاحب، پلیز گائیڈ می ایز ٹو ہاؤ آئی کین اچیو نفس مطمئنہ۔</w:t>
      </w:r>
    </w:p>
    <w:p>
      <w:r>
        <w:rPr>
          <w:b/>
        </w:rPr>
        <w:t xml:space="preserve">[49:34] </w:t>
      </w:r>
      <w:r>
        <w:t>dekhiye, nafs mutmainnah ka lafz jo aaya hai jis surah mein, usi surah mein is ka jawab bhi maujood hai: ya ayyatul nafsul mutmainnah irji'ee ila rabbiki raadiyatan mardiyyah,</w:t>
      </w:r>
    </w:p>
    <w:p>
      <w:pPr>
        <w:jc w:val="right"/>
      </w:pPr>
      <w:r>
        <w:t>دیکھیے، نفس مطمئنہ کا لفظ جو آیا ہے جس سورہ میں، اسی سورہ میں اس کا جواب بھی موجود ہے: یا ایت النفس المطمئنہ ارجع الی ربک راضیت مرضیہ،</w:t>
      </w:r>
    </w:p>
    <w:p>
      <w:r>
        <w:rPr>
          <w:b/>
        </w:rPr>
        <w:t xml:space="preserve">[49:52] </w:t>
      </w:r>
      <w:r>
        <w:t>yani raazi hona allah ke plan par, raazi hona jo aap par beetta hai us ke upar.</w:t>
      </w:r>
    </w:p>
    <w:p>
      <w:pPr>
        <w:jc w:val="right"/>
      </w:pPr>
      <w:r>
        <w:t>یعنی راضی ہونا اللہ کے پلان پر، راضی ہونا جو آپ پر بیتتا ہے اس کے اوپر۔</w:t>
      </w:r>
    </w:p>
    <w:p>
      <w:r>
        <w:rPr>
          <w:b/>
        </w:rPr>
        <w:t xml:space="preserve">[49:59] </w:t>
      </w:r>
      <w:r>
        <w:t>yani jo kuch aap par beetta hai, chahe aap ki family mein beeta hai, aap ke paros mein beeta hai, aap ke mulk mein beeta hai, jis ko log kehte hain zulm aur sazish aur kya kya, yeh sab allah ki taraf se main test papers hain, allah ki taraf se imtehan ke parche hain.</w:t>
      </w:r>
    </w:p>
    <w:p>
      <w:pPr>
        <w:jc w:val="right"/>
      </w:pPr>
      <w:r>
        <w:t>یعنی جو کچھ آپ پر بیتتا ہے، چاہے آپ کی فیملی میں بیتا ہے، آپ کے پڑوس میں بیتا ہے، آپ کے ملک میں بیتا ہے، جس کو لوگ کہتے ہیں ظلم اور سازش اور کیا کیا، یہ سب اللہ کی طرف سے میں ٹیسٹ پیپرز ہیں، اللہ کی طرف سے امتحان کے پرچے ہیں۔</w:t>
      </w:r>
    </w:p>
    <w:p>
      <w:r>
        <w:rPr>
          <w:b/>
        </w:rPr>
        <w:t xml:space="preserve">[50:20] </w:t>
      </w:r>
      <w:r>
        <w:t>to aap ko is par raazi hona pare ga:</w:t>
      </w:r>
    </w:p>
    <w:p>
      <w:pPr>
        <w:jc w:val="right"/>
      </w:pPr>
      <w:r>
        <w:t>تو آپ کو اس پر راضی ہونا پڑے گا:</w:t>
      </w:r>
    </w:p>
    <w:p>
      <w:r>
        <w:rPr>
          <w:b/>
        </w:rPr>
        <w:t xml:space="preserve">[50:24] </w:t>
      </w:r>
      <w:r>
        <w:t>ya ayyatul nafsul mutmainnah irji'ee ila rabbiki raadiyatan mardiyyah. is ka matlab hai ke is waqt tak jab ke aap allah se milen, tab tak aap ko raazi hona hai.</w:t>
      </w:r>
    </w:p>
    <w:p>
      <w:pPr>
        <w:jc w:val="right"/>
      </w:pPr>
      <w:r>
        <w:t>یا ایت النفس المطمئنہ ارجع الی ربک راضیت مرضیہ۔ اس کا مطلب ہے کہ اس وقت تک جب کہ آپ اللہ سے ملیں، تب تک آپ کو راضی ہونا ہے۔</w:t>
      </w:r>
    </w:p>
    <w:p>
      <w:r>
        <w:rPr>
          <w:b/>
        </w:rPr>
        <w:t xml:space="preserve">[50:41] </w:t>
      </w:r>
      <w:r>
        <w:t>yeh duniya, hum jo hamari zindagi hai, aakhir kar hamein allah se milna hai. is waqt tak hamein raazi rehna hai in sab soorat e haal par jo paish aa raha hai, yeh samajh kar ke yeh allah ki taraf se hai.</w:t>
      </w:r>
    </w:p>
    <w:p>
      <w:pPr>
        <w:jc w:val="right"/>
      </w:pPr>
      <w:r>
        <w:t>یہ دنیا، ہم جو ہماری زندگی ہے، آخر کار ہمیں اللہ سے ملنا ہے۔ اس وقت تک ہمیں راضی رہنا ہے ان سب صورتحال پر جو پیش آ رہا ہے، یہ سمجھ کر کہ یہ اللہ کی طرف سے ہے۔</w:t>
      </w:r>
    </w:p>
    <w:p>
      <w:r>
        <w:rPr>
          <w:b/>
        </w:rPr>
        <w:t xml:space="preserve">[50:56] </w:t>
      </w:r>
      <w:r>
        <w:t>tab jannat mile gi: fatakhalli fi ibadi wa dakhli jannat keh is ke baad hai. to al-nafs, al-nafs, al-nafs al-mutmainnah ka raaz sirf ek</w:t>
      </w:r>
    </w:p>
    <w:p>
      <w:pPr>
        <w:jc w:val="right"/>
      </w:pPr>
      <w:r>
        <w:t>تب جنت ملے گی: فتخلی فی عبادی ودخلی جنت کہ اس کے بعد ہے۔ تو النفس، النفس، النفس المطمئنہ کا راز صرف ایک</w:t>
      </w:r>
    </w:p>
    <w:p>
      <w:r>
        <w:rPr>
          <w:b/>
        </w:rPr>
        <w:t xml:space="preserve">[51:10] </w:t>
      </w:r>
      <w:r>
        <w:t>hai, woh yeh hai keh jo kuch paish aaye, us ko Allah ki taraf se samajhna, insan ki taraf se nahin. jab aap kehte hain zulm hai, saazish hai, to aap ne is ko insan ke khane mein dala.</w:t>
      </w:r>
    </w:p>
    <w:p>
      <w:pPr>
        <w:jc w:val="right"/>
      </w:pPr>
      <w:r>
        <w:t>ہے، وہ یہ ہے کہ جو کچھ پیش آئے، اس کو اللہ کی طرف سے سمجھنا، انسان کی طرف سے نہیں۔ جب آپ کہتے ہیں ظلم ہے، سازش ہے، تو آپ نے اس کو انسان کے خانے میں ڈالا۔</w:t>
      </w:r>
    </w:p>
    <w:p>
      <w:r>
        <w:rPr>
          <w:b/>
        </w:rPr>
        <w:t xml:space="preserve">[51:24] </w:t>
      </w:r>
      <w:r>
        <w:t>aur jab aap kehte hain keh test papers hain, to aap ne is ko Allah ke khane mein dala.</w:t>
      </w:r>
    </w:p>
    <w:p>
      <w:pPr>
        <w:jc w:val="right"/>
      </w:pPr>
      <w:r>
        <w:t>اور جب آپ کہتے ہیں کہ ٹیسٹ پیپرز ہیں، تو آپ نے اس کو اللہ کے خانے میں ڈالا۔</w:t>
      </w:r>
    </w:p>
    <w:p>
      <w:r>
        <w:rPr>
          <w:b/>
        </w:rPr>
        <w:t xml:space="preserve">[51:31] </w:t>
      </w:r>
      <w:r>
        <w:t>yaad rakhiye, yeh yeh yeh simple formula hai keh jo kuch aap par beetta hai, agar aap ne kaha keh dekho hamare khilaf saazish ho rahi hai, dekho hamare khilaf zulm ho raha hai, dekho hamare khilaf dushmani ki ja rahi hai, to is ka matlab hai keh jo kuch hua, us ko aap ne dala insan ke khane mein.</w:t>
      </w:r>
    </w:p>
    <w:p>
      <w:pPr>
        <w:jc w:val="right"/>
      </w:pPr>
      <w:r>
        <w:t>یاد رکھیے، یہ یہ یہ سمپل فارمولا ہے کہ جو کچھ آپ پر بیتتا ہے، اگر آپ نے کہا کہ دیکھو ہمارے خلاف سازش ہو رہی ہے، دیکھو ہمارے خلاف ظلم ہو رہا ہے، دیکھو ہمارے خلاف دشمنی کی جا رہی ہے، تو اس کا مطلب ہے کہ جو کچھ ہوا، اس کو آپ نے ڈالا انسان کے خانے میں۔</w:t>
      </w:r>
    </w:p>
    <w:p>
      <w:r>
        <w:rPr>
          <w:b/>
        </w:rPr>
        <w:t xml:space="preserve">[51:49] </w:t>
      </w:r>
      <w:r>
        <w:t>lekin agar aap yeh kahein keh yeh to test papers hain, yeh to imtehan ke parche hain, yeh to paish aa nahin aana hai, to aap ne is ko dala Allah ke khane mein,</w:t>
      </w:r>
    </w:p>
    <w:p>
      <w:pPr>
        <w:jc w:val="right"/>
      </w:pPr>
      <w:r>
        <w:t>لیکن اگر آپ یہ کہیں کہ یہ تو ٹیسٹ پیپرز ہیں، یہ تو امتحان کے پرچے ہیں، یہ تو پیش آ نہیں آنا ہے، تو آپ نے اس کو ڈالا اللہ کے خانے میں،</w:t>
      </w:r>
    </w:p>
    <w:p>
      <w:r>
        <w:rPr>
          <w:b/>
        </w:rPr>
        <w:t xml:space="preserve">[52:00] </w:t>
      </w:r>
      <w:r>
        <w:t>tab kya hoga? tab aap ko al-nafs al-mutmainnah mile ga. aur tab kya hoga? tab aap ko Allah ki madad aaye gi. aur tab kya hoga?</w:t>
      </w:r>
    </w:p>
    <w:p>
      <w:pPr>
        <w:jc w:val="right"/>
      </w:pPr>
      <w:r>
        <w:t>تب کیا ہوگا؟ تب آپ کو النفس المطمئنہ ملے گا۔ اور تب کیا ہوگا؟ تب آپ کو اللہ کی مدد آئے گی۔ اور تب کیا ہوگا؟</w:t>
      </w:r>
    </w:p>
    <w:p>
      <w:r>
        <w:rPr>
          <w:b/>
        </w:rPr>
        <w:t xml:space="preserve">[52:10] </w:t>
      </w:r>
      <w:r>
        <w:t>farishtay aap ko aayenge khushkhabri dene ke liye, jaise Quran majeed mein hai. aur phir inshallah aap ke jannat ke darwazay khule jayenge. yeh raasta hai jannat tak pohnchne ka.</w:t>
      </w:r>
    </w:p>
    <w:p>
      <w:pPr>
        <w:jc w:val="right"/>
      </w:pPr>
      <w:r>
        <w:t>فرشتے آپ کو آئیں گے خوشخبری دینے کے لیے، جیسے قرآن مجید میں ہے۔ اور پھر انشاءاللہ آپ کے جنت کے دروازے کھلے جائیں گے۔ یہ راستہ ہے جنت تک پہنچنے کا۔</w:t>
      </w:r>
    </w:p>
    <w:p>
      <w:r>
        <w:rPr>
          <w:b/>
        </w:rPr>
        <w:t xml:space="preserve">[52:23] </w:t>
      </w:r>
      <w:r>
        <w:t>doosra sawal hai Chennai se hi Maulana Iqbal Umri ka. unhon ne likha hai: "Islami ghairat aur qoumi humiyat, is qism ke alfaaz dawat-e-zehan ko kitna kill karte hain?</w:t>
      </w:r>
    </w:p>
    <w:p>
      <w:pPr>
        <w:jc w:val="right"/>
      </w:pPr>
      <w:r>
        <w:t>دوسرا سوال ہے چنئی سے ہی مولانا اقبال عمری کا۔ انہوں نے لکھا ہے: "اسلامی غیرت اور قومی حمیت، اس قسم کے الفاظ دعوتی ذہن کو کتنا کل کرتے ہیں؟</w:t>
      </w:r>
    </w:p>
    <w:p>
      <w:r>
        <w:rPr>
          <w:b/>
        </w:rPr>
        <w:t xml:space="preserve">[52:38] </w:t>
      </w:r>
      <w:r>
        <w:t>wazahat farmayein." main dekhein, Islami ghairat ka lafz hi galat hai aur qoumi ghairat ka lafz hi galat hai.</w:t>
      </w:r>
    </w:p>
    <w:p>
      <w:pPr>
        <w:jc w:val="right"/>
      </w:pPr>
      <w:r>
        <w:t>وضاحت فرمائیں۔" میں دیکھیں، اسلامی غیرت کا لفظ ہی غلط ہے اور قومی غیرت کا لفظ ہی غلط ہے۔</w:t>
      </w:r>
    </w:p>
    <w:p>
      <w:r>
        <w:rPr>
          <w:b/>
        </w:rPr>
        <w:t xml:space="preserve">[52:46] </w:t>
      </w:r>
      <w:r>
        <w:t>yeh bilkul Quran o Hadees mein alfaaz mein maujood nahin hain. yeh aadmi apni, apne, apni yaani logon ke jo nakhat hoti hai, jo un se kibr hota hai,</w:t>
      </w:r>
    </w:p>
    <w:p>
      <w:pPr>
        <w:jc w:val="right"/>
      </w:pPr>
      <w:r>
        <w:t>یہ بالکل قرآن و حدیث میں الفاظ میں موجود نہیں ہیں۔ یہ آدمی اپنی، اپنے، اپنی یعنی لوگوں کے جو نخوت ہوتی ہے، جو ان سے کبر ہوتا ہے،</w:t>
      </w:r>
    </w:p>
    <w:p>
      <w:r>
        <w:rPr>
          <w:b/>
        </w:rPr>
        <w:t xml:space="preserve">[53:04] </w:t>
      </w:r>
      <w:r>
        <w:t>aur jo badhai hoti hai, us ke tehat jo kuch karte hain, us ko kehte hain keh Islami ghairat. woh ghairat nahin hai, woh to, woh to ek shaitan bol raha hai aap ki zuban se.</w:t>
      </w:r>
    </w:p>
    <w:p>
      <w:pPr>
        <w:jc w:val="right"/>
      </w:pPr>
      <w:r>
        <w:t>اور جو بڑائی ہوتی ہے، اس کے تحت جو کچھ کرتے ہیں، اس کو کہتے ہیں کہ اسلامی غیرت۔ وہ غیرت نہیں ہے، وہ تو، وہ تو ایک شیطان بول رہا ہے آپ کی زبان سے۔</w:t>
      </w:r>
    </w:p>
    <w:p>
      <w:r>
        <w:rPr>
          <w:b/>
        </w:rPr>
        <w:t xml:space="preserve">[53:15] </w:t>
      </w:r>
      <w:r>
        <w:t>ghair</w:t>
      </w:r>
    </w:p>
    <w:p>
      <w:pPr>
        <w:jc w:val="right"/>
      </w:pPr>
      <w:r>
        <w:t>غیر</w:t>
      </w:r>
    </w:p>
    <w:p>
      <w:r>
        <w:rPr>
          <w:b/>
        </w:rPr>
        <w:t xml:space="preserve">[53:16] </w:t>
      </w:r>
      <w:r>
        <w:t>t koi cheez nahin hai. ghairat az nothing in Islam. yeh lafz hi mein us ko ghair Islam hi samajhta hoon.</w:t>
      </w:r>
    </w:p>
    <w:p>
      <w:pPr>
        <w:jc w:val="right"/>
      </w:pPr>
      <w:r>
        <w:t>ت کوئی چیز نہیں ہے۔ غیرت از نتھنگ ان اسلام۔ یہ لفظ ہی میں اس کو غیر اسلام ہی سمجھتا ہوں۔</w:t>
      </w:r>
    </w:p>
    <w:p>
      <w:r>
        <w:rPr>
          <w:b/>
        </w:rPr>
        <w:t xml:space="preserve">[53:26] </w:t>
      </w:r>
      <w:r>
        <w:t>Islam ka jo tareeqa hai, woh kya? sabr karna, bardasht karna, doosron ke liye duaein karna, doosron ke liye khair khwah banna.</w:t>
      </w:r>
    </w:p>
    <w:p>
      <w:pPr>
        <w:jc w:val="right"/>
      </w:pPr>
      <w:r>
        <w:t>اسلام کا جو طریقہ ہے، وہ کیا؟ صبر کرنا، برداشت کرنا، دوسروں کے لیے دعائیں کرنا، دوسروں کے لیے خیر خواہ بننا۔</w:t>
      </w:r>
    </w:p>
    <w:p>
      <w:r>
        <w:rPr>
          <w:b/>
        </w:rPr>
        <w:t xml:space="preserve">[53:36] </w:t>
      </w:r>
      <w:r>
        <w:t>Islami ghairat aaye gi to aap ladenge? woh Islam hai, woh to Islam ki jar ukhaadna hai.</w:t>
      </w:r>
    </w:p>
    <w:p>
      <w:pPr>
        <w:jc w:val="right"/>
      </w:pPr>
      <w:r>
        <w:t>اسلامی غیرت آئے گی تو آپ لڑیں گے؟ وہ اسلام ہے، وہ تو اسلام کی جڑ اکھاڑنا ہے۔</w:t>
      </w:r>
    </w:p>
    <w:p>
      <w:r>
        <w:rPr>
          <w:b/>
        </w:rPr>
        <w:t xml:space="preserve">[53:44] </w:t>
      </w:r>
      <w:r>
        <w:t>baharhal, main ne jo kuch parha hai, main samajhta hoon keh dono alfaaz galat hain: Islami ghairat bhi aur qoumi ghairat bhi. is liye Islam mein koi, mere dil ko gunjaish nahin hai.</w:t>
      </w:r>
    </w:p>
    <w:p>
      <w:pPr>
        <w:jc w:val="right"/>
      </w:pPr>
      <w:r>
        <w:t>بہرحال، میں نے جو کچھ پڑھا ہے، میں سمجھتا ہوں کہ دونوں الفاظ غلط ہیں: اسلامی غیرت بھی اور قومی غیرت بھی۔ اس لیے اسلام میں کوئی، میرے دل کو گنجائش نہیں ہے۔</w:t>
      </w:r>
    </w:p>
    <w:p>
      <w:r>
        <w:rPr>
          <w:b/>
        </w:rPr>
        <w:t xml:space="preserve">[54:00] </w:t>
      </w:r>
      <w:r>
        <w:t>Maulana, agla sawal Raichur se hai Zaheeruddin sahib ka. unhon ne aap se poocha hai keh "What should be the essential qualities of a dai?" us ke baray mein batayein.</w:t>
      </w:r>
    </w:p>
    <w:p>
      <w:pPr>
        <w:jc w:val="right"/>
      </w:pPr>
      <w:r>
        <w:t>مولانا، اگلا سوال رائچور سے ہے ظہیرالدین صاحب کا۔ انہوں نے آپ سے پوچھا ہے کہ "What should be the essential qualities of a dai?" اس کے بارے میں بتائیں۔</w:t>
      </w:r>
    </w:p>
    <w:p>
      <w:r>
        <w:rPr>
          <w:b/>
        </w:rPr>
        <w:t xml:space="preserve">[54:14] </w:t>
      </w:r>
      <w:r>
        <w:t>dekhiye, Quran mein do cheez batayi gayi hain. woh kya hai? "In lakum nasih amin" is ka matlab kya hai?</w:t>
      </w:r>
    </w:p>
    <w:p>
      <w:pPr>
        <w:jc w:val="right"/>
      </w:pPr>
      <w:r>
        <w:t>دیکھیے، قرآن میں دو چیز بتائی گئی ہیں۔ وہ کیا ہے؟ "إن لکم ناسح أمين" اس کا مطلب کیا ہے؟</w:t>
      </w:r>
    </w:p>
    <w:p>
      <w:r>
        <w:rPr>
          <w:b/>
        </w:rPr>
        <w:t xml:space="preserve">[54:31] </w:t>
      </w:r>
      <w:r>
        <w:t>mad'u ke liye yak-tarfa khair khwahi. mad'u ke liye yak-tarfa khair khwahi aur dawat inhi, inhi,</w:t>
      </w:r>
    </w:p>
    <w:p>
      <w:pPr>
        <w:jc w:val="right"/>
      </w:pPr>
      <w:r>
        <w:t>مدعو کے لیے یکطرفہ خیر خواہی۔ مدعو کے لیے یکطرفہ خیر خواہی اور دعوت انہی، انہی،</w:t>
      </w:r>
    </w:p>
    <w:p>
      <w:r>
        <w:rPr>
          <w:b/>
        </w:rPr>
        <w:t xml:space="preserve">[54:44] </w:t>
      </w:r>
      <w:r>
        <w:t>isi cheez ki dena jo Allah ki taraf se aaya. apni taraf shamil na karna kuch. maslan, aap debate karein, aap qoumi sahifat ki baatein karein, zulm ki shikayat karein, case aap ne aur cheez shamil kar li,</w:t>
      </w:r>
    </w:p>
    <w:p>
      <w:pPr>
        <w:jc w:val="right"/>
      </w:pPr>
      <w:r>
        <w:t>اسی چیز کی دینا جو اللہ کی طرف سے آیا۔ اپنی طرف شامل نہ کرنا کچھ۔ مثلاً، آپ ڈیبیٹ کریں، آپ قومی صحافت کی باتیں کریں، ظلم کی شکایت کریں، کیس آپ نے اور چیز شامل کر لی،</w:t>
      </w:r>
    </w:p>
    <w:p>
      <w:r>
        <w:rPr>
          <w:b/>
        </w:rPr>
        <w:t xml:space="preserve">[54:58] </w:t>
      </w:r>
      <w:r>
        <w:t>doosri cheez shamil kar li.</w:t>
      </w:r>
    </w:p>
    <w:p>
      <w:pPr>
        <w:jc w:val="right"/>
      </w:pPr>
      <w:r>
        <w:t>دوسری چیز شامل کر لی۔</w:t>
      </w:r>
    </w:p>
    <w:p>
      <w:r>
        <w:rPr>
          <w:b/>
        </w:rPr>
        <w:t xml:space="preserve">[55:00] </w:t>
      </w:r>
      <w:r>
        <w:t>to do hi shart hain: mad'u ke liye yak-tarfa taur par, unilateral taur par aap khair khwah bane rahein, value issuer bane rahein.</w:t>
      </w:r>
    </w:p>
    <w:p>
      <w:pPr>
        <w:jc w:val="right"/>
      </w:pPr>
      <w:r>
        <w:t>تو دو ہی شرط ہیں: مدعو کے لیے یکطرفہ طور پر، یونیلیٹرل طور پر آپ خیر خواہ بنے رہیں، ویلیو ایشر بنے رہیں۔</w:t>
      </w:r>
    </w:p>
    <w:p>
      <w:r>
        <w:rPr>
          <w:b/>
        </w:rPr>
        <w:t xml:space="preserve">[55:10] </w:t>
      </w:r>
      <w:r>
        <w:t>aur doosri shart yeh hai keh aap wohi karein, dawat isi, isi cheez ki dein jo Quran mein bataya gaya hai. log kya kehte hain?</w:t>
      </w:r>
    </w:p>
    <w:p>
      <w:pPr>
        <w:jc w:val="right"/>
      </w:pPr>
      <w:r>
        <w:t>اور دوسری شرط یہ ہے کہ آپ وہی کریں، دعوت اسی، اسی چیز کی دیں جو قرآن میں بتایا گیا ہے۔ لوگ کیا کہتے ہیں؟</w:t>
      </w:r>
    </w:p>
    <w:p>
      <w:r>
        <w:rPr>
          <w:b/>
        </w:rPr>
        <w:t xml:space="preserve">[55:20] </w:t>
      </w:r>
      <w:r>
        <w:t>naam lete hain dawat ka aur baatein karte hain kya? fakhr ki, qoumi, qoumi siyasat ki, yeh sab</w:t>
      </w:r>
    </w:p>
    <w:p>
      <w:pPr>
        <w:jc w:val="right"/>
      </w:pPr>
      <w:r>
        <w:t>نام لیتے ہیں دعوت کا اور باتیں کرتے ہیں کیا؟ فخر کی، قومی، قومی سیاست کی، یہ سب</w:t>
      </w:r>
    </w:p>
    <w:p>
      <w:r>
        <w:rPr>
          <w:b/>
        </w:rPr>
        <w:t xml:space="preserve">[55:28] </w:t>
      </w:r>
      <w:r>
        <w:t>baatein karte hain. woh bilashuba Islam mein jaiz nahin hai. to yeh, yeh do, yeh, yeh do cheezein apne andar paida kijiye jo is ayat mein milti hai: nasih hona aur amin hona.</w:t>
      </w:r>
    </w:p>
    <w:p>
      <w:pPr>
        <w:jc w:val="right"/>
      </w:pPr>
      <w:r>
        <w:t>باتیں کرتے ہیں۔ وہ بلاشبہ اسلام میں جائز نہیں ہے۔ تو یہ، یہ دو، یہ، یہ دو چیزیں اپنے اندر پیدا کیجئے جو اس آیت میں ملتی ہے: ناسح ہونا اور امین ہونا۔</w:t>
      </w:r>
    </w:p>
    <w:p>
      <w:r>
        <w:rPr>
          <w:b/>
        </w:rPr>
        <w:t xml:space="preserve">[55:41] </w:t>
      </w:r>
      <w:r>
        <w:t>nasih hone ke mani hain walosher hona, ameen hone ke mani hain ke bohat hi honest hona is mamle mein ke wahi baat, usi baat ki dawat dena hai jo quran mein bataya gaya hai.</w:t>
      </w:r>
    </w:p>
    <w:p>
      <w:pPr>
        <w:jc w:val="right"/>
      </w:pPr>
      <w:r>
        <w:t>ناسح ہونے کے معنی ہیں ولوشر ہونا، امین ہونے کے معنی ہیں کہ بہت ہی اونسٹ ہونا اس معاملے میں کہ وہی بات، اسی بات کی دعوت دینا ہے جو قرآن میں بتایا گیا ہے۔</w:t>
      </w:r>
    </w:p>
    <w:p>
      <w:r>
        <w:rPr>
          <w:b/>
        </w:rPr>
        <w:t xml:space="preserve">[55:51] </w:t>
      </w:r>
      <w:r>
        <w:t>kisi aur baat ko shamil nahi karna is mein.</w:t>
      </w:r>
    </w:p>
    <w:p>
      <w:pPr>
        <w:jc w:val="right"/>
      </w:pPr>
      <w:r>
        <w:t>کسی اور بات کو شامل نہیں کرنا اس میں۔</w:t>
      </w:r>
    </w:p>
    <w:p>
      <w:r>
        <w:rPr>
          <w:b/>
        </w:rPr>
        <w:t xml:space="preserve">[55:59] </w:t>
      </w:r>
      <w:r>
        <w:t>maulana, agla sawal hai suhail ahmed sahab ka. unhon ne location nahi likhi hai. un ka sawal hai: "I wanted to ask this question for a long time, which is that Allah speaks all languages in the world, so why is it compulsory to recite namaz and Quran in Arabic?</w:t>
      </w:r>
    </w:p>
    <w:p>
      <w:pPr>
        <w:jc w:val="right"/>
      </w:pPr>
      <w:r>
        <w:t>مولانا، اگلا سوال ہے سہیل احمد صاحب کا۔ انہوں نے لوکیشن نہیں لکھی ہے۔ ان کا سوال ہے: "I wanted to ask this question for a long time, which is that Allah speaks all languages in the world, so why is it compulsory to recite نماز and Quran in Arabic?</w:t>
      </w:r>
    </w:p>
    <w:p>
      <w:r>
        <w:rPr>
          <w:b/>
        </w:rPr>
        <w:t xml:space="preserve">[56:20] </w:t>
      </w:r>
      <w:r>
        <w:t>The reason for asking this question is that many people in my locality just recite namaz and Quran for the sake of just recitation and without knowing what they are reading or reciting.</w:t>
      </w:r>
    </w:p>
    <w:p>
      <w:pPr>
        <w:jc w:val="right"/>
      </w:pPr>
      <w:r>
        <w:t>The reason for asking this question is that many people in my locality just recite نماز and Quran for the sake of just recitation and without knowing what they are reading or reciting.</w:t>
      </w:r>
    </w:p>
    <w:p>
      <w:r>
        <w:rPr>
          <w:b/>
        </w:rPr>
        <w:t xml:space="preserve">[56:35] </w:t>
      </w:r>
      <w:r>
        <w:t>Why can't a person pray in whatever language he or she understands it, which can help in removing misconceptions in Islam?"</w:t>
      </w:r>
    </w:p>
    <w:p>
      <w:pPr>
        <w:jc w:val="right"/>
      </w:pPr>
      <w:r>
        <w:t>Why can't a person pray in whatever language he or she understands it, which can help in removing misconceptions in Islam?"</w:t>
      </w:r>
    </w:p>
    <w:p>
      <w:r>
        <w:rPr>
          <w:b/>
        </w:rPr>
        <w:t xml:space="preserve">[56:45] </w:t>
      </w:r>
      <w:r>
        <w:t>dekhiye, aap is sawal mein is liye phanse hue hain ke aap namaz ko form samajhte hain. namaz ko form samajhte hain, is liye phanse hue hain.</w:t>
      </w:r>
    </w:p>
    <w:p>
      <w:pPr>
        <w:jc w:val="right"/>
      </w:pPr>
      <w:r>
        <w:t>دیکھیے، آپ اس سوال میں اس لیے پھنسے ہوئے ہیں کہ آپ نماز کو فارم سمجھتے ہیں۔ نماز کو فارم سمجھتے ہیں، اس لیے پھنسے ہوئے ہیں۔</w:t>
      </w:r>
    </w:p>
    <w:p>
      <w:r>
        <w:rPr>
          <w:b/>
        </w:rPr>
        <w:t xml:space="preserve">[56:54] </w:t>
      </w:r>
      <w:r>
        <w:t>yaad rakhiye, arabi mein namaz parhna bhi namaz nahi hai. sare munafiqeen arabi mein namaz parhte the, un ki namaz allah ne qabool nahi ki. yeh mat samjhiye ke arabi mein parh liya to namaz ho gayi.</w:t>
      </w:r>
    </w:p>
    <w:p>
      <w:pPr>
        <w:jc w:val="right"/>
      </w:pPr>
      <w:r>
        <w:t>یاد رکھیے، عربی میں نماز پڑھنا بھی نماز نہیں ہے۔ سارے منافقین عربی میں نماز پڑھتے تھے، ان کی نماز اللہ نے قبول نہیں کی۔ یہ مت سمجھئے کہ عربی میں پڑھ لیا تو نماز ہو گئی۔</w:t>
      </w:r>
    </w:p>
    <w:p>
      <w:r>
        <w:rPr>
          <w:b/>
        </w:rPr>
        <w:t xml:space="preserve">[57:10] </w:t>
      </w:r>
      <w:r>
        <w:t>na arabi mein namaz hai, na farsi mein namaz hai.</w:t>
      </w:r>
    </w:p>
    <w:p>
      <w:pPr>
        <w:jc w:val="right"/>
      </w:pPr>
      <w:r>
        <w:t>نہ عربی میں نماز ہے، نہ فارسی میں نماز ہے۔</w:t>
      </w:r>
    </w:p>
    <w:p>
      <w:r>
        <w:rPr>
          <w:b/>
        </w:rPr>
        <w:t xml:space="preserve">[57:13] </w:t>
      </w:r>
      <w:r>
        <w:t>namaz jo hai qad afalahal mominoon allazeena fi salatihim khashaoon khasho ki zuban mein jo namaz parhe, woh us ki namaz namaz hai.</w:t>
      </w:r>
    </w:p>
    <w:p>
      <w:pPr>
        <w:jc w:val="right"/>
      </w:pPr>
      <w:r>
        <w:t>نماز جو ہے قَدْ أَفْلَحَ الْمُؤْمِنُونَ الَّذِينَ فِي صِلَاتِهِمْ خَاشَعُونَ خشوع کی زبان میں جو نماز پڑھے، وہ اس کی نماز نماز ہے۔</w:t>
      </w:r>
    </w:p>
    <w:p>
      <w:r>
        <w:rPr>
          <w:b/>
        </w:rPr>
        <w:t xml:space="preserve">[57:25] </w:t>
      </w:r>
      <w:r>
        <w:t>aap samajhte hain ke bas arabi alfaz jo hain, khoob qirat se parh gaye to namaz ho gayi.</w:t>
      </w:r>
    </w:p>
    <w:p>
      <w:pPr>
        <w:jc w:val="right"/>
      </w:pPr>
      <w:r>
        <w:t>آپ سمجھتے ہیں کہ بس عربی الفاظ جو ہیں، خوب قرأت سے پڑھ گئے تو نماز ہو گئی۔</w:t>
      </w:r>
    </w:p>
    <w:p>
      <w:r>
        <w:rPr>
          <w:b/>
        </w:rPr>
        <w:t xml:space="preserve">[57:33] </w:t>
      </w:r>
      <w:r>
        <w:t>main aap ko aik waqia batata hoon: masjid nabwi mein rasool allah the, aik shakhs wahan aya, namaz parhi. idhar arabi mein namaz parhi thi us ne, kyunke woh to arab tha.</w:t>
      </w:r>
    </w:p>
    <w:p>
      <w:pPr>
        <w:jc w:val="right"/>
      </w:pPr>
      <w:r>
        <w:t>میں آپ کو ایک واقعہ بتاتا ہوں: مسجد نبوی میں رسول اللہ تھے، ایک شخص وہاں آیا، نماز پڑھی۔ ادھر عربی میں نماز پڑھی تھی اس نے، کیونکہ وہ تو عرب تھا۔</w:t>
      </w:r>
    </w:p>
    <w:p>
      <w:r>
        <w:rPr>
          <w:b/>
        </w:rPr>
        <w:t xml:space="preserve">[57:44] </w:t>
      </w:r>
      <w:r>
        <w:t>aap ke paas aya to aap ne kaha ke irji' fasalli fa'innaka lam tusalli jao phir se namaz parho, kyunke tum ne namaz nahi parhi.</w:t>
      </w:r>
    </w:p>
    <w:p>
      <w:pPr>
        <w:jc w:val="right"/>
      </w:pPr>
      <w:r>
        <w:t>آپ کے پاس آیا تو آپ نے کہا کہ اِرْجِعْ فَصَلَّ فَإِنْكَ لَمْ تُصَلِّ جاؤ پھر سے نماز پڑھو، کیونکہ تم نے نماز نہیں پڑھی۔</w:t>
      </w:r>
    </w:p>
    <w:p>
      <w:r>
        <w:rPr>
          <w:b/>
        </w:rPr>
        <w:t xml:space="preserve">[57:55] </w:t>
      </w:r>
      <w:r>
        <w:t>to namaz na arabi mein, na farsi mein, na angrezi mein, na hindi mein. namaz hai khasho ki zuban mein. wah! khasho ki zuban nahi to namaz hi nahi hai.</w:t>
      </w:r>
    </w:p>
    <w:p>
      <w:pPr>
        <w:jc w:val="right"/>
      </w:pPr>
      <w:r>
        <w:t>تو نماز نہ عربی میں، نہ فارسی میں، نہ انگریزی میں، نہ ہندی میں۔ نماز ہے خشوع کی زبان میں۔ واہ! خشوع کی زبان نہیں تو نماز ہی نہیں ہے۔</w:t>
      </w:r>
    </w:p>
    <w:p>
      <w:r>
        <w:rPr>
          <w:b/>
        </w:rPr>
        <w:t xml:space="preserve">[58:06] </w:t>
      </w:r>
      <w:r>
        <w:t>yeh quran o hadees sabit hai. quran mein dekhein, ayat hai fawaylul musalleen kharabi hai namaziyon ke liye.</w:t>
      </w:r>
    </w:p>
    <w:p>
      <w:pPr>
        <w:jc w:val="right"/>
      </w:pPr>
      <w:r>
        <w:t>یہ قرآن و حدیث ثابت ہے۔ قرآن میں دیکھیں، آیت ہے فَوَيْلُ الْمُصَلِّينَ خرابی ہے نمازیوں کے لیے۔</w:t>
      </w:r>
    </w:p>
    <w:p>
      <w:r>
        <w:rPr>
          <w:b/>
        </w:rPr>
        <w:t xml:space="preserve">[58:17] </w:t>
      </w:r>
      <w:r>
        <w:t>yeh kaun namazi? arab namazi jo arabi mein parhte the, namaz.</w:t>
      </w:r>
    </w:p>
    <w:p>
      <w:pPr>
        <w:jc w:val="right"/>
      </w:pPr>
      <w:r>
        <w:t>یہ کون نمازی؟ عرب نمازی جو عربی میں پڑھتے تھے، نماز۔</w:t>
      </w:r>
    </w:p>
    <w:p>
      <w:r>
        <w:rPr>
          <w:b/>
        </w:rPr>
        <w:t xml:space="preserve">[58:23] </w:t>
      </w:r>
      <w:r>
        <w:t>yeh bilkul be buniyad qism sawalat hain. yeh hai shift of emphasis. aap sochte nahi ke asal cheez khasho hai, to yeh sab sawalat aap dimagh mein aate hain.</w:t>
      </w:r>
    </w:p>
    <w:p>
      <w:pPr>
        <w:jc w:val="right"/>
      </w:pPr>
      <w:r>
        <w:t>یہ بالکل بے بنیاد قسم سوالات ہیں۔ یہ ہے شفٹ آف ایمفیزز۔ آپ سوچتے نہیں کہ اصل چیز خشوع ہے، تو یہ سب سوالات آپ دماغ میں آتے ہیں۔</w:t>
      </w:r>
    </w:p>
    <w:p>
      <w:r>
        <w:rPr>
          <w:b/>
        </w:rPr>
        <w:t xml:space="preserve">[58:34] </w:t>
      </w:r>
      <w:r>
        <w:t>agar aap asal yeh yeh sochein to kuch yeh sawal aayega nahi. yeh sab, yeh sab shift of emphasis ki surat se, shift of emphasis ki bana par yeh sab sawalat aate hain.</w:t>
      </w:r>
    </w:p>
    <w:p>
      <w:pPr>
        <w:jc w:val="right"/>
      </w:pPr>
      <w:r>
        <w:t>اگر آپ اصل یہ یہ سوچیں تو کچھ یہ سوال آئے گا نہیں۔ یہ سب، یہ سب شفٹ آف ایمفیزز کی صورت سے، شفٹ آف ایمفیزز کی بنا پر یہ سب سوالات آتے ہیں۔</w:t>
      </w:r>
    </w:p>
    <w:p>
      <w:r>
        <w:rPr>
          <w:b/>
        </w:rPr>
        <w:t xml:space="preserve">[58:45] </w:t>
      </w:r>
      <w:r>
        <w:t>aap ko dua hogi.</w:t>
      </w:r>
    </w:p>
    <w:p>
      <w:pPr>
        <w:jc w:val="right"/>
      </w:pPr>
      <w:r>
        <w:t>آپ کو دعا ہوگی۔</w:t>
      </w:r>
    </w:p>
    <w:p>
      <w:r>
        <w:rPr>
          <w:b/>
        </w:rPr>
        <w:t xml:space="preserve">[58:50] </w:t>
      </w:r>
      <w:r>
        <w:t>maulana, agla sawal lene se pehle aik comment parhna chahenge jo abdul basit umri ne bheja hai doha, qatar se. unhon ne likha hai: "maulana, aaj ki taqreer se mere andar dobara naya azm paida hua.</w:t>
      </w:r>
    </w:p>
    <w:p>
      <w:pPr>
        <w:jc w:val="right"/>
      </w:pPr>
      <w:r>
        <w:t>مولانا، اگلا سوال لینے سے پہلے ایک کمنٹ پڑھنا چاہیں گے جو عبدالباسط عمری نے بھیجا ہے دوحہ، قطر سے۔ انہوں نے لکھا ہے: "مولانا، آج کی تقریر سے میرے اندر دوبارہ نیا عزم پیدا ہوا۔</w:t>
      </w:r>
    </w:p>
    <w:p>
      <w:r>
        <w:rPr>
          <w:b/>
        </w:rPr>
        <w:t xml:space="preserve">[59:06] </w:t>
      </w:r>
      <w:r>
        <w:t>bohat ziyada hosla mila. aap ki taqreer sunne se pehle mere zehan mein pareshani thi.</w:t>
      </w:r>
    </w:p>
    <w:p>
      <w:pPr>
        <w:jc w:val="right"/>
      </w:pPr>
      <w:r>
        <w:t>بہت زیادہ حوصلہ ملا۔ آپ کی تقریر سننے سے پہلے میرے ذہن میں پریشانی تھی۔</w:t>
      </w:r>
    </w:p>
    <w:p>
      <w:r>
        <w:rPr>
          <w:b/>
        </w:rPr>
        <w:t xml:space="preserve">[59:13] </w:t>
      </w:r>
      <w:r>
        <w:t>jab aap ki taqreer suni to mujhe mera paida karne ka maqsad samajh mein aa gaya aur mere dimagh se sara bojh utar gaya.</w:t>
      </w:r>
    </w:p>
    <w:p>
      <w:pPr>
        <w:jc w:val="right"/>
      </w:pPr>
      <w:r>
        <w:t>جب آپ کی تقریر سنی تو مجھے میرا پیدا کرنے کا مقصد سمجھ میں آگیا اور میرے دماغ سے سارا بوجھ اتر گیا۔</w:t>
      </w:r>
    </w:p>
    <w:p>
      <w:r>
        <w:rPr>
          <w:b/>
        </w:rPr>
        <w:t xml:space="preserve">[59:23] </w:t>
      </w:r>
      <w:r>
        <w:t>allah aap ko lambi umar de taake hum sab aap se ziyada se ziyada mustafeed ho saken."</w:t>
      </w:r>
    </w:p>
    <w:p>
      <w:pPr>
        <w:jc w:val="right"/>
      </w:pPr>
      <w:r>
        <w:t>اللہ آپ کو لمبی عمر دے تاکہ ہم سب آپ سے زیادہ سے زیادہ استفادہ کر سکیں۔"</w:t>
      </w:r>
    </w:p>
    <w:p>
      <w:r>
        <w:rPr>
          <w:b/>
        </w:rPr>
        <w:t xml:space="preserve">[59:32] </w:t>
      </w:r>
      <w:r>
        <w:t>maulana, agla sawal aaya hai jalalabad, uttar pradesh se farhan khan sahab</w:t>
      </w:r>
    </w:p>
    <w:p>
      <w:pPr>
        <w:jc w:val="right"/>
      </w:pPr>
      <w:r>
        <w:t>مولانا، اگلا سوال آیا ہے جلال آباد، اتر پردیش سے فرحان خان صاحب</w:t>
      </w:r>
    </w:p>
    <w:p>
      <w:r>
        <w:rPr>
          <w:b/>
        </w:rPr>
        <w:t xml:space="preserve">[59:38] </w:t>
      </w:r>
      <w:r>
        <w:t>ka. unhon ne likha hai: "maulana, nafs kitni tarah ka hota hai? kya zamir bhi aik tarah ka nafs hota hai?</w:t>
      </w:r>
    </w:p>
    <w:p>
      <w:pPr>
        <w:jc w:val="right"/>
      </w:pPr>
      <w:r>
        <w:t>کا۔ انہوں نے لکھا ہے: "مولانا، نفس کتنی طرح کا ہوتا ہے؟ کیا ضمیر بھی ایک طرح کا نفس ہوتا ہے؟</w:t>
      </w:r>
    </w:p>
    <w:p>
      <w:r>
        <w:rPr>
          <w:b/>
        </w:rPr>
        <w:t xml:space="preserve">[59:47] </w:t>
      </w:r>
      <w:r>
        <w:t>is ke baray mein batayen."</w:t>
      </w:r>
    </w:p>
    <w:p>
      <w:pPr>
        <w:jc w:val="right"/>
      </w:pPr>
      <w:r>
        <w:t>اس کے بارے میں بتائیں۔"</w:t>
      </w:r>
    </w:p>
    <w:p>
      <w:r>
        <w:rPr>
          <w:b/>
        </w:rPr>
        <w:t xml:space="preserve">[59:57] </w:t>
      </w:r>
      <w:r>
        <w:t>dekhen, quran mein to do lafz istemal hue hain, teen laf</w:t>
      </w:r>
    </w:p>
    <w:p>
      <w:pPr>
        <w:jc w:val="right"/>
      </w:pPr>
      <w:r>
        <w:t>دیکھیں، قرآن میں تو دو لفظ استعمال ہوئے ہیں، تین ل</w:t>
      </w:r>
    </w:p>
    <w:p>
      <w:r>
        <w:rPr>
          <w:b/>
        </w:rPr>
        <w:t xml:space="preserve">[1:00:03] </w:t>
      </w:r>
      <w:r>
        <w:t>z istemal hue hain: nafs ammara aur nafs mutmainnah aur nafs lawwamah. nafs lawwamah, nafs ammara, nafs mutmainnah.</w:t>
      </w:r>
    </w:p>
    <w:p>
      <w:pPr>
        <w:jc w:val="right"/>
      </w:pPr>
      <w:r>
        <w:t>فظ استعمال ہوئے ہیں: نفس عمارہ اور نفس مطمئنہ اور نفس لوامہ۔ نفس لوامہ، نفس عمارہ، نفس مطمئنہ۔</w:t>
      </w:r>
    </w:p>
    <w:p>
      <w:r>
        <w:rPr>
          <w:b/>
        </w:rPr>
        <w:t xml:space="preserve">[1:00:15] </w:t>
      </w:r>
      <w:r>
        <w:t>in baaton ko samajhne ke liye barkhast sahab kitaben padhiye. yahan, yahan is sawal se koi wazahat se aap baat clear nahin ho sakti hai. aap kitaben padhiye, is se aap baat samajh lenge.</w:t>
      </w:r>
    </w:p>
    <w:p>
      <w:pPr>
        <w:jc w:val="right"/>
      </w:pPr>
      <w:r>
        <w:t>ان باتوں کو سمجھنے کے لیے برخاست صاحب کتابیں پڑھیے۔ یہاں، یہاں اس سوال سے کوئی وضاحت سے آپ بات کلیئر نہیں ہو سکتی ہے۔ آپ کتابیں پڑھیے، اس سے آپ بات سمجھ لیں گے۔</w:t>
      </w:r>
    </w:p>
    <w:p>
      <w:r>
        <w:rPr>
          <w:b/>
        </w:rPr>
        <w:t xml:space="preserve">[1:00:27] </w:t>
      </w:r>
      <w:r>
        <w:t>khas taur par hamari jo tafsir hai, tazkirul quran, is ka mutala kijiye.</w:t>
      </w:r>
    </w:p>
    <w:p>
      <w:pPr>
        <w:jc w:val="right"/>
      </w:pPr>
      <w:r>
        <w:t>خاص طور پر ہماری جو تفسیر ہے، تذکر القرآن، اس کا مطالعہ کیجئے۔</w:t>
      </w:r>
    </w:p>
    <w:p>
      <w:r>
        <w:rPr>
          <w:b/>
        </w:rPr>
        <w:t xml:space="preserve">[1:00:32] </w:t>
      </w:r>
      <w:r>
        <w:t>baqi teen lafz istemal hue hain quran majeed mein: nafs ammara, al nafs, nafs ammara, nafs mutmainnah aur nafs lawwamah.</w:t>
      </w:r>
    </w:p>
    <w:p>
      <w:pPr>
        <w:jc w:val="right"/>
      </w:pPr>
      <w:r>
        <w:t>باقی تین لفظ استعمال ہوئے ہیں قرآن مجید میں: نفس عمارہ، النفس، نفس عمارہ، نفس مطمئنہ اور نفس لوامہ۔</w:t>
      </w:r>
    </w:p>
    <w:p>
      <w:r>
        <w:rPr>
          <w:b/>
        </w:rPr>
        <w:t xml:space="preserve">[1:00:50] </w:t>
      </w:r>
      <w:r>
        <w:t>maulana, agla sawal dilli se hai ans sahab ka. unhon ne aap se poocha hai ke "How can we maintain discipline in our daily life?" is ke bare mein bataen.</w:t>
      </w:r>
    </w:p>
    <w:p>
      <w:pPr>
        <w:jc w:val="right"/>
      </w:pPr>
      <w:r>
        <w:t>مولانا، اگلا سوال دلی سے ہے انس صاحب کا۔ انہوں نے آپ سے پوچھا ہے کہ "How can we maintain discipline in our daily life?" اس کے بارے میں بتائیں۔</w:t>
      </w:r>
    </w:p>
    <w:p>
      <w:r>
        <w:rPr>
          <w:b/>
        </w:rPr>
        <w:t xml:space="preserve">[1:01:04] </w:t>
      </w:r>
      <w:r>
        <w:t>asal jar ki baat yeh hai ke logon ka dard khauf khuda nahin. yeh jo sawalat jo aap poochte hain, yeh Allah se darne wala aadmi yeh sawal hi nahin karega.</w:t>
      </w:r>
    </w:p>
    <w:p>
      <w:pPr>
        <w:jc w:val="right"/>
      </w:pPr>
      <w:r>
        <w:t>اصل جڑ کی بات یہ ہے کہ لوگوں کا درد خوف خدا نہیں۔ یہ جو سوالات جو آپ پوچھتے ہیں، یہ اللہ سے ڈرنے والا آدمی یہ سوال ہی نہیں کرے گا۔</w:t>
      </w:r>
    </w:p>
    <w:p>
      <w:r>
        <w:rPr>
          <w:b/>
        </w:rPr>
        <w:t xml:space="preserve">[1:01:17] </w:t>
      </w:r>
      <w:r>
        <w:t>yeh ek maa ka poochhe ke kaise main apne bachche ko paloon? jo maa is se poochhe, woh maa dil mein bachche ki mohabbat nahin hai.</w:t>
      </w:r>
    </w:p>
    <w:p>
      <w:pPr>
        <w:jc w:val="right"/>
      </w:pPr>
      <w:r>
        <w:t>یہ ایک ماں کا پوچھے کہ کیسے میں اپنے بچے کو پالوں؟ جو ماں اس سے پوچھے، وہ ماں دل میں بچے کی محبت نہیں ہے۔</w:t>
      </w:r>
    </w:p>
    <w:p>
      <w:r>
        <w:rPr>
          <w:b/>
        </w:rPr>
        <w:t xml:space="preserve">[1:01:30] </w:t>
      </w:r>
      <w:r>
        <w:t>koi maa agar poochhe ke bhai mujhe batao ke main apne bachche ko kaise paloon posoon, to aap jawab denge is ka?</w:t>
      </w:r>
    </w:p>
    <w:p>
      <w:pPr>
        <w:jc w:val="right"/>
      </w:pPr>
      <w:r>
        <w:t>کوئی ماں اگر پوچھے کہ بھائی مجھے بتاؤ کہ میں اپنے بچے کو کیسے پالوں پوسوں، تو آپ جواب دیں گے اس کا؟</w:t>
      </w:r>
    </w:p>
    <w:p>
      <w:r>
        <w:rPr>
          <w:b/>
        </w:rPr>
        <w:t xml:space="preserve">[1:01:39] </w:t>
      </w:r>
      <w:r>
        <w:t>aap kahenge apne dil ka jaiza lo, tumhare dil mein bachche ki mohabbat nahin hai, is liye yeh sab sawal kar rahi ho.</w:t>
      </w:r>
    </w:p>
    <w:p>
      <w:pPr>
        <w:jc w:val="right"/>
      </w:pPr>
      <w:r>
        <w:t>آپ کہیں گے اپنے دل کا جائزہ لو، تمہارے دل میں بچے کی محبت نہیں ہے، اس لیے یہ سب سوال کر رہی ہو۔</w:t>
      </w:r>
    </w:p>
    <w:p>
      <w:r>
        <w:rPr>
          <w:b/>
        </w:rPr>
        <w:t xml:space="preserve">[1:01:46] </w:t>
      </w:r>
      <w:r>
        <w:t>to yeh sab sawalat nahin hain. is ki jar mein kya hai? logon ko Allah ka khauf nahin, logon ko jahannum ka dar nahin, logon ko jannat ka shauq nahin, logon ko mazar mehshar ka ehsas nahin ke Allah ke samne khada hona hoga to kya pesh aayega wahan?</w:t>
      </w:r>
    </w:p>
    <w:p>
      <w:pPr>
        <w:jc w:val="right"/>
      </w:pPr>
      <w:r>
        <w:t>تو یہ سب سوالات نہیں ہیں۔ اس کی جڑ میں کیا ہے؟ لوگوں کو اللہ کا خوف نہیں، لوگوں کو جہنم کا ڈر نہیں، لوگوں کو جنت کا شوق نہیں، لوگوں کو مزار محشر کا احساس نہیں کہ اللہ کے سامنے کھڑا ہونا ہوگا تو کیا پیش آئے گا وہاں؟</w:t>
      </w:r>
    </w:p>
    <w:p>
      <w:r>
        <w:rPr>
          <w:b/>
        </w:rPr>
        <w:t xml:space="preserve">[1:02:02] </w:t>
      </w:r>
      <w:r>
        <w:t>is liye yeh sab baaten karte hain.</w:t>
      </w:r>
    </w:p>
    <w:p>
      <w:pPr>
        <w:jc w:val="right"/>
      </w:pPr>
      <w:r>
        <w:t>اس لیے یہ سب باتیں کرتے ہیں۔</w:t>
      </w:r>
    </w:p>
    <w:p>
      <w:r>
        <w:rPr>
          <w:b/>
        </w:rPr>
        <w:t xml:space="preserve">[1:02:07] </w:t>
      </w:r>
      <w:r>
        <w:t>You have to see the root cause. root cause kya hai</w:t>
      </w:r>
    </w:p>
    <w:p>
      <w:pPr>
        <w:jc w:val="right"/>
      </w:pPr>
      <w:r>
        <w:t>You have to see the root cause. روٹ کاز کیا ہے</w:t>
      </w:r>
    </w:p>
    <w:p>
      <w:r>
        <w:rPr>
          <w:b/>
        </w:rPr>
        <w:t xml:space="preserve">[1:02:12] </w:t>
      </w:r>
      <w:r>
        <w:t>? dilon mein khauf khuda nahin, dilon mein mohabbat ilahi nahin, dilon mein jannat ka ishtiyaq nahin, dil mein akhirat wali soch nahin.</w:t>
      </w:r>
    </w:p>
    <w:p>
      <w:pPr>
        <w:jc w:val="right"/>
      </w:pPr>
      <w:r>
        <w:t>؟ دلوں میں خوف خدا نہیں، دلوں میں محبت الہی نہیں، دلوں میں جنت کا اشتیاق نہیں، دل میں آخرت والی سوچ نہیں۔</w:t>
      </w:r>
    </w:p>
    <w:p>
      <w:r>
        <w:rPr>
          <w:b/>
        </w:rPr>
        <w:t xml:space="preserve">[1:02:21] </w:t>
      </w:r>
      <w:r>
        <w:t>wo cheez paida kijiye, phir apne aap sari baaten aa jayengi. maa ke dil mein agar mohabbat hai to woh khud pata hai us ko bachche ke liye kya kare. woh yahi muamla zindagi ke sare mamlat ka hai.</w:t>
      </w:r>
    </w:p>
    <w:p>
      <w:pPr>
        <w:jc w:val="right"/>
      </w:pPr>
      <w:r>
        <w:t>وہ چیز پیدا کیجئے، پھر اپنے آپ ساری باتیں آ جائیں گی۔ ماں کے دل میں اگر محبت ہے تو وہ خود پتہ ہے اس کو بچے کے لیے کیا کرے۔ وہ یہی معاملہ زندگی کے سارے معاملات کا ہے۔</w:t>
      </w:r>
    </w:p>
    <w:p>
      <w:r>
        <w:rPr>
          <w:b/>
        </w:rPr>
        <w:t xml:space="preserve">[1:02:38] </w:t>
      </w:r>
      <w:r>
        <w:t>maulana, agla sawal raipur se hai idrees sahab ka.</w:t>
      </w:r>
    </w:p>
    <w:p>
      <w:pPr>
        <w:jc w:val="right"/>
      </w:pPr>
      <w:r>
        <w:t>مولانا، اگلا سوال رائے پور سے ہے ادریس صاحب کا۔</w:t>
      </w:r>
    </w:p>
    <w:p>
      <w:r>
        <w:rPr>
          <w:b/>
        </w:rPr>
        <w:t xml:space="preserve">[1:02:42] </w:t>
      </w:r>
      <w:r>
        <w:t>unhon ne likha hai: "What is khushu and how can we develop khushu in namaz?" is ke bare mein bataen. khushu naam hai apne aap ko distraction se bachane ka.</w:t>
      </w:r>
    </w:p>
    <w:p>
      <w:pPr>
        <w:jc w:val="right"/>
      </w:pPr>
      <w:r>
        <w:t>انہوں نے لکھا ہے: "What is خشوع and how can we develop خشوع in نماز?" اس کے بارے میں بتائیں۔ خشوع نام ہے اپنے آپ کو ڈسٹریکشن سے بچانے کا۔</w:t>
      </w:r>
    </w:p>
    <w:p>
      <w:r>
        <w:rPr>
          <w:b/>
        </w:rPr>
        <w:t xml:space="preserve">[1:02:55] </w:t>
      </w:r>
      <w:r>
        <w:t>log jeete hain apni family mein, apne job mein, yani mini culture mein, furniture mein, aur poochte hain ke khushu kya hai?</w:t>
      </w:r>
    </w:p>
    <w:p>
      <w:pPr>
        <w:jc w:val="right"/>
      </w:pPr>
      <w:r>
        <w:t>لوگ جیتے ہیں اپنی فیملی میں، اپنے جاب میں، یعنی منی کلچر میں، فرنیچر میں، اور پوچھتے ہیں کہ خشوع کیا ہے؟</w:t>
      </w:r>
    </w:p>
    <w:p>
      <w:r>
        <w:rPr>
          <w:b/>
        </w:rPr>
        <w:t xml:space="preserve">[1:03:09] </w:t>
      </w:r>
      <w:r>
        <w:t>khushu naam hai is baat ka ke aap ne aap ko distraction se bachayenge to is ke baad aap ki nature jaag uthegi. isi ka naam khushu hai.</w:t>
      </w:r>
    </w:p>
    <w:p>
      <w:pPr>
        <w:jc w:val="right"/>
      </w:pPr>
      <w:r>
        <w:t>خشوع نام ہے اس بات کا کہ آپ نے آپ کو ڈسٹریکشن سے بچائیں گے تو اس کے بعد آپ کی نیچر جاگ اٹھے گی۔ اسی کا نام خشوع ہے۔</w:t>
      </w:r>
    </w:p>
    <w:p>
      <w:r>
        <w:rPr>
          <w:b/>
        </w:rPr>
        <w:t xml:space="preserve">[1:03:19] </w:t>
      </w:r>
      <w:r>
        <w:t>khushu already aap ki nature mein maujood hai. already</w:t>
      </w:r>
    </w:p>
    <w:p>
      <w:pPr>
        <w:jc w:val="right"/>
      </w:pPr>
      <w:r>
        <w:t>خشوع الریڈی آپ کی نیچر میں موجود ہے۔ الریڈی</w:t>
      </w:r>
    </w:p>
    <w:p>
      <w:r>
        <w:rPr>
          <w:b/>
        </w:rPr>
        <w:t xml:space="preserve">[1:03:25] </w:t>
      </w:r>
      <w:r>
        <w:t>kal mardeen yool al fitr yani jo matloob insan hai, woh Allah ne peshi paida kar diya hai. jo matloob fitrat hai, woh paida kar diya hai.</w:t>
      </w:r>
    </w:p>
    <w:p>
      <w:pPr>
        <w:jc w:val="right"/>
      </w:pPr>
      <w:r>
        <w:t>کل موردین یول الفطر یعنی جو مطلوب انسان ہے، وہ اللہ نے پیشی پیدا کر دیا ہے۔ جو مطلوب فطرت ہے، وہ پیدا کر دیا ہے۔</w:t>
      </w:r>
    </w:p>
    <w:p>
      <w:r>
        <w:rPr>
          <w:b/>
        </w:rPr>
        <w:t xml:space="preserve">[1:03:35] </w:t>
      </w:r>
      <w:r>
        <w:t>lekin hum kya karte hain?</w:t>
      </w:r>
    </w:p>
    <w:p>
      <w:pPr>
        <w:jc w:val="right"/>
      </w:pPr>
      <w:r>
        <w:t>لیکن ہم کیا کرتے ہیں؟</w:t>
      </w:r>
    </w:p>
    <w:p>
      <w:r>
        <w:rPr>
          <w:b/>
        </w:rPr>
        <w:t xml:space="preserve">[1:03:38] </w:t>
      </w:r>
      <w:r>
        <w:t>hum is ko conditioning se dhanp dete hain. conditioning aur distraction yahi sab se bari musibat hai.</w:t>
      </w:r>
    </w:p>
    <w:p>
      <w:pPr>
        <w:jc w:val="right"/>
      </w:pPr>
      <w:r>
        <w:t>ہم اس کو کنڈیشننگ سے ڈھانپ دیتے ہیں۔ کنڈیشننگ اور ڈسٹریکشن یہی سب سے بڑی مصیبت ہے۔</w:t>
      </w:r>
    </w:p>
    <w:p>
      <w:r>
        <w:rPr>
          <w:b/>
        </w:rPr>
        <w:t xml:space="preserve">[1:03:48] </w:t>
      </w:r>
      <w:r>
        <w:t>apni conditioning ko deconditioning kijiye, apne aap ko distraction se bachaiye to is ke baad jo cheez aayegi, woh khushu hui hai. woh apne aap hi jaag uthega.</w:t>
      </w:r>
    </w:p>
    <w:p>
      <w:pPr>
        <w:jc w:val="right"/>
      </w:pPr>
      <w:r>
        <w:t>اپنی کنڈیشننگ کو ڈی کنڈیشننگ کیجئے، اپنے آپ کو ڈسٹرکشن سے بچائیے تو اس کے بعد جو چیز آئے گی، وہ خوش ہوئی ہے۔ وہ اپنے آپ ہی جاگ اٹھے گا۔</w:t>
      </w:r>
    </w:p>
    <w:p>
      <w:r>
        <w:rPr>
          <w:b/>
        </w:rPr>
        <w:t xml:space="preserve">[1:03:57] </w:t>
      </w:r>
      <w:r>
        <w:t>khushu, khushu ko alag se thodi paida kiya jata hai. khushu alag se nahin paida kiya jata. pani peene ka naam hai pyas bujhna</w:t>
      </w:r>
    </w:p>
    <w:p>
      <w:pPr>
        <w:jc w:val="right"/>
      </w:pPr>
      <w:r>
        <w:t>خشوع، خشوع کو الگ سے تھوڑی پیدا کیا جاتا ہے۔ خشوع الگ سے نہیں پیدا کیا جاتا۔ پانی پینے کا نام ہے پیاس بجھنا</w:t>
      </w:r>
    </w:p>
    <w:p>
      <w:r>
        <w:rPr>
          <w:b/>
        </w:rPr>
        <w:t xml:space="preserve">[1:04:08] </w:t>
      </w:r>
      <w:r>
        <w:t>۔ piyas bujhna koi alag alag cheez nahin. koi piyas ka bujhna koi alag cheez nahin hai. pani pi liya to piyas bujh gayi.</w:t>
      </w:r>
    </w:p>
    <w:p>
      <w:pPr>
        <w:jc w:val="right"/>
      </w:pPr>
      <w:r>
        <w:t>۔ پیاس بجھنا کوئی الگ الگ چیز نہیں۔ کوئی پیاس کا بجھنا کوئی الگ چیز نہیں ہے۔ پانی پی لیا تو پیاس بجھ گئی۔</w:t>
      </w:r>
    </w:p>
    <w:p>
      <w:r>
        <w:rPr>
          <w:b/>
        </w:rPr>
        <w:t xml:space="preserve">[1:04:17] </w:t>
      </w:r>
      <w:r>
        <w:t>aise khushu koi alag cheez nahin hai. jab aap apne bachate hain apne aap ko distraction se ya apni conditioning ko todte hain to us ke baad jo cheez aati hai, woh isi ka naam khushu hai.</w:t>
      </w:r>
    </w:p>
    <w:p>
      <w:pPr>
        <w:jc w:val="right"/>
      </w:pPr>
      <w:r>
        <w:t>ایسے خشوع کوئی الگ چیز نہیں ہے۔ جب آپ اپنے بچاتے ہیں اپنے آپ کو ڈسٹریکشن سے یا اپنی کنڈیشننگ کو توڑتے ہیں تو اس کے بعد جو چیز آتی ہے، وہ اسی کا نام خشوع ہے۔</w:t>
      </w:r>
    </w:p>
    <w:p>
      <w:r>
        <w:rPr>
          <w:b/>
        </w:rPr>
        <w:t xml:space="preserve">[1:04:31] </w:t>
      </w:r>
      <w:r>
        <w:t>khushu koi mubham cheez nahin hai, koi purasrar cheez nahin hai.</w:t>
      </w:r>
    </w:p>
    <w:p>
      <w:pPr>
        <w:jc w:val="right"/>
      </w:pPr>
      <w:r>
        <w:t>خشوع کوئی مبہم چیز نہیں ہے، کوئی پراسرار چیز نہیں ہے۔</w:t>
      </w:r>
    </w:p>
    <w:p>
      <w:r>
        <w:rPr>
          <w:b/>
        </w:rPr>
        <w:t xml:space="preserve">[1:04:40] </w:t>
      </w:r>
      <w:r>
        <w:t>maulana, agla sawal dilli se hai miss naghma siddiqui ka. unhon ne likha hai: "How can we prepare our minds?</w:t>
      </w:r>
    </w:p>
    <w:p>
      <w:pPr>
        <w:jc w:val="right"/>
      </w:pPr>
      <w:r>
        <w:t>مولانا، اگلا سوال دلی سے ہے مس نغمہ صدیقی کا۔ انہوں نے لکھا ہے: "How can we prepare our minds?</w:t>
      </w:r>
    </w:p>
    <w:p>
      <w:r>
        <w:rPr>
          <w:b/>
        </w:rPr>
        <w:t xml:space="preserve">[1:04:49] </w:t>
      </w:r>
      <w:r>
        <w:t>I know it is by thinking, but with so many distractions, what can we do?</w:t>
      </w:r>
    </w:p>
    <w:p>
      <w:pPr>
        <w:jc w:val="right"/>
      </w:pPr>
      <w:r>
        <w:t>I know it is by thinking, but with so many distractions, what can we do?</w:t>
      </w:r>
    </w:p>
    <w:p>
      <w:r>
        <w:rPr>
          <w:b/>
        </w:rPr>
        <w:t xml:space="preserve">[1:04:56] </w:t>
      </w:r>
      <w:r>
        <w:t>" bhai, ek sahab ne aise hi sawal kiya tha mujh se to main ne kaha ke aap aap hamara sunday ka lecture hai, us ko parhiye, us ko barabar suniye, regular.</w:t>
      </w:r>
    </w:p>
    <w:p>
      <w:pPr>
        <w:jc w:val="right"/>
      </w:pPr>
      <w:r>
        <w:t>" بھائی، ایک صاحب نے ایسے ہی سوال کیا تھا مجھ سے تو میں نے کہا کہ آپ آپ ہمارا سنڈے کا لیکچر ہے، اس کو پڑھیے، اس کو برابر سنیے، ریگولر۔</w:t>
      </w:r>
    </w:p>
    <w:p>
      <w:r>
        <w:rPr>
          <w:b/>
        </w:rPr>
        <w:t xml:space="preserve">[1:05:06] </w:t>
      </w:r>
      <w:r>
        <w:t>us ka daily lecture bhi hota hai, jis ko main umri lecture kehta hoon, us ko bhi suniye. aur jo literature hai, us ko parhiye. aur jo monthly magazine hai, hamara risala hai, us ko parhiye.</w:t>
      </w:r>
    </w:p>
    <w:p>
      <w:pPr>
        <w:jc w:val="right"/>
      </w:pPr>
      <w:r>
        <w:t>اس کا ڈیلی لیکچر بھی ہوتا ہے، جس کو میں عمری لیکچر کہتا ہوں، اس کو بھی سنیے۔ اور جو لٹریچر ہے، اس کو پڑھیے۔ اور جو منتھلی میگزین ہے، ہمارا رسالہ ہے، اس کو پڑھیے۔</w:t>
      </w:r>
    </w:p>
    <w:p>
      <w:r>
        <w:rPr>
          <w:b/>
        </w:rPr>
        <w:t xml:space="preserve">[1:05:17] </w:t>
      </w:r>
      <w:r>
        <w:t>Spirit of Islam English mein hai, us ko parhiye. bhai, yeh sab kijiye, bas us ke baad sab theek ho jayega.</w:t>
      </w:r>
    </w:p>
    <w:p>
      <w:pPr>
        <w:jc w:val="right"/>
      </w:pPr>
      <w:r>
        <w:t>اسپیٹ آف اسلام انگلش میں ہے، اس کو پڑھیے۔ بھائی، یہ سب کیجئے، بس اس کے بعد سب ٹھیک ہو جائے گا۔</w:t>
      </w:r>
    </w:p>
    <w:p>
      <w:r>
        <w:rPr>
          <w:b/>
        </w:rPr>
        <w:t xml:space="preserve">[1:05:24] </w:t>
      </w:r>
      <w:r>
        <w:t>koi is ka koi alag se formula nahin hai. sunday class ko suniye, umri lecture ko suniye, literature ko parhiye, tazkir ul quran ko parhiye, us ke baad apne aap hi sab baatein aa jayengi.</w:t>
      </w:r>
    </w:p>
    <w:p>
      <w:pPr>
        <w:jc w:val="right"/>
      </w:pPr>
      <w:r>
        <w:t>کوئی اس کا کوئی الگ سے فارمولا نہیں ہے۔ سنڈے کلاس کو سنیے، عمری لیکچر کو سنیے، لٹریچر کو پڑھیے، تذکر القرآن کو پڑھیے، اس کے بعد اپنے آپ ہی سب باتیں آ جائیں گی۔</w:t>
      </w:r>
    </w:p>
    <w:p>
      <w:r>
        <w:rPr>
          <w:b/>
        </w:rPr>
        <w:t xml:space="preserve">[1:05:40] </w:t>
      </w:r>
      <w:r>
        <w:t>isi ke liye to yeh mission, isi ke liye yeh pura mission, isi ke liye to hai. koi doosra maqsad nahin hai is is is mission ka.</w:t>
      </w:r>
    </w:p>
    <w:p>
      <w:pPr>
        <w:jc w:val="right"/>
      </w:pPr>
      <w:r>
        <w:t>اسی کے لیے تو یہ مشن، اسی کے لیے یہ پورا مشن، اسی کے لیے تو ہے۔ کوئی دوسرا مقصد نہیں ہے اس اس اس مشن کا۔</w:t>
      </w:r>
    </w:p>
    <w:p>
      <w:r>
        <w:rPr>
          <w:b/>
        </w:rPr>
        <w:t xml:space="preserve">[1:05:49] </w:t>
      </w:r>
      <w:r>
        <w:t>maulana, agla sawal jodhpur, rajasthan se hai muhammad khalid sahab ka. unhon ne likha hai: "Maulana, Maulana sahab, if we develop positive attitude in mad'u, can we also consider it as part of dawah work?" kafi theek hai.</w:t>
      </w:r>
    </w:p>
    <w:p>
      <w:pPr>
        <w:jc w:val="right"/>
      </w:pPr>
      <w:r>
        <w:t>مولانا، اگلا سوال جوधپور، راجستھان سے ہے محمد خالد صاحب کا۔ انہوں نے لکھا ہے: "مولانا، مولانا صاحب، اف وی ڈیولپ پوزیٹیو ایٹیٹیوڈ ان مدو، کین وی السو کنسیڈر اٹ ایز پارٹ اف داوا ورک؟" کافی ٹھیک ہے۔</w:t>
      </w:r>
    </w:p>
    <w:p>
      <w:r>
        <w:rPr>
          <w:b/>
        </w:rPr>
        <w:t xml:space="preserve">[1:06:09] </w:t>
      </w:r>
      <w:r>
        <w:t>If we develop positive attitude in mad'u, then can we consider it also as part of dawah work? kya mat</w:t>
      </w:r>
    </w:p>
    <w:p>
      <w:pPr>
        <w:jc w:val="right"/>
      </w:pPr>
      <w:r>
        <w:t>اف وی ڈیولپ پوزیٹیو ایٹیٹیوڈ ان مدو، دین کین وی کنسیڈر اٹ السو ایز پارٹ اف داوا ورک؟ کیا مط</w:t>
      </w:r>
    </w:p>
    <w:p>
      <w:r>
        <w:rPr>
          <w:b/>
        </w:rPr>
        <w:t xml:space="preserve">[1:06:18] </w:t>
      </w:r>
      <w:r>
        <w:t>lub hua? ke maulana, mad'u ke andar agar positive khayalat agar paida karen, woh to kya us ko dawah? mad'u paida kar ke apne andar paida karen, mad'u paida karen.</w:t>
      </w:r>
    </w:p>
    <w:p>
      <w:pPr>
        <w:jc w:val="right"/>
      </w:pPr>
      <w:r>
        <w:t>لب ہوا؟ کہ مولانا، مدو کے اندر اگر پوزیٹیو خیالات اگر پیدا کریں، وہ تو کیا اس کو داوا؟ مدو پیدا کر کے اپنے اندر پیدا کریں، مدو پیدا کریں۔</w:t>
      </w:r>
    </w:p>
    <w:p>
      <w:r>
        <w:rPr>
          <w:b/>
        </w:rPr>
        <w:t xml:space="preserve">[1:06:27] </w:t>
      </w:r>
      <w:r>
        <w:t>ji, positive khayalat apne andar paida karen, mad'u mein kaise paida karenge? hmm, hain doosre mein kaise paida karenge? hmm, yeh kahin ke main apne andar agar positive thinking paida karoon to kya yeh part hai dawah ka?</w:t>
      </w:r>
    </w:p>
    <w:p>
      <w:pPr>
        <w:jc w:val="right"/>
      </w:pPr>
      <w:r>
        <w:t>جی، پازیٹیو خیالات اپنے اندر پیدا کریں، مدو میں کیسے پیدا کریں گے؟ ہمم، ہیں دوسرے میں کیسے پیدا کریں گے؟ ہمم، یہ کہیں کہ میں اپنے اندر اگر پازیٹیو تھنکنگ پیدا کروں تو کیا یہ پارٹ ہے دعوت کا؟</w:t>
      </w:r>
    </w:p>
    <w:p>
      <w:r>
        <w:rPr>
          <w:b/>
        </w:rPr>
        <w:t xml:space="preserve">[1:06:40] </w:t>
      </w:r>
      <w:r>
        <w:t>to bilashuba part hai dawah ka.</w:t>
      </w:r>
    </w:p>
    <w:p>
      <w:pPr>
        <w:jc w:val="right"/>
      </w:pPr>
      <w:r>
        <w:t>تو بلاشبہ پارٹ ہے دعوت کا۔</w:t>
      </w:r>
    </w:p>
    <w:p>
      <w:r>
        <w:rPr>
          <w:b/>
        </w:rPr>
        <w:t xml:space="preserve">[1:06:43] </w:t>
      </w:r>
      <w:r>
        <w:t>mad'u ke bare mein agar aap apne dil se nafrat nikalte hain, mad'u ke bare mein agar agar aap andar tashaddud nikalte hain to bilashuba woh dawah ka part hai.</w:t>
      </w:r>
    </w:p>
    <w:p>
      <w:pPr>
        <w:jc w:val="right"/>
      </w:pPr>
      <w:r>
        <w:t>مدو کے بارے میں اگر آپ اپنے دل سے نفرت نکالتے ہیں، مدو کے بارے میں اگر اگر آپ اندر تشدد نکالتے ہیں تو بلاشبہ وہ دعوت کا پارٹ ہے۔</w:t>
      </w:r>
    </w:p>
    <w:p>
      <w:r>
        <w:rPr>
          <w:b/>
        </w:rPr>
        <w:t xml:space="preserve">[1:06:54] </w:t>
      </w:r>
      <w:r>
        <w:t>aaj kal sare musalmanon ka kya haal hai ke jin logon ko Allah ne aap ka mad'u banaya hai, un ko aap ne dushman bana rakha hai?</w:t>
      </w:r>
    </w:p>
    <w:p>
      <w:pPr>
        <w:jc w:val="right"/>
      </w:pPr>
      <w:r>
        <w:t>آج کل سارے مسلمانوں کا کیا حال ہے کہ جن لوگوں کو اللہ نے آپ کا مدو بنایا ہے، ان کو آپ نے دشمن بنا رکھا ہے؟</w:t>
      </w:r>
    </w:p>
    <w:p>
      <w:r>
        <w:rPr>
          <w:b/>
        </w:rPr>
        <w:t xml:space="preserve">[1:07:03] </w:t>
      </w:r>
      <w:r>
        <w:t>yeh Khuda ki scheme ke khilaf chal rahe hain aap. yani Allah ne to kaha tha ke yeh tumhare mad'u hain. hum ne kaha, aap ne kaha ke nahin, yeh mere dushman hain.</w:t>
      </w:r>
    </w:p>
    <w:p>
      <w:pPr>
        <w:jc w:val="right"/>
      </w:pPr>
      <w:r>
        <w:t>یہ خدا کی سکیم کے خلاف چل رہے ہیں آپ۔ یعنی اللہ نے تو کہا تھا کہ یہ تمہارے مدو ہیں۔ ہم نے کہا، آپ نے کہا کہ نہیں، یہ میرے دشمن ہیں۔</w:t>
      </w:r>
    </w:p>
    <w:p>
      <w:r>
        <w:rPr>
          <w:b/>
        </w:rPr>
        <w:t xml:space="preserve">[1:07:13] </w:t>
      </w:r>
      <w:r>
        <w:t>Here is the starting point. Here is the starting point. aap ko in sare insanon ko insan samajhna hai, insan insanon ko mad'u samajhna hai, insan insanon ko Allah ka banda samajhna hai, apni duty samajhna hai ke mujhe dawah dena hai.</w:t>
      </w:r>
    </w:p>
    <w:p>
      <w:pPr>
        <w:jc w:val="right"/>
      </w:pPr>
      <w:r>
        <w:t>Here is the starting point. Here is the starting point. آپ کو ان سارے انسانوں کو انسان سمجھنا ہے، انسان انسانوں کو مدو سمجھنا ہے، انسان انسانوں کو اللہ کا بندہ سمجھنا ہے، اپنی ڈیوٹی سمجھنا ہے کہ مجھے دعوت دینا ہے۔</w:t>
      </w:r>
    </w:p>
    <w:p>
      <w:r>
        <w:rPr>
          <w:b/>
        </w:rPr>
        <w:t xml:space="preserve">[1:07:29] </w:t>
      </w:r>
      <w:r>
        <w:t>un ko yeh yeh isi zehan ka naam hai positive thinking, aur is ke baghair dawah ka kaam nahin ho sakta hai.</w:t>
      </w:r>
    </w:p>
    <w:p>
      <w:pPr>
        <w:jc w:val="right"/>
      </w:pPr>
      <w:r>
        <w:t>ان کو یہ یہ اسی ذہن کا نام ہے پازیٹیو تھنکنگ، اور اس کے بغیر دعوت کا کام نہیں ہو سکتا ہے۔</w:t>
      </w:r>
    </w:p>
    <w:p>
      <w:r>
        <w:rPr>
          <w:b/>
        </w:rPr>
        <w:t xml:space="preserve">[1:07:39] </w:t>
      </w:r>
      <w:r>
        <w:t>maulana, agla sawal dilli se hai miss sadia khan ka</w:t>
      </w:r>
    </w:p>
    <w:p>
      <w:pPr>
        <w:jc w:val="right"/>
      </w:pPr>
      <w:r>
        <w:t>مولانا، اگلا سوال دلی سے ہے مس سعدیہ خان کا</w:t>
      </w:r>
    </w:p>
    <w:p>
      <w:r>
        <w:rPr>
          <w:b/>
        </w:rPr>
        <w:t xml:space="preserve">[1:07:43] </w:t>
      </w:r>
      <w:r>
        <w:t>۔ unhon ne likha hai: "Is there a difference between unpleasant situations in which we end up due to our own doings and the situation which God puts us in for the purpose of testing us?" nahin, mere khayal se koi difference nahin hai.</w:t>
      </w:r>
    </w:p>
    <w:p>
      <w:pPr>
        <w:jc w:val="right"/>
      </w:pPr>
      <w:r>
        <w:t>۔ انہوں نے لکھا ہے: "Is there a difference between unpleasant situations in which we end up due to our own doings and the situation which God puts us in for the purpose of testing us?" نہیں، میرے خیال سے کوئی ڈیفرنس نہیں ہے۔</w:t>
      </w:r>
    </w:p>
    <w:p>
      <w:r>
        <w:rPr>
          <w:b/>
        </w:rPr>
        <w:t xml:space="preserve">[1:08:02] </w:t>
      </w:r>
      <w:r>
        <w:t>koi kehne ka tareeqa hai, isi isi baat ko kabhi is tarah kaha jata hai, kabhi is tarah kaha jata hai. woh dono ek hi cheezein hain.</w:t>
      </w:r>
    </w:p>
    <w:p>
      <w:pPr>
        <w:jc w:val="right"/>
      </w:pPr>
      <w:r>
        <w:t>کوئی کہنے کا طریقہ ہے، اسی اسی بات کو کبھی اس طرح کہا جاتا ہے، کبھی اس طرح کہا جاتا ہے۔ وہ دونوں ایک ہی چیزیں ہیں۔</w:t>
      </w:r>
    </w:p>
    <w:p>
      <w:r>
        <w:rPr>
          <w:b/>
        </w:rPr>
        <w:t xml:space="preserve">[1:08:10] </w:t>
      </w:r>
      <w:r>
        <w:t>bataur hamare hamare kisi amal se paida ho, tab bhi wohi hai, aur kisi unknown reason se paida ho, tab bhi wohi hai.</w:t>
      </w:r>
    </w:p>
    <w:p>
      <w:pPr>
        <w:jc w:val="right"/>
      </w:pPr>
      <w:r>
        <w:t>بظاہر ہمارے ہمارے کسی عمل سے پیدا ہو، تب بھی وہی ہے، اور کسی ان نون ریزن سے پیدا ہو، تب بھی وہی ہے۔</w:t>
      </w:r>
    </w:p>
    <w:p>
      <w:r>
        <w:rPr>
          <w:b/>
        </w:rPr>
        <w:t xml:space="preserve">[1:08:19] </w:t>
      </w:r>
      <w:r>
        <w:t>woh dono ek hi cheezein hain. har haal mein us ko hum yahi kahenge ke woh test paper hai. dono halaton mein woh hamare kehne ke lehaz se do hain, haqeeqat mein woh ek hoti hai.</w:t>
      </w:r>
    </w:p>
    <w:p>
      <w:pPr>
        <w:jc w:val="right"/>
      </w:pPr>
      <w:r>
        <w:t>وہ دونوں ایک ہی چیزیں ہیں۔ ہر حال میں اس کو ہم یہی کہیں گے کہ وہ ٹیسٹ پیپر ہے۔ دونوں حالتوں میں وہ ہمارے کہنے کے لحاظ سے دو ہیں، حقیقت میں وہ ایک ہوتی ہے۔</w:t>
      </w:r>
    </w:p>
    <w:p>
      <w:r>
        <w:rPr>
          <w:b/>
        </w:rPr>
        <w:t xml:space="preserve">[1:08:31] </w:t>
      </w:r>
      <w:r>
        <w:t>molana, agla sawal rai chor se hai zaheeruddin sahib ka</w:t>
      </w:r>
    </w:p>
    <w:p>
      <w:pPr>
        <w:jc w:val="right"/>
      </w:pPr>
      <w:r>
        <w:t>مولانا، اگلا سوال رائے چور سے ہے ظہیرالدین صاحب کا</w:t>
      </w:r>
    </w:p>
    <w:p>
      <w:r>
        <w:rPr>
          <w:b/>
        </w:rPr>
        <w:t xml:space="preserve">[1:08:35] </w:t>
      </w:r>
      <w:r>
        <w:t>۔ unhon ne likha hai: "pichhle sunday jo topic tha, woh jannat par tha. molana sahib, mera sawal jannat ko le kar yeh hai ke yeh kaha jata hai ke jannat mein aadmi ke liye hoor hai,</w:t>
      </w:r>
    </w:p>
    <w:p>
      <w:pPr>
        <w:jc w:val="right"/>
      </w:pPr>
      <w:r>
        <w:t>۔ انہوں نے لکھا ہے: "پچھلے سنڈے جو ٹاپک تھا، وہ جنت پر تھا۔ مولانا صاحب، میرا سوال جنت کو لے کر یہ ہے کہ یہ کہا جاتا ہے کہ جنت میں آدمی کے لیے حور ہے،</w:t>
      </w:r>
    </w:p>
    <w:p>
      <w:r>
        <w:rPr>
          <w:b/>
        </w:rPr>
        <w:t xml:space="preserve">[1:08:48] </w:t>
      </w:r>
      <w:r>
        <w:t>to mera sawal yeh hai: aurat ke liye kya hai?" dekhen, yeh sawal ka jawab bar bar diya ja chuka hai. quran mein jo lafz istemal kiya gaya hai, dekhen, bohat hi ba-mani lafz hai.</w:t>
      </w:r>
    </w:p>
    <w:p>
      <w:pPr>
        <w:jc w:val="right"/>
      </w:pPr>
      <w:r>
        <w:t>تو میرا سوال یہ ہے: عورت کے لیے کیا ہے؟" دیکھیں، یہ سوال کا جواب بار بار دیا جا چکا ہے۔ قرآن میں جو لفظ استعمال کیا گیا ہے، دیکھیں، بہت ہی بامعنی لفظ ہے۔</w:t>
      </w:r>
    </w:p>
    <w:p>
      <w:r>
        <w:rPr>
          <w:b/>
        </w:rPr>
        <w:t xml:space="preserve">[1:09:04] </w:t>
      </w:r>
      <w:r>
        <w:t>azwaj ka lafz istemal kiya hai quran mein. azwaj kehte hain us spouse ko. azwaj mutahira behtareen azwaj honge.</w:t>
      </w:r>
    </w:p>
    <w:p>
      <w:pPr>
        <w:jc w:val="right"/>
      </w:pPr>
      <w:r>
        <w:t>ازواج کا لفظ استعمال کیا ہے قرآن میں۔ ازواج کہتے ہیں اس اسپیؤز کو۔ ازواج مطہرہ بہترین ازواج ہوں گے۔</w:t>
      </w:r>
    </w:p>
    <w:p>
      <w:r>
        <w:rPr>
          <w:b/>
        </w:rPr>
        <w:t xml:space="preserve">[1:09:13] </w:t>
      </w:r>
      <w:r>
        <w:t>yeh bohat hi ba-mani lafz quran mein hum dekhen ke jannat jannat mein logon ke liye behtareen azwaj honge, behtareen spouse honge. to spouse ka lafz jo hai, aurat ke liye bhi hai, mard ke liye bhi.</w:t>
      </w:r>
    </w:p>
    <w:p>
      <w:pPr>
        <w:jc w:val="right"/>
      </w:pPr>
      <w:r>
        <w:t>یہ بہت ہی بامعنی لفظ قرآن میں ہم دیکھیں کہ جنت جنت میں لوگوں کے لیے بہترین ازواج ہوں گے، بہترین اسپیؤزز ہوں گے۔ تو اسپیؤز کا لفظ جو ہے، عورت کے لیے بھی ہے، مرد کے لیے بھی۔</w:t>
      </w:r>
    </w:p>
    <w:p>
      <w:r>
        <w:rPr>
          <w:b/>
        </w:rPr>
        <w:t xml:space="preserve">[1:09:26] </w:t>
      </w:r>
      <w:r>
        <w:t>yeh yeh sawal jo hai, bilkul mere nazdeek irrelevant sawal hai, aur is liye sawal hai ke log azwaj ko le lete hain is mani mein, ghalat mani mein.</w:t>
      </w:r>
    </w:p>
    <w:p>
      <w:pPr>
        <w:jc w:val="right"/>
      </w:pPr>
      <w:r>
        <w:t>یہ یہ سوال جو ہے، بالکل میرے نزدیک اریلیونٹ سوال ہے، اور اس لیے سوال ہے کہ لوگ ازواج کو لے لیتے ہیں اس معنی میں، غلط معنی میں۔</w:t>
      </w:r>
    </w:p>
    <w:p>
      <w:r>
        <w:rPr>
          <w:b/>
        </w:rPr>
        <w:t xml:space="preserve">[1:09:38] </w:t>
      </w:r>
      <w:r>
        <w:t>azwaj jo hai, spouse ke mani mein hai. spouse jo hai, dono ke liye bara aata hai. yani aurat ke liye bhi, mard ke liye bhi. yani yani mard ke liye behtareen aurat, aur aurat ke liye behtareen mard.</w:t>
      </w:r>
    </w:p>
    <w:p>
      <w:pPr>
        <w:jc w:val="right"/>
      </w:pPr>
      <w:r>
        <w:t>ازواج جو ہے، اسپیؤز کے معنی میں ہے۔ اسپیؤز جو ہے، دونوں کے لیے برا آتا ہے۔ یعنی عورت کے لیے بھی، مرد کے لیے بھی۔ یعنی یعنی مرد کے لیے بہترین عورت، اور عورت کے لیے بہترین مرد۔</w:t>
      </w:r>
    </w:p>
    <w:p>
      <w:r>
        <w:rPr>
          <w:b/>
        </w:rPr>
        <w:t xml:space="preserve">[1:09:50] </w:t>
      </w:r>
      <w:r>
        <w:t>lahum fiha azwaj mutahira</w:t>
      </w:r>
    </w:p>
    <w:p>
      <w:pPr>
        <w:jc w:val="right"/>
      </w:pPr>
      <w:r>
        <w:t>لہم فیہا ازواج مطہرہ</w:t>
      </w:r>
    </w:p>
    <w:p>
      <w:r>
        <w:rPr>
          <w:b/>
        </w:rPr>
        <w:t xml:space="preserve">[1:09:53] </w:t>
      </w:r>
      <w:r>
        <w:t>ahl-e-jannat ke liye jannat mein azwaj mutahira honge. lahum fiha azwaj mutahira pakiza azwaj.</w:t>
      </w:r>
    </w:p>
    <w:p>
      <w:pPr>
        <w:jc w:val="right"/>
      </w:pPr>
      <w:r>
        <w:t>اہل جنت کے لیے جنت میں ازواج مطہرہ ہوں گے۔ لہم فیہا ازواج مطہرہ پاکیزہ ازواج۔</w:t>
      </w:r>
    </w:p>
    <w:p>
      <w:r>
        <w:rPr>
          <w:b/>
        </w:rPr>
        <w:t xml:space="preserve">[1:10:04] </w:t>
      </w:r>
      <w:r>
        <w:t>yani mard ke liye pakiza aurat, aurat ke liye pakiza mard. to dono ko bilkul yaksa darja diya gaya, bilkul yaksa. equal status, dono mein koi farq nahi hai.</w:t>
      </w:r>
    </w:p>
    <w:p>
      <w:pPr>
        <w:jc w:val="right"/>
      </w:pPr>
      <w:r>
        <w:t>یعنی مرد کے لیے پاکیزہ عورت، عورت کے لیے پاکیزہ مرد۔ تو دونوں کو بالکل یکساں درجہ دیا گیا، بالکل یکساں۔ ایکول اسٹیٹس، دونوں میں کوئی فرق نہیں ہے۔</w:t>
      </w:r>
    </w:p>
    <w:p>
      <w:r>
        <w:rPr>
          <w:b/>
        </w:rPr>
        <w:t xml:space="preserve">[1:10:17] </w:t>
      </w:r>
      <w:r>
        <w:t>molana, yeh comment hai jo abhi abhi aaya hai london se zulqarnain sahib ka</w:t>
      </w:r>
    </w:p>
    <w:p>
      <w:pPr>
        <w:jc w:val="right"/>
      </w:pPr>
      <w:r>
        <w:t>مولانا، یہ کمنٹ ہے جو ابھی ابھی آیا ہے لندن سے ذوالقرنین صاحب کا</w:t>
      </w:r>
    </w:p>
    <w:p>
      <w:r>
        <w:rPr>
          <w:b/>
        </w:rPr>
        <w:t xml:space="preserve">[1:10:22] </w:t>
      </w:r>
      <w:r>
        <w:t>۔ unhon ne likha hai: "molana sahib, may allah bless you and your cps team members with good health and happiness for speaking on topics which are so relevant to present day world in general and muslims in particular.</w:t>
      </w:r>
    </w:p>
    <w:p>
      <w:pPr>
        <w:jc w:val="right"/>
      </w:pPr>
      <w:r>
        <w:t>۔ انہوں نے لکھا ہے: "مولانا صاحب، می اللہ بلیس یو اینڈ یور سی پی ایس ٹیم ممبرز ود گڈ ہیلتھ اینڈ ہیپینس فار سپیکنگ ان ٹاپکس وچ آر سو ریلیونٹ ٹو پریزنٹ ڈے ورلڈ ان جنرل اینڈ مسلمز ان پرٹیکولر۔</w:t>
      </w:r>
    </w:p>
    <w:p>
      <w:r>
        <w:rPr>
          <w:b/>
        </w:rPr>
        <w:t xml:space="preserve">[1:10:39] </w:t>
      </w:r>
      <w:r>
        <w:t>i thoroughly benefited from today's topic, particularly emphasis on being unilaterally well wisher for mudo." maaf kijiye.</w:t>
      </w:r>
    </w:p>
    <w:p>
      <w:pPr>
        <w:jc w:val="right"/>
      </w:pPr>
      <w:r>
        <w:t>ائی تھورلی بینیفٹڈ فرام ٹوڈے ٹاپک، پرٹیکولرلی ایمفیسز ان بینگ یونیلیٹرلی ویل وشر فار مدو۔" معاف کیجئے۔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