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Importance of Truthfulness | July 1, 2007 | Maulana Wahiduddin Khan</w:t>
      </w:r>
    </w:p>
    <w:p>
      <w:r>
        <w:t>https://www.youtube.com/watch?v=dGg1hgFWDeI</w:t>
      </w:r>
    </w:p>
    <w:p>
      <w:r>
        <w:rPr>
          <w:b/>
        </w:rPr>
        <w:t xml:space="preserve">[00:14] </w:t>
      </w:r>
      <w:r>
        <w:t>bismillah rahman rahim, wasalli allah ala nabiyil karim.</w:t>
      </w:r>
    </w:p>
    <w:p>
      <w:pPr>
        <w:jc w:val="right"/>
      </w:pPr>
      <w:r>
        <w:t>بسم اللہ الرحمن الرحیم، وصلی اللہ علی النبی الکریم۔</w:t>
      </w:r>
    </w:p>
    <w:p>
      <w:r>
        <w:rPr>
          <w:b/>
        </w:rPr>
        <w:t xml:space="preserve">[00:24]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[00:34] </w:t>
      </w:r>
      <w:r>
        <w:t>kal kuch aisi baat hui to</w:t>
      </w:r>
    </w:p>
    <w:p>
      <w:pPr>
        <w:jc w:val="right"/>
      </w:pPr>
      <w:r>
        <w:t>کل کچھ ایسی بات ہوئی تو</w:t>
      </w:r>
    </w:p>
    <w:p>
      <w:r>
        <w:rPr>
          <w:b/>
        </w:rPr>
        <w:t xml:space="preserve">[00:44] </w:t>
      </w:r>
      <w:r>
        <w:t>main ne socha ke aaj main sachai ke bare mein kuch kahoon. Truthfulness, sachai.</w:t>
      </w:r>
    </w:p>
    <w:p>
      <w:pPr>
        <w:jc w:val="right"/>
      </w:pPr>
      <w:r>
        <w:t>میں نے سوچا کہ آج میں سچائی کے بارے میں کچھ کہوں۔ Truthfulness، سچائی۔</w:t>
      </w:r>
    </w:p>
    <w:p>
      <w:r>
        <w:rPr>
          <w:b/>
        </w:rPr>
        <w:t xml:space="preserve">[00:55] </w:t>
      </w:r>
      <w:r>
        <w:t>sachai ki importance kya hai? Islam mein aur insaniyat mein.</w:t>
      </w:r>
    </w:p>
    <w:p>
      <w:pPr>
        <w:jc w:val="right"/>
      </w:pPr>
      <w:r>
        <w:t>سچائی کی importance کیا ہے؟ اسلام میں اور انسانیت میں۔</w:t>
      </w:r>
    </w:p>
    <w:p>
      <w:r>
        <w:rPr>
          <w:b/>
        </w:rPr>
        <w:t xml:space="preserve">[01:05] </w:t>
      </w:r>
      <w:r>
        <w:t>aaj kal ek phrase bohat chala hua hai ke "Truth is God"</w:t>
      </w:r>
    </w:p>
    <w:p>
      <w:pPr>
        <w:jc w:val="right"/>
      </w:pPr>
      <w:r>
        <w:t>آج کل ایک phrase بہت چلا ہوا ہے کہ "Truth is God"</w:t>
      </w:r>
    </w:p>
    <w:p>
      <w:r>
        <w:rPr>
          <w:b/>
        </w:rPr>
        <w:t xml:space="preserve">[01:16] </w:t>
      </w:r>
      <w:r>
        <w:t>. sachai khuda hai. truth is god. sachai khuda hai. main samajhta hoon ke yeh bahut hi bahut hi ek fallacy hai yeh. ek beautiful word mein ya beautiful philosophy mein ek aisi b</w:t>
      </w:r>
    </w:p>
    <w:p>
      <w:pPr>
        <w:jc w:val="right"/>
      </w:pPr>
      <w:r>
        <w:t>۔ سچائی خدا ہے۔ Truth is God۔ سچائی خدا ہے۔ میں سمجھتا ہوں کہ یہ بہت ہی بہت ہی ایک fallacy ہے یہ۔ ایک beautiful word میں یا beautiful philosophy میں ایک ایسی ب</w:t>
      </w:r>
    </w:p>
    <w:p>
      <w:r>
        <w:rPr>
          <w:b/>
        </w:rPr>
        <w:t xml:space="preserve">[01:46] </w:t>
      </w:r>
      <w:r>
        <w:t>at kahi gayi hai jo completely false hai.</w:t>
      </w:r>
    </w:p>
    <w:p>
      <w:pPr>
        <w:jc w:val="right"/>
      </w:pPr>
      <w:r>
        <w:t>ات کہی گئی ہے جو completely false ہے۔</w:t>
      </w:r>
    </w:p>
    <w:p>
      <w:r>
        <w:rPr>
          <w:b/>
        </w:rPr>
        <w:t xml:space="preserve">[01:52] </w:t>
      </w:r>
      <w:r>
        <w:t>Truth is God ka matlab yeh hai ke Truth aur God dono ek hain.</w:t>
      </w:r>
    </w:p>
    <w:p>
      <w:pPr>
        <w:jc w:val="right"/>
      </w:pPr>
      <w:r>
        <w:t>Truth is God کا مطلب یہ ہے کہ Truth اور God دونوں ایک ہیں۔</w:t>
      </w:r>
    </w:p>
    <w:p>
      <w:r>
        <w:rPr>
          <w:b/>
        </w:rPr>
        <w:t xml:space="preserve">[01:59] </w:t>
      </w:r>
      <w:r>
        <w:t>Truth aur God dono ek hain.</w:t>
      </w:r>
    </w:p>
    <w:p>
      <w:pPr>
        <w:jc w:val="right"/>
      </w:pPr>
      <w:r>
        <w:t>Truth اور God دونوں ایک ہیں۔</w:t>
      </w:r>
    </w:p>
    <w:p>
      <w:r>
        <w:rPr>
          <w:b/>
        </w:rPr>
        <w:t xml:space="preserve">[02:05] </w:t>
      </w:r>
      <w:r>
        <w:t>Main samajhta hoon ke yeh negation hai is purpose ka jis ke liye hum Truth chahte hain society mein.</w:t>
      </w:r>
    </w:p>
    <w:p>
      <w:pPr>
        <w:jc w:val="right"/>
      </w:pPr>
      <w:r>
        <w:t>میں سمجھتا ہوں کہ یہ negation ہے اس purpose کا جس کے لیے ہم Truth چاہتے ہیں society میں۔</w:t>
      </w:r>
    </w:p>
    <w:p>
      <w:r>
        <w:rPr>
          <w:b/>
        </w:rPr>
        <w:t xml:space="preserve">[02:11] </w:t>
      </w:r>
      <w:r>
        <w:t>Kyunke yeh dono ko ek karna</w:t>
      </w:r>
    </w:p>
    <w:p>
      <w:pPr>
        <w:jc w:val="right"/>
      </w:pPr>
      <w:r>
        <w:t>کیونکہ یہ دونوں کو ایک کرنا</w:t>
      </w:r>
    </w:p>
    <w:p>
      <w:r>
        <w:rPr>
          <w:b/>
        </w:rPr>
        <w:t xml:space="preserve">[02:18] </w:t>
      </w:r>
      <w:r>
        <w:t>ki ek bhaari price deni parti hai.</w:t>
      </w:r>
    </w:p>
    <w:p>
      <w:pPr>
        <w:jc w:val="right"/>
      </w:pPr>
      <w:r>
        <w:t>کی ایک بھاری price دینی پڑتی ہے۔</w:t>
      </w:r>
    </w:p>
    <w:p>
      <w:r>
        <w:rPr>
          <w:b/>
        </w:rPr>
        <w:t xml:space="preserve">[02:25] </w:t>
      </w:r>
      <w:r>
        <w:t>Woh yeh ke hum accountability ke concept ko khatam kar dete hain.</w:t>
      </w:r>
    </w:p>
    <w:p>
      <w:pPr>
        <w:jc w:val="right"/>
      </w:pPr>
      <w:r>
        <w:t>وہ یہ کہ ہم accountability کے concept کو ختم کر دیتے ہیں۔</w:t>
      </w:r>
    </w:p>
    <w:p>
      <w:r>
        <w:rPr>
          <w:b/>
        </w:rPr>
        <w:t xml:space="preserve">[02:33] </w:t>
      </w:r>
      <w:r>
        <w:t>Jab Truth hi God ho to Truth ke upar kaun hai jo watch kar raha ho jis ke</w:t>
      </w:r>
    </w:p>
    <w:p>
      <w:pPr>
        <w:jc w:val="right"/>
      </w:pPr>
      <w:r>
        <w:t>جب Truth ہی God ہو تو Truth کے اوپر کون ہے جو watch کر رہا ہو جس کے</w:t>
      </w:r>
    </w:p>
    <w:p>
      <w:r>
        <w:rPr>
          <w:b/>
        </w:rPr>
        <w:t xml:space="preserve">[02:40] </w:t>
      </w:r>
      <w:r>
        <w:t>saamne hum accountable hon? To Truth is God aap yun dekh lijiye ke jin countries mein, jin societies mein</w:t>
      </w:r>
    </w:p>
    <w:p>
      <w:pPr>
        <w:jc w:val="right"/>
      </w:pPr>
      <w:r>
        <w:t>سامنے ہم accountable ہوں؟ تو Truth is God آپ یوں دیکھ لیجیے کہ جن countries میں، جن societies میں</w:t>
      </w:r>
    </w:p>
    <w:p>
      <w:r>
        <w:rPr>
          <w:b/>
        </w:rPr>
        <w:t xml:space="preserve">[02:48] </w:t>
      </w:r>
      <w:r>
        <w:t>yeh philosophy pesh ki gayi zor o shor se ke "Truth is God" wahan siwaye corruption ke aur</w:t>
      </w:r>
    </w:p>
    <w:p>
      <w:pPr>
        <w:jc w:val="right"/>
      </w:pPr>
      <w:r>
        <w:t>یہ philosophy پیش کی گئی زور و شور سے کہ "Truth is God" وہاں سوائے corruption کے اور</w:t>
      </w:r>
    </w:p>
    <w:p>
      <w:r>
        <w:rPr>
          <w:b/>
        </w:rPr>
        <w:t xml:space="preserve">[02:52] </w:t>
      </w:r>
      <w:r>
        <w:t>kuch nahi hai.</w:t>
      </w:r>
    </w:p>
    <w:p>
      <w:pPr>
        <w:jc w:val="right"/>
      </w:pPr>
      <w:r>
        <w:t>کچھ نہیں ہے۔</w:t>
      </w:r>
    </w:p>
    <w:p>
      <w:r>
        <w:rPr>
          <w:b/>
        </w:rPr>
        <w:t xml:space="preserve">[02:56] </w:t>
      </w:r>
      <w:r>
        <w:t>Kahin bhi Truth nahi hai.</w:t>
      </w:r>
    </w:p>
    <w:p>
      <w:pPr>
        <w:jc w:val="right"/>
      </w:pPr>
      <w:r>
        <w:t>کہیں بھی Truth نہیں ہے۔</w:t>
      </w:r>
    </w:p>
    <w:p>
      <w:r>
        <w:rPr>
          <w:b/>
        </w:rPr>
        <w:t xml:space="preserve">[03:01] </w:t>
      </w:r>
      <w:r>
        <w:t>Kehne mein to bada acha lagta hai ke "Truth is God" lekin jab woh translate hoti hai society</w:t>
      </w:r>
    </w:p>
    <w:p>
      <w:pPr>
        <w:jc w:val="right"/>
      </w:pPr>
      <w:r>
        <w:t>کہنے میں تو بڑا اچھا لگتا ہے کہ "Truth is God" لیکن جب وہ translate ہوتی ہے society</w:t>
      </w:r>
    </w:p>
    <w:p>
      <w:r>
        <w:rPr>
          <w:b/>
        </w:rPr>
        <w:t xml:space="preserve">[03:05] </w:t>
      </w:r>
      <w:r>
        <w:t>mein yeh philosophy to aap dekhiye kya hota hai.</w:t>
      </w:r>
    </w:p>
    <w:p>
      <w:pPr>
        <w:jc w:val="right"/>
      </w:pPr>
      <w:r>
        <w:t>میں یہ philosophy تو آپ دیکھیے کیا ہوتا ہے۔</w:t>
      </w:r>
    </w:p>
    <w:p>
      <w:r>
        <w:rPr>
          <w:b/>
        </w:rPr>
        <w:t xml:space="preserve">[03:09] </w:t>
      </w:r>
      <w:r>
        <w:t>Kahin bhi Truth nahi hai.</w:t>
      </w:r>
    </w:p>
    <w:p>
      <w:pPr>
        <w:jc w:val="right"/>
      </w:pPr>
      <w:r>
        <w:t>کہیں بھی Truth نہیں ہے۔</w:t>
      </w:r>
    </w:p>
    <w:p>
      <w:r>
        <w:rPr>
          <w:b/>
        </w:rPr>
        <w:t xml:space="preserve">[03:14] </w:t>
      </w:r>
      <w:r>
        <w:t>Corruption, exploitation aur jhoot.</w:t>
      </w:r>
    </w:p>
    <w:p>
      <w:pPr>
        <w:jc w:val="right"/>
      </w:pPr>
      <w:r>
        <w:t>Corruption، exploitation اور جھوٹ۔</w:t>
      </w:r>
    </w:p>
    <w:p>
      <w:r>
        <w:rPr>
          <w:b/>
        </w:rPr>
        <w:t xml:space="preserve">[03:18] </w:t>
      </w:r>
      <w:r>
        <w:t>Kyun? Is par sochiye.</w:t>
      </w:r>
    </w:p>
    <w:p>
      <w:pPr>
        <w:jc w:val="right"/>
      </w:pPr>
      <w:r>
        <w:t>کیوں؟ اس پر سوچیے۔</w:t>
      </w:r>
    </w:p>
    <w:p>
      <w:r>
        <w:rPr>
          <w:b/>
        </w:rPr>
        <w:t xml:space="preserve">[03:25] </w:t>
      </w:r>
      <w:r>
        <w:t>Dekhiye chahe truthfulness ho, honesty ho, justice ho, koi bhi jo positive values hain un ko follow karne</w:t>
      </w:r>
    </w:p>
    <w:p>
      <w:pPr>
        <w:jc w:val="right"/>
      </w:pPr>
      <w:r>
        <w:t>دیکھیے چاہے Truthfulness ہو، honesty ہو، justice ہو، کوئی بھی جو positive values ہیں ان کو follow کرنے</w:t>
      </w:r>
    </w:p>
    <w:p>
      <w:r>
        <w:rPr>
          <w:b/>
        </w:rPr>
        <w:t xml:space="preserve">[03:33] </w:t>
      </w:r>
      <w:r>
        <w:t>ki baat ho to zaroori hai ke hamare andar is ke liye koi incentive ho. Incentive.</w:t>
      </w:r>
    </w:p>
    <w:p>
      <w:pPr>
        <w:jc w:val="right"/>
      </w:pPr>
      <w:r>
        <w:t>کی بات ہو تو ضروری ہے کہ ہمارے اندر اس کے لیے کوئی incentive ہو۔ Incentive۔</w:t>
      </w:r>
    </w:p>
    <w:p>
      <w:r>
        <w:rPr>
          <w:b/>
        </w:rPr>
        <w:t xml:space="preserve">[03:41] </w:t>
      </w:r>
      <w:r>
        <w:t>Kyun hum sach bolen? Kyun sach bolen?</w:t>
      </w:r>
    </w:p>
    <w:p>
      <w:pPr>
        <w:jc w:val="right"/>
      </w:pPr>
      <w:r>
        <w:t>کیوں ہم سچ بولیں؟ کیوں سچ بولیں؟</w:t>
      </w:r>
    </w:p>
    <w:p>
      <w:r>
        <w:rPr>
          <w:b/>
        </w:rPr>
        <w:t xml:space="preserve">[03:48] </w:t>
      </w:r>
      <w:r>
        <w:t>Incentive hona chahiye.</w:t>
      </w:r>
    </w:p>
    <w:p>
      <w:pPr>
        <w:jc w:val="right"/>
      </w:pPr>
      <w:r>
        <w:t>Incentive ہونا چاہیے۔</w:t>
      </w:r>
    </w:p>
    <w:p>
      <w:r>
        <w:rPr>
          <w:b/>
        </w:rPr>
        <w:t xml:space="preserve">[03:54] </w:t>
      </w:r>
      <w:r>
        <w:t>Incentive ke liye Truth se bahar ek chahiye jo jis ke aage hum accountable hon.</w:t>
      </w:r>
    </w:p>
    <w:p>
      <w:pPr>
        <w:jc w:val="right"/>
      </w:pPr>
      <w:r>
        <w:t>Incentive کے لیے Truth سے باہر ایک چاہیے جو جس کے آگے ہم accountable ہوں۔</w:t>
      </w:r>
    </w:p>
    <w:p>
      <w:r>
        <w:rPr>
          <w:b/>
        </w:rPr>
        <w:t xml:space="preserve">[04:00] </w:t>
      </w:r>
      <w:r>
        <w:t>To jab Truth hi ko aap ne God bana diya to aap ne abolish kar diya God ko.</w:t>
      </w:r>
    </w:p>
    <w:p>
      <w:pPr>
        <w:jc w:val="right"/>
      </w:pPr>
      <w:r>
        <w:t>تو جب Truth ہی کو آپ نے God بنا دیا تو آپ نے abolish کر دیا God کو۔</w:t>
      </w:r>
    </w:p>
    <w:p>
      <w:r>
        <w:rPr>
          <w:b/>
        </w:rPr>
        <w:t xml:space="preserve">[04:06] </w:t>
      </w:r>
      <w:r>
        <w:t>Yaani incentive ko.</w:t>
      </w:r>
    </w:p>
    <w:p>
      <w:pPr>
        <w:jc w:val="right"/>
      </w:pPr>
      <w:r>
        <w:t>یعنی incentive کو۔</w:t>
      </w:r>
    </w:p>
    <w:p>
      <w:r>
        <w:rPr>
          <w:b/>
        </w:rPr>
        <w:t xml:space="preserve">[04:13] </w:t>
      </w:r>
      <w:r>
        <w:t>To "Truth is God" ek bohat hi beautiful philosophy hai lekin</w:t>
      </w:r>
    </w:p>
    <w:p>
      <w:pPr>
        <w:jc w:val="right"/>
      </w:pPr>
      <w:r>
        <w:t>تو "Truth is God" ایک بہت ہی beautiful philosophy ہے لیکن</w:t>
      </w:r>
    </w:p>
    <w:p>
      <w:r>
        <w:rPr>
          <w:b/>
        </w:rPr>
        <w:t xml:space="preserve">[04:19] </w:t>
      </w:r>
      <w:r>
        <w:t>meaningless hai. Meaningless hai.</w:t>
      </w:r>
    </w:p>
    <w:p>
      <w:pPr>
        <w:jc w:val="right"/>
      </w:pPr>
      <w:r>
        <w:t>meaningless ہے۔ Meaningless ہے۔</w:t>
      </w:r>
    </w:p>
    <w:p>
      <w:r>
        <w:rPr>
          <w:b/>
        </w:rPr>
        <w:t xml:space="preserve">[04:25] </w:t>
      </w:r>
      <w:r>
        <w:t>Kyunke purpose kya hai? Jab hum kehte hain ke sachai, sachai to hum chahte hain ke log sach bolen.</w:t>
      </w:r>
    </w:p>
    <w:p>
      <w:pPr>
        <w:jc w:val="right"/>
      </w:pPr>
      <w:r>
        <w:t>کیونکہ purpose کیا ہے؟ جب ہم کہتے ہیں کہ سچائی، سچائی تو ہم چاہتے ہیں کہ لوگ سچ بولیں۔</w:t>
      </w:r>
    </w:p>
    <w:p>
      <w:r>
        <w:rPr>
          <w:b/>
        </w:rPr>
        <w:t xml:space="preserve">[04:31] </w:t>
      </w:r>
      <w:r>
        <w:t>sachai par khare hon.</w:t>
      </w:r>
    </w:p>
    <w:p>
      <w:pPr>
        <w:jc w:val="right"/>
      </w:pPr>
      <w:r>
        <w:t>سچائی پر کھڑے ہوں۔</w:t>
      </w:r>
    </w:p>
    <w:p>
      <w:r>
        <w:rPr>
          <w:b/>
        </w:rPr>
        <w:t xml:space="preserve">[04:37] </w:t>
      </w:r>
      <w:r>
        <w:t>lekin aap jante hain ke is dunya mein har cheez se interest juda hua hai.</w:t>
      </w:r>
    </w:p>
    <w:p>
      <w:pPr>
        <w:jc w:val="right"/>
      </w:pPr>
      <w:r>
        <w:t>لیکن آپ جانتے ہیں کہ اس دنیا میں ہر چیز سے interest جڑا ہوا ہے۔</w:t>
      </w:r>
    </w:p>
    <w:p>
      <w:r>
        <w:rPr>
          <w:b/>
        </w:rPr>
        <w:t xml:space="preserve">[04:43] </w:t>
      </w:r>
      <w:r>
        <w:t>kai bar aisa hota hai ke hamein sach bolne mein loss dikhai deta hai.</w:t>
      </w:r>
    </w:p>
    <w:p>
      <w:pPr>
        <w:jc w:val="right"/>
      </w:pPr>
      <w:r>
        <w:t>کئی بار ایسا ہوتا ہے کہ ہمیں سچ بولنے میں loss دکھائی دیتا ہے۔</w:t>
      </w:r>
    </w:p>
    <w:p>
      <w:r>
        <w:rPr>
          <w:b/>
        </w:rPr>
        <w:t xml:space="preserve">[04:49] </w:t>
      </w:r>
      <w:r>
        <w:t>aur jhoot bolne mein faida dikhai deta hai.</w:t>
      </w:r>
    </w:p>
    <w:p>
      <w:pPr>
        <w:jc w:val="right"/>
      </w:pPr>
      <w:r>
        <w:t>اور جھوٹ بولنے میں فائدہ دکھائی دیتا ہے۔</w:t>
      </w:r>
    </w:p>
    <w:p>
      <w:r>
        <w:rPr>
          <w:b/>
        </w:rPr>
        <w:t xml:space="preserve">[04:54] </w:t>
      </w:r>
      <w:r>
        <w:t>aap society mein aap dekh lijie.</w:t>
      </w:r>
    </w:p>
    <w:p>
      <w:pPr>
        <w:jc w:val="right"/>
      </w:pPr>
      <w:r>
        <w:t>آپ society میں آپ دیکھ لیجیے۔</w:t>
      </w:r>
    </w:p>
    <w:p>
      <w:r>
        <w:rPr>
          <w:b/>
        </w:rPr>
        <w:t xml:space="preserve">[04:58] </w:t>
      </w:r>
      <w:r>
        <w:t>aap business kar ke dekh liejiye aap.</w:t>
      </w:r>
    </w:p>
    <w:p>
      <w:pPr>
        <w:jc w:val="right"/>
      </w:pPr>
      <w:r>
        <w:t>آپ business کر کے دیکھ لیجیے آپ۔</w:t>
      </w:r>
    </w:p>
    <w:p>
      <w:r>
        <w:rPr>
          <w:b/>
        </w:rPr>
        <w:t xml:space="preserve">[05:03] </w:t>
      </w:r>
      <w:r>
        <w:t>har businessman kahega ke bhai dekho sachai se nahi chalne wala hai business.</w:t>
      </w:r>
    </w:p>
    <w:p>
      <w:pPr>
        <w:jc w:val="right"/>
      </w:pPr>
      <w:r>
        <w:t>ہر businessman کہے گا کہ بھئی دیکھو سچائی سے نہیں چلنے والا ہے business۔</w:t>
      </w:r>
    </w:p>
    <w:p>
      <w:r>
        <w:rPr>
          <w:b/>
        </w:rPr>
        <w:t xml:space="preserve">[05:07] </w:t>
      </w:r>
      <w:r>
        <w:t>kuch na kuch to jhoot bolna padega.</w:t>
      </w:r>
    </w:p>
    <w:p>
      <w:pPr>
        <w:jc w:val="right"/>
      </w:pPr>
      <w:r>
        <w:t>کچھ نہ کچھ تو جھوٹ بولنا پڑے گا۔</w:t>
      </w:r>
    </w:p>
    <w:p>
      <w:r>
        <w:rPr>
          <w:b/>
        </w:rPr>
        <w:t xml:space="preserve">[05:12] </w:t>
      </w:r>
      <w:r>
        <w:t>Exploitation karna padega.</w:t>
      </w:r>
    </w:p>
    <w:p>
      <w:pPr>
        <w:jc w:val="right"/>
      </w:pPr>
      <w:r>
        <w:t>Exploitation کرنا پڑے گا۔</w:t>
      </w:r>
    </w:p>
    <w:p>
      <w:r>
        <w:rPr>
          <w:b/>
        </w:rPr>
        <w:t xml:space="preserve">[05:16] </w:t>
      </w:r>
      <w:r>
        <w:t>to cheez kya hai? aaj ki jo dunya hai jis mein hum rehte hain is mein har aadmi aazad hai.</w:t>
      </w:r>
    </w:p>
    <w:p>
      <w:pPr>
        <w:jc w:val="right"/>
      </w:pPr>
      <w:r>
        <w:t>تو چیز کیا ہے؟ آج کی جو دنیا ہے جس میں ہم رہتے ہیں اس میں ہر آدمی آزاد ہے۔</w:t>
      </w:r>
    </w:p>
    <w:p>
      <w:r>
        <w:rPr>
          <w:b/>
        </w:rPr>
        <w:t xml:space="preserve">[05:20] </w:t>
      </w:r>
      <w:r>
        <w:t>yeh imtehan yeh jaisa ke maine bataya hai yeh dunya test ke liye banai gai hai.</w:t>
      </w:r>
    </w:p>
    <w:p>
      <w:pPr>
        <w:jc w:val="right"/>
      </w:pPr>
      <w:r>
        <w:t>یہ امتحان یہ جیسا کہ میں نے بتایا ہے یہ دنیا test کے لیے بنائی گئی ہے۔</w:t>
      </w:r>
    </w:p>
    <w:p>
      <w:r>
        <w:rPr>
          <w:b/>
        </w:rPr>
        <w:t xml:space="preserve">[05:26] </w:t>
      </w:r>
      <w:r>
        <w:t>jab test hai to freedom hai.</w:t>
      </w:r>
    </w:p>
    <w:p>
      <w:pPr>
        <w:jc w:val="right"/>
      </w:pPr>
      <w:r>
        <w:t>جب test ہے تو freedom ہے۔</w:t>
      </w:r>
    </w:p>
    <w:p>
      <w:r>
        <w:rPr>
          <w:b/>
        </w:rPr>
        <w:t xml:space="preserve">[05:31] </w:t>
      </w:r>
      <w:r>
        <w:t>to jab freedom hai to competition rahega.</w:t>
      </w:r>
    </w:p>
    <w:p>
      <w:pPr>
        <w:jc w:val="right"/>
      </w:pPr>
      <w:r>
        <w:t>تو جب freedom ہے تو competition رہے گا۔</w:t>
      </w:r>
    </w:p>
    <w:p>
      <w:r>
        <w:rPr>
          <w:b/>
        </w:rPr>
        <w:t xml:space="preserve">[05:36] </w:t>
      </w:r>
      <w:r>
        <w:t>Exploitation rahega.</w:t>
      </w:r>
    </w:p>
    <w:p>
      <w:pPr>
        <w:jc w:val="right"/>
      </w:pPr>
      <w:r>
        <w:t>Exploitation رہے گا۔</w:t>
      </w:r>
    </w:p>
    <w:p>
      <w:r>
        <w:rPr>
          <w:b/>
        </w:rPr>
        <w:t xml:space="preserve">[05:41] </w:t>
      </w:r>
      <w:r>
        <w:t>bohat si buraiyan rahengi.</w:t>
      </w:r>
    </w:p>
    <w:p>
      <w:pPr>
        <w:jc w:val="right"/>
      </w:pPr>
      <w:r>
        <w:t>بہت سی برائیاں رہیں گی۔</w:t>
      </w:r>
    </w:p>
    <w:p>
      <w:r>
        <w:rPr>
          <w:b/>
        </w:rPr>
        <w:t xml:space="preserve">[05:46] </w:t>
      </w:r>
      <w:r>
        <w:t>to is ke maani kya hue? ke sach par khara hone ke liye hum ko kuch sacrifice deni parti hai.</w:t>
      </w:r>
    </w:p>
    <w:p>
      <w:pPr>
        <w:jc w:val="right"/>
      </w:pPr>
      <w:r>
        <w:t>تو اس کے معنی کیا ہوئے؟ کہ سچ پر کھڑا ہونے کے لیے ہم کو کچھ sacrifice دینی پڑتی ہے۔</w:t>
      </w:r>
    </w:p>
    <w:p>
      <w:r>
        <w:rPr>
          <w:b/>
        </w:rPr>
        <w:t xml:space="preserve">[05:51] </w:t>
      </w:r>
      <w:r>
        <w:t>Sacrifice.</w:t>
      </w:r>
    </w:p>
    <w:p>
      <w:pPr>
        <w:jc w:val="right"/>
      </w:pPr>
      <w:r>
        <w:t>Sacrifice۔</w:t>
      </w:r>
    </w:p>
    <w:p>
      <w:r>
        <w:rPr>
          <w:b/>
        </w:rPr>
        <w:t xml:space="preserve">[05:56] </w:t>
      </w:r>
      <w:r>
        <w:t>hamein ek office chahiye wahan hum jhoot bol kar pahunchte hain office tak.</w:t>
      </w:r>
    </w:p>
    <w:p>
      <w:pPr>
        <w:jc w:val="right"/>
      </w:pPr>
      <w:r>
        <w:t>ہمیں ایک office چاہیے وہاں ہم جھوٹ بول کر پہنچتے ہیں office تک۔</w:t>
      </w:r>
    </w:p>
    <w:p>
      <w:r>
        <w:rPr>
          <w:b/>
        </w:rPr>
        <w:t xml:space="preserve">[06:02] </w:t>
      </w:r>
      <w:r>
        <w:t>ek uhda chahiye to lagta hai ke baghair jhoot bolay to uhda milega nahi.</w:t>
      </w:r>
    </w:p>
    <w:p>
      <w:pPr>
        <w:jc w:val="right"/>
      </w:pPr>
      <w:r>
        <w:t>ایک عہدہ چاہیے تو لگتا ہے کہ بغیر جھوٹ بولے تو عہدہ ملے گا نہیں۔</w:t>
      </w:r>
    </w:p>
    <w:p>
      <w:r>
        <w:rPr>
          <w:b/>
        </w:rPr>
        <w:t xml:space="preserve">[06:07] </w:t>
      </w:r>
      <w:r>
        <w:t>business karna hai to wahan lagta hai ke baghair jhoot bolay, baghair exploit kiye hue, baghair corruption ke</w:t>
      </w:r>
    </w:p>
    <w:p>
      <w:pPr>
        <w:jc w:val="right"/>
      </w:pPr>
      <w:r>
        <w:t>Business کرنا ہے تو وہاں لگتا ہے کہ بغیر جھوٹ بولے، بغیر exploit کیے ہوئے، بغیر corruption کے</w:t>
      </w:r>
    </w:p>
    <w:p>
      <w:r>
        <w:rPr>
          <w:b/>
        </w:rPr>
        <w:t xml:space="preserve">[06:12] </w:t>
      </w:r>
      <w:r>
        <w:t>to business aage nahi badhne wala hai.</w:t>
      </w:r>
    </w:p>
    <w:p>
      <w:pPr>
        <w:jc w:val="right"/>
      </w:pPr>
      <w:r>
        <w:t>تو business آگے نہیں بڑھنے والا ہے۔</w:t>
      </w:r>
    </w:p>
    <w:p>
      <w:r>
        <w:rPr>
          <w:b/>
        </w:rPr>
        <w:t xml:space="preserve">[06:17] </w:t>
      </w:r>
      <w:r>
        <w:t>society mein acha banne ke liye</w:t>
      </w:r>
    </w:p>
    <w:p>
      <w:pPr>
        <w:jc w:val="right"/>
      </w:pPr>
      <w:r>
        <w:t>Society میں اچھا بننے کے لیے</w:t>
      </w:r>
    </w:p>
    <w:p>
      <w:r>
        <w:rPr>
          <w:b/>
        </w:rPr>
        <w:t xml:space="preserve">[06:22] </w:t>
      </w:r>
      <w:r>
        <w:t>yeh bhi mein samajhta hoon ke bohat hi zyada sochne ki baat hai.</w:t>
      </w:r>
    </w:p>
    <w:p>
      <w:pPr>
        <w:jc w:val="right"/>
      </w:pPr>
      <w:r>
        <w:t>یہ بھی میں سمجھتا ہوں کہ بہت ہی زیادہ سوچنے کی بات ہے۔</w:t>
      </w:r>
    </w:p>
    <w:p>
      <w:r>
        <w:rPr>
          <w:b/>
        </w:rPr>
        <w:t xml:space="preserve">[06:28] </w:t>
      </w:r>
      <w:r>
        <w:t>ke aksar log ek jaise yani ek culture ban gaya hai hamare samaj mein jhoot bolne ka.</w:t>
      </w:r>
    </w:p>
    <w:p>
      <w:pPr>
        <w:jc w:val="right"/>
      </w:pPr>
      <w:r>
        <w:t>کہ اکثر لوگ ایک جیسے یعنی ایک culture بن گیا ہے ہمارے سماج میں جھوٹ بولنے کا۔</w:t>
      </w:r>
    </w:p>
    <w:p>
      <w:r>
        <w:rPr>
          <w:b/>
        </w:rPr>
        <w:t xml:space="preserve">[06:34] </w:t>
      </w:r>
      <w:r>
        <w:t>dekhiye jhoot jab bolta hoon, jhoot jhoot ka mein kehta hoon jab to dekhiye ek hai naked jhoot.</w:t>
      </w:r>
    </w:p>
    <w:p>
      <w:pPr>
        <w:jc w:val="right"/>
      </w:pPr>
      <w:r>
        <w:t>دیکھیے جھوٹ جب بولتا ہوں، جھوٹ جھوٹ کا میں کہتا ہوں جب تو دیکھیے ایک ہے naked جھوٹ۔</w:t>
      </w:r>
    </w:p>
    <w:p>
      <w:r>
        <w:rPr>
          <w:b/>
        </w:rPr>
        <w:t xml:space="preserve">[06:40] </w:t>
      </w:r>
      <w:r>
        <w:t>aik hai indirect jhoot.</w:t>
      </w:r>
    </w:p>
    <w:p>
      <w:pPr>
        <w:jc w:val="right"/>
      </w:pPr>
      <w:r>
        <w:t>ایک ہے indirect جھوٹ۔</w:t>
      </w:r>
    </w:p>
    <w:p>
      <w:r>
        <w:rPr>
          <w:b/>
        </w:rPr>
        <w:t xml:space="preserve">[06:46] </w:t>
      </w:r>
      <w:r>
        <w:t>to naked jhoot to kam log bolte hain. lekin</w:t>
      </w:r>
    </w:p>
    <w:p>
      <w:pPr>
        <w:jc w:val="right"/>
      </w:pPr>
      <w:r>
        <w:t>تو naked جھوٹ تو کم لوگ بولتے ہیں۔ لیکن</w:t>
      </w:r>
    </w:p>
    <w:p>
      <w:r>
        <w:rPr>
          <w:b/>
        </w:rPr>
        <w:t xml:space="preserve">[06:52] </w:t>
      </w:r>
      <w:r>
        <w:t>indirect way mein jhoot to sab hi bolte hain.</w:t>
      </w:r>
    </w:p>
    <w:p>
      <w:pPr>
        <w:jc w:val="right"/>
      </w:pPr>
      <w:r>
        <w:t>indirect way میں جھوٹ تو سب ہی بولتے ہیں۔</w:t>
      </w:r>
    </w:p>
    <w:p>
      <w:r>
        <w:rPr>
          <w:b/>
        </w:rPr>
        <w:t xml:space="preserve">[06:57] </w:t>
      </w:r>
      <w:r>
        <w:t>kyun? society mein acha bane rehna hai.</w:t>
      </w:r>
    </w:p>
    <w:p>
      <w:pPr>
        <w:jc w:val="right"/>
      </w:pPr>
      <w:r>
        <w:t>کیوں؟ Society میں اچھا بنے رہنا ہے۔</w:t>
      </w:r>
    </w:p>
    <w:p>
      <w:r>
        <w:rPr>
          <w:b/>
        </w:rPr>
        <w:t xml:space="preserve">[07:02] </w:t>
      </w:r>
      <w:r>
        <w:t>jaise abhi parson ki baat hai mere paas aik sahib ka telephone aaya.</w:t>
      </w:r>
    </w:p>
    <w:p>
      <w:pPr>
        <w:jc w:val="right"/>
      </w:pPr>
      <w:r>
        <w:t>جیسے ابھی پرسوں کی بات ہے میرے پاس ایک صاحب کا ٹیلی فون آیا۔</w:t>
      </w:r>
    </w:p>
    <w:p>
      <w:r>
        <w:rPr>
          <w:b/>
        </w:rPr>
        <w:t xml:space="preserve">[07:07] </w:t>
      </w:r>
      <w:r>
        <w:t>to hamara magazine parhte hain wo.</w:t>
      </w:r>
    </w:p>
    <w:p>
      <w:pPr>
        <w:jc w:val="right"/>
      </w:pPr>
      <w:r>
        <w:t>تو ہمارا magazine پڑھتے ہیں وہ۔</w:t>
      </w:r>
    </w:p>
    <w:p>
      <w:r>
        <w:rPr>
          <w:b/>
        </w:rPr>
        <w:t xml:space="preserve">[07:13] </w:t>
      </w:r>
      <w:r>
        <w:t>to unhon ne kaha ke aap bohat sabr ki baat karte hain, sabr karo, sabr karo.</w:t>
      </w:r>
    </w:p>
    <w:p>
      <w:pPr>
        <w:jc w:val="right"/>
      </w:pPr>
      <w:r>
        <w:t>تو انہوں نے کہا کہ آپ بہت صبر کی بات کرتے ہیں، صبر کرو، صبر کرو۔</w:t>
      </w:r>
    </w:p>
    <w:p>
      <w:r>
        <w:rPr>
          <w:b/>
        </w:rPr>
        <w:t xml:space="preserve">[07:18] </w:t>
      </w:r>
      <w:r>
        <w:t>magar sabr kaise kiya jaye?</w:t>
      </w:r>
    </w:p>
    <w:p>
      <w:pPr>
        <w:jc w:val="right"/>
      </w:pPr>
      <w:r>
        <w:t>مگر صبر کیسے کیا جائے؟</w:t>
      </w:r>
    </w:p>
    <w:p>
      <w:r>
        <w:rPr>
          <w:b/>
        </w:rPr>
        <w:t xml:space="preserve">[07:23] </w:t>
      </w:r>
      <w:r>
        <w:t>to unhon ne bataya ke mera chota bhai hai. is ko logon ne jail mein dalwa diya. police pakad le gayi. case chalaya. aur jail mein pahuncha diya is ko. to main sabr kaise karun? ab to mujhe un se revenge lena hai. mujhe un ko lesson sikhana hai jin logon ne mere bhai ko jail tak pahunchaya. ab dekhiye ek aam aadmi sune ga</w:t>
      </w:r>
    </w:p>
    <w:p>
      <w:pPr>
        <w:jc w:val="right"/>
      </w:pPr>
      <w:r>
        <w:t>تو انہوں نے بتایا کہ میرا چھوٹا بھائی ہے۔ اس کو لوگوں نے جیل میں ڈلوا دیا۔ پولیس پکڑ لے گئی۔ Case چلایا۔ اور جیل میں پہنچا دیا اس کو۔ تو میں صبر کیسے کروں؟ اب تو مجھے ان سے revenge لینا ہے۔ مجھے ان کو lesson سکھانا ہے جن لوگوں نے میرے بھائی کو جیل تک پہنچایا۔ اب دیکھیے ایک عام آدمی سنے گا</w:t>
      </w:r>
    </w:p>
    <w:p>
      <w:r>
        <w:rPr>
          <w:b/>
        </w:rPr>
        <w:t xml:space="preserve">[07:53] </w:t>
      </w:r>
      <w:r>
        <w:t>to kahega haan bhai theek keh rahe ho tum. theek keh rahe ho tum. lekin mera mizaj jo hai scrutiny ka hai. main hamesha scrutiny karta hoon. koi baat sun kar nahi manta. ghar mein bhi, apne ghar mein bhi main sun kar nahi manta. scrutiny karta hoon. aisa kyun? waisa kyun? kis ne kaha? kis se suna? koi mujh se kahe agar to main kahun tum ne</w:t>
      </w:r>
    </w:p>
    <w:p>
      <w:pPr>
        <w:jc w:val="right"/>
      </w:pPr>
      <w:r>
        <w:t>تو کہے گا ہاں بھئی ٹھیک کہہ رہے ہو تم۔ ٹھیک کہہ رہے ہو تم۔ لیکن میرا مزاج جو ہے scrutiny کا ہے۔ میں ہمیشہ scrutiny کرتا ہوں۔ کوئی بات سن کر نہیں مانتا۔ گھر میں بھی، اپنے گھر میں بھی میں سن کر نہیں مانتا۔ Scrutiny کرتا ہوں۔ ایسا کیوں؟ ویسا کیوں؟ کس نے کہا؟ کس سے سنا؟ کوئی مجھ سے کہے اگر تو میں کہوں تم نے</w:t>
      </w:r>
    </w:p>
    <w:p>
      <w:r>
        <w:rPr>
          <w:b/>
        </w:rPr>
        <w:t xml:space="preserve">[08:23] </w:t>
      </w:r>
      <w:r>
        <w:t>kis se suna? is se puchunga tum ne kis se suna? kya tum ne dekha hai? ghraz</w:t>
      </w:r>
    </w:p>
    <w:p>
      <w:pPr>
        <w:jc w:val="right"/>
      </w:pPr>
      <w:r>
        <w:t>کس سے سنا؟ اس سے پوچھوں گا تم نے کس سے سنا؟ کیا تم نے دیکھا ہے؟ غرض</w:t>
      </w:r>
    </w:p>
    <w:p>
      <w:r>
        <w:rPr>
          <w:b/>
        </w:rPr>
        <w:t xml:space="preserve">[08:29] </w:t>
      </w:r>
      <w:r>
        <w:t>yeh ke scrutiny karta hoon.</w:t>
      </w:r>
    </w:p>
    <w:p>
      <w:pPr>
        <w:jc w:val="right"/>
      </w:pPr>
      <w:r>
        <w:t>یہ کہ scrutiny کرتا ہوں۔</w:t>
      </w:r>
    </w:p>
    <w:p>
      <w:r>
        <w:rPr>
          <w:b/>
        </w:rPr>
        <w:t xml:space="preserve">[08:35] </w:t>
      </w:r>
      <w:r>
        <w:t>to jab unhon ne telephone par yeh bataya to maine scrutiny ki.</w:t>
      </w:r>
    </w:p>
    <w:p>
      <w:pPr>
        <w:jc w:val="right"/>
      </w:pPr>
      <w:r>
        <w:t>تو جب انہوں نے ٹیلی فون پر یہ بتایا تو میں نے scrutiny کی۔</w:t>
      </w:r>
    </w:p>
    <w:p>
      <w:r>
        <w:rPr>
          <w:b/>
        </w:rPr>
        <w:t xml:space="preserve">[08:41] </w:t>
      </w:r>
      <w:r>
        <w:t>kyunki main apne common sense ko wahan par apply karta hoon.</w:t>
      </w:r>
    </w:p>
    <w:p>
      <w:pPr>
        <w:jc w:val="right"/>
      </w:pPr>
      <w:r>
        <w:t>کیونکہ میں اپنے common sense کو وہاں پر apply کرتا ہوں۔</w:t>
      </w:r>
    </w:p>
    <w:p>
      <w:r>
        <w:rPr>
          <w:b/>
        </w:rPr>
        <w:t xml:space="preserve">[08:47] </w:t>
      </w:r>
      <w:r>
        <w:t>maine kaha ke dekhiye yeh possible hi nahi hai ke aap ka bh</w:t>
      </w:r>
    </w:p>
    <w:p>
      <w:pPr>
        <w:jc w:val="right"/>
      </w:pPr>
      <w:r>
        <w:t>میں نے کہا کہ دیکھیے یہ possible ہی نہیں ہے کہ آپ کا بھ</w:t>
      </w:r>
    </w:p>
    <w:p>
      <w:r>
        <w:rPr>
          <w:b/>
        </w:rPr>
        <w:t xml:space="preserve">[08:53] </w:t>
      </w:r>
      <w:r>
        <w:t>ai innocent ho aur khwamkhwah woh jail mein pahunch jaye.</w:t>
      </w:r>
    </w:p>
    <w:p>
      <w:pPr>
        <w:jc w:val="right"/>
      </w:pPr>
      <w:r>
        <w:t>ائی innocent ہو اور خوامخواہ وہ جیل میں پہنچ جائے۔</w:t>
      </w:r>
    </w:p>
    <w:p>
      <w:r>
        <w:rPr>
          <w:b/>
        </w:rPr>
        <w:t xml:space="preserve">[08:58] </w:t>
      </w:r>
      <w:r>
        <w:t>yeh impossible baat hai.</w:t>
      </w:r>
    </w:p>
    <w:p>
      <w:pPr>
        <w:jc w:val="right"/>
      </w:pPr>
      <w:r>
        <w:t>یہ impossible بات ہے۔</w:t>
      </w:r>
    </w:p>
    <w:p>
      <w:r>
        <w:rPr>
          <w:b/>
        </w:rPr>
        <w:t xml:space="preserve">[09:03] </w:t>
      </w:r>
      <w:r>
        <w:t>bhai jail mein pahunchane ke liye witness chahiye, police chahiye, court chahiye.</w:t>
      </w:r>
    </w:p>
    <w:p>
      <w:pPr>
        <w:jc w:val="right"/>
      </w:pPr>
      <w:r>
        <w:t>بھئی جیل میں پہنچانے کے لیے witness چاہیے، پولیس چاہیے، court چاہیے۔</w:t>
      </w:r>
    </w:p>
    <w:p>
      <w:r>
        <w:rPr>
          <w:b/>
        </w:rPr>
        <w:t xml:space="preserve">[09:08] </w:t>
      </w:r>
      <w:r>
        <w:t>to yeh sare ke sare jo hain kya aik innocent ko jail bhejane ke liye baithe hue hain?</w:t>
      </w:r>
    </w:p>
    <w:p>
      <w:pPr>
        <w:jc w:val="right"/>
      </w:pPr>
      <w:r>
        <w:t>تو یہ سارے کے سارے جو ہیں کیا ایک innocent کو جیل بھیجنے کے لیے بیٹھے ہوئے ہیں؟</w:t>
      </w:r>
    </w:p>
    <w:p>
      <w:r>
        <w:rPr>
          <w:b/>
        </w:rPr>
        <w:t xml:space="preserve">[09:13] </w:t>
      </w:r>
      <w:r>
        <w:t>to scrutiny ki maine.</w:t>
      </w:r>
    </w:p>
    <w:p>
      <w:pPr>
        <w:jc w:val="right"/>
      </w:pPr>
      <w:r>
        <w:t>تو scrutiny کی میں نے۔</w:t>
      </w:r>
    </w:p>
    <w:p>
      <w:r>
        <w:rPr>
          <w:b/>
        </w:rPr>
        <w:t xml:space="preserve">[09:18] </w:t>
      </w:r>
      <w:r>
        <w:t>to pata kya chala? ke</w:t>
      </w:r>
    </w:p>
    <w:p>
      <w:pPr>
        <w:jc w:val="right"/>
      </w:pPr>
      <w:r>
        <w:t>تو پتہ کیا چلا؟ کہ</w:t>
      </w:r>
    </w:p>
    <w:p>
      <w:r>
        <w:rPr>
          <w:b/>
        </w:rPr>
        <w:t xml:space="preserve">[09:23] </w:t>
      </w:r>
      <w:r>
        <w:t>un ke bhai ka kisi se jhagda ho gaya.</w:t>
      </w:r>
    </w:p>
    <w:p>
      <w:pPr>
        <w:jc w:val="right"/>
      </w:pPr>
      <w:r>
        <w:t>ان کے بھائی کا کسی سے جھگڑا ہو گیا۔</w:t>
      </w:r>
    </w:p>
    <w:p>
      <w:r>
        <w:rPr>
          <w:b/>
        </w:rPr>
        <w:t xml:space="preserve">[09:27] </w:t>
      </w:r>
      <w:r>
        <w:t>ab jhagda ho gaya to jhagde mein munh se woh bole, munh se kuch yeh bole.</w:t>
      </w:r>
    </w:p>
    <w:p>
      <w:pPr>
        <w:jc w:val="right"/>
      </w:pPr>
      <w:r>
        <w:t>اب جھگڑا ہو گیا تو جھگڑے میں منہ سے وہ بولے، منہ سے کچھ یہ بولے۔</w:t>
      </w:r>
    </w:p>
    <w:p>
      <w:r>
        <w:rPr>
          <w:b/>
        </w:rPr>
        <w:t xml:space="preserve">[09:32] </w:t>
      </w:r>
      <w:r>
        <w:t>to bhai ko ghussa aa gaya.</w:t>
      </w:r>
    </w:p>
    <w:p>
      <w:pPr>
        <w:jc w:val="right"/>
      </w:pPr>
      <w:r>
        <w:t>تو بھائی کو غصہ آگیا۔</w:t>
      </w:r>
    </w:p>
    <w:p>
      <w:r>
        <w:rPr>
          <w:b/>
        </w:rPr>
        <w:t xml:space="preserve">[09:36] </w:t>
      </w:r>
      <w:r>
        <w:t>aur bhai ne kya kiya? ke violence kar diya.</w:t>
      </w:r>
    </w:p>
    <w:p>
      <w:pPr>
        <w:jc w:val="right"/>
      </w:pPr>
      <w:r>
        <w:t>اور بھائی نے کیا کیا؟ کہ violence کر دیا۔</w:t>
      </w:r>
    </w:p>
    <w:p>
      <w:r>
        <w:rPr>
          <w:b/>
        </w:rPr>
        <w:t xml:space="preserve">[09:40] </w:t>
      </w:r>
      <w:r>
        <w:t>aik violence hota hai jo visible ho.</w:t>
      </w:r>
    </w:p>
    <w:p>
      <w:pPr>
        <w:jc w:val="right"/>
      </w:pPr>
      <w:r>
        <w:t>ایک violence ہوتا ہے جو visible ہو۔</w:t>
      </w:r>
    </w:p>
    <w:p>
      <w:r>
        <w:rPr>
          <w:b/>
        </w:rPr>
        <w:t xml:space="preserve">[09:45] </w:t>
      </w:r>
      <w:r>
        <w:t>aik ho ke visible na ho.</w:t>
      </w:r>
    </w:p>
    <w:p>
      <w:pPr>
        <w:jc w:val="right"/>
      </w:pPr>
      <w:r>
        <w:t>ایک ہو کہ visible نہ ہو۔</w:t>
      </w:r>
    </w:p>
    <w:p>
      <w:r>
        <w:rPr>
          <w:b/>
        </w:rPr>
        <w:t xml:space="preserve">[09:49] </w:t>
      </w:r>
      <w:r>
        <w:t>to unhon ne aisa violence kar diya jo visible tha.</w:t>
      </w:r>
    </w:p>
    <w:p>
      <w:pPr>
        <w:jc w:val="right"/>
      </w:pPr>
      <w:r>
        <w:t>تو انہوں نے ایسا violence کر دیا جو visible تھا۔</w:t>
      </w:r>
    </w:p>
    <w:p>
      <w:r>
        <w:rPr>
          <w:b/>
        </w:rPr>
        <w:t xml:space="preserve">[09:53] </w:t>
      </w:r>
      <w:r>
        <w:t>yani jis aadmi par violence kiya to woh dikhai deta tha ke us ne violence kiya hai.</w:t>
      </w:r>
    </w:p>
    <w:p>
      <w:pPr>
        <w:jc w:val="right"/>
      </w:pPr>
      <w:r>
        <w:t>یعنی جس آدمی پر violence کیا تو وہ دکھائی دیتا تھا کہ اس نے violence کیا ہے۔</w:t>
      </w:r>
    </w:p>
    <w:p>
      <w:r>
        <w:rPr>
          <w:b/>
        </w:rPr>
        <w:t xml:space="preserve">[09:59] </w:t>
      </w:r>
      <w:r>
        <w:t>to aap jante hain kia law hai? aaj kal ka law kia hai? agar aap munh se kisi</w:t>
      </w:r>
    </w:p>
    <w:p>
      <w:pPr>
        <w:jc w:val="right"/>
      </w:pPr>
      <w:r>
        <w:t>تو آپ جانتے ہیں کیا law ہے؟ آج کل کا law کیا ہے؟ اگر آپ منہ سے کسی</w:t>
      </w:r>
    </w:p>
    <w:p>
      <w:r>
        <w:rPr>
          <w:b/>
        </w:rPr>
        <w:t xml:space="preserve">[10:06] </w:t>
      </w:r>
      <w:r>
        <w:t>ko bolen to woh is par koi case nahi banega.</w:t>
      </w:r>
    </w:p>
    <w:p>
      <w:pPr>
        <w:jc w:val="right"/>
      </w:pPr>
      <w:r>
        <w:t>کو بولیں تو وہ اس پر کوئی case نہیں بنے گا۔</w:t>
      </w:r>
    </w:p>
    <w:p>
      <w:r>
        <w:rPr>
          <w:b/>
        </w:rPr>
        <w:t xml:space="preserve">[10:12] </w:t>
      </w:r>
      <w:r>
        <w:t>lekin agar aap violence karen, kisi ka hath paon tod den, kisi ko marien ke khoon behne lage</w:t>
      </w:r>
    </w:p>
    <w:p>
      <w:pPr>
        <w:jc w:val="right"/>
      </w:pPr>
      <w:r>
        <w:t>لیکن اگر آپ violence کریں، کسی کا ہاتھ پاؤں توڑ دیں، کسی کو ماریں کہ خون بہنے لگے</w:t>
      </w:r>
    </w:p>
    <w:p>
      <w:r>
        <w:rPr>
          <w:b/>
        </w:rPr>
        <w:t xml:space="preserve">[10:18] </w:t>
      </w:r>
      <w:r>
        <w:t>to kia hota hai?</w:t>
      </w:r>
    </w:p>
    <w:p>
      <w:pPr>
        <w:jc w:val="right"/>
      </w:pPr>
      <w:r>
        <w:t>تو کیا ہوتا ہے؟</w:t>
      </w:r>
    </w:p>
    <w:p>
      <w:r>
        <w:rPr>
          <w:b/>
        </w:rPr>
        <w:t xml:space="preserve">[10:25] </w:t>
      </w:r>
      <w:r>
        <w:t>woh ban jata hai jis ko kehte hain law mein cognizable offence.</w:t>
      </w:r>
    </w:p>
    <w:p>
      <w:pPr>
        <w:jc w:val="right"/>
      </w:pPr>
      <w:r>
        <w:t>وہ بن جاتا ہے جس کو کہتے ہیں law میں cognizable offence۔</w:t>
      </w:r>
    </w:p>
    <w:p>
      <w:r>
        <w:rPr>
          <w:b/>
        </w:rPr>
        <w:t xml:space="preserve">[10:31] </w:t>
      </w:r>
      <w:r>
        <w:t>Urdu mein hum kehte hain dast andazi police.</w:t>
      </w:r>
    </w:p>
    <w:p>
      <w:pPr>
        <w:jc w:val="right"/>
      </w:pPr>
      <w:r>
        <w:t>اردو میں ہم کہتے ہیں دست اندازی پولیس۔</w:t>
      </w:r>
    </w:p>
    <w:p>
      <w:r>
        <w:rPr>
          <w:b/>
        </w:rPr>
        <w:t xml:space="preserve">[10:37] </w:t>
      </w:r>
      <w:r>
        <w:t>jurm dast andazi police. Cognizable offence.</w:t>
      </w:r>
    </w:p>
    <w:p>
      <w:pPr>
        <w:jc w:val="right"/>
      </w:pPr>
      <w:r>
        <w:t>جرم دست اندازی پولیس۔ Cognizable offence۔</w:t>
      </w:r>
    </w:p>
    <w:p>
      <w:r>
        <w:rPr>
          <w:b/>
        </w:rPr>
        <w:t xml:space="preserve">[10:43] </w:t>
      </w:r>
      <w:r>
        <w:t>yani jaise hi violence kiya aap ne to aap police ki pakar mein aa gae.</w:t>
      </w:r>
    </w:p>
    <w:p>
      <w:pPr>
        <w:jc w:val="right"/>
      </w:pPr>
      <w:r>
        <w:t>یعنی جیسے ہی violence کیا آپ نے تو آپ پولیس کی پکڑ میں آگئے۔</w:t>
      </w:r>
    </w:p>
    <w:p>
      <w:r>
        <w:rPr>
          <w:b/>
        </w:rPr>
        <w:t xml:space="preserve">[10:49] </w:t>
      </w:r>
      <w:r>
        <w:t>jab tak aap violence na karen police aap ko pakar nahi sak</w:t>
      </w:r>
    </w:p>
    <w:p>
      <w:pPr>
        <w:jc w:val="right"/>
      </w:pPr>
      <w:r>
        <w:t>جب تک آپ violence نہ کریں پولیس آپ کو پکڑ نہیں سک</w:t>
      </w:r>
    </w:p>
    <w:p>
      <w:r>
        <w:rPr>
          <w:b/>
        </w:rPr>
        <w:t xml:space="preserve">[10:55] </w:t>
      </w:r>
      <w:r>
        <w:t>ti.</w:t>
      </w:r>
    </w:p>
    <w:p>
      <w:pPr>
        <w:jc w:val="right"/>
      </w:pPr>
      <w:r>
        <w:t>تی۔</w:t>
      </w:r>
    </w:p>
    <w:p>
      <w:r>
        <w:rPr>
          <w:b/>
        </w:rPr>
        <w:t xml:space="preserve">[10:58] </w:t>
      </w:r>
      <w:r>
        <w:t>munh se bolie, discussion kijiye.</w:t>
      </w:r>
    </w:p>
    <w:p>
      <w:pPr>
        <w:jc w:val="right"/>
      </w:pPr>
      <w:r>
        <w:t>منہ سے بولیے، discussion کیجیے۔</w:t>
      </w:r>
    </w:p>
    <w:p>
      <w:r>
        <w:rPr>
          <w:b/>
        </w:rPr>
        <w:t xml:space="preserve">[11:01] </w:t>
      </w:r>
      <w:r>
        <w:t>aaj hi dekhiye mein aaj ka batata hoon qissa.</w:t>
      </w:r>
    </w:p>
    <w:p>
      <w:pPr>
        <w:jc w:val="right"/>
      </w:pPr>
      <w:r>
        <w:t>آج ہی دیکھیے میں آج کا بتاتا ہوں قصہ۔</w:t>
      </w:r>
    </w:p>
    <w:p>
      <w:r>
        <w:rPr>
          <w:b/>
        </w:rPr>
        <w:t xml:space="preserve">[11:05] </w:t>
      </w:r>
      <w:r>
        <w:t>Morning mein baitha hua tha mein apni balcony ke oopar.</w:t>
      </w:r>
    </w:p>
    <w:p>
      <w:pPr>
        <w:jc w:val="right"/>
      </w:pPr>
      <w:r>
        <w:t>Morning میں بیٹھا ہوا تھا میں اپنی balcony کے اوپر۔</w:t>
      </w:r>
    </w:p>
    <w:p>
      <w:r>
        <w:rPr>
          <w:b/>
        </w:rPr>
        <w:t xml:space="preserve">[11:08] </w:t>
      </w:r>
      <w:r>
        <w:t>neeche hamari gaadi thi.</w:t>
      </w:r>
    </w:p>
    <w:p>
      <w:pPr>
        <w:jc w:val="right"/>
      </w:pPr>
      <w:r>
        <w:t>نیچے ہماری گاڑی تھی۔</w:t>
      </w:r>
    </w:p>
    <w:p>
      <w:r>
        <w:rPr>
          <w:b/>
        </w:rPr>
        <w:t xml:space="preserve">[11:11] </w:t>
      </w:r>
      <w:r>
        <w:t>ek aadmi daurata hua aya.</w:t>
      </w:r>
    </w:p>
    <w:p>
      <w:pPr>
        <w:jc w:val="right"/>
      </w:pPr>
      <w:r>
        <w:t>ایک آدمی دوڑاتا ہوا آیا۔</w:t>
      </w:r>
    </w:p>
    <w:p>
      <w:r>
        <w:rPr>
          <w:b/>
        </w:rPr>
        <w:t xml:space="preserve">[11:15] </w:t>
      </w:r>
      <w:r>
        <w:t>to zor se awaz aai to mein ne kaha kia baat hai? dekha to us ne apni gaadi</w:t>
      </w:r>
    </w:p>
    <w:p>
      <w:pPr>
        <w:jc w:val="right"/>
      </w:pPr>
      <w:r>
        <w:t>تو زور سے آواز آئی تو میں نے کہا کیا بات ہے؟ دیکھا تو اس نے اپنی گاڑی</w:t>
      </w:r>
    </w:p>
    <w:p>
      <w:r>
        <w:rPr>
          <w:b/>
        </w:rPr>
        <w:t xml:space="preserve">[11:18] </w:t>
      </w:r>
      <w:r>
        <w:t>hamari gaadi se takra diya tha.</w:t>
      </w:r>
    </w:p>
    <w:p>
      <w:pPr>
        <w:jc w:val="right"/>
      </w:pPr>
      <w:r>
        <w:t>ہماری گاڑی سے ٹکرا دیا تھا۔</w:t>
      </w:r>
    </w:p>
    <w:p>
      <w:r>
        <w:rPr>
          <w:b/>
        </w:rPr>
        <w:t xml:space="preserve">[11:21] </w:t>
      </w:r>
      <w:r>
        <w:t>us ne jaldi se break lagaya to</w:t>
      </w:r>
    </w:p>
    <w:p>
      <w:pPr>
        <w:jc w:val="right"/>
      </w:pPr>
      <w:r>
        <w:t>اس نے جلدی سے بریک لگایا تو</w:t>
      </w:r>
    </w:p>
    <w:p>
      <w:r>
        <w:rPr>
          <w:b/>
        </w:rPr>
        <w:t xml:space="preserve">[11:25] </w:t>
      </w:r>
      <w:r>
        <w:t>uski bohat zor se awaz aai.</w:t>
      </w:r>
    </w:p>
    <w:p>
      <w:pPr>
        <w:jc w:val="right"/>
      </w:pPr>
      <w:r>
        <w:t>اس کی بہت زور سے آواز آئی۔</w:t>
      </w:r>
    </w:p>
    <w:p>
      <w:r>
        <w:rPr>
          <w:b/>
        </w:rPr>
        <w:t xml:space="preserve">[11:29] </w:t>
      </w:r>
      <w:r>
        <w:t>to mein ne kia kiya? hamare police wale jo rehte hain hamare haan un se kaha ke bhai</w:t>
      </w:r>
    </w:p>
    <w:p>
      <w:pPr>
        <w:jc w:val="right"/>
      </w:pPr>
      <w:r>
        <w:t>تو میں نے کیا کیا؟ ہمارے پولیس والے جو رہتے ہیں ہمارے ہاں ان سے کہا کہ بھئی</w:t>
      </w:r>
    </w:p>
    <w:p>
      <w:r>
        <w:rPr>
          <w:b/>
        </w:rPr>
        <w:t xml:space="preserve">[11:33] </w:t>
      </w:r>
      <w:r>
        <w:t>un ka number note kar lo.</w:t>
      </w:r>
    </w:p>
    <w:p>
      <w:pPr>
        <w:jc w:val="right"/>
      </w:pPr>
      <w:r>
        <w:t>ان کا نمبر نوٹ کر لو۔</w:t>
      </w:r>
    </w:p>
    <w:p>
      <w:r>
        <w:rPr>
          <w:b/>
        </w:rPr>
        <w:t xml:space="preserve">[11:36] </w:t>
      </w:r>
      <w:r>
        <w:t>telephone number note kar lo.</w:t>
      </w:r>
    </w:p>
    <w:p>
      <w:pPr>
        <w:jc w:val="right"/>
      </w:pPr>
      <w:r>
        <w:t>ٹیلی فون نمبر نوٹ کر لو۔</w:t>
      </w:r>
    </w:p>
    <w:p>
      <w:r>
        <w:rPr>
          <w:b/>
        </w:rPr>
        <w:t xml:space="preserve">[11:40] </w:t>
      </w:r>
      <w:r>
        <w:t>dekh lo kia surat-e-haal hai.</w:t>
      </w:r>
    </w:p>
    <w:p>
      <w:pPr>
        <w:jc w:val="right"/>
      </w:pPr>
      <w:r>
        <w:t>دیکھ لو کیا صورتحال ہے۔</w:t>
      </w:r>
    </w:p>
    <w:p>
      <w:r>
        <w:rPr>
          <w:b/>
        </w:rPr>
        <w:t xml:space="preserve">[11:44] </w:t>
      </w:r>
      <w:r>
        <w:t>ek shakal mein tha ke mehtar tha aur ladta aur yeh hai aur woh hai.</w:t>
      </w:r>
    </w:p>
    <w:p>
      <w:pPr>
        <w:jc w:val="right"/>
      </w:pPr>
      <w:r>
        <w:t>ایک شکل میں تھا کہ مہتر تھا اور لڑتا اور یہ ہے اور وہ ہے۔</w:t>
      </w:r>
    </w:p>
    <w:p>
      <w:r>
        <w:rPr>
          <w:b/>
        </w:rPr>
        <w:t xml:space="preserve">[11:48] </w:t>
      </w:r>
      <w:r>
        <w:t>donon mein ek yaani violence tak nabat pahunch sakti thi jaisa ke hoti hai.</w:t>
      </w:r>
    </w:p>
    <w:p>
      <w:pPr>
        <w:jc w:val="right"/>
      </w:pPr>
      <w:r>
        <w:t>دونوں میں ایک یعنی violence تک نوبت پہنچ سکتی تھی جیسا کہ ہوتی ہے۔</w:t>
      </w:r>
    </w:p>
    <w:p>
      <w:r>
        <w:rPr>
          <w:b/>
        </w:rPr>
        <w:t xml:space="preserve">[11:52] </w:t>
      </w:r>
      <w:r>
        <w:t>ke andhe ho aur chalak gaadi chalana nahin aata.</w:t>
      </w:r>
    </w:p>
    <w:p>
      <w:pPr>
        <w:jc w:val="right"/>
      </w:pPr>
      <w:r>
        <w:t>کہ اندھے ہو اور چالاک گاڑی چلانا نہیں آتا۔</w:t>
      </w:r>
    </w:p>
    <w:p>
      <w:r>
        <w:rPr>
          <w:b/>
        </w:rPr>
        <w:t xml:space="preserve">[11:56] </w:t>
      </w:r>
      <w:r>
        <w:t>toh ek yeh hai ke aap simple tareeqe se us ko laen. aaj hi subah ki baat hai ke main ne us ko simple tareeqe se liya. ke police se keh diya ke tum number note kar lo in ka. in ka telephone number likh lo. aur phir samjho ke kya karna hai. koi zyada damage nahi tha lekin main upar hi baitha raha main gaya nahi neeche. isi tarah ki cheezon mein hota hai ke log ghussa ho jaat</w:t>
      </w:r>
    </w:p>
    <w:p>
      <w:pPr>
        <w:jc w:val="right"/>
      </w:pPr>
      <w:r>
        <w:t>تو ایک یہ ہے کہ آپ simple طریقے سے اس کو لیں۔ آج ہی صبح کی بات ہے کہ میں نے اس کو simple طریقے سے لیا۔ کہ پولیس سے کہہ دیا کہ تم نمبر نوٹ کر لو ان کا۔ ان کا ٹیلی فون نمبر لکھ لو۔ اور پھر سمجھو کہ کیا کرنا ہے۔ کوئی زیادہ damage نہیں تھا لیکن میں اوپر ہی بیٹھا رہا میں گیا نہیں نیچے۔ اسی طرح کی چیزوں میں ہوتا ہے کہ لوگ غصہ ہو جات</w:t>
      </w:r>
    </w:p>
    <w:p>
      <w:r>
        <w:rPr>
          <w:b/>
        </w:rPr>
        <w:t xml:space="preserve">[12:26] </w:t>
      </w:r>
      <w:r>
        <w:t>e hain. aur phir violence karne lagte hain. toh un ke bhai ne violence kiya toh zahir hai ke violence kiya toh police case ban gaya. phir baat badhi, baat badhi yahan tak ke woh jail pahunch gae. toh ab dekhiye is mein kya hai? aadhi baat kahi unho ne aadhi baat nahi kahi. yaani yeh toh kaha ke mere bhai ko jail mein pahuncha diya. yeh nahi kaha tha ke mere bhai ne violence kiya toh woh</w:t>
      </w:r>
    </w:p>
    <w:p>
      <w:pPr>
        <w:jc w:val="right"/>
      </w:pPr>
      <w:r>
        <w:t>ے ہیں۔ اور پھر violence کرنے لگتے ہیں۔ تو ان کے بھائی نے violence کیا تو ظاہر ہے کہ violence کیا تو پولیس case بن گیا۔ پھر بات بڑھی، بات بڑھی یہاں تک کہ وہ جیل پہنچ گئے۔ تو اب دیکھیے اس میں کیا ہے؟ آدھی بات کہی انہوں نے آدھی بات نہیں کہی۔ یعنی یہ تو کہا کہ میرے بھائی کو جیل میں پہنچا دیا۔ یہ نہیں کہا تھا کہ میرے بھائی نے violence کیا تو وہ</w:t>
      </w:r>
    </w:p>
    <w:p>
      <w:r>
        <w:rPr>
          <w:b/>
        </w:rPr>
        <w:t xml:space="preserve">[12:56] </w:t>
      </w:r>
      <w:r>
        <w:t>jail mein pahuncha.</w:t>
      </w:r>
    </w:p>
    <w:p>
      <w:pPr>
        <w:jc w:val="right"/>
      </w:pPr>
      <w:r>
        <w:t>جیل میں پہنچا۔</w:t>
      </w:r>
    </w:p>
    <w:p>
      <w:r>
        <w:rPr>
          <w:b/>
        </w:rPr>
        <w:t xml:space="preserve">[13:01] </w:t>
      </w:r>
      <w:r>
        <w:t>yeh nahin kaha unhon ne.</w:t>
      </w:r>
    </w:p>
    <w:p>
      <w:pPr>
        <w:jc w:val="right"/>
      </w:pPr>
      <w:r>
        <w:t>یہ نہیں کہا انہوں نے۔</w:t>
      </w:r>
    </w:p>
    <w:p>
      <w:r>
        <w:rPr>
          <w:b/>
        </w:rPr>
        <w:t xml:space="preserve">[13:07] </w:t>
      </w:r>
      <w:r>
        <w:t>to aadmi apni baat ko isi tarah se ghata badha kar bolta hai.</w:t>
      </w:r>
    </w:p>
    <w:p>
      <w:pPr>
        <w:jc w:val="right"/>
      </w:pPr>
      <w:r>
        <w:t>تو آدمی اپنی بات کو اسی طرح سے گھٹا بڑھا کر بولتا ہے۔</w:t>
      </w:r>
    </w:p>
    <w:p>
      <w:r>
        <w:rPr>
          <w:b/>
        </w:rPr>
        <w:t xml:space="preserve">[13:12] </w:t>
      </w:r>
      <w:r>
        <w:t>yeh us ko mein kehta hoon indirect way mein jhoot bolna.</w:t>
      </w:r>
    </w:p>
    <w:p>
      <w:pPr>
        <w:jc w:val="right"/>
      </w:pPr>
      <w:r>
        <w:t>یہ اس کو میں کہتا ہوں indirect way میں جھوٹ بولنا۔</w:t>
      </w:r>
    </w:p>
    <w:p>
      <w:r>
        <w:rPr>
          <w:b/>
        </w:rPr>
        <w:t xml:space="preserve">[13:18] </w:t>
      </w:r>
      <w:r>
        <w:t>yeh hai indirect way mein jhoot bolna.</w:t>
      </w:r>
    </w:p>
    <w:p>
      <w:pPr>
        <w:jc w:val="right"/>
      </w:pPr>
      <w:r>
        <w:t>یہ ہے indirect way میں جھوٹ بولنا۔</w:t>
      </w:r>
    </w:p>
    <w:p>
      <w:r>
        <w:rPr>
          <w:b/>
        </w:rPr>
        <w:t xml:space="preserve">[13:23] </w:t>
      </w:r>
      <w:r>
        <w:t>mera tajurba hai ke koi bhi aisa nahin hai jo as it is reporting kare.</w:t>
      </w:r>
    </w:p>
    <w:p>
      <w:pPr>
        <w:jc w:val="right"/>
      </w:pPr>
      <w:r>
        <w:t>میرا تجربہ ہے کہ کوئی بھی ایسا نہیں ہے جو as it is reporting کرے۔</w:t>
      </w:r>
    </w:p>
    <w:p>
      <w:r>
        <w:rPr>
          <w:b/>
        </w:rPr>
        <w:t xml:space="preserve">[13:28] </w:t>
      </w:r>
      <w:r>
        <w:t>mujhe to koi aisa aadmi mila nahin.</w:t>
      </w:r>
    </w:p>
    <w:p>
      <w:pPr>
        <w:jc w:val="right"/>
      </w:pPr>
      <w:r>
        <w:t>مجھے تو کوئی ایسا آدمی ملا نہیں۔</w:t>
      </w:r>
    </w:p>
    <w:p>
      <w:r>
        <w:rPr>
          <w:b/>
        </w:rPr>
        <w:t xml:space="preserve">[13:31] </w:t>
      </w:r>
      <w:r>
        <w:t>ya to ghata kar batayega ya badha kar batayega.</w:t>
      </w:r>
    </w:p>
    <w:p>
      <w:pPr>
        <w:jc w:val="right"/>
      </w:pPr>
      <w:r>
        <w:t>یا تو گھٹا کر بتائے گا یا بڑھا کر بتائے گا۔</w:t>
      </w:r>
    </w:p>
    <w:p>
      <w:r>
        <w:rPr>
          <w:b/>
        </w:rPr>
        <w:t xml:space="preserve">[13:34] </w:t>
      </w:r>
      <w:r>
        <w:t>mujhe do qism ke aadmi mile hain.</w:t>
      </w:r>
    </w:p>
    <w:p>
      <w:pPr>
        <w:jc w:val="right"/>
      </w:pPr>
      <w:r>
        <w:t>مجھے دو قسم کے آدمی ملے ہیں۔</w:t>
      </w:r>
    </w:p>
    <w:p>
      <w:r>
        <w:rPr>
          <w:b/>
        </w:rPr>
        <w:t xml:space="preserve">[13:37] </w:t>
      </w:r>
      <w:r>
        <w:t>ya to seedhe se jhoot bolne ke.</w:t>
      </w:r>
    </w:p>
    <w:p>
      <w:pPr>
        <w:jc w:val="right"/>
      </w:pPr>
      <w:r>
        <w:t>یا تو سیدھے سے جھوٹ بولنے کے۔</w:t>
      </w:r>
    </w:p>
    <w:p>
      <w:r>
        <w:rPr>
          <w:b/>
        </w:rPr>
        <w:t xml:space="preserve">[13:40] </w:t>
      </w:r>
      <w:r>
        <w:t>seedhe se jhoot bolne ke hum se koi matlab nahin.</w:t>
      </w:r>
    </w:p>
    <w:p>
      <w:pPr>
        <w:jc w:val="right"/>
      </w:pPr>
      <w:r>
        <w:t>سیدھے سے جھوٹ بولنے کے ہم سے کوئی مطلب نہیں۔</w:t>
      </w:r>
    </w:p>
    <w:p>
      <w:r>
        <w:rPr>
          <w:b/>
        </w:rPr>
        <w:t xml:space="preserve">[13:43] </w:t>
      </w:r>
      <w:r>
        <w:t>hum ne to aisa kiya nahin.</w:t>
      </w:r>
    </w:p>
    <w:p>
      <w:pPr>
        <w:jc w:val="right"/>
      </w:pPr>
      <w:r>
        <w:t>ہم نے تو ایسا کیا نہیں۔</w:t>
      </w:r>
    </w:p>
    <w:p>
      <w:r>
        <w:rPr>
          <w:b/>
        </w:rPr>
        <w:t xml:space="preserve">[13:46] </w:t>
      </w:r>
      <w:r>
        <w:t>aur doosre log jo hain woh baat ko ghata badha kar kahenge.</w:t>
      </w:r>
    </w:p>
    <w:p>
      <w:pPr>
        <w:jc w:val="right"/>
      </w:pPr>
      <w:r>
        <w:t>اور دوسرے لوگ جو ہیں وہ بات کو گھٹا بڑھا کر کہیں گے۔</w:t>
      </w:r>
    </w:p>
    <w:p>
      <w:r>
        <w:rPr>
          <w:b/>
        </w:rPr>
        <w:t xml:space="preserve">[13:49] </w:t>
      </w:r>
      <w:r>
        <w:t>jaisa ke is case mein dekha aap ne.</w:t>
      </w:r>
    </w:p>
    <w:p>
      <w:pPr>
        <w:jc w:val="right"/>
      </w:pPr>
      <w:r>
        <w:t>جیسا کہ اس case میں دیکھا آپ نے۔</w:t>
      </w:r>
    </w:p>
    <w:p>
      <w:r>
        <w:rPr>
          <w:b/>
        </w:rPr>
        <w:t xml:space="preserve">[13:52] </w:t>
      </w:r>
      <w:r>
        <w:t>aise hi daily mujhe tajurba hota hai ke log baat ko ghata badha kar kehte hain.</w:t>
      </w:r>
    </w:p>
    <w:p>
      <w:pPr>
        <w:jc w:val="right"/>
      </w:pPr>
      <w:r>
        <w:t>ایسے ہی daily مجھے تجربہ ہوتا ہے کہ لوگ بات کو گھٹا بڑھا کر کہتے ہیں۔</w:t>
      </w:r>
    </w:p>
    <w:p>
      <w:r>
        <w:rPr>
          <w:b/>
        </w:rPr>
        <w:t xml:space="preserve">[13:56] </w:t>
      </w:r>
      <w:r>
        <w:t>yahi India mein riot hota hai,</w:t>
      </w:r>
    </w:p>
    <w:p>
      <w:pPr>
        <w:jc w:val="right"/>
      </w:pPr>
      <w:r>
        <w:t>یہی انڈیا میں riot ہوتا ہے،</w:t>
      </w:r>
    </w:p>
    <w:p>
      <w:r>
        <w:rPr>
          <w:b/>
        </w:rPr>
        <w:t xml:space="preserve">[13:59] </w:t>
      </w:r>
      <w:r>
        <w:t>hota tha ab woh bhi bohat kam ho gaya hai.</w:t>
      </w:r>
    </w:p>
    <w:p>
      <w:pPr>
        <w:jc w:val="right"/>
      </w:pPr>
      <w:r>
        <w:t>ہوتا تھا اب وہ بھی بہت کم ہو گیا ہے۔</w:t>
      </w:r>
    </w:p>
    <w:p>
      <w:r>
        <w:rPr>
          <w:b/>
        </w:rPr>
        <w:t xml:space="preserve">[14:03] </w:t>
      </w:r>
      <w:r>
        <w:t>to paperon mein kya tha? is community ka agar paper hai to apni community ko apni community ne</w:t>
      </w:r>
    </w:p>
    <w:p>
      <w:pPr>
        <w:jc w:val="right"/>
      </w:pPr>
      <w:r>
        <w:t>تو paperوں میں کیا تھا؟ اس community کا اگر paper ہے تو اپنی community کو اپنی community نے</w:t>
      </w:r>
    </w:p>
    <w:p>
      <w:r>
        <w:rPr>
          <w:b/>
        </w:rPr>
        <w:t xml:space="preserve">[14:07] </w:t>
      </w:r>
      <w:r>
        <w:t>jo kuch kaha hai, apni community ne jo kuch kiya us ko to report nahin karega.</w:t>
      </w:r>
    </w:p>
    <w:p>
      <w:pPr>
        <w:jc w:val="right"/>
      </w:pPr>
      <w:r>
        <w:t>جو کچھ کہا ہے، اپنی community نے جو کچھ کیا اس کو تو report نہیں کرے گا۔</w:t>
      </w:r>
    </w:p>
    <w:p>
      <w:r>
        <w:rPr>
          <w:b/>
        </w:rPr>
        <w:t xml:space="preserve">[14:11] </w:t>
      </w:r>
      <w:r>
        <w:t>doosri community ne jo kiya us ko report karega.</w:t>
      </w:r>
    </w:p>
    <w:p>
      <w:pPr>
        <w:jc w:val="right"/>
      </w:pPr>
      <w:r>
        <w:t>دوسری community نے جو کیا اس کو report کرے گا۔</w:t>
      </w:r>
    </w:p>
    <w:p>
      <w:r>
        <w:rPr>
          <w:b/>
        </w:rPr>
        <w:t xml:space="preserve">[14:16] </w:t>
      </w:r>
      <w:r>
        <w:t>zahair hai ke riot mein do community involve hoti hain.</w:t>
      </w:r>
    </w:p>
    <w:p>
      <w:pPr>
        <w:jc w:val="right"/>
      </w:pPr>
      <w:r>
        <w:t>ظاہر ہے کہ riot میں دو community involve ہوتی ہیں۔</w:t>
      </w:r>
    </w:p>
    <w:p>
      <w:r>
        <w:rPr>
          <w:b/>
        </w:rPr>
        <w:t xml:space="preserve">[14:20] </w:t>
      </w:r>
      <w:r>
        <w:t>to is community ke bhi kuch paper hain, is ke bhi kuch paper hain, newspaper.</w:t>
      </w:r>
    </w:p>
    <w:p>
      <w:pPr>
        <w:jc w:val="right"/>
      </w:pPr>
      <w:r>
        <w:t>تو اس community کے بھی کچھ paper ہیں، اس کے بھی کچھ paper ہیں، newspaper۔</w:t>
      </w:r>
    </w:p>
    <w:p>
      <w:r>
        <w:rPr>
          <w:b/>
        </w:rPr>
        <w:t xml:space="preserve">[14:24] </w:t>
      </w:r>
      <w:r>
        <w:t>to donon mein reporten chhap</w:t>
      </w:r>
    </w:p>
    <w:p>
      <w:pPr>
        <w:jc w:val="right"/>
      </w:pPr>
      <w:r>
        <w:t>تو دونوں میں reportیں چھپ</w:t>
      </w:r>
    </w:p>
    <w:p>
      <w:r>
        <w:rPr>
          <w:b/>
        </w:rPr>
        <w:t xml:space="preserve">[14:29] </w:t>
      </w:r>
      <w:r>
        <w:t>in gi.</w:t>
      </w:r>
    </w:p>
    <w:p>
      <w:pPr>
        <w:jc w:val="right"/>
      </w:pPr>
      <w:r>
        <w:t>یں گی۔</w:t>
      </w:r>
    </w:p>
    <w:p>
      <w:r>
        <w:rPr>
          <w:b/>
        </w:rPr>
        <w:t xml:space="preserve">[14:34] </w:t>
      </w:r>
      <w:r>
        <w:t>to har community ka aadmi apne paper mein is tarah chhapega ke apni community ki jo zaat</w:t>
      </w:r>
    </w:p>
    <w:p>
      <w:pPr>
        <w:jc w:val="right"/>
      </w:pPr>
      <w:r>
        <w:t>تو ہر community کا آدمی اپنے paper میں اس طرح چھاپے گا کہ اپنی community کی جو ذات</w:t>
      </w:r>
    </w:p>
    <w:p>
      <w:r>
        <w:rPr>
          <w:b/>
        </w:rPr>
        <w:t xml:space="preserve">[14:39] </w:t>
      </w:r>
      <w:r>
        <w:t>thi us ko chhipa de ga.</w:t>
      </w:r>
    </w:p>
    <w:p>
      <w:pPr>
        <w:jc w:val="right"/>
      </w:pPr>
      <w:r>
        <w:t>تھی اس کو چھپا دے گا۔</w:t>
      </w:r>
    </w:p>
    <w:p>
      <w:r>
        <w:rPr>
          <w:b/>
        </w:rPr>
        <w:t xml:space="preserve">[14:44] </w:t>
      </w:r>
      <w:r>
        <w:t>aur doosri community ki jo zaat thi isi ko isi ko report kare ga.</w:t>
      </w:r>
    </w:p>
    <w:p>
      <w:pPr>
        <w:jc w:val="right"/>
      </w:pPr>
      <w:r>
        <w:t>اور دوسری community کی جو ذات تھی اسی کو اسی کو report کرے گا۔</w:t>
      </w:r>
    </w:p>
    <w:p>
      <w:r>
        <w:rPr>
          <w:b/>
        </w:rPr>
        <w:t xml:space="preserve">[14:49] </w:t>
      </w:r>
      <w:r>
        <w:t>pachas baras se main dekh raha hoon yeh.</w:t>
      </w:r>
    </w:p>
    <w:p>
      <w:pPr>
        <w:jc w:val="right"/>
      </w:pPr>
      <w:r>
        <w:t>پچاس برس سے میں دیکھ رہا ہوں یہ۔</w:t>
      </w:r>
    </w:p>
    <w:p>
      <w:r>
        <w:rPr>
          <w:b/>
        </w:rPr>
        <w:t xml:space="preserve">[14:54] </w:t>
      </w:r>
      <w:r>
        <w:t>to behal yeh aik beautiful aik aik</w:t>
      </w:r>
    </w:p>
    <w:p>
      <w:pPr>
        <w:jc w:val="right"/>
      </w:pPr>
      <w:r>
        <w:t>تو بہرحال یہ ایک beautiful ایک ایک</w:t>
      </w:r>
    </w:p>
    <w:p>
      <w:r>
        <w:rPr>
          <w:b/>
        </w:rPr>
        <w:t xml:space="preserve">[14:59] </w:t>
      </w:r>
      <w:r>
        <w:t>sentence zaroor hai ke Truth is God lekin bilkul hi meaningless hai. kyun? us ke peeche aadmi ko aadmi ke andar ek ek conviction ke darje mein ek belief hona chahiye. ke koi mujh se upar ki power hai woh mujhe dekh raha hai. woh mujhe punishment de ga. jis ko</w:t>
      </w:r>
    </w:p>
    <w:p>
      <w:pPr>
        <w:jc w:val="right"/>
      </w:pPr>
      <w:r>
        <w:t>sentence ضرور ہے کہ Truth is God لیکن بالکل ہی meaningless ہے۔ کیوں؟ اس کے پیچھے آدمی کو آدمی کے اندر ایک ایک conviction کے درجے میں ایک belief ہونا چاہیے۔ کہ کوئی مجھ سے اوپر کی power ہے وہ مجھے دیکھ رہا ہے۔ وہ مجھے punishment دے گا۔ جس کو</w:t>
      </w:r>
    </w:p>
    <w:p>
      <w:r>
        <w:rPr>
          <w:b/>
        </w:rPr>
        <w:t xml:space="preserve">[15:29] </w:t>
      </w:r>
      <w:r>
        <w:t>hum kehte hain accountability. toh Truth is God mein accountability ke concept ko nikaal diya gaya hai. sahi concept kya hai? God loves truth. sahi concept yeh hai ke God loves truth and God hates falsehood.</w:t>
      </w:r>
    </w:p>
    <w:p>
      <w:pPr>
        <w:jc w:val="right"/>
      </w:pPr>
      <w:r>
        <w:t>ہم کہتے ہیں accountability۔ تو Truth is God میں accountability کے concept کو نکال دیا گیا ہے۔ صحیح concept کیا ہے؟ God loves truth۔ صحیح concept یہ ہے کہ God loves truth and God hates falsehood۔</w:t>
      </w:r>
    </w:p>
    <w:p>
      <w:r>
        <w:rPr>
          <w:b/>
        </w:rPr>
        <w:t xml:space="preserve">[15:59] </w:t>
      </w:r>
      <w:r>
        <w:t>God ko alag kar ke aap ko concept banana pare ga. ab aap dekhein ke Khuda jo Lord of the Day of Judgment hai woh pasand karta hai ke log sach bolein toh mujhe sach bolna chahiye. woh jhoot bolne ko bura samajhta hai toh mujhe jhoot se bachna chahiye. taa ke main us ki pakad se bach jaon. toh dekhiye Truth ke concept ko</w:t>
      </w:r>
    </w:p>
    <w:p>
      <w:pPr>
        <w:jc w:val="right"/>
      </w:pPr>
      <w:r>
        <w:t>God کو الگ کر کے آپ کو concept بنانا پڑے گا۔ اب آپ دیکھیں کہ خدا جو Lord of the Day of Judgment ہے وہ پسند کرتا ہے کہ لوگ سچ بولیں تو مجھے سچ بولنا چاہیے۔ وہ جھوٹ بولنے کو برا سمجھتا ہے تو مجھے جھوٹ سے بچنا چاہیے۔ تاکہ میں اس کی پکڑ سے بچ جاؤں۔ تو دیکھیے Truth کے concept کو</w:t>
      </w:r>
    </w:p>
    <w:p>
      <w:r>
        <w:rPr>
          <w:b/>
        </w:rPr>
        <w:t xml:space="preserve">[16:29] </w:t>
      </w:r>
      <w:r>
        <w:t>jab aap accountability se alag kar den ge to pure philosophy ban jaye gi woh. Pure philosophy.</w:t>
      </w:r>
    </w:p>
    <w:p>
      <w:pPr>
        <w:jc w:val="right"/>
      </w:pPr>
      <w:r>
        <w:t>جب آپ accountability سے الگ کر دیں گے تو pure philosophy بن جائے گی وہ۔ Pure philosophy۔</w:t>
      </w:r>
    </w:p>
    <w:p>
      <w:r>
        <w:rPr>
          <w:b/>
        </w:rPr>
        <w:t xml:space="preserve">[16:36] </w:t>
      </w:r>
      <w:r>
        <w:t>zindagi mein aisi philosophy kabhi translate nahi hogi.</w:t>
      </w:r>
    </w:p>
    <w:p>
      <w:pPr>
        <w:jc w:val="right"/>
      </w:pPr>
      <w:r>
        <w:t>زندگی میں ایسی philosophy کبھی translate نہیں ہوگی۔</w:t>
      </w:r>
    </w:p>
    <w:p>
      <w:r>
        <w:rPr>
          <w:b/>
        </w:rPr>
        <w:t xml:space="preserve">[16:42] </w:t>
      </w:r>
      <w:r>
        <w:t>jaisa ke aap aaj ki society mein dekh rahe hain.</w:t>
      </w:r>
    </w:p>
    <w:p>
      <w:pPr>
        <w:jc w:val="right"/>
      </w:pPr>
      <w:r>
        <w:t>جیسا کہ آپ آج کی society میں دیکھ رہے ہیں۔</w:t>
      </w:r>
    </w:p>
    <w:p>
      <w:r>
        <w:rPr>
          <w:b/>
        </w:rPr>
        <w:t xml:space="preserve">[16:48] </w:t>
      </w:r>
      <w:r>
        <w:t>ab main aap ko aik hadith sunana chahoon ga.</w:t>
      </w:r>
    </w:p>
    <w:p>
      <w:pPr>
        <w:jc w:val="right"/>
      </w:pPr>
      <w:r>
        <w:t>اب میں آپ کو ایک حدیث سنانا چاہوں گا۔</w:t>
      </w:r>
    </w:p>
    <w:p>
      <w:r>
        <w:rPr>
          <w:b/>
        </w:rPr>
        <w:t xml:space="preserve">[16:55] </w:t>
      </w:r>
      <w:r>
        <w:t>Prophet of Islam ke paas</w:t>
      </w:r>
    </w:p>
    <w:p>
      <w:pPr>
        <w:jc w:val="right"/>
      </w:pPr>
      <w:r>
        <w:t>Prophet of Islam کے پاس</w:t>
      </w:r>
    </w:p>
    <w:p>
      <w:r>
        <w:rPr>
          <w:b/>
        </w:rPr>
        <w:t xml:space="preserve">[17:01] </w:t>
      </w:r>
      <w:r>
        <w:t>aik aadmi aata hai.</w:t>
      </w:r>
    </w:p>
    <w:p>
      <w:pPr>
        <w:jc w:val="right"/>
      </w:pPr>
      <w:r>
        <w:t>ایک آدمی آتا ہے۔</w:t>
      </w:r>
    </w:p>
    <w:p>
      <w:r>
        <w:rPr>
          <w:b/>
        </w:rPr>
        <w:t xml:space="preserve">[17:06] </w:t>
      </w:r>
      <w:r>
        <w:t>yeh madine ka waqia hai.</w:t>
      </w:r>
    </w:p>
    <w:p>
      <w:pPr>
        <w:jc w:val="right"/>
      </w:pPr>
      <w:r>
        <w:t>یہ مدینے کا واقعہ ہے۔</w:t>
      </w:r>
    </w:p>
    <w:p>
      <w:r>
        <w:rPr>
          <w:b/>
        </w:rPr>
        <w:t xml:space="preserve">[17:11] </w:t>
      </w:r>
      <w:r>
        <w:t>yani saatveen sadi ke first half mein jab aap madine mein the us waqt ka hai yeh.</w:t>
      </w:r>
    </w:p>
    <w:p>
      <w:pPr>
        <w:jc w:val="right"/>
      </w:pPr>
      <w:r>
        <w:t>یعنی ساتویں صدی کے first half میں جب آپ مدینہ میں تھے اس وقت کا ہے یہ۔</w:t>
      </w:r>
    </w:p>
    <w:p>
      <w:r>
        <w:rPr>
          <w:b/>
        </w:rPr>
        <w:t xml:space="preserve">[17:16] </w:t>
      </w:r>
      <w:r>
        <w:t>to aik aadmi aata hai woh kehta hai ke main mere andar kai buraiyan hain.</w:t>
      </w:r>
    </w:p>
    <w:p>
      <w:pPr>
        <w:jc w:val="right"/>
      </w:pPr>
      <w:r>
        <w:t>تو ایک آدمی آتا ہے وہ کہتا ہے کہ میں میرے اندر کئی برائیاں ہیں۔</w:t>
      </w:r>
    </w:p>
    <w:p>
      <w:r>
        <w:rPr>
          <w:b/>
        </w:rPr>
        <w:t xml:space="preserve">[17:21] </w:t>
      </w:r>
      <w:r>
        <w:t>kai buraiyan hain, kai bad habits hain.</w:t>
      </w:r>
    </w:p>
    <w:p>
      <w:pPr>
        <w:jc w:val="right"/>
      </w:pPr>
      <w:r>
        <w:t>کئی برائیاں ہیں، کئی bad habits ہیں۔</w:t>
      </w:r>
    </w:p>
    <w:p>
      <w:r>
        <w:rPr>
          <w:b/>
        </w:rPr>
        <w:t xml:space="preserve">[17:26] </w:t>
      </w:r>
      <w:r>
        <w:t>to main chhodna</w:t>
      </w:r>
    </w:p>
    <w:p>
      <w:pPr>
        <w:jc w:val="right"/>
      </w:pPr>
      <w:r>
        <w:t>تو میں چھوڑنا</w:t>
      </w:r>
    </w:p>
    <w:p>
      <w:r>
        <w:rPr>
          <w:b/>
        </w:rPr>
        <w:t xml:space="preserve">[17:31] </w:t>
      </w:r>
      <w:r>
        <w:t>chahta hoon in ko.</w:t>
      </w:r>
    </w:p>
    <w:p>
      <w:pPr>
        <w:jc w:val="right"/>
      </w:pPr>
      <w:r>
        <w:t>چاہتا ہوں ان کو۔</w:t>
      </w:r>
    </w:p>
    <w:p>
      <w:r>
        <w:rPr>
          <w:b/>
        </w:rPr>
        <w:t xml:space="preserve">[17:37] </w:t>
      </w:r>
      <w:r>
        <w:t>to aap bataiye ke main sab se pehle aik aik kar ke chhodoon ga.</w:t>
      </w:r>
    </w:p>
    <w:p>
      <w:pPr>
        <w:jc w:val="right"/>
      </w:pPr>
      <w:r>
        <w:t>تو آپ بتائیے کہ میں سب سے پہلے ایک ایک کر کے چھوڑوں گا۔</w:t>
      </w:r>
    </w:p>
    <w:p>
      <w:r>
        <w:rPr>
          <w:b/>
        </w:rPr>
        <w:t xml:space="preserve">[17:43] </w:t>
      </w:r>
      <w:r>
        <w:t>ikhathe nahi chhod paoon ga sab.</w:t>
      </w:r>
    </w:p>
    <w:p>
      <w:pPr>
        <w:jc w:val="right"/>
      </w:pPr>
      <w:r>
        <w:t>اکٹھے نہیں چھوڑ پاؤں گا سب۔</w:t>
      </w:r>
    </w:p>
    <w:p>
      <w:r>
        <w:rPr>
          <w:b/>
        </w:rPr>
        <w:t xml:space="preserve">[17:49] </w:t>
      </w:r>
      <w:r>
        <w:t>to sab se pehle main kis burai ko chhodoon? Yeh poochta hai woh.</w:t>
      </w:r>
    </w:p>
    <w:p>
      <w:pPr>
        <w:jc w:val="right"/>
      </w:pPr>
      <w:r>
        <w:t>تو سب سے پہلے میں کس برائی کو چھوڑوں؟ یہ پوچھتا ہے وہ۔</w:t>
      </w:r>
    </w:p>
    <w:p>
      <w:r>
        <w:rPr>
          <w:b/>
        </w:rPr>
        <w:t xml:space="preserve">[17:55] </w:t>
      </w:r>
      <w:r>
        <w:t>to aap ne kaha aap ne kaha ke</w:t>
      </w:r>
    </w:p>
    <w:p>
      <w:pPr>
        <w:jc w:val="right"/>
      </w:pPr>
      <w:r>
        <w:t>تو آپ نے کہا آپ نے کہا کہ</w:t>
      </w:r>
    </w:p>
    <w:p>
      <w:r>
        <w:rPr>
          <w:b/>
        </w:rPr>
        <w:t xml:space="preserve">[18:01] </w:t>
      </w:r>
      <w:r>
        <w:t>jhoot bolna chhod do.</w:t>
      </w:r>
    </w:p>
    <w:p>
      <w:pPr>
        <w:jc w:val="right"/>
      </w:pPr>
      <w:r>
        <w:t>جھوٹ بولنا چھوڑ دو۔</w:t>
      </w:r>
    </w:p>
    <w:p>
      <w:r>
        <w:rPr>
          <w:b/>
        </w:rPr>
        <w:t xml:space="preserve">[18:05] </w:t>
      </w:r>
      <w:r>
        <w:t>us ne kaha tha ke main jhoot hi bolta hoon.</w:t>
      </w:r>
    </w:p>
    <w:p>
      <w:pPr>
        <w:jc w:val="right"/>
      </w:pPr>
      <w:r>
        <w:t>اس نے کہا تھا کہ میں جھوٹ ہی بولتا ہوں۔</w:t>
      </w:r>
    </w:p>
    <w:p>
      <w:r>
        <w:rPr>
          <w:b/>
        </w:rPr>
        <w:t xml:space="preserve">[18:09] </w:t>
      </w:r>
      <w:r>
        <w:t>to aap ne kaha ke jhoot bolna chhod do.</w:t>
      </w:r>
    </w:p>
    <w:p>
      <w:pPr>
        <w:jc w:val="right"/>
      </w:pPr>
      <w:r>
        <w:t>تو آپ نے کہا کہ جھوٹ بولنا چھوڑ دو۔</w:t>
      </w:r>
    </w:p>
    <w:p>
      <w:r>
        <w:rPr>
          <w:b/>
        </w:rPr>
        <w:t xml:space="preserve">[18:13] </w:t>
      </w:r>
      <w:r>
        <w:t>to is ne wada kar liya.</w:t>
      </w:r>
    </w:p>
    <w:p>
      <w:pPr>
        <w:jc w:val="right"/>
      </w:pPr>
      <w:r>
        <w:t>تو اس نے وعدہ کر لیا۔</w:t>
      </w:r>
    </w:p>
    <w:p>
      <w:r>
        <w:rPr>
          <w:b/>
        </w:rPr>
        <w:t xml:space="preserve">[18:17] </w:t>
      </w:r>
      <w:r>
        <w:t>kaha acha theek hai.</w:t>
      </w:r>
    </w:p>
    <w:p>
      <w:pPr>
        <w:jc w:val="right"/>
      </w:pPr>
      <w:r>
        <w:t>کہا اچھا ٹھیک ہے۔</w:t>
      </w:r>
    </w:p>
    <w:p>
      <w:r>
        <w:rPr>
          <w:b/>
        </w:rPr>
        <w:t xml:space="preserve">[18:20] </w:t>
      </w:r>
      <w:r>
        <w:t>acha arab log jo thay is zamane mein un mein aik bohat bari quality yeh thi ke promise</w:t>
      </w:r>
    </w:p>
    <w:p>
      <w:pPr>
        <w:jc w:val="right"/>
      </w:pPr>
      <w:r>
        <w:t>اچھا عرب لوگ جو تھے اس زمانے میں ان میں ایک بہت بڑی quality یہ تھی کہ promise</w:t>
      </w:r>
    </w:p>
    <w:p>
      <w:r>
        <w:rPr>
          <w:b/>
        </w:rPr>
        <w:t xml:space="preserve">[18:24] </w:t>
      </w:r>
      <w:r>
        <w:t>ko woh poora karte thay.</w:t>
      </w:r>
    </w:p>
    <w:p>
      <w:pPr>
        <w:jc w:val="right"/>
      </w:pPr>
      <w:r>
        <w:t>کو وہ پورا کرتے تھے۔</w:t>
      </w:r>
    </w:p>
    <w:p>
      <w:r>
        <w:rPr>
          <w:b/>
        </w:rPr>
        <w:t xml:space="preserve">[18:28] </w:t>
      </w:r>
      <w:r>
        <w:t>word jab de dete thay, word to us ko poora karte thay.</w:t>
      </w:r>
    </w:p>
    <w:p>
      <w:pPr>
        <w:jc w:val="right"/>
      </w:pPr>
      <w:r>
        <w:t>Word جب دے دیتے تھے، word تو اس کو پورا کرتے تھے۔</w:t>
      </w:r>
    </w:p>
    <w:p>
      <w:r>
        <w:rPr>
          <w:b/>
        </w:rPr>
        <w:t xml:space="preserve">[18:32] </w:t>
      </w:r>
      <w:r>
        <w:t>wada. yeh un mein bohat bari quality thi jo tribal age ki khaas baat hai. toh us ne aap se promise kar liya ke main jhoot ko chhod doon ga. ab woh ghar gaya. toh us ko laga ke aur jo buraiyan meri hain toh us sab se juda hua hai jhoot aur sach.</w:t>
      </w:r>
    </w:p>
    <w:p>
      <w:pPr>
        <w:jc w:val="right"/>
      </w:pPr>
      <w:r>
        <w:t>وعدہ۔ یہ ان میں بہت بڑی quality تھی جو tribal age کی خاص بات ہے۔ تو اس نے آپ سے promise کر لیا کہ میں جھوٹ کو چھوڑ دوں گا۔ اب وہ گھر گیا۔ تو اس کو لگا کہ اور جو برائیاں میری ہیں تو اس سب سے جڑا ہوا ہے جھوٹ اور سچ۔</w:t>
      </w:r>
    </w:p>
    <w:p>
      <w:r>
        <w:rPr>
          <w:b/>
        </w:rPr>
        <w:t xml:space="preserve">[19:02] </w:t>
      </w:r>
      <w:r>
        <w:t>kyun ke dekhiye aadmi koi burai karta hai to samaj mein acha bana rehna hai phir bhi us ko?</w:t>
      </w:r>
    </w:p>
    <w:p>
      <w:pPr>
        <w:jc w:val="right"/>
      </w:pPr>
      <w:r>
        <w:t>کیونکہ دیکھیے آدمی کوئی برائی کرتا ہے تو سماج میں اچھا بنا رہنا ہے پھر بھی اس کو؟</w:t>
      </w:r>
    </w:p>
    <w:p>
      <w:r>
        <w:rPr>
          <w:b/>
        </w:rPr>
        <w:t xml:space="preserve">[19:07] </w:t>
      </w:r>
      <w:r>
        <w:t>to samaj mein acha bana rehne ke liye woh kuch na kuch jhoot bolta hai.</w:t>
      </w:r>
    </w:p>
    <w:p>
      <w:pPr>
        <w:jc w:val="right"/>
      </w:pPr>
      <w:r>
        <w:t>تو سماج میں اچھا بنا رہنے کے لیے وہ کچھ نہ کچھ جھوٹ بولتا ہے۔</w:t>
      </w:r>
    </w:p>
    <w:p>
      <w:r>
        <w:rPr>
          <w:b/>
        </w:rPr>
        <w:t xml:space="preserve">[19:12] </w:t>
      </w:r>
      <w:r>
        <w:t>kuch na kuch jhoot bolta hai woh.</w:t>
      </w:r>
    </w:p>
    <w:p>
      <w:pPr>
        <w:jc w:val="right"/>
      </w:pPr>
      <w:r>
        <w:t>کچھ نہ کچھ جھوٹ بولتا ہے وہ۔</w:t>
      </w:r>
    </w:p>
    <w:p>
      <w:r>
        <w:rPr>
          <w:b/>
        </w:rPr>
        <w:t xml:space="preserve">[19:17] </w:t>
      </w:r>
      <w:r>
        <w:t>kyun ke yeh koi bhi afford nahi kar sakta ke samaj mein woh bura ban jae.</w:t>
      </w:r>
    </w:p>
    <w:p>
      <w:pPr>
        <w:jc w:val="right"/>
      </w:pPr>
      <w:r>
        <w:t>کیونکہ یہ کوئی بھی afford نہیں کر سکتا کہ سماج میں وہ برا بن جائے۔</w:t>
      </w:r>
    </w:p>
    <w:p>
      <w:r>
        <w:rPr>
          <w:b/>
        </w:rPr>
        <w:t xml:space="preserve">[19:23] </w:t>
      </w:r>
      <w:r>
        <w:t>yeh hum sab ka haal hai.</w:t>
      </w:r>
    </w:p>
    <w:p>
      <w:pPr>
        <w:jc w:val="right"/>
      </w:pPr>
      <w:r>
        <w:t>یہ ہم سب کا حال ہے۔</w:t>
      </w:r>
    </w:p>
    <w:p>
      <w:r>
        <w:rPr>
          <w:b/>
        </w:rPr>
        <w:t xml:space="preserve">[19:28] </w:t>
      </w:r>
      <w:r>
        <w:t>sab ka sab log yeh chahte hain ke samaj mein achhe bane rahen.</w:t>
      </w:r>
    </w:p>
    <w:p>
      <w:pPr>
        <w:jc w:val="right"/>
      </w:pPr>
      <w:r>
        <w:t>سب کا سب لوگ یہ چاہتے ہیں کہ سماج میں اچھے بنے رہیں۔</w:t>
      </w:r>
    </w:p>
    <w:p>
      <w:r>
        <w:rPr>
          <w:b/>
        </w:rPr>
        <w:t xml:space="preserve">[19:33] </w:t>
      </w:r>
      <w:r>
        <w:t>is achhe bane rehne ke liye kuch na kuch woh baaton ko idhar udhar kar ke batate hain.</w:t>
      </w:r>
    </w:p>
    <w:p>
      <w:pPr>
        <w:jc w:val="right"/>
      </w:pPr>
      <w:r>
        <w:t>اس اچھے بنے رہنے کے لیے کچھ نہ کچھ وہ باتوں کو ادھر ادھر کر کے بتاتے ہیں۔</w:t>
      </w:r>
    </w:p>
    <w:p>
      <w:r>
        <w:rPr>
          <w:b/>
        </w:rPr>
        <w:t xml:space="preserve">[19:38] </w:t>
      </w:r>
      <w:r>
        <w:t>saheeh tareeqe se nahi batayenge.</w:t>
      </w:r>
    </w:p>
    <w:p>
      <w:pPr>
        <w:jc w:val="right"/>
      </w:pPr>
      <w:r>
        <w:t>صحیح طریقے سے نہیں بتائیں گے۔</w:t>
      </w:r>
    </w:p>
    <w:p>
      <w:r>
        <w:rPr>
          <w:b/>
        </w:rPr>
        <w:t xml:space="preserve">[19:43] </w:t>
      </w:r>
      <w:r>
        <w:t>suppose woh aadmi cinema dekhta hai aur samaj mein pasand nahi karte log cinema ko.</w:t>
      </w:r>
    </w:p>
    <w:p>
      <w:pPr>
        <w:jc w:val="right"/>
      </w:pPr>
      <w:r>
        <w:t>Suppose وہ آدمی سینما دیکھتا ہے اور سماج میں پسند نہیں کرتے لوگ سینما کو۔</w:t>
      </w:r>
    </w:p>
    <w:p>
      <w:r>
        <w:rPr>
          <w:b/>
        </w:rPr>
        <w:t xml:space="preserve">[19:48] </w:t>
      </w:r>
      <w:r>
        <w:t>to kahin gaya woh der mein lauta to keh dega ke mein to dost milne gaya tha,</w:t>
      </w:r>
    </w:p>
    <w:p>
      <w:pPr>
        <w:jc w:val="right"/>
      </w:pPr>
      <w:r>
        <w:t>تو کہیں گیا وہ دیر میں لوٹا تو کہہ دے گا کہ میں تو دوست ملنے گیا تھا،</w:t>
      </w:r>
    </w:p>
    <w:p>
      <w:r>
        <w:rPr>
          <w:b/>
        </w:rPr>
        <w:t xml:space="preserve">[19:53] </w:t>
      </w:r>
      <w:r>
        <w:t>apne friends se milne gaya tha.</w:t>
      </w:r>
    </w:p>
    <w:p>
      <w:pPr>
        <w:jc w:val="right"/>
      </w:pPr>
      <w:r>
        <w:t>اپنے friends سے ملنے گیا تھا۔</w:t>
      </w:r>
    </w:p>
    <w:p>
      <w:r>
        <w:rPr>
          <w:b/>
        </w:rPr>
        <w:t xml:space="preserve">[19:58] </w:t>
      </w:r>
      <w:r>
        <w:t>to apni doosri bur</w:t>
      </w:r>
    </w:p>
    <w:p>
      <w:pPr>
        <w:jc w:val="right"/>
      </w:pPr>
      <w:r>
        <w:t>تو اپنی دوسری بر</w:t>
      </w:r>
    </w:p>
    <w:p>
      <w:r>
        <w:rPr>
          <w:b/>
        </w:rPr>
        <w:t xml:space="preserve">[20:03] </w:t>
      </w:r>
      <w:r>
        <w:t>aiyon ko le kar dar hota hai us ko ke samaj mein mein bura ban jaunga.</w:t>
      </w:r>
    </w:p>
    <w:p>
      <w:pPr>
        <w:jc w:val="right"/>
      </w:pPr>
      <w:r>
        <w:t>ائیوں کو لے کر ڈر ہوتا ہے اس کو کہ سماج میں میں برا بن جاؤں گا۔</w:t>
      </w:r>
    </w:p>
    <w:p>
      <w:r>
        <w:rPr>
          <w:b/>
        </w:rPr>
        <w:t xml:space="preserve">[20:08] </w:t>
      </w:r>
      <w:r>
        <w:t>to kuch na kuch jhoot bol kar us par us ko cover up karta hai.</w:t>
      </w:r>
    </w:p>
    <w:p>
      <w:pPr>
        <w:jc w:val="right"/>
      </w:pPr>
      <w:r>
        <w:t>تو کچھ نہ کچھ جھوٹ بول کر اس پر اس کو cover up کرتا ہے۔</w:t>
      </w:r>
    </w:p>
    <w:p>
      <w:r>
        <w:rPr>
          <w:b/>
        </w:rPr>
        <w:t xml:space="preserve">[20:12] </w:t>
      </w:r>
      <w:r>
        <w:t>us ko chhupata hai.</w:t>
      </w:r>
    </w:p>
    <w:p>
      <w:pPr>
        <w:jc w:val="right"/>
      </w:pPr>
      <w:r>
        <w:t>اس کو چھپاتا ہے۔</w:t>
      </w:r>
    </w:p>
    <w:p>
      <w:r>
        <w:rPr>
          <w:b/>
        </w:rPr>
        <w:t xml:space="preserve">[20:17] </w:t>
      </w:r>
      <w:r>
        <w:t>ab us ko yaad aya ke mein ne to yeh wada kar liya hai ke mujhe mein jhoot</w:t>
      </w:r>
    </w:p>
    <w:p>
      <w:pPr>
        <w:jc w:val="right"/>
      </w:pPr>
      <w:r>
        <w:t>اب اس کو یاد آیا کہ میں نے تو یہ وعدہ کر لیا ہے کہ مجھے میں جھوٹ</w:t>
      </w:r>
    </w:p>
    <w:p>
      <w:r>
        <w:rPr>
          <w:b/>
        </w:rPr>
        <w:t xml:space="preserve">[20:21] </w:t>
      </w:r>
      <w:r>
        <w:t>nahi bolunga.</w:t>
      </w:r>
    </w:p>
    <w:p>
      <w:pPr>
        <w:jc w:val="right"/>
      </w:pPr>
      <w:r>
        <w:t>نہیں بولوں گا۔</w:t>
      </w:r>
    </w:p>
    <w:p>
      <w:r>
        <w:rPr>
          <w:b/>
        </w:rPr>
        <w:t xml:space="preserve">[20:26] </w:t>
      </w:r>
      <w:r>
        <w:t>to har burai ke sath usay laga ke is burai ko karne ke liye mein jhoot bolta hoon.</w:t>
      </w:r>
    </w:p>
    <w:p>
      <w:pPr>
        <w:jc w:val="right"/>
      </w:pPr>
      <w:r>
        <w:t>تو ہر برائی کے ساتھ اسے لگا کہ اس برائی کو کرنے کے لیے میں جھوٹ بولتا ہوں۔</w:t>
      </w:r>
    </w:p>
    <w:p>
      <w:r>
        <w:rPr>
          <w:b/>
        </w:rPr>
        <w:t xml:space="preserve">[20:30] </w:t>
      </w:r>
      <w:r>
        <w:t>jaise sharab peeta tha woh.</w:t>
      </w:r>
    </w:p>
    <w:p>
      <w:pPr>
        <w:jc w:val="right"/>
      </w:pPr>
      <w:r>
        <w:t>جیسے شراب پیتا تھا وہ۔</w:t>
      </w:r>
    </w:p>
    <w:p>
      <w:r>
        <w:rPr>
          <w:b/>
        </w:rPr>
        <w:t xml:space="preserve">[20:35] </w:t>
      </w:r>
      <w:r>
        <w:t>to abhi bhi aisa hai ke kam log hain jo khullam khulla sharab peete hon.</w:t>
      </w:r>
    </w:p>
    <w:p>
      <w:pPr>
        <w:jc w:val="right"/>
      </w:pPr>
      <w:r>
        <w:t>تو ابھی بھی ایسا ہے کہ کم لوگ ہیں جو کھلم کھلا شراب پیتے ہوں۔</w:t>
      </w:r>
    </w:p>
    <w:p>
      <w:r>
        <w:rPr>
          <w:b/>
        </w:rPr>
        <w:t xml:space="preserve">[20:40] </w:t>
      </w:r>
      <w:r>
        <w:t>aksar log jo hain woh chup kar sharab peete hain.</w:t>
      </w:r>
    </w:p>
    <w:p>
      <w:pPr>
        <w:jc w:val="right"/>
      </w:pPr>
      <w:r>
        <w:t>اکثر لوگ جو ہیں وہ چھپ کر شراب پیتے ہیں۔</w:t>
      </w:r>
    </w:p>
    <w:p>
      <w:r>
        <w:rPr>
          <w:b/>
        </w:rPr>
        <w:t xml:space="preserve">[20:45] </w:t>
      </w:r>
      <w:r>
        <w:t>kyunke woh nahi chahte ke mere bachche sharab piyein.</w:t>
      </w:r>
    </w:p>
    <w:p>
      <w:pPr>
        <w:jc w:val="right"/>
      </w:pPr>
      <w:r>
        <w:t>کیونکہ وہ نہیں چاہتے کہ میرے بچے شراب پیئیں۔</w:t>
      </w:r>
    </w:p>
    <w:p>
      <w:r>
        <w:rPr>
          <w:b/>
        </w:rPr>
        <w:t xml:space="preserve">[20:50] </w:t>
      </w:r>
      <w:r>
        <w:t>to behal is ne kaha ke phir mujhe chhipane ke liye jhoot bolna parega.</w:t>
      </w:r>
    </w:p>
    <w:p>
      <w:pPr>
        <w:jc w:val="right"/>
      </w:pPr>
      <w:r>
        <w:t>تو بہرحال اس نے کہا کہ پھر مجھے چھپانے کے لیے جھوٹ بولنا پڑے گا۔</w:t>
      </w:r>
    </w:p>
    <w:p>
      <w:r>
        <w:rPr>
          <w:b/>
        </w:rPr>
        <w:t xml:space="preserve">[20:55] </w:t>
      </w:r>
      <w:r>
        <w:t>to ek ek kar ke is ne saari buraiyan chhod dein.</w:t>
      </w:r>
    </w:p>
    <w:p>
      <w:pPr>
        <w:jc w:val="right"/>
      </w:pPr>
      <w:r>
        <w:t>تو ایک ایک کر کے اس نے ساری برائیاں چھوڑ دیں۔</w:t>
      </w:r>
    </w:p>
    <w:p>
      <w:r>
        <w:rPr>
          <w:b/>
        </w:rPr>
        <w:t xml:space="preserve">[21:00] </w:t>
      </w:r>
      <w:r>
        <w:t>is ko laga ke har burai ke saath</w:t>
      </w:r>
    </w:p>
    <w:p>
      <w:pPr>
        <w:jc w:val="right"/>
      </w:pPr>
      <w:r>
        <w:t>اس کو لگا کہ ہر برائی کے ساتھ</w:t>
      </w:r>
    </w:p>
    <w:p>
      <w:r>
        <w:rPr>
          <w:b/>
        </w:rPr>
        <w:t xml:space="preserve">[21:05] </w:t>
      </w:r>
      <w:r>
        <w:t>yeh baat judi hui hai ke mujhe jhoot bol kar chhipana padta hai apne aap ko.</w:t>
      </w:r>
    </w:p>
    <w:p>
      <w:pPr>
        <w:jc w:val="right"/>
      </w:pPr>
      <w:r>
        <w:t>یہ بات جڑی ہوئی ہے کہ مجھے جھوٹ بول کر چھپانا پڑتا ہے اپنے آپ کو۔</w:t>
      </w:r>
    </w:p>
    <w:p>
      <w:r>
        <w:rPr>
          <w:b/>
        </w:rPr>
        <w:t xml:space="preserve">[21:11] </w:t>
      </w:r>
      <w:r>
        <w:t>to dekhiye ke ek cheez yaani sach bolo, jhoot na bolo.</w:t>
      </w:r>
    </w:p>
    <w:p>
      <w:pPr>
        <w:jc w:val="right"/>
      </w:pPr>
      <w:r>
        <w:t>تو دیکھیے کہ ایک چیز یعنی سچ بولو، جھوٹ نہ بولو۔</w:t>
      </w:r>
    </w:p>
    <w:p>
      <w:r>
        <w:rPr>
          <w:b/>
        </w:rPr>
        <w:t xml:space="preserve">[21:17] </w:t>
      </w:r>
      <w:r>
        <w:t>is ek cheez se saari burai khatm ho gayi.</w:t>
      </w:r>
    </w:p>
    <w:p>
      <w:pPr>
        <w:jc w:val="right"/>
      </w:pPr>
      <w:r>
        <w:t>اس ایک چیز سے ساری برائی ختم ہو گئی۔</w:t>
      </w:r>
    </w:p>
    <w:p>
      <w:r>
        <w:rPr>
          <w:b/>
        </w:rPr>
        <w:t xml:space="preserve">[21:23] </w:t>
      </w:r>
      <w:r>
        <w:t>is se aap samajh sakte hain ke sach aur jhoot ka mamla kisi ek moral value ka mamla nahi hai.</w:t>
      </w:r>
    </w:p>
    <w:p>
      <w:pPr>
        <w:jc w:val="right"/>
      </w:pPr>
      <w:r>
        <w:t>اس سے آپ سمجھ سکتے ہیں کہ سچ اور جھوٹ کا معاملہ کسی ایک moral value کا معاملہ نہیں ہے۔</w:t>
      </w:r>
    </w:p>
    <w:p>
      <w:r>
        <w:rPr>
          <w:b/>
        </w:rPr>
        <w:t xml:space="preserve">[21:29] </w:t>
      </w:r>
      <w:r>
        <w:t>woh saare hi moral values se juda hua hai. jis</w:t>
      </w:r>
    </w:p>
    <w:p>
      <w:pPr>
        <w:jc w:val="right"/>
      </w:pPr>
      <w:r>
        <w:t>وہ سارے ہی moral values سے جڑا ہوا ہے۔ جس</w:t>
      </w:r>
    </w:p>
    <w:p>
      <w:r>
        <w:rPr>
          <w:b/>
        </w:rPr>
        <w:t xml:space="preserve">[21:35] </w:t>
      </w:r>
      <w:r>
        <w:t>aadmi ke andar jhoot hai to woh saari buraiyan is ke andar aajayengi.</w:t>
      </w:r>
    </w:p>
    <w:p>
      <w:pPr>
        <w:jc w:val="right"/>
      </w:pPr>
      <w:r>
        <w:t>آدمی کے اندر جھوٹ ہے تو وہ ساری برائیاں اس کے اندر آجائیں گی۔</w:t>
      </w:r>
    </w:p>
    <w:p>
      <w:r>
        <w:rPr>
          <w:b/>
        </w:rPr>
        <w:t xml:space="preserve">[21:41] </w:t>
      </w:r>
      <w:r>
        <w:t>sach hai to saari achhaiyan is ke andar aajayengi.</w:t>
      </w:r>
    </w:p>
    <w:p>
      <w:pPr>
        <w:jc w:val="right"/>
      </w:pPr>
      <w:r>
        <w:t>سچ ہے تو ساری اچھائیاں اس کے اندر آجائیں گی۔</w:t>
      </w:r>
    </w:p>
    <w:p>
      <w:r>
        <w:rPr>
          <w:b/>
        </w:rPr>
        <w:t xml:space="preserve">[21:47] </w:t>
      </w:r>
      <w:r>
        <w:t>to kitni zyada importance hai sach aur jhoot ki.</w:t>
      </w:r>
    </w:p>
    <w:p>
      <w:pPr>
        <w:jc w:val="right"/>
      </w:pPr>
      <w:r>
        <w:t>تو کتنی زیادہ importance ہے سچ اور جھوٹ کی۔</w:t>
      </w:r>
    </w:p>
    <w:p>
      <w:r>
        <w:rPr>
          <w:b/>
        </w:rPr>
        <w:t xml:space="preserve">[21:53] </w:t>
      </w:r>
      <w:r>
        <w:t>main aap sab logon ko yeh kahunga ke aap sab log introspection karein apna. Introspection karein.</w:t>
      </w:r>
    </w:p>
    <w:p>
      <w:pPr>
        <w:jc w:val="right"/>
      </w:pPr>
      <w:r>
        <w:t>میں آپ سب لوگوں کو یہ کہوں گا کہ آپ سب لوگ introspection کریں اپنا۔ Introspection کریں۔</w:t>
      </w:r>
    </w:p>
    <w:p>
      <w:r>
        <w:rPr>
          <w:b/>
        </w:rPr>
        <w:t xml:space="preserve">[21:59] </w:t>
      </w:r>
      <w:r>
        <w:t>hum mein se bahut hi kam aise log hote hain jo seedhe se jhoot bolein.</w:t>
      </w:r>
    </w:p>
    <w:p>
      <w:pPr>
        <w:jc w:val="right"/>
      </w:pPr>
      <w:r>
        <w:t>ہم میں سے بہت ہی کم ایسے لوگ ہوتے ہیں جو سیدھے سے جھوٹ بولیں۔</w:t>
      </w:r>
    </w:p>
    <w:p>
      <w:r>
        <w:rPr>
          <w:b/>
        </w:rPr>
        <w:t xml:space="preserve">[22:05] </w:t>
      </w:r>
      <w:r>
        <w:t>lekin indirect way mein jhoot sab hi bolte hain.</w:t>
      </w:r>
    </w:p>
    <w:p>
      <w:pPr>
        <w:jc w:val="right"/>
      </w:pPr>
      <w:r>
        <w:t>لیکن indirect way میں جھوٹ سب ہی بولتے ہیں۔</w:t>
      </w:r>
    </w:p>
    <w:p>
      <w:r>
        <w:rPr>
          <w:b/>
        </w:rPr>
        <w:t xml:space="preserve">[22:11] </w:t>
      </w:r>
      <w:r>
        <w:t>lekin indirect way mein jhoot bolna jo hai woh bhi itna hi gunah hai yaad rakhiye.</w:t>
      </w:r>
    </w:p>
    <w:p>
      <w:pPr>
        <w:jc w:val="right"/>
      </w:pPr>
      <w:r>
        <w:t>لیکن indirect way میں جھوٹ بولنا جو ہے وہ بھی اتنا ہی گناہ ہے یاد رکھیے۔</w:t>
      </w:r>
    </w:p>
    <w:p>
      <w:r>
        <w:rPr>
          <w:b/>
        </w:rPr>
        <w:t xml:space="preserve">[22:17] </w:t>
      </w:r>
      <w:r>
        <w:t>jitna ke negative jhoot.</w:t>
      </w:r>
    </w:p>
    <w:p>
      <w:pPr>
        <w:jc w:val="right"/>
      </w:pPr>
      <w:r>
        <w:t>جتنا کہ negative جھوٹ۔</w:t>
      </w:r>
    </w:p>
    <w:p>
      <w:r>
        <w:rPr>
          <w:b/>
        </w:rPr>
        <w:t xml:space="preserve">[22:23] </w:t>
      </w:r>
      <w:r>
        <w:t>main yeh soch raha tha ke paradise mein sab se zyada honor ki jagah ka zikr kahan hai</w:t>
      </w:r>
    </w:p>
    <w:p>
      <w:pPr>
        <w:jc w:val="right"/>
      </w:pPr>
      <w:r>
        <w:t>میں یہ سوچ رہا تھا کہ paradise میں سب سے زیادہ honor کی جگہ کا ذکر کہاں ہے</w:t>
      </w:r>
    </w:p>
    <w:p>
      <w:r>
        <w:rPr>
          <w:b/>
        </w:rPr>
        <w:t xml:space="preserve">[22:29] </w:t>
      </w:r>
      <w:r>
        <w:t>quran mein? Paradise mein aap jante hain ke happiness hai, com</w:t>
      </w:r>
    </w:p>
    <w:p>
      <w:pPr>
        <w:jc w:val="right"/>
      </w:pPr>
      <w:r>
        <w:t>قرآن میں؟ Paradise میں آپ جانتے ہیں کہ happiness ہے، com</w:t>
      </w:r>
    </w:p>
    <w:p>
      <w:r>
        <w:rPr>
          <w:b/>
        </w:rPr>
        <w:t xml:space="preserve">[22:35] </w:t>
      </w:r>
      <w:r>
        <w:t>fort hai.</w:t>
      </w:r>
    </w:p>
    <w:p>
      <w:pPr>
        <w:jc w:val="right"/>
      </w:pPr>
      <w:r>
        <w:t>fort ہے۔</w:t>
      </w:r>
    </w:p>
    <w:p>
      <w:r>
        <w:rPr>
          <w:b/>
        </w:rPr>
        <w:t xml:space="preserve">[22:41] </w:t>
      </w:r>
      <w:r>
        <w:t>har qism ki achhaiyan hain.</w:t>
      </w:r>
    </w:p>
    <w:p>
      <w:pPr>
        <w:jc w:val="right"/>
      </w:pPr>
      <w:r>
        <w:t>ہر قسم کی اچھائیاں ہیں۔</w:t>
      </w:r>
    </w:p>
    <w:p>
      <w:r>
        <w:rPr>
          <w:b/>
        </w:rPr>
        <w:t xml:space="preserve">[22:46] </w:t>
      </w:r>
      <w:r>
        <w:t>wahan koi limitations nahi, wahan koi disadvantage nahi.</w:t>
      </w:r>
    </w:p>
    <w:p>
      <w:pPr>
        <w:jc w:val="right"/>
      </w:pPr>
      <w:r>
        <w:t>وہاں کوئی limitations نہیں، وہاں کوئی disadvantage نہیں۔</w:t>
      </w:r>
    </w:p>
    <w:p>
      <w:r>
        <w:rPr>
          <w:b/>
        </w:rPr>
        <w:t xml:space="preserve">[22:51] </w:t>
      </w:r>
      <w:r>
        <w:t>to main ne socha ke jannat walon ka jo zikr quran majeed mein hai to sab se zyada</w:t>
      </w:r>
    </w:p>
    <w:p>
      <w:pPr>
        <w:jc w:val="right"/>
      </w:pPr>
      <w:r>
        <w:t>تو میں نے سوچا کہ جنت والوں کا جو ذکر قرآن مجید میں ہے تو سب سے زیادہ</w:t>
      </w:r>
    </w:p>
    <w:p>
      <w:r>
        <w:rPr>
          <w:b/>
        </w:rPr>
        <w:t xml:space="preserve">[22:57] </w:t>
      </w:r>
      <w:r>
        <w:t>honorable andaaz mein kahan hai? to mujhe yeh ayat yaad aayi.</w:t>
      </w:r>
    </w:p>
    <w:p>
      <w:pPr>
        <w:jc w:val="right"/>
      </w:pPr>
      <w:r>
        <w:t>honorable انداز میں کہاں ہے؟ تو مجھے یہ آیت یاد آئی۔</w:t>
      </w:r>
    </w:p>
    <w:p>
      <w:r>
        <w:rPr>
          <w:b/>
        </w:rPr>
        <w:t xml:space="preserve">[23:02] </w:t>
      </w:r>
      <w:r>
        <w:t>yeh hai surah al qamar.</w:t>
      </w:r>
    </w:p>
    <w:p>
      <w:pPr>
        <w:jc w:val="right"/>
      </w:pPr>
      <w:r>
        <w:t>یہ ہے سورہ القمر۔</w:t>
      </w:r>
    </w:p>
    <w:p>
      <w:r>
        <w:rPr>
          <w:b/>
        </w:rPr>
        <w:t xml:space="preserve">[23:07] </w:t>
      </w:r>
      <w:r>
        <w:t>surah al qamar ka number hai 54.</w:t>
      </w:r>
    </w:p>
    <w:p>
      <w:pPr>
        <w:jc w:val="right"/>
      </w:pPr>
      <w:r>
        <w:t>سورہ القمر کا نمبر ہے 54۔</w:t>
      </w:r>
    </w:p>
    <w:p>
      <w:r>
        <w:rPr>
          <w:b/>
        </w:rPr>
        <w:t xml:space="preserve">[23:15] </w:t>
      </w:r>
      <w:r>
        <w:t>yani chapter number 54 aur verse number 55.</w:t>
      </w:r>
    </w:p>
    <w:p>
      <w:pPr>
        <w:jc w:val="right"/>
      </w:pPr>
      <w:r>
        <w:t>یعنی chapter نمبر 54 اور verse نمبر 55۔</w:t>
      </w:r>
    </w:p>
    <w:p>
      <w:r>
        <w:rPr>
          <w:b/>
        </w:rPr>
        <w:t xml:space="preserve">[23:23] </w:t>
      </w:r>
      <w:r>
        <w:t>is mein bataya gaya hai ke jannat walay wahan par fi maqad sidq in the malik muqtadir.</w:t>
      </w:r>
    </w:p>
    <w:p>
      <w:pPr>
        <w:jc w:val="right"/>
      </w:pPr>
      <w:r>
        <w:t>اس میں بتایا گیا ہے کہ جنت والے وہاں پر فی مقد صدق in the ملک مقتدر۔</w:t>
      </w:r>
    </w:p>
    <w:p>
      <w:r>
        <w:rPr>
          <w:b/>
        </w:rPr>
        <w:t xml:space="preserve">[23:30] </w:t>
      </w:r>
      <w:r>
        <w:t>yeh surah al qamar mein hai. fi maq</w:t>
      </w:r>
    </w:p>
    <w:p>
      <w:pPr>
        <w:jc w:val="right"/>
      </w:pPr>
      <w:r>
        <w:t>یہ سورہ القمر میں ہے۔ فی مق</w:t>
      </w:r>
    </w:p>
    <w:p>
      <w:r>
        <w:rPr>
          <w:b/>
        </w:rPr>
        <w:t xml:space="preserve">[23:38] </w:t>
      </w:r>
      <w:r>
        <w:t>d sidq in the malik muqtadir.</w:t>
      </w:r>
    </w:p>
    <w:p>
      <w:pPr>
        <w:jc w:val="right"/>
      </w:pPr>
      <w:r>
        <w:t>د صدق in the ملک مقتدر۔</w:t>
      </w:r>
    </w:p>
    <w:p>
      <w:r>
        <w:rPr>
          <w:b/>
        </w:rPr>
        <w:t xml:space="preserve">[23:44] </w:t>
      </w:r>
      <w:r>
        <w:t>is ka matlab yeh hai ke woh sach ki seat par honge.</w:t>
      </w:r>
    </w:p>
    <w:p>
      <w:pPr>
        <w:jc w:val="right"/>
      </w:pPr>
      <w:r>
        <w:t>اس کا مطلب یہ ہے کہ وہ سچ کی seat پر ہوں گے۔</w:t>
      </w:r>
    </w:p>
    <w:p>
      <w:r>
        <w:rPr>
          <w:b/>
        </w:rPr>
        <w:t xml:space="preserve">[23:50] </w:t>
      </w:r>
      <w:r>
        <w:t>sach ki seat par.</w:t>
      </w:r>
    </w:p>
    <w:p>
      <w:pPr>
        <w:jc w:val="right"/>
      </w:pPr>
      <w:r>
        <w:t>سچ کی seat پر۔</w:t>
      </w:r>
    </w:p>
    <w:p>
      <w:r>
        <w:rPr>
          <w:b/>
        </w:rPr>
        <w:t xml:space="preserve">[23:56] </w:t>
      </w:r>
      <w:r>
        <w:t>God Almighty ke paas in the malik muqtadir.</w:t>
      </w:r>
    </w:p>
    <w:p>
      <w:pPr>
        <w:jc w:val="right"/>
      </w:pPr>
      <w:r>
        <w:t>God Almighty کے پاس in the ملک مقتدر۔</w:t>
      </w:r>
    </w:p>
    <w:p>
      <w:r>
        <w:rPr>
          <w:b/>
        </w:rPr>
        <w:t xml:space="preserve">[24:02] </w:t>
      </w:r>
      <w:r>
        <w:t>kesi ajeeb baat hai. woh God</w:t>
      </w:r>
    </w:p>
    <w:p>
      <w:pPr>
        <w:jc w:val="right"/>
      </w:pPr>
      <w:r>
        <w:t>کیسی عجیب بات ہے۔ وہ God</w:t>
      </w:r>
    </w:p>
    <w:p>
      <w:r>
        <w:rPr>
          <w:b/>
        </w:rPr>
        <w:t xml:space="preserve">[24:08] </w:t>
      </w:r>
      <w:r>
        <w:t>Almighty ke paas sach ki seat par honge.</w:t>
      </w:r>
    </w:p>
    <w:p>
      <w:pPr>
        <w:jc w:val="right"/>
      </w:pPr>
      <w:r>
        <w:t>Almighty کے پاس سچ کی seat پر ہوں گے۔</w:t>
      </w:r>
    </w:p>
    <w:p>
      <w:r>
        <w:rPr>
          <w:b/>
        </w:rPr>
        <w:t xml:space="preserve">[24:13] </w:t>
      </w:r>
      <w:r>
        <w:t>fi maqad sidq in the malik muqtadir.</w:t>
      </w:r>
    </w:p>
    <w:p>
      <w:pPr>
        <w:jc w:val="right"/>
      </w:pPr>
      <w:r>
        <w:t>فی مقد صدق in the ملک مقتدر۔</w:t>
      </w:r>
    </w:p>
    <w:p>
      <w:r>
        <w:rPr>
          <w:b/>
        </w:rPr>
        <w:t xml:space="preserve">[24:18] </w:t>
      </w:r>
      <w:r>
        <w:t>sach ki seat sab se zyada honorable seat hai.</w:t>
      </w:r>
    </w:p>
    <w:p>
      <w:pPr>
        <w:jc w:val="right"/>
      </w:pPr>
      <w:r>
        <w:t>سچ کی seat سب سے زیادہ honorable seat ہے۔</w:t>
      </w:r>
    </w:p>
    <w:p>
      <w:r>
        <w:rPr>
          <w:b/>
        </w:rPr>
        <w:t xml:space="preserve">[24:23] </w:t>
      </w:r>
      <w:r>
        <w:t>sab se zyada izzat wali seat hai.</w:t>
      </w:r>
    </w:p>
    <w:p>
      <w:pPr>
        <w:jc w:val="right"/>
      </w:pPr>
      <w:r>
        <w:t>سب سے زیادہ عزت والی seat ہے۔</w:t>
      </w:r>
    </w:p>
    <w:p>
      <w:r>
        <w:rPr>
          <w:b/>
        </w:rPr>
        <w:t xml:space="preserve">[24:28] </w:t>
      </w:r>
      <w:r>
        <w:t>sab se zyada bari seat hai.</w:t>
      </w:r>
    </w:p>
    <w:p>
      <w:pPr>
        <w:jc w:val="right"/>
      </w:pPr>
      <w:r>
        <w:t>سب سے زیادہ بڑی seat ہے۔</w:t>
      </w:r>
    </w:p>
    <w:p>
      <w:r>
        <w:rPr>
          <w:b/>
        </w:rPr>
        <w:t xml:space="preserve">[24:33] </w:t>
      </w:r>
      <w:r>
        <w:t>yeh kis ko mile gi?</w:t>
      </w:r>
    </w:p>
    <w:p>
      <w:pPr>
        <w:jc w:val="right"/>
      </w:pPr>
      <w:r>
        <w:t>یہ کس کو ملے گی؟</w:t>
      </w:r>
    </w:p>
    <w:p>
      <w:r>
        <w:rPr>
          <w:b/>
        </w:rPr>
        <w:t xml:space="preserve">[24:38] </w:t>
      </w:r>
      <w:r>
        <w:t>yani badshah kainat ke paas yani God Almighty ke paas sach ki seat par kon jagah paye ga?</w:t>
      </w:r>
    </w:p>
    <w:p>
      <w:pPr>
        <w:jc w:val="right"/>
      </w:pPr>
      <w:r>
        <w:t>یعنی بادشاہ کائنات کے پاس یعنی God Almighty کے پاس سچ کی seat پر کون جگہ پائے گا؟</w:t>
      </w:r>
    </w:p>
    <w:p>
      <w:r>
        <w:rPr>
          <w:b/>
        </w:rPr>
        <w:t xml:space="preserve">[24:48] </w:t>
      </w:r>
      <w:r>
        <w:t>jo dunya mein sach ki zindagi jis ne dunya mein sach ki zindagi bitai ho.</w:t>
      </w:r>
    </w:p>
    <w:p>
      <w:pPr>
        <w:jc w:val="right"/>
      </w:pPr>
      <w:r>
        <w:t>جو دنیا میں سچ کی زندگی جس نے دنیا میں سچ کی زندگی بتائی ہو۔</w:t>
      </w:r>
    </w:p>
    <w:p>
      <w:r>
        <w:rPr>
          <w:b/>
        </w:rPr>
        <w:t xml:space="preserve">[24:58] </w:t>
      </w:r>
      <w:r>
        <w:t>yeh bohat zyada soch</w:t>
      </w:r>
    </w:p>
    <w:p>
      <w:pPr>
        <w:jc w:val="right"/>
      </w:pPr>
      <w:r>
        <w:t>یہ بہت زیادہ سوچ</w:t>
      </w:r>
    </w:p>
    <w:p>
      <w:r>
        <w:rPr>
          <w:b/>
        </w:rPr>
        <w:t xml:space="preserve">[25:08] </w:t>
      </w:r>
      <w:r>
        <w:t>ne ki baat hai.</w:t>
      </w:r>
    </w:p>
    <w:p>
      <w:pPr>
        <w:jc w:val="right"/>
      </w:pPr>
      <w:r>
        <w:t>نے کی بات ہے۔</w:t>
      </w:r>
    </w:p>
    <w:p>
      <w:r>
        <w:rPr>
          <w:b/>
        </w:rPr>
        <w:t xml:space="preserve">[25:16] </w:t>
      </w:r>
      <w:r>
        <w:t>dekhiye Khuda ne yeh dunya jo banai hai to aap jante hain ke test ke liye banai hai.</w:t>
      </w:r>
    </w:p>
    <w:p>
      <w:pPr>
        <w:jc w:val="right"/>
      </w:pPr>
      <w:r>
        <w:t>دیکھیے خدا نے یہ دنیا جو بنائی ہے تو آپ جانتے ہیں کہ test کے لیے بنائی ہے۔</w:t>
      </w:r>
    </w:p>
    <w:p>
      <w:r>
        <w:rPr>
          <w:b/>
        </w:rPr>
        <w:t xml:space="preserve">[25:24] </w:t>
      </w:r>
      <w:r>
        <w:t>Khuda ka jo creation plan hai Khuda ka jo creation plan hai is ko le kar sochiye.</w:t>
      </w:r>
    </w:p>
    <w:p>
      <w:pPr>
        <w:jc w:val="right"/>
      </w:pPr>
      <w:r>
        <w:t>خدا کا جو creation plan ہے خدا کا جو creation plan ہے اس کو لے کر سوچیے۔</w:t>
      </w:r>
    </w:p>
    <w:p>
      <w:r>
        <w:rPr>
          <w:b/>
        </w:rPr>
        <w:t xml:space="preserve">[25:32] </w:t>
      </w:r>
      <w:r>
        <w:t>Khuda ke creation plan ke mutabiq hamein mauqa diya gaya hai ke hum yahan</w:t>
      </w:r>
    </w:p>
    <w:p>
      <w:pPr>
        <w:jc w:val="right"/>
      </w:pPr>
      <w:r>
        <w:t>خدا کے creation plan کے مطابق ہمیں موقع دیا گیا ہے کہ ہم یہاں</w:t>
      </w:r>
    </w:p>
    <w:p>
      <w:r>
        <w:rPr>
          <w:b/>
        </w:rPr>
        <w:t xml:space="preserve">[25:40] </w:t>
      </w:r>
      <w:r>
        <w:t>jannati personality banayen. aisi personality jo jannat mein basaya jane ke qabil ho. khalq al mawta wal hayata li yablawakum ayyukum ahsan amalan. to khuda ne duniya mein rakha insaan ko kyun? ta ke yeh humein mauqa de, yeh humein opportunity de. yeh duniya humare liye ek</w:t>
      </w:r>
    </w:p>
    <w:p>
      <w:pPr>
        <w:jc w:val="right"/>
      </w:pPr>
      <w:r>
        <w:t>جنتی personality بنائیں۔ ایسی personality جو جنت میں بسایا جانے کے قابل ہو۔ خلق الموت والحياة ليأولوكم أيكم أحسن عملاً۔ تو خدا نے دنیا میں رکھا انسان کو کیوں؟ تاکہ یہ ہمیں موقع دے، یہ ہمیں opportunity دے۔ یہ دنیا ہمارے لیے ایک</w:t>
      </w:r>
    </w:p>
    <w:p>
      <w:r>
        <w:rPr>
          <w:b/>
        </w:rPr>
        <w:t xml:space="preserve">[26:10] </w:t>
      </w:r>
      <w:r>
        <w:t>opportunity ki duniya hai. yaad rakhiye duniya aish ki jagah nahi hai. aish ki jagah nahi hai duniya. opportunity world of opportunity hai. ke hum yahan ke mawaqe ko istemal kar ke apne andar jannati personality banayen. ta ke hum God</w:t>
      </w:r>
    </w:p>
    <w:p>
      <w:pPr>
        <w:jc w:val="right"/>
      </w:pPr>
      <w:r>
        <w:t>opportunity کی دنیا ہے۔ یاد رکھیے دنیا عیش کی جگہ نہیں ہے۔ عیش کی جگہ نہیں ہے دنیا۔ Opportunity world of opportunity ہے۔ کہ ہم یہاں کے مواقع کو استعمال کر کے اپنے اندر جنتی personality بنائیں۔ تاکہ ہم God</w:t>
      </w:r>
    </w:p>
    <w:p>
      <w:r>
        <w:rPr>
          <w:b/>
        </w:rPr>
        <w:t xml:space="preserve">[26:40] </w:t>
      </w:r>
      <w:r>
        <w:t>Almighty ke darbar mein God Almighty ke neighborhood mein maqad sidq par bithaya jayen. sachai ki seat par bithaya jayen. yeh sab se bara honor hoga, sab se bara aezaz hoga. sachai ki seat sachai ek bohat hi comprehensive word hai. bohat comprehensive word</w:t>
      </w:r>
    </w:p>
    <w:p>
      <w:pPr>
        <w:jc w:val="right"/>
      </w:pPr>
      <w:r>
        <w:t>Almighty کے دربار میں God Almighty کے neighborhood میں مقد صدق پر بٹھایا جائیں۔ سچائی کی seat پر بٹھایا جائیں۔ یہ سب سے بڑا honor ہوگا، سب سے بڑا اعزاز ہوگا۔ سچائی کی seat سچائی ایک بہت ہی comprehensive word ہے۔ بہت comprehensive word</w:t>
      </w:r>
    </w:p>
    <w:p>
      <w:r>
        <w:rPr>
          <w:b/>
        </w:rPr>
        <w:t xml:space="preserve">[27:10] </w:t>
      </w:r>
      <w:r>
        <w:t>hai. is mein sari baaten aajati hain. sachai mein honesty bhi shamil hai. sachai mein justice bhi shamil hai. sachai mein peace bhi shamil hai. sachai mein compassion bhi shamil hai. sachai mein doosron ka baloch banna bhi shamil hai. main to samj</w:t>
      </w:r>
    </w:p>
    <w:p>
      <w:pPr>
        <w:jc w:val="right"/>
      </w:pPr>
      <w:r>
        <w:t>ہے۔ اس میں ساری باتیں آجاتی ہیں۔ سچائی میں honesty بھی شامل ہے۔ سچائی میں justice بھی شامل ہے۔ سچائی میں peace بھی شامل ہے۔ سچائی میں compassion بھی شامل ہے۔ سچائی میں دوسروں کا بلوچ بننا بھی شامل ہے۔ میں تو سمج</w:t>
      </w:r>
    </w:p>
    <w:p>
      <w:r>
        <w:rPr>
          <w:b/>
        </w:rPr>
        <w:t xml:space="preserve">[27:40] </w:t>
      </w:r>
      <w:r>
        <w:t>hata hoon ke sachai mein sari baat shamil hai.</w:t>
      </w:r>
    </w:p>
    <w:p>
      <w:pPr>
        <w:jc w:val="right"/>
      </w:pPr>
      <w:r>
        <w:t>ھتا ہوں کہ سچائی میں ساری بات شامل ہے۔</w:t>
      </w:r>
    </w:p>
    <w:p>
      <w:r>
        <w:rPr>
          <w:b/>
        </w:rPr>
        <w:t xml:space="preserve">[27:45] </w:t>
      </w:r>
      <w:r>
        <w:t>kyun ke jaisa ke maine abhi aik waqia sunaya aap ko hadith se ke har burai juri hui</w:t>
      </w:r>
    </w:p>
    <w:p>
      <w:pPr>
        <w:jc w:val="right"/>
      </w:pPr>
      <w:r>
        <w:t>کیونکہ جیسا کہ میں نے ابھی ایک واقعہ سنایا آپ کو حدیث سے کہ ہر برائی جڑی ہوئی</w:t>
      </w:r>
    </w:p>
    <w:p>
      <w:r>
        <w:rPr>
          <w:b/>
        </w:rPr>
        <w:t xml:space="preserve">[27:50] </w:t>
      </w:r>
      <w:r>
        <w:t>hai jhoot se.</w:t>
      </w:r>
    </w:p>
    <w:p>
      <w:pPr>
        <w:jc w:val="right"/>
      </w:pPr>
      <w:r>
        <w:t>ہے جھوٹ سے۔</w:t>
      </w:r>
    </w:p>
    <w:p>
      <w:r>
        <w:rPr>
          <w:b/>
        </w:rPr>
        <w:t xml:space="preserve">[27:55] </w:t>
      </w:r>
      <w:r>
        <w:t>har burai jo aadmi karta hai to us mein kuch na kuch jhoot milana parta hai is ko.</w:t>
      </w:r>
    </w:p>
    <w:p>
      <w:pPr>
        <w:jc w:val="right"/>
      </w:pPr>
      <w:r>
        <w:t>ہر برائی جو آدمی کرتا ہے تو اس میں کچھ نہ کچھ جھوٹ ملانا پڑتا ہے اس کو۔</w:t>
      </w:r>
    </w:p>
    <w:p>
      <w:r>
        <w:rPr>
          <w:b/>
        </w:rPr>
        <w:t xml:space="preserve">[28:01] </w:t>
      </w:r>
      <w:r>
        <w:t>kuch na kuch jhoot milana parta hai.</w:t>
      </w:r>
    </w:p>
    <w:p>
      <w:pPr>
        <w:jc w:val="right"/>
      </w:pPr>
      <w:r>
        <w:t>کچھ نہ کچھ جھوٹ ملانا پڑتا ہے۔</w:t>
      </w:r>
    </w:p>
    <w:p>
      <w:r>
        <w:rPr>
          <w:b/>
        </w:rPr>
        <w:t xml:space="preserve">[28:06] </w:t>
      </w:r>
      <w:r>
        <w:t>chahe aap ghee chahe aap</w:t>
      </w:r>
    </w:p>
    <w:p>
      <w:pPr>
        <w:jc w:val="right"/>
      </w:pPr>
      <w:r>
        <w:t>چاہے آپ گھی چاہے آپ</w:t>
      </w:r>
    </w:p>
    <w:p>
      <w:r>
        <w:rPr>
          <w:b/>
        </w:rPr>
        <w:t xml:space="preserve">[28:11] </w:t>
      </w:r>
      <w:r>
        <w:t>doodh mein pani milayein tab bhi jhoot bolna parega.</w:t>
      </w:r>
    </w:p>
    <w:p>
      <w:pPr>
        <w:jc w:val="right"/>
      </w:pPr>
      <w:r>
        <w:t>دودھ میں پانی ملائیں تب بھی جھوٹ بولنا پڑے گا۔</w:t>
      </w:r>
    </w:p>
    <w:p>
      <w:r>
        <w:rPr>
          <w:b/>
        </w:rPr>
        <w:t xml:space="preserve">[28:17] </w:t>
      </w:r>
      <w:r>
        <w:t>gahak ko yeh dikhana parega ke yeh bilkul pure milk hai.</w:t>
      </w:r>
    </w:p>
    <w:p>
      <w:pPr>
        <w:jc w:val="right"/>
      </w:pPr>
      <w:r>
        <w:t>گاہک کو یہ دکھانا پڑے گا کہ یہ بالکل pure milk ہے۔</w:t>
      </w:r>
    </w:p>
    <w:p>
      <w:r>
        <w:rPr>
          <w:b/>
        </w:rPr>
        <w:t xml:space="preserve">[28:23] </w:t>
      </w:r>
      <w:r>
        <w:t>nahi to kaun kharedega is ko? to chahe doodh mein milawat karna ho ya business mein bari</w:t>
      </w:r>
    </w:p>
    <w:p>
      <w:pPr>
        <w:jc w:val="right"/>
      </w:pPr>
      <w:r>
        <w:t>نہیں تو کون خریدے گا اس کو؟ تو چاہے دودھ میں ملاوٹ کرنا ہو یا business میں بڑی</w:t>
      </w:r>
    </w:p>
    <w:p>
      <w:r>
        <w:rPr>
          <w:b/>
        </w:rPr>
        <w:t xml:space="preserve">[28:29] </w:t>
      </w:r>
      <w:r>
        <w:t>bari taraqqi karni ho ya government mein koi bare bare uhde lena ho ya international politics mein aap</w:t>
      </w:r>
    </w:p>
    <w:p>
      <w:pPr>
        <w:jc w:val="right"/>
      </w:pPr>
      <w:r>
        <w:t>بڑی ترقی کرنی ہو یا government میں کوئی بڑے بڑے عہدے لینا ہو یا international politics میں آپ</w:t>
      </w:r>
    </w:p>
    <w:p>
      <w:r>
        <w:rPr>
          <w:b/>
        </w:rPr>
        <w:t xml:space="preserve">[28:35] </w:t>
      </w:r>
      <w:r>
        <w:t>ko koi bari f</w:t>
      </w:r>
    </w:p>
    <w:p>
      <w:pPr>
        <w:jc w:val="right"/>
      </w:pPr>
      <w:r>
        <w:t>کوئی بڑی f</w:t>
      </w:r>
    </w:p>
    <w:p>
      <w:r>
        <w:rPr>
          <w:b/>
        </w:rPr>
        <w:t xml:space="preserve">[28:41] </w:t>
      </w:r>
      <w:r>
        <w:t>ame hasil karna ho.</w:t>
      </w:r>
    </w:p>
    <w:p>
      <w:pPr>
        <w:jc w:val="right"/>
      </w:pPr>
      <w:r>
        <w:t>ame حاصل کرنا ہو۔</w:t>
      </w:r>
    </w:p>
    <w:p>
      <w:r>
        <w:rPr>
          <w:b/>
        </w:rPr>
        <w:t xml:space="preserve">[28:47] </w:t>
      </w:r>
      <w:r>
        <w:t>har jagah jhoot bolna parta hai.</w:t>
      </w:r>
    </w:p>
    <w:p>
      <w:pPr>
        <w:jc w:val="right"/>
      </w:pPr>
      <w:r>
        <w:t>ہر جگہ جھوٹ بولنا پڑتا ہے۔</w:t>
      </w:r>
    </w:p>
    <w:p>
      <w:r>
        <w:rPr>
          <w:b/>
        </w:rPr>
        <w:t xml:space="preserve">[28:53] </w:t>
      </w:r>
      <w:r>
        <w:t>sach bol kar aap kahin bhi koi bari jagah, bari seat nahi pa sakte.</w:t>
      </w:r>
    </w:p>
    <w:p>
      <w:pPr>
        <w:jc w:val="right"/>
      </w:pPr>
      <w:r>
        <w:t>سچ بول کر آپ کہیں بھی کوئی بڑی جگہ، بڑی seat نہیں پا سکتے۔</w:t>
      </w:r>
    </w:p>
    <w:p>
      <w:r>
        <w:rPr>
          <w:b/>
        </w:rPr>
        <w:t xml:space="preserve">[28:59] </w:t>
      </w:r>
      <w:r>
        <w:t>is ka matlab kya hua? jannat mein sachai ki seat paane ke liye sacrifice chahiye.</w:t>
      </w:r>
    </w:p>
    <w:p>
      <w:pPr>
        <w:jc w:val="right"/>
      </w:pPr>
      <w:r>
        <w:t>اس کا مطلب کیا ہوا؟ جنت میں سچائی کی seat پانے کے لیے sacrifice چاہیے۔</w:t>
      </w:r>
    </w:p>
    <w:p>
      <w:r>
        <w:rPr>
          <w:b/>
        </w:rPr>
        <w:t xml:space="preserve">[29:05] </w:t>
      </w:r>
      <w:r>
        <w:t>ke duniya ki seat aap duniya ki har seat se apne</w:t>
      </w:r>
    </w:p>
    <w:p>
      <w:pPr>
        <w:jc w:val="right"/>
      </w:pPr>
      <w:r>
        <w:t>کہ دنیا کی seat آپ دنیا کی ہر seat سے اپنے</w:t>
      </w:r>
    </w:p>
    <w:p>
      <w:r>
        <w:rPr>
          <w:b/>
        </w:rPr>
        <w:t xml:space="preserve">[29:11] </w:t>
      </w:r>
      <w:r>
        <w:t>ko aap mehroom kar lein.</w:t>
      </w:r>
    </w:p>
    <w:p>
      <w:pPr>
        <w:jc w:val="right"/>
      </w:pPr>
      <w:r>
        <w:t>کو آپ محروم کر لیں۔</w:t>
      </w:r>
    </w:p>
    <w:p>
      <w:r>
        <w:rPr>
          <w:b/>
        </w:rPr>
        <w:t xml:space="preserve">[29:17] </w:t>
      </w:r>
      <w:r>
        <w:t>kyun ke aaj aap jhoot nahi bolenge, sach bolenge to koi aap ko seat nahi dega.</w:t>
      </w:r>
    </w:p>
    <w:p>
      <w:pPr>
        <w:jc w:val="right"/>
      </w:pPr>
      <w:r>
        <w:t>کیونکہ آج آپ جھوٹ نہیں بولیں گے، سچ بولیں گے تو کوئی آپ کو seat نہیں دے گا۔</w:t>
      </w:r>
    </w:p>
    <w:p>
      <w:r>
        <w:rPr>
          <w:b/>
        </w:rPr>
        <w:t xml:space="preserve">[29:23] </w:t>
      </w:r>
      <w:r>
        <w:t>maine ek article padha tha kisi magazine mein ambassador ke bare mein likha tha us ne ke</w:t>
      </w:r>
    </w:p>
    <w:p>
      <w:pPr>
        <w:jc w:val="right"/>
      </w:pPr>
      <w:r>
        <w:t>میں نے ایک article پڑھا تھا کسی میگزین میں ambassador کے بارے میں لکھا تھا اس نے کہ</w:t>
      </w:r>
    </w:p>
    <w:p>
      <w:r>
        <w:rPr>
          <w:b/>
        </w:rPr>
        <w:t xml:space="preserve">[29:29] </w:t>
      </w:r>
      <w:r>
        <w:t>ambassador kaun hota hai? aap jante hain ke ambassador bohat bara honor ka woh hai.</w:t>
      </w:r>
    </w:p>
    <w:p>
      <w:pPr>
        <w:jc w:val="right"/>
      </w:pPr>
      <w:r>
        <w:t>ambassador کون ہوتا ہے؟ آپ جانتے ہیں کہ ambassador بہت بڑا honor کا وہ ہے۔</w:t>
      </w:r>
    </w:p>
    <w:p>
      <w:r>
        <w:rPr>
          <w:b/>
        </w:rPr>
        <w:t xml:space="preserve">[29:35] </w:t>
      </w:r>
      <w:r>
        <w:t>maine dekha hai kai jagah</w:t>
      </w:r>
    </w:p>
    <w:p>
      <w:pPr>
        <w:jc w:val="right"/>
      </w:pPr>
      <w:r>
        <w:t>میں نے دیکھا ہے کئی جگہ</w:t>
      </w:r>
    </w:p>
    <w:p>
      <w:r>
        <w:rPr>
          <w:b/>
        </w:rPr>
        <w:t xml:space="preserve">[29:41] </w:t>
      </w:r>
      <w:r>
        <w:t>ke mulkon mein har mulk mein aap jaiye, India mein bhi har jagah ambassador ke liye bohat bara</w:t>
      </w:r>
    </w:p>
    <w:p>
      <w:pPr>
        <w:jc w:val="right"/>
      </w:pPr>
      <w:r>
        <w:t>کہ ملکوں میں ہر ملک میں آپ جائیے، انڈیا میں بھی ہر جگہ ambassador کے لیے بہت بڑا</w:t>
      </w:r>
    </w:p>
    <w:p>
      <w:r>
        <w:rPr>
          <w:b/>
        </w:rPr>
        <w:t xml:space="preserve">[29:46] </w:t>
      </w:r>
      <w:r>
        <w:t>residence hota hai.</w:t>
      </w:r>
    </w:p>
    <w:p>
      <w:pPr>
        <w:jc w:val="right"/>
      </w:pPr>
      <w:r>
        <w:t>residence ہوتا ہے۔</w:t>
      </w:r>
    </w:p>
    <w:p>
      <w:r>
        <w:rPr>
          <w:b/>
        </w:rPr>
        <w:t xml:space="preserve">[29:51] </w:t>
      </w:r>
      <w:r>
        <w:t>bohat bara office hota hai.</w:t>
      </w:r>
    </w:p>
    <w:p>
      <w:pPr>
        <w:jc w:val="right"/>
      </w:pPr>
      <w:r>
        <w:t>بہت بڑا آفس ہوتا ہے۔</w:t>
      </w:r>
    </w:p>
    <w:p>
      <w:r>
        <w:rPr>
          <w:b/>
        </w:rPr>
        <w:t xml:space="preserve">[29:57] </w:t>
      </w:r>
      <w:r>
        <w:t>bohat bare area mein is ka sab karobar hota hai.</w:t>
      </w:r>
    </w:p>
    <w:p>
      <w:pPr>
        <w:jc w:val="right"/>
      </w:pPr>
      <w:r>
        <w:t>بہت بڑے ایریا میں اس کا سب کاروبار ہوتا ہے۔</w:t>
      </w:r>
    </w:p>
    <w:p>
      <w:r>
        <w:rPr>
          <w:b/>
        </w:rPr>
        <w:t xml:space="preserve">[30:02] </w:t>
      </w:r>
      <w:r>
        <w:t>yahan tak ke ambassador ka yeh darja hai ke desh ki police is ke campus mein nahi ghus sakti.</w:t>
      </w:r>
    </w:p>
    <w:p>
      <w:pPr>
        <w:jc w:val="right"/>
      </w:pPr>
      <w:r>
        <w:t>یہاں تک کہ ambassador کا یہ درجہ ہے کہ دیش کی پولیس اس کے campus میں نہیں گھس سکتی۔</w:t>
      </w:r>
    </w:p>
    <w:p>
      <w:r>
        <w:rPr>
          <w:b/>
        </w:rPr>
        <w:t xml:space="preserve">[30:07] </w:t>
      </w:r>
      <w:r>
        <w:t>yani doosre ke mulk mein bhi woh ek raja ban kar rehta hai.</w:t>
      </w:r>
    </w:p>
    <w:p>
      <w:pPr>
        <w:jc w:val="right"/>
      </w:pPr>
      <w:r>
        <w:t>یعنی دوسرے کے ملک میں بھی وہ ایک راجہ بن کر رہتا ہے۔</w:t>
      </w:r>
    </w:p>
    <w:p>
      <w:r>
        <w:rPr>
          <w:b/>
        </w:rPr>
        <w:t xml:space="preserve">[30:12] </w:t>
      </w:r>
      <w:r>
        <w:t>Ambassador jo hai doosre ke mulk mein aik raja ban kar rehta hai apne area ke aitbar se.</w:t>
      </w:r>
    </w:p>
    <w:p>
      <w:pPr>
        <w:jc w:val="right"/>
      </w:pPr>
      <w:r>
        <w:t>Ambassador جو ہے دوسرے کے ملک میں ایک راجہ بن کر رہتا ہے اپنے ایریا کے اعتبار سے۔</w:t>
      </w:r>
    </w:p>
    <w:p>
      <w:r>
        <w:rPr>
          <w:b/>
        </w:rPr>
        <w:t xml:space="preserve">[30:20] </w:t>
      </w:r>
      <w:r>
        <w:t>Police is ke permission ke baghair is ke area mein enter nahi ho sakti.</w:t>
      </w:r>
    </w:p>
    <w:p>
      <w:pPr>
        <w:jc w:val="right"/>
      </w:pPr>
      <w:r>
        <w:t>پولیس اس کے permission کے بغیر اس کے ایریا میں enter نہیں ہو سکتی۔</w:t>
      </w:r>
    </w:p>
    <w:p>
      <w:r>
        <w:rPr>
          <w:b/>
        </w:rPr>
        <w:t xml:space="preserve">[30:27] </w:t>
      </w:r>
      <w:r>
        <w:t>Lekin to is ne likha tha ke ambassador kon hai? To English mein woh mazmoon tha, English wording</w:t>
      </w:r>
    </w:p>
    <w:p>
      <w:pPr>
        <w:jc w:val="right"/>
      </w:pPr>
      <w:r>
        <w:t>لیکن تو اس نے لکھا تھا کہ ambassador کون ہے؟ تو انگلش میں وہ مضمون تھا، انگلش wording</w:t>
      </w:r>
    </w:p>
    <w:p>
      <w:r>
        <w:rPr>
          <w:b/>
        </w:rPr>
        <w:t xml:space="preserve">[30:35] </w:t>
      </w:r>
      <w:r>
        <w:t>Mujhe yaad nahi hai is ki lekin matlab is ka yeh tha ke kisi mulk ka kisi country ka</w:t>
      </w:r>
    </w:p>
    <w:p>
      <w:pPr>
        <w:jc w:val="right"/>
      </w:pPr>
      <w:r>
        <w:t>مجھے یاد نہیں ہے اس کی لیکن مطلب اس کا یہ تھا کہ کسی ملک کا کسی country کا</w:t>
      </w:r>
    </w:p>
    <w:p>
      <w:r>
        <w:rPr>
          <w:b/>
        </w:rPr>
        <w:t xml:space="preserve">[30:42] </w:t>
      </w:r>
      <w:r>
        <w:t>Aik nobel aadmi jo doosre country mein bheja jata hai jhoot bolne ke liye.</w:t>
      </w:r>
    </w:p>
    <w:p>
      <w:pPr>
        <w:jc w:val="right"/>
      </w:pPr>
      <w:r>
        <w:t>ایک نوبل آدمی جو دوسرے country میں بھیجا جاتا ہے جھوٹ بولنے کے لیے۔</w:t>
      </w:r>
    </w:p>
    <w:p>
      <w:r>
        <w:rPr>
          <w:b/>
        </w:rPr>
        <w:t xml:space="preserve">[30:49] </w:t>
      </w:r>
      <w:r>
        <w:t>Yeh definition di thi is ne.</w:t>
      </w:r>
    </w:p>
    <w:p>
      <w:pPr>
        <w:jc w:val="right"/>
      </w:pPr>
      <w:r>
        <w:t>یہ definition دی تھی اس نے۔</w:t>
      </w:r>
    </w:p>
    <w:p>
      <w:r>
        <w:rPr>
          <w:b/>
        </w:rPr>
        <w:t xml:space="preserve">[30:55] </w:t>
      </w:r>
      <w:r>
        <w:t>Yaani apni country ka bohat hi shareef aur nobel aadmi jo bheja jata hai doosre country mein apne</w:t>
      </w:r>
    </w:p>
    <w:p>
      <w:pPr>
        <w:jc w:val="right"/>
      </w:pPr>
      <w:r>
        <w:t>یعنی اپنی country کا بہت ہی شریف اور نوبل آدمی جو بھیجا جاتا ہے دوسرے country میں اپنے</w:t>
      </w:r>
    </w:p>
    <w:p>
      <w:r>
        <w:rPr>
          <w:b/>
        </w:rPr>
        <w:t xml:space="preserve">[31:01] </w:t>
      </w:r>
      <w:r>
        <w:t>Country ke liye jhoot bolne ke liye.</w:t>
      </w:r>
    </w:p>
    <w:p>
      <w:pPr>
        <w:jc w:val="right"/>
      </w:pPr>
      <w:r>
        <w:t>country کے لیے جھوٹ بولنے کے لیے۔</w:t>
      </w:r>
    </w:p>
    <w:p>
      <w:r>
        <w:rPr>
          <w:b/>
        </w:rPr>
        <w:t xml:space="preserve">[31:07] </w:t>
      </w:r>
      <w:r>
        <w:t>To jhoot bol kar ke aadmi ko bari bari seat milti hai is dunya mein.</w:t>
      </w:r>
    </w:p>
    <w:p>
      <w:pPr>
        <w:jc w:val="right"/>
      </w:pPr>
      <w:r>
        <w:t>تو جھوٹ بول کر کے آدمی کو بڑی بڑی seat ملتی ہے اس دنیا میں۔</w:t>
      </w:r>
    </w:p>
    <w:p>
      <w:r>
        <w:rPr>
          <w:b/>
        </w:rPr>
        <w:t xml:space="preserve">[31:13] </w:t>
      </w:r>
      <w:r>
        <w:t>To jo aadmi apne aap ko chahta hai ke akhirat ki maqsad mile is ko, sachai ki</w:t>
      </w:r>
    </w:p>
    <w:p>
      <w:pPr>
        <w:jc w:val="right"/>
      </w:pPr>
      <w:r>
        <w:t>تو جو آدمی اپنے آپ کو چاہتا ہے کہ آخرت کی مقد صدق ملے اس کو، سچائی کی</w:t>
      </w:r>
    </w:p>
    <w:p>
      <w:r>
        <w:rPr>
          <w:b/>
        </w:rPr>
        <w:t xml:space="preserve">[31:19] </w:t>
      </w:r>
      <w:r>
        <w:t>Seat mile is ko aap to is ko apne andar woh personality banani pare gi.</w:t>
      </w:r>
    </w:p>
    <w:p>
      <w:pPr>
        <w:jc w:val="right"/>
      </w:pPr>
      <w:r>
        <w:t>seat ملے اس کو آپ تو اس کو اپنے اندر وہ personality بنانی پڑے گی۔</w:t>
      </w:r>
    </w:p>
    <w:p>
      <w:r>
        <w:rPr>
          <w:b/>
        </w:rPr>
        <w:t xml:space="preserve">[31:24] </w:t>
      </w:r>
      <w:r>
        <w:t>Sachai ki personality.</w:t>
      </w:r>
    </w:p>
    <w:p>
      <w:pPr>
        <w:jc w:val="right"/>
      </w:pPr>
      <w:r>
        <w:t>سچائی کی personality۔</w:t>
      </w:r>
    </w:p>
    <w:p>
      <w:r>
        <w:rPr>
          <w:b/>
        </w:rPr>
        <w:t xml:space="preserve">[31:29] </w:t>
      </w:r>
      <w:r>
        <w:t>Is wajah se yeh bohat zyada sochne ki baat hai.</w:t>
      </w:r>
    </w:p>
    <w:p>
      <w:pPr>
        <w:jc w:val="right"/>
      </w:pPr>
      <w:r>
        <w:t>اس وجہ سے یہ بہت زیادہ سوچنے کی بات ہے۔</w:t>
      </w:r>
    </w:p>
    <w:p>
      <w:r>
        <w:rPr>
          <w:b/>
        </w:rPr>
        <w:t xml:space="preserve">[31:35] </w:t>
      </w:r>
      <w:r>
        <w:t>Ke aap ko sach par khara hona hai.</w:t>
      </w:r>
    </w:p>
    <w:p>
      <w:pPr>
        <w:jc w:val="right"/>
      </w:pPr>
      <w:r>
        <w:t>کہ آپ کو سچ پر کھڑا ہونا ہے۔</w:t>
      </w:r>
    </w:p>
    <w:p>
      <w:r>
        <w:rPr>
          <w:b/>
        </w:rPr>
        <w:t xml:space="preserve">[31:40] </w:t>
      </w:r>
      <w:r>
        <w:t>Sach ka matlab yeh nahi ke aap negative jhoot na bolein.</w:t>
      </w:r>
    </w:p>
    <w:p>
      <w:pPr>
        <w:jc w:val="right"/>
      </w:pPr>
      <w:r>
        <w:t>سچ کا مطلب یہ نہیں کہ آپ negative جھوٹ نہ بولیں۔</w:t>
      </w:r>
    </w:p>
    <w:p>
      <w:r>
        <w:rPr>
          <w:b/>
        </w:rPr>
        <w:t xml:space="preserve">[31:45] </w:t>
      </w:r>
      <w:r>
        <w:t>Baat ko twist kar ke kehna.</w:t>
      </w:r>
    </w:p>
    <w:p>
      <w:pPr>
        <w:jc w:val="right"/>
      </w:pPr>
      <w:r>
        <w:t>بات کو twist کر کے کہنا۔</w:t>
      </w:r>
    </w:p>
    <w:p>
      <w:r>
        <w:rPr>
          <w:b/>
        </w:rPr>
        <w:t xml:space="preserve">[31:50] </w:t>
      </w:r>
      <w:r>
        <w:t>Baat ka aik aspect bolna, doosra aspect ko chupa dena.</w:t>
      </w:r>
    </w:p>
    <w:p>
      <w:pPr>
        <w:jc w:val="right"/>
      </w:pPr>
      <w:r>
        <w:t>بات کا ایک aspect بولنا، دوسرا aspect کو چھپا دینا۔</w:t>
      </w:r>
    </w:p>
    <w:p>
      <w:r>
        <w:rPr>
          <w:b/>
        </w:rPr>
        <w:t xml:space="preserve">[31:54] </w:t>
      </w:r>
      <w:r>
        <w:t>Baat ko biased way mein pesh karna.</w:t>
      </w:r>
    </w:p>
    <w:p>
      <w:pPr>
        <w:jc w:val="right"/>
      </w:pPr>
      <w:r>
        <w:t>بات کو biased way میں پیش کرنا۔</w:t>
      </w:r>
    </w:p>
    <w:p>
      <w:r>
        <w:rPr>
          <w:b/>
        </w:rPr>
        <w:t xml:space="preserve">[31:58] </w:t>
      </w:r>
      <w:r>
        <w:t>Reporting ko aisa karna ke aap ke favor mein dikhai de aur doosre ko ghalat dikhai de.</w:t>
      </w:r>
    </w:p>
    <w:p>
      <w:pPr>
        <w:jc w:val="right"/>
      </w:pPr>
      <w:r>
        <w:t>Reporting کو ایسا کرنا کہ آپ کے favor میں دکھائی دے اور دوسرے کو غلط دکھائی دے۔</w:t>
      </w:r>
    </w:p>
    <w:p>
      <w:r>
        <w:rPr>
          <w:b/>
        </w:rPr>
        <w:t xml:space="preserve">[32:03] </w:t>
      </w:r>
      <w:r>
        <w:t>Yeh sab rozana log karte rehte hain.</w:t>
      </w:r>
    </w:p>
    <w:p>
      <w:pPr>
        <w:jc w:val="right"/>
      </w:pPr>
      <w:r>
        <w:t>یہ سب روزانہ لوگ کرتے رہتے ہیں۔</w:t>
      </w:r>
    </w:p>
    <w:p>
      <w:r>
        <w:rPr>
          <w:b/>
        </w:rPr>
        <w:t xml:space="preserve">[32:07] </w:t>
      </w:r>
      <w:r>
        <w:t>Yeh sab jhoot hai, yeh bhi jhoot hai.</w:t>
      </w:r>
    </w:p>
    <w:p>
      <w:pPr>
        <w:jc w:val="right"/>
      </w:pPr>
      <w:r>
        <w:t>یہ سب جھوٹ ہے، یہ بھی جھوٹ ہے۔</w:t>
      </w:r>
    </w:p>
    <w:p>
      <w:r>
        <w:rPr>
          <w:b/>
        </w:rPr>
        <w:t xml:space="preserve">[32:11] </w:t>
      </w:r>
      <w:r>
        <w:t>To woh aadmi jo</w:t>
      </w:r>
    </w:p>
    <w:p>
      <w:pPr>
        <w:jc w:val="right"/>
      </w:pPr>
      <w:r>
        <w:t>تو وہ آدمی جو</w:t>
      </w:r>
    </w:p>
    <w:p>
      <w:r>
        <w:rPr>
          <w:b/>
        </w:rPr>
        <w:t xml:space="preserve">[32:16] </w:t>
      </w:r>
      <w:r>
        <w:t>Direct jhoot aur indirect jhoot dono se apne ko bachaye wahi woh sacha aadmi hai jo jannat mein</w:t>
      </w:r>
    </w:p>
    <w:p>
      <w:pPr>
        <w:jc w:val="right"/>
      </w:pPr>
      <w:r>
        <w:t>direct جھوٹ اور indirect جھوٹ دونوں سے اپنے کو بچائے وہی وہ سچا آدمی ہے جو جنت میں</w:t>
      </w:r>
    </w:p>
    <w:p>
      <w:r>
        <w:rPr>
          <w:b/>
        </w:rPr>
        <w:t xml:space="preserve">[32:22] </w:t>
      </w:r>
      <w:r>
        <w:t>Maqsad par bithaya jaye ga.</w:t>
      </w:r>
    </w:p>
    <w:p>
      <w:pPr>
        <w:jc w:val="right"/>
      </w:pPr>
      <w:r>
        <w:t>مقد صدق پر بٹھایا جائے گا۔</w:t>
      </w:r>
    </w:p>
    <w:p>
      <w:r>
        <w:rPr>
          <w:b/>
        </w:rPr>
        <w:t xml:space="preserve">[32:28] </w:t>
      </w:r>
      <w:r>
        <w:t>Yaani sachai ki seat par, sab se baray honor ki seat par.</w:t>
      </w:r>
    </w:p>
    <w:p>
      <w:pPr>
        <w:jc w:val="right"/>
      </w:pPr>
      <w:r>
        <w:t>یعنی سچائی کی seat پر، سب سے بڑے honor کی seat پر۔</w:t>
      </w:r>
    </w:p>
    <w:p>
      <w:r>
        <w:rPr>
          <w:b/>
        </w:rPr>
        <w:t xml:space="preserve">[32:34] </w:t>
      </w:r>
      <w:r>
        <w:t>to quran mein hai ke labsilahaza falya mal aamalun.</w:t>
      </w:r>
    </w:p>
    <w:p>
      <w:pPr>
        <w:jc w:val="right"/>
      </w:pPr>
      <w:r>
        <w:t>تو قرآن میں ہے کہ لبس لہذا فلیعمل العاملون۔</w:t>
      </w:r>
    </w:p>
    <w:p>
      <w:r>
        <w:rPr>
          <w:b/>
        </w:rPr>
        <w:t xml:space="preserve">[32:40] </w:t>
      </w:r>
      <w:r>
        <w:t>yeh hai woh cheez jis ke liye karne</w:t>
      </w:r>
    </w:p>
    <w:p>
      <w:pPr>
        <w:jc w:val="right"/>
      </w:pPr>
      <w:r>
        <w:t>یہ ہے وہ چیز جس کے لیے کرنے</w:t>
      </w:r>
    </w:p>
    <w:p>
      <w:r>
        <w:rPr>
          <w:b/>
        </w:rPr>
        <w:t xml:space="preserve">[32:46] </w:t>
      </w:r>
      <w:r>
        <w:t>walay karain.</w:t>
      </w:r>
    </w:p>
    <w:p>
      <w:pPr>
        <w:jc w:val="right"/>
      </w:pPr>
      <w:r>
        <w:t>والے کریں۔</w:t>
      </w:r>
    </w:p>
    <w:p>
      <w:r>
        <w:rPr>
          <w:b/>
        </w:rPr>
        <w:t xml:space="preserve">[32:54] </w:t>
      </w:r>
      <w:r>
        <w:t>yeh hai woh cheez jis ki taraf dorne walay dorain.</w:t>
      </w:r>
    </w:p>
    <w:p>
      <w:pPr>
        <w:jc w:val="right"/>
      </w:pPr>
      <w:r>
        <w:t>یہ ہے وہ چیز جس کی طرف دوڑنے والے دوڑیں۔</w:t>
      </w:r>
    </w:p>
    <w:p>
      <w:r>
        <w:rPr>
          <w:b/>
        </w:rPr>
        <w:t xml:space="preserve">[33:02] </w:t>
      </w:r>
      <w:r>
        <w:t>yeh hai woh cheez jis ki tamana karne walay tamana karain.</w:t>
      </w:r>
    </w:p>
    <w:p>
      <w:pPr>
        <w:jc w:val="right"/>
      </w:pPr>
      <w:r>
        <w:t>یہ ہے وہ چیز جس کی تمنا کرنے والے تمنا کریں۔</w:t>
      </w:r>
    </w:p>
    <w:p>
      <w:r>
        <w:rPr>
          <w:b/>
        </w:rPr>
        <w:t xml:space="preserve">[33:10] </w:t>
      </w:r>
      <w:r>
        <w:t>quran mein dekhiye surah al ahzab yani chapter number 33 verse number 24 mein aya hai ke</w:t>
      </w:r>
    </w:p>
    <w:p>
      <w:pPr>
        <w:jc w:val="right"/>
      </w:pPr>
      <w:r>
        <w:t>قرآن میں دیکھیے سورہ الاحزاب یعنی chapter نمبر 33 verse نمبر 24 میں آیا ہے کہ</w:t>
      </w:r>
    </w:p>
    <w:p>
      <w:r>
        <w:rPr>
          <w:b/>
        </w:rPr>
        <w:t xml:space="preserve">[33:19] </w:t>
      </w:r>
      <w:r>
        <w:t>qayamat ke baray mein, akhirat ke baray mein.</w:t>
      </w:r>
    </w:p>
    <w:p>
      <w:pPr>
        <w:jc w:val="right"/>
      </w:pPr>
      <w:r>
        <w:t>قیامت کے بارے میں، آخرت کے بارے میں۔</w:t>
      </w:r>
    </w:p>
    <w:p>
      <w:r>
        <w:rPr>
          <w:b/>
        </w:rPr>
        <w:t xml:space="preserve">[33:25] </w:t>
      </w:r>
      <w:r>
        <w:t>liyazallahu al-sadiqina bi-sadaqihim.</w:t>
      </w:r>
    </w:p>
    <w:p>
      <w:pPr>
        <w:jc w:val="right"/>
      </w:pPr>
      <w:r>
        <w:t>لیزل اللہ الصادقین بصدقہم۔</w:t>
      </w:r>
    </w:p>
    <w:p>
      <w:r>
        <w:rPr>
          <w:b/>
        </w:rPr>
        <w:t xml:space="preserve">[33:31] </w:t>
      </w:r>
      <w:r>
        <w:t>kis liye hogi qayamat? kis liye hogi akhirat? to farmaya ke liyazallahu al-sadiqina bi-sadaqihim.</w:t>
      </w:r>
    </w:p>
    <w:p>
      <w:pPr>
        <w:jc w:val="right"/>
      </w:pPr>
      <w:r>
        <w:t>کس لیے ہوگی قیامت؟ کس لیے ہوگی آخرت؟ تو فرمایا کہ لیزل اللہ الصادقین بصدقہم۔</w:t>
      </w:r>
    </w:p>
    <w:p>
      <w:r>
        <w:rPr>
          <w:b/>
        </w:rPr>
        <w:t xml:space="preserve">[33:38] </w:t>
      </w:r>
      <w:r>
        <w:t>sachay logon ko un ke sach ka inaam diya jaye.</w:t>
      </w:r>
    </w:p>
    <w:p>
      <w:pPr>
        <w:jc w:val="right"/>
      </w:pPr>
      <w:r>
        <w:t>سچے لوگوں کو ان کے سچ کا انعام دیا جائے۔</w:t>
      </w:r>
    </w:p>
    <w:p>
      <w:r>
        <w:rPr>
          <w:b/>
        </w:rPr>
        <w:t xml:space="preserve">[33:44] </w:t>
      </w:r>
      <w:r>
        <w:t>aur jhootay logon ko saza di jaye.</w:t>
      </w:r>
    </w:p>
    <w:p>
      <w:pPr>
        <w:jc w:val="right"/>
      </w:pPr>
      <w:r>
        <w:t>اور جھوٹے لوگوں کو سزا دی جائے۔</w:t>
      </w:r>
    </w:p>
    <w:p>
      <w:r>
        <w:rPr>
          <w:b/>
        </w:rPr>
        <w:t xml:space="preserve">[33:51] </w:t>
      </w:r>
      <w:r>
        <w:t>kisi ajeeb baat hai ke sachay logon ko un ke sach ka inaam diya jaye.</w:t>
      </w:r>
    </w:p>
    <w:p>
      <w:pPr>
        <w:jc w:val="right"/>
      </w:pPr>
      <w:r>
        <w:t>کیسی عجیب بات ہے کہ سچے لوگوں کو ان کے سچ کا انعام دیا جائے۔</w:t>
      </w:r>
    </w:p>
    <w:p>
      <w:r>
        <w:rPr>
          <w:b/>
        </w:rPr>
        <w:t xml:space="preserve">[33:57] </w:t>
      </w:r>
      <w:r>
        <w:t>sacha kon hai? jo apne conscience par chala.</w:t>
      </w:r>
    </w:p>
    <w:p>
      <w:pPr>
        <w:jc w:val="right"/>
      </w:pPr>
      <w:r>
        <w:t>سچا کون ہے؟ جو اپنے conscience پر چلا۔</w:t>
      </w:r>
    </w:p>
    <w:p>
      <w:r>
        <w:rPr>
          <w:b/>
        </w:rPr>
        <w:t xml:space="preserve">[34:03] </w:t>
      </w:r>
      <w:r>
        <w:t>jo har mauqa par honest bana raha.</w:t>
      </w:r>
    </w:p>
    <w:p>
      <w:pPr>
        <w:jc w:val="right"/>
      </w:pPr>
      <w:r>
        <w:t>جو ہر موقع پر honest بنا رہا۔</w:t>
      </w:r>
    </w:p>
    <w:p>
      <w:r>
        <w:rPr>
          <w:b/>
        </w:rPr>
        <w:t xml:space="preserve">[34:09] </w:t>
      </w:r>
      <w:r>
        <w:t>jo har mauqa par wohi kaha us ne jo ke kehna chahiye tha us ko.</w:t>
      </w:r>
    </w:p>
    <w:p>
      <w:pPr>
        <w:jc w:val="right"/>
      </w:pPr>
      <w:r>
        <w:t>جو ہر موقع پر وہی کہا اس نے جو کہ کہنا چاہیے تھا اس کو۔</w:t>
      </w:r>
    </w:p>
    <w:p>
      <w:r>
        <w:rPr>
          <w:b/>
        </w:rPr>
        <w:t xml:space="preserve">[34:16] </w:t>
      </w:r>
      <w:r>
        <w:t>kahin bhi us ne baat ko idhar udhar kar ke badla nahi us ko.</w:t>
      </w:r>
    </w:p>
    <w:p>
      <w:pPr>
        <w:jc w:val="right"/>
      </w:pPr>
      <w:r>
        <w:t>کہیں بھی اس نے بات کو ادھر ادھر کر کے بدلا نہیں اس کو۔</w:t>
      </w:r>
    </w:p>
    <w:p>
      <w:r>
        <w:rPr>
          <w:b/>
        </w:rPr>
        <w:t xml:space="preserve">[34:22] </w:t>
      </w:r>
      <w:r>
        <w:t>to farmaya ke taake khuda sache logon ko un ke sach ka inaam de. aur sache logon ke bare mein kaha gaya hai ke woh wahan par jagah payenge. wa hasan ulaiqa rafeeqan. an-Nisa chapter number 4 ayat number 64.</w:t>
      </w:r>
    </w:p>
    <w:p>
      <w:pPr>
        <w:jc w:val="right"/>
      </w:pPr>
      <w:r>
        <w:t>تو فرمایا کہ تاکہ خدا سچے لوگوں کو ان کے سچ کا انعام دے۔ اور سچے لوگوں کے بارے میں کہا گیا ہے کہ وہ وہاں پر جگہ پائیں گے۔ وحسن اولئک رفیقاً۔ النساء chapter نمبر 4 آیت نمبر 64۔</w:t>
      </w:r>
    </w:p>
    <w:p>
      <w:r>
        <w:rPr>
          <w:b/>
        </w:rPr>
        <w:t xml:space="preserve">[34:52] </w:t>
      </w:r>
      <w:r>
        <w:t>husna ulaika rafiqan.</w:t>
      </w:r>
    </w:p>
    <w:p>
      <w:pPr>
        <w:jc w:val="right"/>
      </w:pPr>
      <w:r>
        <w:t>حسن اولئک رفیقاً۔</w:t>
      </w:r>
    </w:p>
    <w:p>
      <w:r>
        <w:rPr>
          <w:b/>
        </w:rPr>
        <w:t xml:space="preserve">[34:56] </w:t>
      </w:r>
      <w:r>
        <w:t>is mein sadiqeen ka zikr hai.</w:t>
      </w:r>
    </w:p>
    <w:p>
      <w:pPr>
        <w:jc w:val="right"/>
      </w:pPr>
      <w:r>
        <w:t>اس میں صادقین کا ذکر ہے۔</w:t>
      </w:r>
    </w:p>
    <w:p>
      <w:r>
        <w:rPr>
          <w:b/>
        </w:rPr>
        <w:t xml:space="preserve">[35:01] </w:t>
      </w:r>
      <w:r>
        <w:t>yani sachay logon ke sath aap ko companionship mile gi.</w:t>
      </w:r>
    </w:p>
    <w:p>
      <w:pPr>
        <w:jc w:val="right"/>
      </w:pPr>
      <w:r>
        <w:t>یعنی سچے لوگوں کے ساتھ آپ کو companionship ملے گی۔</w:t>
      </w:r>
    </w:p>
    <w:p>
      <w:r>
        <w:rPr>
          <w:b/>
        </w:rPr>
        <w:t xml:space="preserve">[35:05] </w:t>
      </w:r>
      <w:r>
        <w:t>jo log dunya mein sachay rahay to wahan par unhein sachon ki jamaat mein jagah mile gi.</w:t>
      </w:r>
    </w:p>
    <w:p>
      <w:pPr>
        <w:jc w:val="right"/>
      </w:pPr>
      <w:r>
        <w:t>جو لوگ دنیا میں سچے رہے تو وہاں پر انہیں سچوں کی جماعت میں جگہ ملے گی۔</w:t>
      </w:r>
    </w:p>
    <w:p>
      <w:r>
        <w:rPr>
          <w:b/>
        </w:rPr>
        <w:t xml:space="preserve">[35:09] </w:t>
      </w:r>
      <w:r>
        <w:t>kaisa ajeeb thrilling yeh baat hai.</w:t>
      </w:r>
    </w:p>
    <w:p>
      <w:pPr>
        <w:jc w:val="right"/>
      </w:pPr>
      <w:r>
        <w:t>کیسا عجیب thrilling یہ بات ہے۔</w:t>
      </w:r>
    </w:p>
    <w:p>
      <w:r>
        <w:rPr>
          <w:b/>
        </w:rPr>
        <w:t xml:space="preserve">[35:13] </w:t>
      </w:r>
      <w:r>
        <w:t>mujhe to yeh soch kar thrill ata hai ke kabhi aisa ho ke hum aisay logon mein reh</w:t>
      </w:r>
    </w:p>
    <w:p>
      <w:pPr>
        <w:jc w:val="right"/>
      </w:pPr>
      <w:r>
        <w:t>مجھے تو یہ سوچ کر thrill آتا ہے کہ کبھی ایسا ہو کہ ہم ایسے لوگوں میں رہ</w:t>
      </w:r>
    </w:p>
    <w:p>
      <w:r>
        <w:rPr>
          <w:b/>
        </w:rPr>
        <w:t xml:space="preserve">[35:18] </w:t>
      </w:r>
      <w:r>
        <w:t>sakein jo sachay log hon. jo</w:t>
      </w:r>
    </w:p>
    <w:p>
      <w:pPr>
        <w:jc w:val="right"/>
      </w:pPr>
      <w:r>
        <w:t>سکیں جو سچے لوگ ہوں۔ جو</w:t>
      </w:r>
    </w:p>
    <w:p>
      <w:r>
        <w:rPr>
          <w:b/>
        </w:rPr>
        <w:t xml:space="preserve">[35:22] </w:t>
      </w:r>
      <w:r>
        <w:t>sach bolte hon. jo baaton ko twist kar ke na kahein. baaton ko as it is kahein. mere liye to kam az kam yeh ek thrilling ehsaas hai ke aisa bhi koi zamana aayega. aisi bhi koi dunya banegi jahan yeh possible hoga ke aap sache logon ke saath reh saken. sache log jinka andar aur bahar ek ho. jinke andar predictable char</w:t>
      </w:r>
    </w:p>
    <w:p>
      <w:pPr>
        <w:jc w:val="right"/>
      </w:pPr>
      <w:r>
        <w:t>سچ بولتے ہوں۔ جو باتوں کو twist کر کے نہ کہیں۔ باتوں کو as it is کہیں۔ میرے لیے تو کم از کم یہ ایک thrilling احساس ہے کہ ایسا بھی کوئی زمانہ آئے گا۔ ایسی بھی کوئی دنیا بنے گی جہاں یہ possible ہوگا کہ آپ سچے لوگوں کے ساتھ رہ سکیں۔ سچے لوگ جن کا اندر اور باہر ایک ہو۔ جن کے اندر predictable char</w:t>
      </w:r>
    </w:p>
    <w:p>
      <w:r>
        <w:rPr>
          <w:b/>
        </w:rPr>
        <w:t xml:space="preserve">[35:52] </w:t>
      </w:r>
      <w:r>
        <w:t>acter ho. main samajhta hoon ke meri apni samajh ke mutabiq sab se bari khushi ki baat yeh hai ke aadmi ko sachon ki companionship mile. sachon ke saath, sache logon ke saath rehna naseeb ho. bohat bari cheez hai sach. aur bohat hi qeemti hain woh log jo sachai par khare hon is dunya mein. to un log wahan par jannat mein</w:t>
      </w:r>
    </w:p>
    <w:p>
      <w:pPr>
        <w:jc w:val="right"/>
      </w:pPr>
      <w:r>
        <w:t>acter ہو۔ میں سمجھتا ہوں کہ میری اپنی سمجھ کے مطابق سب سے بڑی خوشی کی بات یہ ہے کہ آدمی کو سچوں کی companionship ملے۔ سچوں کے ساتھ، سچے لوگوں کے ساتھ رہنا نصیب ہو۔ بہت بڑی چیز ہے سچ۔ اور بہت ہی قیمتی ہیں وہ لوگ جو سچائی پر کھڑے ہوں اس دنیا میں۔ تو ان لوگ وہاں پر جنت میں</w:t>
      </w:r>
    </w:p>
    <w:p>
      <w:r>
        <w:rPr>
          <w:b/>
        </w:rPr>
        <w:t xml:space="preserve">[36:22] </w:t>
      </w:r>
      <w:r>
        <w:t>basaye jayen gay.</w:t>
      </w:r>
    </w:p>
    <w:p>
      <w:pPr>
        <w:jc w:val="right"/>
      </w:pPr>
      <w:r>
        <w:t>بسائے جائیں گے۔</w:t>
      </w:r>
    </w:p>
    <w:p>
      <w:r>
        <w:rPr>
          <w:b/>
        </w:rPr>
        <w:t xml:space="preserve">[36:32] </w:t>
      </w:r>
      <w:r>
        <w:t>isi tarah se dekhiye quran mein hai surah al maidah chapter number 5 verse number 119. hadha yawma yanfa'u al-sadiqina sadaquhum.</w:t>
      </w:r>
    </w:p>
    <w:p>
      <w:pPr>
        <w:jc w:val="right"/>
      </w:pPr>
      <w:r>
        <w:t>اسی طرح سے دیکھیے قرآن میں ہے سورہ مائدہ chapter نمبر 5 verse نمبر 119۔ھذا یومینفحو الصادقین صدقہم۔</w:t>
      </w:r>
    </w:p>
    <w:p>
      <w:r>
        <w:rPr>
          <w:b/>
        </w:rPr>
        <w:t xml:space="preserve">[36:43] </w:t>
      </w:r>
      <w:r>
        <w:t>allah ta'ala farmayenge is din ke aaj ka din yani qayamat ka din Day of Judgement</w:t>
      </w:r>
    </w:p>
    <w:p>
      <w:pPr>
        <w:jc w:val="right"/>
      </w:pPr>
      <w:r>
        <w:t>اللہ تعالیٰ فرمائیں گے اس دن کہ آج کا دن یعنی قیامت کا دن Day of Judgement</w:t>
      </w:r>
    </w:p>
    <w:p>
      <w:r>
        <w:rPr>
          <w:b/>
        </w:rPr>
        <w:t xml:space="preserve">[36:53] </w:t>
      </w:r>
      <w:r>
        <w:t>ke bare mein wahan aelan hoga ke ye din hai jismein sache logon ko unke sidq,</w:t>
      </w:r>
    </w:p>
    <w:p>
      <w:pPr>
        <w:jc w:val="right"/>
      </w:pPr>
      <w:r>
        <w:t>کے بارے میں وہاں اعلان ہوگا کہ یہ دن ہے جس میں سچے لوگوں کو ان کے صدق،</w:t>
      </w:r>
    </w:p>
    <w:p>
      <w:r>
        <w:rPr>
          <w:b/>
        </w:rPr>
        <w:t xml:space="preserve">[36:57] </w:t>
      </w:r>
      <w:r>
        <w:t>unke sach ka inaam milega.</w:t>
      </w:r>
    </w:p>
    <w:p>
      <w:pPr>
        <w:jc w:val="right"/>
      </w:pPr>
      <w:r>
        <w:t>ان کے سچ کا انعام ملے۔</w:t>
      </w:r>
    </w:p>
    <w:p>
      <w:r>
        <w:rPr>
          <w:b/>
        </w:rPr>
        <w:t xml:space="preserve">[37:02] </w:t>
      </w:r>
      <w:r>
        <w:t>sache logon ko unke sach ka inaam milega.</w:t>
      </w:r>
    </w:p>
    <w:p>
      <w:pPr>
        <w:jc w:val="right"/>
      </w:pPr>
      <w:r>
        <w:t>سچے لوگوں کو ان کے سچ کا انعام ملے۔</w:t>
      </w:r>
    </w:p>
    <w:p>
      <w:r>
        <w:rPr>
          <w:b/>
        </w:rPr>
        <w:t xml:space="preserve">[37:06] </w:t>
      </w:r>
      <w:r>
        <w:t>kitni badi cheez hai ye.</w:t>
      </w:r>
    </w:p>
    <w:p>
      <w:pPr>
        <w:jc w:val="right"/>
      </w:pPr>
      <w:r>
        <w:t>کتنی بڑی چیز ہے یہ۔</w:t>
      </w:r>
    </w:p>
    <w:p>
      <w:r>
        <w:rPr>
          <w:b/>
        </w:rPr>
        <w:t xml:space="preserve">[37:10] </w:t>
      </w:r>
      <w:r>
        <w:t>duniya mein aap sach boliye to log aap ko bewakoof samajhte hain.</w:t>
      </w:r>
    </w:p>
    <w:p>
      <w:pPr>
        <w:jc w:val="right"/>
      </w:pPr>
      <w:r>
        <w:t>دنیا میں آپ سچ بولیے تو لوگ آپ کو بیوقوف سمجھتے ہیں۔</w:t>
      </w:r>
    </w:p>
    <w:p>
      <w:r>
        <w:rPr>
          <w:b/>
        </w:rPr>
        <w:t xml:space="preserve">[37:14] </w:t>
      </w:r>
      <w:r>
        <w:t>duniya mein sach boliye aap ko koi izzat nahi milti.</w:t>
      </w:r>
    </w:p>
    <w:p>
      <w:pPr>
        <w:jc w:val="right"/>
      </w:pPr>
      <w:r>
        <w:t>دنیا میں سچ بولیے آپ کو کوئی عزت نہیں ملتی۔</w:t>
      </w:r>
    </w:p>
    <w:p>
      <w:r>
        <w:rPr>
          <w:b/>
        </w:rPr>
        <w:t xml:space="preserve">[37:19] </w:t>
      </w:r>
      <w:r>
        <w:t>duniya mein sach bol kar aap ko koi seat nahi milti, koi</w:t>
      </w:r>
    </w:p>
    <w:p>
      <w:pPr>
        <w:jc w:val="right"/>
      </w:pPr>
      <w:r>
        <w:t>دنیا میں سچ بول کر آپ کو کوئی seat نہیں ملتی، کوئی</w:t>
      </w:r>
    </w:p>
    <w:p>
      <w:r>
        <w:rPr>
          <w:b/>
        </w:rPr>
        <w:t xml:space="preserve">[37:23] </w:t>
      </w:r>
      <w:r>
        <w:t>honor nahi milta.</w:t>
      </w:r>
    </w:p>
    <w:p>
      <w:pPr>
        <w:jc w:val="right"/>
      </w:pPr>
      <w:r>
        <w:t>honor نہیں ملتا۔</w:t>
      </w:r>
    </w:p>
    <w:p>
      <w:r>
        <w:rPr>
          <w:b/>
        </w:rPr>
        <w:t xml:space="preserve">[37:28] </w:t>
      </w:r>
      <w:r>
        <w:t>to farmaya ke wo din jo hoga is din aisa hoga ke jo sache the unko un</w:t>
      </w:r>
    </w:p>
    <w:p>
      <w:pPr>
        <w:jc w:val="right"/>
      </w:pPr>
      <w:r>
        <w:t>تو فرمایا کہ وہ دن جو ہوگا اس دن ایسا ہوگا کہ جو سچے تھے ان کو ان</w:t>
      </w:r>
    </w:p>
    <w:p>
      <w:r>
        <w:rPr>
          <w:b/>
        </w:rPr>
        <w:t xml:space="preserve">[37:33] </w:t>
      </w:r>
      <w:r>
        <w:t>ke sach ka inaam milega.</w:t>
      </w:r>
    </w:p>
    <w:p>
      <w:pPr>
        <w:jc w:val="right"/>
      </w:pPr>
      <w:r>
        <w:t>کے سچ کا انعام ملے گا۔</w:t>
      </w:r>
    </w:p>
    <w:p>
      <w:r>
        <w:rPr>
          <w:b/>
        </w:rPr>
        <w:t xml:space="preserve">[37:39] </w:t>
      </w:r>
      <w:r>
        <w:t>kisi ajib hogi wo duniya jahan sach ka inaam milega.</w:t>
      </w:r>
    </w:p>
    <w:p>
      <w:pPr>
        <w:jc w:val="right"/>
      </w:pPr>
      <w:r>
        <w:t>کیسی عجیب ہوگی وہ دنیا جہاں سچ کا انعام ملے۔</w:t>
      </w:r>
    </w:p>
    <w:p>
      <w:r>
        <w:rPr>
          <w:b/>
        </w:rPr>
        <w:t xml:space="preserve">[37:44] </w:t>
      </w:r>
      <w:r>
        <w:t>kyunki aap jante hain ke aaj duniya mein jhoot ka inaam milta hai.</w:t>
      </w:r>
    </w:p>
    <w:p>
      <w:pPr>
        <w:jc w:val="right"/>
      </w:pPr>
      <w:r>
        <w:t>کیونکہ آپ جانتے ہیں کہ آج دنیا میں جھوٹ کا انعام ملتا ہے۔</w:t>
      </w:r>
    </w:p>
    <w:p>
      <w:r>
        <w:rPr>
          <w:b/>
        </w:rPr>
        <w:t xml:space="preserve">[37:49] </w:t>
      </w:r>
      <w:r>
        <w:t>kisi ki bhi scrutiny kijiye chahe business mein koi bada aadmi bana ho, politics mein koi bada aadmi bana ho</w:t>
      </w:r>
    </w:p>
    <w:p>
      <w:pPr>
        <w:jc w:val="right"/>
      </w:pPr>
      <w:r>
        <w:t>کسی کی بھی scrutiny کیجیے چاہے business میں کوئی بڑا آدمی بنا ہو، politics میں کوئی بڑا آدمی بنا ہو</w:t>
      </w:r>
    </w:p>
    <w:p>
      <w:r>
        <w:rPr>
          <w:b/>
        </w:rPr>
        <w:t xml:space="preserve">[37:54] </w:t>
      </w:r>
      <w:r>
        <w:t>ya wo is mein jo ye hai fame ka jo bazaar hai wahan koi isne koi badi</w:t>
      </w:r>
    </w:p>
    <w:p>
      <w:pPr>
        <w:jc w:val="right"/>
      </w:pPr>
      <w:r>
        <w:t>یا وہ اس میں جو یہ ہے fame کا جو بازار ہے وہاں کوئی اس نے کوئی بڑی</w:t>
      </w:r>
    </w:p>
    <w:p>
      <w:r>
        <w:rPr>
          <w:b/>
        </w:rPr>
        <w:t xml:space="preserve">[38:00] </w:t>
      </w:r>
      <w:r>
        <w:t>fame hasil ki ho.</w:t>
      </w:r>
    </w:p>
    <w:p>
      <w:pPr>
        <w:jc w:val="right"/>
      </w:pPr>
      <w:r>
        <w:t>fame حاصل کی ہو۔</w:t>
      </w:r>
    </w:p>
    <w:p>
      <w:r>
        <w:rPr>
          <w:b/>
        </w:rPr>
        <w:t xml:space="preserve">[38:05] </w:t>
      </w:r>
      <w:r>
        <w:t>har jagah ke peeche jhoot milega, jhoot bol kar ke.</w:t>
      </w:r>
    </w:p>
    <w:p>
      <w:pPr>
        <w:jc w:val="right"/>
      </w:pPr>
      <w:r>
        <w:t>ہر جگہ کے پیچھے جھوٹ ملے گا، جھوٹ بول کر کے۔</w:t>
      </w:r>
    </w:p>
    <w:p>
      <w:r>
        <w:rPr>
          <w:b/>
        </w:rPr>
        <w:t xml:space="preserve">[38:10] </w:t>
      </w:r>
      <w:r>
        <w:t>baat kuch hai, kehte hain kuch.</w:t>
      </w:r>
    </w:p>
    <w:p>
      <w:pPr>
        <w:jc w:val="right"/>
      </w:pPr>
      <w:r>
        <w:t>بات کچھ ہے، کہتے ہیں کچھ۔</w:t>
      </w:r>
    </w:p>
    <w:p>
      <w:r>
        <w:rPr>
          <w:b/>
        </w:rPr>
        <w:t xml:space="preserve">[38:15] </w:t>
      </w:r>
      <w:r>
        <w:t>logon ko bewakoof banana.</w:t>
      </w:r>
    </w:p>
    <w:p>
      <w:pPr>
        <w:jc w:val="right"/>
      </w:pPr>
      <w:r>
        <w:t>لوگوں کو بیوقوف بنانا۔</w:t>
      </w:r>
    </w:p>
    <w:p>
      <w:r>
        <w:rPr>
          <w:b/>
        </w:rPr>
        <w:t xml:space="preserve">[38:20] </w:t>
      </w:r>
      <w:r>
        <w:t>to ek aisi duniya, kaisi ajib duniya hogi jahan sache logon ko unki sachai ka inaam milega.</w:t>
      </w:r>
    </w:p>
    <w:p>
      <w:pPr>
        <w:jc w:val="right"/>
      </w:pPr>
      <w:r>
        <w:t>تو ایک ایسی دنیا، کیسی عجیب دنیا ہوگی جہاں سچے لوگوں کو ان کی سچائی کا انعام ملے۔</w:t>
      </w:r>
    </w:p>
    <w:p>
      <w:r>
        <w:rPr>
          <w:b/>
        </w:rPr>
        <w:t xml:space="preserve">[38:25] </w:t>
      </w:r>
      <w:r>
        <w:t>to jo yeh chahta ho ke aisi dunya use mile to is dunya mein us ko sach par qaim hona padega. sach par khare hona padega. jaisa ke maine kaha sach ka matlab yeh hai ke direct jhoot bhi na bolna aur indirect jhoot bhi na bolna. Quran mein ek ayat hai ke luyulbboon bisanatihim. Surah Nisa chapter</w:t>
      </w:r>
    </w:p>
    <w:p>
      <w:pPr>
        <w:jc w:val="right"/>
      </w:pPr>
      <w:r>
        <w:t>تو جو یہ چاہتا ہو کہ ایسی دنیا اسے ملے تو اس دنیا میں اس کو سچ پر قائم ہونا پڑے گا۔ سچ پر کھڑے ہونا پڑے گا۔ جیسا کہ میں نے کہا سچ کا مطلب یہ ہے کہ direct جھوٹ بھی نہ بولنا اور indirect جھوٹ بھی نہ بولنا۔ قرآن میں ایک آیت ہے کہ لیم بیلسنتہم۔ سورہ نساء chapter</w:t>
      </w:r>
    </w:p>
    <w:p>
      <w:r>
        <w:rPr>
          <w:b/>
        </w:rPr>
        <w:t xml:space="preserve">[38:55] </w:t>
      </w:r>
      <w:r>
        <w:t>number 4 verse number 146. lam yusallatuhum.</w:t>
      </w:r>
    </w:p>
    <w:p>
      <w:pPr>
        <w:jc w:val="right"/>
      </w:pPr>
      <w:r>
        <w:t>نمبر 4 verse نمبر 146۔ لیم بیلسنتہم۔</w:t>
      </w:r>
    </w:p>
    <w:p>
      <w:r>
        <w:rPr>
          <w:b/>
        </w:rPr>
        <w:t xml:space="preserve">[39:00] </w:t>
      </w:r>
      <w:r>
        <w:t>lam yusallatuhum kya hai? iska english mein kahenge ke ye un logon ke bare mein hai</w:t>
      </w:r>
    </w:p>
    <w:p>
      <w:pPr>
        <w:jc w:val="right"/>
      </w:pPr>
      <w:r>
        <w:t>لیم بیلسنتہم کیا ہے؟ اس کا انگلش میں کہیں گے کہ یہ ان لوگوں کے بارے میں ہے</w:t>
      </w:r>
    </w:p>
    <w:p>
      <w:r>
        <w:rPr>
          <w:b/>
        </w:rPr>
        <w:t xml:space="preserve">[39:05] </w:t>
      </w:r>
      <w:r>
        <w:t>jo hypocrite hote hain.</w:t>
      </w:r>
    </w:p>
    <w:p>
      <w:pPr>
        <w:jc w:val="right"/>
      </w:pPr>
      <w:r>
        <w:t>جو hypocrite ہوتے ہیں۔</w:t>
      </w:r>
    </w:p>
    <w:p>
      <w:r>
        <w:rPr>
          <w:b/>
        </w:rPr>
        <w:t xml:space="preserve">[39:10] </w:t>
      </w:r>
      <w:r>
        <w:t>baat ko ghuma phira kar kehte hain.</w:t>
      </w:r>
    </w:p>
    <w:p>
      <w:pPr>
        <w:jc w:val="right"/>
      </w:pPr>
      <w:r>
        <w:t>بات کو گھما پھرا کر کہتے ہیں۔</w:t>
      </w:r>
    </w:p>
    <w:p>
      <w:r>
        <w:rPr>
          <w:b/>
        </w:rPr>
        <w:t xml:space="preserve">[39:15] </w:t>
      </w:r>
      <w:r>
        <w:t>تو with a twist of their tongues.</w:t>
      </w:r>
    </w:p>
    <w:p>
      <w:pPr>
        <w:jc w:val="right"/>
      </w:pPr>
      <w:r>
        <w:t>تو with a twist of their tongues۔</w:t>
      </w:r>
    </w:p>
    <w:p>
      <w:r>
        <w:rPr>
          <w:b/>
        </w:rPr>
        <w:t xml:space="preserve">[39:20] </w:t>
      </w:r>
      <w:r>
        <w:t>is ka tar</w:t>
      </w:r>
    </w:p>
    <w:p>
      <w:pPr>
        <w:jc w:val="right"/>
      </w:pPr>
      <w:r>
        <w:t>اس کا تر</w:t>
      </w:r>
    </w:p>
    <w:p>
      <w:r>
        <w:rPr>
          <w:b/>
        </w:rPr>
        <w:t xml:space="preserve">[39:25] </w:t>
      </w:r>
      <w:r>
        <w:t>jumeh hai laim bilsunnatum ka.</w:t>
      </w:r>
    </w:p>
    <w:p>
      <w:pPr>
        <w:jc w:val="right"/>
      </w:pPr>
      <w:r>
        <w:t>جمہ ہے لیم بیلسنتہم کا۔</w:t>
      </w:r>
    </w:p>
    <w:p>
      <w:r>
        <w:rPr>
          <w:b/>
        </w:rPr>
        <w:t xml:space="preserve">[39:29] </w:t>
      </w:r>
      <w:r>
        <w:t>With a twist of their tongues.</w:t>
      </w:r>
    </w:p>
    <w:p>
      <w:pPr>
        <w:jc w:val="right"/>
      </w:pPr>
      <w:r>
        <w:t>With a twist of their tongues۔</w:t>
      </w:r>
    </w:p>
    <w:p>
      <w:r>
        <w:rPr>
          <w:b/>
        </w:rPr>
        <w:t xml:space="preserve">[39:33] </w:t>
      </w:r>
      <w:r>
        <w:t>yani twist kar ke bolna.</w:t>
      </w:r>
    </w:p>
    <w:p>
      <w:pPr>
        <w:jc w:val="right"/>
      </w:pPr>
      <w:r>
        <w:t>یعنی twist کر کے بولنا۔</w:t>
      </w:r>
    </w:p>
    <w:p>
      <w:r>
        <w:rPr>
          <w:b/>
        </w:rPr>
        <w:t xml:space="preserve">[39:37] </w:t>
      </w:r>
      <w:r>
        <w:t>aap jante hain ke twist kar ke bolne ka matlab kya hai? baat ko kuch ghuma phira kar kehna.</w:t>
      </w:r>
    </w:p>
    <w:p>
      <w:pPr>
        <w:jc w:val="right"/>
      </w:pPr>
      <w:r>
        <w:t>آپ جانتے ہیں کہ twist کر کے بولنے کا مطلب کیا ہے؟ بات کو کچھ گھما پھرا کر کہنا۔</w:t>
      </w:r>
    </w:p>
    <w:p>
      <w:r>
        <w:rPr>
          <w:b/>
        </w:rPr>
        <w:t xml:space="preserve">[39:41] </w:t>
      </w:r>
      <w:r>
        <w:t>seedhe seedhe na batana.</w:t>
      </w:r>
    </w:p>
    <w:p>
      <w:pPr>
        <w:jc w:val="right"/>
      </w:pPr>
      <w:r>
        <w:t>سیدھے سیدھے نہ بتانا۔</w:t>
      </w:r>
    </w:p>
    <w:p>
      <w:r>
        <w:rPr>
          <w:b/>
        </w:rPr>
        <w:t xml:space="preserve">[39:45] </w:t>
      </w:r>
      <w:r>
        <w:t>yani seedhi seedhi jo picture hai woh na karna.</w:t>
      </w:r>
    </w:p>
    <w:p>
      <w:pPr>
        <w:jc w:val="right"/>
      </w:pPr>
      <w:r>
        <w:t>یعنی سیدھی سیدھی جو picture ہے وہ نہ کرنا۔</w:t>
      </w:r>
    </w:p>
    <w:p>
      <w:r>
        <w:rPr>
          <w:b/>
        </w:rPr>
        <w:t xml:space="preserve">[39:49] </w:t>
      </w:r>
      <w:r>
        <w:t>kuch ghuma phira kar ke, kuch ghata kar ke, kuch barha kar, kuch aise, kuch wese.</w:t>
      </w:r>
    </w:p>
    <w:p>
      <w:pPr>
        <w:jc w:val="right"/>
      </w:pPr>
      <w:r>
        <w:t>کچھ گھما پھرا کر کے، کچھ گھٹا کر کے، کچھ بڑھا کر، کچھ ایسے، کچھ ویسے۔</w:t>
      </w:r>
    </w:p>
    <w:p>
      <w:r>
        <w:rPr>
          <w:b/>
        </w:rPr>
        <w:t xml:space="preserve">[39:52] </w:t>
      </w:r>
      <w:r>
        <w:t>to twist kar ke bolne ko</w:t>
      </w:r>
    </w:p>
    <w:p>
      <w:pPr>
        <w:jc w:val="right"/>
      </w:pPr>
      <w:r>
        <w:t>تو twist کر کے بولنے کو</w:t>
      </w:r>
    </w:p>
    <w:p>
      <w:r>
        <w:rPr>
          <w:b/>
        </w:rPr>
        <w:t xml:space="preserve">[39:56] </w:t>
      </w:r>
      <w:r>
        <w:t>wale jo hain un ko munafiq kaha gaya hai. Hypocrite.</w:t>
      </w:r>
    </w:p>
    <w:p>
      <w:pPr>
        <w:jc w:val="right"/>
      </w:pPr>
      <w:r>
        <w:t>والے جو ہیں ان کو منافق کہا گیا ہے۔ Hypocrite۔</w:t>
      </w:r>
    </w:p>
    <w:p>
      <w:r>
        <w:rPr>
          <w:b/>
        </w:rPr>
        <w:t xml:space="preserve">[40:04] </w:t>
      </w:r>
      <w:r>
        <w:t>Hypocrite ke liye Quran mein hai ke innal munafiqeena fil darikil asfali min an-nar.</w:t>
      </w:r>
    </w:p>
    <w:p>
      <w:pPr>
        <w:jc w:val="right"/>
      </w:pPr>
      <w:r>
        <w:t>Hypocrite کے لیے قرآن میں ہے کہ ان المنافقین فی الدرک الاسفل من النار۔</w:t>
      </w:r>
    </w:p>
    <w:p>
      <w:r>
        <w:rPr>
          <w:b/>
        </w:rPr>
        <w:t xml:space="preserve">[40:12] </w:t>
      </w:r>
      <w:r>
        <w:t>munafiq log yani hypocrite log hell ke sab se zyada neeche ke darje mein honge.</w:t>
      </w:r>
    </w:p>
    <w:p>
      <w:pPr>
        <w:jc w:val="right"/>
      </w:pPr>
      <w:r>
        <w:t>منافق لوگ یعنی hypocrite لوگ ہیل کے سب سے زیادہ نیچے کے درجے میں ہوں گے۔</w:t>
      </w:r>
    </w:p>
    <w:p>
      <w:r>
        <w:rPr>
          <w:b/>
        </w:rPr>
        <w:t xml:space="preserve">[40:19] </w:t>
      </w:r>
      <w:r>
        <w:t>munafiq ya hypocrite logon ke liye wahan bohat zyada buri jagah hai.</w:t>
      </w:r>
    </w:p>
    <w:p>
      <w:pPr>
        <w:jc w:val="right"/>
      </w:pPr>
      <w:r>
        <w:t>منافق یا hypocrite لوگوں کے لیے وہاں بہت زیادہ بری جگہ ہے۔</w:t>
      </w:r>
    </w:p>
    <w:p>
      <w:r>
        <w:rPr>
          <w:b/>
        </w:rPr>
        <w:t xml:space="preserve">[40:27] </w:t>
      </w:r>
      <w:r>
        <w:t>ab munafiq ki pehchan yeh batai ke is ke andar laim bilsunnatum.</w:t>
      </w:r>
    </w:p>
    <w:p>
      <w:pPr>
        <w:jc w:val="right"/>
      </w:pPr>
      <w:r>
        <w:t>اب منافق کی پہچان یہ بتائی کہ اس کے اندر لیم بیلسنتہم۔</w:t>
      </w:r>
    </w:p>
    <w:p>
      <w:r>
        <w:rPr>
          <w:b/>
        </w:rPr>
        <w:t xml:space="preserve">[40:31] </w:t>
      </w:r>
      <w:r>
        <w:t>yani twist kar ke bolna.</w:t>
      </w:r>
    </w:p>
    <w:p>
      <w:pPr>
        <w:jc w:val="right"/>
      </w:pPr>
      <w:r>
        <w:t>یعنی twist کر کے بولنا۔</w:t>
      </w:r>
    </w:p>
    <w:p>
      <w:r>
        <w:rPr>
          <w:b/>
        </w:rPr>
        <w:t xml:space="preserve">[40:36] </w:t>
      </w:r>
      <w:r>
        <w:t>baaton ko sachai ke sath na kehna.</w:t>
      </w:r>
    </w:p>
    <w:p>
      <w:pPr>
        <w:jc w:val="right"/>
      </w:pPr>
      <w:r>
        <w:t>باتوں کو سچائی کے ساتھ نہ کہنا۔</w:t>
      </w:r>
    </w:p>
    <w:p>
      <w:r>
        <w:rPr>
          <w:b/>
        </w:rPr>
        <w:t xml:space="preserve">[40:40] </w:t>
      </w:r>
      <w:r>
        <w:t>baaton mein kuch jhoot bana kar ke kehna.</w:t>
      </w:r>
    </w:p>
    <w:p>
      <w:pPr>
        <w:jc w:val="right"/>
      </w:pPr>
      <w:r>
        <w:t>باتوں میں کچھ جھوٹ بنا کر کے کہنا۔</w:t>
      </w:r>
    </w:p>
    <w:p>
      <w:r>
        <w:rPr>
          <w:b/>
        </w:rPr>
        <w:t xml:space="preserve">[40:44] </w:t>
      </w:r>
      <w:r>
        <w:t>to la al-lisan.</w:t>
      </w:r>
    </w:p>
    <w:p>
      <w:pPr>
        <w:jc w:val="right"/>
      </w:pPr>
      <w:r>
        <w:t>تو لی اللسان۔</w:t>
      </w:r>
    </w:p>
    <w:p>
      <w:r>
        <w:rPr>
          <w:b/>
        </w:rPr>
        <w:t xml:space="preserve">[40:48] </w:t>
      </w:r>
      <w:r>
        <w:t>yani twist kar ke bolna yeh bhi jhoot hai.</w:t>
      </w:r>
    </w:p>
    <w:p>
      <w:pPr>
        <w:jc w:val="right"/>
      </w:pPr>
      <w:r>
        <w:t>یعنی twist کر کے بولنا یہ بھی جھوٹ ہے۔</w:t>
      </w:r>
    </w:p>
    <w:p>
      <w:r>
        <w:rPr>
          <w:b/>
        </w:rPr>
        <w:t xml:space="preserve">[40:53] </w:t>
      </w:r>
      <w:r>
        <w:t>aur yeh jhoot jo log bolein un ke liye paradise mein jagah milne wali nahi hai.</w:t>
      </w:r>
    </w:p>
    <w:p>
      <w:pPr>
        <w:jc w:val="right"/>
      </w:pPr>
      <w:r>
        <w:t>اور یہ جھوٹ جو لوگ بولیں ان کے لیے paradise میں جگہ ملنے والی نہیں ہے۔</w:t>
      </w:r>
    </w:p>
    <w:p>
      <w:r>
        <w:rPr>
          <w:b/>
        </w:rPr>
        <w:t xml:space="preserve">[40:57] </w:t>
      </w:r>
      <w:r>
        <w:t>yeh bohat hi buri aadat hai twist kar ke bolna.</w:t>
      </w:r>
    </w:p>
    <w:p>
      <w:pPr>
        <w:jc w:val="right"/>
      </w:pPr>
      <w:r>
        <w:t>یہ بہت ہی بری عادت ہے twist کر کے بولنا۔</w:t>
      </w:r>
    </w:p>
    <w:p>
      <w:r>
        <w:rPr>
          <w:b/>
        </w:rPr>
        <w:t xml:space="preserve">[41:02] </w:t>
      </w:r>
      <w:r>
        <w:t>bohat zyada buri aadat hai.</w:t>
      </w:r>
    </w:p>
    <w:p>
      <w:pPr>
        <w:jc w:val="right"/>
      </w:pPr>
      <w:r>
        <w:t>بہت زیادہ بری عادت ہے۔</w:t>
      </w:r>
    </w:p>
    <w:p>
      <w:r>
        <w:rPr>
          <w:b/>
        </w:rPr>
        <w:t xml:space="preserve">[41:07] </w:t>
      </w:r>
      <w:r>
        <w:t>Allah taala ko bohat zyada napasand hai ke twist kar ke bolna.</w:t>
      </w:r>
    </w:p>
    <w:p>
      <w:pPr>
        <w:jc w:val="right"/>
      </w:pPr>
      <w:r>
        <w:t>اللہ تعالیٰ کو بہت زیادہ ناپسند ہے کہ twist کر کے بولنا۔</w:t>
      </w:r>
    </w:p>
    <w:p>
      <w:r>
        <w:rPr>
          <w:b/>
        </w:rPr>
        <w:t xml:space="preserve">[41:12] </w:t>
      </w:r>
      <w:r>
        <w:t>is se bohat zyada aadmi ko bachna chahiye.</w:t>
      </w:r>
    </w:p>
    <w:p>
      <w:pPr>
        <w:jc w:val="right"/>
      </w:pPr>
      <w:r>
        <w:t>اس سے بہت زیادہ آدمی کو بچنا چاہیے۔</w:t>
      </w:r>
    </w:p>
    <w:p>
      <w:r>
        <w:rPr>
          <w:b/>
        </w:rPr>
        <w:t xml:space="preserve">[41:17] </w:t>
      </w:r>
      <w:r>
        <w:t>kuch logon ke bare mein farmaya ke yuhsabuna an-hum ala ash-shay.</w:t>
      </w:r>
    </w:p>
    <w:p>
      <w:pPr>
        <w:jc w:val="right"/>
      </w:pPr>
      <w:r>
        <w:t>کچھ لوگوں کے بارے میں فرمایا کہ یحسبون عنہم علی الشیء۔</w:t>
      </w:r>
    </w:p>
    <w:p>
      <w:r>
        <w:rPr>
          <w:b/>
        </w:rPr>
        <w:t xml:space="preserve">[41:22] </w:t>
      </w:r>
      <w:r>
        <w:t>Surah Mujadalah mein bataya verse number 18. Yuhsabuna an</w:t>
      </w:r>
    </w:p>
    <w:p>
      <w:pPr>
        <w:jc w:val="right"/>
      </w:pPr>
      <w:r>
        <w:t>سورہ مجادلہ میں بتایا verse نمبر 18۔ یحسبون عن</w:t>
      </w:r>
    </w:p>
    <w:p>
      <w:r>
        <w:rPr>
          <w:b/>
        </w:rPr>
        <w:t xml:space="preserve">[41:27] </w:t>
      </w:r>
      <w:r>
        <w:t>hum ali al-shay'.</w:t>
      </w:r>
    </w:p>
    <w:p>
      <w:pPr>
        <w:jc w:val="right"/>
      </w:pPr>
      <w:r>
        <w:t>ہم علی الشیء۔</w:t>
      </w:r>
    </w:p>
    <w:p>
      <w:r>
        <w:rPr>
          <w:b/>
        </w:rPr>
        <w:t xml:space="preserve">[41:31] </w:t>
      </w:r>
      <w:r>
        <w:t>yani baatein banate hain aur samajhte hain ke hum koi bara yani apna baat ko bohat, apni position</w:t>
      </w:r>
    </w:p>
    <w:p>
      <w:pPr>
        <w:jc w:val="right"/>
      </w:pPr>
      <w:r>
        <w:t>یعنی باتیں بناتے ہیں اور سمجھتے ہیں کہ ہم کوئی بڑا یعنی اپنا بات کو بہت، اپنی position</w:t>
      </w:r>
    </w:p>
    <w:p>
      <w:r>
        <w:rPr>
          <w:b/>
        </w:rPr>
        <w:t xml:space="preserve">[41:36] </w:t>
      </w:r>
      <w:r>
        <w:t>ko bohat pakka ki hui hai.</w:t>
      </w:r>
    </w:p>
    <w:p>
      <w:pPr>
        <w:jc w:val="right"/>
      </w:pPr>
      <w:r>
        <w:t>کو بہت پکا کی ہوئی ہے۔</w:t>
      </w:r>
    </w:p>
    <w:p>
      <w:r>
        <w:rPr>
          <w:b/>
        </w:rPr>
        <w:t xml:space="preserve">[41:40] </w:t>
      </w:r>
      <w:r>
        <w:t>baatein bana kar ke, koi jhoot sach mila kar ke apni position jo log bohat achhi banaye rehte</w:t>
      </w:r>
    </w:p>
    <w:p>
      <w:pPr>
        <w:jc w:val="right"/>
      </w:pPr>
      <w:r>
        <w:t>باتیں بنا کر کے، کوئی جھوٹ سچ ملا کر کے اپنی position جو لوگ بہت اچھی بنائے رہتے</w:t>
      </w:r>
    </w:p>
    <w:p>
      <w:r>
        <w:rPr>
          <w:b/>
        </w:rPr>
        <w:t xml:space="preserve">[41:44] </w:t>
      </w:r>
      <w:r>
        <w:t>hain to woh samajhte hain ke hum bara achha kar rahe hain.</w:t>
      </w:r>
    </w:p>
    <w:p>
      <w:pPr>
        <w:jc w:val="right"/>
      </w:pPr>
      <w:r>
        <w:t>ہیں تو وہ سمجھتے ہیں کہ ہم بڑا اچھا کر رہے ہیں۔</w:t>
      </w:r>
    </w:p>
    <w:p>
      <w:r>
        <w:rPr>
          <w:b/>
        </w:rPr>
        <w:t xml:space="preserve">[41:49] </w:t>
      </w:r>
      <w:r>
        <w:t>aur Khuda aise logon se hate karta hai.</w:t>
      </w:r>
    </w:p>
    <w:p>
      <w:pPr>
        <w:jc w:val="right"/>
      </w:pPr>
      <w:r>
        <w:t>اور خدا ایسے لوگوں سے hate کرتا ہے۔</w:t>
      </w:r>
    </w:p>
    <w:p>
      <w:r>
        <w:rPr>
          <w:b/>
        </w:rPr>
        <w:t xml:space="preserve">[41:53] </w:t>
      </w:r>
      <w:r>
        <w:t>aap ne aise log dekhe honge ke</w:t>
      </w:r>
    </w:p>
    <w:p>
      <w:pPr>
        <w:jc w:val="right"/>
      </w:pPr>
      <w:r>
        <w:t>آپ نے ایسے لوگ دیکھے ہوں گے کہ</w:t>
      </w:r>
    </w:p>
    <w:p>
      <w:r>
        <w:rPr>
          <w:b/>
        </w:rPr>
        <w:t xml:space="preserve">[41:57] </w:t>
      </w:r>
      <w:r>
        <w:t>samaj mein acha bana rehne ke liye ajeeb ajeeb tarah ki baatein woh ajeeb ajeeb tareeqe se baatein karte hain. yaani straight forward baat nahi karenge woh. twist kar ke bolenge aur kuch baat kahenge, kuch baat chupayenge. ajeeb ghareeb tareeqe se woh. to farmaya ke yeh log samajhte hain ke hum bara acha kaam kar rahe hain kyunke samaj mein bari achi position bana li hai hum ne is tarah se. lekin</w:t>
      </w:r>
    </w:p>
    <w:p>
      <w:pPr>
        <w:jc w:val="right"/>
      </w:pPr>
      <w:r>
        <w:t>سماج میں اچھا بنا رہنے کے لیے عجیب عجیب طرح کی باتیں وہ عجیب عجیب طریقے سے باتیں کرتے ہیں۔ یعنی straight forward بات نہیں کریں گے وہ۔ twist کر کے بولیں گے اور کچھ بات کہیں گے، کچھ بات چھپائیں گے۔ عجیب غریب طریقے سے وہ۔ تو فرمایا کہ یہ لوگ سمجھتے ہیں کہ ہم بڑا اچھا کام کر رہے ہیں کیونکہ سماج میں بڑی اچھی position بنا لی ہے ہم نے اس طرح سے۔ لیکن</w:t>
      </w:r>
    </w:p>
    <w:p>
      <w:r>
        <w:rPr>
          <w:b/>
        </w:rPr>
        <w:t xml:space="preserve">[42:27] </w:t>
      </w:r>
      <w:r>
        <w:t>Khuda ke nazdeek woh bohat hi zyada bure thaireinge is din.</w:t>
      </w:r>
    </w:p>
    <w:p>
      <w:pPr>
        <w:jc w:val="right"/>
      </w:pPr>
      <w:r>
        <w:t>خدا کے نزدیک وہ بہت ہی زیادہ برے ٹھہریں گے اس دن۔</w:t>
      </w:r>
    </w:p>
    <w:p>
      <w:r>
        <w:rPr>
          <w:b/>
        </w:rPr>
        <w:t xml:space="preserve">[42:33] </w:t>
      </w:r>
      <w:r>
        <w:t>to farmaaya ke ala annhum hum al-kaziboon.</w:t>
      </w:r>
    </w:p>
    <w:p>
      <w:pPr>
        <w:jc w:val="right"/>
      </w:pPr>
      <w:r>
        <w:t>تو فرمایا کہ الا انہم هم الکاذبون۔</w:t>
      </w:r>
    </w:p>
    <w:p>
      <w:r>
        <w:rPr>
          <w:b/>
        </w:rPr>
        <w:t xml:space="preserve">[42:39] </w:t>
      </w:r>
      <w:r>
        <w:t>yani aise log jo hain woh jhoote hain.</w:t>
      </w:r>
    </w:p>
    <w:p>
      <w:pPr>
        <w:jc w:val="right"/>
      </w:pPr>
      <w:r>
        <w:t>یعنی ایسے لوگ جو ہیں وہ جھوٹے ہیں۔</w:t>
      </w:r>
    </w:p>
    <w:p>
      <w:r>
        <w:rPr>
          <w:b/>
        </w:rPr>
        <w:t xml:space="preserve">[42:45] </w:t>
      </w:r>
      <w:r>
        <w:t>yani chahe woh naked jhoot na bolte ho.</w:t>
      </w:r>
    </w:p>
    <w:p>
      <w:pPr>
        <w:jc w:val="right"/>
      </w:pPr>
      <w:r>
        <w:t>یعنی چاہے وہ naked جھوٹ نہ بولتے ہوں۔</w:t>
      </w:r>
    </w:p>
    <w:p>
      <w:r>
        <w:rPr>
          <w:b/>
        </w:rPr>
        <w:t xml:space="preserve">[42:51] </w:t>
      </w:r>
      <w:r>
        <w:t>yeh inhi logon ke baare mein kaha gaya ke aise log jhoote hain. Ala an</w:t>
      </w:r>
    </w:p>
    <w:p>
      <w:pPr>
        <w:jc w:val="right"/>
      </w:pPr>
      <w:r>
        <w:t>یہ انہی لوگوں کے بارے میں کہا گیا کہ ایسے لوگ جھوٹے ہیں۔ الا ان</w:t>
      </w:r>
    </w:p>
    <w:p>
      <w:r>
        <w:rPr>
          <w:b/>
        </w:rPr>
        <w:t xml:space="preserve">[42:57] </w:t>
      </w:r>
      <w:r>
        <w:t>hum hum al-kaziboon.</w:t>
      </w:r>
    </w:p>
    <w:p>
      <w:pPr>
        <w:jc w:val="right"/>
      </w:pPr>
      <w:r>
        <w:t>ہم هم الکاذبون۔</w:t>
      </w:r>
    </w:p>
    <w:p>
      <w:r>
        <w:rPr>
          <w:b/>
        </w:rPr>
        <w:t xml:space="preserve">[43:02] </w:t>
      </w:r>
      <w:r>
        <w:t>yani twist kar ke bolte hain aur baaton ko is tareeqe se kehte hain ke un ke liye</w:t>
      </w:r>
    </w:p>
    <w:p>
      <w:pPr>
        <w:jc w:val="right"/>
      </w:pPr>
      <w:r>
        <w:t>یعنی twist کر کے بولتے ہیں اور باتوں کو اس طریقے سے کہتے ہیں کہ ان کے لیے</w:t>
      </w:r>
    </w:p>
    <w:p>
      <w:r>
        <w:rPr>
          <w:b/>
        </w:rPr>
        <w:t xml:space="preserve">[43:06] </w:t>
      </w:r>
      <w:r>
        <w:t>favorable ban jaaye woh.</w:t>
      </w:r>
    </w:p>
    <w:p>
      <w:pPr>
        <w:jc w:val="right"/>
      </w:pPr>
      <w:r>
        <w:t>favorable بن جائے وہ۔</w:t>
      </w:r>
    </w:p>
    <w:p>
      <w:r>
        <w:rPr>
          <w:b/>
        </w:rPr>
        <w:t xml:space="preserve">[43:11] </w:t>
      </w:r>
      <w:r>
        <w:t>un ki woh bohat hi achhi position wale dikhai dein woh.</w:t>
      </w:r>
    </w:p>
    <w:p>
      <w:pPr>
        <w:jc w:val="right"/>
      </w:pPr>
      <w:r>
        <w:t>ان کی وہ بہت ہی اچھی position والے دکھائی دیں وہ۔</w:t>
      </w:r>
    </w:p>
    <w:p>
      <w:r>
        <w:rPr>
          <w:b/>
        </w:rPr>
        <w:t xml:space="preserve">[43:15] </w:t>
      </w:r>
      <w:r>
        <w:t>to is tareeqe se jo log bolte hain un ko kaha gaya ke woh jhoote hain, kazib hain woh.</w:t>
      </w:r>
    </w:p>
    <w:p>
      <w:pPr>
        <w:jc w:val="right"/>
      </w:pPr>
      <w:r>
        <w:t>تو اس طریقے سے جو لوگ بولتے ہیں ان کو کہا گیا کہ وہ جھوٹے ہیں، کاذب ہیں وہ۔</w:t>
      </w:r>
    </w:p>
    <w:p>
      <w:r>
        <w:rPr>
          <w:b/>
        </w:rPr>
        <w:t xml:space="preserve">[43:20] </w:t>
      </w:r>
      <w:r>
        <w:t>aur jhoote logon ka thikana bohat hi bura hai wahan par.</w:t>
      </w:r>
    </w:p>
    <w:p>
      <w:pPr>
        <w:jc w:val="right"/>
      </w:pPr>
      <w:r>
        <w:t>اور جھوٹے لوگوں کا ٹھکانہ بہت ہی برا ہے وہاں پر۔</w:t>
      </w:r>
    </w:p>
    <w:p>
      <w:r>
        <w:rPr>
          <w:b/>
        </w:rPr>
        <w:t xml:space="preserve">[43:24] </w:t>
      </w:r>
      <w:r>
        <w:t>ab mein aap ko kuch hadithain</w:t>
      </w:r>
    </w:p>
    <w:p>
      <w:pPr>
        <w:jc w:val="right"/>
      </w:pPr>
      <w:r>
        <w:t>اب میں آپ کو کچھ حدیثیں</w:t>
      </w:r>
    </w:p>
    <w:p>
      <w:r>
        <w:rPr>
          <w:b/>
        </w:rPr>
        <w:t xml:space="preserve">[43:29] </w:t>
      </w:r>
      <w:r>
        <w:t>bataunga.</w:t>
      </w:r>
    </w:p>
    <w:p>
      <w:pPr>
        <w:jc w:val="right"/>
      </w:pPr>
      <w:r>
        <w:t>بتاؤں گا۔</w:t>
      </w:r>
    </w:p>
    <w:p>
      <w:r>
        <w:rPr>
          <w:b/>
        </w:rPr>
        <w:t xml:space="preserve">[43:35] </w:t>
      </w:r>
      <w:r>
        <w:t>ek hadith mein hai ke munafiq ki pehchan iza hadath kaziba.</w:t>
      </w:r>
    </w:p>
    <w:p>
      <w:pPr>
        <w:jc w:val="right"/>
      </w:pPr>
      <w:r>
        <w:t>ایک حدیث میں ہے کہ منافق کی پہچان اذا حدث کذبا۔</w:t>
      </w:r>
    </w:p>
    <w:p>
      <w:r>
        <w:rPr>
          <w:b/>
        </w:rPr>
        <w:t xml:space="preserve">[43:41] </w:t>
      </w:r>
      <w:r>
        <w:t>jab woh bole to jhoot bole.</w:t>
      </w:r>
    </w:p>
    <w:p>
      <w:pPr>
        <w:jc w:val="right"/>
      </w:pPr>
      <w:r>
        <w:t>جب وہ بولے تو جھوٹ بولے۔</w:t>
      </w:r>
    </w:p>
    <w:p>
      <w:r>
        <w:rPr>
          <w:b/>
        </w:rPr>
        <w:t xml:space="preserve">[43:47] </w:t>
      </w:r>
      <w:r>
        <w:t>munafiq ki ya hypocrite ki pehchan yeh hai ke jab woh bole to jhoot bole.</w:t>
      </w:r>
    </w:p>
    <w:p>
      <w:pPr>
        <w:jc w:val="right"/>
      </w:pPr>
      <w:r>
        <w:t>منافق کی یا hypocrite کی پہچان یہ ہے کہ جب وہ بولے تو جھوٹ بولے۔</w:t>
      </w:r>
    </w:p>
    <w:p>
      <w:r>
        <w:rPr>
          <w:b/>
        </w:rPr>
        <w:t xml:space="preserve">[43:53] </w:t>
      </w:r>
      <w:r>
        <w:t>to jhoot bolna bohat hi zyada napasand hai Khuda ko. Aur sach</w:t>
      </w:r>
    </w:p>
    <w:p>
      <w:pPr>
        <w:jc w:val="right"/>
      </w:pPr>
      <w:r>
        <w:t>تو جھوٹ بولنا بہت ہی زیادہ ناپسند ہے خدا کو۔ اور سچ</w:t>
      </w:r>
    </w:p>
    <w:p>
      <w:r>
        <w:rPr>
          <w:b/>
        </w:rPr>
        <w:t xml:space="preserve">[43:59] </w:t>
      </w:r>
      <w:r>
        <w:t>bolna itna hi zyada pasand hai Khuda ko.</w:t>
      </w:r>
    </w:p>
    <w:p>
      <w:pPr>
        <w:jc w:val="right"/>
      </w:pPr>
      <w:r>
        <w:t>بولنا اتنا ہی زیادہ پسند ہے خدا کو۔</w:t>
      </w:r>
    </w:p>
    <w:p>
      <w:r>
        <w:rPr>
          <w:b/>
        </w:rPr>
        <w:t xml:space="preserve">[44:04] </w:t>
      </w:r>
      <w:r>
        <w:t>isi liye main ne kaha ke truth is God to galat hai lekin sahi baat yeh hai ke</w:t>
      </w:r>
    </w:p>
    <w:p>
      <w:pPr>
        <w:jc w:val="right"/>
      </w:pPr>
      <w:r>
        <w:t>اسی لیے میں نے کہا کہ truth is God تو غلط ہے لیکن صحیح بات یہ ہے کہ</w:t>
      </w:r>
    </w:p>
    <w:p>
      <w:r>
        <w:rPr>
          <w:b/>
        </w:rPr>
        <w:t xml:space="preserve">[44:09] </w:t>
      </w:r>
      <w:r>
        <w:t>God loves truth and God hates falsehood.</w:t>
      </w:r>
    </w:p>
    <w:p>
      <w:pPr>
        <w:jc w:val="right"/>
      </w:pPr>
      <w:r>
        <w:t>God loves truth and God hates falsehood۔</w:t>
      </w:r>
    </w:p>
    <w:p>
      <w:r>
        <w:rPr>
          <w:b/>
        </w:rPr>
        <w:t xml:space="preserve">[44:14] </w:t>
      </w:r>
      <w:r>
        <w:t>yeh zyada sahi baat hai yeh.</w:t>
      </w:r>
    </w:p>
    <w:p>
      <w:pPr>
        <w:jc w:val="right"/>
      </w:pPr>
      <w:r>
        <w:t>یہ زیادہ صحیح بات ہے یہ۔</w:t>
      </w:r>
    </w:p>
    <w:p>
      <w:r>
        <w:rPr>
          <w:b/>
        </w:rPr>
        <w:t xml:space="preserve">[44:19] </w:t>
      </w:r>
      <w:r>
        <w:t>dekhiye ek hadith hai is mein sadq al hadith wa ada al amanah.</w:t>
      </w:r>
    </w:p>
    <w:p>
      <w:pPr>
        <w:jc w:val="right"/>
      </w:pPr>
      <w:r>
        <w:t>دیکھیے ایک حدیث ہے اس میں صدق الحدیث و ادا الامانہ۔</w:t>
      </w:r>
    </w:p>
    <w:p>
      <w:r>
        <w:rPr>
          <w:b/>
        </w:rPr>
        <w:t xml:space="preserve">[44:24] </w:t>
      </w:r>
      <w:r>
        <w:t>sachay momin ki jo do sifat bat</w:t>
      </w:r>
    </w:p>
    <w:p>
      <w:pPr>
        <w:jc w:val="right"/>
      </w:pPr>
      <w:r>
        <w:t>سچے مومن کی جو دو صفت بت</w:t>
      </w:r>
    </w:p>
    <w:p>
      <w:r>
        <w:rPr>
          <w:b/>
        </w:rPr>
        <w:t xml:space="preserve">[44:29] </w:t>
      </w:r>
      <w:r>
        <w:t>ai gayi ke woh bolta hai to sach bolta hai aur aur amanat is ke paas ho to</w:t>
      </w:r>
    </w:p>
    <w:p>
      <w:pPr>
        <w:jc w:val="right"/>
      </w:pPr>
      <w:r>
        <w:t>ائی گئی کہ وہ بولتا ہے تو سچ بولتا ہے اور اور امانت اس کے پاس ہو تو</w:t>
      </w:r>
    </w:p>
    <w:p>
      <w:r>
        <w:rPr>
          <w:b/>
        </w:rPr>
        <w:t xml:space="preserve">[44:35] </w:t>
      </w:r>
      <w:r>
        <w:t>isko ada karta hai.</w:t>
      </w:r>
    </w:p>
    <w:p>
      <w:pPr>
        <w:jc w:val="right"/>
      </w:pPr>
      <w:r>
        <w:t>اس کو ادا کرتا ہے۔</w:t>
      </w:r>
    </w:p>
    <w:p>
      <w:r>
        <w:rPr>
          <w:b/>
        </w:rPr>
        <w:t xml:space="preserve">[44:41] </w:t>
      </w:r>
      <w:r>
        <w:t>yani kisi ka paisa is ke paas hai, kisi ki property is ke paas hai to woh is</w:t>
      </w:r>
    </w:p>
    <w:p>
      <w:pPr>
        <w:jc w:val="right"/>
      </w:pPr>
      <w:r>
        <w:t>یعنی کسی کا پیسہ اس کے پاس ہے، کسی کی property اس کے پاس ہے تو وہ اس</w:t>
      </w:r>
    </w:p>
    <w:p>
      <w:r>
        <w:rPr>
          <w:b/>
        </w:rPr>
        <w:t xml:space="preserve">[44:47] </w:t>
      </w:r>
      <w:r>
        <w:t>ko lotata hai woh.</w:t>
      </w:r>
    </w:p>
    <w:p>
      <w:pPr>
        <w:jc w:val="right"/>
      </w:pPr>
      <w:r>
        <w:t>کو لوٹاتا ہے وہ۔</w:t>
      </w:r>
    </w:p>
    <w:p>
      <w:r>
        <w:rPr>
          <w:b/>
        </w:rPr>
        <w:t xml:space="preserve">[44:53] </w:t>
      </w:r>
      <w:r>
        <w:t>to sach bolna aur is ko aap keh sakte hain honesty.</w:t>
      </w:r>
    </w:p>
    <w:p>
      <w:pPr>
        <w:jc w:val="right"/>
      </w:pPr>
      <w:r>
        <w:t>تو سچ بولنا اور اس کو آپ کہہ سکتے ہیں honesty۔</w:t>
      </w:r>
    </w:p>
    <w:p>
      <w:r>
        <w:rPr>
          <w:b/>
        </w:rPr>
        <w:t xml:space="preserve">[44:59] </w:t>
      </w:r>
      <w:r>
        <w:t>yani truthfulness aur honesty do cheezain Khuda ko bohat zyada pasand hain.</w:t>
      </w:r>
    </w:p>
    <w:p>
      <w:pPr>
        <w:jc w:val="right"/>
      </w:pPr>
      <w:r>
        <w:t>یعنی truthfulness اور honesty دو چیزیں خدا کو بہت زیادہ پسند ہیں۔</w:t>
      </w:r>
    </w:p>
    <w:p>
      <w:r>
        <w:rPr>
          <w:b/>
        </w:rPr>
        <w:t xml:space="preserve">[45:05] </w:t>
      </w:r>
      <w:r>
        <w:t>Truthfulness aur honesty.</w:t>
      </w:r>
    </w:p>
    <w:p>
      <w:pPr>
        <w:jc w:val="right"/>
      </w:pPr>
      <w:r>
        <w:t>Truthfulness اور honesty۔</w:t>
      </w:r>
    </w:p>
    <w:p>
      <w:r>
        <w:rPr>
          <w:b/>
        </w:rPr>
        <w:t xml:space="preserve">[45:10] </w:t>
      </w:r>
      <w:r>
        <w:t>yani jo aadmi chahta ho ke is ko jannat mein jagah mile to yeh do cheezain bohat ahmiyat</w:t>
      </w:r>
    </w:p>
    <w:p>
      <w:pPr>
        <w:jc w:val="right"/>
      </w:pPr>
      <w:r>
        <w:t>یعنی جو آدمی چاہتا ہو کہ اس کو جنت میں جگہ ملے تو یہ دو چیزیں بہت اہمیت</w:t>
      </w:r>
    </w:p>
    <w:p>
      <w:r>
        <w:rPr>
          <w:b/>
        </w:rPr>
        <w:t xml:space="preserve">[45:15] </w:t>
      </w:r>
      <w:r>
        <w:t>is ki rakhti hain.</w:t>
      </w:r>
    </w:p>
    <w:p>
      <w:pPr>
        <w:jc w:val="right"/>
      </w:pPr>
      <w:r>
        <w:t>اس کی رکھتی ہیں۔</w:t>
      </w:r>
    </w:p>
    <w:p>
      <w:r>
        <w:rPr>
          <w:b/>
        </w:rPr>
        <w:t xml:space="preserve">[45:20] </w:t>
      </w:r>
      <w:r>
        <w:t>ke truthfulness aur honesty.</w:t>
      </w:r>
    </w:p>
    <w:p>
      <w:pPr>
        <w:jc w:val="right"/>
      </w:pPr>
      <w:r>
        <w:t>کہ truthfulness اور honesty۔</w:t>
      </w:r>
    </w:p>
    <w:p>
      <w:r>
        <w:rPr>
          <w:b/>
        </w:rPr>
        <w:t xml:space="preserve">[45:25] </w:t>
      </w:r>
      <w:r>
        <w:t>sach bolna aur dunya mein honest ban kar rehna.</w:t>
      </w:r>
    </w:p>
    <w:p>
      <w:pPr>
        <w:jc w:val="right"/>
      </w:pPr>
      <w:r>
        <w:t>سچ بولنا اور دنیا میں honest بن کر رہنا۔</w:t>
      </w:r>
    </w:p>
    <w:p>
      <w:r>
        <w:rPr>
          <w:b/>
        </w:rPr>
        <w:t xml:space="preserve">[45:30] </w:t>
      </w:r>
      <w:r>
        <w:t>ek hadith hai ke al sidq yahdi il al birr</w:t>
      </w:r>
    </w:p>
    <w:p>
      <w:pPr>
        <w:jc w:val="right"/>
      </w:pPr>
      <w:r>
        <w:t>ایک حدیث ہے کہ الصدق یہدی ال البر</w:t>
      </w:r>
    </w:p>
    <w:p>
      <w:r>
        <w:rPr>
          <w:b/>
        </w:rPr>
        <w:t xml:space="preserve">[45:36] </w:t>
      </w:r>
      <w:r>
        <w:t>wal birr yahdi il al jannah.</w:t>
      </w:r>
    </w:p>
    <w:p>
      <w:pPr>
        <w:jc w:val="right"/>
      </w:pPr>
      <w:r>
        <w:t>والبر یہدی ال الجنہ۔</w:t>
      </w:r>
    </w:p>
    <w:p>
      <w:r>
        <w:rPr>
          <w:b/>
        </w:rPr>
        <w:t xml:space="preserve">[45:40] </w:t>
      </w:r>
      <w:r>
        <w:t>sachai aadmi ko neki ki taraf le aati hai, virtue ki taraf le aati hai.</w:t>
      </w:r>
    </w:p>
    <w:p>
      <w:pPr>
        <w:jc w:val="right"/>
      </w:pPr>
      <w:r>
        <w:t>سچائی آدمی کو نیکی کی طرف لے آتی ہے، virtue کی طرف لے آتی ہے۔</w:t>
      </w:r>
    </w:p>
    <w:p>
      <w:r>
        <w:rPr>
          <w:b/>
        </w:rPr>
        <w:t xml:space="preserve">[45:44] </w:t>
      </w:r>
      <w:r>
        <w:t>aur neki aadmi ko jannat mein pohanchane wali cheez hai.</w:t>
      </w:r>
    </w:p>
    <w:p>
      <w:pPr>
        <w:jc w:val="right"/>
      </w:pPr>
      <w:r>
        <w:t>اور نیکی آدمی کو جنت میں پہنچانے والی چیز ہے۔</w:t>
      </w:r>
    </w:p>
    <w:p>
      <w:r>
        <w:rPr>
          <w:b/>
        </w:rPr>
        <w:t xml:space="preserve">[45:49] </w:t>
      </w:r>
      <w:r>
        <w:t>jab aadmi sachai ki zindagi ikhtiyar kare to is ke andar aur nekiyan aayengi aur virtues aayen</w:t>
      </w:r>
    </w:p>
    <w:p>
      <w:pPr>
        <w:jc w:val="right"/>
      </w:pPr>
      <w:r>
        <w:t>جب آدمی سچائی کی زندگی اختیار کرے تو اس کے اندر اور نیکیاں آئیں گی اور virtues آئیں</w:t>
      </w:r>
    </w:p>
    <w:p>
      <w:r>
        <w:rPr>
          <w:b/>
        </w:rPr>
        <w:t xml:space="preserve">[45:53] </w:t>
      </w:r>
      <w:r>
        <w:t>ge aur moral values aayenge.</w:t>
      </w:r>
    </w:p>
    <w:p>
      <w:pPr>
        <w:jc w:val="right"/>
      </w:pPr>
      <w:r>
        <w:t>گے اور moral values آئیں گے۔</w:t>
      </w:r>
    </w:p>
    <w:p>
      <w:r>
        <w:rPr>
          <w:b/>
        </w:rPr>
        <w:t xml:space="preserve">[45:58] </w:t>
      </w:r>
      <w:r>
        <w:t>aur phir is ke nateejay mein kya hoga ke woh jannat mein pohanch jayega.</w:t>
      </w:r>
    </w:p>
    <w:p>
      <w:pPr>
        <w:jc w:val="right"/>
      </w:pPr>
      <w:r>
        <w:t>اور پھر اس کے نتیجے میں کیا ہوگا کہ وہ جنت میں پہنچ جائے گا۔</w:t>
      </w:r>
    </w:p>
    <w:p>
      <w:r>
        <w:rPr>
          <w:b/>
        </w:rPr>
        <w:t xml:space="preserve">[46:02] </w:t>
      </w:r>
      <w:r>
        <w:t>wal kazib yahdi il al fujoor</w:t>
      </w:r>
    </w:p>
    <w:p>
      <w:pPr>
        <w:jc w:val="right"/>
      </w:pPr>
      <w:r>
        <w:t>والكذب یهدی ال الفجور</w:t>
      </w:r>
    </w:p>
    <w:p>
      <w:r>
        <w:rPr>
          <w:b/>
        </w:rPr>
        <w:t xml:space="preserve">[46:07] </w:t>
      </w:r>
      <w:r>
        <w:t>wal fujoor yahdi il al nar.</w:t>
      </w:r>
    </w:p>
    <w:p>
      <w:pPr>
        <w:jc w:val="right"/>
      </w:pPr>
      <w:r>
        <w:t>والفجور یهدی ال النار۔</w:t>
      </w:r>
    </w:p>
    <w:p>
      <w:r>
        <w:rPr>
          <w:b/>
        </w:rPr>
        <w:t xml:space="preserve">[46:13] </w:t>
      </w:r>
      <w:r>
        <w:t>aur jhoot bolne wala aadmi jo hai to buraiyon mein padega woh.</w:t>
      </w:r>
    </w:p>
    <w:p>
      <w:pPr>
        <w:jc w:val="right"/>
      </w:pPr>
      <w:r>
        <w:t>اور جھوٹ بولنے والا آدمی جو ہے تو برائیوں میں پڑے گا وہ۔</w:t>
      </w:r>
    </w:p>
    <w:p>
      <w:r>
        <w:rPr>
          <w:b/>
        </w:rPr>
        <w:t xml:space="preserve">[46:20] </w:t>
      </w:r>
      <w:r>
        <w:t>aur buraiyan aadmi ko jahannum mein le aati hain, hell mein le aati hain.</w:t>
      </w:r>
    </w:p>
    <w:p>
      <w:pPr>
        <w:jc w:val="right"/>
      </w:pPr>
      <w:r>
        <w:t>اور برائیاں آدمی کو جہنم میں لے آتی ہیں، ہیل میں لے آتی ہیں۔</w:t>
      </w:r>
    </w:p>
    <w:p>
      <w:r>
        <w:rPr>
          <w:b/>
        </w:rPr>
        <w:t xml:space="preserve">[46:26] </w:t>
      </w:r>
      <w:r>
        <w:t>to sachai aur sach aur jhoot dono alag alag raaste banate hain aadmi ka.</w:t>
      </w:r>
    </w:p>
    <w:p>
      <w:pPr>
        <w:jc w:val="right"/>
      </w:pPr>
      <w:r>
        <w:t>تو سچائی اور سچ اور جھوٹ دونوں الگ الگ راستے بناتے ہیں آدمی کا۔</w:t>
      </w:r>
    </w:p>
    <w:p>
      <w:r>
        <w:rPr>
          <w:b/>
        </w:rPr>
        <w:t xml:space="preserve">[46:33] </w:t>
      </w:r>
      <w:r>
        <w:t>sach bolne se raasta woh banta hai jo jannat tak pahunchata hai.</w:t>
      </w:r>
    </w:p>
    <w:p>
      <w:pPr>
        <w:jc w:val="right"/>
      </w:pPr>
      <w:r>
        <w:t>سچ بولنے سے راستہ وہ بنتا ہے جو جنت تک پہنچاتا ہے۔</w:t>
      </w:r>
    </w:p>
    <w:p>
      <w:r>
        <w:rPr>
          <w:b/>
        </w:rPr>
        <w:t xml:space="preserve">[46:39] </w:t>
      </w:r>
      <w:r>
        <w:t>jhoot bolne se woh raasta banta hai jo jahannum tak pahunchata hai.</w:t>
      </w:r>
    </w:p>
    <w:p>
      <w:pPr>
        <w:jc w:val="right"/>
      </w:pPr>
      <w:r>
        <w:t>جھوٹ بولنے سے وہ راستہ بنتا ہے جو جہنم تک پہنچاتا ہے۔</w:t>
      </w:r>
    </w:p>
    <w:p>
      <w:r>
        <w:rPr>
          <w:b/>
        </w:rPr>
        <w:t xml:space="preserve">[46:46] </w:t>
      </w:r>
      <w:r>
        <w:t>to yeh bohat hi zyada important hai ke aadmi sachai ko apna character banaye. ek Quran mein farmaya ke Surah Baqarah chapter number 2 ayat number 10 ke lahum azabun aleem bima kanoo yakdhiboon.</w:t>
      </w:r>
    </w:p>
    <w:p>
      <w:pPr>
        <w:jc w:val="right"/>
      </w:pPr>
      <w:r>
        <w:t>تو یہ بہت ہی زیادہ important ہے کہ آدمی سچائی کو اپنا character بنائے۔ ایک قرآن میں فرمایا کہ سورہ بقرہ chapter نمبر 2 آیت نمبر 10 کہ لہم عذاب علیم بما کانوا یکذب</w:t>
      </w:r>
    </w:p>
    <w:p>
      <w:r>
        <w:rPr>
          <w:b/>
        </w:rPr>
        <w:t xml:space="preserve">[47:16] </w:t>
      </w:r>
      <w:r>
        <w:t>wun. kitni hila deny wali ayat hai ye. ke in ko bohat ziyada sakht qism ka punishment mily ga. kyun? woh jhoot boltay thay. in ko bohat sakht qism ka punishment mily ga kyunke woh jhoot boltay thay. is ka kyun aisa hota hai? personality banti hai woh jo sirf sirf hell ke qabil ho. paradise ke qabil personality nahi hoti aadmi ke andar jo</w:t>
      </w:r>
    </w:p>
    <w:p>
      <w:pPr>
        <w:jc w:val="right"/>
      </w:pPr>
      <w:r>
        <w:t>ون۔ کتنی ہلا دینے والی آیت ہے یہ۔ کہ ان کو بہت زیادہ سخت قسم کا punishment ملے گا۔ کیوں؟ وہ جھوٹ بولتے تھے۔ ان کو بہت سخت قسم کا punishment ملے گا کیونکہ وہ جھوٹ بولتے تھے۔ اس کا کیوں ایسا ہوتا ہے؟ Personality بنتی ہے وہ جو صرف صرف ہیل کے قابل ہو۔ Paradise کے قابل personality نہیں ہوتی آدمی کے اندر جو</w:t>
      </w:r>
    </w:p>
    <w:p>
      <w:r>
        <w:rPr>
          <w:b/>
        </w:rPr>
        <w:t xml:space="preserve">[47:46] </w:t>
      </w:r>
      <w:r>
        <w:t>jhoot bole.</w:t>
      </w:r>
    </w:p>
    <w:p>
      <w:pPr>
        <w:jc w:val="right"/>
      </w:pPr>
      <w:r>
        <w:t>جھوٹ بولے۔</w:t>
      </w:r>
    </w:p>
    <w:p>
      <w:r>
        <w:rPr>
          <w:b/>
        </w:rPr>
        <w:t xml:space="preserve">[47:52] </w:t>
      </w:r>
      <w:r>
        <w:t>ek personality banti hai sach bolne se aur ek personality banti hai jhoot bolne se.</w:t>
      </w:r>
    </w:p>
    <w:p>
      <w:pPr>
        <w:jc w:val="right"/>
      </w:pPr>
      <w:r>
        <w:t>ایک personality بنتی ہے سچ بولنے سے اور ایک personality بنتی ہے جھوٹ بولنے سے۔</w:t>
      </w:r>
    </w:p>
    <w:p>
      <w:r>
        <w:rPr>
          <w:b/>
        </w:rPr>
        <w:t xml:space="preserve">[47:58] </w:t>
      </w:r>
      <w:r>
        <w:t>dono ki alag alag personality banti hai.</w:t>
      </w:r>
    </w:p>
    <w:p>
      <w:pPr>
        <w:jc w:val="right"/>
      </w:pPr>
      <w:r>
        <w:t>دونوں کی الگ الگ personality بنتی ہے۔</w:t>
      </w:r>
    </w:p>
    <w:p>
      <w:r>
        <w:rPr>
          <w:b/>
        </w:rPr>
        <w:t xml:space="preserve">[48:04] </w:t>
      </w:r>
      <w:r>
        <w:t>to yeh duniya sach poochhein to personality building hi ki to jagah hai yeh.</w:t>
      </w:r>
    </w:p>
    <w:p>
      <w:pPr>
        <w:jc w:val="right"/>
      </w:pPr>
      <w:r>
        <w:t>تو یہ دنیا سچ پوچھیں تو personality building ہی کی تو جگہ ہے یہ۔</w:t>
      </w:r>
    </w:p>
    <w:p>
      <w:r>
        <w:rPr>
          <w:b/>
        </w:rPr>
        <w:t xml:space="preserve">[48:10] </w:t>
      </w:r>
      <w:r>
        <w:t>yeh duniya mein jitni bhi baatein hain woh isi lehaz se hain ke personality banane ke lehaz se</w:t>
      </w:r>
    </w:p>
    <w:p>
      <w:pPr>
        <w:jc w:val="right"/>
      </w:pPr>
      <w:r>
        <w:t>یہ دنیا میں جتنی بھی باتیں ہیں وہ اسی لحاظ سے ہیں کہ personality بنانے کے لحاظ سے</w:t>
      </w:r>
    </w:p>
    <w:p>
      <w:r>
        <w:rPr>
          <w:b/>
        </w:rPr>
        <w:t xml:space="preserve">[48:16] </w:t>
      </w:r>
      <w:r>
        <w:t>—</w:t>
      </w:r>
    </w:p>
    <w:p>
      <w:pPr>
        <w:jc w:val="right"/>
      </w:pPr>
      <w:r>
        <w:t>۔</w:t>
      </w:r>
    </w:p>
    <w:p>
      <w:r>
        <w:rPr>
          <w:b/>
        </w:rPr>
        <w:t xml:space="preserve">[48:22] </w:t>
      </w:r>
      <w:r>
        <w:t>yeh duniya personality building ki jagah hai.</w:t>
      </w:r>
    </w:p>
    <w:p>
      <w:pPr>
        <w:jc w:val="right"/>
      </w:pPr>
      <w:r>
        <w:t>یہ دنیا personality building کی جگہ ہے۔</w:t>
      </w:r>
    </w:p>
    <w:p>
      <w:r>
        <w:rPr>
          <w:b/>
        </w:rPr>
        <w:t xml:space="preserve">[48:28] </w:t>
      </w:r>
      <w:r>
        <w:t>ek tareeqa ikhtiyar kar ke, yaani jhoot wale raaste par chal kar ke hamari personality woh banti hai</w:t>
      </w:r>
    </w:p>
    <w:p>
      <w:pPr>
        <w:jc w:val="right"/>
      </w:pPr>
      <w:r>
        <w:t>ایک طریقہ اختیار کر کے، یعنی جھوٹ والے راستے پر چل کر کے ہماری personality وہ بنتی ہے</w:t>
      </w:r>
    </w:p>
    <w:p>
      <w:r>
        <w:rPr>
          <w:b/>
        </w:rPr>
        <w:t xml:space="preserve">[48:34] </w:t>
      </w:r>
      <w:r>
        <w:t>jo hamein hell mein pahunchane wali hai.</w:t>
      </w:r>
    </w:p>
    <w:p>
      <w:pPr>
        <w:jc w:val="right"/>
      </w:pPr>
      <w:r>
        <w:t>جو ہمیں ہیل میں پہنچانے والی ہے۔</w:t>
      </w:r>
    </w:p>
    <w:p>
      <w:r>
        <w:rPr>
          <w:b/>
        </w:rPr>
        <w:t xml:space="preserve">[48:40] </w:t>
      </w:r>
      <w:r>
        <w:t>aur doosra tareeqa, yaani sachai ka tareeqa follow karne se</w:t>
      </w:r>
    </w:p>
    <w:p>
      <w:pPr>
        <w:jc w:val="right"/>
      </w:pPr>
      <w:r>
        <w:t>اور دوسرا طریقہ، یعنی سچائی کا طریقہ follow کرنے سے</w:t>
      </w:r>
    </w:p>
    <w:p>
      <w:r>
        <w:rPr>
          <w:b/>
        </w:rPr>
        <w:t xml:space="preserve">[48:46] </w:t>
      </w:r>
      <w:r>
        <w:t>hamari personality woh banti hai jo aap jo hum ko paradise mein pahunchane wali hai.</w:t>
      </w:r>
    </w:p>
    <w:p>
      <w:pPr>
        <w:jc w:val="right"/>
      </w:pPr>
      <w:r>
        <w:t>ہماری personality وہ بنتی ہے جو آپ جو ہم کو paradise میں پہنچانے والی ہے۔</w:t>
      </w:r>
    </w:p>
    <w:p>
      <w:r>
        <w:rPr>
          <w:b/>
        </w:rPr>
        <w:t xml:space="preserve">[48:54] </w:t>
      </w:r>
      <w:r>
        <w:t>to is baat ko achi tarah samajh lijiye ke yeh duniya hai personality building ki jagah aur kuch bhi nahin.</w:t>
      </w:r>
    </w:p>
    <w:p>
      <w:pPr>
        <w:jc w:val="right"/>
      </w:pPr>
      <w:r>
        <w:t>تو اس بات کو اچھی طرح سمجھ لیجیے کہ یہ دنیا ہے personality building کی جگہ اور کچھ بھی نہیں۔</w:t>
      </w:r>
    </w:p>
    <w:p>
      <w:r>
        <w:rPr>
          <w:b/>
        </w:rPr>
        <w:t xml:space="preserve">[49:01] </w:t>
      </w:r>
      <w:r>
        <w:t>koi achievement, doosre doosre jo achievement jo so called super achievers hain kuch bhi un ki value nahin.</w:t>
      </w:r>
    </w:p>
    <w:p>
      <w:pPr>
        <w:jc w:val="right"/>
      </w:pPr>
      <w:r>
        <w:t>کوئی achievement، دوسرے دوسرے جو achievement جو so called super achievers ہیں کچھ بھی ان کی value نہیں۔</w:t>
      </w:r>
    </w:p>
    <w:p>
      <w:r>
        <w:rPr>
          <w:b/>
        </w:rPr>
        <w:t xml:space="preserve">[49:09] </w:t>
      </w:r>
      <w:r>
        <w:t>value is insaan ki hai jo apna</w:t>
      </w:r>
    </w:p>
    <w:p>
      <w:pPr>
        <w:jc w:val="right"/>
      </w:pPr>
      <w:r>
        <w:t>Value اس انسان کی ہے جو اپنا</w:t>
      </w:r>
    </w:p>
    <w:p>
      <w:r>
        <w:rPr>
          <w:b/>
        </w:rPr>
        <w:t xml:space="preserve">[49:16] </w:t>
      </w:r>
      <w:r>
        <w:t>personality development kare is duniya mein.</w:t>
      </w:r>
    </w:p>
    <w:p>
      <w:pPr>
        <w:jc w:val="right"/>
      </w:pPr>
      <w:r>
        <w:t>personality development کرے اس دنیا میں۔</w:t>
      </w:r>
    </w:p>
    <w:p>
      <w:r>
        <w:rPr>
          <w:b/>
        </w:rPr>
        <w:t xml:space="preserve">[49:21] </w:t>
      </w:r>
      <w:r>
        <w:t>yaani woh personality banaye apne andar jo personality paradise mein basane ke qabil ho.</w:t>
      </w:r>
    </w:p>
    <w:p>
      <w:pPr>
        <w:jc w:val="right"/>
      </w:pPr>
      <w:r>
        <w:t>یعنی وہ personality بنائے اپنے اندر جو personality paradise میں بسانے کے قابل ہو۔</w:t>
      </w:r>
    </w:p>
    <w:p>
      <w:r>
        <w:rPr>
          <w:b/>
        </w:rPr>
        <w:t xml:space="preserve">[49:26] </w:t>
      </w:r>
      <w:r>
        <w:t>asal achievement yeh hai.</w:t>
      </w:r>
    </w:p>
    <w:p>
      <w:pPr>
        <w:jc w:val="right"/>
      </w:pPr>
      <w:r>
        <w:t>اصل achievement یہ ہے۔</w:t>
      </w:r>
    </w:p>
    <w:p>
      <w:r>
        <w:rPr>
          <w:b/>
        </w:rPr>
        <w:t xml:space="preserve">[49:31] </w:t>
      </w:r>
      <w:r>
        <w:t>zalic hu al foz al azeem.</w:t>
      </w:r>
    </w:p>
    <w:p>
      <w:pPr>
        <w:jc w:val="right"/>
      </w:pPr>
      <w:r>
        <w:t>ذالک هو الفوض العظیم۔</w:t>
      </w:r>
    </w:p>
    <w:p>
      <w:r>
        <w:rPr>
          <w:b/>
        </w:rPr>
        <w:t xml:space="preserve">[49:37] </w:t>
      </w:r>
      <w:r>
        <w:t>achievement ka concept jarr gaya hai materialism se.</w:t>
      </w:r>
    </w:p>
    <w:p>
      <w:pPr>
        <w:jc w:val="right"/>
      </w:pPr>
      <w:r>
        <w:t>Achievement کا concept جڑ گیا ہے materialism سے۔</w:t>
      </w:r>
    </w:p>
    <w:p>
      <w:r>
        <w:rPr>
          <w:b/>
        </w:rPr>
        <w:t xml:space="preserve">[49:42] </w:t>
      </w:r>
      <w:r>
        <w:t>kai kitabein chhapi hain super achievers ke bare mein to is mein kya milega aap ko</w:t>
      </w:r>
    </w:p>
    <w:p>
      <w:pPr>
        <w:jc w:val="right"/>
      </w:pPr>
      <w:r>
        <w:t>کئی کتابیں چھپی ہیں super achievers کے بارے میں تو اس میں کیا ملے گا آپ کو</w:t>
      </w:r>
    </w:p>
    <w:p>
      <w:r>
        <w:rPr>
          <w:b/>
        </w:rPr>
        <w:t xml:space="preserve">[49:47] </w:t>
      </w:r>
      <w:r>
        <w:t>? jis ne ziyada paisa kamaya woh super achiever hai. yani achievement ka jo concept hai aaj ki society mein woh kya hai? is ko paisa kamanay se jorr diya gaya hai. aaiye mein aaj subah baat kar raha tha kisi se ke hamari jo education hai woh hai job oriented education. jab larkay collegeon mein pohanchtay hain to</w:t>
      </w:r>
    </w:p>
    <w:p>
      <w:pPr>
        <w:jc w:val="right"/>
      </w:pPr>
      <w:r>
        <w:t>؟ جس نے زیادہ پیسہ کمایا وہ super achiever ہے۔ یعنی achievement کا جو concept ہے آج کی society میں وہ کیا ہے؟ اس کو پیسہ کمانے سے جوڑ دیا گیا ہے۔ آئیے میں آج صبح بات کر رہا تھا کسی سے کہ ہماری جو education ہے وہ ہے job oriented education۔ جب لڑکے کالجوں میں پہنچتے ہیں تو</w:t>
      </w:r>
    </w:p>
    <w:p>
      <w:r>
        <w:rPr>
          <w:b/>
        </w:rPr>
        <w:t xml:space="preserve">[50:17] </w:t>
      </w:r>
      <w:r>
        <w:t>saari baat cheet kiya le kar ke hoti hai? Career ko le kar hoti hai. Bas.</w:t>
      </w:r>
    </w:p>
    <w:p>
      <w:pPr>
        <w:jc w:val="right"/>
      </w:pPr>
      <w:r>
        <w:t>ساری بات چیت کیا لے کر کے ہوتی ہے؟ Career کو لے کر ہوتی ہے۔ بس۔</w:t>
      </w:r>
    </w:p>
    <w:p>
      <w:r>
        <w:rPr>
          <w:b/>
        </w:rPr>
        <w:t xml:space="preserve">[50:22] </w:t>
      </w:r>
      <w:r>
        <w:t>aur koi doosra topic hi nahi hai.</w:t>
      </w:r>
    </w:p>
    <w:p>
      <w:pPr>
        <w:jc w:val="right"/>
      </w:pPr>
      <w:r>
        <w:t>اور کوئی دوسرا topic ہی نہیں ہے۔</w:t>
      </w:r>
    </w:p>
    <w:p>
      <w:r>
        <w:rPr>
          <w:b/>
        </w:rPr>
        <w:t xml:space="preserve">[50:27] </w:t>
      </w:r>
      <w:r>
        <w:t>agar hai to hua hai, gossip hai.</w:t>
      </w:r>
    </w:p>
    <w:p>
      <w:pPr>
        <w:jc w:val="right"/>
      </w:pPr>
      <w:r>
        <w:t>اگر ہے تو ہوا ہے، gossip ہے۔</w:t>
      </w:r>
    </w:p>
    <w:p>
      <w:r>
        <w:rPr>
          <w:b/>
        </w:rPr>
        <w:t xml:space="preserve">[50:32] </w:t>
      </w:r>
      <w:r>
        <w:t>ya to gossip hai ya career hai. Bas.</w:t>
      </w:r>
    </w:p>
    <w:p>
      <w:pPr>
        <w:jc w:val="right"/>
      </w:pPr>
      <w:r>
        <w:t>یا تو gossip ہے یا career ہے۔ بس۔</w:t>
      </w:r>
    </w:p>
    <w:p>
      <w:r>
        <w:rPr>
          <w:b/>
        </w:rPr>
        <w:t xml:space="preserve">[50:37] </w:t>
      </w:r>
      <w:r>
        <w:t>paisa kamao, hawa hawa karo.</w:t>
      </w:r>
    </w:p>
    <w:p>
      <w:pPr>
        <w:jc w:val="right"/>
      </w:pPr>
      <w:r>
        <w:t>پیسہ کماؤ، ہوا ہوا کرو۔</w:t>
      </w:r>
    </w:p>
    <w:p>
      <w:r>
        <w:rPr>
          <w:b/>
        </w:rPr>
        <w:t xml:space="preserve">[50:42] </w:t>
      </w:r>
      <w:r>
        <w:t>to poori personality ki jo development hai hamare aaj kal ke educational system mein</w:t>
      </w:r>
    </w:p>
    <w:p>
      <w:pPr>
        <w:jc w:val="right"/>
      </w:pPr>
      <w:r>
        <w:t>تو پوری personality کی جو development ہے ہمارے آج کل کے educational system میں</w:t>
      </w:r>
    </w:p>
    <w:p>
      <w:r>
        <w:rPr>
          <w:b/>
        </w:rPr>
        <w:t xml:space="preserve">[50:47] </w:t>
      </w:r>
      <w:r>
        <w:t>wahi ek dum kuch ka kuch ho gaya hai.</w:t>
      </w:r>
    </w:p>
    <w:p>
      <w:pPr>
        <w:jc w:val="right"/>
      </w:pPr>
      <w:r>
        <w:t>وہی ایک دم کچھ کا کچھ ہو گیا ہے۔</w:t>
      </w:r>
    </w:p>
    <w:p>
      <w:r>
        <w:rPr>
          <w:b/>
        </w:rPr>
        <w:t xml:space="preserve">[50:57] </w:t>
      </w:r>
      <w:r>
        <w:t>to behal Khuda ka jo creation plan hai us ke mutabiq yeh duniya is duniya se jo cheez</w:t>
      </w:r>
    </w:p>
    <w:p>
      <w:pPr>
        <w:jc w:val="right"/>
      </w:pPr>
      <w:r>
        <w:t>تو بہرحال خدا کا جو creation plan ہے اس کے مطابق یہ دنیا اس دنیا سے جو چیز</w:t>
      </w:r>
    </w:p>
    <w:p>
      <w:r>
        <w:rPr>
          <w:b/>
        </w:rPr>
        <w:t xml:space="preserve">[51:07] </w:t>
      </w:r>
      <w:r>
        <w:t>achieve karna hai hamein woh yeh ke apne andar woh personality banayein jo personality paradise mein basane ke qabil ho.</w:t>
      </w:r>
    </w:p>
    <w:p>
      <w:pPr>
        <w:jc w:val="right"/>
      </w:pPr>
      <w:r>
        <w:t>achieve کرنا ہے ہمیں وہ یہ کہ اپنے اندر وہ personality بنائیں جو personality paradise میں بسانے کے قابل ہو۔</w:t>
      </w:r>
    </w:p>
    <w:p>
      <w:r>
        <w:rPr>
          <w:b/>
        </w:rPr>
        <w:t xml:space="preserve">[51:17] </w:t>
      </w:r>
      <w:r>
        <w:t>is mein top par hai sachai.</w:t>
      </w:r>
    </w:p>
    <w:p>
      <w:pPr>
        <w:jc w:val="right"/>
      </w:pPr>
      <w:r>
        <w:t>اس میں ٹاپ پر ہے سچائی۔</w:t>
      </w:r>
    </w:p>
    <w:p>
      <w:r>
        <w:rPr>
          <w:b/>
        </w:rPr>
        <w:t xml:space="preserve">[51:25] </w:t>
      </w:r>
      <w:r>
        <w:t>top par is liye hai ke sachai se doosri saari virtues judi hui hain.</w:t>
      </w:r>
    </w:p>
    <w:p>
      <w:pPr>
        <w:jc w:val="right"/>
      </w:pPr>
      <w:r>
        <w:t>ٹاپ پر اس لیے ہے کہ سچائی سے دوسری ساری virtues جڑی ہوئی ہیں۔</w:t>
      </w:r>
    </w:p>
    <w:p>
      <w:r>
        <w:rPr>
          <w:b/>
        </w:rPr>
        <w:t xml:space="preserve">[51:33] </w:t>
      </w:r>
      <w:r>
        <w:t>doosri saari nekiyaan judi hui hain, doosri saari baatein judi hui hain.</w:t>
      </w:r>
    </w:p>
    <w:p>
      <w:pPr>
        <w:jc w:val="right"/>
      </w:pPr>
      <w:r>
        <w:t>دوسری ساری نیکیاں جڑی ہوئی ہیں، دوسری ساری باتیں جڑی ہوئی ہیں۔</w:t>
      </w:r>
    </w:p>
    <w:p>
      <w:r>
        <w:rPr>
          <w:b/>
        </w:rPr>
        <w:t xml:space="preserve">[51:40] </w:t>
      </w:r>
      <w:r>
        <w:t>jiske andar sachai hogi to uske andar apne aap mein personality development ka process positive way mein</w:t>
      </w:r>
    </w:p>
    <w:p>
      <w:pPr>
        <w:jc w:val="right"/>
      </w:pPr>
      <w:r>
        <w:t>جس کے اندر سچائی ہوگی تو اس کے اندر اپنے آپ میں personality development کا process positive way میں</w:t>
      </w:r>
    </w:p>
    <w:p>
      <w:r>
        <w:rPr>
          <w:b/>
        </w:rPr>
        <w:t xml:space="preserve">[51:48] </w:t>
      </w:r>
      <w:r>
        <w:t>chalne lagega.</w:t>
      </w:r>
    </w:p>
    <w:p>
      <w:pPr>
        <w:jc w:val="right"/>
      </w:pPr>
      <w:r>
        <w:t>چلنے لگے گا۔</w:t>
      </w:r>
    </w:p>
    <w:p>
      <w:r>
        <w:rPr>
          <w:b/>
        </w:rPr>
        <w:t xml:space="preserve">[51:55] </w:t>
      </w:r>
      <w:r>
        <w:t>to sachai jad ki jad ki virtue hai aur jhoot jad ki evil hai.</w:t>
      </w:r>
    </w:p>
    <w:p>
      <w:pPr>
        <w:jc w:val="right"/>
      </w:pPr>
      <w:r>
        <w:t>تو سچائی جڑ کی جڑ کی virtue ہے اور جھوٹ جڑ کی evil ہے۔</w:t>
      </w:r>
    </w:p>
    <w:p>
      <w:r>
        <w:rPr>
          <w:b/>
        </w:rPr>
        <w:t xml:space="preserve">[52:03] </w:t>
      </w:r>
      <w:r>
        <w:t>saare evil ki jad jo hai jhoot hai aur saare virtues ki jad jo hai woh sachai hai.</w:t>
      </w:r>
    </w:p>
    <w:p>
      <w:pPr>
        <w:jc w:val="right"/>
      </w:pPr>
      <w:r>
        <w:t>سارے evil کی جڑ جو ہے جھوٹ ہے اور سارے virtues کی جڑ جو ہے وہ سچائی ہے۔</w:t>
      </w:r>
    </w:p>
    <w:p>
      <w:r>
        <w:rPr>
          <w:b/>
        </w:rPr>
        <w:t xml:space="preserve">[52:10] </w:t>
      </w:r>
      <w:r>
        <w:t>main aap phir dohraunga ke ke</w:t>
      </w:r>
    </w:p>
    <w:p>
      <w:pPr>
        <w:jc w:val="right"/>
      </w:pPr>
      <w:r>
        <w:t>میں آپ پھر دہراؤں گا کہ کہ</w:t>
      </w:r>
    </w:p>
    <w:p>
      <w:r>
        <w:rPr>
          <w:b/>
        </w:rPr>
        <w:t xml:space="preserve">[52:18] </w:t>
      </w:r>
      <w:r>
        <w:t>hum log jo hain jhoot is ko samajhte hain jo bilkul naked jhoot ho.</w:t>
      </w:r>
    </w:p>
    <w:p>
      <w:pPr>
        <w:jc w:val="right"/>
      </w:pPr>
      <w:r>
        <w:t>ہم لوگ جو ہیں جھوٹ اس کو سمجھتے ہیں جو بالکل naked جھوٹ ہو۔</w:t>
      </w:r>
    </w:p>
    <w:p>
      <w:r>
        <w:rPr>
          <w:b/>
        </w:rPr>
        <w:t xml:space="preserve">[52:24] </w:t>
      </w:r>
      <w:r>
        <w:t>ke main Delhi mein hoon aur main kahoon ke main to Kolkata mein hoon.</w:t>
      </w:r>
    </w:p>
    <w:p>
      <w:pPr>
        <w:jc w:val="right"/>
      </w:pPr>
      <w:r>
        <w:t>کہ میں دلی میں ہوں اور میں کہوں کہ میں تو کلکتہ میں ہوں۔</w:t>
      </w:r>
    </w:p>
    <w:p>
      <w:r>
        <w:rPr>
          <w:b/>
        </w:rPr>
        <w:t xml:space="preserve">[52:30] </w:t>
      </w:r>
      <w:r>
        <w:t>lekin yeh mat samjhiye ke yeh jhoot hai.</w:t>
      </w:r>
    </w:p>
    <w:p>
      <w:pPr>
        <w:jc w:val="right"/>
      </w:pPr>
      <w:r>
        <w:t>لیکن یہ مت سمجھئے کہ یہ جھوٹ ہے۔</w:t>
      </w:r>
    </w:p>
    <w:p>
      <w:r>
        <w:rPr>
          <w:b/>
        </w:rPr>
        <w:t xml:space="preserve">[52:36] </w:t>
      </w:r>
      <w:r>
        <w:t>indirect way mein jhoot bolna bhi jhoot hai.</w:t>
      </w:r>
    </w:p>
    <w:p>
      <w:pPr>
        <w:jc w:val="right"/>
      </w:pPr>
      <w:r>
        <w:t>Indirect way میں جھوٹ بولنا بھی جھوٹ ہے۔</w:t>
      </w:r>
    </w:p>
    <w:p>
      <w:r>
        <w:rPr>
          <w:b/>
        </w:rPr>
        <w:t xml:space="preserve">[52:42] </w:t>
      </w:r>
      <w:r>
        <w:t>hadithon ke mutale se mujhe yeh baat mujhe samajh mein aayi hai ke ek hai jhoot, ek hai shubah jhoot.</w:t>
      </w:r>
    </w:p>
    <w:p>
      <w:pPr>
        <w:jc w:val="right"/>
      </w:pPr>
      <w:r>
        <w:t>حدیثوں کے مطالعے سے مجھے یہ بات مجھے سمجھ میں آئی ہے کہ ایک ہے جھوٹ، ایک ہے شبہ جھوٹ۔</w:t>
      </w:r>
    </w:p>
    <w:p>
      <w:r>
        <w:rPr>
          <w:b/>
        </w:rPr>
        <w:t xml:space="preserve">[52:48] </w:t>
      </w:r>
      <w:r>
        <w:t>ek hai kazb, ek hai shubah kazb.</w:t>
      </w:r>
    </w:p>
    <w:p>
      <w:pPr>
        <w:jc w:val="right"/>
      </w:pPr>
      <w:r>
        <w:t>ایک ہے کذب، ایک ہے شبہ کذب۔</w:t>
      </w:r>
    </w:p>
    <w:p>
      <w:r>
        <w:rPr>
          <w:b/>
        </w:rPr>
        <w:t xml:space="preserve">[52:53] </w:t>
      </w:r>
      <w:r>
        <w:t>yaani similar to kazb, similar to falsehood.</w:t>
      </w:r>
    </w:p>
    <w:p>
      <w:pPr>
        <w:jc w:val="right"/>
      </w:pPr>
      <w:r>
        <w:t>یعنی similar to کذب، similar to falsehood۔</w:t>
      </w:r>
    </w:p>
    <w:p>
      <w:r>
        <w:rPr>
          <w:b/>
        </w:rPr>
        <w:t xml:space="preserve">[52:58] </w:t>
      </w:r>
      <w:r>
        <w:t>to dono equally bure hain Khuda ki nazar mein. Dono.</w:t>
      </w:r>
    </w:p>
    <w:p>
      <w:pPr>
        <w:jc w:val="right"/>
      </w:pPr>
      <w:r>
        <w:t>تو دونوں equally برے ہیں خدا کی نظر میں۔ دونوں۔</w:t>
      </w:r>
    </w:p>
    <w:p>
      <w:r>
        <w:rPr>
          <w:b/>
        </w:rPr>
        <w:t xml:space="preserve">[53:03] </w:t>
      </w:r>
      <w:r>
        <w:t>donon hi ko paradise mein jagah nahin mile gi.</w:t>
      </w:r>
    </w:p>
    <w:p>
      <w:pPr>
        <w:jc w:val="right"/>
      </w:pPr>
      <w:r>
        <w:t>دونوں ہی کو paradise میں جگہ نہیں ملے گی۔</w:t>
      </w:r>
    </w:p>
    <w:p>
      <w:r>
        <w:rPr>
          <w:b/>
        </w:rPr>
        <w:t xml:space="preserve">[53:08] </w:t>
      </w:r>
      <w:r>
        <w:t>chahe woh direct jhoot bolta ho ya indirect way mein jhoot bolta ho.</w:t>
      </w:r>
    </w:p>
    <w:p>
      <w:pPr>
        <w:jc w:val="right"/>
      </w:pPr>
      <w:r>
        <w:t>چاہے وہ direct جھوٹ بولتا ہو یا indirect way میں جھوٹ بولتا ہو۔</w:t>
      </w:r>
    </w:p>
    <w:p>
      <w:r>
        <w:rPr>
          <w:b/>
        </w:rPr>
        <w:t xml:space="preserve">[53:13] </w:t>
      </w:r>
      <w:r>
        <w:t>kyun? is ki personality</w:t>
      </w:r>
    </w:p>
    <w:p>
      <w:pPr>
        <w:jc w:val="right"/>
      </w:pPr>
      <w:r>
        <w:t>کیوں؟ اس کی personality</w:t>
      </w:r>
    </w:p>
    <w:p>
      <w:r>
        <w:rPr>
          <w:b/>
        </w:rPr>
        <w:t xml:space="preserve">[53:18] </w:t>
      </w:r>
      <w:r>
        <w:t>bani nahi hai woh. jis ko mein kaha karta hoon weak personality aur strong personality. ye strong personality banti hai sach bolnay se. weak personality banti hai jhoot bolnay se. kisi ko bhi aap dekh lijiye jo sach bolta ho to us ke andar aap strong personality payeinge. aur jo jhoot bolta ho chahe</w:t>
      </w:r>
    </w:p>
    <w:p>
      <w:pPr>
        <w:jc w:val="right"/>
      </w:pPr>
      <w:r>
        <w:t>بنی نہیں ہے وہ۔ جس کو میں کہا کرتا ہوں weak personality اور strong personality۔ یہ strong personality بنتی ہے سچ بولنے سے۔ Weak personality بنتی ہے جھوٹ بولنے سے۔ کسی کو بھی آپ دیکھ لیجیے جو سچ بولتا ہو تو اس کے اندر آپ strong personality پائیں گے۔ اور جو جھوٹ بولتا ہو چاہے</w:t>
      </w:r>
    </w:p>
    <w:p>
      <w:r>
        <w:rPr>
          <w:b/>
        </w:rPr>
        <w:t xml:space="preserve">[53:48] </w:t>
      </w:r>
      <w:r>
        <w:t>direct bolay ya indirect bolay us ke andar weak personality hogi. aur mein jahan tak samjha hai mein yeh keh sakta hoon hell jo hai un ke liye hai jo apnay andar weak personality le kar pohanchay hain day of judgement mein. aur paradise un ke liye hai jo apnay andar strong personality le kar pohanchay hain paradise mein. yeh baat kaise aap janenge? introspection se</w:t>
      </w:r>
    </w:p>
    <w:p>
      <w:pPr>
        <w:jc w:val="right"/>
      </w:pPr>
      <w:r>
        <w:t>direct بولے یا indirect بولے اس کے اندر weak personality ہوگی۔ اور میں جہاں تک سمجھا ہے میں یہ کہہ سکتا ہوں ہیل جو ہے ان کے لیے ہے جو اپنے اندر weak personality لے کر پہنچے ہیں day of judgement میں۔ اور paradise ان کے لیے ہے جو اپنے اندر strong personality لے کر پہنچے ہیں paradise میں۔ یہ بات کیسے آپ جانیں گے؟ Introspection سے</w:t>
      </w:r>
    </w:p>
    <w:p>
      <w:r>
        <w:rPr>
          <w:b/>
        </w:rPr>
        <w:t xml:space="preserve">[54:18] </w:t>
      </w:r>
      <w:r>
        <w:t>—</w:t>
      </w:r>
    </w:p>
    <w:p>
      <w:pPr>
        <w:jc w:val="right"/>
      </w:pPr>
      <w:r>
        <w:t>۔</w:t>
      </w:r>
    </w:p>
    <w:p>
      <w:r>
        <w:rPr>
          <w:b/>
        </w:rPr>
        <w:t xml:space="preserve">[54:23] </w:t>
      </w:r>
      <w:r>
        <w:t>dekhiye aaj kal ke zamane mein aur pehle bhi aisa hota tha ke jab aadmi kisi cheez ka</w:t>
      </w:r>
    </w:p>
    <w:p>
      <w:pPr>
        <w:jc w:val="right"/>
      </w:pPr>
      <w:r>
        <w:t>دیکھیے آج کل کے زمانے میں اور پہلے بھی ایسا ہوتا تھا کہ جب آدمی کسی چیز کا</w:t>
      </w:r>
    </w:p>
    <w:p>
      <w:r>
        <w:rPr>
          <w:b/>
        </w:rPr>
        <w:t xml:space="preserve">[54:27] </w:t>
      </w:r>
      <w:r>
        <w:t>yani kisi cheez ki habit ban jaye is ke andar.</w:t>
      </w:r>
    </w:p>
    <w:p>
      <w:pPr>
        <w:jc w:val="right"/>
      </w:pPr>
      <w:r>
        <w:t>یعنی کسی چیز کی habit بن جائے اس کے اندر۔</w:t>
      </w:r>
    </w:p>
    <w:p>
      <w:r>
        <w:rPr>
          <w:b/>
        </w:rPr>
        <w:t xml:space="preserve">[54:31] </w:t>
      </w:r>
      <w:r>
        <w:t>kisi cheez ka woh addict ho jaye.</w:t>
      </w:r>
    </w:p>
    <w:p>
      <w:pPr>
        <w:jc w:val="right"/>
      </w:pPr>
      <w:r>
        <w:t>کسی چیز کا وہ addict ہو جائے۔</w:t>
      </w:r>
    </w:p>
    <w:p>
      <w:r>
        <w:rPr>
          <w:b/>
        </w:rPr>
        <w:t xml:space="preserve">[54:35] </w:t>
      </w:r>
      <w:r>
        <w:t>to woh samajh nahin pata ke main koi galat kaam kar raha hoon.</w:t>
      </w:r>
    </w:p>
    <w:p>
      <w:pPr>
        <w:jc w:val="right"/>
      </w:pPr>
      <w:r>
        <w:t>تو وہ سمجھ نہیں پاتا کہ میں کوئی غلط کام کر رہا ہوں۔</w:t>
      </w:r>
    </w:p>
    <w:p>
      <w:r>
        <w:rPr>
          <w:b/>
        </w:rPr>
        <w:t xml:space="preserve">[54:40] </w:t>
      </w:r>
      <w:r>
        <w:t>jaise jis cheez ko main kehta hoon twist kar ke bolna ya indirect way mein jhoot bolna.</w:t>
      </w:r>
    </w:p>
    <w:p>
      <w:pPr>
        <w:jc w:val="right"/>
      </w:pPr>
      <w:r>
        <w:t>جیسے جس چیز کو میں کہتا ہوں twist کر کے بولنا یا indirect way میں جھوٹ بولنا۔</w:t>
      </w:r>
    </w:p>
    <w:p>
      <w:r>
        <w:rPr>
          <w:b/>
        </w:rPr>
        <w:t xml:space="preserve">[54:44] </w:t>
      </w:r>
      <w:r>
        <w:t>Reporting jo hai woh as it is</w:t>
      </w:r>
    </w:p>
    <w:p>
      <w:pPr>
        <w:jc w:val="right"/>
      </w:pPr>
      <w:r>
        <w:t>Reporting جو ہے وہ as it is</w:t>
      </w:r>
    </w:p>
    <w:p>
      <w:r>
        <w:rPr>
          <w:b/>
        </w:rPr>
        <w:t xml:space="preserve">[54:48] </w:t>
      </w:r>
      <w:r>
        <w:t>na karna.</w:t>
      </w:r>
    </w:p>
    <w:p>
      <w:pPr>
        <w:jc w:val="right"/>
      </w:pPr>
      <w:r>
        <w:t>نہ کرنا۔</w:t>
      </w:r>
    </w:p>
    <w:p>
      <w:r>
        <w:rPr>
          <w:b/>
        </w:rPr>
        <w:t xml:space="preserve">[54:52] </w:t>
      </w:r>
      <w:r>
        <w:t>yeh baatein itni zyada aam ho gayi hain ke log is ke liye habitual tor par bolte hain,</w:t>
      </w:r>
    </w:p>
    <w:p>
      <w:pPr>
        <w:jc w:val="right"/>
      </w:pPr>
      <w:r>
        <w:t>یہ باتیں اتنی زیادہ عام ہو گئی ہیں کہ لوگ اس کے لیے habitual طور پر بولتے ہیں،</w:t>
      </w:r>
    </w:p>
    <w:p>
      <w:r>
        <w:rPr>
          <w:b/>
        </w:rPr>
        <w:t xml:space="preserve">[54:56] </w:t>
      </w:r>
      <w:r>
        <w:t>aadat ke tor par.</w:t>
      </w:r>
    </w:p>
    <w:p>
      <w:pPr>
        <w:jc w:val="right"/>
      </w:pPr>
      <w:r>
        <w:t>عادت کے طور پر۔</w:t>
      </w:r>
    </w:p>
    <w:p>
      <w:r>
        <w:rPr>
          <w:b/>
        </w:rPr>
        <w:t xml:space="preserve">[55:00] </w:t>
      </w:r>
      <w:r>
        <w:t>ek aadat si ban gayi hai.</w:t>
      </w:r>
    </w:p>
    <w:p>
      <w:pPr>
        <w:jc w:val="right"/>
      </w:pPr>
      <w:r>
        <w:t>ایک عادت سی بن گئی ہے۔</w:t>
      </w:r>
    </w:p>
    <w:p>
      <w:r>
        <w:rPr>
          <w:b/>
        </w:rPr>
        <w:t xml:space="preserve">[55:03] </w:t>
      </w:r>
      <w:r>
        <w:t>to woh pakar nahin paate ke main koi ghalti kar raha hoon.</w:t>
      </w:r>
    </w:p>
    <w:p>
      <w:pPr>
        <w:jc w:val="right"/>
      </w:pPr>
      <w:r>
        <w:t>تو وہ پکڑ نہیں پاتے کہ میں کوئی غلطی کر رہا ہوں۔</w:t>
      </w:r>
    </w:p>
    <w:p>
      <w:r>
        <w:rPr>
          <w:b/>
        </w:rPr>
        <w:t xml:space="preserve">[55:07] </w:t>
      </w:r>
      <w:r>
        <w:t>agar woh ek dam naked jhoot bolen ke dilli mein hain aur kahein ke main washingtan mein hoon</w:t>
      </w:r>
    </w:p>
    <w:p>
      <w:pPr>
        <w:jc w:val="right"/>
      </w:pPr>
      <w:r>
        <w:t>اگر وہ ایک دم naked جھوٹ بولیں کہ دلی میں ہیں اور کہیں کہ میں واشنگٹن میں ہوں</w:t>
      </w:r>
    </w:p>
    <w:p>
      <w:r>
        <w:rPr>
          <w:b/>
        </w:rPr>
        <w:t xml:space="preserve">[55:11] </w:t>
      </w:r>
      <w:r>
        <w:t>to samajh jayenge ke main ne jhoot bola.</w:t>
      </w:r>
    </w:p>
    <w:p>
      <w:pPr>
        <w:jc w:val="right"/>
      </w:pPr>
      <w:r>
        <w:t>تو سمجھائیں گے کہ میں نے جھوٹ بولا۔</w:t>
      </w:r>
    </w:p>
    <w:p>
      <w:r>
        <w:rPr>
          <w:b/>
        </w:rPr>
        <w:t xml:space="preserve">[55:15] </w:t>
      </w:r>
      <w:r>
        <w:t>lekin woh jo jhoot ki qism hai jis ko main ne shubah e kuzb kaha hai ya'</w:t>
      </w:r>
    </w:p>
    <w:p>
      <w:pPr>
        <w:jc w:val="right"/>
      </w:pPr>
      <w:r>
        <w:t>لیکن وہ جو جھوٹ کی قسم ہے جس کو میں نے شبہ کذب کہا ہے یع</w:t>
      </w:r>
    </w:p>
    <w:p>
      <w:r>
        <w:rPr>
          <w:b/>
        </w:rPr>
        <w:t xml:space="preserve">[55:18] </w:t>
      </w:r>
      <w:r>
        <w:t>ne similar to jhoot.</w:t>
      </w:r>
    </w:p>
    <w:p>
      <w:pPr>
        <w:jc w:val="right"/>
      </w:pPr>
      <w:r>
        <w:t>نی similar to جھوٹ۔</w:t>
      </w:r>
    </w:p>
    <w:p>
      <w:r>
        <w:rPr>
          <w:b/>
        </w:rPr>
        <w:t xml:space="preserve">[55:23] </w:t>
      </w:r>
      <w:r>
        <w:t>woh itna zyada is ke liye used to ho jaate hain, itna zyada aadi ho jaate hain ke</w:t>
      </w:r>
    </w:p>
    <w:p>
      <w:pPr>
        <w:jc w:val="right"/>
      </w:pPr>
      <w:r>
        <w:t>وہ اتنا زیادہ اس کے لیے used to ہو جاتے ہیں، اتنا زیادہ عادی ہو جاتے ہیں کہ</w:t>
      </w:r>
    </w:p>
    <w:p>
      <w:r>
        <w:rPr>
          <w:b/>
        </w:rPr>
        <w:t xml:space="preserve">[55:27] </w:t>
      </w:r>
      <w:r>
        <w:t>woh samajh nahin paate, pakar nahin paate ke yeh koi jhoot hai.</w:t>
      </w:r>
    </w:p>
    <w:p>
      <w:pPr>
        <w:jc w:val="right"/>
      </w:pPr>
      <w:r>
        <w:t>وہ سمجھ نہیں پاتے، پکڑ نہیں پاتے کہ یہ کوئی جھوٹ ہے۔</w:t>
      </w:r>
    </w:p>
    <w:p>
      <w:r>
        <w:rPr>
          <w:b/>
        </w:rPr>
        <w:t xml:space="preserve">[55:32] </w:t>
      </w:r>
      <w:r>
        <w:t>kyun? woh jhoot bol kar ke un ko samaj mein ek bohat achi jagah mili hui hoti hai.</w:t>
      </w:r>
    </w:p>
    <w:p>
      <w:pPr>
        <w:jc w:val="right"/>
      </w:pPr>
      <w:r>
        <w:t>کیوں؟ وہ جھوٹ بول کر کے ان کو سماج میں ایک بہت اچھی جگہ ملی ہوئی ہوتی ہے۔</w:t>
      </w:r>
    </w:p>
    <w:p>
      <w:r>
        <w:rPr>
          <w:b/>
        </w:rPr>
        <w:t xml:space="preserve">[55:36] </w:t>
      </w:r>
      <w:r>
        <w:t>log un ki tareefen karte hain.</w:t>
      </w:r>
    </w:p>
    <w:p>
      <w:pPr>
        <w:jc w:val="right"/>
      </w:pPr>
      <w:r>
        <w:t>لوگ ان کی تعریفیں کرتے ہیں۔</w:t>
      </w:r>
    </w:p>
    <w:p>
      <w:r>
        <w:rPr>
          <w:b/>
        </w:rPr>
        <w:t xml:space="preserve">[55:41] </w:t>
      </w:r>
      <w:r>
        <w:t>to phir unhein moqa nahin milta ke woh apne khilaf sochein.</w:t>
      </w:r>
    </w:p>
    <w:p>
      <w:pPr>
        <w:jc w:val="right"/>
      </w:pPr>
      <w:r>
        <w:t>تو پھر انہیں موقع نہیں ملتا کہ وہ اپنے خلاف سوچیں۔</w:t>
      </w:r>
    </w:p>
    <w:p>
      <w:r>
        <w:rPr>
          <w:b/>
        </w:rPr>
        <w:t xml:space="preserve">[55:45] </w:t>
      </w:r>
      <w:r>
        <w:t>aise log jo hain samaj mein achhe bane rehte hain.</w:t>
      </w:r>
    </w:p>
    <w:p>
      <w:pPr>
        <w:jc w:val="right"/>
      </w:pPr>
      <w:r>
        <w:t>ایسے لوگ جو ہیں سماج میں اچھے بنے رہتے ہیں۔</w:t>
      </w:r>
    </w:p>
    <w:p>
      <w:r>
        <w:rPr>
          <w:b/>
        </w:rPr>
        <w:t xml:space="preserve">[55:50] </w:t>
      </w:r>
      <w:r>
        <w:t>to bohat ziyada introspection ki zaroorat hai is baat ko samajhne ke liye ke main kahan kahan jhoot</w:t>
      </w:r>
    </w:p>
    <w:p>
      <w:pPr>
        <w:jc w:val="right"/>
      </w:pPr>
      <w:r>
        <w:t>تو بہت زیادہ introspection کی ضرورت ہے اس بات کو سمجھنے کے لیے کہ میں کہاں کہاں جھوٹ</w:t>
      </w:r>
    </w:p>
    <w:p>
      <w:r>
        <w:rPr>
          <w:b/>
        </w:rPr>
        <w:t xml:space="preserve">[55:55] </w:t>
      </w:r>
      <w:r>
        <w:t>bol raha hoon.</w:t>
      </w:r>
    </w:p>
    <w:p>
      <w:pPr>
        <w:jc w:val="right"/>
      </w:pPr>
      <w:r>
        <w:t>بول رہا ہوں۔</w:t>
      </w:r>
    </w:p>
    <w:p>
      <w:r>
        <w:rPr>
          <w:b/>
        </w:rPr>
        <w:t xml:space="preserve">[56:00] </w:t>
      </w:r>
      <w:r>
        <w:t>sirf introspection se aadmi samajh sakta hai ke main kahan kahan jhoot bol raha hoon.</w:t>
      </w:r>
    </w:p>
    <w:p>
      <w:pPr>
        <w:jc w:val="right"/>
      </w:pPr>
      <w:r>
        <w:t>صرف introspection سے آدمی سمجھ سکتا ہے کہ میں کہاں کہاں جھوٹ بول رہا ہوں۔</w:t>
      </w:r>
    </w:p>
    <w:p>
      <w:r>
        <w:rPr>
          <w:b/>
        </w:rPr>
        <w:t xml:space="preserve">[56:05] </w:t>
      </w:r>
      <w:r>
        <w:t>to yeh baat samajh lijiye ke is dunya mein har aadmi ke paas Khuda ne ek shaitan, ek</w:t>
      </w:r>
    </w:p>
    <w:p>
      <w:pPr>
        <w:jc w:val="right"/>
      </w:pPr>
      <w:r>
        <w:t>تو یہ بات سمجھ لیجیے کہ اس دنیا میں ہر آدمی کے پاس خدا نے ایک شیطان، ایک</w:t>
      </w:r>
    </w:p>
    <w:p>
      <w:r>
        <w:rPr>
          <w:b/>
        </w:rPr>
        <w:t xml:space="preserve">[56:10] </w:t>
      </w:r>
      <w:r>
        <w:t>Satan aur ek Angel laga diya hai.</w:t>
      </w:r>
    </w:p>
    <w:p>
      <w:pPr>
        <w:jc w:val="right"/>
      </w:pPr>
      <w:r>
        <w:t>Satan اور ایک Angel لگا دیا ہے۔</w:t>
      </w:r>
    </w:p>
    <w:p>
      <w:r>
        <w:rPr>
          <w:b/>
        </w:rPr>
        <w:t xml:space="preserve">[56:15] </w:t>
      </w:r>
      <w:r>
        <w:t>jab aadmi sach bol</w:t>
      </w:r>
    </w:p>
    <w:p>
      <w:pPr>
        <w:jc w:val="right"/>
      </w:pPr>
      <w:r>
        <w:t>جب آدمی سچ بول</w:t>
      </w:r>
    </w:p>
    <w:p>
      <w:r>
        <w:rPr>
          <w:b/>
        </w:rPr>
        <w:t xml:space="preserve">[56:20] </w:t>
      </w:r>
      <w:r>
        <w:t>ta hai to Angel is ke paas aa jate hain aur us ko woh us ko us ki</w:t>
      </w:r>
    </w:p>
    <w:p>
      <w:pPr>
        <w:jc w:val="right"/>
      </w:pPr>
      <w:r>
        <w:t>تا ہے تو Angel اس کے پاس آ جاتے ہیں اور اس کو وہ اس کو اس کی</w:t>
      </w:r>
    </w:p>
    <w:p>
      <w:r>
        <w:rPr>
          <w:b/>
        </w:rPr>
        <w:t xml:space="preserve">[56:24] </w:t>
      </w:r>
      <w:r>
        <w:t>madad karte hain.</w:t>
      </w:r>
    </w:p>
    <w:p>
      <w:pPr>
        <w:jc w:val="right"/>
      </w:pPr>
      <w:r>
        <w:t>مدد کرتے ہیں۔</w:t>
      </w:r>
    </w:p>
    <w:p>
      <w:r>
        <w:rPr>
          <w:b/>
        </w:rPr>
        <w:t xml:space="preserve">[56:29] </w:t>
      </w:r>
      <w:r>
        <w:t>is ke mind ko enlighten karte hain.</w:t>
      </w:r>
    </w:p>
    <w:p>
      <w:pPr>
        <w:jc w:val="right"/>
      </w:pPr>
      <w:r>
        <w:t>اس کے mind کو enlighten کرتے ہیں۔</w:t>
      </w:r>
    </w:p>
    <w:p>
      <w:r>
        <w:rPr>
          <w:b/>
        </w:rPr>
        <w:t xml:space="preserve">[56:33] </w:t>
      </w:r>
      <w:r>
        <w:t>us ko aur ziyada is par bharosa dilate hain.</w:t>
      </w:r>
    </w:p>
    <w:p>
      <w:pPr>
        <w:jc w:val="right"/>
      </w:pPr>
      <w:r>
        <w:t>اس کو اور زیادہ اس پر بھروسہ دلاتے ہیں۔</w:t>
      </w:r>
    </w:p>
    <w:p>
      <w:r>
        <w:rPr>
          <w:b/>
        </w:rPr>
        <w:t xml:space="preserve">[56:38] </w:t>
      </w:r>
      <w:r>
        <w:t>doosri taraf agar aadmi jhoot bole to Satan aa kar ke us ko khoob sikhata hai ke tum</w:t>
      </w:r>
    </w:p>
    <w:p>
      <w:pPr>
        <w:jc w:val="right"/>
      </w:pPr>
      <w:r>
        <w:t>دوسری طرف اگر آدمی جھوٹ بولے تو Satan آ کر کے اس کو خوب سکھاتا ہے کہ تم</w:t>
      </w:r>
    </w:p>
    <w:p>
      <w:r>
        <w:rPr>
          <w:b/>
        </w:rPr>
        <w:t xml:space="preserve">[56:42] </w:t>
      </w:r>
      <w:r>
        <w:t>ne to koi khaas baat kahi nahi hai.</w:t>
      </w:r>
    </w:p>
    <w:p>
      <w:pPr>
        <w:jc w:val="right"/>
      </w:pPr>
      <w:r>
        <w:t>نے تو کوئی خاص بات کہی نہیں ہے۔</w:t>
      </w:r>
    </w:p>
    <w:p>
      <w:r>
        <w:rPr>
          <w:b/>
        </w:rPr>
        <w:t xml:space="preserve">[56:46] </w:t>
      </w:r>
      <w:r>
        <w:t>itna to chalta hai, itna jhoot bolne se kya farq padta hai.</w:t>
      </w:r>
    </w:p>
    <w:p>
      <w:pPr>
        <w:jc w:val="right"/>
      </w:pPr>
      <w:r>
        <w:t>اتنا تو چلتا ہے، اتنا جھوٹ بولنے سے کیا فرق پڑتا ہے۔</w:t>
      </w:r>
    </w:p>
    <w:p>
      <w:r>
        <w:rPr>
          <w:b/>
        </w:rPr>
        <w:t xml:space="preserve">[56:51] </w:t>
      </w:r>
      <w:r>
        <w:t>aur dhiray dhiray dhiray dhiray dhiray chota jhoot bolnay wala aadmi ziyada bara jhoot bolnay lagta hai. to ye bohat hi khatarnak baat hai ke. ke jhoot bol kar hum Satan ko apna saathi bana lain. aur bohat hi khushi ki baat hai ke sach bol kar hum apnay aap Angel ko apna saathi bana lain. to sach boliye ta ke Angel aap ka saathi banay aur jhoot se</w:t>
      </w:r>
    </w:p>
    <w:p>
      <w:pPr>
        <w:jc w:val="right"/>
      </w:pPr>
      <w:r>
        <w:t>اور دھیرے دھیرے دھیرے دھیرے دھیرے چھوٹا جھوٹ بولنے والا آدمی زیادہ بڑا جھوٹ بولنے لگتا ہے۔ تو یہ بہت ہی خطرناک بات ہے کہ۔ کہ جھوٹ بول کر ہم Satan کو اپنا ساتھی بنا لیں۔ اور بہت ہی خوشی کی بات ہے کہ سچ بول کر ہم اپنے آپ Angel کو اپنا ساتھی بنا لیں۔ تو سچ بولیے تاکہ Angel آپ کا ساتھی بنے اور جھوٹ سے</w:t>
      </w:r>
    </w:p>
    <w:p>
      <w:r>
        <w:rPr>
          <w:b/>
        </w:rPr>
        <w:t xml:space="preserve">[57:21] </w:t>
      </w:r>
      <w:r>
        <w:t>bachiye ta ke Satan ke saathi se honay se aap bach jayen. aqool qawli haza wa astaghfirullah li wa lakum ajmaeen.</w:t>
      </w:r>
    </w:p>
    <w:p>
      <w:pPr>
        <w:jc w:val="right"/>
      </w:pPr>
      <w:r>
        <w:t>بچیے تاکہ Satan کے ساتھی سے ہونے سے آپ بچ جائیں۔ أقول قولي هذا وأستغفر الله لي ولكم أجمعين.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