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Ideology of Truth July 15, 2007</w:t>
      </w:r>
    </w:p>
    <w:p>
      <w:r>
        <w:t>https://www.youtube.com/watch?v=EOXdI723eHI</w:t>
      </w:r>
    </w:p>
    <w:p>
      <w:r>
        <w:rPr>
          <w:b/>
        </w:rPr>
        <w:t xml:space="preserve">[00:13] </w:t>
      </w:r>
      <w:r>
        <w:t>wa salli Allahu ala nabiyil kareem. rab ishrah li sadri, wa yassir li amri, wah lul uqdatan min lisani, yafqahu qawli.</w:t>
      </w:r>
    </w:p>
    <w:p>
      <w:pPr>
        <w:jc w:val="right"/>
      </w:pPr>
      <w:r>
        <w:t>وصلی اللہ علی النبی الکریم. رب اشرح لی صدری، ویسر لی امری، واحل العقدۃ من لسانی، یفقہ قولی.</w:t>
      </w:r>
    </w:p>
    <w:p>
      <w:r>
        <w:rPr>
          <w:b/>
        </w:rPr>
        <w:t xml:space="preserve">[00:33] </w:t>
      </w:r>
      <w:r>
        <w:t>aaj ka topic hai "The Ideology of Truth".</w:t>
      </w:r>
    </w:p>
    <w:p>
      <w:pPr>
        <w:jc w:val="right"/>
      </w:pPr>
      <w:r>
        <w:t>آج کا ٹاپک ہے "The Ideology of Truth"۔</w:t>
      </w:r>
    </w:p>
    <w:p>
      <w:r>
        <w:rPr>
          <w:b/>
        </w:rPr>
        <w:t xml:space="preserve">[00:45] </w:t>
      </w:r>
      <w:r>
        <w:t>aap jantay hain ke insaan jab se hai is zameen par, tab se woh</w:t>
      </w:r>
    </w:p>
    <w:p>
      <w:pPr>
        <w:jc w:val="right"/>
      </w:pPr>
      <w:r>
        <w:t>آپ جانتے ہیں کہ انسان جب سے ہے اس زمین پر، تب سے وہ</w:t>
      </w:r>
    </w:p>
    <w:p>
      <w:r>
        <w:rPr>
          <w:b/>
        </w:rPr>
        <w:t xml:space="preserve">[00:57] </w:t>
      </w:r>
      <w:r>
        <w:t>truth ki talash mein hai. kaha jata hai ke "Man is a truth-seeking animal."</w:t>
      </w:r>
    </w:p>
    <w:p>
      <w:pPr>
        <w:jc w:val="right"/>
      </w:pPr>
      <w:r>
        <w:t>truth کی تلاش میں ہے۔ کہا جاتا ہے کہ "Man is a truth-seeking animal۔"</w:t>
      </w:r>
    </w:p>
    <w:p>
      <w:r>
        <w:rPr>
          <w:b/>
        </w:rPr>
        <w:t xml:space="preserve">[01:12] </w:t>
      </w:r>
      <w:r>
        <w:t>Man is a truth-seeking animal. isi liye history mein jo sab se pehla discipline paida hua, woh philosophy ka discipline tha.</w:t>
      </w:r>
    </w:p>
    <w:p>
      <w:pPr>
        <w:jc w:val="right"/>
      </w:pPr>
      <w:r>
        <w:t>Man is a truth-seeking animal. اسی لیے history میں جو سب سے پہلا discipline پیدا ہوا، وہ philosophy کا discipline تھا۔</w:t>
      </w:r>
    </w:p>
    <w:p>
      <w:r>
        <w:rPr>
          <w:b/>
        </w:rPr>
        <w:t xml:space="preserve">[01:25] </w:t>
      </w:r>
      <w:r>
        <w:t>sab se pehle.</w:t>
      </w:r>
    </w:p>
    <w:p>
      <w:pPr>
        <w:jc w:val="right"/>
      </w:pPr>
      <w:r>
        <w:t>سب سے پہلے۔</w:t>
      </w:r>
    </w:p>
    <w:p>
      <w:r>
        <w:rPr>
          <w:b/>
        </w:rPr>
        <w:t xml:space="preserve">[01:29] </w:t>
      </w:r>
      <w:r>
        <w:t>An organized discipline. History mein jo paida hua sab se pehle, woh tha philosophy ka discipline.</w:t>
      </w:r>
    </w:p>
    <w:p>
      <w:pPr>
        <w:jc w:val="right"/>
      </w:pPr>
      <w:r>
        <w:t>An organized discipline۔ History میں جو پیدا ہوا سب سے پہلے، وہ تھا philosophy کا discipline۔</w:t>
      </w:r>
    </w:p>
    <w:p>
      <w:r>
        <w:rPr>
          <w:b/>
        </w:rPr>
        <w:t xml:space="preserve">[01:38] </w:t>
      </w:r>
      <w:r>
        <w:t>kyun? Philosophy ka yahi subject hai ke sachai kya hai, us ko jana jaye.</w:t>
      </w:r>
    </w:p>
    <w:p>
      <w:pPr>
        <w:jc w:val="right"/>
      </w:pPr>
      <w:r>
        <w:t>کیوں؟ Philosophy کا یہی subject ہے کہ سچائی کیا ہے، اس کو جانا جائے۔</w:t>
      </w:r>
    </w:p>
    <w:p>
      <w:r>
        <w:rPr>
          <w:b/>
        </w:rPr>
        <w:t xml:space="preserve">[01:49] </w:t>
      </w:r>
      <w:r>
        <w:t>Intellectual pursuit ke zariye. To know the truth by the way of intellectual pursuit.</w:t>
      </w:r>
    </w:p>
    <w:p>
      <w:pPr>
        <w:jc w:val="right"/>
      </w:pPr>
      <w:r>
        <w:t>Intellectual pursuit کے ذریعے۔ To know the truth by the way of intellectual pursuit۔</w:t>
      </w:r>
    </w:p>
    <w:p>
      <w:r>
        <w:rPr>
          <w:b/>
        </w:rPr>
        <w:t xml:space="preserve">[02:01] </w:t>
      </w:r>
      <w:r>
        <w:t>to yeh bilkul sahi baat hai ke "Man is a truth-seeking animal."</w:t>
      </w:r>
    </w:p>
    <w:p>
      <w:pPr>
        <w:jc w:val="right"/>
      </w:pPr>
      <w:r>
        <w:t>تو یہ بالکل صحیح بات ہے کہ "Man is a truth-seeking animal۔"</w:t>
      </w:r>
    </w:p>
    <w:p>
      <w:r>
        <w:rPr>
          <w:b/>
        </w:rPr>
        <w:t xml:space="preserve">[02:10] </w:t>
      </w:r>
      <w:r>
        <w:t>Truth kya hai? Main samajhta hoon ke truth ko agar define kiya jaye to woh hoga ultimate reality.</w:t>
      </w:r>
    </w:p>
    <w:p>
      <w:pPr>
        <w:jc w:val="right"/>
      </w:pPr>
      <w:r>
        <w:t>Truth کیا ہے؟ میں سمجھتا ہوں کہ truth کو اگر define کیا جائے تو وہ ہوگا ultimate reality۔</w:t>
      </w:r>
    </w:p>
    <w:p>
      <w:r>
        <w:rPr>
          <w:b/>
        </w:rPr>
        <w:t xml:space="preserve">[02:24] </w:t>
      </w:r>
      <w:r>
        <w:t>Ultimate reality ko janna. Ultimate reality hi ka doosra naam truth hai.</w:t>
      </w:r>
    </w:p>
    <w:p>
      <w:pPr>
        <w:jc w:val="right"/>
      </w:pPr>
      <w:r>
        <w:t>Ultimate reality کو جاننا۔ Ultimate reality ہی کا دوسرا نام truth ہے۔</w:t>
      </w:r>
    </w:p>
    <w:p>
      <w:r>
        <w:rPr>
          <w:b/>
        </w:rPr>
        <w:t xml:space="preserve">[02:34] </w:t>
      </w:r>
      <w:r>
        <w:t>yun bhi hum keh sakte hain ke jab hum secular word bolen to us ko hum truth kahenge aur jab hum spiritual word bolen to us ko hum religion kahenge.</w:t>
      </w:r>
    </w:p>
    <w:p>
      <w:pPr>
        <w:jc w:val="right"/>
      </w:pPr>
      <w:r>
        <w:t>یوں بھی ہم کہہ سکتے ہیں کہ جب ہم secular word بولیں تو اس کو ہم truth کہیں گے اور جب ہم spiritual word بولیں تو اس کو ہم religion کہیں گے۔</w:t>
      </w:r>
    </w:p>
    <w:p>
      <w:r>
        <w:rPr>
          <w:b/>
        </w:rPr>
        <w:t xml:space="preserve">[02:52] </w:t>
      </w:r>
      <w:r>
        <w:t>In fact, both are one and the same. yani spirit ke aitbar se dono ek hain.</w:t>
      </w:r>
    </w:p>
    <w:p>
      <w:pPr>
        <w:jc w:val="right"/>
      </w:pPr>
      <w:r>
        <w:t>In fact, both are one and the same۔ یعنی spirit کے اعتبار سے دونوں ایک ہیں۔</w:t>
      </w:r>
    </w:p>
    <w:p>
      <w:r>
        <w:rPr>
          <w:b/>
        </w:rPr>
        <w:t xml:space="preserve">[03:04] </w:t>
      </w:r>
      <w:r>
        <w:t>lekin secular expression mein us ko hum truth kehte hain aur religious aur spiritual expression mein us ko hum religion kehte hain.</w:t>
      </w:r>
    </w:p>
    <w:p>
      <w:pPr>
        <w:jc w:val="right"/>
      </w:pPr>
      <w:r>
        <w:t>لیکن secular expression میں اس کو ہم truth کہتے ہیں اور religious اور spiritual expression میں اس کو ہم religion کہتے ہیں۔</w:t>
      </w:r>
    </w:p>
    <w:p>
      <w:r>
        <w:rPr>
          <w:b/>
        </w:rPr>
        <w:t xml:space="preserve">[03:15] </w:t>
      </w:r>
      <w:r>
        <w:t>to yeh hamesha se insan ka target raha hai yeh janna ke truth kya hai.</w:t>
      </w:r>
    </w:p>
    <w:p>
      <w:pPr>
        <w:jc w:val="right"/>
      </w:pPr>
      <w:r>
        <w:t>تو یہ ہمیشہ سے انسان کا target رہا ہے یہ جاننا کہ truth کیا ہے۔</w:t>
      </w:r>
    </w:p>
    <w:p>
      <w:r>
        <w:rPr>
          <w:b/>
        </w:rPr>
        <w:t xml:space="preserve">[03:26] </w:t>
      </w:r>
      <w:r>
        <w:t>isi par main aaj kuch baat karne ki koshish karunga.</w:t>
      </w:r>
    </w:p>
    <w:p>
      <w:pPr>
        <w:jc w:val="right"/>
      </w:pPr>
      <w:r>
        <w:t>اسی پر میں آج کچھ بات کرنے کی کوشش کروں گا۔</w:t>
      </w:r>
    </w:p>
    <w:p>
      <w:r>
        <w:rPr>
          <w:b/>
        </w:rPr>
        <w:t xml:space="preserve">[03:35] </w:t>
      </w:r>
      <w:r>
        <w:t>meri baat bohat zyada systematic way mein nahi hogi balkeh fragmentary way mein hogi. jaisa ke aap jante hain ke mera yeh tareeqa hai bohat hi systematic way mein jaisay lecture diya jata hai, waisay main nahi bolta balkeh fragmentary way mein bolta hoon.</w:t>
      </w:r>
    </w:p>
    <w:p>
      <w:pPr>
        <w:jc w:val="right"/>
      </w:pPr>
      <w:r>
        <w:t>میری بات بہت زیادہ systematic way میں نہیں ہوگی بلکہ fragmentary way میں ہوگی۔ جیسا کہ آپ جانتے ہیں کہ میرا یہ طریقہ ہے بہت ہی systematic way میں جیسے lecture دیا جاتا ہے، ویسے میں نہیں بولتا بلکہ fragmentary way میں بولتا ہوں۔</w:t>
      </w:r>
    </w:p>
    <w:p>
      <w:r>
        <w:rPr>
          <w:b/>
        </w:rPr>
        <w:t xml:space="preserve">[03:56] </w:t>
      </w:r>
      <w:r>
        <w:t>kyun ke mera apna experience yeh hai ke fragmentary method jo hai, woh mind ko zyada address karta hai.</w:t>
      </w:r>
    </w:p>
    <w:p>
      <w:pPr>
        <w:jc w:val="right"/>
      </w:pPr>
      <w:r>
        <w:t>کیوں کہ میرا اپنا experience یہ ہے کہ fragmentary method جو ہے، وہ mind کو زیادہ address کرتا ہے۔</w:t>
      </w:r>
    </w:p>
    <w:p>
      <w:r>
        <w:rPr>
          <w:b/>
        </w:rPr>
        <w:t xml:space="preserve">[04:06] </w:t>
      </w:r>
      <w:r>
        <w:t>to practical faida isi mein hai.</w:t>
      </w:r>
    </w:p>
    <w:p>
      <w:pPr>
        <w:jc w:val="right"/>
      </w:pPr>
      <w:r>
        <w:t>تو practical فائدہ اسی میں ہے۔</w:t>
      </w:r>
    </w:p>
    <w:p>
      <w:r>
        <w:rPr>
          <w:b/>
        </w:rPr>
        <w:t xml:space="preserve">[04:12] </w:t>
      </w:r>
      <w:r>
        <w:t>main ne kai bar yeh kar ke dekha hai ke baray baray koi scholar hain, un ki speech hui, unhon ne lecture diya bohat hi systematic way mein.</w:t>
      </w:r>
    </w:p>
    <w:p>
      <w:pPr>
        <w:jc w:val="right"/>
      </w:pPr>
      <w:r>
        <w:t>میں نے کئی بار یہ کر کے دیکھا ہے کہ بڑے بڑے کوئی scholar ہیں، ان کی speech ہوئی، انہوں نے lecture دیا بہت ہی systematic way میں۔</w:t>
      </w:r>
    </w:p>
    <w:p>
      <w:r>
        <w:rPr>
          <w:b/>
        </w:rPr>
        <w:t xml:space="preserve">[04:25] </w:t>
      </w:r>
      <w:r>
        <w:t>to jo audience tha, us mein se kuch log mujhe milay to main ne poocha kya kaha unhon ne? to aap taajjub karenge ke ab tak ke tajrubay mein main ne yeh paya ke koi kuch bata nahi saka.</w:t>
      </w:r>
    </w:p>
    <w:p>
      <w:pPr>
        <w:jc w:val="right"/>
      </w:pPr>
      <w:r>
        <w:t>تو جو audience تھا، اس میں سے کچھ لوگ مجھے ملے تو میں نے پوچھا کیا کہا انہوں نے؟ تو آپ تعجب کریں گے کہ اب تک کے تجربے میں میں نے یہ پایا کہ کوئی کچھ بتا نہیں سکا۔</w:t>
      </w:r>
    </w:p>
    <w:p>
      <w:r>
        <w:rPr>
          <w:b/>
        </w:rPr>
        <w:t xml:space="preserve">[04:44] </w:t>
      </w:r>
      <w:r>
        <w:t>abhi kal teen sahib mere pas aye thay, un se bhi main ne isi tarah ki baat poochi ek lecture ke baray mein. to kisi ke pas kuch take away nahi hota.</w:t>
      </w:r>
    </w:p>
    <w:p>
      <w:pPr>
        <w:jc w:val="right"/>
      </w:pPr>
      <w:r>
        <w:t>ابھی کل تین صاحب میرے پاس آئے تھے، ان سے بھی میں نے اسی طرح کی بات پوچھی ایک lecture کے بارے میں۔ تو کسی کے پاس کچھ take away نہیں ہوتا۔</w:t>
      </w:r>
    </w:p>
    <w:p>
      <w:r>
        <w:rPr>
          <w:b/>
        </w:rPr>
        <w:t xml:space="preserve">[04:56] </w:t>
      </w:r>
      <w:r>
        <w:t>kuch take away nahi hota. to systematic lecture jo hai, woh ek beautiful word hai lekin practical faida us mein bohat kam hai.</w:t>
      </w:r>
    </w:p>
    <w:p>
      <w:pPr>
        <w:jc w:val="right"/>
      </w:pPr>
      <w:r>
        <w:t>کچھ take away نہیں ہوتا۔ تو systematic lecture جو ہے، وہ ایک beautiful word ہے لیکن practical فائدہ اس میں بہت کم ہے۔</w:t>
      </w:r>
    </w:p>
    <w:p>
      <w:r>
        <w:rPr>
          <w:b/>
        </w:rPr>
        <w:t xml:space="preserve">[05:10] </w:t>
      </w:r>
      <w:r>
        <w:t>isi liye main ne doosra tareeqa ikhtiyar kiya hai jo hai jis ko main kehta hoon ke fragmentary method.</w:t>
      </w:r>
    </w:p>
    <w:p>
      <w:pPr>
        <w:jc w:val="right"/>
      </w:pPr>
      <w:r>
        <w:t>اسی لیے میں نے دوسرا طریقہ اختیار کیا ہے جو ہے جس کو میں کہتا ہوں کہ fragmentary method۔</w:t>
      </w:r>
    </w:p>
    <w:p>
      <w:r>
        <w:rPr>
          <w:b/>
        </w:rPr>
        <w:t xml:space="preserve">[05:18] </w:t>
      </w:r>
      <w:r>
        <w:t>beh-al-haal. to dekhye, aam tor par yeh samjha jata hai ke broad division mein religion ki do categories hain:</w:t>
      </w:r>
    </w:p>
    <w:p>
      <w:pPr>
        <w:jc w:val="right"/>
      </w:pPr>
      <w:r>
        <w:t>بہرحال۔ تو دیکھئے، عام طور پر یہ سمجھا جاتا ہے کہ broad division میں religion کی دو categories ہیں:</w:t>
      </w:r>
    </w:p>
    <w:p>
      <w:r>
        <w:rPr>
          <w:b/>
        </w:rPr>
        <w:t xml:space="preserve">[05:34] </w:t>
      </w:r>
      <w:r>
        <w:t>Semitic religion aur Aryan religion.</w:t>
      </w:r>
    </w:p>
    <w:p>
      <w:pPr>
        <w:jc w:val="right"/>
      </w:pPr>
      <w:r>
        <w:t>Semitic religion اور Aryan religion۔</w:t>
      </w:r>
    </w:p>
    <w:p>
      <w:r>
        <w:rPr>
          <w:b/>
        </w:rPr>
        <w:t xml:space="preserve">[05:41] </w:t>
      </w:r>
      <w:r>
        <w:t>Generally yahi kaha jata hai. lekin main samajhta hoon ke zyada behtar yeh hoga ke hum yeh kahen ke religion ki do qismein hain: ek hai revealed religion aur ek hai philosophical religion.</w:t>
      </w:r>
    </w:p>
    <w:p>
      <w:pPr>
        <w:jc w:val="right"/>
      </w:pPr>
      <w:r>
        <w:t>Generally یہی کہا جاتا ہے۔ لیکن میں سمجھتا ہوں کہ زیادہ بہتر یہ ہوگا کہ ہم یہ کہیں کہ religion کی دو قسمیں ہیں: ایک ہے revealed religion اور ایک ہے philosophical religion۔</w:t>
      </w:r>
    </w:p>
    <w:p>
      <w:r>
        <w:rPr>
          <w:b/>
        </w:rPr>
        <w:t xml:space="preserve">[06:00] </w:t>
      </w:r>
      <w:r>
        <w:t>meri apni study ke mutabiq Semitic religion darasal revealed religion ka doosra naam hai aur Aryan religion darasal philosophical religion ka doosra naam hai.</w:t>
      </w:r>
    </w:p>
    <w:p>
      <w:pPr>
        <w:jc w:val="right"/>
      </w:pPr>
      <w:r>
        <w:t>میری اپنی study کے مطابق Semitic religion دراصل revealed religion کا دوسرا نام ہے اور Aryan religion دراصل philosophical religion کا دوسرا نام ہے۔</w:t>
      </w:r>
    </w:p>
    <w:p>
      <w:r>
        <w:rPr>
          <w:b/>
        </w:rPr>
        <w:t xml:space="preserve">[06:13] </w:t>
      </w:r>
      <w:r>
        <w:t>to yeh nomenclature mujhe zyada pasand hai ke in ko revealed religion aur philosophical religion kaha jaye.</w:t>
      </w:r>
    </w:p>
    <w:p>
      <w:pPr>
        <w:jc w:val="right"/>
      </w:pPr>
      <w:r>
        <w:t>تو یہ nomenclature مجھے زیادہ پسند ہے کہ ان کو revealed religion اور philosophical religion کہا جائے۔</w:t>
      </w:r>
    </w:p>
    <w:p>
      <w:r>
        <w:rPr>
          <w:b/>
        </w:rPr>
        <w:t xml:space="preserve">[06:26] </w:t>
      </w:r>
      <w:r>
        <w:t>aap jante hain ke Semitic religion mein basically teen religion hain: Judaism, Christianity aur Islam.</w:t>
      </w:r>
    </w:p>
    <w:p>
      <w:pPr>
        <w:jc w:val="right"/>
      </w:pPr>
      <w:r>
        <w:t>آپ جانتے ہیں کہ Semitic religion میں basically تین religion ہیں: Judaism، Christianity اور Islam۔</w:t>
      </w:r>
    </w:p>
    <w:p>
      <w:r>
        <w:rPr>
          <w:b/>
        </w:rPr>
        <w:t xml:space="preserve">[06:36] </w:t>
      </w:r>
      <w:r>
        <w:t>yeh teenon revelation par based karte hain. Yani prophet ke through un par Khuda</w:t>
      </w:r>
    </w:p>
    <w:p>
      <w:pPr>
        <w:jc w:val="right"/>
      </w:pPr>
      <w:r>
        <w:t>یہ تینوں revelation پر based کرتے ہیں۔ یعنی prophet کے through ان پر خدا</w:t>
      </w:r>
    </w:p>
    <w:p>
      <w:r>
        <w:rPr>
          <w:b/>
        </w:rPr>
        <w:t xml:space="preserve">[06:51] </w:t>
      </w:r>
      <w:r>
        <w:t>ki wahi aayi jis ko revelation kaha jata hai. To isi se woh mazhab bana.</w:t>
      </w:r>
    </w:p>
    <w:p>
      <w:pPr>
        <w:jc w:val="right"/>
      </w:pPr>
      <w:r>
        <w:t>کی وحی آئی جس کو revelation کہا جاتا ہے۔ تو اسی سے وہ مذہب بنا۔</w:t>
      </w:r>
    </w:p>
    <w:p>
      <w:r>
        <w:rPr>
          <w:b/>
        </w:rPr>
        <w:t xml:space="preserve">[07:01] </w:t>
      </w:r>
      <w:r>
        <w:t>aur jo Aryan religions hain jaise Hinduism hai, Jainism hai, Buddhism hai to yeh basically philosophy par base karte hain, revelation par nahin.</w:t>
      </w:r>
    </w:p>
    <w:p>
      <w:pPr>
        <w:jc w:val="right"/>
      </w:pPr>
      <w:r>
        <w:t>اور جو Aryan religions ہیں جیسے Hinduism ہے، Jainism ہے، Buddhism ہے تو یہ basically philosophy پر base کرتے ہیں، revelation پر نہیں۔</w:t>
      </w:r>
    </w:p>
    <w:p>
      <w:r>
        <w:rPr>
          <w:b/>
        </w:rPr>
        <w:t xml:space="preserve">[07:19] </w:t>
      </w:r>
      <w:r>
        <w:t>isi liye maine yeh category, maine yeh nomenclature liya hai ke ek hai woh religion jo revelation par base karta hai, doosra woh jo philosophy par base karta hai.</w:t>
      </w:r>
    </w:p>
    <w:p>
      <w:pPr>
        <w:jc w:val="right"/>
      </w:pPr>
      <w:r>
        <w:t>اسی لیے میں نے یہ category، میں نے یہ nomenclature لیا ہے کہ ایک ہے وہ religion جو revelation پر base کرتا ہے، دوسرا وہ جو philosophy پر base کرتا ہے۔</w:t>
      </w:r>
    </w:p>
    <w:p>
      <w:r>
        <w:rPr>
          <w:b/>
        </w:rPr>
        <w:t xml:space="preserve">[07:34] </w:t>
      </w:r>
      <w:r>
        <w:t>ab dekhiye ke truth ke bare mein do concepts paye jate hain throughout history.</w:t>
      </w:r>
    </w:p>
    <w:p>
      <w:pPr>
        <w:jc w:val="right"/>
      </w:pPr>
      <w:r>
        <w:t>اب دیکھئے کہ truth کے بارے میں دو concepts پائے جاتے ہیں throughout history۔</w:t>
      </w:r>
    </w:p>
    <w:p>
      <w:r>
        <w:rPr>
          <w:b/>
        </w:rPr>
        <w:t xml:space="preserve">[07:45] </w:t>
      </w:r>
      <w:r>
        <w:t>ek ke mutabiq ek jo hai oneness of truth par believe karta hai, yaqeen rakhta hai.</w:t>
      </w:r>
    </w:p>
    <w:p>
      <w:pPr>
        <w:jc w:val="right"/>
      </w:pPr>
      <w:r>
        <w:t>ایک کے مطابق ایک جو ہے oneness of truth پر believe کرتا ہے، یقین رکھتا ہے۔</w:t>
      </w:r>
    </w:p>
    <w:p>
      <w:r>
        <w:rPr>
          <w:b/>
        </w:rPr>
        <w:t xml:space="preserve">[07:55] </w:t>
      </w:r>
      <w:r>
        <w:t>doosra jo hai woh manyness of truth ko manta hai. Oneness of truth aur manyness of truth. Ya oneness of reality aur manyness of reality.</w:t>
      </w:r>
    </w:p>
    <w:p>
      <w:pPr>
        <w:jc w:val="right"/>
      </w:pPr>
      <w:r>
        <w:t>دوسرا جو ہے وہ manyness of truth کو مانتا ہے۔ Oneness of truth اور manyness of truth۔ یا oneness of reality اور manyness of reality۔</w:t>
      </w:r>
    </w:p>
    <w:p>
      <w:r>
        <w:rPr>
          <w:b/>
        </w:rPr>
        <w:t xml:space="preserve">[08:09] </w:t>
      </w:r>
      <w:r>
        <w:t>yeh do concepts paye gaye hain basically history mein. Maine dono ko parha hai aur in ka tajurba bhi kiya hai apni lambi umar mein.</w:t>
      </w:r>
    </w:p>
    <w:p>
      <w:pPr>
        <w:jc w:val="right"/>
      </w:pPr>
      <w:r>
        <w:t>یہ دو concepts پائے گئے ہیں basically history میں۔ میں نے دونوں کو پڑھا ہے اور ان کا تجربہ بھی کیا ہے اپنی لمبی عمر میں۔</w:t>
      </w:r>
    </w:p>
    <w:p>
      <w:r>
        <w:rPr>
          <w:b/>
        </w:rPr>
        <w:t xml:space="preserve">[08:26] </w:t>
      </w:r>
      <w:r>
        <w:t>main yeh kahunga ke manyness of truth ya manyness of reality jo hai ek beautiful word hai lekin is ka practical faida kuch bhi nahin.</w:t>
      </w:r>
    </w:p>
    <w:p>
      <w:pPr>
        <w:jc w:val="right"/>
      </w:pPr>
      <w:r>
        <w:t>میں یہ کہوں گا کہ manyness of truth یا manyness of reality جو ہے ایک beautiful word ہے لیکن اس کا practical فائدہ کچھ بھی نہیں۔</w:t>
      </w:r>
    </w:p>
    <w:p>
      <w:r>
        <w:rPr>
          <w:b/>
        </w:rPr>
        <w:t xml:space="preserve">[08:38] </w:t>
      </w:r>
      <w:r>
        <w:t>ek beautiful word hai. Aur bolne ko bohat acha lagta hai. Aap jante honge ke 1893 mein jab Swami Vivekanand Chicago ke religious parliament mein gaye aur wahan unhon ne elan kiya ke "All the religions are true" to bohat clapping mili un ko.</w:t>
      </w:r>
    </w:p>
    <w:p>
      <w:pPr>
        <w:jc w:val="right"/>
      </w:pPr>
      <w:r>
        <w:t>ایک beautiful word ہے۔ اور بولنے کو بہت اچھا لگتا ہے۔ آپ جانتے ہوں گے کہ 1893 میں جب سوامی ویکانندہ شکاگو کے religious parliament میں گئے اور وہاں انہوں نے اعلان کیا کہ "All the religions are true" تو بہت clapping ملی ان کو۔</w:t>
      </w:r>
    </w:p>
    <w:p>
      <w:r>
        <w:rPr>
          <w:b/>
        </w:rPr>
        <w:t xml:space="preserve">[09:06] </w:t>
      </w:r>
      <w:r>
        <w:t>lekin "All the religions are true" jo hai is mein kya khaas baat hai? To Arnold Dienby ne likha hai ke "All the religions are true" mein live and let live ki spirit hai.</w:t>
      </w:r>
    </w:p>
    <w:p>
      <w:pPr>
        <w:jc w:val="right"/>
      </w:pPr>
      <w:r>
        <w:t>لیکن "All the religions are true" جو ہے اس میں کیا خاص بات ہے؟ تو Arnold Dienby نے لکھا ہے کہ "All the religions are true" میں live and let live کی spirit ہے۔</w:t>
      </w:r>
    </w:p>
    <w:p>
      <w:r>
        <w:rPr>
          <w:b/>
        </w:rPr>
        <w:t xml:space="preserve">[09:24] </w:t>
      </w:r>
      <w:r>
        <w:t>isi liye woh zyada acha hai ke main bhi sacha, tum bhi sachay. To is ko main keh sakta hoon ke yeh hai mutual recognition.</w:t>
      </w:r>
    </w:p>
    <w:p>
      <w:pPr>
        <w:jc w:val="right"/>
      </w:pPr>
      <w:r>
        <w:t>اسی لیے وہ زیادہ اچھا ہے کہ میں بھی سچا، تم بھی سچے۔ تو اس کو میں کہہ سکتا ہوں کہ یہ ہے mutual recognition۔</w:t>
      </w:r>
    </w:p>
    <w:p>
      <w:r>
        <w:rPr>
          <w:b/>
        </w:rPr>
        <w:t xml:space="preserve">[09:37] </w:t>
      </w:r>
      <w:r>
        <w:t>Mutual recognition. To un ke nazdeek yeh hai ke is se peace aata hai society mein, mutual coexistence aata hai,</w:t>
      </w:r>
    </w:p>
    <w:p>
      <w:pPr>
        <w:jc w:val="right"/>
      </w:pPr>
      <w:r>
        <w:t>Mutual recognition۔ تو ان کے نزدیک یہ ہے کہ اس سے peace آتا ہے society میں، mutual coexistence آتا ہے،</w:t>
      </w:r>
    </w:p>
    <w:p>
      <w:r>
        <w:rPr>
          <w:b/>
        </w:rPr>
        <w:t xml:space="preserve">[09:51] </w:t>
      </w:r>
      <w:r>
        <w:t>is ka yeh faida hai. Aur is ke as compared to this concept, in logon ka manna hai ke oneness ka jo concept hai woh larai paida karta hai, intolerance aata hai is se.</w:t>
      </w:r>
    </w:p>
    <w:p>
      <w:pPr>
        <w:jc w:val="right"/>
      </w:pPr>
      <w:r>
        <w:t>اس کا یہ فائدہ ہے۔ اور اس کے as compared to this concept، ان لوگوں کا ماننا ہے کہ oneness کا جو concept ہے وہ لڑائی پیدا کرتا ہے، intolerance آتا ہے اس سے۔</w:t>
      </w:r>
    </w:p>
    <w:p>
      <w:r>
        <w:rPr>
          <w:b/>
        </w:rPr>
        <w:t xml:space="preserve">[10:08] </w:t>
      </w:r>
      <w:r>
        <w:t>kuch log yeh samajhne lagte hain ke hum superior hain, doosre inferior hain. Is tarah ka negative thought aata hai, is woh phir translate hota hai war mein aur takrao mein.</w:t>
      </w:r>
    </w:p>
    <w:p>
      <w:pPr>
        <w:jc w:val="right"/>
      </w:pPr>
      <w:r>
        <w:t>کچھ لوگ یہ سمجھنے لگتے ہیں کہ ہم superior ہیں، دوسرے inferior ہیں۔ اس طرح کا negative thought آتا ہے، اس وہ پھر translate ہوتا ہے war میں اور ٹکراؤ میں۔</w:t>
      </w:r>
    </w:p>
    <w:p>
      <w:r>
        <w:rPr>
          <w:b/>
        </w:rPr>
        <w:t xml:space="preserve">[10:23] </w:t>
      </w:r>
      <w:r>
        <w:t>to oneness of reality ya oneness of truth jo hai is ko unhon ne reject kiya aur manyness of truth ko accept kiya.</w:t>
      </w:r>
    </w:p>
    <w:p>
      <w:pPr>
        <w:jc w:val="right"/>
      </w:pPr>
      <w:r>
        <w:t>تو oneness of reality یا oneness of truth جو ہے اس کو انہوں نے reject کیا اور manyness of truth کو accept کیا۔</w:t>
      </w:r>
    </w:p>
    <w:p>
      <w:r>
        <w:rPr>
          <w:b/>
        </w:rPr>
        <w:t xml:space="preserve">[10:37] </w:t>
      </w:r>
      <w:r>
        <w:t>main samajhta hoon ke ek criteria nahin galat hai. Yani truth jo hai is ko aap social criteria se judge kar rahe hain.</w:t>
      </w:r>
    </w:p>
    <w:p>
      <w:pPr>
        <w:jc w:val="right"/>
      </w:pPr>
      <w:r>
        <w:t>میں سمجھتا ہوں کہ ایک criteria نہیں غلط ہے۔ یعنی truth جو ہے اس کو آپ social criteria سے judge کر رہے ہیں۔</w:t>
      </w:r>
    </w:p>
    <w:p>
      <w:r>
        <w:rPr>
          <w:b/>
        </w:rPr>
        <w:t xml:space="preserve">[10:48] </w:t>
      </w:r>
      <w:r>
        <w:t>aap social criteria se judge kar sakte hain is ko. Maslan honesty hai. Honesty ko aap social criteria se judge karenge.</w:t>
      </w:r>
    </w:p>
    <w:p>
      <w:pPr>
        <w:jc w:val="right"/>
      </w:pPr>
      <w:r>
        <w:t>آپ social criteria سے judge کر سکتے ہیں اس کو۔ مثلاً honesty ہے۔ Honesty کو آپ social criteria سے judge کریں گے۔</w:t>
      </w:r>
    </w:p>
    <w:p>
      <w:r>
        <w:rPr>
          <w:b/>
        </w:rPr>
        <w:t xml:space="preserve">[10:59] </w:t>
      </w:r>
      <w:r>
        <w:t>yani business community agar yeh kahe ke dishonesty mein zyada faida hai to hum honest kyun banen? To kya aap is ko le kar kahenge ke dishonesty zyada achi cheez hai?</w:t>
      </w:r>
    </w:p>
    <w:p>
      <w:pPr>
        <w:jc w:val="right"/>
      </w:pPr>
      <w:r>
        <w:t>یعنی business community اگر یہ کہے کہ dishonesty میں زیادہ فائدہ ہے تو ہم honest کیوں بنیں؟ تو کیا آپ اس کو لے کر کہیں گے کہ dishonesty زیادہ اچھی چیز ہے؟</w:t>
      </w:r>
    </w:p>
    <w:p>
      <w:r>
        <w:rPr>
          <w:b/>
        </w:rPr>
        <w:t xml:space="preserve">[11:13] </w:t>
      </w:r>
      <w:r>
        <w:t>lekin truth ko aap social criteria se judge nahin kar sakte.</w:t>
      </w:r>
    </w:p>
    <w:p>
      <w:pPr>
        <w:jc w:val="right"/>
      </w:pPr>
      <w:r>
        <w:t>لیکن truth کو آپ social criteria سے judge نہیں کر سکتے۔</w:t>
      </w:r>
    </w:p>
    <w:p>
      <w:r>
        <w:rPr>
          <w:b/>
        </w:rPr>
        <w:t xml:space="preserve">[11:20] </w:t>
      </w:r>
      <w:r>
        <w:t>True truth ko koi pure criteria lena parega is ko judge karne ke liye. Woh kya hai? Main samajhta hoon ke insan ki sab se bari jo requirement hai woh hai conviction.</w:t>
      </w:r>
    </w:p>
    <w:p>
      <w:pPr>
        <w:jc w:val="right"/>
      </w:pPr>
      <w:r>
        <w:t>True truth کو کوئی pure criteria لینا پڑے گا اس کو judge کرنے کے لیے۔ وہ کیا ہے؟ میں سمجھتا ہوں کہ انسان کی سب سے بڑی جو requirement ہے وہ ہے conviction۔</w:t>
      </w:r>
    </w:p>
    <w:p>
      <w:r>
        <w:rPr>
          <w:b/>
        </w:rPr>
        <w:t xml:space="preserve">[11:39] </w:t>
      </w:r>
      <w:r>
        <w:t>Conviction. Har aadmi chahta hai ke duniya mein woh conviction par jiye. Sab se bari cheez conviction.</w:t>
      </w:r>
    </w:p>
    <w:p>
      <w:pPr>
        <w:jc w:val="right"/>
      </w:pPr>
      <w:r>
        <w:t>Conviction۔ ہر آدمی چاہتا ہے کہ دنیا میں وہ conviction پر جیے۔ سب سے بڑی چیز conviction۔</w:t>
      </w:r>
    </w:p>
    <w:p>
      <w:r>
        <w:rPr>
          <w:b/>
        </w:rPr>
        <w:t xml:space="preserve">[11:50] </w:t>
      </w:r>
      <w:r>
        <w:t>dekhiye animal ki yeh zaroorat nahin hai ke woh conviction us ke paas ho. Un ke un ke haan conviction ka koi concept nahin hai. Galaxy ya solar system ya mountain aur ocean ke liye is ki zaroorat nahin hai.</w:t>
      </w:r>
    </w:p>
    <w:p>
      <w:pPr>
        <w:jc w:val="right"/>
      </w:pPr>
      <w:r>
        <w:t>دیکھئے animal کی یہ ضرورت نہیں ہے کہ وہ conviction اس کے پاس ہو۔ ان کے ان کے ہاں conviction کا کوئی concept نہیں ہے۔ Galaxy یا solar system یا mountain اور ocean کے لیے اس کی ضرورت نہیں ہے۔</w:t>
      </w:r>
    </w:p>
    <w:p>
      <w:r>
        <w:rPr>
          <w:b/>
        </w:rPr>
        <w:t xml:space="preserve">[12:08] </w:t>
      </w:r>
      <w:r>
        <w:t>to conviction na to material world ki zaroorat hai na animal ki zaroorat hai. yeh sirf insaan ki zaroorat hai.</w:t>
      </w:r>
    </w:p>
    <w:p>
      <w:pPr>
        <w:jc w:val="right"/>
      </w:pPr>
      <w:r>
        <w:t>تو conviction نہ تو material world کی ضرورت ہے نہ animal کی ضرورت ہے۔ یہ صرف انسان کی ضرورت ہے۔</w:t>
      </w:r>
    </w:p>
    <w:p>
      <w:r>
        <w:rPr>
          <w:b/>
        </w:rPr>
        <w:t xml:space="preserve">[12:20] </w:t>
      </w:r>
      <w:r>
        <w:t>baghair conviction ke aap dunya mein jee nahi sakte. jeene ka matlab yeh hai ke aap tension mein jeeyenge, aap stress mein jeeyenge, aap peace nahi hoga aap ki zindagi mein.</w:t>
      </w:r>
    </w:p>
    <w:p>
      <w:pPr>
        <w:jc w:val="right"/>
      </w:pPr>
      <w:r>
        <w:t>بغیر conviction کے آپ دنیا میں جی نہیں سکتے۔ جینے کا مطلب یہ ہے کہ آپ tension میں جیئیں گے، آپ stress میں جیئیں گے، آپ peace نہیں ہوگا آپ کی زندگی میں۔</w:t>
      </w:r>
    </w:p>
    <w:p>
      <w:r>
        <w:rPr>
          <w:b/>
        </w:rPr>
        <w:t xml:space="preserve">[12:35] </w:t>
      </w:r>
      <w:r>
        <w:t>to mein yeh kahunga ke conviction jo hai is mein spirit ko woh afford nahi kar sakta. jaise motherhood jo hai, motherhood jo hai spirit ko afford nahi kar sakti.</w:t>
      </w:r>
    </w:p>
    <w:p>
      <w:pPr>
        <w:jc w:val="right"/>
      </w:pPr>
      <w:r>
        <w:t>تو میں یہ کہوں گا کہ conviction جو ہے اس میں spirit کو وہ afford نہیں کر سکتا۔ جیسے motherhood جو ہے، motherhood جو ہے spirit کو afford نہیں کر سکتی۔</w:t>
      </w:r>
    </w:p>
    <w:p>
      <w:r>
        <w:rPr>
          <w:b/>
        </w:rPr>
        <w:t xml:space="preserve">[12:49] </w:t>
      </w:r>
      <w:r>
        <w:t>ek hi maa par aap ko maa wale, maa wali feeling aa sakti hai. maa wali feeling jo hai ek maa par aayegi.</w:t>
      </w:r>
    </w:p>
    <w:p>
      <w:pPr>
        <w:jc w:val="right"/>
      </w:pPr>
      <w:r>
        <w:t>ایک ہی ماں پر آپ کو ماں والے، ماں والی feeling آ سکتی ہے۔ ماں والی feeling جو ہے ایک ماں پر آئے گی۔</w:t>
      </w:r>
    </w:p>
    <w:p>
      <w:r>
        <w:rPr>
          <w:b/>
        </w:rPr>
        <w:t xml:space="preserve">[12:59] </w:t>
      </w:r>
      <w:r>
        <w:t>agar aap se kaha jaye ke tumhari chaar maaen hain to is ka matlab yeh hoga ke aap maa wali feeling hi aap aap se ghayab ho jayegi. to</w:t>
      </w:r>
    </w:p>
    <w:p>
      <w:pPr>
        <w:jc w:val="right"/>
      </w:pPr>
      <w:r>
        <w:t>اگر آپ سے کہا جائے کہ تمہاری چار مائیں ہیں تو اس کا مطلب یہ ہوگا کہ آپ ماں والی feeling ہی آپ آپ سے غائب ہو جائے گی۔ تو</w:t>
      </w:r>
    </w:p>
    <w:p>
      <w:r>
        <w:rPr>
          <w:b/>
        </w:rPr>
        <w:t xml:space="preserve">[13:13] </w:t>
      </w:r>
      <w:r>
        <w:t>truth ka mamla jo hai woh motherhood jaisa mamla hai. woh spirit ko bardasht nahi kar sakta. to oneness of reality hi natural formula hai.</w:t>
      </w:r>
    </w:p>
    <w:p>
      <w:pPr>
        <w:jc w:val="right"/>
      </w:pPr>
      <w:r>
        <w:t>truth کا معاملہ جو ہے وہ motherhood جیسا معاملہ ہے۔ وہ spirit کو برداشت نہیں کر سکتا۔ تو oneness of reality ہی natural formula ہے۔</w:t>
      </w:r>
    </w:p>
    <w:p>
      <w:r>
        <w:rPr>
          <w:b/>
        </w:rPr>
        <w:t xml:space="preserve">[13:28] </w:t>
      </w:r>
      <w:r>
        <w:t>aur yeh jo baat kahi jati hai ke oneness of reality se aata hai superiority complex, hate, intolerance, war, to yeh mein samajhta hoon ke ek bilkul hi baseless baat hai.</w:t>
      </w:r>
    </w:p>
    <w:p>
      <w:pPr>
        <w:jc w:val="right"/>
      </w:pPr>
      <w:r>
        <w:t>اور یہ جو بات کہی جاتی ہے کہ oneness of reality سے آتا ہے superiority complex، hate, intolerance، war، تو یہ میں سمجھتا ہوں کہ ایک بالکل ہی baseless بات ہے۔</w:t>
      </w:r>
    </w:p>
    <w:p>
      <w:r>
        <w:rPr>
          <w:b/>
        </w:rPr>
        <w:t xml:space="preserve">[13:42] </w:t>
      </w:r>
      <w:r>
        <w:t>kyun? Oneness of reality ka matlab hai, oneness of truth ka matlab hai ke ek nai personality aadmi ke andar emerge kare, karna chahiye.</w:t>
      </w:r>
    </w:p>
    <w:p>
      <w:pPr>
        <w:jc w:val="right"/>
      </w:pPr>
      <w:r>
        <w:t>کیوں؟ Oneness of reality کا مطلب ہے، oneness of truth کا مطلب ہے کہ ایک نئی personality آدمی کے اندر emerge کرے، کرنا چاہیے۔</w:t>
      </w:r>
    </w:p>
    <w:p>
      <w:r>
        <w:rPr>
          <w:b/>
        </w:rPr>
        <w:t xml:space="preserve">[13:51] </w:t>
      </w:r>
      <w:r>
        <w:t>warna is ko kuch bhi nahi mila. is ko inhone kai sachaiyan bhi mileen, inhe ek sachai mili.</w:t>
      </w:r>
    </w:p>
    <w:p>
      <w:pPr>
        <w:jc w:val="right"/>
      </w:pPr>
      <w:r>
        <w:t>ورنہ اس کو کچھ بھی نہیں ملا۔ اس کو انہوں نے کئی سچائیاں بھی ملیں، انہیں ایک سچائی ملی۔</w:t>
      </w:r>
    </w:p>
    <w:p>
      <w:r>
        <w:rPr>
          <w:b/>
        </w:rPr>
        <w:t xml:space="preserve">[14:00] </w:t>
      </w:r>
      <w:r>
        <w:t>oneness of truth ka matlab hai ke is ne ek ooncha level pa liya jeene ka. ek higher level jeene ka pa liya. jo kehte hain simple living, high thinking.</w:t>
      </w:r>
    </w:p>
    <w:p>
      <w:pPr>
        <w:jc w:val="right"/>
      </w:pPr>
      <w:r>
        <w:t>Oneness of truth کا مطلب ہے کہ اس نے ایک اونچا level پا لیا جینے کا۔ ایک higher level جینے کا پا لیا۔ جو کہتے ہیں simple living, high thinking۔</w:t>
      </w:r>
    </w:p>
    <w:p>
      <w:r>
        <w:rPr>
          <w:b/>
        </w:rPr>
        <w:t xml:space="preserve">[14:13] </w:t>
      </w:r>
      <w:r>
        <w:t>ek higher level jab aap ko mil jaye jeene ka to wahan har cheez minimize ho jati hai. hate, intolerance, war sab minimize ho jata hai, sab disappear ho jata hai.</w:t>
      </w:r>
    </w:p>
    <w:p>
      <w:pPr>
        <w:jc w:val="right"/>
      </w:pPr>
      <w:r>
        <w:t>ایک higher level جب آپ کو مل جائے جینے کا تو وہاں ہر چیز minimize ہو جاتی ہے۔ Hate, intolerance، war سب minimize ہو جاتا ہے، سب disappear ہو جاتا ہے۔</w:t>
      </w:r>
    </w:p>
    <w:p>
      <w:r>
        <w:rPr>
          <w:b/>
        </w:rPr>
        <w:t xml:space="preserve">[14:26] </w:t>
      </w:r>
      <w:r>
        <w:t>sab disappear ho jata hai. mein apne bare mein keh sakta hoon ke mein ne truth, truth meri discovery hai. I have discovered the truth on my own.</w:t>
      </w:r>
    </w:p>
    <w:p>
      <w:pPr>
        <w:jc w:val="right"/>
      </w:pPr>
      <w:r>
        <w:t>سب disappear ہو جاتا ہے۔ میں اپنے بارے میں کہہ سکتا ہوں کہ میں نے truth، truth میری discovery ہے۔ I have discovered the truth on my own۔</w:t>
      </w:r>
    </w:p>
    <w:p>
      <w:r>
        <w:rPr>
          <w:b/>
        </w:rPr>
        <w:t xml:space="preserve">[14:40] </w:t>
      </w:r>
      <w:r>
        <w:t>to jab mein ne discover kiya truth ko to har cheez meri zindagi mein disappear ho gayi. intolerance, hate, confrontation aur malice aur injustice, dishonesty sab disappear ho gayi.</w:t>
      </w:r>
    </w:p>
    <w:p>
      <w:pPr>
        <w:jc w:val="right"/>
      </w:pPr>
      <w:r>
        <w:t>تو جب میں نے discover کیا truth کو تو ہر چیز میری زندگی میں disappear ہو گئی۔ Intolerance، hate، confrontation اور malice اور injustice، dishonesty سب disappear ہو گئی۔</w:t>
      </w:r>
    </w:p>
    <w:p>
      <w:r>
        <w:rPr>
          <w:b/>
        </w:rPr>
        <w:t xml:space="preserve">[15:04] </w:t>
      </w:r>
      <w:r>
        <w:t>har insaan mere liye ek ek hi darje ka ban gaya. doosri cheez jo mujhe mili woh modesty. mein samajhta hoon ke oneness of truth jo hai woh aap ko supreme sense mein modest banata hai.</w:t>
      </w:r>
    </w:p>
    <w:p>
      <w:pPr>
        <w:jc w:val="right"/>
      </w:pPr>
      <w:r>
        <w:t>ہر انسان میرے لیے ایک ایک ہی درجے کا بن گیا۔ دوسری چیز جو مجھے ملی وہ modesty۔ میں سمجھتا ہوں کہ oneness of truth جو ہے وہ آپ کو supreme sense میں modest بناتا ہے۔</w:t>
      </w:r>
    </w:p>
    <w:p>
      <w:r>
        <w:rPr>
          <w:b/>
        </w:rPr>
        <w:t xml:space="preserve">[15:19] </w:t>
      </w:r>
      <w:r>
        <w:t>modesty. agar modesty nahi aayi to aap ne sachai ko bhi nahi paya. modesty. to jahan modesty aa jaye wahan bhi aap dekhiye arrogance khatam, egoism khatam,</w:t>
      </w:r>
    </w:p>
    <w:p>
      <w:pPr>
        <w:jc w:val="right"/>
      </w:pPr>
      <w:r>
        <w:t>Modesty۔ اگر modesty نہیں آئی تو آپ نے سچائی کو بھی نہیں پایا۔ Modesty۔ تو جہاں modesty آجائے وہاں بھی آپ دیکھئے arrogance ختم، egoism ختم،</w:t>
      </w:r>
    </w:p>
    <w:p>
      <w:r>
        <w:rPr>
          <w:b/>
        </w:rPr>
        <w:t xml:space="preserve">[15:37] </w:t>
      </w:r>
      <w:r>
        <w:t>yeh sab khatam. jis cheez ko excuse bana kar ke log oneness of truth ke theory ko reject karte hain woh ek galat excuse hai.</w:t>
      </w:r>
    </w:p>
    <w:p>
      <w:pPr>
        <w:jc w:val="right"/>
      </w:pPr>
      <w:r>
        <w:t>یہ سب ختم۔ جس چیز کو excuse بنا کر کے لوگ oneness of truth کے theory کو reject کرتے ہیں وہ ایک غلط excuse ہے۔</w:t>
      </w:r>
    </w:p>
    <w:p>
      <w:r>
        <w:rPr>
          <w:b/>
        </w:rPr>
        <w:t xml:space="preserve">[15:53] </w:t>
      </w:r>
      <w:r>
        <w:t>yani aap oneness ko, yani oneness ke concept ko lein aur kisi dada ko de kar kahein ke dekho is ke andar yeh ladai jhagda hai, is ke andar aisa hai, is ke andar waisa hai, halanke woh kehta hai ke mein ek khuda ko manta hoon.</w:t>
      </w:r>
    </w:p>
    <w:p>
      <w:pPr>
        <w:jc w:val="right"/>
      </w:pPr>
      <w:r>
        <w:t>یعنی آپ oneness کو، یعنی oneness کے concept کو لیں اور کسی دادا کو دے کر کہیں کہ دیکھو اس کے اندر یہ لڑائی جھگڑا ہے، اس کے اندر ایسا ہے، اس کے اندر ویسا ہے، حالانکہ وہ کہتا ہے کہ میں ایک خدا کو مانتا ہوں۔</w:t>
      </w:r>
    </w:p>
    <w:p>
      <w:r>
        <w:rPr>
          <w:b/>
        </w:rPr>
        <w:t xml:space="preserve">[16:07] </w:t>
      </w:r>
      <w:r>
        <w:t>to lip service kar raha hoga woh. mein is truth ko ki baat kar raha hoon jo discovery hota hai insaan ki.</w:t>
      </w:r>
    </w:p>
    <w:p>
      <w:pPr>
        <w:jc w:val="right"/>
      </w:pPr>
      <w:r>
        <w:t>تو lip service کر رہا ہوگا وہ۔ میں اس truth کو کی بات کر رہا ہوں جو discovery ہوتا ہے انسان کی۔</w:t>
      </w:r>
    </w:p>
    <w:p>
      <w:r>
        <w:rPr>
          <w:b/>
        </w:rPr>
        <w:t xml:space="preserve">[16:17] </w:t>
      </w:r>
      <w:r>
        <w:t>mein is truth ki baat nahi kar raha hoon jo lip service hota hai.</w:t>
      </w:r>
    </w:p>
    <w:p>
      <w:pPr>
        <w:jc w:val="right"/>
      </w:pPr>
      <w:r>
        <w:t>میں اس truth کی بات نہیں کر رہا ہوں جو lip service ہوتا ہے۔</w:t>
      </w:r>
    </w:p>
    <w:p>
      <w:r>
        <w:rPr>
          <w:b/>
        </w:rPr>
        <w:t xml:space="preserve">[16:24] </w:t>
      </w:r>
      <w:r>
        <w:t>jaise abhi Pakistan mein lal bashir ka jo qissa tha woh sab Islam ki baat bolte thay. halanke woh Islam jo kuch kiya unhone woh Islam ka negation tha.</w:t>
      </w:r>
    </w:p>
    <w:p>
      <w:pPr>
        <w:jc w:val="right"/>
      </w:pPr>
      <w:r>
        <w:t>جیسے ابھی پاکستان میں لعل بشیر کا جو قصہ تھا وہ سب اسلام کی بات بولتے تھے۔ حالانکہ وہ اسلام جو کچھ کیا انہوں نے وہ اسلام کا negation تھا۔</w:t>
      </w:r>
    </w:p>
    <w:p>
      <w:r>
        <w:rPr>
          <w:b/>
        </w:rPr>
        <w:t xml:space="preserve">[16:36] </w:t>
      </w:r>
      <w:r>
        <w:t>to munh se bolne se kya hota hai? koi aadmi ek khuda kahe ke mein ek khuda ko manta hoon aur us ke baad ladai jhagda kare to aap kahein ke dekho ek khuda ka concept jo hai ladai jhagda paida karta hai, is liye acha hai ke hum kai khuda manen.</w:t>
      </w:r>
    </w:p>
    <w:p>
      <w:pPr>
        <w:jc w:val="right"/>
      </w:pPr>
      <w:r>
        <w:t>تو منہ سے بولنے سے کیا ہوتا ہے؟ کوئی آدمی ایک خدا کہے کہ میں ایک خدا کو مانتا ہوں اور اس کے بعد لڑائی جھگڑا کرے تو آپ کہیں کہ دیکھو ایک خدا کا concept جو ہے لڑائی جھگڑا پیدا کرتا ہے، اس لیے اچھا ہے کہ ہم کئی خدا مانیں۔</w:t>
      </w:r>
    </w:p>
    <w:p>
      <w:r>
        <w:rPr>
          <w:b/>
        </w:rPr>
        <w:t xml:space="preserve">[16:50] </w:t>
      </w:r>
      <w:r>
        <w:t>yeh to criteria galat hai na, criteria.</w:t>
      </w:r>
    </w:p>
    <w:p>
      <w:pPr>
        <w:jc w:val="right"/>
      </w:pPr>
      <w:r>
        <w:t>یہ تو criteria غلط ہے نا، criteria۔</w:t>
      </w:r>
    </w:p>
    <w:p>
      <w:r>
        <w:rPr>
          <w:b/>
        </w:rPr>
        <w:t xml:space="preserve">[16:55] </w:t>
      </w:r>
      <w:r>
        <w:t>Pakistan ki lal masjid mein jo log guz gaye gun aur bomb le kar ke woh Islam kiya, woh to insaniyat par bhi nahi thay.</w:t>
      </w:r>
    </w:p>
    <w:p>
      <w:pPr>
        <w:jc w:val="right"/>
      </w:pPr>
      <w:r>
        <w:t>پاکستان کی لعل مسجد میں جو لوگ گز گئے گن اور بم لے کر کے وہ اسلام کیا، وہ تو انسانیت پر بھی نہیں تھے۔</w:t>
      </w:r>
    </w:p>
    <w:p>
      <w:r>
        <w:rPr>
          <w:b/>
        </w:rPr>
        <w:t xml:space="preserve">[17:08] </w:t>
      </w:r>
      <w:r>
        <w:t>un ka case insaniyat ke case mein bhi nahi hai. Islam ka case kahan se hoga?</w:t>
      </w:r>
    </w:p>
    <w:p>
      <w:pPr>
        <w:jc w:val="right"/>
      </w:pPr>
      <w:r>
        <w:t>ان کا case انسانیت کے case میں بھی نہیں ہے۔ اسلام کا case کہاں سے ہوگا؟</w:t>
      </w:r>
    </w:p>
    <w:p>
      <w:r>
        <w:rPr>
          <w:b/>
        </w:rPr>
        <w:t xml:space="preserve">[17:17] </w:t>
      </w:r>
      <w:r>
        <w:t>Islam to dekhiye yeh sikhaata hai ke jo sab se bari ibadat Islam mein kiya hai? Hajj. Hajj kiya hai? Ek rehearsal hai poori zindagi ka.</w:t>
      </w:r>
    </w:p>
    <w:p>
      <w:pPr>
        <w:jc w:val="right"/>
      </w:pPr>
      <w:r>
        <w:t>اسلام تو دیکھئے یہ سکھاتا ہے کہ جو سب سے بڑی عبادت اسلام میں کیا ہے؟ Hajj۔ Hajj کیا ہے؟ ایک rehearsal ہے پوری زندگی کا۔</w:t>
      </w:r>
    </w:p>
    <w:p>
      <w:r>
        <w:rPr>
          <w:b/>
        </w:rPr>
        <w:t xml:space="preserve">[17:28] </w:t>
      </w:r>
      <w:r>
        <w:t>Hajj ka matlab ritual nahi hai. Ek rehearsal hai ke wahan ja kar ke chand dinon mein aap ek course ko poora karte hain taake isi course ko aa kar translate kar saken apni poori zindagi mein.</w:t>
      </w:r>
    </w:p>
    <w:p>
      <w:pPr>
        <w:jc w:val="right"/>
      </w:pPr>
      <w:r>
        <w:t>Hajj کا مطلب ritual نہیں ہے۔ ایک rehearsal ہے کہ وہاں جا کر کے چند دنوں میں آپ ایک کورس کو پورا کرتے ہیں تاکہ اسی کورس کو آ کر translate کر سکیں اپنی پوری زندگی میں۔</w:t>
      </w:r>
    </w:p>
    <w:p>
      <w:r>
        <w:rPr>
          <w:b/>
        </w:rPr>
        <w:t xml:space="preserve">[17:46] </w:t>
      </w:r>
      <w:r>
        <w:t>Hajj koi rituals nahi hain. Yeh nahi ke gaye kahin kuch set of rituals hain us ko ada kar liya aur Hajj ho gaya. Hajj ka matlab hai is rehearsals ko, is course ko, is course se guzar kar ke apne aap ko train karna, prepare karna taake rest of the life mein aap is ke mutabiq reh saken.</w:t>
      </w:r>
    </w:p>
    <w:p>
      <w:pPr>
        <w:jc w:val="right"/>
      </w:pPr>
      <w:r>
        <w:t>Hajj کوئی rituals نہیں ہیں۔ یہ نہیں کہ گئے کہیں کچھ set of rituals ہیں اس کو ادا کر لیا اور Hajj ہو گیا۔ Hajj کا مطلب ہے اس rehearsals کو، اس کورس کو، اس کورس سے گزر کر کے اپنے آپ کو train کرنا، prepare کرنا تاکہ rest of the life میں آپ اس کے مطابق رہ سکیں۔</w:t>
      </w:r>
    </w:p>
    <w:p>
      <w:r>
        <w:rPr>
          <w:b/>
        </w:rPr>
        <w:t xml:space="preserve">[18:14] </w:t>
      </w:r>
      <w:r>
        <w:t>Yeh hai Hajj. Hajj mein kya hota hai? Aap cheenti bhi agar paon se masal kar marain, cheenti, aap ka Hajj batil ho jayega.</w:t>
      </w:r>
    </w:p>
    <w:p>
      <w:pPr>
        <w:jc w:val="right"/>
      </w:pPr>
      <w:r>
        <w:t>یہ ہے Hajj۔ Hajj میں کیا ہوتا ہے؟ آپ چیونٹی بھی اگر پاؤں سے مسل کر ماریں، چیونٹی، آپ کا Hajj باطل ہو جائے گا۔</w:t>
      </w:r>
    </w:p>
    <w:p>
      <w:r>
        <w:rPr>
          <w:b/>
        </w:rPr>
        <w:t xml:space="preserve">[18:26] </w:t>
      </w:r>
      <w:r>
        <w:t>Itna zyada peace ki teaching hai Hajj mein. Kisi se aap gaali den, kisi ko, kisi ko thappar marain to aaj ka aap ka Hajj batil ho jayega.</w:t>
      </w:r>
    </w:p>
    <w:p>
      <w:pPr>
        <w:jc w:val="right"/>
      </w:pPr>
      <w:r>
        <w:t>اتنا زیادہ peace کی teaching ہے Hajj میں۔ کسی سے آپ گالی دیں، کسی کو، کسی کو تھپڑ ماریں تو آج کا آپ کا Hajj باطل ہو جائے گا۔</w:t>
      </w:r>
    </w:p>
    <w:p>
      <w:r>
        <w:rPr>
          <w:b/>
        </w:rPr>
        <w:t xml:space="preserve">[18:41] </w:t>
      </w:r>
      <w:r>
        <w:t>Fahla rafas wa la fusooqa wa la jidala fil hajj. Yani Hajj mein aadmi ko poori tarah tolerant ban kar aana padta hai.</w:t>
      </w:r>
    </w:p>
    <w:p>
      <w:pPr>
        <w:jc w:val="right"/>
      </w:pPr>
      <w:r>
        <w:t>فلا رفس ولا فسوق ولا جدال فی الحج۔ یعنی Hajj میں آدمی کو پوری طرح tolerant بن کر آنا پڑتا ہے۔</w:t>
      </w:r>
    </w:p>
    <w:p>
      <w:r>
        <w:rPr>
          <w:b/>
        </w:rPr>
        <w:t xml:space="preserve">[18:51] </w:t>
      </w:r>
      <w:r>
        <w:t>Poori tarah aadmi ko</w:t>
      </w:r>
    </w:p>
    <w:p>
      <w:pPr>
        <w:jc w:val="right"/>
      </w:pPr>
      <w:r>
        <w:t>پوری طرح آدمی کو</w:t>
      </w:r>
    </w:p>
    <w:p>
      <w:r>
        <w:rPr>
          <w:b/>
        </w:rPr>
        <w:t xml:space="preserve">[18:57] </w:t>
      </w:r>
      <w:r>
        <w:t>peaceful ban kar aana padta hai. Aur Arfaat ke maidan mein ek hi libas mein saare log hote hain. Pachis lakh, tees lakh aadmi ek hi libas mein.</w:t>
      </w:r>
    </w:p>
    <w:p>
      <w:pPr>
        <w:jc w:val="right"/>
      </w:pPr>
      <w:r>
        <w:t>peaceful بن کر آنا پڑتا ہے۔ اور عرفات کے میدان میں ایک ہی لباس میں سارے لوگ ہوتے ہیں۔ پچیس لاکھ، تیس لاکھ آدمی ایک ہی لباس میں۔</w:t>
      </w:r>
    </w:p>
    <w:p>
      <w:r>
        <w:rPr>
          <w:b/>
        </w:rPr>
        <w:t xml:space="preserve">[19:08] </w:t>
      </w:r>
      <w:r>
        <w:t>Yani do bana sila kapra. Chaddar jaisa do bana sila kapra. Ek upar lapait liya, ek neeche lapait liya.</w:t>
      </w:r>
    </w:p>
    <w:p>
      <w:pPr>
        <w:jc w:val="right"/>
      </w:pPr>
      <w:r>
        <w:t>یعنی دو بنا سلا کپڑا۔ چادر جیسا دو بنا سلا کپڑا۔ ایک اوپر لپیٹ لیا، ایک نیچے لپیٹ لیا۔</w:t>
      </w:r>
    </w:p>
    <w:p>
      <w:r>
        <w:rPr>
          <w:b/>
        </w:rPr>
        <w:t xml:space="preserve">[19:18] </w:t>
      </w:r>
      <w:r>
        <w:t>White kapra. Agar aap wahan par dekhen khare ho kar ke jab log ikhatta hote hain Arfaat ke maidan mein to lagega ke saare insaan ek insaan hain.</w:t>
      </w:r>
    </w:p>
    <w:p>
      <w:pPr>
        <w:jc w:val="right"/>
      </w:pPr>
      <w:r>
        <w:t>White کپڑا۔ اگر آپ وہاں پر دیکھیں کھڑے ہو کر کے جب لوگ اکٹھا ہوتے ہیں عرفات کے میدان میں تو لگے گا کہ سارے انسان ایک انسان ہیں۔</w:t>
      </w:r>
    </w:p>
    <w:p>
      <w:r>
        <w:rPr>
          <w:b/>
        </w:rPr>
        <w:t xml:space="preserve">[19:33] </w:t>
      </w:r>
      <w:r>
        <w:t>Ek insaan hain. Ek humanity hai. Wahan difference disappear ho jata hai. Differences disappear ho jate hain.</w:t>
      </w:r>
    </w:p>
    <w:p>
      <w:pPr>
        <w:jc w:val="right"/>
      </w:pPr>
      <w:r>
        <w:t>ایک انسان ہیں۔ ایک humanity ہے۔ وہاں difference disappear ہو جاتا ہے۔ Differences disappear ہو جاتے ہیں۔</w:t>
      </w:r>
    </w:p>
    <w:p>
      <w:r>
        <w:rPr>
          <w:b/>
        </w:rPr>
        <w:t xml:space="preserve">[19:44] </w:t>
      </w:r>
      <w:r>
        <w:t>Is ki training ke liye Hajj hota hai. To dekhiye main jis sachai, jis baat, jis sachai ki baat kar raha hoon woh sachai lip service wali sachai nahi hai.</w:t>
      </w:r>
    </w:p>
    <w:p>
      <w:pPr>
        <w:jc w:val="right"/>
      </w:pPr>
      <w:r>
        <w:t>اس کی training کے لیے Hajj ہوتا ہے۔ تو دیکھئے میں جس سچائی، جس بات، جس سچائی کی بات کر رہا ہوں وہ سچائی lip service والی سچائی نہیں ہے۔</w:t>
      </w:r>
    </w:p>
    <w:p>
      <w:r>
        <w:rPr>
          <w:b/>
        </w:rPr>
        <w:t xml:space="preserve">[19:56] </w:t>
      </w:r>
      <w:r>
        <w:t>Lip service to aap chahe ek Khuda kahain ya das Khuda kahain, dono baat ek sa hai. Woh woh ek sachai ya woh ek Khuda, woh ek reality jo aap ne bator discovery ke pai ho,</w:t>
      </w:r>
    </w:p>
    <w:p>
      <w:pPr>
        <w:jc w:val="right"/>
      </w:pPr>
      <w:r>
        <w:t>Lip service تو آپ چاہے ایک خدا کہیں یا دس خدا کہیں، دونوں بات ایک سا ہے۔ وہ وہ ایک سچائی یا وہ ایک خدا، وہ ایک reality جو آپ نے بطور discovery کے پائی ہو،</w:t>
      </w:r>
    </w:p>
    <w:p>
      <w:r>
        <w:rPr>
          <w:b/>
        </w:rPr>
        <w:t xml:space="preserve">[20:13] </w:t>
      </w:r>
      <w:r>
        <w:t>discovery jis mein aap eureka eureka keh pare hon</w:t>
      </w:r>
    </w:p>
    <w:p>
      <w:pPr>
        <w:jc w:val="right"/>
      </w:pPr>
      <w:r>
        <w:t>discovery جس میں آپ یوریکا یوریکا کہہ پڑے ہوں</w:t>
      </w:r>
    </w:p>
    <w:p>
      <w:r>
        <w:rPr>
          <w:b/>
        </w:rPr>
        <w:t xml:space="preserve">[20:21] </w:t>
      </w:r>
      <w:r>
        <w:t>To is mein kya woh simple baat hogi? Is ke baad aap ke andar ek nayi personality emerge karti hai. Nayi feeling, nayi sentiment, nayi thinking.</w:t>
      </w:r>
    </w:p>
    <w:p>
      <w:pPr>
        <w:jc w:val="right"/>
      </w:pPr>
      <w:r>
        <w:t>تو اس میں کیا وہ simple بات ہوگی؟ اس کے بعد آپ کے اندر ایک نئی personality emerge کرتی ہے۔ نئی feeling، نئی sentiment، نئی thinking۔</w:t>
      </w:r>
    </w:p>
    <w:p>
      <w:r>
        <w:rPr>
          <w:b/>
        </w:rPr>
        <w:t xml:space="preserve">[20:35] </w:t>
      </w:r>
      <w:r>
        <w:t>Sara aap ka jo wajood hai woh ek naye sanche mein dhal jata hai.</w:t>
      </w:r>
    </w:p>
    <w:p>
      <w:pPr>
        <w:jc w:val="right"/>
      </w:pPr>
      <w:r>
        <w:t>سارا آپ کا جو وجود ہے وہ ایک نئے سانچے میں ڈھل جاتا ہے۔</w:t>
      </w:r>
    </w:p>
    <w:p>
      <w:r>
        <w:rPr>
          <w:b/>
        </w:rPr>
        <w:t xml:space="preserve">[20:42] </w:t>
      </w:r>
      <w:r>
        <w:t>Is is is sachai ki baat main kar raha hoon. To log jo kehte hain ke oneness of reality mein ladai bhidai hai aur maneness of reality mein peace hai to yeh galat criteria ko apply kar rahe hain woh.</w:t>
      </w:r>
    </w:p>
    <w:p>
      <w:pPr>
        <w:jc w:val="right"/>
      </w:pPr>
      <w:r>
        <w:t>اس اس اس سچائی کی بات میں کر رہا ہوں۔ تو لوگ جو کہتے ہیں کہ oneness of reality میں لڑائی بھڑائی ہے اور maneness of reality میں peace ہے تو یہ غلط criteria کو apply کر رہے ہیں وہ۔</w:t>
      </w:r>
    </w:p>
    <w:p>
      <w:r>
        <w:rPr>
          <w:b/>
        </w:rPr>
        <w:t xml:space="preserve">[21:01] </w:t>
      </w:r>
      <w:r>
        <w:t>Yani woh ek ek wrong criteria ko apply kar ke ek rai bana rahe hain apni. Jo log lip service ke taur par kehte hain ek Khuda woh koi criteria nahi hai.</w:t>
      </w:r>
    </w:p>
    <w:p>
      <w:pPr>
        <w:jc w:val="right"/>
      </w:pPr>
      <w:r>
        <w:t>یعنی وہ ایک ایک wrong criteria کو apply کر کے ایک رائے بنا رہے ہیں اپنی۔ جو لوگ lip service کے طور پر کہتے ہیں ایک خدا وہ کوئی criteria نہیں ہے۔</w:t>
      </w:r>
    </w:p>
    <w:p>
      <w:r>
        <w:rPr>
          <w:b/>
        </w:rPr>
        <w:t xml:space="preserve">[21:15] </w:t>
      </w:r>
      <w:r>
        <w:t>Jaise ke jo log Lal Masjid mein ja kar ke gun chalai aur bomb mara unhone aur main ne radio mein suna ke ek so sath aadmi to mar gaye aur bohat se is mein zakhmi hue.</w:t>
      </w:r>
    </w:p>
    <w:p>
      <w:pPr>
        <w:jc w:val="right"/>
      </w:pPr>
      <w:r>
        <w:t>جیسے کہ جو لوگ لعل مسجد میں جا کر کے گن چلائی اور بم مارا انہوں نے اور میں نے radio میں سنا کہ ایک سو ساٹھ آدمی تو مر گئے اور بہت سے اس میں زخمی ہوئے۔</w:t>
      </w:r>
    </w:p>
    <w:p>
      <w:r>
        <w:rPr>
          <w:b/>
        </w:rPr>
        <w:t xml:space="preserve">[21:28] </w:t>
      </w:r>
      <w:r>
        <w:t>Aaj ke paper mein, aaj ke paper mein hai ke ek Musalman ne suicide kar ke attack kiya aur pachis aadmi mar gaye aur aur bohat se zakhmi hue.</w:t>
      </w:r>
    </w:p>
    <w:p>
      <w:pPr>
        <w:jc w:val="right"/>
      </w:pPr>
      <w:r>
        <w:t>آج کے paper میں، آج کے paper میں ہے کہ ایک مسلمان نے suicide کر کے attack کیا اور پچیس آدمی مر گئے اور اور بہت سے زخمی ہوئے۔</w:t>
      </w:r>
    </w:p>
    <w:p>
      <w:r>
        <w:rPr>
          <w:b/>
        </w:rPr>
        <w:t xml:space="preserve">[21:45] </w:t>
      </w:r>
      <w:r>
        <w:t>Marne wala bhi Musalman, maarne wala bhi Musalman. Yeh to bilkul haram se bhi barh kar koi super haram hai. Kyun ke yeh sab la la ilaha kehne wale the.</w:t>
      </w:r>
    </w:p>
    <w:p>
      <w:pPr>
        <w:jc w:val="right"/>
      </w:pPr>
      <w:r>
        <w:t>مرنے والا بھی مسلمان، مارنے والا بھی مسلمان۔ یہ تو بالکل حرام سے بھی بڑھ کر کوئی super حرام ہے۔ کیونکہ یہ سب لا لا الہ کہنے والے تھے۔</w:t>
      </w:r>
    </w:p>
    <w:p>
      <w:r>
        <w:rPr>
          <w:b/>
        </w:rPr>
        <w:t xml:space="preserve">[21:56] </w:t>
      </w:r>
      <w:r>
        <w:t>Khuda ek hai, Khuda ek hai. To yeh to lip service thi. Kyun ke agar woh kahenge Khuda ek hai to unhein Khuda ki kitab ko manna chahiye.</w:t>
      </w:r>
    </w:p>
    <w:p>
      <w:pPr>
        <w:jc w:val="right"/>
      </w:pPr>
      <w:r>
        <w:t>خدا ایک ہے، خدا ایک ہے۔ تو یہ تو lip service تھی۔ کیونکہ اگر وہ کہیں گے خدا ایک ہے تو انہیں خدا کی کتاب کو ماننا چاہیے۔</w:t>
      </w:r>
    </w:p>
    <w:p>
      <w:r>
        <w:rPr>
          <w:b/>
        </w:rPr>
        <w:t xml:space="preserve">[22:07] </w:t>
      </w:r>
      <w:r>
        <w:t>Word of God ko manna chahiye. Word of God kya hai? Quran mein likha hua hai ke jis ne ek insaan ko mara us ne saare hi insano ko maar dala.</w:t>
      </w:r>
    </w:p>
    <w:p>
      <w:pPr>
        <w:jc w:val="right"/>
      </w:pPr>
      <w:r>
        <w:t>Word of God کو ماننا چاہیے۔ Word of God کیا ہے؟ قرآن میں لکھا ہوا ہے کہ جس نے ایک انسان کو مارا اس نے سارے ہی انسانوں کو مار ڈالا۔</w:t>
      </w:r>
    </w:p>
    <w:p>
      <w:r>
        <w:rPr>
          <w:b/>
        </w:rPr>
        <w:t xml:space="preserve">[22:23] </w:t>
      </w:r>
      <w:r>
        <w:t>Ek insaan ko mara to us ne saare hi insano ko maar dala. Aap bataiye ke oneness of God ka jo concept hai yeh strict agar paida kare tab woh kaha jayega ke aadmi is ko manne wala hai.</w:t>
      </w:r>
    </w:p>
    <w:p>
      <w:pPr>
        <w:jc w:val="right"/>
      </w:pPr>
      <w:r>
        <w:t>ایک انسان کو مارا تو اس نے سارے ہی انسانوں کو مار ڈالا۔ آپ بتائیے کہ oneness of God کا جو concept ہے یہ strict اگر پیدا کرے تب وہ کہا جائے گا کہ آدمی اس کو ماننے والا ہے۔</w:t>
      </w:r>
    </w:p>
    <w:p>
      <w:r>
        <w:rPr>
          <w:b/>
        </w:rPr>
        <w:t xml:space="preserve">[22:41] </w:t>
      </w:r>
      <w:r>
        <w:t>Unhone kaha yeh koi lip service karne wala hai yeh. Is ke kehne ki koi haqeeqat nahi hai.</w:t>
      </w:r>
    </w:p>
    <w:p>
      <w:pPr>
        <w:jc w:val="right"/>
      </w:pPr>
      <w:r>
        <w:t>انہوں نے کہا یہ کوئی lip service کرنے والا ہے یہ۔ اس کے کہنے کی کوئی حقیقت نہیں ہے۔</w:t>
      </w:r>
    </w:p>
    <w:p>
      <w:r>
        <w:rPr>
          <w:b/>
        </w:rPr>
        <w:t xml:space="preserve">[22:54] </w:t>
      </w:r>
      <w:r>
        <w:t>To dekhiye main yeh keh raha tha ke jab aap truth ko baant dein kai mein to kya hota hai?</w:t>
      </w:r>
    </w:p>
    <w:p>
      <w:pPr>
        <w:jc w:val="right"/>
      </w:pPr>
      <w:r>
        <w:t>تو دیکھئے میں یہ کہہ رہا تھا کہ جب آپ truth کو بانٹ دیں کئی میں تو کیا ہوتا ہے؟</w:t>
      </w:r>
    </w:p>
    <w:p>
      <w:r>
        <w:rPr>
          <w:b/>
        </w:rPr>
        <w:t xml:space="preserve">[23:04] </w:t>
      </w:r>
      <w:r>
        <w:t>aap conviction se mahroom ho jate hain. yaqeen se mahroom ho jate hain.</w:t>
      </w:r>
    </w:p>
    <w:p>
      <w:pPr>
        <w:jc w:val="right"/>
      </w:pPr>
      <w:r>
        <w:t>آپ conviction سے محروم ہو جاتے ہیں۔ یقین سے محروم ہو جاتے ہیں۔</w:t>
      </w:r>
    </w:p>
    <w:p>
      <w:r>
        <w:rPr>
          <w:b/>
        </w:rPr>
        <w:t xml:space="preserve">[23:11] </w:t>
      </w:r>
      <w:r>
        <w:t>aur jab ek ko manen aap to aap ko bohat bara conviction ata hai.</w:t>
      </w:r>
    </w:p>
    <w:p>
      <w:pPr>
        <w:jc w:val="right"/>
      </w:pPr>
      <w:r>
        <w:t>اور جب ایک کو مانیں آپ تو آپ کو بہت بڑا conviction آتا ہے۔</w:t>
      </w:r>
    </w:p>
    <w:p>
      <w:r>
        <w:rPr>
          <w:b/>
        </w:rPr>
        <w:t xml:space="preserve">[23:21] </w:t>
      </w:r>
      <w:r>
        <w:t>bohat bara conviction. main jis sense mein bol raha hoon us sense mein ke Khuda ek hai, Khuda creator hai, Khuda sustainer hai, Khuda Lord of the universe hai is sense mein.</w:t>
      </w:r>
    </w:p>
    <w:p>
      <w:pPr>
        <w:jc w:val="right"/>
      </w:pPr>
      <w:r>
        <w:t>بہت بڑا conviction۔ میں جس sense میں بول رہا ہوں اس sense میں کہ خدا ایک ہے، خدا creator ہے، خدا sustainer ہے، خدا Lord of the universe ہے اس sense میں۔</w:t>
      </w:r>
    </w:p>
    <w:p>
      <w:r>
        <w:rPr>
          <w:b/>
        </w:rPr>
        <w:t xml:space="preserve">[23:40] </w:t>
      </w:r>
      <w:r>
        <w:t>kyun ke maine dekha truth means God.</w:t>
      </w:r>
    </w:p>
    <w:p>
      <w:pPr>
        <w:jc w:val="right"/>
      </w:pPr>
      <w:r>
        <w:t>کیونکہ میں نے دیکھا truth means God۔</w:t>
      </w:r>
    </w:p>
    <w:p>
      <w:r>
        <w:rPr>
          <w:b/>
        </w:rPr>
        <w:t xml:space="preserve">[23:46] </w:t>
      </w:r>
      <w:r>
        <w:t>jis ne truth ko paya us ne God ko discover kiya. aur God ko discover karna kya hai? God ko discover karna yeh hai ke God ko aap creator ke taur par discover karen.</w:t>
      </w:r>
    </w:p>
    <w:p>
      <w:pPr>
        <w:jc w:val="right"/>
      </w:pPr>
      <w:r>
        <w:t>جس نے truth کو پایا اس نے God کو discover کیا۔ اور God کو discover کرنا کیا ہے؟ God کو discover کرنا یہ ہے کہ God کو آپ creator کے طور پر discover کریں۔</w:t>
      </w:r>
    </w:p>
    <w:p>
      <w:r>
        <w:rPr>
          <w:b/>
        </w:rPr>
        <w:t xml:space="preserve">[24:00] </w:t>
      </w:r>
      <w:r>
        <w:t>Sustainer ke taur par discover karen. is hesiyat se discover karen ke woh mujh ko dekh raha hai. woh punishment de ga, woh reward de ga.</w:t>
      </w:r>
    </w:p>
    <w:p>
      <w:pPr>
        <w:jc w:val="right"/>
      </w:pPr>
      <w:r>
        <w:t>Sustainer کے طور پر discover کریں۔ اس حیثیت سے discover کریں کہ وہ مجھ کو دیکھ رہا ہے۔ وہ punishment دے گا، وہ reward دے گا۔</w:t>
      </w:r>
    </w:p>
    <w:p>
      <w:r>
        <w:rPr>
          <w:b/>
        </w:rPr>
        <w:t xml:space="preserve">[24:11] </w:t>
      </w:r>
      <w:r>
        <w:t>us ne apna, apne guidance bheji hai. Revelation ke through. is sense mein. to is se kitni bari taqat ati hai.</w:t>
      </w:r>
    </w:p>
    <w:p>
      <w:pPr>
        <w:jc w:val="right"/>
      </w:pPr>
      <w:r>
        <w:t>اس نے اپنا، اپنے guidance بھیجی ہے۔ Revelation کے through۔ اس sense میں۔ تو اس سے کتنی بڑی طاقت آتی ہے۔</w:t>
      </w:r>
    </w:p>
    <w:p>
      <w:r>
        <w:rPr>
          <w:b/>
        </w:rPr>
        <w:t xml:space="preserve">[24:26] </w:t>
      </w:r>
      <w:r>
        <w:t>to ek ek qissa maine is se pehle bayan kiya tha ya is ko main dohrata hoon ke woh bohat achhe tarike se illustrate karta hai is baat ko. ke kisi, ke conviction jo hai agar aadmi ke paas hai conviction to bare se bare crisis mein woh jee sakta hai.</w:t>
      </w:r>
    </w:p>
    <w:p>
      <w:pPr>
        <w:jc w:val="right"/>
      </w:pPr>
      <w:r>
        <w:t>تو ایک ایک قصہ میں نے اس سے پہلے بیان کیا تھا یا اس کو میں دہراتا ہوں کہ وہ بہت اچھے طریقے سے illustrate کرتا ہے اس بات کو۔ کہ کسی، کہ conviction جو ہے اگر آدمی کے پاس ہے conviction تو بڑے سے بڑے crisis میں وہ جی سکتا ہے۔</w:t>
      </w:r>
    </w:p>
    <w:p>
      <w:r>
        <w:rPr>
          <w:b/>
        </w:rPr>
        <w:t xml:space="preserve">[24:44] </w:t>
      </w:r>
      <w:r>
        <w:t>pure pure peace ke sath. bilkul normal tarike par. kyun ke dekhiye dunya jo hai full of crisis hai.</w:t>
      </w:r>
    </w:p>
    <w:p>
      <w:pPr>
        <w:jc w:val="right"/>
      </w:pPr>
      <w:r>
        <w:t>پورے پورے peace کے ساتھ۔ بالکل normal طریقے پر۔ کیونکہ دیکھئے دنیا جو ہے full of crisis ہے۔</w:t>
      </w:r>
    </w:p>
    <w:p>
      <w:r>
        <w:rPr>
          <w:b/>
        </w:rPr>
        <w:t xml:space="preserve">[24:55] </w:t>
      </w:r>
      <w:r>
        <w:t>aap dunya mein is se bach nahin sakte ke aap ke paas, ke aap ke aap crisis mein par jayen. aap ko loss ho.</w:t>
      </w:r>
    </w:p>
    <w:p>
      <w:pPr>
        <w:jc w:val="right"/>
      </w:pPr>
      <w:r>
        <w:t>آپ دنیا میں اس سے بچ نہیں سکتے کہ آپ کے پاس، کہ آپ کے آپ crisis میں پڑ جائیں۔ آپ کو loss ہو۔</w:t>
      </w:r>
    </w:p>
    <w:p>
      <w:r>
        <w:rPr>
          <w:b/>
        </w:rPr>
        <w:t xml:space="preserve">[25:06] </w:t>
      </w:r>
      <w:r>
        <w:t>aap ko trouble ho, aap ko problem pesh ayen. Life is full of trouble. Full of crisis. Full of problem.</w:t>
      </w:r>
    </w:p>
    <w:p>
      <w:pPr>
        <w:jc w:val="right"/>
      </w:pPr>
      <w:r>
        <w:t>آپ کو trouble ہو، آپ کو problem پیش آئیں۔ Life is full of trouble۔ Full of crisis۔ Full of problem۔</w:t>
      </w:r>
    </w:p>
    <w:p>
      <w:r>
        <w:rPr>
          <w:b/>
        </w:rPr>
        <w:t xml:space="preserve">[25:18] </w:t>
      </w:r>
      <w:r>
        <w:t>yeh har ek ke liye. mere aap ke liye bhi. Super power ke liye bhi. aur rich aur poor dono ke liye. sab ke liye.</w:t>
      </w:r>
    </w:p>
    <w:p>
      <w:pPr>
        <w:jc w:val="right"/>
      </w:pPr>
      <w:r>
        <w:t>یہ ہر ایک کے لیے۔ میرے آپ کے لیے بھی۔ Super power کے لیے بھی۔ اور rich اور poor دونوں کے لیے۔ سب کے لیے۔</w:t>
      </w:r>
    </w:p>
    <w:p>
      <w:r>
        <w:rPr>
          <w:b/>
        </w:rPr>
        <w:t xml:space="preserve">[25:28] </w:t>
      </w:r>
      <w:r>
        <w:t>to sawal yeh hai ke aisi ek dunya mein aap kaise jiyen ke aap tension se bache hue hon, stress se bache hue hon. kyun?</w:t>
      </w:r>
    </w:p>
    <w:p>
      <w:pPr>
        <w:jc w:val="right"/>
      </w:pPr>
      <w:r>
        <w:t>تو سوال یہ ہے کہ ایسی ایک دنیا میں آپ کیسے جیئیں کہ آپ tension سے بچے ہوئے ہوں، stress سے بچے ہوئے ہوں۔ کیوں؟</w:t>
      </w:r>
    </w:p>
    <w:p>
      <w:r>
        <w:rPr>
          <w:b/>
        </w:rPr>
        <w:t xml:space="preserve">[25:40] </w:t>
      </w:r>
      <w:r>
        <w:t>Stress aur tension kya hai? woh hai distraction. Distraction. Stress aur tension ka sab se bara jo jo minus point hai woh distraction hai.</w:t>
      </w:r>
    </w:p>
    <w:p>
      <w:pPr>
        <w:jc w:val="right"/>
      </w:pPr>
      <w:r>
        <w:t>Stress اور tension کیا ہے؟ وہ ہے distraction۔ Distraction۔ Stress اور tension کا سب سے بڑا جو جو minus point ہے وہ distraction ہے۔</w:t>
      </w:r>
    </w:p>
    <w:p>
      <w:r>
        <w:rPr>
          <w:b/>
        </w:rPr>
        <w:t xml:space="preserve">[25:55] </w:t>
      </w:r>
      <w:r>
        <w:t>is dunya mein aap ko sab se bari cheez mili hai mind. Mind ka matlab kya hai? ke aap ko intellectual development mein hamesha rehna hai.</w:t>
      </w:r>
    </w:p>
    <w:p>
      <w:pPr>
        <w:jc w:val="right"/>
      </w:pPr>
      <w:r>
        <w:t>اس دنیا میں آپ کو سب سے بڑی چیز ملی ہے mind۔ Mind کا مطلب کیا ہے؟ کہ آپ کو intellectual development میں ہمیشہ رہنا ہے۔</w:t>
      </w:r>
    </w:p>
    <w:p>
      <w:r>
        <w:rPr>
          <w:b/>
        </w:rPr>
        <w:t xml:space="preserve">[26:08] </w:t>
      </w:r>
      <w:r>
        <w:t>Mind mein unlimited capacity hai. is ko unfold karna hai. Unlimited capacity hai mind ke andar, yeh establish ho chuka hai.</w:t>
      </w:r>
    </w:p>
    <w:p>
      <w:pPr>
        <w:jc w:val="right"/>
      </w:pPr>
      <w:r>
        <w:t>Mind میں unlimited capacity ہے۔ اس کو unfold کرنا ہے۔ Unlimited capacity ہے mind کے اندر، یہ establish ہو چکا ہے۔</w:t>
      </w:r>
    </w:p>
    <w:p>
      <w:r>
        <w:rPr>
          <w:b/>
        </w:rPr>
        <w:t xml:space="preserve">[26:21] </w:t>
      </w:r>
      <w:r>
        <w:t>to mind ki unlimited capacity ko unfold karna yeh sab se bara aap ka goal hai. sab se bara aap ka target hai. jis ko main kehta hoon intellectual development.</w:t>
      </w:r>
    </w:p>
    <w:p>
      <w:pPr>
        <w:jc w:val="right"/>
      </w:pPr>
      <w:r>
        <w:t>تو mind کی unlimited capacity کو unfold کرنا یہ سب سے بڑا آپ کا goal ہے۔ سب سے بڑا آپ کا target ہے۔ جس کو میں کہتا ہوں intellectual development۔</w:t>
      </w:r>
    </w:p>
    <w:p>
      <w:r>
        <w:rPr>
          <w:b/>
        </w:rPr>
        <w:t xml:space="preserve">[26:34] </w:t>
      </w:r>
      <w:r>
        <w:t>Intellectual development jo hai slightest distraction ko accept nahin karta. Slightest distraction bhi wahan par aap afford nahin kar sakte.</w:t>
      </w:r>
    </w:p>
    <w:p>
      <w:pPr>
        <w:jc w:val="right"/>
      </w:pPr>
      <w:r>
        <w:t>Intellectual development جو ہے slightest distraction کو accept نہیں کرتا۔ Slightest distraction بھی وہاں پر آپ afford نہیں کر سکتے۔</w:t>
      </w:r>
    </w:p>
    <w:p>
      <w:r>
        <w:rPr>
          <w:b/>
        </w:rPr>
        <w:t xml:space="preserve">[26:47] </w:t>
      </w:r>
      <w:r>
        <w:t>ek sher hai, ek Persian line ek hai ke raftam ke khar az paak shama ma'mal nahān shud az nazar yak lahza ghafil gashtam o sad saala rāham dūr shud.</w:t>
      </w:r>
    </w:p>
    <w:p>
      <w:pPr>
        <w:jc w:val="right"/>
      </w:pPr>
      <w:r>
        <w:t>ایک شعر ہے، ایک Persian line ایک ہے کہ رفتم کے خار از پاک شمع معمل نہاں شد از نظر یک لحظہ غافل گشتم و صد سالہ راہم دور شد۔</w:t>
      </w:r>
    </w:p>
    <w:p>
      <w:r>
        <w:rPr>
          <w:b/>
        </w:rPr>
        <w:t xml:space="preserve">[27:03] </w:t>
      </w:r>
      <w:r>
        <w:t>woh aadmi kehta hai ke main ek carvan mein chal raha tha. aap jante hain ke pehle zamane mein carvan hua karta tha. ke main ek carvan mein chal raha tha.</w:t>
      </w:r>
    </w:p>
    <w:p>
      <w:pPr>
        <w:jc w:val="right"/>
      </w:pPr>
      <w:r>
        <w:t>وہ آدمی کہتا ہے کہ میں ایک کارواں میں چل رہا تھا۔ آپ جانتے ہیں کہ پہلے زمانے میں کارواں ہوا کرتا تھا۔ کہ میں ایک کارواں میں چل رہا تھا۔</w:t>
      </w:r>
    </w:p>
    <w:p>
      <w:r>
        <w:rPr>
          <w:b/>
        </w:rPr>
        <w:t xml:space="preserve">[27:14] </w:t>
      </w:r>
      <w:r>
        <w:t>mere paon mein kanta chub gaya. to main baith gaya kinare kisi peed ke neeche is kante ko nikalne ke liye.</w:t>
      </w:r>
    </w:p>
    <w:p>
      <w:pPr>
        <w:jc w:val="right"/>
      </w:pPr>
      <w:r>
        <w:t>میرے پاؤں میں کانٹا چبھ گیا۔ تو میں بیٹھ گیا کنارے کسی پیڑ کے نیچے اس کانٹے کو نکالنے کے لیے۔</w:t>
      </w:r>
    </w:p>
    <w:p>
      <w:r>
        <w:rPr>
          <w:b/>
        </w:rPr>
        <w:t xml:space="preserve">[27:28] </w:t>
      </w:r>
      <w:r>
        <w:t>yeh time laga mera kanta nikalne mein. to carvan to chal raha tha, woh to chal raha tha, woh to chal raha tha. to main kanta nikalne ke liye baitha thori der.</w:t>
      </w:r>
    </w:p>
    <w:p>
      <w:pPr>
        <w:jc w:val="right"/>
      </w:pPr>
      <w:r>
        <w:t>یہ ٹائم لگا میرا کانٹا نکالنے میں۔ تو کارواں تو چل رہا تھا، وہ تو چل رہا تھا، وہ تو چل رہا تھا۔ تو میں کانٹا نکالنے کے لیے بیٹھا تھوڑی دیر۔</w:t>
      </w:r>
    </w:p>
    <w:p>
      <w:r>
        <w:rPr>
          <w:b/>
        </w:rPr>
        <w:t xml:space="preserve">[27:41] </w:t>
      </w:r>
      <w:r>
        <w:t>to carvan jo hai sau saal aage badh gaya.</w:t>
      </w:r>
    </w:p>
    <w:p>
      <w:pPr>
        <w:jc w:val="right"/>
      </w:pPr>
      <w:r>
        <w:t>تو کارواں جو ہے سو سال آگے بڑھ گیا۔</w:t>
      </w:r>
    </w:p>
    <w:p>
      <w:r>
        <w:rPr>
          <w:b/>
        </w:rPr>
        <w:t xml:space="preserve">[27:47] </w:t>
      </w:r>
      <w:r>
        <w:t>yeh hai distraction. agar aap apne aap ko distractions se na bachayen to aap zindagi yeh hai ke carvan hum peechhe hote chale jayen ge, peechhe hote chale jayen ge.</w:t>
      </w:r>
    </w:p>
    <w:p>
      <w:pPr>
        <w:jc w:val="right"/>
      </w:pPr>
      <w:r>
        <w:t>یہ ہے distraction۔ اگر آپ اپنے آپ کو distractions سے نہ بچائیں تو آپ زندگی یہ ہے کہ کارواں ہم پیچھے ہوتے چلے جائیں گے، پیچھے ہوتے چلے جائیں گے۔</w:t>
      </w:r>
    </w:p>
    <w:p>
      <w:r>
        <w:rPr>
          <w:b/>
        </w:rPr>
        <w:t xml:space="preserve">[27:59] </w:t>
      </w:r>
      <w:r>
        <w:t>Intellectual development aap ka rukta hi chala jayega. Intellectual development ke process ko non-stop chalane ke liye sab se zyada zaroori hai apne aap ko distraction se bachana.</w:t>
      </w:r>
    </w:p>
    <w:p>
      <w:pPr>
        <w:jc w:val="right"/>
      </w:pPr>
      <w:r>
        <w:t>Intellectual development آپ کا رکتا ہی چلا جائے گا۔ Intellectual development کے process کو non-stop چلانے کے لیے سب سے زیادہ ضروری ہے اپنے آپ کو distraction سے بچانا۔</w:t>
      </w:r>
    </w:p>
    <w:p>
      <w:r>
        <w:rPr>
          <w:b/>
        </w:rPr>
        <w:t xml:space="preserve">[28:17] </w:t>
      </w:r>
      <w:r>
        <w:t>to jab bhi aap kisi tension mein paden to woh distraction tha woh. koi stress aaya aap ko woh distraction tha aap. kisi bhi aur cheez mein other than target agar aap apne ko involve karte hain to woh that is distraction.</w:t>
      </w:r>
    </w:p>
    <w:p>
      <w:pPr>
        <w:jc w:val="right"/>
      </w:pPr>
      <w:r>
        <w:t>تو جب بھی آپ کسی tension میں پڑیں تو وہ distraction تھا وہ۔ کوئی stress آیا آپ کو وہ distraction تھا آپ۔ کسی بھی اور چیز میں other than target اگر آپ اپنے کو involve کرتے ہیں تو وہ that is distraction۔</w:t>
      </w:r>
    </w:p>
    <w:p>
      <w:r>
        <w:rPr>
          <w:b/>
        </w:rPr>
        <w:t xml:space="preserve">[28:36] </w:t>
      </w:r>
      <w:r>
        <w:t>to hum apni chhoti si life span mein distraction ko afford nahin kar sakte. aap bataiye ke is ka kya formula hai? kaise main apne aap ko distraction se bachaoon?</w:t>
      </w:r>
    </w:p>
    <w:p>
      <w:pPr>
        <w:jc w:val="right"/>
      </w:pPr>
      <w:r>
        <w:t>تو ہم اپنی چھوٹی سی life span میں distraction کو afford نہیں کر سکتے۔ آپ بتائیے کہ اس کا کیا فارمولا ہے؟ کیسے میں اپنے آپ کو distraction سے بچاؤں؟</w:t>
      </w:r>
    </w:p>
    <w:p>
      <w:r>
        <w:rPr>
          <w:b/>
        </w:rPr>
        <w:t xml:space="preserve">[28:51] </w:t>
      </w:r>
      <w:r>
        <w:t>main apna aap, main bhi ek insan hoon jaise aap insan hain. aap par bhi aate hain sad experience, mujhe bhi aate hain.</w:t>
      </w:r>
    </w:p>
    <w:p>
      <w:pPr>
        <w:jc w:val="right"/>
      </w:pPr>
      <w:r>
        <w:t>میں اپنا آپ، میں بھی ایک انسان ہوں جیسے آپ انسان ہیں۔ آپ پر بھی آتے ہیں sad experience، مجھے بھی آتے ہیں۔</w:t>
      </w:r>
    </w:p>
    <w:p>
      <w:r>
        <w:rPr>
          <w:b/>
        </w:rPr>
        <w:t xml:space="preserve">[29:01] </w:t>
      </w:r>
      <w:r>
        <w:t>daily aate hain. to main kya karta hoon? main is ko samajhta hoon ke yeh aa gaya distraction ka time.</w:t>
      </w:r>
    </w:p>
    <w:p>
      <w:pPr>
        <w:jc w:val="right"/>
      </w:pPr>
      <w:r>
        <w:t>Daily آتے ہیں۔ تو میں کیا کرتا ہوں؟ میں اس کو سمجھتا ہوں کہ یہ آگیا distraction کا ٹائم۔</w:t>
      </w:r>
    </w:p>
    <w:p>
      <w:r>
        <w:rPr>
          <w:b/>
        </w:rPr>
        <w:t xml:space="preserve">[29:10] </w:t>
      </w:r>
      <w:r>
        <w:t>mujhe is se apne ko door le jana hai. koi negative thought mind mein aa gaya. koi sad thought mind mein aa gaya. koi baat pareshan karne lagi mind ko.</w:t>
      </w:r>
    </w:p>
    <w:p>
      <w:pPr>
        <w:jc w:val="right"/>
      </w:pPr>
      <w:r>
        <w:t>مجھے اس سے اپنے کو دور لے جانا ہے۔ کوئی negative thought mind میں آگیا۔ کوئی sad thought mind میں آگیا۔ کوئی بات پریشان کرنے لگی mind کو۔</w:t>
      </w:r>
    </w:p>
    <w:p>
      <w:r>
        <w:rPr>
          <w:b/>
        </w:rPr>
        <w:t xml:space="preserve">[29:22] </w:t>
      </w:r>
      <w:r>
        <w:t>to jaldi se main jata hoon apne ghar mein, bahar mera, mere ghar ke bahar ek lambi woh hai barjah hai, balcony.</w:t>
      </w:r>
    </w:p>
    <w:p>
      <w:pPr>
        <w:jc w:val="right"/>
      </w:pPr>
      <w:r>
        <w:t>تو جلدی سے میں جاتا ہوں اپنے گھر میں، باہر میرا، میرے گھر کے باہر ایک لمبی وہ ہے بارجہ ہے، balcony۔</w:t>
      </w:r>
    </w:p>
    <w:p>
      <w:r>
        <w:rPr>
          <w:b/>
        </w:rPr>
        <w:t xml:space="preserve">[29:33] </w:t>
      </w:r>
      <w:r>
        <w:t>is par main walk karne lagta hoon.</w:t>
      </w:r>
    </w:p>
    <w:p>
      <w:pPr>
        <w:jc w:val="right"/>
      </w:pPr>
      <w:r>
        <w:t>اس پر میں walk کرنے لگتا ہوں۔</w:t>
      </w:r>
    </w:p>
    <w:p>
      <w:r>
        <w:rPr>
          <w:b/>
        </w:rPr>
        <w:t xml:space="preserve">[29:38] </w:t>
      </w:r>
      <w:r>
        <w:t>is mein peir hain, un peir ke neeche aa kar baith jata hoon.</w:t>
      </w:r>
    </w:p>
    <w:p>
      <w:pPr>
        <w:jc w:val="right"/>
      </w:pPr>
      <w:r>
        <w:t>اس میں پیڑ ہیں، ان پیڑ کے نیچے آ کر بیٹھ جاتا ہوں۔</w:t>
      </w:r>
    </w:p>
    <w:p>
      <w:r>
        <w:rPr>
          <w:b/>
        </w:rPr>
        <w:t xml:space="preserve">[29:44] </w:t>
      </w:r>
      <w:r>
        <w:t>kyon? taake intellectual development ka hamara process jo hai woh non-stop chalta rahe.</w:t>
      </w:r>
    </w:p>
    <w:p>
      <w:pPr>
        <w:jc w:val="right"/>
      </w:pPr>
      <w:r>
        <w:t>کیوں؟ تاکہ intellectual development کا ہمارا process جو ہے وہ non-stop چلتا رہے۔</w:t>
      </w:r>
    </w:p>
    <w:p>
      <w:r>
        <w:rPr>
          <w:b/>
        </w:rPr>
        <w:t xml:space="preserve">[29:53] </w:t>
      </w:r>
      <w:r>
        <w:t>distraction ka shikar ho kar ruk na jaye. yeh kaise ho sakta hai aap bataiye? is ke liye mujhe ek super formula chahiye.</w:t>
      </w:r>
    </w:p>
    <w:p>
      <w:pPr>
        <w:jc w:val="right"/>
      </w:pPr>
      <w:r>
        <w:t>Distraction کا شکار ہو کر رک نہ جائے۔ یہ کیسے ہو سکتا ہے آپ بتائیے؟ اس کے لیے مجھے ایک super فارمولا چاہیے۔</w:t>
      </w:r>
    </w:p>
    <w:p>
      <w:r>
        <w:rPr>
          <w:b/>
        </w:rPr>
        <w:t xml:space="preserve">[30:05] </w:t>
      </w:r>
      <w:r>
        <w:t>ek aisi, ek aisa, ek ek aisa principle jo har cheez se upar ho.</w:t>
      </w:r>
    </w:p>
    <w:p>
      <w:pPr>
        <w:jc w:val="right"/>
      </w:pPr>
      <w:r>
        <w:t>ایک ایسی، ایک ایسا، ایک ایک ایسا principle جو ہر چیز سے اوپر ہو۔</w:t>
      </w:r>
    </w:p>
    <w:p>
      <w:r>
        <w:rPr>
          <w:b/>
        </w:rPr>
        <w:t xml:space="preserve">[30:14] </w:t>
      </w:r>
      <w:r>
        <w:t>har cheez se upar, jahan har cheez minimize ho jati ho. har cheez secondary ban jati ho. woh hai Khuda. Khuda.</w:t>
      </w:r>
    </w:p>
    <w:p>
      <w:pPr>
        <w:jc w:val="right"/>
      </w:pPr>
      <w:r>
        <w:t>ہر چیز سے اوپر، جہاں ہر چیز minimize ہو جاتی ہو۔ ہر چیز secondary بن جاتی ہو۔ وہ ہے خدا۔ خدا۔</w:t>
      </w:r>
    </w:p>
    <w:p>
      <w:r>
        <w:rPr>
          <w:b/>
        </w:rPr>
        <w:t xml:space="preserve">[30:23] </w:t>
      </w:r>
      <w:r>
        <w:t>the truth with the capital T. ab main ek qissa yahan maine is se pehle bayan kiya hai, use phir dohrata hoon. kyunke bahut acha woh illustrate karta hai meri baat ko.</w:t>
      </w:r>
    </w:p>
    <w:p>
      <w:pPr>
        <w:jc w:val="right"/>
      </w:pPr>
      <w:r>
        <w:t>The truth with the capital T۔ اب میں ایک قصہ یہاں میں نے اس سے پہلے بیان کیا ہے، اسے پھر دہراتا ہوں۔ کیونکہ بہت اچھا وہ illustrate کرتا ہے میری بات کو۔</w:t>
      </w:r>
    </w:p>
    <w:p>
      <w:r>
        <w:rPr>
          <w:b/>
        </w:rPr>
        <w:t xml:space="preserve">[30:35] </w:t>
      </w:r>
      <w:r>
        <w:t>ek ship jo hai</w:t>
      </w:r>
    </w:p>
    <w:p>
      <w:pPr>
        <w:jc w:val="right"/>
      </w:pPr>
      <w:r>
        <w:t>ایک ship جو ہے</w:t>
      </w:r>
    </w:p>
    <w:p>
      <w:r>
        <w:rPr>
          <w:b/>
        </w:rPr>
        <w:t xml:space="preserve">[30:39] </w:t>
      </w:r>
      <w:r>
        <w:t>jab steam ship ka zamana aa gaya tab ka qissa hai yeh ke ek ship chala America se Africa ki taraf.</w:t>
      </w:r>
    </w:p>
    <w:p>
      <w:pPr>
        <w:jc w:val="right"/>
      </w:pPr>
      <w:r>
        <w:t>جب steam ship کا زمانہ آگیا تب کا قصہ ہے یہ کہ ایک ship چلا امریکہ سے افریقہ کی طرف۔</w:t>
      </w:r>
    </w:p>
    <w:p>
      <w:r>
        <w:rPr>
          <w:b/>
        </w:rPr>
        <w:t xml:space="preserve">[30:49] </w:t>
      </w:r>
      <w:r>
        <w:t>aap jante hain ke beech mein Atlantic Ocean hai. to woh Atlantic Ocean mein dakhil hua.</w:t>
      </w:r>
    </w:p>
    <w:p>
      <w:pPr>
        <w:jc w:val="right"/>
      </w:pPr>
      <w:r>
        <w:t>آپ جانتے ہیں کہ بیچ میں اٹلانٹک اوشن ہے۔ تو وہ اٹلانٹک اوشن میں داخل ہوا۔</w:t>
      </w:r>
    </w:p>
    <w:p>
      <w:r>
        <w:rPr>
          <w:b/>
        </w:rPr>
        <w:t xml:space="preserve">[30:59] </w:t>
      </w:r>
      <w:r>
        <w:t>beech mein jab pahuncha to storm aa gaya. aap jante hain ke storm to aate hi rehte hain. ab jahaz storm mein ghar gaya.</w:t>
      </w:r>
    </w:p>
    <w:p>
      <w:pPr>
        <w:jc w:val="right"/>
      </w:pPr>
      <w:r>
        <w:t>بیچ میں جب پہنچا تو اسٹارم آگیا۔ آپ جانتے ہیں کہ اسٹارم تو آتے ہی رہتے ہیں۔ اب جہاز اسٹارم میں گھر گیا۔</w:t>
      </w:r>
    </w:p>
    <w:p>
      <w:r>
        <w:rPr>
          <w:b/>
        </w:rPr>
        <w:t xml:space="preserve">[31:13] </w:t>
      </w:r>
      <w:r>
        <w:t>yeh qissa main is liye bata raha hoon ke yeh bachche ka qissa hai, bachcha nature par hota hai. koi perversion nahin hota. bada hone ke baad insan mein perversion aa jata hai.</w:t>
      </w:r>
    </w:p>
    <w:p>
      <w:pPr>
        <w:jc w:val="right"/>
      </w:pPr>
      <w:r>
        <w:t>یہ قصہ میں اس لیے بتا رہا ہوں کہ یہ بچے کا قصہ ہے، بچہ nature پر ہوتا ہے۔ کوئی perversion نہیں ہوتا۔ بڑا ہونے کے بعد انسان میں perversion آجاتا ہے۔</w:t>
      </w:r>
    </w:p>
    <w:p>
      <w:r>
        <w:rPr>
          <w:b/>
        </w:rPr>
        <w:t xml:space="preserve">[31:24] </w:t>
      </w:r>
      <w:r>
        <w:t>lekin bachcha nature par hota hai woh. bachcha bahut hi acha example hai is baat ka. to jahaz jo tha woh storm aa gaya, bahut zabardast is mein woh</w:t>
      </w:r>
    </w:p>
    <w:p>
      <w:pPr>
        <w:jc w:val="right"/>
      </w:pPr>
      <w:r>
        <w:t>لیکن بچہ nature پر ہوتا ہے وہ۔ بچہ بہت ہی اچھا example ہے اس بات کا۔ تو جہاز جو تھا وہ اسٹارم آگیا، بہت زبردست اس میں وہ</w:t>
      </w:r>
    </w:p>
    <w:p>
      <w:r>
        <w:rPr>
          <w:b/>
        </w:rPr>
        <w:t xml:space="preserve">[31:41] </w:t>
      </w:r>
      <w:r>
        <w:t>jhool thoolne laga, hilne julne laga, ult palt ke ab kya doob jaye ga. is waqt ek aadmi kehta hai ke main, aap jante hain ke jahaz bahut bada hota hai.</w:t>
      </w:r>
    </w:p>
    <w:p>
      <w:pPr>
        <w:jc w:val="right"/>
      </w:pPr>
      <w:r>
        <w:t>جھول ٹھولنے لگا، ہلنے جلنے لگا، الٹ پلٹ کہ اب کیا ڈوب جائے گا۔ اس وقت ایک آدمی کہتا ہے کہ میں، آپ جانتے ہیں کہ جہاز بہت بڑا ہوتا ہے۔</w:t>
      </w:r>
    </w:p>
    <w:p>
      <w:r>
        <w:rPr>
          <w:b/>
        </w:rPr>
        <w:t xml:space="preserve">[31:52] </w:t>
      </w:r>
      <w:r>
        <w:t>hawai jahaz ki tarah to hota nahin hai. hawai jahaz chhota sa hota hai lekin samandar ke jahaz bahut bade hote hain. to woh aadmi idhar se udhar woh bhi bhaag raha tha ke dekhen kya hai haal logon ka.</w:t>
      </w:r>
    </w:p>
    <w:p>
      <w:pPr>
        <w:jc w:val="right"/>
      </w:pPr>
      <w:r>
        <w:t>ہوائی جہاز کی طرح تو ہوتا نہیں ہے۔ ہوائی جہاز چھوٹا سا ہوتا ہے لیکن سمندر کے جہاز بہت بڑے ہوتے ہیں۔ تو وہ آدمی ادھر سے ادھر وہ بھی بھاگ رہا تھا کہ دیکھیں کیا ہے حال لوگوں کا۔</w:t>
      </w:r>
    </w:p>
    <w:p>
      <w:r>
        <w:rPr>
          <w:b/>
        </w:rPr>
        <w:t xml:space="preserve">[32:08] </w:t>
      </w:r>
      <w:r>
        <w:t>to ek corner mein us ne dekha ke ek bachcha, ek bachchi, ek chhoti bachchi woh doll se khel rahi hai.</w:t>
      </w:r>
    </w:p>
    <w:p>
      <w:pPr>
        <w:jc w:val="right"/>
      </w:pPr>
      <w:r>
        <w:t>تو ایک corner میں اس نے دیکھا کہ ایک بچہ، ایک بچی، ایک چھوٹی بچی وہ ڈول سے کھیل رہی ہے۔</w:t>
      </w:r>
    </w:p>
    <w:p>
      <w:r>
        <w:rPr>
          <w:b/>
        </w:rPr>
        <w:t xml:space="preserve">[32:17] </w:t>
      </w:r>
      <w:r>
        <w:t>guriya se khel rahi hai. chhoti bachchi. woh kisi European captain tha, us ki bachchi thi woh.</w:t>
      </w:r>
    </w:p>
    <w:p>
      <w:pPr>
        <w:jc w:val="right"/>
      </w:pPr>
      <w:r>
        <w:t>گڑیا سے کھیل رہی ہے۔ چھوٹی بچی۔ وہ کسی European captain تھا، اس کی بچی تھی وہ۔</w:t>
      </w:r>
    </w:p>
    <w:p>
      <w:r>
        <w:rPr>
          <w:b/>
        </w:rPr>
        <w:t xml:space="preserve">[32:25] </w:t>
      </w:r>
      <w:r>
        <w:t>to woh aadmi us ke paas jata hai. woh kehta hai ke tum ko pata hai ke abhi kya ho raha hai? us ne kaha kya, kya ho raha hai?</w:t>
      </w:r>
    </w:p>
    <w:p>
      <w:pPr>
        <w:jc w:val="right"/>
      </w:pPr>
      <w:r>
        <w:t>تو وہ آدمی اس کے پاس جاتا ہے۔ وہ کہتا ہے کہ تم کو پتہ ہے کہ ابھی کیا ہو رہا ہے؟ اس نے کہا کیا، کیا ہو رہا ہے؟</w:t>
      </w:r>
    </w:p>
    <w:p>
      <w:r>
        <w:rPr>
          <w:b/>
        </w:rPr>
        <w:t xml:space="preserve">[32:37] </w:t>
      </w:r>
      <w:r>
        <w:t>us ne kaha ke hamara jahaz doobne wala hai. hum storm mein phans gaye hain.</w:t>
      </w:r>
    </w:p>
    <w:p>
      <w:pPr>
        <w:jc w:val="right"/>
      </w:pPr>
      <w:r>
        <w:t>اس نے کہا کہ ہمارا جہاز ڈوبنے والا ہے۔ ہم اسٹارم میں پھنس گئے ہیں۔</w:t>
      </w:r>
    </w:p>
    <w:p>
      <w:r>
        <w:rPr>
          <w:b/>
        </w:rPr>
        <w:t xml:space="preserve">[32:45] </w:t>
      </w:r>
      <w:r>
        <w:t>woh bachi jo abhi nature par thi, nature par, us ka perversion nahi hua tha.</w:t>
      </w:r>
    </w:p>
    <w:p>
      <w:pPr>
        <w:jc w:val="right"/>
      </w:pPr>
      <w:r>
        <w:t>وہ بچی جو ابھی nature پر تھی، nature پر، اس کا perversion نہیں ہوا تھا۔</w:t>
      </w:r>
    </w:p>
    <w:p>
      <w:r>
        <w:rPr>
          <w:b/>
        </w:rPr>
        <w:t xml:space="preserve">[32:53] </w:t>
      </w:r>
      <w:r>
        <w:t>toh bohat hi peace ke sath woh bolti hai, "You know,</w:t>
      </w:r>
    </w:p>
    <w:p>
      <w:pPr>
        <w:jc w:val="right"/>
      </w:pPr>
      <w:r>
        <w:t>تو بہت ہی peace کے ساتھ وہ بولتی ہے، "You know,</w:t>
      </w:r>
    </w:p>
    <w:p>
      <w:r>
        <w:rPr>
          <w:b/>
        </w:rPr>
        <w:t xml:space="preserve">[33:06] </w:t>
      </w:r>
      <w:r>
        <w:t>you know the captain of this ship is my father. My father is the captain of this ship. And he is not going to let it sink.</w:t>
      </w:r>
    </w:p>
    <w:p>
      <w:pPr>
        <w:jc w:val="right"/>
      </w:pPr>
      <w:r>
        <w:t>you know the captain of this ship is my father. My father is the captain of this ship. And he is not going to let it sink.</w:t>
      </w:r>
    </w:p>
    <w:p>
      <w:r>
        <w:rPr>
          <w:b/>
        </w:rPr>
        <w:t xml:space="preserve">[33:20] </w:t>
      </w:r>
      <w:r>
        <w:t>My father is captain of this ship. And he is not going to let it sink.</w:t>
      </w:r>
    </w:p>
    <w:p>
      <w:pPr>
        <w:jc w:val="right"/>
      </w:pPr>
      <w:r>
        <w:t>My father is captain of this ship. And he is not going to let it sink.</w:t>
      </w:r>
    </w:p>
    <w:p>
      <w:r>
        <w:rPr>
          <w:b/>
        </w:rPr>
        <w:t xml:space="preserve">[33:29] </w:t>
      </w:r>
      <w:r>
        <w:t>mera baap captain hai is ship ka. woh is ko doobne nahi de ga." ab woh choti bachi jo hai baap ke sath uska jo jo uske jo uski jo feeling hai woh ek super feeling hai.</w:t>
      </w:r>
    </w:p>
    <w:p>
      <w:pPr>
        <w:jc w:val="right"/>
      </w:pPr>
      <w:r>
        <w:t>میرا باپ captain ہے اس ship کا۔ وہ اس کو ڈوبنے نہیں دے گا۔" اب وہ چھوٹی بچی جو ہے باپ کے ساتھ اس کا جو جو اس کے جو اس کی جو feeling ہے وہ ایک super feeling ہے۔</w:t>
      </w:r>
    </w:p>
    <w:p>
      <w:r>
        <w:rPr>
          <w:b/>
        </w:rPr>
        <w:t xml:space="preserve">[33:47] </w:t>
      </w:r>
      <w:r>
        <w:t>woh baap ko ek goya ke khuda ki tarah samajh rahi hai. ke sab kuch baap ke hath mein hai. aksar chote bachhe aise hi samajh lete hain apne baap ko.</w:t>
      </w:r>
    </w:p>
    <w:p>
      <w:pPr>
        <w:jc w:val="right"/>
      </w:pPr>
      <w:r>
        <w:t>وہ باپ کو ایک گویا کہ خدا کی طرح سمجھ رہی ہے۔ کہ سب کچھ باپ کے ہاتھ میں ہے۔ اکثر چھوٹے بچے ایسے ہی سمجھ لیتے ہیں اپنے باپ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