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Dars-e-Quran, Chapter 20, Verse 15 October 22, 2017</w:t>
      </w:r>
    </w:p>
    <w:p>
      <w:r>
        <w:t>https://www.youtube.com/watch?v=mSEhKbQ1q8Y</w:t>
      </w:r>
    </w:p>
    <w:p>
      <w:r>
        <w:rPr>
          <w:b/>
        </w:rPr>
        <w:t xml:space="preserve">[00:09] </w:t>
      </w:r>
      <w:r>
        <w:t>bismillah rehmane raheem. wa salallahu ala nabiyil kareem. rab ishrah li sadri, wa yassir li amri,</w:t>
      </w:r>
    </w:p>
    <w:p>
      <w:pPr>
        <w:jc w:val="right"/>
      </w:pPr>
      <w:r>
        <w:t>بسم اللہ الرحمن الرحیم۔ وصلی اللہ علی النبی الکریم۔ رب اشرح لی صدری، ویسر لی امری،</w:t>
      </w:r>
    </w:p>
    <w:p>
      <w:r>
        <w:rPr>
          <w:b/>
        </w:rPr>
        <w:t xml:space="preserve">[00:24] </w:t>
      </w:r>
      <w:r>
        <w:t>wahul uqdata min lisani yafqahu qawli.</w:t>
      </w:r>
    </w:p>
    <w:p>
      <w:pPr>
        <w:jc w:val="right"/>
      </w:pPr>
      <w:r>
        <w:t>واحل العقدۃ من لسانی یفقہ قولی۔</w:t>
      </w:r>
    </w:p>
    <w:p>
      <w:r>
        <w:rPr>
          <w:b/>
        </w:rPr>
        <w:t xml:space="preserve">[00:31] </w:t>
      </w:r>
      <w:r>
        <w:t>22 october 2017.</w:t>
      </w:r>
    </w:p>
    <w:p>
      <w:pPr>
        <w:jc w:val="right"/>
      </w:pPr>
      <w:r>
        <w:t>22 اکتوبر 2017۔</w:t>
      </w:r>
    </w:p>
    <w:p>
      <w:r>
        <w:rPr>
          <w:b/>
        </w:rPr>
        <w:t xml:space="preserve">[00:39] </w:t>
      </w:r>
      <w:r>
        <w:t>aaj se hamare is,</w:t>
      </w:r>
    </w:p>
    <w:p>
      <w:pPr>
        <w:jc w:val="right"/>
      </w:pPr>
      <w:r>
        <w:t>آج سے ہمارے اس،</w:t>
      </w:r>
    </w:p>
    <w:p>
      <w:r>
        <w:rPr>
          <w:b/>
        </w:rPr>
        <w:t xml:space="preserve">[00:46] </w:t>
      </w:r>
      <w:r>
        <w:t>yani yeh jo class hota hai hamara itwar ko, is ka naya pattern shuru kiya ja raha hai.</w:t>
      </w:r>
    </w:p>
    <w:p>
      <w:pPr>
        <w:jc w:val="right"/>
      </w:pPr>
      <w:r>
        <w:t>یعنی یہ جو کلاس ہوتا ہے ہمارا اتوار کو، اس کا نیا پیٹرن شروع کیا جا رہا ہے۔</w:t>
      </w:r>
    </w:p>
    <w:p>
      <w:r>
        <w:rPr>
          <w:b/>
        </w:rPr>
        <w:t xml:space="preserve">[00:58] </w:t>
      </w:r>
      <w:r>
        <w:t>yani dars e quran. ab se aisa hoga ke har hafta dars e quran hoga.</w:t>
      </w:r>
    </w:p>
    <w:p>
      <w:pPr>
        <w:jc w:val="right"/>
      </w:pPr>
      <w:r>
        <w:t>یعنی درس قرآن۔ اب سے ایسا ہوگا کہ ہر ہفتہ درس قرآن ہوگا۔</w:t>
      </w:r>
    </w:p>
    <w:p>
      <w:r>
        <w:rPr>
          <w:b/>
        </w:rPr>
        <w:t xml:space="preserve">[01:12] </w:t>
      </w:r>
      <w:r>
        <w:t>yeh pattern mein naya change kiya gaya hai.</w:t>
      </w:r>
    </w:p>
    <w:p>
      <w:pPr>
        <w:jc w:val="right"/>
      </w:pPr>
      <w:r>
        <w:t>یہ پیٹرن میں نیا چینج کیا گیا ہے۔</w:t>
      </w:r>
    </w:p>
    <w:p>
      <w:r>
        <w:rPr>
          <w:b/>
        </w:rPr>
        <w:t xml:space="preserve">[01:20] </w:t>
      </w:r>
      <w:r>
        <w:t>pehli baat mein kehna chahta hoon ke quran ka subject kya hai? mauzu. maktabon ke logon ne, ulama ne aur mufassireen ne mukhtalif jawabat diye hain.</w:t>
      </w:r>
    </w:p>
    <w:p>
      <w:pPr>
        <w:jc w:val="right"/>
      </w:pPr>
      <w:r>
        <w:t>پہلی بات میں کہنا چاہتا ہوں کہ قرآن کا سبجیکٹ کیا ہے؟ موضوع۔ مکتبوں کے لوگوں نے، علماء نے اور مفسرین نے مختلف جوابات دیے ہیں۔</w:t>
      </w:r>
    </w:p>
    <w:p>
      <w:r>
        <w:rPr>
          <w:b/>
        </w:rPr>
        <w:t xml:space="preserve">[01:37] </w:t>
      </w:r>
      <w:r>
        <w:t>magar meri apni jo soch hai woh mukhtalif hai.</w:t>
      </w:r>
    </w:p>
    <w:p>
      <w:pPr>
        <w:jc w:val="right"/>
      </w:pPr>
      <w:r>
        <w:t>مگر میری اپنی جو سوچ ہے وہ مختلف ہے۔</w:t>
      </w:r>
    </w:p>
    <w:p>
      <w:r>
        <w:rPr>
          <w:b/>
        </w:rPr>
        <w:t xml:space="preserve">[01:46] </w:t>
      </w:r>
      <w:r>
        <w:t>yeh bohat hi ajeeb baat hai ke quran ne khud yeh bataya hi nahi ke subject kya hai. aap ghor kijiye, kahan hai?</w:t>
      </w:r>
    </w:p>
    <w:p>
      <w:pPr>
        <w:jc w:val="right"/>
      </w:pPr>
      <w:r>
        <w:t>یہ بہت ہی عجیب بات ہے کہ قرآن نے خود یہ بتایا ہی نہیں کہ سبجیکٹ کیا ہے۔ آپ غور کیجیے، کہاں ہے؟</w:t>
      </w:r>
    </w:p>
    <w:p>
      <w:r>
        <w:rPr>
          <w:b/>
        </w:rPr>
        <w:t xml:space="preserve">[01:58] </w:t>
      </w:r>
      <w:r>
        <w:t>yeh kahan hai ke quran ka subject yeh hai?</w:t>
      </w:r>
    </w:p>
    <w:p>
      <w:pPr>
        <w:jc w:val="right"/>
      </w:pPr>
      <w:r>
        <w:t>یہ کہاں ہے کہ قرآن کا سبجیکٹ یہ ہے؟</w:t>
      </w:r>
    </w:p>
    <w:p>
      <w:r>
        <w:rPr>
          <w:b/>
        </w:rPr>
        <w:t xml:space="preserve">[02:05] </w:t>
      </w:r>
      <w:r>
        <w:t>misalan agar aap yeh kahein ke quran ka subject hai inzar, late ko le kar ke, toh bohat nakafi hoga.</w:t>
      </w:r>
    </w:p>
    <w:p>
      <w:pPr>
        <w:jc w:val="right"/>
      </w:pPr>
      <w:r>
        <w:t>مثلاً اگر آپ یہ کہیں کہ قرآن کا سبجیکٹ ہے انظار، لیت کو لے کر کے، تو بہت ناکافی ہوگا۔</w:t>
      </w:r>
    </w:p>
    <w:p>
      <w:r>
        <w:rPr>
          <w:b/>
        </w:rPr>
        <w:t xml:space="preserve">[02:17] </w:t>
      </w:r>
      <w:r>
        <w:t>khair, Allah ka kis shan ke mutabiq hai yeh? inzar karna hai, bas khatam qissa. yeh toh, yeh toh, yeh toh negative lafz hai.</w:t>
      </w:r>
    </w:p>
    <w:p>
      <w:pPr>
        <w:jc w:val="right"/>
      </w:pPr>
      <w:r>
        <w:t>خیر، اللہ کا کس شان کے مطابق ہے یہ؟ انظار کرنا ہے، بس ختم قصہ۔ یہ تو، یہ تو، یہ تو نیگیٹیو لفظ ہے۔</w:t>
      </w:r>
    </w:p>
    <w:p>
      <w:r>
        <w:rPr>
          <w:b/>
        </w:rPr>
        <w:t xml:space="preserve">[02:29] </w:t>
      </w:r>
      <w:r>
        <w:t>inzar karo aur azab de kar maar dalo. yahi hai Khuda ka scheme of things. toh aise hi ek adha lafz le kar logon ne keh diya ke yeh hai subject.</w:t>
      </w:r>
    </w:p>
    <w:p>
      <w:pPr>
        <w:jc w:val="right"/>
      </w:pPr>
      <w:r>
        <w:t>انظار کرو اور عذاب دے کر مار ڈالو۔ یہی ہے خدا کا اسکیم آف تھنگ۔ تو ایسے ہی ایک ادھ لفظ لے کر لوگوں نے کہہ دیا کہ یہ ہے سبجیکٹ۔</w:t>
      </w:r>
    </w:p>
    <w:p>
      <w:r>
        <w:rPr>
          <w:b/>
        </w:rPr>
        <w:t xml:space="preserve">[02:42] </w:t>
      </w:r>
      <w:r>
        <w:t>is se clear nahi hoti baat.</w:t>
      </w:r>
    </w:p>
    <w:p>
      <w:pPr>
        <w:jc w:val="right"/>
      </w:pPr>
      <w:r>
        <w:t>اس سے کلیئر نہیں ہوتی بات۔</w:t>
      </w:r>
    </w:p>
    <w:p>
      <w:r>
        <w:rPr>
          <w:b/>
        </w:rPr>
        <w:t xml:space="preserve">[02:46] </w:t>
      </w:r>
      <w:r>
        <w:t>maine yeh samjha hai ke quran ka subject hai insaan ko yeh batana ke right way of thinking kya hai.</w:t>
      </w:r>
    </w:p>
    <w:p>
      <w:pPr>
        <w:jc w:val="right"/>
      </w:pPr>
      <w:r>
        <w:t>میں نے یہ سمجھا ہے کہ قرآن کا سبجیکٹ ہے انسان کو یہ بتانا کہ رائٹ وے آف تھنکنگ کیا ہے۔</w:t>
      </w:r>
    </w:p>
    <w:p>
      <w:r>
        <w:rPr>
          <w:b/>
        </w:rPr>
        <w:t xml:space="preserve">[03:01] </w:t>
      </w:r>
      <w:r>
        <w:t>khud baat kya hai, yeh is ka subject hi nahi.</w:t>
      </w:r>
    </w:p>
    <w:p>
      <w:pPr>
        <w:jc w:val="right"/>
      </w:pPr>
      <w:r>
        <w:t>خود بات کیا ہے، یہ اس کا سبجیکٹ ہی نہیں۔</w:t>
      </w:r>
    </w:p>
    <w:p>
      <w:r>
        <w:rPr>
          <w:b/>
        </w:rPr>
        <w:t xml:space="preserve">[03:08] </w:t>
      </w:r>
      <w:r>
        <w:t>right way of thinking batana yeh subject hai. yani quran ke mutabiq sachai ek discoverable item hai.</w:t>
      </w:r>
    </w:p>
    <w:p>
      <w:pPr>
        <w:jc w:val="right"/>
      </w:pPr>
      <w:r>
        <w:t>رائٹ وے آف تھنکنگ بتانا یہ سبجیکٹ ہے۔ یعنی قرآن کے مطابق سچائی ایک ڈسکوریبل آئٹم ہے۔</w:t>
      </w:r>
    </w:p>
    <w:p>
      <w:r>
        <w:rPr>
          <w:b/>
        </w:rPr>
        <w:t xml:space="preserve">[03:19] </w:t>
      </w:r>
      <w:r>
        <w:t>bataya hua item nahi hai. yeh distilled item nahi hai.</w:t>
      </w:r>
    </w:p>
    <w:p>
      <w:pPr>
        <w:jc w:val="right"/>
      </w:pPr>
      <w:r>
        <w:t>بتایا ہوا آئٹم نہیں ہے۔ یہ ڈس ٹولڈ آئٹم نہیں ہے۔</w:t>
      </w:r>
    </w:p>
    <w:p>
      <w:r>
        <w:rPr>
          <w:b/>
        </w:rPr>
        <w:t xml:space="preserve">[03:28] </w:t>
      </w:r>
      <w:r>
        <w:t>balkay discoverable item hai.</w:t>
      </w:r>
    </w:p>
    <w:p>
      <w:pPr>
        <w:jc w:val="right"/>
      </w:pPr>
      <w:r>
        <w:t>بلکہ ڈسکوریبل آئٹم ہے۔</w:t>
      </w:r>
    </w:p>
    <w:p>
      <w:r>
        <w:rPr>
          <w:b/>
        </w:rPr>
        <w:t xml:space="preserve">[03:33] </w:t>
      </w:r>
      <w:r>
        <w:t>yeh baat kisi ko ajeeb lag sakti hai. lekin main sochta hoon ke Allah ne insaan ko jo sab se bara aizaaz diya hai, woh yahi hai ke insaan ko har qism ki salahiyaton se equipped kar diya.</w:t>
      </w:r>
    </w:p>
    <w:p>
      <w:pPr>
        <w:jc w:val="right"/>
      </w:pPr>
      <w:r>
        <w:t>یہ بات کسی کو عجیب لگ سکتی ہے۔ لیکن میں سوچتا ہوں کہ اللہ نے انسان کو جو سب سے بڑا اعزاز دیا ہے، وہ یہی ہے کہ انسان کو ہر قسم کی صلاحیتوں سے ایکوپ کر دیا۔</w:t>
      </w:r>
    </w:p>
    <w:p>
      <w:r>
        <w:rPr>
          <w:b/>
        </w:rPr>
        <w:t xml:space="preserve">[03:53] </w:t>
      </w:r>
      <w:r>
        <w:t>equipped, tayyar. zehan diya. hafza diya. parhne likhne ki taqat di.</w:t>
      </w:r>
    </w:p>
    <w:p>
      <w:pPr>
        <w:jc w:val="right"/>
      </w:pPr>
      <w:r>
        <w:t>ایکوپڈ، تیار۔ ذہن دیا۔ حافظہ دیا۔ پڑھنے لکھنے کی طاقت دی۔</w:t>
      </w:r>
    </w:p>
    <w:p>
      <w:r>
        <w:rPr>
          <w:b/>
        </w:rPr>
        <w:t xml:space="preserve">[04:04] </w:t>
      </w:r>
      <w:r>
        <w:t>discuss karne ke liye zuban di. bohat sari cheezen. yani is ko equipped kar diya ke woh discover kare.</w:t>
      </w:r>
    </w:p>
    <w:p>
      <w:pPr>
        <w:jc w:val="right"/>
      </w:pPr>
      <w:r>
        <w:t>ڈسکس کرنے کے لیے زبان دی۔ بہت ساری چیزیں۔ یعنی اس کو ایکوپ کر دیا کہ وہ ڈسکور کرے۔</w:t>
      </w:r>
    </w:p>
    <w:p>
      <w:r>
        <w:rPr>
          <w:b/>
        </w:rPr>
        <w:t xml:space="preserve">[04:15] </w:t>
      </w:r>
      <w:r>
        <w:t>to Quran ka jo subject hai, meri samajh se yeh hai ke insaan ko yeh batana how to think. what is the right way of thinking?</w:t>
      </w:r>
    </w:p>
    <w:p>
      <w:pPr>
        <w:jc w:val="right"/>
      </w:pPr>
      <w:r>
        <w:t>تو قرآن کا جو سبجیکٹ ہے، میری سمجھ سے یہ ہے کہ انسان کو یہ بتانا ہاؤ ٹو تھنک۔ واٹ از دا رائٹ وے آف تھنکنگ؟</w:t>
      </w:r>
    </w:p>
    <w:p>
      <w:r>
        <w:rPr>
          <w:b/>
        </w:rPr>
        <w:t xml:space="preserve">[04:27] </w:t>
      </w:r>
      <w:r>
        <w:t>yeh hai.</w:t>
      </w:r>
    </w:p>
    <w:p>
      <w:pPr>
        <w:jc w:val="right"/>
      </w:pPr>
      <w:r>
        <w:t>یہ ہے۔</w:t>
      </w:r>
    </w:p>
    <w:p>
      <w:r>
        <w:rPr>
          <w:b/>
        </w:rPr>
        <w:t xml:space="preserve">[04:31] </w:t>
      </w:r>
      <w:r>
        <w:t>misal ke taur par dekhiye jo pehli ayat hai Alhamdulillah Rabbil Alameen. yeh kya hai? yeh yahi to hai.</w:t>
      </w:r>
    </w:p>
    <w:p>
      <w:pPr>
        <w:jc w:val="right"/>
      </w:pPr>
      <w:r>
        <w:t>مثلاً دیکھیے جو پہلی آیت ہے الحمدللہ رب العالمین۔ یہ کیا ہے؟ یہ یہی تو ہے۔</w:t>
      </w:r>
    </w:p>
    <w:p>
      <w:r>
        <w:rPr>
          <w:b/>
        </w:rPr>
        <w:t xml:space="preserve">[04:43] </w:t>
      </w:r>
      <w:r>
        <w:t>Alhamdulillah Rabbil Alameen ka matlab kya hai? ke aap study karte hain</w:t>
      </w:r>
    </w:p>
    <w:p>
      <w:pPr>
        <w:jc w:val="right"/>
      </w:pPr>
      <w:r>
        <w:t>الحمدللہ رب العالمین کا مطلب کیا ہے؟ کہ آپ اسٹڈی کرتے ہیں</w:t>
      </w:r>
    </w:p>
    <w:p>
      <w:r>
        <w:rPr>
          <w:b/>
        </w:rPr>
        <w:t xml:space="preserve">[04:53] </w:t>
      </w:r>
      <w:r>
        <w:t>kainat ki. suraj nikalta hai, chand nikalta hai, barish hoti hai. hazaron lakhon waqiat rozana ho rahe hain.</w:t>
      </w:r>
    </w:p>
    <w:p>
      <w:pPr>
        <w:jc w:val="right"/>
      </w:pPr>
      <w:r>
        <w:t>کائنات کی۔ سورج نکلتا ہے، چاند نکلتا ہے، بارش ہوتی ہے۔ ہزاروں لاکھوں واقعات روزانہ ہو رہے ہیں۔</w:t>
      </w:r>
    </w:p>
    <w:p>
      <w:r>
        <w:rPr>
          <w:b/>
        </w:rPr>
        <w:t xml:space="preserve">[05:06] </w:t>
      </w:r>
      <w:r>
        <w:t>aap un ko sochte hain dekh dekh kar. hawaen chalti hain. aap sochte hain. aur phir keh uthte hain.</w:t>
      </w:r>
    </w:p>
    <w:p>
      <w:pPr>
        <w:jc w:val="right"/>
      </w:pPr>
      <w:r>
        <w:t>آپ ان کو سوچتے ہیں دیکھ دیکھ کر۔ ہوائیں چلتی ہیں۔ آپ سوچتے ہیں۔ اور پھر کہہ اٹھتے ہیں۔</w:t>
      </w:r>
    </w:p>
    <w:p>
      <w:r>
        <w:rPr>
          <w:b/>
        </w:rPr>
        <w:t xml:space="preserve">[05:16] </w:t>
      </w:r>
      <w:r>
        <w:t>yani aap ke andar se ubal parta hai Alhamdulillah Rabbil Alameen. yeh kalma hai aap ka apni discovery ka.</w:t>
      </w:r>
    </w:p>
    <w:p>
      <w:pPr>
        <w:jc w:val="right"/>
      </w:pPr>
      <w:r>
        <w:t>یعنی آپ کے اندر سے ابل پڑتا ہے الحمدللہ رب العالمین۔ یہ کلمہ ہے آپ کا اپنی ڈسکوری کا۔</w:t>
      </w:r>
    </w:p>
    <w:p>
      <w:r>
        <w:rPr>
          <w:b/>
        </w:rPr>
        <w:t xml:space="preserve">[05:27] </w:t>
      </w:r>
      <w:r>
        <w:t>yeh kalma hai discovery ka. yeh bataya hua kalma nahi hai.</w:t>
      </w:r>
    </w:p>
    <w:p>
      <w:pPr>
        <w:jc w:val="right"/>
      </w:pPr>
      <w:r>
        <w:t>یہ کلمہ ہے ڈسکوری کا۔ یہ بتایا ہوا کلمہ نہیں ہے۔</w:t>
      </w:r>
    </w:p>
    <w:p>
      <w:r>
        <w:rPr>
          <w:b/>
        </w:rPr>
        <w:t xml:space="preserve">[05:34] </w:t>
      </w:r>
      <w:r>
        <w:t>yeh aap ki discovery ka kalma hai. jaise aik martaba aik bahir ki Europe ki aik lady aai.</w:t>
      </w:r>
    </w:p>
    <w:p>
      <w:pPr>
        <w:jc w:val="right"/>
      </w:pPr>
      <w:r>
        <w:t>یہ آپ کی ڈسکوری کا کلمہ ہے۔ جیسے ایک مرتبہ ایک ایک باہر کی یورپ کی ایک لیڈی آئی۔</w:t>
      </w:r>
    </w:p>
    <w:p>
      <w:r>
        <w:rPr>
          <w:b/>
        </w:rPr>
        <w:t xml:space="preserve">[05:46] </w:t>
      </w:r>
      <w:r>
        <w:t>Taj Mahal dekhti gayi woh Agra mein. to jab us ne dekha Taj Mahal ko</w:t>
      </w:r>
    </w:p>
    <w:p>
      <w:pPr>
        <w:jc w:val="right"/>
      </w:pPr>
      <w:r>
        <w:t>تاج محل دیکھتی گئی وہ آگرہ میں۔ تو جب اس نے دیکھا تاج محل کو</w:t>
      </w:r>
    </w:p>
    <w:p>
      <w:r>
        <w:rPr>
          <w:b/>
        </w:rPr>
        <w:t xml:space="preserve">[05:55] </w:t>
      </w:r>
      <w:r>
        <w:t>to us ki zuban se achanak nikla wonderful wonderful. kisi ne is ko bataya nahi tha. is lady ko kisi ne nahi bataya tha ke Taj Mahal dekhna to yeh kehna.</w:t>
      </w:r>
    </w:p>
    <w:p>
      <w:pPr>
        <w:jc w:val="right"/>
      </w:pPr>
      <w:r>
        <w:t>تو اس کی زبان سے اچانک نکلا وانڈرفل وانڈرفل۔ کسی نے اس کو بتایا نہیں تھا۔ اس لیڈی کو کسی نے نہیں بتایا تھا کہ تاج محل دیکھنا تو یہ کہنا۔</w:t>
      </w:r>
    </w:p>
    <w:p>
      <w:r>
        <w:rPr>
          <w:b/>
        </w:rPr>
        <w:t xml:space="preserve">[06:12] </w:t>
      </w:r>
      <w:r>
        <w:t>Taj Mahal jab dekhna to yeh kehna. nahi. us ke dil ki automatic awaz se khud ba khud bol pari wonderful wonderful wonderful.</w:t>
      </w:r>
    </w:p>
    <w:p>
      <w:pPr>
        <w:jc w:val="right"/>
      </w:pPr>
      <w:r>
        <w:t>تاج محل جب دیکھنا تو یہ کہنا۔ نہیں۔ اس کے دل کی آٹومیٹک آواز سے خود بخود بول پڑی وانڈرفل وانڈرفل وانڈرفل۔</w:t>
      </w:r>
    </w:p>
    <w:p>
      <w:r>
        <w:rPr>
          <w:b/>
        </w:rPr>
        <w:t xml:space="preserve">[06:24] </w:t>
      </w:r>
      <w:r>
        <w:t>to aap jab is paida hon bachpan se aap dekh rahe hain ke kis ne mujhe paida kiya. aur paida karte hi yahan duniya mein mere liye sab kuch de diya ab is ko.</w:t>
      </w:r>
    </w:p>
    <w:p>
      <w:pPr>
        <w:jc w:val="right"/>
      </w:pPr>
      <w:r>
        <w:t>تو آپ جب اس پیدا ہوں بچپن سے آپ دیکھ رہے ہیں کہ کس نے مجھے پیدا کیا۔ اور پیدا کرتے ہی یہاں دنیا میں میرے لیے سب کچھ دے دیا اب اس کو۔</w:t>
      </w:r>
    </w:p>
    <w:p>
      <w:r>
        <w:rPr>
          <w:b/>
        </w:rPr>
        <w:t xml:space="preserve">[06:38] </w:t>
      </w:r>
      <w:r>
        <w:t>yani suraj bhi hai, hawa bhi hai, ghalla bhi hai, phal bhi hai, pani bhi hai. yeh kaise hai? bohat hi right place hai rehne ke liye zameen.</w:t>
      </w:r>
    </w:p>
    <w:p>
      <w:pPr>
        <w:jc w:val="right"/>
      </w:pPr>
      <w:r>
        <w:t>یعنی سورج بھی ہے، ہوا بھی ہے، غلہ بھی ہے، پھل بھی ہے، پانی بھی ہے۔ یہ کیسے ہے؟ بہت ہی رائٹ پلیس ہے رہنے کے لیے زمین۔</w:t>
      </w:r>
    </w:p>
    <w:p>
      <w:r>
        <w:rPr>
          <w:b/>
        </w:rPr>
        <w:t xml:space="preserve">[06:49] </w:t>
      </w:r>
      <w:r>
        <w:t>yeh sab kaise hai? to sochte sochte jaise woh keh pari wonderful. aap keh parhte hain Alhamdulillah Rabbil Alameen.</w:t>
      </w:r>
    </w:p>
    <w:p>
      <w:pPr>
        <w:jc w:val="right"/>
      </w:pPr>
      <w:r>
        <w:t>یہ سب کیسے ہے؟ تو سوچتے سوچتے جیسے وہ کہہ پڑی وانڈرفل۔ آپ کہہ پڑتے ہیں الحمدللہ رب العالمین۔</w:t>
      </w:r>
    </w:p>
    <w:p>
      <w:r>
        <w:rPr>
          <w:b/>
        </w:rPr>
        <w:t xml:space="preserve">[07:03] </w:t>
      </w:r>
      <w:r>
        <w:t>Khudaya tu kitna bara hai. alfaaz kahan se laoon mein?</w:t>
      </w:r>
    </w:p>
    <w:p>
      <w:pPr>
        <w:jc w:val="right"/>
      </w:pPr>
      <w:r>
        <w:t>خدایا تو کتنا بڑا ہے۔ الفاظ کہاں سے لاؤں میں؟</w:t>
      </w:r>
    </w:p>
    <w:p>
      <w:r>
        <w:rPr>
          <w:b/>
        </w:rPr>
        <w:t xml:space="preserve">[07:12] </w:t>
      </w:r>
      <w:r>
        <w:t>Alhamdulillah Rabbil Alameen ka matlab yeh ke Khudaya mere paas to alfaaz hi nahi hain.</w:t>
      </w:r>
    </w:p>
    <w:p>
      <w:pPr>
        <w:jc w:val="right"/>
      </w:pPr>
      <w:r>
        <w:t>الحمدللہ رب العالمین کا مطلب یہ کہ خدایا میرے پاس تو الفاظ ہی نہیں ہیں۔</w:t>
      </w:r>
    </w:p>
    <w:p>
      <w:r>
        <w:rPr>
          <w:b/>
        </w:rPr>
        <w:t xml:space="preserve">[07:21] </w:t>
      </w:r>
      <w:r>
        <w:t>Alif Laam Meem jab parhte hain aap woh bhi matlab hai is ka yeh. Khudaya insani zuban mein to alfaaz hi nahi hain. main kaise tera itraaf karoon?</w:t>
      </w:r>
    </w:p>
    <w:p>
      <w:pPr>
        <w:jc w:val="right"/>
      </w:pPr>
      <w:r>
        <w:t>الف لام میم جب پڑھتے ہیں آپ وہ بھی مطلب ہے اس کا یہ۔ خدایا انسانی زبان میں تو الفاظ ہی نہیں ہیں۔ میں کیسے تیرا اعتراف کروں؟</w:t>
      </w:r>
    </w:p>
    <w:p>
      <w:r>
        <w:rPr>
          <w:b/>
        </w:rPr>
        <w:t xml:space="preserve">[07:34] </w:t>
      </w:r>
      <w:r>
        <w:t>yeh hai maqsad Quran. maqsad Quran hai ke aap ke andar intellectual development paida karna. aap ko sochne wala banana.</w:t>
      </w:r>
    </w:p>
    <w:p>
      <w:pPr>
        <w:jc w:val="right"/>
      </w:pPr>
      <w:r>
        <w:t>یہ ہے مقصد قرآن۔ مقصد قرآن ہے کہ آپ کے اندر انٹلیکچول ڈیولپمنٹ پیدا کرنا۔ آپ کو سوچنے والا بنانا۔</w:t>
      </w:r>
    </w:p>
    <w:p>
      <w:r>
        <w:rPr>
          <w:b/>
        </w:rPr>
        <w:t xml:space="preserve">[07:47] </w:t>
      </w:r>
      <w:r>
        <w:t>right way of thinking aap ke andar lana. yahan tak ke aap aik developed mind ban jayen. aik awaken mind ban jayen.</w:t>
      </w:r>
    </w:p>
    <w:p>
      <w:pPr>
        <w:jc w:val="right"/>
      </w:pPr>
      <w:r>
        <w:t>رائٹ وے آف تھنکنگ آپ کے اندر لانا۔ یہاں تک کہ آپ ایک ڈیولپڈ مائنڈ بن جائیں۔ ایک اویکن مائنڈ بن جائیں۔</w:t>
      </w:r>
    </w:p>
    <w:p>
      <w:r>
        <w:rPr>
          <w:b/>
        </w:rPr>
        <w:t xml:space="preserve">[07:58] </w:t>
      </w:r>
      <w:r>
        <w:t>aur phir keh parhen jaise us ne kaha tha wonderful aap keh saken Alhamdulillah Rabbil Alameen. yeh hai maqsad Quran.</w:t>
      </w:r>
    </w:p>
    <w:p>
      <w:pPr>
        <w:jc w:val="right"/>
      </w:pPr>
      <w:r>
        <w:t>اور پھر کہہ پڑیں جیسے اس نے کہا تھا وانڈرفل آپ کہہ سکیں الحمدللہ رب العالمین۔ یہ ہے مقصد قرآن۔</w:t>
      </w:r>
    </w:p>
    <w:p>
      <w:r>
        <w:rPr>
          <w:b/>
        </w:rPr>
        <w:t xml:space="preserve">[08:13] </w:t>
      </w:r>
      <w:r>
        <w:t>aaj mein aap ko surah taha ki ibtidai ayatein</w:t>
      </w:r>
    </w:p>
    <w:p>
      <w:pPr>
        <w:jc w:val="right"/>
      </w:pPr>
      <w:r>
        <w:t>آج میں آپ کو سورۃ طہ کی ابتدائی آیتیں</w:t>
      </w:r>
    </w:p>
    <w:p>
      <w:r>
        <w:rPr>
          <w:b/>
        </w:rPr>
        <w:t xml:space="preserve">[08:21] </w:t>
      </w:r>
      <w:r>
        <w:t>ki taraf mutawajjah karta hoon. aap is ko ghaur kijiye aur padhiye to tadabbur kijiye. seedha padhiye is ko.</w:t>
      </w:r>
    </w:p>
    <w:p>
      <w:pPr>
        <w:jc w:val="right"/>
      </w:pPr>
      <w:r>
        <w:t>کی طرف متوجہ کرتا ہوں۔ آپ اس کو غور کیجیے اور پڑھیے تو تدبر کیجیے۔ سیدھا پڑھیے اس کو۔</w:t>
      </w:r>
    </w:p>
    <w:p>
      <w:r>
        <w:rPr>
          <w:b/>
        </w:rPr>
        <w:t xml:space="preserve">[08:33] </w:t>
      </w:r>
      <w:r>
        <w:t>bismillah hir rahman nir rahim. inna as sa'ata aatiyah akadu ukhfiha li tujza kullu nafsin bima tas'aa.</w:t>
      </w:r>
    </w:p>
    <w:p>
      <w:pPr>
        <w:jc w:val="right"/>
      </w:pPr>
      <w:r>
        <w:t>بسم اللہ الرحمن الرحیم۔ ان الساعۃ آتی اکاد فیہا لتجزا کل نفس بما تسعا۔</w:t>
      </w:r>
    </w:p>
    <w:p>
      <w:r>
        <w:rPr>
          <w:b/>
        </w:rPr>
        <w:t xml:space="preserve">[08:44] </w:t>
      </w:r>
      <w:r>
        <w:t>surah taha surah number 20 ayat number 15. beshak qayamat aanay wali hai. mein is ko chupaye rakhna chahta hoon taake har shakhs ko badla diya jaye jo us ne koshish ki.</w:t>
      </w:r>
    </w:p>
    <w:p>
      <w:pPr>
        <w:jc w:val="right"/>
      </w:pPr>
      <w:r>
        <w:t>سورۃ طہ سورہ نمبر 20 آیت نمبر 15۔ بے شک قیامت آنے والی ہے۔ میں اس کو چھپائے رکھنا چاہتا ہوں تاکہ ہر شخص کو بدلہ دیا جائے جو اس نے کوشش کی۔</w:t>
      </w:r>
    </w:p>
    <w:p>
      <w:r>
        <w:rPr>
          <w:b/>
        </w:rPr>
        <w:t xml:space="preserve">[09:01] </w:t>
      </w:r>
      <w:r>
        <w:t>"The hour is coming, but I choose to keep it hidden so that every human being may be recompensed in accordance with his efforts."</w:t>
      </w:r>
    </w:p>
    <w:p>
      <w:pPr>
        <w:jc w:val="right"/>
      </w:pPr>
      <w:r>
        <w:t>دا آر از کمنگ بٹ آئی چوز ٹو کیپ اٹ ہڈن سو دیٹ ایوری ہیومن بینگ می بی ریکمپنسڈ ان اکارڈنس ود ہز ایفرٹس۔</w:t>
      </w:r>
    </w:p>
    <w:p>
      <w:r>
        <w:rPr>
          <w:b/>
        </w:rPr>
        <w:t xml:space="preserve">[09:14] </w:t>
      </w:r>
      <w:r>
        <w:t>dekhiye is ayat ko aap padhiye.</w:t>
      </w:r>
    </w:p>
    <w:p>
      <w:pPr>
        <w:jc w:val="right"/>
      </w:pPr>
      <w:r>
        <w:t>دیکھیے اس آیت کو آپ پڑھیے۔</w:t>
      </w:r>
    </w:p>
    <w:p>
      <w:r>
        <w:rPr>
          <w:b/>
        </w:rPr>
        <w:t xml:space="preserve">[09:20] </w:t>
      </w:r>
      <w:r>
        <w:t>quran kehta hai ke qayamat aanay wali hai. magar allah ne is ko chupa rakha hai.</w:t>
      </w:r>
    </w:p>
    <w:p>
      <w:pPr>
        <w:jc w:val="right"/>
      </w:pPr>
      <w:r>
        <w:t>قرآن کہتا ہے کہ قیامت آنے والی ہے۔ مگر اللہ نے اس کو چھپا رکھا ہے۔</w:t>
      </w:r>
    </w:p>
    <w:p>
      <w:r>
        <w:rPr>
          <w:b/>
        </w:rPr>
        <w:t xml:space="preserve">[09:32] </w:t>
      </w:r>
      <w:r>
        <w:t>to pehla sawal aap ko idhar paida hoga ke aakhir chupanay ka kya maqsad hai? suraj nahi chupaya allah ne.</w:t>
      </w:r>
    </w:p>
    <w:p>
      <w:pPr>
        <w:jc w:val="right"/>
      </w:pPr>
      <w:r>
        <w:t>تو پہلا سوال آپ کو ادھر پیدا ہوگا کہ آخر چھپانے کا کیا مقصد ہے؟ سورج نہیں چھپایا اللہ نے۔</w:t>
      </w:r>
    </w:p>
    <w:p>
      <w:r>
        <w:rPr>
          <w:b/>
        </w:rPr>
        <w:t xml:space="preserve">[09:41] </w:t>
      </w:r>
      <w:r>
        <w:t>sitare nahi chupaye allah ne.</w:t>
      </w:r>
    </w:p>
    <w:p>
      <w:pPr>
        <w:jc w:val="right"/>
      </w:pPr>
      <w:r>
        <w:t>ستارے نہیں چھپائے اللہ نے۔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