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Hadith | July 25, 2007</w:t>
      </w:r>
    </w:p>
    <w:p>
      <w:r>
        <w:t>https://www.youtube.com/watch?v=gfGuT-o5mSM</w:t>
      </w:r>
    </w:p>
    <w:p>
      <w:r>
        <w:rPr>
          <w:b/>
        </w:rPr>
        <w:t xml:space="preserve">[00:10] </w:t>
      </w:r>
      <w:r>
        <w:t>bismillah rahman rahim, wa salallahu ala nabiyyil karim.</w:t>
      </w:r>
    </w:p>
    <w:p>
      <w:pPr>
        <w:jc w:val="right"/>
      </w:pPr>
      <w:r>
        <w:t>بسم اللہ الرحمن الرحیم، وصلی اللہ علی النبی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[00:30] </w:t>
      </w:r>
      <w:r>
        <w:t>The theme for the present talk is "An Introduction to the Hadith</w:t>
      </w:r>
    </w:p>
    <w:p>
      <w:pPr>
        <w:jc w:val="right"/>
      </w:pPr>
      <w:r>
        <w:t>The theme for the present talk is "An Introduction to the Hadith</w:t>
      </w:r>
    </w:p>
    <w:p>
      <w:r>
        <w:rPr>
          <w:b/>
        </w:rPr>
        <w:t xml:space="preserve">[00:40] </w:t>
      </w:r>
      <w:r>
        <w:t>." You know, in the religion of Islam there are two authentic sources: Quran and Hadith.</w:t>
      </w:r>
    </w:p>
    <w:p>
      <w:pPr>
        <w:jc w:val="right"/>
      </w:pPr>
      <w:r>
        <w:t>." You know, in the religion of Islam there are two authentic sources: Quran and Hadith.</w:t>
      </w:r>
    </w:p>
    <w:p>
      <w:r>
        <w:rPr>
          <w:b/>
        </w:rPr>
        <w:t xml:space="preserve">[00:51] </w:t>
      </w:r>
      <w:r>
        <w:t>Quran is the word of God, and Hadith is the word of the Prophet.</w:t>
      </w:r>
    </w:p>
    <w:p>
      <w:pPr>
        <w:jc w:val="right"/>
      </w:pPr>
      <w:r>
        <w:t>Quran is the word of God, and Hadith is the word of the Prophet.</w:t>
      </w:r>
    </w:p>
    <w:p>
      <w:r>
        <w:rPr>
          <w:b/>
        </w:rPr>
        <w:t xml:space="preserve">[01:01] </w:t>
      </w:r>
      <w:r>
        <w:t>But both are believed to be authentic sources of Islam.</w:t>
      </w:r>
    </w:p>
    <w:p>
      <w:pPr>
        <w:jc w:val="right"/>
      </w:pPr>
      <w:r>
        <w:t>But both are believed to be authentic sources of Islam.</w:t>
      </w:r>
    </w:p>
    <w:p>
      <w:r>
        <w:rPr>
          <w:b/>
        </w:rPr>
        <w:t xml:space="preserve">[01:12] </w:t>
      </w:r>
      <w:r>
        <w:t>Hadith literally means conversation or talk.</w:t>
      </w:r>
    </w:p>
    <w:p>
      <w:pPr>
        <w:jc w:val="right"/>
      </w:pPr>
      <w:r>
        <w:t>Hadith literally means conversation or talk.</w:t>
      </w:r>
    </w:p>
    <w:p>
      <w:r>
        <w:rPr>
          <w:b/>
        </w:rPr>
        <w:t xml:space="preserve">[01:18] </w:t>
      </w:r>
      <w:r>
        <w:t>The other word used in this sense is Sunnah.</w:t>
      </w:r>
    </w:p>
    <w:p>
      <w:pPr>
        <w:jc w:val="right"/>
      </w:pPr>
      <w:r>
        <w:t>The other word used in this sense is Sunnah.</w:t>
      </w:r>
    </w:p>
    <w:p>
      <w:r>
        <w:rPr>
          <w:b/>
        </w:rPr>
        <w:t xml:space="preserve">[01:24] </w:t>
      </w:r>
      <w:r>
        <w:t>Sunnah means practice.</w:t>
      </w:r>
    </w:p>
    <w:p>
      <w:pPr>
        <w:jc w:val="right"/>
      </w:pPr>
      <w:r>
        <w:t>Sunnah means practice.</w:t>
      </w:r>
    </w:p>
    <w:p>
      <w:r>
        <w:rPr>
          <w:b/>
        </w:rPr>
        <w:t xml:space="preserve">[01:30] </w:t>
      </w:r>
      <w:r>
        <w:t>So, Sunnah includes Hadith and some other aspects also.</w:t>
      </w:r>
    </w:p>
    <w:p>
      <w:pPr>
        <w:jc w:val="right"/>
      </w:pPr>
      <w:r>
        <w:t>So, Sunnah includes Hadith and some other aspects also.</w:t>
      </w:r>
    </w:p>
    <w:p>
      <w:r>
        <w:rPr>
          <w:b/>
        </w:rPr>
        <w:t xml:space="preserve">[01:36] </w:t>
      </w:r>
      <w:r>
        <w:t>According to the scholars, there are three aspects of Sunnah</w:t>
      </w:r>
    </w:p>
    <w:p>
      <w:pPr>
        <w:jc w:val="right"/>
      </w:pPr>
      <w:r>
        <w:t>According to the scholars, there are three aspects of Sunnah</w:t>
      </w:r>
    </w:p>
    <w:p>
      <w:r>
        <w:rPr>
          <w:b/>
        </w:rPr>
        <w:t xml:space="preserve">[01:42] </w:t>
      </w:r>
      <w:r>
        <w:t>: qawl, amal, and taqrir. qawl means sayings, that is, sayings of the prophet of Islam. Practice - amal is his practice. What prophet of Islam practiced is amal. And taq</w:t>
      </w:r>
    </w:p>
    <w:p>
      <w:pPr>
        <w:jc w:val="right"/>
      </w:pPr>
      <w:r>
        <w:t>: Qawl, Amal, and Taqrir. Qawl means sayings, that is, sayings of the Prophet of Islam. Practice - Amal is his practice. What Prophet of Islam practiced is Amal. And Taq</w:t>
      </w:r>
    </w:p>
    <w:p>
      <w:r>
        <w:rPr>
          <w:b/>
        </w:rPr>
        <w:t xml:space="preserve">[02:12] </w:t>
      </w:r>
      <w:r>
        <w:t>rir means confirmation.</w:t>
      </w:r>
    </w:p>
    <w:p>
      <w:pPr>
        <w:jc w:val="right"/>
      </w:pPr>
      <w:r>
        <w:t>rir means confirmation.</w:t>
      </w:r>
    </w:p>
    <w:p>
      <w:r>
        <w:rPr>
          <w:b/>
        </w:rPr>
        <w:t xml:space="preserve">[02:20] </w:t>
      </w:r>
      <w:r>
        <w:t>Prophet of Islam saw something and he confirmed it, so it is Taqrir.</w:t>
      </w:r>
    </w:p>
    <w:p>
      <w:pPr>
        <w:jc w:val="right"/>
      </w:pPr>
      <w:r>
        <w:t>Prophet of Islam saw something and he confirmed it, so it is Taqrir.</w:t>
      </w:r>
    </w:p>
    <w:p>
      <w:r>
        <w:rPr>
          <w:b/>
        </w:rPr>
        <w:t xml:space="preserve">[02:28] </w:t>
      </w:r>
      <w:r>
        <w:t>So, these are two basic ingredients of Sunnah: Qawl-e-Rasul, Amal-e-Rasul, and Taqrir-e-Rasul.</w:t>
      </w:r>
    </w:p>
    <w:p>
      <w:pPr>
        <w:jc w:val="right"/>
      </w:pPr>
      <w:r>
        <w:t>So, these are two basic ingredients of Sunnah: Qawl-e-Rasul, Amal-e-Rasul, and Taqrir-e-Rasul.</w:t>
      </w:r>
    </w:p>
    <w:p>
      <w:r>
        <w:rPr>
          <w:b/>
        </w:rPr>
        <w:t xml:space="preserve">[02:36] </w:t>
      </w:r>
      <w:r>
        <w:t>Now, there are</w:t>
      </w:r>
    </w:p>
    <w:p>
      <w:pPr>
        <w:jc w:val="right"/>
      </w:pPr>
      <w:r>
        <w:t>Now, there are</w:t>
      </w:r>
    </w:p>
    <w:p>
      <w:r>
        <w:rPr>
          <w:b/>
        </w:rPr>
        <w:t xml:space="preserve">[02:44] </w:t>
      </w:r>
      <w:r>
        <w:t>near about two dozens of books of Hadith.</w:t>
      </w:r>
    </w:p>
    <w:p>
      <w:pPr>
        <w:jc w:val="right"/>
      </w:pPr>
      <w:r>
        <w:t>near about two dozens of books of Hadith.</w:t>
      </w:r>
    </w:p>
    <w:p>
      <w:r>
        <w:rPr>
          <w:b/>
        </w:rPr>
        <w:t xml:space="preserve">[02:52] </w:t>
      </w:r>
      <w:r>
        <w:t>Although Quran is in the form of one book, there are no different books of the Quran, but</w:t>
      </w:r>
    </w:p>
    <w:p>
      <w:pPr>
        <w:jc w:val="right"/>
      </w:pPr>
      <w:r>
        <w:t>Although Quran is in the form of one book, there are no different books of the Quran, but</w:t>
      </w:r>
    </w:p>
    <w:p>
      <w:r>
        <w:rPr>
          <w:b/>
        </w:rPr>
        <w:t xml:space="preserve">[02:59] </w:t>
      </w:r>
      <w:r>
        <w:t>Hadith is compiled in several books.</w:t>
      </w:r>
    </w:p>
    <w:p>
      <w:pPr>
        <w:jc w:val="right"/>
      </w:pPr>
      <w:r>
        <w:t>Hadith is compiled in several books.</w:t>
      </w:r>
    </w:p>
    <w:p>
      <w:r>
        <w:rPr>
          <w:b/>
        </w:rPr>
        <w:t xml:space="preserve">[03:07] </w:t>
      </w:r>
      <w:r>
        <w:t>So, these books are near about two dozens. But</w:t>
      </w:r>
    </w:p>
    <w:p>
      <w:pPr>
        <w:jc w:val="right"/>
      </w:pPr>
      <w:r>
        <w:t>So, these books are near about two dozens. But</w:t>
      </w:r>
    </w:p>
    <w:p>
      <w:r>
        <w:rPr>
          <w:b/>
        </w:rPr>
        <w:t xml:space="preserve">[03:14] </w:t>
      </w:r>
      <w:r>
        <w:t>among these two dozen books of Hadith, there are six Hadith.</w:t>
      </w:r>
    </w:p>
    <w:p>
      <w:pPr>
        <w:jc w:val="right"/>
      </w:pPr>
      <w:r>
        <w:t>among these two dozen books of Hadith, there are six Hadith.</w:t>
      </w:r>
    </w:p>
    <w:p>
      <w:r>
        <w:rPr>
          <w:b/>
        </w:rPr>
        <w:t xml:space="preserve">[03:22] </w:t>
      </w:r>
      <w:r>
        <w:t>These six Hadith books that are called Sihae Sittah.</w:t>
      </w:r>
    </w:p>
    <w:p>
      <w:pPr>
        <w:jc w:val="right"/>
      </w:pPr>
      <w:r>
        <w:t>These six Hadith books that are called Sihae Sittah.</w:t>
      </w:r>
    </w:p>
    <w:p>
      <w:r>
        <w:rPr>
          <w:b/>
        </w:rPr>
        <w:t xml:space="preserve">[03:30] </w:t>
      </w:r>
      <w:r>
        <w:t>Sihae Sittah means six authentic compilations of the Hadith. Sihae Sittah.</w:t>
      </w:r>
    </w:p>
    <w:p>
      <w:pPr>
        <w:jc w:val="right"/>
      </w:pPr>
      <w:r>
        <w:t>Sihae Sittah means six authentic compilations of the Hadith. Sihae Sittah.</w:t>
      </w:r>
    </w:p>
    <w:p>
      <w:r>
        <w:rPr>
          <w:b/>
        </w:rPr>
        <w:t xml:space="preserve">[03:37] </w:t>
      </w:r>
      <w:r>
        <w:t>These Sihae Sittah are six books that are compiled by al-Bukhari,</w:t>
      </w:r>
    </w:p>
    <w:p>
      <w:pPr>
        <w:jc w:val="right"/>
      </w:pPr>
      <w:r>
        <w:t>These Sihae Sittah are six books that are compiled by al-Bukhari,</w:t>
      </w:r>
    </w:p>
    <w:p>
      <w:r>
        <w:rPr>
          <w:b/>
        </w:rPr>
        <w:t xml:space="preserve">[03:45] </w:t>
      </w:r>
      <w:r>
        <w:t>Muslim, at-Tirmidhi, Ibn Majah, an-Nasa'i, and Abu Daud.</w:t>
      </w:r>
    </w:p>
    <w:p>
      <w:pPr>
        <w:jc w:val="right"/>
      </w:pPr>
      <w:r>
        <w:t>Muslim, at-Tirmidhi, Ibn Majah, an-Nasa'i, and Abu Daud.</w:t>
      </w:r>
    </w:p>
    <w:p>
      <w:r>
        <w:rPr>
          <w:b/>
        </w:rPr>
        <w:t xml:space="preserve">[03:55] </w:t>
      </w:r>
      <w:r>
        <w:t>These are six books that are called Sihae Sittah.</w:t>
      </w:r>
    </w:p>
    <w:p>
      <w:pPr>
        <w:jc w:val="right"/>
      </w:pPr>
      <w:r>
        <w:t>These are six books that are called Sihae Sittah.</w:t>
      </w:r>
    </w:p>
    <w:p>
      <w:r>
        <w:rPr>
          <w:b/>
        </w:rPr>
        <w:t xml:space="preserve">[04:05] </w:t>
      </w:r>
      <w:r>
        <w:t>Then there are other books also that are authentic books like Muatta and Musnad Ahmad and other books.</w:t>
      </w:r>
    </w:p>
    <w:p>
      <w:pPr>
        <w:jc w:val="right"/>
      </w:pPr>
      <w:r>
        <w:t>Then there are other books also that are authentic books like Muatta and Musnad Ahmad and other books.</w:t>
      </w:r>
    </w:p>
    <w:p>
      <w:r>
        <w:rPr>
          <w:b/>
        </w:rPr>
        <w:t xml:space="preserve">[04:16] </w:t>
      </w:r>
      <w:r>
        <w:t>Now, in number, if you see all these books, you will find that there are near about ten</w:t>
      </w:r>
    </w:p>
    <w:p>
      <w:pPr>
        <w:jc w:val="right"/>
      </w:pPr>
      <w:r>
        <w:t>Now, in number, if you see all these books, you will find that there are near about ten</w:t>
      </w:r>
    </w:p>
    <w:p>
      <w:r>
        <w:rPr>
          <w:b/>
        </w:rPr>
        <w:t xml:space="preserve">[04:22] </w:t>
      </w:r>
      <w:r>
        <w:t>lakhs of Hadith.</w:t>
      </w:r>
    </w:p>
    <w:p>
      <w:pPr>
        <w:jc w:val="right"/>
      </w:pPr>
      <w:r>
        <w:t>lakhs of Hadith.</w:t>
      </w:r>
    </w:p>
    <w:p>
      <w:r>
        <w:rPr>
          <w:b/>
        </w:rPr>
        <w:t xml:space="preserve">[04:28] </w:t>
      </w:r>
      <w:r>
        <w:t>That is one million.</w:t>
      </w:r>
    </w:p>
    <w:p>
      <w:pPr>
        <w:jc w:val="right"/>
      </w:pPr>
      <w:r>
        <w:t>That is one million.</w:t>
      </w:r>
    </w:p>
    <w:p>
      <w:r>
        <w:rPr>
          <w:b/>
        </w:rPr>
        <w:t xml:space="preserve">[04:34] </w:t>
      </w:r>
      <w:r>
        <w:t>But most of these Hadith are simply fabricated stories.</w:t>
      </w:r>
    </w:p>
    <w:p>
      <w:pPr>
        <w:jc w:val="right"/>
      </w:pPr>
      <w:r>
        <w:t>But most of these Hadith are simply fabricated stories.</w:t>
      </w:r>
    </w:p>
    <w:p>
      <w:r>
        <w:rPr>
          <w:b/>
        </w:rPr>
        <w:t xml:space="preserve">[04:40] </w:t>
      </w:r>
      <w:r>
        <w:t>They are not authentic. Authentic bo</w:t>
      </w:r>
    </w:p>
    <w:p>
      <w:pPr>
        <w:jc w:val="right"/>
      </w:pPr>
      <w:r>
        <w:t>They are not authentic. Authentic bo</w:t>
      </w:r>
    </w:p>
    <w:p>
      <w:r>
        <w:rPr>
          <w:b/>
        </w:rPr>
        <w:t xml:space="preserve">[04:46] </w:t>
      </w:r>
      <w:r>
        <w:t>oks - authentic Hadith are no more than twenty-five thousand.</w:t>
      </w:r>
    </w:p>
    <w:p>
      <w:pPr>
        <w:jc w:val="right"/>
      </w:pPr>
      <w:r>
        <w:t>oks - authentic Hadith are no more than twenty-five thousand.</w:t>
      </w:r>
    </w:p>
    <w:p>
      <w:r>
        <w:rPr>
          <w:b/>
        </w:rPr>
        <w:t xml:space="preserve">[04:52] </w:t>
      </w:r>
      <w:r>
        <w:t>The largest book of Hadith is Musnad Ahmad.</w:t>
      </w:r>
    </w:p>
    <w:p>
      <w:pPr>
        <w:jc w:val="right"/>
      </w:pPr>
      <w:r>
        <w:t>The largest book of Hadith is Musnad Ahmad.</w:t>
      </w:r>
    </w:p>
    <w:p>
      <w:r>
        <w:rPr>
          <w:b/>
        </w:rPr>
        <w:t xml:space="preserve">[04:58] </w:t>
      </w:r>
      <w:r>
        <w:t>Musnad Ahmad ibn Hanbal.</w:t>
      </w:r>
    </w:p>
    <w:p>
      <w:pPr>
        <w:jc w:val="right"/>
      </w:pPr>
      <w:r>
        <w:t>Musnad Ahmad ibn Hanbal.</w:t>
      </w:r>
    </w:p>
    <w:p>
      <w:r>
        <w:rPr>
          <w:b/>
        </w:rPr>
        <w:t xml:space="preserve">[05:04] </w:t>
      </w:r>
      <w:r>
        <w:t>In this book, there are thirty thousand Hadith.</w:t>
      </w:r>
    </w:p>
    <w:p>
      <w:pPr>
        <w:jc w:val="right"/>
      </w:pPr>
      <w:r>
        <w:t>In this book, there are thirty thousand Hadith.</w:t>
      </w:r>
    </w:p>
    <w:p>
      <w:r>
        <w:rPr>
          <w:b/>
        </w:rPr>
        <w:t xml:space="preserve">[05:10] </w:t>
      </w:r>
      <w:r>
        <w:t>But there are many repetitions also. Then</w:t>
      </w:r>
    </w:p>
    <w:p>
      <w:pPr>
        <w:jc w:val="right"/>
      </w:pPr>
      <w:r>
        <w:t>But there are many repetitions also. Then</w:t>
      </w:r>
    </w:p>
    <w:p>
      <w:r>
        <w:rPr>
          <w:b/>
        </w:rPr>
        <w:t xml:space="preserve">[05:16] </w:t>
      </w:r>
      <w:r>
        <w:t>the second is al-Bukhari. In al-Bukhari, there are near about ten thousand hadith. So, these books contain authentic hadith, but other books have authentic and also unauthentic - both kinds of hadith</w:t>
      </w:r>
    </w:p>
    <w:p>
      <w:pPr>
        <w:jc w:val="right"/>
      </w:pPr>
      <w:r>
        <w:t>the second is al-Bukhari. In al-Bukhari, there are near about ten thousand Hadith. So, these books contain authentic Hadith, but other books have authentic and also unauthentic - both kinds of Hadith</w:t>
      </w:r>
    </w:p>
    <w:p>
      <w:r>
        <w:rPr>
          <w:b/>
        </w:rPr>
        <w:t xml:space="preserve">[05:46] </w:t>
      </w:r>
      <w:r>
        <w:t>—</w:t>
      </w:r>
    </w:p>
    <w:p>
      <w:pPr>
        <w:jc w:val="right"/>
      </w:pPr>
      <w:r>
        <w:t>.</w:t>
      </w:r>
    </w:p>
    <w:p>
      <w:r>
        <w:rPr>
          <w:b/>
        </w:rPr>
        <w:t xml:space="preserve">[05:56] </w:t>
      </w:r>
      <w:r>
        <w:t>But the fact is that our muhaddithin have developed a complete discipline to recognize the authenticity of Hadith.</w:t>
      </w:r>
    </w:p>
    <w:p>
      <w:pPr>
        <w:jc w:val="right"/>
      </w:pPr>
      <w:r>
        <w:t>But the fact is that our muhaddithin have developed a complete discipline to recognize the authenticity of Hadith.</w:t>
      </w:r>
    </w:p>
    <w:p>
      <w:r>
        <w:rPr>
          <w:b/>
        </w:rPr>
        <w:t xml:space="preserve">[06:06] </w:t>
      </w:r>
      <w:r>
        <w:t>They have developed near about one hundred disciplines - one hundred disciplines -</w:t>
      </w:r>
    </w:p>
    <w:p>
      <w:pPr>
        <w:jc w:val="right"/>
      </w:pPr>
      <w:r>
        <w:t>They have developed near about one hundred disciplines - one hundred disciplines -</w:t>
      </w:r>
    </w:p>
    <w:p>
      <w:r>
        <w:rPr>
          <w:b/>
        </w:rPr>
        <w:t xml:space="preserve">[06:16] </w:t>
      </w:r>
      <w:r>
        <w:t>on this subject.</w:t>
      </w:r>
    </w:p>
    <w:p>
      <w:pPr>
        <w:jc w:val="right"/>
      </w:pPr>
      <w:r>
        <w:t>on this subject.</w:t>
      </w:r>
    </w:p>
    <w:p>
      <w:r>
        <w:rPr>
          <w:b/>
        </w:rPr>
        <w:t xml:space="preserve">[06:24] </w:t>
      </w:r>
      <w:r>
        <w:t>Hadith is the basic subject, but there are one hundred disciplines - subsidiary disciplines.</w:t>
      </w:r>
    </w:p>
    <w:p>
      <w:pPr>
        <w:jc w:val="right"/>
      </w:pPr>
      <w:r>
        <w:t>Hadith is the basic subject, but there are one hundred disciplines - subsidiary disciplines.</w:t>
      </w:r>
    </w:p>
    <w:p>
      <w:r>
        <w:rPr>
          <w:b/>
        </w:rPr>
        <w:t xml:space="preserve">[06:32] </w:t>
      </w:r>
      <w:r>
        <w:t>By applying these disciplines, you can know about every Hadith its authenticity and everything about that Hadith.</w:t>
      </w:r>
    </w:p>
    <w:p>
      <w:pPr>
        <w:jc w:val="right"/>
      </w:pPr>
      <w:r>
        <w:t>By applying these disciplines, you can know about every Hadith its authenticity and everything about that Hadith.</w:t>
      </w:r>
    </w:p>
    <w:p>
      <w:r>
        <w:rPr>
          <w:b/>
        </w:rPr>
        <w:t xml:space="preserve">[06:39] </w:t>
      </w:r>
      <w:r>
        <w:t>You know, there is</w:t>
      </w:r>
    </w:p>
    <w:p>
      <w:pPr>
        <w:jc w:val="right"/>
      </w:pPr>
      <w:r>
        <w:t>You know, there is</w:t>
      </w:r>
    </w:p>
    <w:p>
      <w:r>
        <w:rPr>
          <w:b/>
        </w:rPr>
        <w:t xml:space="preserve">[06:47] </w:t>
      </w:r>
      <w:r>
        <w:t>Asmaur Rajal.</w:t>
      </w:r>
    </w:p>
    <w:p>
      <w:pPr>
        <w:jc w:val="right"/>
      </w:pPr>
      <w:r>
        <w:t>Asmaur Rajal.</w:t>
      </w:r>
    </w:p>
    <w:p>
      <w:r>
        <w:rPr>
          <w:b/>
        </w:rPr>
        <w:t xml:space="preserve">[06:52] </w:t>
      </w:r>
      <w:r>
        <w:t>One discipline is called Asmaur Rajal.</w:t>
      </w:r>
    </w:p>
    <w:p>
      <w:pPr>
        <w:jc w:val="right"/>
      </w:pPr>
      <w:r>
        <w:t>One discipline is called Asmaur Rajal.</w:t>
      </w:r>
    </w:p>
    <w:p>
      <w:r>
        <w:rPr>
          <w:b/>
        </w:rPr>
        <w:t xml:space="preserve">[06:57] </w:t>
      </w:r>
      <w:r>
        <w:t>It means names of the narrators.</w:t>
      </w:r>
    </w:p>
    <w:p>
      <w:pPr>
        <w:jc w:val="right"/>
      </w:pPr>
      <w:r>
        <w:t>It means names of the narrators.</w:t>
      </w:r>
    </w:p>
    <w:p>
      <w:r>
        <w:rPr>
          <w:b/>
        </w:rPr>
        <w:t xml:space="preserve">[07:02] </w:t>
      </w:r>
      <w:r>
        <w:t>Those people who were narrators of these Hadith during the Sahaba, during the Companions, and during the Companions,</w:t>
      </w:r>
    </w:p>
    <w:p>
      <w:pPr>
        <w:jc w:val="right"/>
      </w:pPr>
      <w:r>
        <w:t>Those people who were narrators of these Hadith during the Sahaba, during the Companions, and during the Companions,</w:t>
      </w:r>
    </w:p>
    <w:p>
      <w:r>
        <w:rPr>
          <w:b/>
        </w:rPr>
        <w:t xml:space="preserve">[07:07] </w:t>
      </w:r>
      <w:r>
        <w:t>and then after the Companion of the Companions.</w:t>
      </w:r>
    </w:p>
    <w:p>
      <w:pPr>
        <w:jc w:val="right"/>
      </w:pPr>
      <w:r>
        <w:t>and then after the Companion of the Companions.</w:t>
      </w:r>
    </w:p>
    <w:p>
      <w:r>
        <w:rPr>
          <w:b/>
        </w:rPr>
        <w:t xml:space="preserve">[07:12] </w:t>
      </w:r>
      <w:r>
        <w:t>So, these are called Rajal.</w:t>
      </w:r>
    </w:p>
    <w:p>
      <w:pPr>
        <w:jc w:val="right"/>
      </w:pPr>
      <w:r>
        <w:t>So, these are called Rajal.</w:t>
      </w:r>
    </w:p>
    <w:p>
      <w:r>
        <w:rPr>
          <w:b/>
        </w:rPr>
        <w:t xml:space="preserve">[07:17] </w:t>
      </w:r>
      <w:r>
        <w:t>So, there are seven lakhs of people who are registered in these books.</w:t>
      </w:r>
    </w:p>
    <w:p>
      <w:pPr>
        <w:jc w:val="right"/>
      </w:pPr>
      <w:r>
        <w:t>So, there are seven lakhs of people who are registered in these books.</w:t>
      </w:r>
    </w:p>
    <w:p>
      <w:r>
        <w:rPr>
          <w:b/>
        </w:rPr>
        <w:t xml:space="preserve">[07:25] </w:t>
      </w:r>
      <w:r>
        <w:t>Ilm Asmaur Rajal.</w:t>
      </w:r>
    </w:p>
    <w:p>
      <w:pPr>
        <w:jc w:val="right"/>
      </w:pPr>
      <w:r>
        <w:t>Ilm Asmaur Rajal.</w:t>
      </w:r>
    </w:p>
    <w:p>
      <w:r>
        <w:rPr>
          <w:b/>
        </w:rPr>
        <w:t xml:space="preserve">[07:33] </w:t>
      </w:r>
      <w:r>
        <w:t>It is a great discipline.</w:t>
      </w:r>
    </w:p>
    <w:p>
      <w:pPr>
        <w:jc w:val="right"/>
      </w:pPr>
      <w:r>
        <w:t>It is a great discipline.</w:t>
      </w:r>
    </w:p>
    <w:p>
      <w:r>
        <w:rPr>
          <w:b/>
        </w:rPr>
        <w:t xml:space="preserve">[07:41] </w:t>
      </w:r>
      <w:r>
        <w:t>Under this discipline, there are so many books, and they have</w:t>
      </w:r>
    </w:p>
    <w:p>
      <w:pPr>
        <w:jc w:val="right"/>
      </w:pPr>
      <w:r>
        <w:t>Under this discipline, there are so many books, and they have</w:t>
      </w:r>
    </w:p>
    <w:p>
      <w:r>
        <w:rPr>
          <w:b/>
        </w:rPr>
        <w:t xml:space="preserve">[07:49] </w:t>
      </w:r>
      <w:r>
        <w:t>compiled near about seven lakhs of people who were narrators of these books - these Hadith.</w:t>
      </w:r>
    </w:p>
    <w:p>
      <w:pPr>
        <w:jc w:val="right"/>
      </w:pPr>
      <w:r>
        <w:t>compiled near about seven lakhs of people who were narrators of these books - these Hadith.</w:t>
      </w:r>
    </w:p>
    <w:p>
      <w:r>
        <w:rPr>
          <w:b/>
        </w:rPr>
        <w:t xml:space="preserve">[07:57] </w:t>
      </w:r>
      <w:r>
        <w:t>So, they have obtained the record of their life, everything about their life.</w:t>
      </w:r>
    </w:p>
    <w:p>
      <w:pPr>
        <w:jc w:val="right"/>
      </w:pPr>
      <w:r>
        <w:t>So, they have obtained the record of their life, everything about their life.</w:t>
      </w:r>
    </w:p>
    <w:p>
      <w:r>
        <w:rPr>
          <w:b/>
        </w:rPr>
        <w:t xml:space="preserve">[08:04] </w:t>
      </w:r>
      <w:r>
        <w:t>So, there are many, many books that tell us about the life of these narrators.</w:t>
      </w:r>
    </w:p>
    <w:p>
      <w:pPr>
        <w:jc w:val="right"/>
      </w:pPr>
      <w:r>
        <w:t>So, there are many, many books that tell us about the life of these narrators.</w:t>
      </w:r>
    </w:p>
    <w:p>
      <w:r>
        <w:rPr>
          <w:b/>
        </w:rPr>
        <w:t xml:space="preserve">[08:12] </w:t>
      </w:r>
      <w:r>
        <w:t>So, we can</w:t>
      </w:r>
    </w:p>
    <w:p>
      <w:pPr>
        <w:jc w:val="right"/>
      </w:pPr>
      <w:r>
        <w:t>So, we can</w:t>
      </w:r>
    </w:p>
    <w:p>
      <w:r>
        <w:rPr>
          <w:b/>
        </w:rPr>
        <w:t xml:space="preserve">[08:19] </w:t>
      </w:r>
      <w:r>
        <w:t>apply these principles upon every single Hadith, and we can understand the authenticity of these Hadith.</w:t>
      </w:r>
    </w:p>
    <w:p>
      <w:pPr>
        <w:jc w:val="right"/>
      </w:pPr>
      <w:r>
        <w:t>apply these principles upon every single Hadith, and we can understand the authenticity of these Hadith.</w:t>
      </w:r>
    </w:p>
    <w:p>
      <w:r>
        <w:rPr>
          <w:b/>
        </w:rPr>
        <w:t xml:space="preserve">[08:27] </w:t>
      </w:r>
      <w:r>
        <w:t>So, it is not a mysterious thing.</w:t>
      </w:r>
    </w:p>
    <w:p>
      <w:pPr>
        <w:jc w:val="right"/>
      </w:pPr>
      <w:r>
        <w:t>So, it is not a mysterious thing.</w:t>
      </w:r>
    </w:p>
    <w:p>
      <w:r>
        <w:rPr>
          <w:b/>
        </w:rPr>
        <w:t xml:space="preserve">[08:35] </w:t>
      </w:r>
      <w:r>
        <w:t>No, it is completely a scientific discipline.</w:t>
      </w:r>
    </w:p>
    <w:p>
      <w:pPr>
        <w:jc w:val="right"/>
      </w:pPr>
      <w:r>
        <w:t>No, it is completely a scientific discipline.</w:t>
      </w:r>
    </w:p>
    <w:p>
      <w:r>
        <w:rPr>
          <w:b/>
        </w:rPr>
        <w:t xml:space="preserve">[08:43] </w:t>
      </w:r>
      <w:r>
        <w:t>Although there is a difference between Quran and Hadith, the Quran was</w:t>
      </w:r>
    </w:p>
    <w:p>
      <w:pPr>
        <w:jc w:val="right"/>
      </w:pPr>
      <w:r>
        <w:t>Although there is a difference between Quran and Hadith, the Quran was</w:t>
      </w:r>
    </w:p>
    <w:p>
      <w:r>
        <w:rPr>
          <w:b/>
        </w:rPr>
        <w:t xml:space="preserve">[08:51] </w:t>
      </w:r>
      <w:r>
        <w:t>compiled in the form of a book.</w:t>
      </w:r>
    </w:p>
    <w:p>
      <w:pPr>
        <w:jc w:val="right"/>
      </w:pPr>
      <w:r>
        <w:t>compiled in the form of a book.</w:t>
      </w:r>
    </w:p>
    <w:p>
      <w:r>
        <w:rPr>
          <w:b/>
        </w:rPr>
        <w:t xml:space="preserve">[08:55] </w:t>
      </w:r>
      <w:r>
        <w:t>There is no interpolation.</w:t>
      </w:r>
    </w:p>
    <w:p>
      <w:pPr>
        <w:jc w:val="right"/>
      </w:pPr>
      <w:r>
        <w:t>There is no interpolation.</w:t>
      </w:r>
    </w:p>
    <w:p>
      <w:r>
        <w:rPr>
          <w:b/>
        </w:rPr>
        <w:t xml:space="preserve">[08:59] </w:t>
      </w:r>
      <w:r>
        <w:t>Nothing was mixed with the Quran.</w:t>
      </w:r>
    </w:p>
    <w:p>
      <w:pPr>
        <w:jc w:val="right"/>
      </w:pPr>
      <w:r>
        <w:t>Nothing was mixed with the Quran.</w:t>
      </w:r>
    </w:p>
    <w:p>
      <w:r>
        <w:rPr>
          <w:b/>
        </w:rPr>
        <w:t xml:space="preserve">[09:03] </w:t>
      </w:r>
      <w:r>
        <w:t>Quran is from A to Z.</w:t>
      </w:r>
    </w:p>
    <w:p>
      <w:pPr>
        <w:jc w:val="right"/>
      </w:pPr>
      <w:r>
        <w:t>Quran is from A to Z.</w:t>
      </w:r>
    </w:p>
    <w:p>
      <w:r>
        <w:rPr>
          <w:b/>
        </w:rPr>
        <w:t xml:space="preserve">[09:08] </w:t>
      </w:r>
      <w:r>
        <w:t>From A to Z, Quran is an authentic book.</w:t>
      </w:r>
    </w:p>
    <w:p>
      <w:pPr>
        <w:jc w:val="right"/>
      </w:pPr>
      <w:r>
        <w:t>From A to Z, Quran is an authentic book.</w:t>
      </w:r>
    </w:p>
    <w:p>
      <w:r>
        <w:rPr>
          <w:b/>
        </w:rPr>
        <w:t xml:space="preserve">[09:12] </w:t>
      </w:r>
      <w:r>
        <w:t>But in Hadith literature, there are Hadith that are authentic, and again there are Hadith that are not authentic.</w:t>
      </w:r>
    </w:p>
    <w:p>
      <w:pPr>
        <w:jc w:val="right"/>
      </w:pPr>
      <w:r>
        <w:t>But in Hadith literature, there are Hadith that are authentic, and again there are Hadith that are not authentic.</w:t>
      </w:r>
    </w:p>
    <w:p>
      <w:r>
        <w:rPr>
          <w:b/>
        </w:rPr>
        <w:t xml:space="preserve">[09:16] </w:t>
      </w:r>
      <w:r>
        <w:t>But we have</w:t>
      </w:r>
    </w:p>
    <w:p>
      <w:pPr>
        <w:jc w:val="right"/>
      </w:pPr>
      <w:r>
        <w:t>But we have</w:t>
      </w:r>
    </w:p>
    <w:p>
      <w:r>
        <w:rPr>
          <w:b/>
        </w:rPr>
        <w:t xml:space="preserve">[09:21] </w:t>
      </w:r>
      <w:r>
        <w:t>a complete discipline.</w:t>
      </w:r>
    </w:p>
    <w:p>
      <w:pPr>
        <w:jc w:val="right"/>
      </w:pPr>
      <w:r>
        <w:t>a complete discipline.</w:t>
      </w:r>
    </w:p>
    <w:p>
      <w:r>
        <w:rPr>
          <w:b/>
        </w:rPr>
        <w:t xml:space="preserve">[09:27] </w:t>
      </w:r>
      <w:r>
        <w:t>We have a complete criteria.</w:t>
      </w:r>
    </w:p>
    <w:p>
      <w:pPr>
        <w:jc w:val="right"/>
      </w:pPr>
      <w:r>
        <w:t>We have a complete criteria.</w:t>
      </w:r>
    </w:p>
    <w:p>
      <w:r>
        <w:rPr>
          <w:b/>
        </w:rPr>
        <w:t xml:space="preserve">[09:33] </w:t>
      </w:r>
      <w:r>
        <w:t>So, by applying these criteria, by applying these principles, we can judge about every individual Hadith whether it</w:t>
      </w:r>
    </w:p>
    <w:p>
      <w:pPr>
        <w:jc w:val="right"/>
      </w:pPr>
      <w:r>
        <w:t>So, by applying these criteria, by applying these principles, we can judge about every individual Hadith whether it</w:t>
      </w:r>
    </w:p>
    <w:p>
      <w:r>
        <w:rPr>
          <w:b/>
        </w:rPr>
        <w:t xml:space="preserve">[09:39] </w:t>
      </w:r>
      <w:r>
        <w:t>isright or not, whether it is authentic or not.</w:t>
      </w:r>
    </w:p>
    <w:p>
      <w:pPr>
        <w:jc w:val="right"/>
      </w:pPr>
      <w:r>
        <w:t>isright or not, whether it is authentic or not.</w:t>
      </w:r>
    </w:p>
    <w:p>
      <w:r>
        <w:rPr>
          <w:b/>
        </w:rPr>
        <w:t xml:space="preserve">[09:45] </w:t>
      </w:r>
      <w:r>
        <w:t>So, recently, a great muhaddith, a great sch</w:t>
      </w:r>
    </w:p>
    <w:p>
      <w:pPr>
        <w:jc w:val="right"/>
      </w:pPr>
      <w:r>
        <w:t>So, recently, a great muhaddith, a great sch</w:t>
      </w:r>
    </w:p>
    <w:p>
      <w:r>
        <w:rPr>
          <w:b/>
        </w:rPr>
        <w:t xml:space="preserve">[09:51] </w:t>
      </w:r>
      <w:r>
        <w:t>olar of Hadith, his name was Allama Nasruddin al-Albani.</w:t>
      </w:r>
    </w:p>
    <w:p>
      <w:pPr>
        <w:jc w:val="right"/>
      </w:pPr>
      <w:r>
        <w:t>olar of Hadith, his name was Allama Nasruddin al-Albani.</w:t>
      </w:r>
    </w:p>
    <w:p>
      <w:r>
        <w:rPr>
          <w:b/>
        </w:rPr>
        <w:t xml:space="preserve">[09:59] </w:t>
      </w:r>
      <w:r>
        <w:t>Now, Allama Nasruddin al-Albani, he was born in Albania, but then he settled in Saudi Arabia.</w:t>
      </w:r>
    </w:p>
    <w:p>
      <w:pPr>
        <w:jc w:val="right"/>
      </w:pPr>
      <w:r>
        <w:t>Now, Allama Nasruddin al-Albani, he was born in Albania, but then he settled in Saudi Arabia.</w:t>
      </w:r>
    </w:p>
    <w:p>
      <w:r>
        <w:rPr>
          <w:b/>
        </w:rPr>
        <w:t xml:space="preserve">[10:06] </w:t>
      </w:r>
      <w:r>
        <w:t>He was a great, great scholar of Hadith.</w:t>
      </w:r>
    </w:p>
    <w:p>
      <w:pPr>
        <w:jc w:val="right"/>
      </w:pPr>
      <w:r>
        <w:t>He was a great, great scholar of Hadith.</w:t>
      </w:r>
    </w:p>
    <w:p>
      <w:r>
        <w:rPr>
          <w:b/>
        </w:rPr>
        <w:t xml:space="preserve">[10:14] </w:t>
      </w:r>
      <w:r>
        <w:t>So, he compiled a book like an encyclopedia</w:t>
      </w:r>
    </w:p>
    <w:p>
      <w:pPr>
        <w:jc w:val="right"/>
      </w:pPr>
      <w:r>
        <w:t>So, he compiled a book like an encyclopedia</w:t>
      </w:r>
    </w:p>
    <w:p>
      <w:r>
        <w:rPr>
          <w:b/>
        </w:rPr>
        <w:t xml:space="preserve">[10:22] </w:t>
      </w:r>
      <w:r>
        <w:t>in several volumes.</w:t>
      </w:r>
    </w:p>
    <w:p>
      <w:pPr>
        <w:jc w:val="right"/>
      </w:pPr>
      <w:r>
        <w:t>in several volumes.</w:t>
      </w:r>
    </w:p>
    <w:p>
      <w:r>
        <w:rPr>
          <w:b/>
        </w:rPr>
        <w:t xml:space="preserve">[10:30] </w:t>
      </w:r>
      <w:r>
        <w:t>So, he compiled two kinds of books - one al-Ahadith as-Sahiyyah and the second al-Ahadith as-Zaifah.</w:t>
      </w:r>
    </w:p>
    <w:p>
      <w:pPr>
        <w:jc w:val="right"/>
      </w:pPr>
      <w:r>
        <w:t>So, he compiled two kinds of books - one al-Ahadith as-Sahiyyah and the second al-Ahadith as-Zaifah.</w:t>
      </w:r>
    </w:p>
    <w:p>
      <w:r>
        <w:rPr>
          <w:b/>
        </w:rPr>
        <w:t xml:space="preserve">[10:37] </w:t>
      </w:r>
      <w:r>
        <w:t>So, he studied all the literatures, all the available literatures of Hadith, and he sorted out and he</w:t>
      </w:r>
    </w:p>
    <w:p>
      <w:pPr>
        <w:jc w:val="right"/>
      </w:pPr>
      <w:r>
        <w:t>So, he studied all the literatures, all the available literatures of Hadith, and he sorted out and he</w:t>
      </w:r>
    </w:p>
    <w:p>
      <w:r>
        <w:rPr>
          <w:b/>
        </w:rPr>
        <w:t xml:space="preserve">[10:45] </w:t>
      </w:r>
      <w:r>
        <w:t>compiled in two different</w:t>
      </w:r>
    </w:p>
    <w:p>
      <w:pPr>
        <w:jc w:val="right"/>
      </w:pPr>
      <w:r>
        <w:t>compiled in two different</w:t>
      </w:r>
    </w:p>
    <w:p>
      <w:r>
        <w:rPr>
          <w:b/>
        </w:rPr>
        <w:t xml:space="preserve">[10:53] </w:t>
      </w:r>
      <w:r>
        <w:t>kinds of books. In one category of books, he compiled Sahih - Hadith as-Sahih, and its title was al-Ahadith as-Sahih. Then those Hadith that are not authentic, but they were in the books, so he sorted out these Hadith and he compiled these Hadith in some other book.</w:t>
      </w:r>
    </w:p>
    <w:p>
      <w:pPr>
        <w:jc w:val="right"/>
      </w:pPr>
      <w:r>
        <w:t>kinds of books. In one category of books, he compiled Sahiyyah - Hadith as-Sahiyyah, and its title was al-Ahadith as-Sahiyyah. Then those Hadith that are not authentic, but they were in the books, so he sorted out these Hadith and he compiled these Hadith in some other bo</w:t>
      </w:r>
    </w:p>
    <w:p>
      <w:r>
        <w:rPr>
          <w:b/>
        </w:rPr>
        <w:t xml:space="preserve">[11:23] </w:t>
      </w:r>
      <w:r>
        <w:t>oks that is called al-Ahadith as-Zaifah.</w:t>
      </w:r>
    </w:p>
    <w:p>
      <w:pPr>
        <w:jc w:val="right"/>
      </w:pPr>
      <w:r>
        <w:t>oks that is called al-Ahadith as-Zaifah.</w:t>
      </w:r>
    </w:p>
    <w:p>
      <w:r>
        <w:rPr>
          <w:b/>
        </w:rPr>
        <w:t xml:space="preserve">[11:34] </w:t>
      </w:r>
      <w:r>
        <w:t>So, although there are the Hadith literature is very vast and there is a mixed kind of literature,</w:t>
      </w:r>
    </w:p>
    <w:p>
      <w:pPr>
        <w:jc w:val="right"/>
      </w:pPr>
      <w:r>
        <w:t>So, although there are the Hadith literature is very vast and there is a mixed kind of literature,</w:t>
      </w:r>
    </w:p>
    <w:p>
      <w:r>
        <w:rPr>
          <w:b/>
        </w:rPr>
        <w:t xml:space="preserve">[11:45] </w:t>
      </w:r>
      <w:r>
        <w:t>there are authentic Hadith and also unauthentic Hadith. But</w:t>
      </w:r>
    </w:p>
    <w:p>
      <w:pPr>
        <w:jc w:val="right"/>
      </w:pPr>
      <w:r>
        <w:t>there are authentic Hadith and also unauthentic Hadith. But</w:t>
      </w:r>
    </w:p>
    <w:p>
      <w:r>
        <w:rPr>
          <w:b/>
        </w:rPr>
        <w:t xml:space="preserve">[11:56] </w:t>
      </w:r>
      <w:r>
        <w:t>the Islamic scholars have developed a complete discipline, and by applying this discipline, we can understand about every</w:t>
      </w:r>
    </w:p>
    <w:p>
      <w:pPr>
        <w:jc w:val="right"/>
      </w:pPr>
      <w:r>
        <w:t>the Islamic scholars have developed a complete discipline, and by applying this discipline, we can understand about every</w:t>
      </w:r>
    </w:p>
    <w:p>
      <w:r>
        <w:rPr>
          <w:b/>
        </w:rPr>
        <w:t xml:space="preserve">[12:07] </w:t>
      </w:r>
      <w:r>
        <w:t>individual Hadith whether it is authentic or not.</w:t>
      </w:r>
    </w:p>
    <w:p>
      <w:pPr>
        <w:jc w:val="right"/>
      </w:pPr>
      <w:r>
        <w:t>individual Hadith whether it is authentic or not.</w:t>
      </w:r>
    </w:p>
    <w:p>
      <w:r>
        <w:rPr>
          <w:b/>
        </w:rPr>
        <w:t xml:space="preserve">[12:18] </w:t>
      </w:r>
      <w:r>
        <w:t>So, because of this, scholars have agreed upon that</w:t>
      </w:r>
    </w:p>
    <w:p>
      <w:pPr>
        <w:jc w:val="right"/>
      </w:pPr>
      <w:r>
        <w:t>So, because of this, scholars have agreed upon that</w:t>
      </w:r>
    </w:p>
    <w:p>
      <w:r>
        <w:rPr>
          <w:b/>
        </w:rPr>
        <w:t xml:space="preserve">[12:30] </w:t>
      </w:r>
      <w:r>
        <w:t>an authentic Hadith is as important as the Quran, and without studying Hadith, we cannot understand Quran. It is impossible. Then there are some other aspects of Hadith I would like to describe these aspects in brief. For example, if you know the</w:t>
      </w:r>
    </w:p>
    <w:p>
      <w:pPr>
        <w:jc w:val="right"/>
      </w:pPr>
      <w:r>
        <w:t>an authentic Hadith is as important as the Quran, and without studying Hadith, we cannot understand Quran. It is impossible. Then there are some other aspects of Hadith I would like to describe these aspects in brief. For example, if you know the</w:t>
      </w:r>
    </w:p>
    <w:p>
      <w:r>
        <w:rPr>
          <w:b/>
        </w:rPr>
        <w:t xml:space="preserve">[13:00] </w:t>
      </w:r>
      <w:r>
        <w:t>Arabic language and then you read Quran and also you read Hadith, you will find that in terms</w:t>
      </w:r>
    </w:p>
    <w:p>
      <w:pPr>
        <w:jc w:val="right"/>
      </w:pPr>
      <w:r>
        <w:t>Arabic language and then you read Quran and also you read Hadith, you will find that in terms</w:t>
      </w:r>
    </w:p>
    <w:p>
      <w:r>
        <w:rPr>
          <w:b/>
        </w:rPr>
        <w:t xml:space="preserve">[13:10] </w:t>
      </w:r>
      <w:r>
        <w:t>of language, there are great differences between the two.</w:t>
      </w:r>
    </w:p>
    <w:p>
      <w:pPr>
        <w:jc w:val="right"/>
      </w:pPr>
      <w:r>
        <w:t>of language, there are great differences between the two.</w:t>
      </w:r>
    </w:p>
    <w:p>
      <w:r>
        <w:rPr>
          <w:b/>
        </w:rPr>
        <w:t xml:space="preserve">[13:20] </w:t>
      </w:r>
      <w:r>
        <w:t>In terms of language, in terms of style of narration, there is a great difference between the Quran and</w:t>
      </w:r>
    </w:p>
    <w:p>
      <w:pPr>
        <w:jc w:val="right"/>
      </w:pPr>
      <w:r>
        <w:t>In terms of language, in terms of style of narration, there is a great difference between the Quran and</w:t>
      </w:r>
    </w:p>
    <w:p>
      <w:r>
        <w:rPr>
          <w:b/>
        </w:rPr>
        <w:t xml:space="preserve">[13:30] </w:t>
      </w:r>
      <w:r>
        <w:t>the Hadith.</w:t>
      </w:r>
    </w:p>
    <w:p>
      <w:pPr>
        <w:jc w:val="right"/>
      </w:pPr>
      <w:r>
        <w:t>the Hadith.</w:t>
      </w:r>
    </w:p>
    <w:p>
      <w:r>
        <w:rPr>
          <w:b/>
        </w:rPr>
        <w:t xml:space="preserve">[13:35] </w:t>
      </w:r>
      <w:r>
        <w:t>If you read Quran, you will find that the Quranic style or Quranic language is a kind of</w:t>
      </w:r>
    </w:p>
    <w:p>
      <w:pPr>
        <w:jc w:val="right"/>
      </w:pPr>
      <w:r>
        <w:t>If you read Quran, you will find that the Quranic style or Quranic language is a kind of</w:t>
      </w:r>
    </w:p>
    <w:p>
      <w:r>
        <w:rPr>
          <w:b/>
        </w:rPr>
        <w:t xml:space="preserve">[13:40] </w:t>
      </w:r>
      <w:r>
        <w:t>royal language - royal style.</w:t>
      </w:r>
    </w:p>
    <w:p>
      <w:pPr>
        <w:jc w:val="right"/>
      </w:pPr>
      <w:r>
        <w:t>royal language - royal style.</w:t>
      </w:r>
    </w:p>
    <w:p>
      <w:r>
        <w:rPr>
          <w:b/>
        </w:rPr>
        <w:t xml:space="preserve">[13:45] </w:t>
      </w:r>
      <w:r>
        <w:t>It seems to be a royal book, royal book.</w:t>
      </w:r>
    </w:p>
    <w:p>
      <w:pPr>
        <w:jc w:val="right"/>
      </w:pPr>
      <w:r>
        <w:t>It seems to be a royal book, royal book.</w:t>
      </w:r>
    </w:p>
    <w:p>
      <w:r>
        <w:rPr>
          <w:b/>
        </w:rPr>
        <w:t xml:space="preserve">[13:50] </w:t>
      </w:r>
      <w:r>
        <w:t>But when you read Hadith, it seems to be a conversation of men.</w:t>
      </w:r>
    </w:p>
    <w:p>
      <w:pPr>
        <w:jc w:val="right"/>
      </w:pPr>
      <w:r>
        <w:t>But when you read Hadith, it seems to be a conversation of men.</w:t>
      </w:r>
    </w:p>
    <w:p>
      <w:r>
        <w:rPr>
          <w:b/>
        </w:rPr>
        <w:t xml:space="preserve">[13:55] </w:t>
      </w:r>
      <w:r>
        <w:t>So, this difference</w:t>
      </w:r>
    </w:p>
    <w:p>
      <w:pPr>
        <w:jc w:val="right"/>
      </w:pPr>
      <w:r>
        <w:t>So, this difference</w:t>
      </w:r>
    </w:p>
    <w:p>
      <w:r>
        <w:rPr>
          <w:b/>
        </w:rPr>
        <w:t xml:space="preserve">[14:00] </w:t>
      </w:r>
      <w:r>
        <w:t>itself is a proof that Quran is a book of God and Hadith is a word of a man.</w:t>
      </w:r>
    </w:p>
    <w:p>
      <w:pPr>
        <w:jc w:val="right"/>
      </w:pPr>
      <w:r>
        <w:t>itself is a proof that Quran is a book of God and Hadith is a word of a man.</w:t>
      </w:r>
    </w:p>
    <w:p>
      <w:r>
        <w:rPr>
          <w:b/>
        </w:rPr>
        <w:t xml:space="preserve">[14:10] </w:t>
      </w:r>
      <w:r>
        <w:t>Although this man was not a common man, he was a Prophet of God.</w:t>
      </w:r>
    </w:p>
    <w:p>
      <w:pPr>
        <w:jc w:val="right"/>
      </w:pPr>
      <w:r>
        <w:t>Although this man was not a common man, he was a Prophet of God.</w:t>
      </w:r>
    </w:p>
    <w:p>
      <w:r>
        <w:rPr>
          <w:b/>
        </w:rPr>
        <w:t xml:space="preserve">[14:20] </w:t>
      </w:r>
      <w:r>
        <w:t>So, although there is a difference between Quran and Hadith, but Hadith has also some very special qualities</w:t>
      </w:r>
    </w:p>
    <w:p>
      <w:pPr>
        <w:jc w:val="right"/>
      </w:pPr>
      <w:r>
        <w:t>So, although there is a difference between Quran and Hadith, but Hadith has also some very special qualities</w:t>
      </w:r>
    </w:p>
    <w:p>
      <w:r>
        <w:rPr>
          <w:b/>
        </w:rPr>
        <w:t xml:space="preserve">[14:31] </w:t>
      </w:r>
      <w:r>
        <w:t>- very special qualities.</w:t>
      </w:r>
    </w:p>
    <w:p>
      <w:pPr>
        <w:jc w:val="right"/>
      </w:pPr>
      <w:r>
        <w:t>- very special qualities.</w:t>
      </w:r>
    </w:p>
    <w:p>
      <w:r>
        <w:rPr>
          <w:b/>
        </w:rPr>
        <w:t xml:space="preserve">[14:38] </w:t>
      </w:r>
      <w:r>
        <w:t>In Hadith, you will find clarity - clarity and meaningfulness and wisdom and a very compact language.</w:t>
      </w:r>
    </w:p>
    <w:p>
      <w:pPr>
        <w:jc w:val="right"/>
      </w:pPr>
      <w:r>
        <w:t>In Hadith, you will find clarity - clarity and meaningfulness and wisdom and a very compact language.</w:t>
      </w:r>
    </w:p>
    <w:p>
      <w:r>
        <w:rPr>
          <w:b/>
        </w:rPr>
        <w:t xml:space="preserve">[14:46] </w:t>
      </w:r>
      <w:r>
        <w:t>So, although Hadith is a word of men, but this man was a Prophet of God, so it</w:t>
      </w:r>
    </w:p>
    <w:p>
      <w:pPr>
        <w:jc w:val="right"/>
      </w:pPr>
      <w:r>
        <w:t>So, although Hadith is a word of men, but this man was a Prophet of God, so it</w:t>
      </w:r>
    </w:p>
    <w:p>
      <w:r>
        <w:rPr>
          <w:b/>
        </w:rPr>
        <w:t xml:space="preserve">[14:54] </w:t>
      </w:r>
      <w:r>
        <w:t>has some very special</w:t>
      </w:r>
    </w:p>
    <w:p>
      <w:pPr>
        <w:jc w:val="right"/>
      </w:pPr>
      <w:r>
        <w:t>has some very special</w:t>
      </w:r>
    </w:p>
    <w:p>
      <w:r>
        <w:rPr>
          <w:b/>
        </w:rPr>
        <w:t xml:space="preserve">[15:01] </w:t>
      </w:r>
      <w:r>
        <w:t>quality in terms of clarity, in terms of wisdom, in terms of meaningfulness, in terms of clarity.</w:t>
      </w:r>
    </w:p>
    <w:p>
      <w:pPr>
        <w:jc w:val="right"/>
      </w:pPr>
      <w:r>
        <w:t>quality in terms of clarity, in terms of wisdom, in terms of meaningfulness, in terms of clarity.</w:t>
      </w:r>
    </w:p>
    <w:p>
      <w:r>
        <w:rPr>
          <w:b/>
        </w:rPr>
        <w:t xml:space="preserve">[15:09] </w:t>
      </w:r>
      <w:r>
        <w:t>It is a very distinctive book.</w:t>
      </w:r>
    </w:p>
    <w:p>
      <w:pPr>
        <w:jc w:val="right"/>
      </w:pPr>
      <w:r>
        <w:t>It is a very distinctive book.</w:t>
      </w:r>
    </w:p>
    <w:p>
      <w:r>
        <w:rPr>
          <w:b/>
        </w:rPr>
        <w:t xml:space="preserve">[15:17] </w:t>
      </w:r>
      <w:r>
        <w:t>If you read any book of Hadith like Bukhari, Muslim, Muatta, Musnad Ahmad, any book of Hadith, you</w:t>
      </w:r>
    </w:p>
    <w:p>
      <w:pPr>
        <w:jc w:val="right"/>
      </w:pPr>
      <w:r>
        <w:t>If you read any book of Hadith like Bukhari, Muslim, Muatta, Musnad Ahmad, any book of Hadith, you</w:t>
      </w:r>
    </w:p>
    <w:p>
      <w:r>
        <w:rPr>
          <w:b/>
        </w:rPr>
        <w:t xml:space="preserve">[15:25] </w:t>
      </w:r>
      <w:r>
        <w:t>will find that</w:t>
      </w:r>
    </w:p>
    <w:p>
      <w:pPr>
        <w:jc w:val="right"/>
      </w:pPr>
      <w:r>
        <w:t>will find that</w:t>
      </w:r>
    </w:p>
    <w:p>
      <w:r>
        <w:rPr>
          <w:b/>
        </w:rPr>
        <w:t xml:space="preserve">[15:33] </w:t>
      </w:r>
      <w:r>
        <w:t>it is distinctively different from other men's words.</w:t>
      </w:r>
    </w:p>
    <w:p>
      <w:pPr>
        <w:jc w:val="right"/>
      </w:pPr>
      <w:r>
        <w:t>it is distinctively different from other men's words.</w:t>
      </w:r>
    </w:p>
    <w:p>
      <w:r>
        <w:rPr>
          <w:b/>
        </w:rPr>
        <w:t xml:space="preserve">[15:43] </w:t>
      </w:r>
      <w:r>
        <w:t>Although Hadith is different from Quran, but at the same time, Hadith is different from all other men's words.</w:t>
      </w:r>
    </w:p>
    <w:p>
      <w:pPr>
        <w:jc w:val="right"/>
      </w:pPr>
      <w:r>
        <w:t>Although Hadith is different from Quran, but at the same time, Hadith is different from all other men's words.</w:t>
      </w:r>
    </w:p>
    <w:p>
      <w:r>
        <w:rPr>
          <w:b/>
        </w:rPr>
        <w:t xml:space="preserve">[15:53] </w:t>
      </w:r>
      <w:r>
        <w:t>So, in this sense, Hadith is a testimony</w:t>
      </w:r>
    </w:p>
    <w:p>
      <w:pPr>
        <w:jc w:val="right"/>
      </w:pPr>
      <w:r>
        <w:t>So, in this sense, Hadith is a testimony</w:t>
      </w:r>
    </w:p>
    <w:p>
      <w:r>
        <w:rPr>
          <w:b/>
        </w:rPr>
        <w:t xml:space="preserve">[16:03] </w:t>
      </w:r>
      <w:r>
        <w:t>that Quran is a word of God and Hadith is a word of the Prophet.</w:t>
      </w:r>
    </w:p>
    <w:p>
      <w:pPr>
        <w:jc w:val="right"/>
      </w:pPr>
      <w:r>
        <w:t>that Quran is a word of God and Hadith is a word of the Prophet.</w:t>
      </w:r>
    </w:p>
    <w:p>
      <w:r>
        <w:rPr>
          <w:b/>
        </w:rPr>
        <w:t xml:space="preserve">[16:11] </w:t>
      </w:r>
      <w:r>
        <w:t>No one has the power to speak in two different idioms, two different styles, two different languages.</w:t>
      </w:r>
    </w:p>
    <w:p>
      <w:pPr>
        <w:jc w:val="right"/>
      </w:pPr>
      <w:r>
        <w:t>No one has the power to speak in two different idioms, two different styles, two different languages.</w:t>
      </w:r>
    </w:p>
    <w:p>
      <w:r>
        <w:rPr>
          <w:b/>
        </w:rPr>
        <w:t xml:space="preserve">[16:18] </w:t>
      </w:r>
      <w:r>
        <w:t>It is not possible for a man.</w:t>
      </w:r>
    </w:p>
    <w:p>
      <w:pPr>
        <w:jc w:val="right"/>
      </w:pPr>
      <w:r>
        <w:t>It is not possible for a man.</w:t>
      </w:r>
    </w:p>
    <w:p>
      <w:r>
        <w:rPr>
          <w:b/>
        </w:rPr>
        <w:t xml:space="preserve">[16:26] </w:t>
      </w:r>
      <w:r>
        <w:t>So, this difference itself is a proof that Quran is a book of God and Hadith is the</w:t>
      </w:r>
    </w:p>
    <w:p>
      <w:pPr>
        <w:jc w:val="right"/>
      </w:pPr>
      <w:r>
        <w:t>So, this difference itself is a proof that Quran is a book of God and Hadith is the</w:t>
      </w:r>
    </w:p>
    <w:p>
      <w:r>
        <w:rPr>
          <w:b/>
        </w:rPr>
        <w:t xml:space="preserve">[16:33] </w:t>
      </w:r>
      <w:r>
        <w:t>book of the Prophet. This is very important, but this can be understood only by those people who have good knowledge of the Arabic language. Only translation will not suffice. Through translation, you cannot understand this distinction between the two. You know, during the Caliphate - during the Caliph</w:t>
      </w:r>
    </w:p>
    <w:p>
      <w:pPr>
        <w:jc w:val="right"/>
      </w:pPr>
      <w:r>
        <w:t>book of the Prophet. This is very important, but this can be understood only by those people who have good knowledge of the Arabic language. Only translation will not suffice. Through translation, you cannot understand this distinction between the two. You know, during the Caliphate - during the Caliph</w:t>
      </w:r>
    </w:p>
    <w:p>
      <w:r>
        <w:rPr>
          <w:b/>
        </w:rPr>
        <w:t xml:space="preserve">[17:03] </w:t>
      </w:r>
      <w:r>
        <w:t>Ali - Ali ibn Talib was the fourth Caliph of Islam.</w:t>
      </w:r>
    </w:p>
    <w:p>
      <w:pPr>
        <w:jc w:val="right"/>
      </w:pPr>
      <w:r>
        <w:t>Ali - Ali ibn Talib was the fourth Caliph of Islam.</w:t>
      </w:r>
    </w:p>
    <w:p>
      <w:r>
        <w:rPr>
          <w:b/>
        </w:rPr>
        <w:t xml:space="preserve">[17:14] </w:t>
      </w:r>
      <w:r>
        <w:t>So, during his Caliphate, there was a sect - it is called in Islamic history Khawarij or Khawariji.</w:t>
      </w:r>
    </w:p>
    <w:p>
      <w:pPr>
        <w:jc w:val="right"/>
      </w:pPr>
      <w:r>
        <w:t>So, during his Caliphate, there was a sect - it is called in Islamic history Khawarij or Khawariji.</w:t>
      </w:r>
    </w:p>
    <w:p>
      <w:r>
        <w:rPr>
          <w:b/>
        </w:rPr>
        <w:t xml:space="preserve">[17:24] </w:t>
      </w:r>
      <w:r>
        <w:t>So, Khawarij were believing - they adopted this slogan - they adopted this slogan that "Hasbuna Kitabullah</w:t>
      </w:r>
    </w:p>
    <w:p>
      <w:pPr>
        <w:jc w:val="right"/>
      </w:pPr>
      <w:r>
        <w:t>So, Khawarij were believing - they adopted this slogan - they adopted this slogan that "Hasbuna Kitabullah</w:t>
      </w:r>
    </w:p>
    <w:p>
      <w:r>
        <w:rPr>
          <w:b/>
        </w:rPr>
        <w:t xml:space="preserve">[17:35] </w:t>
      </w:r>
      <w:r>
        <w:t>" - "Hasbuna Kitabullah" - the book of God is the Nafas or Quran is the Nafas.</w:t>
      </w:r>
    </w:p>
    <w:p>
      <w:pPr>
        <w:jc w:val="right"/>
      </w:pPr>
      <w:r>
        <w:t>" - "Hasbuna Kitabullah" - the book of God is the Nafas or Quran is the Nafas.</w:t>
      </w:r>
    </w:p>
    <w:p>
      <w:r>
        <w:rPr>
          <w:b/>
        </w:rPr>
        <w:t xml:space="preserve">[17:42] </w:t>
      </w:r>
      <w:r>
        <w:t>We do not need Hadith.</w:t>
      </w:r>
    </w:p>
    <w:p>
      <w:pPr>
        <w:jc w:val="right"/>
      </w:pPr>
      <w:r>
        <w:t>We do not need Hadith.</w:t>
      </w:r>
    </w:p>
    <w:p>
      <w:r>
        <w:rPr>
          <w:b/>
        </w:rPr>
        <w:t xml:space="preserve">[17:50] </w:t>
      </w:r>
      <w:r>
        <w:t>Now, in our present time, also there are some people, some sects who claim the same thing.</w:t>
      </w:r>
    </w:p>
    <w:p>
      <w:pPr>
        <w:jc w:val="right"/>
      </w:pPr>
      <w:r>
        <w:t>Now, in our present time, also there are some people, some sects who claim the same thing.</w:t>
      </w:r>
    </w:p>
    <w:p>
      <w:r>
        <w:rPr>
          <w:b/>
        </w:rPr>
        <w:t xml:space="preserve">[17:57] </w:t>
      </w:r>
      <w:r>
        <w:t>They say that we</w:t>
      </w:r>
    </w:p>
    <w:p>
      <w:pPr>
        <w:jc w:val="right"/>
      </w:pPr>
      <w:r>
        <w:t>They say that we</w:t>
      </w:r>
    </w:p>
    <w:p>
      <w:r>
        <w:rPr>
          <w:b/>
        </w:rPr>
        <w:t xml:space="preserve">[18:05] </w:t>
      </w:r>
      <w:r>
        <w:t>need no Hadith to understand Islam.</w:t>
      </w:r>
    </w:p>
    <w:p>
      <w:pPr>
        <w:jc w:val="right"/>
      </w:pPr>
      <w:r>
        <w:t>need no Hadith to understand Islam.</w:t>
      </w:r>
    </w:p>
    <w:p>
      <w:r>
        <w:rPr>
          <w:b/>
        </w:rPr>
        <w:t xml:space="preserve">[18:11] </w:t>
      </w:r>
      <w:r>
        <w:t>Quran is enough for us, but it is wrong.</w:t>
      </w:r>
    </w:p>
    <w:p>
      <w:pPr>
        <w:jc w:val="right"/>
      </w:pPr>
      <w:r>
        <w:t>Quran is enough for us, but it is wrong.</w:t>
      </w:r>
    </w:p>
    <w:p>
      <w:r>
        <w:rPr>
          <w:b/>
        </w:rPr>
        <w:t xml:space="preserve">[18:17] </w:t>
      </w:r>
      <w:r>
        <w:t>This kind of notion is wrong.</w:t>
      </w:r>
    </w:p>
    <w:p>
      <w:pPr>
        <w:jc w:val="right"/>
      </w:pPr>
      <w:r>
        <w:t>This kind of notion is wrong.</w:t>
      </w:r>
    </w:p>
    <w:p>
      <w:r>
        <w:rPr>
          <w:b/>
        </w:rPr>
        <w:t xml:space="preserve">[18:24] </w:t>
      </w:r>
      <w:r>
        <w:t>Only Quran is not enough for us to understand the Islamic religion.</w:t>
      </w:r>
    </w:p>
    <w:p>
      <w:pPr>
        <w:jc w:val="right"/>
      </w:pPr>
      <w:r>
        <w:t>Only Quran is not enough for us to understand the Islamic religion.</w:t>
      </w:r>
    </w:p>
    <w:p>
      <w:r>
        <w:rPr>
          <w:b/>
        </w:rPr>
        <w:t xml:space="preserve">[18:30] </w:t>
      </w:r>
      <w:r>
        <w:t>If you read Quran, you will find that Quran is a book of ideology</w:t>
      </w:r>
    </w:p>
    <w:p>
      <w:pPr>
        <w:jc w:val="right"/>
      </w:pPr>
      <w:r>
        <w:t>If you read Quran, you will find that Quran is a book of ideology</w:t>
      </w:r>
    </w:p>
    <w:p>
      <w:r>
        <w:rPr>
          <w:b/>
        </w:rPr>
        <w:t xml:space="preserve">[18:36] </w:t>
      </w:r>
      <w:r>
        <w:t>- a book of ideology.</w:t>
      </w:r>
    </w:p>
    <w:p>
      <w:pPr>
        <w:jc w:val="right"/>
      </w:pPr>
      <w:r>
        <w:t>- a book of ideology.</w:t>
      </w:r>
    </w:p>
    <w:p>
      <w:r>
        <w:rPr>
          <w:b/>
        </w:rPr>
        <w:t xml:space="preserve">[18:42] </w:t>
      </w:r>
      <w:r>
        <w:t>As far as the ideology of Islam is concerned, you can find it in the Quran.</w:t>
      </w:r>
    </w:p>
    <w:p>
      <w:pPr>
        <w:jc w:val="right"/>
      </w:pPr>
      <w:r>
        <w:t>As far as the ideology of Islam is concerned, you can find it in the Quran.</w:t>
      </w:r>
    </w:p>
    <w:p>
      <w:r>
        <w:rPr>
          <w:b/>
        </w:rPr>
        <w:t xml:space="preserve">[18:48] </w:t>
      </w:r>
      <w:r>
        <w:t>But ideology is not enough.</w:t>
      </w:r>
    </w:p>
    <w:p>
      <w:pPr>
        <w:jc w:val="right"/>
      </w:pPr>
      <w:r>
        <w:t>But ideology is not enough.</w:t>
      </w:r>
    </w:p>
    <w:p>
      <w:r>
        <w:rPr>
          <w:b/>
        </w:rPr>
        <w:t xml:space="preserve">[18:54] </w:t>
      </w:r>
      <w:r>
        <w:t>You must know some practical aspects also.</w:t>
      </w:r>
    </w:p>
    <w:p>
      <w:pPr>
        <w:jc w:val="right"/>
      </w:pPr>
      <w:r>
        <w:t>You must know some practical aspects also.</w:t>
      </w:r>
    </w:p>
    <w:p>
      <w:r>
        <w:rPr>
          <w:b/>
        </w:rPr>
        <w:t xml:space="preserve">[19:00] </w:t>
      </w:r>
      <w:r>
        <w:t>So, you read the ideology of Islam in the Quran, but how to translate it into practice? How</w:t>
      </w:r>
    </w:p>
    <w:p>
      <w:pPr>
        <w:jc w:val="right"/>
      </w:pPr>
      <w:r>
        <w:t>So, you read the ideology of Islam in the Quran, but how to translate it into practice? How</w:t>
      </w:r>
    </w:p>
    <w:p>
      <w:r>
        <w:rPr>
          <w:b/>
        </w:rPr>
        <w:t xml:space="preserve">[19:06] </w:t>
      </w:r>
      <w:r>
        <w:t>to translate it into practice? There are other questions, and only reading of Quran cannot help you in this regard. So, Hadith tells us how to practice the Islamic ideology. The Prophet of Islam practiced Islam</w:t>
      </w:r>
    </w:p>
    <w:p>
      <w:pPr>
        <w:jc w:val="right"/>
      </w:pPr>
      <w:r>
        <w:t>to translate it into practice? There are other questions, and only reading of Quran cannot help you in this regard. So, Hadith tells us how to practice the Islamic ideology. The Prophet of Islam practiced Islam</w:t>
      </w:r>
    </w:p>
    <w:p>
      <w:r>
        <w:rPr>
          <w:b/>
        </w:rPr>
        <w:t xml:space="preserve">[19:36] </w:t>
      </w:r>
      <w:r>
        <w:t>. Once his wife Aisha was asked about the ethics of the Prophet of Islam, she narrated this verse of the Quran: "Inna ka laa laa khulqin aazim." Your akhlaq is Quranic akhlaq. Your life is Quranic life. So, Quran was an ide</w:t>
      </w:r>
    </w:p>
    <w:p>
      <w:pPr>
        <w:jc w:val="right"/>
      </w:pPr>
      <w:r>
        <w:t>. Once his wife Aisha was asked about the ethics of the Prophet of Islam, she narrated this verse of the Quran: "Inna ka laa laa khulqin aazim." Your akhlaq is Quranic akhlaq. Your life is Quranic life. So, Quran was an ide</w:t>
      </w:r>
    </w:p>
    <w:p>
      <w:r>
        <w:rPr>
          <w:b/>
        </w:rPr>
        <w:t xml:space="preserve">[20:06] </w:t>
      </w:r>
      <w:r>
        <w:t>ology, and the Prophet of Islam was a practical example of the Quran.</w:t>
      </w:r>
    </w:p>
    <w:p>
      <w:pPr>
        <w:jc w:val="right"/>
      </w:pPr>
      <w:r>
        <w:t>ology, and the Prophet of Islam was a practical example of the Quran.</w:t>
      </w:r>
    </w:p>
    <w:p>
      <w:r>
        <w:rPr>
          <w:b/>
        </w:rPr>
        <w:t xml:space="preserve">[20:13] </w:t>
      </w:r>
      <w:r>
        <w:t>The Prophet of Islam was a practical example of the Quranic teachings.</w:t>
      </w:r>
    </w:p>
    <w:p>
      <w:pPr>
        <w:jc w:val="right"/>
      </w:pPr>
      <w:r>
        <w:t>The Prophet of Islam was a practical example of the Quranic teachings.</w:t>
      </w:r>
    </w:p>
    <w:p>
      <w:r>
        <w:rPr>
          <w:b/>
        </w:rPr>
        <w:t xml:space="preserve">[20:19] </w:t>
      </w:r>
      <w:r>
        <w:t>So, simply reading Quran is not enough.</w:t>
      </w:r>
    </w:p>
    <w:p>
      <w:pPr>
        <w:jc w:val="right"/>
      </w:pPr>
      <w:r>
        <w:t>So, simply reading Quran is not enough.</w:t>
      </w:r>
    </w:p>
    <w:p>
      <w:r>
        <w:rPr>
          <w:b/>
        </w:rPr>
        <w:t xml:space="preserve">[20:25] </w:t>
      </w:r>
      <w:r>
        <w:t>If you are sincere, if you want to know how to practice Quranic ideology, you have no option</w:t>
      </w:r>
    </w:p>
    <w:p>
      <w:pPr>
        <w:jc w:val="right"/>
      </w:pPr>
      <w:r>
        <w:t>If you are sincere, if you want to know how to practice Quranic ideology, you have no option</w:t>
      </w:r>
    </w:p>
    <w:p>
      <w:r>
        <w:rPr>
          <w:b/>
        </w:rPr>
        <w:t xml:space="preserve">[20:31] </w:t>
      </w:r>
      <w:r>
        <w:t>other than to opt for the Sunnah, for the Hadith,</w:t>
      </w:r>
    </w:p>
    <w:p>
      <w:pPr>
        <w:jc w:val="right"/>
      </w:pPr>
      <w:r>
        <w:t>other than to opt for the Sunnah, for the Hadith,</w:t>
      </w:r>
    </w:p>
    <w:p>
      <w:r>
        <w:rPr>
          <w:b/>
        </w:rPr>
        <w:t xml:space="preserve">[20:37] </w:t>
      </w:r>
      <w:r>
        <w:t>for prophetic examples.</w:t>
      </w:r>
    </w:p>
    <w:p>
      <w:pPr>
        <w:jc w:val="right"/>
      </w:pPr>
      <w:r>
        <w:t>for prophetic examples.</w:t>
      </w:r>
    </w:p>
    <w:p>
      <w:r>
        <w:rPr>
          <w:b/>
        </w:rPr>
        <w:t xml:space="preserve">[20:43] </w:t>
      </w:r>
      <w:r>
        <w:t>So, it is wrong to say that Quran is enough.</w:t>
      </w:r>
    </w:p>
    <w:p>
      <w:pPr>
        <w:jc w:val="right"/>
      </w:pPr>
      <w:r>
        <w:t>So, it is wrong to say that Quran is enough.</w:t>
      </w:r>
    </w:p>
    <w:p>
      <w:r>
        <w:rPr>
          <w:b/>
        </w:rPr>
        <w:t xml:space="preserve">[20:49] </w:t>
      </w:r>
      <w:r>
        <w:t>We need no Hadith because without the help of Hadith, you cannot understand the practical aspect of Islam.</w:t>
      </w:r>
    </w:p>
    <w:p>
      <w:pPr>
        <w:jc w:val="right"/>
      </w:pPr>
      <w:r>
        <w:t>We need no Hadith because without the help of Hadith, you cannot understand the practical aspect of Islam.</w:t>
      </w:r>
    </w:p>
    <w:p>
      <w:r>
        <w:rPr>
          <w:b/>
        </w:rPr>
        <w:t xml:space="preserve">[20:55] </w:t>
      </w:r>
      <w:r>
        <w:t>Quran gives us the ideological aspect of Islam, the critical aspect of Islam.</w:t>
      </w:r>
    </w:p>
    <w:p>
      <w:pPr>
        <w:jc w:val="right"/>
      </w:pPr>
      <w:r>
        <w:t>Quran gives us the ideological aspect of Islam, the critical aspect of Islam.</w:t>
      </w:r>
    </w:p>
    <w:p>
      <w:r>
        <w:rPr>
          <w:b/>
        </w:rPr>
        <w:t xml:space="preserve">[21:01] </w:t>
      </w:r>
      <w:r>
        <w:t>But as far as the practical aspect</w:t>
      </w:r>
    </w:p>
    <w:p>
      <w:pPr>
        <w:jc w:val="right"/>
      </w:pPr>
      <w:r>
        <w:t>But as far as the practical aspect</w:t>
      </w:r>
    </w:p>
    <w:p>
      <w:r>
        <w:rPr>
          <w:b/>
        </w:rPr>
        <w:t xml:space="preserve">[21:07] </w:t>
      </w:r>
      <w:r>
        <w:t>is concerned, we can understand this aspect only by reading Hadith as prophetic life.</w:t>
      </w:r>
    </w:p>
    <w:p>
      <w:pPr>
        <w:jc w:val="right"/>
      </w:pPr>
      <w:r>
        <w:t>is concerned, we can understand this aspect only by reading Hadith as prophetic life.</w:t>
      </w:r>
    </w:p>
    <w:p>
      <w:r>
        <w:rPr>
          <w:b/>
        </w:rPr>
        <w:t xml:space="preserve">[21:17] </w:t>
      </w:r>
      <w:r>
        <w:t>Then I happened to meet an Islamic scholar.</w:t>
      </w:r>
    </w:p>
    <w:p>
      <w:pPr>
        <w:jc w:val="right"/>
      </w:pPr>
      <w:r>
        <w:t>Then I happened to meet an Islamic scholar.</w:t>
      </w:r>
    </w:p>
    <w:p>
      <w:r>
        <w:rPr>
          <w:b/>
        </w:rPr>
        <w:t xml:space="preserve">[21:28] </w:t>
      </w:r>
      <w:r>
        <w:t>He said, "All the translations of Islam are wrong.</w:t>
      </w:r>
    </w:p>
    <w:p>
      <w:pPr>
        <w:jc w:val="right"/>
      </w:pPr>
      <w:r>
        <w:t>He said, "All the translations of Islam are wrong.</w:t>
      </w:r>
    </w:p>
    <w:p>
      <w:r>
        <w:rPr>
          <w:b/>
        </w:rPr>
        <w:t xml:space="preserve">[21:38] </w:t>
      </w:r>
      <w:r>
        <w:t>All the translations of Islam, all the translations of Quran are wrong." I asked, "Why?" He said, "Let</w:t>
      </w:r>
    </w:p>
    <w:p>
      <w:pPr>
        <w:jc w:val="right"/>
      </w:pPr>
      <w:r>
        <w:t>All the translations of Islam, all the translations of Quran are wrong." I asked, "Why?" He said, "Let</w:t>
      </w:r>
    </w:p>
    <w:p>
      <w:r>
        <w:rPr>
          <w:b/>
        </w:rPr>
        <w:t xml:space="preserve">[21:48] </w:t>
      </w:r>
      <w:r>
        <w:t>us take the first verse, the very first verse that is 'Zaalikal Kitabullah Raifi.'" This is the first</w:t>
      </w:r>
    </w:p>
    <w:p>
      <w:pPr>
        <w:jc w:val="right"/>
      </w:pPr>
      <w:r>
        <w:t>us take the first verse, the very first verse that is 'Zaalikal Kitabullah Raifi.'" This is the first</w:t>
      </w:r>
    </w:p>
    <w:p>
      <w:r>
        <w:rPr>
          <w:b/>
        </w:rPr>
        <w:t xml:space="preserve">[21:58] </w:t>
      </w:r>
      <w:r>
        <w:t>verse of the chapter al-Baqarah, the second chapter of the Quran. "Zaalikal Kitab</w:t>
      </w:r>
    </w:p>
    <w:p>
      <w:pPr>
        <w:jc w:val="right"/>
      </w:pPr>
      <w:r>
        <w:t>verse of the chapter al-Baqarah, the second chapter of the Quran. "Zaalikal Kitab</w:t>
      </w:r>
    </w:p>
    <w:p>
      <w:r>
        <w:rPr>
          <w:b/>
        </w:rPr>
        <w:t xml:space="preserve">[22:08] </w:t>
      </w:r>
      <w:r>
        <w:t>ullah Raifi." Generally, translators render this verse in these words that this is the book, there is no</w:t>
      </w:r>
    </w:p>
    <w:p>
      <w:pPr>
        <w:jc w:val="right"/>
      </w:pPr>
      <w:r>
        <w:t>ullah Raifi." Generally, translators render this verse in these words that this is the book, there is no</w:t>
      </w:r>
    </w:p>
    <w:p>
      <w:r>
        <w:rPr>
          <w:b/>
        </w:rPr>
        <w:t xml:space="preserve">[22:16] </w:t>
      </w:r>
      <w:r>
        <w:t>doubt about it.</w:t>
      </w:r>
    </w:p>
    <w:p>
      <w:pPr>
        <w:jc w:val="right"/>
      </w:pPr>
      <w:r>
        <w:t>doubt about it.</w:t>
      </w:r>
    </w:p>
    <w:p>
      <w:r>
        <w:rPr>
          <w:b/>
        </w:rPr>
        <w:t xml:space="preserve">[22:24] </w:t>
      </w:r>
      <w:r>
        <w:t>"Zaalikal Kitabullah Raifi." This is the book, there is no doubt about it.</w:t>
      </w:r>
    </w:p>
    <w:p>
      <w:pPr>
        <w:jc w:val="right"/>
      </w:pPr>
      <w:r>
        <w:t>"Zaalikal Kitabullah Raifi." This is the book, there is no doubt about it.</w:t>
      </w:r>
    </w:p>
    <w:p>
      <w:r>
        <w:rPr>
          <w:b/>
        </w:rPr>
        <w:t xml:space="preserve">[22:32] </w:t>
      </w:r>
      <w:r>
        <w:t>So, that gentleman said that no,</w:t>
      </w:r>
    </w:p>
    <w:p>
      <w:pPr>
        <w:jc w:val="right"/>
      </w:pPr>
      <w:r>
        <w:t>So, that gentleman said that no,</w:t>
      </w:r>
    </w:p>
    <w:p>
      <w:r>
        <w:rPr>
          <w:b/>
        </w:rPr>
        <w:t xml:space="preserve">[22:40] </w:t>
      </w:r>
      <w:r>
        <w:t>this book is a wrong translation. The correct translation is this is an encyclopedia. "Zaalikal Kitab" means it is an encyclopedia. I said that, "My brother, you are wrong. You know what is an encyclopedia? En</w:t>
      </w:r>
    </w:p>
    <w:p>
      <w:pPr>
        <w:jc w:val="right"/>
      </w:pPr>
      <w:r>
        <w:t>this book is a wrong translation. The correct translation is this is an encyclopedia. "Zaalikal Kitab" means it is an encyclopedia. I said that, "My brother, you are wrong. You know what is an encyclopedia? En</w:t>
      </w:r>
    </w:p>
    <w:p>
      <w:r>
        <w:rPr>
          <w:b/>
        </w:rPr>
        <w:t xml:space="preserve">[23:10] </w:t>
      </w:r>
      <w:r>
        <w:t>cyclopedia is a book of knowledge, just like a dictionary.</w:t>
      </w:r>
    </w:p>
    <w:p>
      <w:pPr>
        <w:jc w:val="right"/>
      </w:pPr>
      <w:r>
        <w:t>cyclopedia is a book of knowledge, just like a dictionary.</w:t>
      </w:r>
    </w:p>
    <w:p>
      <w:r>
        <w:rPr>
          <w:b/>
        </w:rPr>
        <w:t xml:space="preserve">[23:18] </w:t>
      </w:r>
      <w:r>
        <w:t>Dictionary is a book of all words.</w:t>
      </w:r>
    </w:p>
    <w:p>
      <w:pPr>
        <w:jc w:val="right"/>
      </w:pPr>
      <w:r>
        <w:t>Dictionary is a book of all words.</w:t>
      </w:r>
    </w:p>
    <w:p>
      <w:r>
        <w:rPr>
          <w:b/>
        </w:rPr>
        <w:t xml:space="preserve">[23:26] </w:t>
      </w:r>
      <w:r>
        <w:t>So, an encyclopedia is a dictionary of all kinds of knowledge.</w:t>
      </w:r>
    </w:p>
    <w:p>
      <w:pPr>
        <w:jc w:val="right"/>
      </w:pPr>
      <w:r>
        <w:t>So, an encyclopedia is a dictionary of all kinds of knowledge.</w:t>
      </w:r>
    </w:p>
    <w:p>
      <w:r>
        <w:rPr>
          <w:b/>
        </w:rPr>
        <w:t xml:space="preserve">[23:34] </w:t>
      </w:r>
      <w:r>
        <w:t>But in Quran, you cannot find all the required knowledge about Islam."</w:t>
      </w:r>
    </w:p>
    <w:p>
      <w:pPr>
        <w:jc w:val="right"/>
      </w:pPr>
      <w:r>
        <w:t>But in Quran, you cannot find all the required knowledge about Islam."</w:t>
      </w:r>
    </w:p>
    <w:p>
      <w:r>
        <w:rPr>
          <w:b/>
        </w:rPr>
        <w:t xml:space="preserve">[23:42] </w:t>
      </w:r>
      <w:r>
        <w:t>I said that, for example, Quran was revealed to Prophet Muhammad.</w:t>
      </w:r>
    </w:p>
    <w:p>
      <w:pPr>
        <w:jc w:val="right"/>
      </w:pPr>
      <w:r>
        <w:t>I said that, for example, Quran was revealed to Prophet Muhammad.</w:t>
      </w:r>
    </w:p>
    <w:p>
      <w:r>
        <w:rPr>
          <w:b/>
        </w:rPr>
        <w:t xml:space="preserve">[23:48] </w:t>
      </w:r>
      <w:r>
        <w:t>Quran was revealed to the Prophet Muhammad.</w:t>
      </w:r>
    </w:p>
    <w:p>
      <w:pPr>
        <w:jc w:val="right"/>
      </w:pPr>
      <w:r>
        <w:t>Quran was revealed to the Prophet Muhammad.</w:t>
      </w:r>
    </w:p>
    <w:p>
      <w:r>
        <w:rPr>
          <w:b/>
        </w:rPr>
        <w:t xml:space="preserve">[23:55] </w:t>
      </w:r>
      <w:r>
        <w:t>Now, there is a question - there are so many questions - who was this Prophet?</w:t>
      </w:r>
    </w:p>
    <w:p>
      <w:pPr>
        <w:jc w:val="right"/>
      </w:pPr>
      <w:r>
        <w:t>Now, there is a question - there are so many questions - who was this Prophet?</w:t>
      </w:r>
    </w:p>
    <w:p>
      <w:r>
        <w:rPr>
          <w:b/>
        </w:rPr>
        <w:t xml:space="preserve">[24:01] </w:t>
      </w:r>
      <w:r>
        <w:t>Where was he born?</w:t>
      </w:r>
    </w:p>
    <w:p>
      <w:pPr>
        <w:jc w:val="right"/>
      </w:pPr>
      <w:r>
        <w:t>Where was he born?</w:t>
      </w:r>
    </w:p>
    <w:p>
      <w:r>
        <w:rPr>
          <w:b/>
        </w:rPr>
        <w:t xml:space="preserve">[24:07] </w:t>
      </w:r>
      <w:r>
        <w:t>What was his father's name?</w:t>
      </w:r>
    </w:p>
    <w:p>
      <w:pPr>
        <w:jc w:val="right"/>
      </w:pPr>
      <w:r>
        <w:t>What was his father's name?</w:t>
      </w:r>
    </w:p>
    <w:p>
      <w:r>
        <w:rPr>
          <w:b/>
        </w:rPr>
        <w:t xml:space="preserve">[24:13] </w:t>
      </w:r>
      <w:r>
        <w:t>In which year was he appointed as a Prophet?</w:t>
      </w:r>
    </w:p>
    <w:p>
      <w:pPr>
        <w:jc w:val="right"/>
      </w:pPr>
      <w:r>
        <w:t>In which year was he appointed as a Prophet?</w:t>
      </w:r>
    </w:p>
    <w:p>
      <w:r>
        <w:rPr>
          <w:b/>
        </w:rPr>
        <w:t xml:space="preserve">[24:19] </w:t>
      </w:r>
      <w:r>
        <w:t>All these questions are not mentioned in the Quran.</w:t>
      </w:r>
    </w:p>
    <w:p>
      <w:pPr>
        <w:jc w:val="right"/>
      </w:pPr>
      <w:r>
        <w:t>All these questions are not mentioned in the Quran.</w:t>
      </w:r>
    </w:p>
    <w:p>
      <w:r>
        <w:rPr>
          <w:b/>
        </w:rPr>
        <w:t xml:space="preserve">[24:24] </w:t>
      </w:r>
      <w:r>
        <w:t>Only by reading his history, only by reading of Hadith, only by reading of Shayat-ur-Rasul, we can know</w:t>
      </w:r>
    </w:p>
    <w:p>
      <w:pPr>
        <w:jc w:val="right"/>
      </w:pPr>
      <w:r>
        <w:t>Only by reading his history, only by reading of Hadith, only by reading of Shayat-ur-Rasul, we can know</w:t>
      </w:r>
    </w:p>
    <w:p>
      <w:r>
        <w:rPr>
          <w:b/>
        </w:rPr>
        <w:t xml:space="preserve">[24:29] </w:t>
      </w:r>
      <w:r>
        <w:t>all these things.</w:t>
      </w:r>
    </w:p>
    <w:p>
      <w:pPr>
        <w:jc w:val="right"/>
      </w:pPr>
      <w:r>
        <w:t>all these things.</w:t>
      </w:r>
    </w:p>
    <w:p>
      <w:r>
        <w:rPr>
          <w:b/>
        </w:rPr>
        <w:t xml:space="preserve">[24:34] </w:t>
      </w:r>
      <w:r>
        <w:t>That Muhammad's father was Abdullah.</w:t>
      </w:r>
    </w:p>
    <w:p>
      <w:pPr>
        <w:jc w:val="right"/>
      </w:pPr>
      <w:r>
        <w:t>That Muhammad's father was Abdullah.</w:t>
      </w:r>
    </w:p>
    <w:p>
      <w:r>
        <w:rPr>
          <w:b/>
        </w:rPr>
        <w:t xml:space="preserve">[24:40] </w:t>
      </w:r>
      <w:r>
        <w:t>Muhammad was born in 570</w:t>
      </w:r>
    </w:p>
    <w:p>
      <w:pPr>
        <w:jc w:val="right"/>
      </w:pPr>
      <w:r>
        <w:t>Muhammad was born in 570</w:t>
      </w:r>
    </w:p>
    <w:p>
      <w:r>
        <w:rPr>
          <w:b/>
        </w:rPr>
        <w:t xml:space="preserve">[24:45] </w:t>
      </w:r>
      <w:r>
        <w:t>—</w:t>
      </w:r>
    </w:p>
    <w:p>
      <w:pPr>
        <w:jc w:val="right"/>
      </w:pPr>
      <w:r>
        <w:t>.</w:t>
      </w:r>
    </w:p>
    <w:p>
      <w:r>
        <w:rPr>
          <w:b/>
        </w:rPr>
        <w:t xml:space="preserve">[24:49] </w:t>
      </w:r>
      <w:r>
        <w:t>He received the first revelation in 610.</w:t>
      </w:r>
    </w:p>
    <w:p>
      <w:pPr>
        <w:jc w:val="right"/>
      </w:pPr>
      <w:r>
        <w:t>He received the first revelation in 610.</w:t>
      </w:r>
    </w:p>
    <w:p>
      <w:r>
        <w:rPr>
          <w:b/>
        </w:rPr>
        <w:t xml:space="preserve">[24:54] </w:t>
      </w:r>
      <w:r>
        <w:t>He lived in Makkah up to 13 years.</w:t>
      </w:r>
    </w:p>
    <w:p>
      <w:pPr>
        <w:jc w:val="right"/>
      </w:pPr>
      <w:r>
        <w:t>He lived in Makkah up to 13 years.</w:t>
      </w:r>
    </w:p>
    <w:p>
      <w:r>
        <w:rPr>
          <w:b/>
        </w:rPr>
        <w:t xml:space="preserve">[24:58] </w:t>
      </w:r>
      <w:r>
        <w:t>Then he migrated to Madinah, and he lived in Madinah up to 10 years.</w:t>
      </w:r>
    </w:p>
    <w:p>
      <w:pPr>
        <w:jc w:val="right"/>
      </w:pPr>
      <w:r>
        <w:t>Then he migrated to Madinah, and he lived in Madinah up to 10 years.</w:t>
      </w:r>
    </w:p>
    <w:p>
      <w:r>
        <w:rPr>
          <w:b/>
        </w:rPr>
        <w:t xml:space="preserve">[25:02] </w:t>
      </w:r>
      <w:r>
        <w:t>Then he died in 632.</w:t>
      </w:r>
    </w:p>
    <w:p>
      <w:pPr>
        <w:jc w:val="right"/>
      </w:pPr>
      <w:r>
        <w:t>Then he died in 632.</w:t>
      </w:r>
    </w:p>
    <w:p>
      <w:r>
        <w:rPr>
          <w:b/>
        </w:rPr>
        <w:t xml:space="preserve">[25:07] </w:t>
      </w:r>
      <w:r>
        <w:t>All these things are not mentioned in the Quran.</w:t>
      </w:r>
    </w:p>
    <w:p>
      <w:pPr>
        <w:jc w:val="right"/>
      </w:pPr>
      <w:r>
        <w:t>All these things are not mentioned in the Quran.</w:t>
      </w:r>
    </w:p>
    <w:p>
      <w:r>
        <w:rPr>
          <w:b/>
        </w:rPr>
        <w:t xml:space="preserve">[25:11] </w:t>
      </w:r>
      <w:r>
        <w:t>These are information</w:t>
      </w:r>
    </w:p>
    <w:p>
      <w:pPr>
        <w:jc w:val="right"/>
      </w:pPr>
      <w:r>
        <w:t>These are information</w:t>
      </w:r>
    </w:p>
    <w:p>
      <w:r>
        <w:rPr>
          <w:b/>
        </w:rPr>
        <w:t xml:space="preserve">[25:15] </w:t>
      </w:r>
      <w:r>
        <w:t>s. These are informations. But all these things are not mentioned in the Quran. So, if you say that Quran is an encyclopedia, you have to prove that all the knowledge, all the informations are present in the Quran. But you cannot prove this.</w:t>
      </w:r>
    </w:p>
    <w:p>
      <w:pPr>
        <w:jc w:val="right"/>
      </w:pPr>
      <w:r>
        <w:t>s. These are informations. But all these things are not mentioned in the Quran. So, if you say that Quran is an encyclopedia, you have to prove that all the knowledge, all the informations are present in the Quran. But you cannot prove this.</w:t>
      </w:r>
    </w:p>
    <w:p>
      <w:r>
        <w:rPr>
          <w:b/>
        </w:rPr>
        <w:t xml:space="preserve">[25:45] </w:t>
      </w:r>
      <w:r>
        <w:t>So, Islam only gives us the ideology.</w:t>
      </w:r>
    </w:p>
    <w:p>
      <w:pPr>
        <w:jc w:val="right"/>
      </w:pPr>
      <w:r>
        <w:t>So, Islam only gives us the ideology.</w:t>
      </w:r>
    </w:p>
    <w:p>
      <w:r>
        <w:rPr>
          <w:b/>
        </w:rPr>
        <w:t xml:space="preserve">[25:52] </w:t>
      </w:r>
      <w:r>
        <w:t>Islam only tells us the Christian plan of God.</w:t>
      </w:r>
    </w:p>
    <w:p>
      <w:pPr>
        <w:jc w:val="right"/>
      </w:pPr>
      <w:r>
        <w:t>Islam only tells us the Christian plan of God.</w:t>
      </w:r>
    </w:p>
    <w:p>
      <w:r>
        <w:rPr>
          <w:b/>
        </w:rPr>
        <w:t xml:space="preserve">[25:58] </w:t>
      </w:r>
      <w:r>
        <w:t>It is said that there are three basic subjects of the Quran - Tawhid, Rasalat, Akhirat - Oneness</w:t>
      </w:r>
    </w:p>
    <w:p>
      <w:pPr>
        <w:jc w:val="right"/>
      </w:pPr>
      <w:r>
        <w:t>It is said that there are three basic subjects of the Quran - Tawhid, Rasalat, Akhirat - Oneness</w:t>
      </w:r>
    </w:p>
    <w:p>
      <w:r>
        <w:rPr>
          <w:b/>
        </w:rPr>
        <w:t xml:space="preserve">[26:04] </w:t>
      </w:r>
      <w:r>
        <w:t>of God and Prophethood and the Day of Judgement.</w:t>
      </w:r>
    </w:p>
    <w:p>
      <w:pPr>
        <w:jc w:val="right"/>
      </w:pPr>
      <w:r>
        <w:t>of God and Prophethood and the Day of Judgement.</w:t>
      </w:r>
    </w:p>
    <w:p>
      <w:r>
        <w:rPr>
          <w:b/>
        </w:rPr>
        <w:t xml:space="preserve">[26:10] </w:t>
      </w:r>
      <w:r>
        <w:t>These are three basic</w:t>
      </w:r>
    </w:p>
    <w:p>
      <w:pPr>
        <w:jc w:val="right"/>
      </w:pPr>
      <w:r>
        <w:t>These are three basic</w:t>
      </w:r>
    </w:p>
    <w:p>
      <w:r>
        <w:rPr>
          <w:b/>
        </w:rPr>
        <w:t xml:space="preserve">[26:16] </w:t>
      </w:r>
      <w:r>
        <w:t>teachings of the Quran.</w:t>
      </w:r>
    </w:p>
    <w:p>
      <w:pPr>
        <w:jc w:val="right"/>
      </w:pPr>
      <w:r>
        <w:t>teachings of the Quran.</w:t>
      </w:r>
    </w:p>
    <w:p>
      <w:r>
        <w:rPr>
          <w:b/>
        </w:rPr>
        <w:t xml:space="preserve">[26:23] </w:t>
      </w:r>
      <w:r>
        <w:t>So, it is there.</w:t>
      </w:r>
    </w:p>
    <w:p>
      <w:pPr>
        <w:jc w:val="right"/>
      </w:pPr>
      <w:r>
        <w:t>So, it is there.</w:t>
      </w:r>
    </w:p>
    <w:p>
      <w:r>
        <w:rPr>
          <w:b/>
        </w:rPr>
        <w:t xml:space="preserve">[26:29] </w:t>
      </w:r>
      <w:r>
        <w:t>If you read Quran, you will find all those details about the Tawhid and Rasalat and Akhirat.</w:t>
      </w:r>
    </w:p>
    <w:p>
      <w:pPr>
        <w:jc w:val="right"/>
      </w:pPr>
      <w:r>
        <w:t>If you read Quran, you will find all those details about the Tawhid and Rasalat and Akhirat.</w:t>
      </w:r>
    </w:p>
    <w:p>
      <w:r>
        <w:rPr>
          <w:b/>
        </w:rPr>
        <w:t xml:space="preserve">[26:36] </w:t>
      </w:r>
      <w:r>
        <w:t>But as far as the information is concerned, as far as the detailed knowledge is concerned, so we</w:t>
      </w:r>
    </w:p>
    <w:p>
      <w:pPr>
        <w:jc w:val="right"/>
      </w:pPr>
      <w:r>
        <w:t>But as far as the information is concerned, as far as the detailed knowledge is concerned, so we</w:t>
      </w:r>
    </w:p>
    <w:p>
      <w:r>
        <w:rPr>
          <w:b/>
        </w:rPr>
        <w:t xml:space="preserve">[26:42] </w:t>
      </w:r>
      <w:r>
        <w:t>can find these informations in the encyclopedia, but we cannot find these informations in the Quran.</w:t>
      </w:r>
    </w:p>
    <w:p>
      <w:pPr>
        <w:jc w:val="right"/>
      </w:pPr>
      <w:r>
        <w:t>can find these informations in the encyclopedia, but we cannot find these informations in the Quran.</w:t>
      </w:r>
    </w:p>
    <w:p>
      <w:r>
        <w:rPr>
          <w:b/>
        </w:rPr>
        <w:t xml:space="preserve">[26:49] </w:t>
      </w:r>
      <w:r>
        <w:t>So, it is wrong to say that "Zaalikal Kitab" means Quran is an encyclopedia.</w:t>
      </w:r>
    </w:p>
    <w:p>
      <w:pPr>
        <w:jc w:val="right"/>
      </w:pPr>
      <w:r>
        <w:t>So, it is wrong to say that "Zaalikal Kitab" means Quran is an encyclopedia.</w:t>
      </w:r>
    </w:p>
    <w:p>
      <w:r>
        <w:rPr>
          <w:b/>
        </w:rPr>
        <w:t xml:space="preserve">[26:59] </w:t>
      </w:r>
      <w:r>
        <w:t>According to my study, Hadith is very important.</w:t>
      </w:r>
    </w:p>
    <w:p>
      <w:pPr>
        <w:jc w:val="right"/>
      </w:pPr>
      <w:r>
        <w:t>According to my study, Hadith is very important.</w:t>
      </w:r>
    </w:p>
    <w:p>
      <w:r>
        <w:rPr>
          <w:b/>
        </w:rPr>
        <w:t xml:space="preserve">[27:10] </w:t>
      </w:r>
      <w:r>
        <w:t>Anyone who wants to know the religion of Islam</w:t>
      </w:r>
    </w:p>
    <w:p>
      <w:pPr>
        <w:jc w:val="right"/>
      </w:pPr>
      <w:r>
        <w:t>Anyone who wants to know the religion of Islam</w:t>
      </w:r>
    </w:p>
    <w:p>
      <w:r>
        <w:rPr>
          <w:b/>
        </w:rPr>
        <w:t xml:space="preserve">[27:20] </w:t>
      </w:r>
      <w:r>
        <w:t>, so he must depend on two sources - Quran and Hadith.</w:t>
      </w:r>
    </w:p>
    <w:p>
      <w:pPr>
        <w:jc w:val="right"/>
      </w:pPr>
      <w:r>
        <w:t>, so he must depend on two sources - Quran and Hadith.</w:t>
      </w:r>
    </w:p>
    <w:p>
      <w:r>
        <w:rPr>
          <w:b/>
        </w:rPr>
        <w:t xml:space="preserve">[27:31] </w:t>
      </w:r>
      <w:r>
        <w:t>In Quran, in the Quran, he will find the basic teachings of Islam, the fundamental principles of Islam.</w:t>
      </w:r>
    </w:p>
    <w:p>
      <w:pPr>
        <w:jc w:val="right"/>
      </w:pPr>
      <w:r>
        <w:t>In Quran, in the Quran, he will find the basic teachings of Islam, the fundamental principles of Islam.</w:t>
      </w:r>
    </w:p>
    <w:p>
      <w:r>
        <w:rPr>
          <w:b/>
        </w:rPr>
        <w:t xml:space="preserve">[27:41] </w:t>
      </w:r>
      <w:r>
        <w:t>But as far as the detail is concerned, you cannot find these things in the Quran.</w:t>
      </w:r>
    </w:p>
    <w:p>
      <w:pPr>
        <w:jc w:val="right"/>
      </w:pPr>
      <w:r>
        <w:t>But as far as the detail is concerned, you cannot find these things in the Quran.</w:t>
      </w:r>
    </w:p>
    <w:p>
      <w:r>
        <w:rPr>
          <w:b/>
        </w:rPr>
        <w:t xml:space="preserve">[27:52] </w:t>
      </w:r>
      <w:r>
        <w:t>For example, the Quran says perform Salat, perform Prayer, but how to perform, it is not mentioned in the Quran.</w:t>
      </w:r>
    </w:p>
    <w:p>
      <w:pPr>
        <w:jc w:val="right"/>
      </w:pPr>
      <w:r>
        <w:t>For example, the Quran says perform Salat, perform Prayer, but how to perform, it is not mentioned in the Quran.</w:t>
      </w:r>
    </w:p>
    <w:p>
      <w:r>
        <w:rPr>
          <w:b/>
        </w:rPr>
        <w:t xml:space="preserve">[28:07] </w:t>
      </w:r>
      <w:r>
        <w:t>The Prophet of Islam has said, "Sallu kama raayatumuni usalli." Perform Salat,</w:t>
      </w:r>
    </w:p>
    <w:p>
      <w:pPr>
        <w:jc w:val="right"/>
      </w:pPr>
      <w:r>
        <w:t>The Prophet of Islam has said, "Sallu kama raayatumuni usalli." Perform Salat,</w:t>
      </w:r>
    </w:p>
    <w:p>
      <w:r>
        <w:rPr>
          <w:b/>
        </w:rPr>
        <w:t xml:space="preserve">[28:22] </w:t>
      </w:r>
      <w:r>
        <w:t>perform Worship as you see me, to see how I perform Salat, and you have to imitate it</w:t>
      </w:r>
    </w:p>
    <w:p>
      <w:pPr>
        <w:jc w:val="right"/>
      </w:pPr>
      <w:r>
        <w:t>perform Worship as you see me, to see how I perform Salat, and you have to imitate it</w:t>
      </w:r>
    </w:p>
    <w:p>
      <w:r>
        <w:rPr>
          <w:b/>
        </w:rPr>
        <w:t xml:space="preserve">[28:32] </w:t>
      </w:r>
      <w:r>
        <w:t>and perform Salat as I am performing.</w:t>
      </w:r>
    </w:p>
    <w:p>
      <w:pPr>
        <w:jc w:val="right"/>
      </w:pPr>
      <w:r>
        <w:t>and perform Salat as I am performing.</w:t>
      </w:r>
    </w:p>
    <w:p>
      <w:r>
        <w:rPr>
          <w:b/>
        </w:rPr>
        <w:t xml:space="preserve">[28:42] </w:t>
      </w:r>
      <w:r>
        <w:t>So, here you see in this example that the Quran gives us</w:t>
      </w:r>
    </w:p>
    <w:p>
      <w:pPr>
        <w:jc w:val="right"/>
      </w:pPr>
      <w:r>
        <w:t>So, here you see in this example that the Quran gives us</w:t>
      </w:r>
    </w:p>
    <w:p>
      <w:r>
        <w:rPr>
          <w:b/>
        </w:rPr>
        <w:t xml:space="preserve">[28:52] </w:t>
      </w:r>
      <w:r>
        <w:t>a commandment that, "O people, perform Salat, read Namaz," but the practical aspect of the Namaz is not</w:t>
      </w:r>
    </w:p>
    <w:p>
      <w:pPr>
        <w:jc w:val="right"/>
      </w:pPr>
      <w:r>
        <w:t>a commandment that, "O people, perform Salat, read Namaz," but the practical aspect of the Namaz is not</w:t>
      </w:r>
    </w:p>
    <w:p>
      <w:r>
        <w:rPr>
          <w:b/>
        </w:rPr>
        <w:t xml:space="preserve">[29:00] </w:t>
      </w:r>
      <w:r>
        <w:t>mentioned in the Quran.</w:t>
      </w:r>
    </w:p>
    <w:p>
      <w:pPr>
        <w:jc w:val="right"/>
      </w:pPr>
      <w:r>
        <w:t>mentioned in the Quran.</w:t>
      </w:r>
    </w:p>
    <w:p>
      <w:r>
        <w:rPr>
          <w:b/>
        </w:rPr>
        <w:t xml:space="preserve">[29:08] </w:t>
      </w:r>
      <w:r>
        <w:t>So, only by reading the Quran can you perform Salat.</w:t>
      </w:r>
    </w:p>
    <w:p>
      <w:pPr>
        <w:jc w:val="right"/>
      </w:pPr>
      <w:r>
        <w:t>So, only by reading the Quran can you perform Salat.</w:t>
      </w:r>
    </w:p>
    <w:p>
      <w:r>
        <w:rPr>
          <w:b/>
        </w:rPr>
        <w:t xml:space="preserve">[29:16] </w:t>
      </w:r>
      <w:r>
        <w:t>So is the case of all</w:t>
      </w:r>
    </w:p>
    <w:p>
      <w:pPr>
        <w:jc w:val="right"/>
      </w:pPr>
      <w:r>
        <w:t>So is the case of all</w:t>
      </w:r>
    </w:p>
    <w:p>
      <w:r>
        <w:rPr>
          <w:b/>
        </w:rPr>
        <w:t xml:space="preserve">[29:24] </w:t>
      </w:r>
      <w:r>
        <w:t>other teachings.</w:t>
      </w:r>
    </w:p>
    <w:p>
      <w:pPr>
        <w:jc w:val="right"/>
      </w:pPr>
      <w:r>
        <w:t>other teachings.</w:t>
      </w:r>
    </w:p>
    <w:p>
      <w:r>
        <w:rPr>
          <w:b/>
        </w:rPr>
        <w:t xml:space="preserve">[29:32] </w:t>
      </w:r>
      <w:r>
        <w:t>Then Hadith is the best commentary of the Quran.</w:t>
      </w:r>
    </w:p>
    <w:p>
      <w:pPr>
        <w:jc w:val="right"/>
      </w:pPr>
      <w:r>
        <w:t>Then Hadith is the best commentary of the Quran.</w:t>
      </w:r>
    </w:p>
    <w:p>
      <w:r>
        <w:rPr>
          <w:b/>
        </w:rPr>
        <w:t xml:space="preserve">[29:39] </w:t>
      </w:r>
      <w:r>
        <w:t>In the Quran, you will find that everything is given in short, in short, not in details.</w:t>
      </w:r>
    </w:p>
    <w:p>
      <w:pPr>
        <w:jc w:val="right"/>
      </w:pPr>
      <w:r>
        <w:t>In the Quran, you will find that everything is given in short, in short, not in details.</w:t>
      </w:r>
    </w:p>
    <w:p>
      <w:r>
        <w:rPr>
          <w:b/>
        </w:rPr>
        <w:t xml:space="preserve">[29:47] </w:t>
      </w:r>
      <w:r>
        <w:t>So, as far as the principles are concerned, you can find it in the Qur</w:t>
      </w:r>
    </w:p>
    <w:p>
      <w:pPr>
        <w:jc w:val="right"/>
      </w:pPr>
      <w:r>
        <w:t>So, as far as the principles are concerned, you can find it in the Qur</w:t>
      </w:r>
    </w:p>
    <w:p>
      <w:r>
        <w:rPr>
          <w:b/>
        </w:rPr>
        <w:t xml:space="preserve">[29:54] </w:t>
      </w:r>
      <w:r>
        <w:t>an.</w:t>
      </w:r>
    </w:p>
    <w:p>
      <w:pPr>
        <w:jc w:val="right"/>
      </w:pPr>
      <w:r>
        <w:t>an.</w:t>
      </w:r>
    </w:p>
    <w:p>
      <w:r>
        <w:rPr>
          <w:b/>
        </w:rPr>
        <w:t xml:space="preserve">[30:02] </w:t>
      </w:r>
      <w:r>
        <w:t>But details and commentaries, but if you want to know the details, you have to see the Hadith,</w:t>
      </w:r>
    </w:p>
    <w:p>
      <w:pPr>
        <w:jc w:val="right"/>
      </w:pPr>
      <w:r>
        <w:t>But details and commentaries, but if you want to know the details, you have to see the Hadith,</w:t>
      </w:r>
    </w:p>
    <w:p>
      <w:r>
        <w:rPr>
          <w:b/>
        </w:rPr>
        <w:t xml:space="preserve">[30:09] </w:t>
      </w:r>
      <w:r>
        <w:t>and there are very, very, very important references in the Hadith.</w:t>
      </w:r>
    </w:p>
    <w:p>
      <w:pPr>
        <w:jc w:val="right"/>
      </w:pPr>
      <w:r>
        <w:t>and there are very, very, very important references in the Hadith.</w:t>
      </w:r>
    </w:p>
    <w:p>
      <w:r>
        <w:rPr>
          <w:b/>
        </w:rPr>
        <w:t xml:space="preserve">[30:17] </w:t>
      </w:r>
      <w:r>
        <w:t>For example, the Quran says, "Inna maal usra</w:t>
      </w:r>
    </w:p>
    <w:p>
      <w:pPr>
        <w:jc w:val="right"/>
      </w:pPr>
      <w:r>
        <w:t>For example, the Quran says, "Inna maal usra</w:t>
      </w:r>
    </w:p>
    <w:p>
      <w:r>
        <w:rPr>
          <w:b/>
        </w:rPr>
        <w:t xml:space="preserve">[30:24] </w:t>
      </w:r>
      <w:r>
        <w:t>yusra." With every hardship, there is ease.</w:t>
      </w:r>
    </w:p>
    <w:p>
      <w:pPr>
        <w:jc w:val="right"/>
      </w:pPr>
      <w:r>
        <w:t>yusra." With every hardship, there is ease.</w:t>
      </w:r>
    </w:p>
    <w:p>
      <w:r>
        <w:rPr>
          <w:b/>
        </w:rPr>
        <w:t xml:space="preserve">[30:29] </w:t>
      </w:r>
      <w:r>
        <w:t>With every hardship, there is ease.</w:t>
      </w:r>
    </w:p>
    <w:p>
      <w:pPr>
        <w:jc w:val="right"/>
      </w:pPr>
      <w:r>
        <w:t>With every hardship, there is ease.</w:t>
      </w:r>
    </w:p>
    <w:p>
      <w:r>
        <w:rPr>
          <w:b/>
        </w:rPr>
        <w:t xml:space="preserve">[30:33] </w:t>
      </w:r>
      <w:r>
        <w:t>Now, in this verse, you can see repetition - "Inna maal usra yusra." Again, the Quran says, "Inna</w:t>
      </w:r>
    </w:p>
    <w:p>
      <w:pPr>
        <w:jc w:val="right"/>
      </w:pPr>
      <w:r>
        <w:t>Now, in this verse, you can see repetition - "Inna maal usra yusra." Again, the Quran says, "Inna</w:t>
      </w:r>
    </w:p>
    <w:p>
      <w:r>
        <w:rPr>
          <w:b/>
        </w:rPr>
        <w:t xml:space="preserve">[30:38] </w:t>
      </w:r>
      <w:r>
        <w:t>maal usra yusra." With every hardship, there is ease.</w:t>
      </w:r>
    </w:p>
    <w:p>
      <w:pPr>
        <w:jc w:val="right"/>
      </w:pPr>
      <w:r>
        <w:t>maal usra yusra." With every hardship, there is ease.</w:t>
      </w:r>
    </w:p>
    <w:p>
      <w:r>
        <w:rPr>
          <w:b/>
        </w:rPr>
        <w:t xml:space="preserve">[30:42] </w:t>
      </w:r>
      <w:r>
        <w:t>With every hardship, there is ease.</w:t>
      </w:r>
    </w:p>
    <w:p>
      <w:pPr>
        <w:jc w:val="right"/>
      </w:pPr>
      <w:r>
        <w:t>With every hardship, there is ease.</w:t>
      </w:r>
    </w:p>
    <w:p>
      <w:r>
        <w:rPr>
          <w:b/>
        </w:rPr>
        <w:t xml:space="preserve">[30:46] </w:t>
      </w:r>
      <w:r>
        <w:t>So, why this repetition?</w:t>
      </w:r>
    </w:p>
    <w:p>
      <w:pPr>
        <w:jc w:val="right"/>
      </w:pPr>
      <w:r>
        <w:t>So, why this repetition?</w:t>
      </w:r>
    </w:p>
    <w:p>
      <w:r>
        <w:rPr>
          <w:b/>
        </w:rPr>
        <w:t xml:space="preserve">[30:51] </w:t>
      </w:r>
      <w:r>
        <w:t>Why the meaning of this repetition?</w:t>
      </w:r>
    </w:p>
    <w:p>
      <w:pPr>
        <w:jc w:val="right"/>
      </w:pPr>
      <w:r>
        <w:t>Why the meaning of this repetition?</w:t>
      </w:r>
    </w:p>
    <w:p>
      <w:r>
        <w:rPr>
          <w:b/>
        </w:rPr>
        <w:t xml:space="preserve">[30:55] </w:t>
      </w:r>
      <w:r>
        <w:t>It is a question.</w:t>
      </w:r>
    </w:p>
    <w:p>
      <w:pPr>
        <w:jc w:val="right"/>
      </w:pPr>
      <w:r>
        <w:t>It is a question.</w:t>
      </w:r>
    </w:p>
    <w:p>
      <w:r>
        <w:rPr>
          <w:b/>
        </w:rPr>
        <w:t xml:space="preserve">[31:00] </w:t>
      </w:r>
      <w:r>
        <w:t>The answer I have found in the Hadith.</w:t>
      </w:r>
    </w:p>
    <w:p>
      <w:pPr>
        <w:jc w:val="right"/>
      </w:pPr>
      <w:r>
        <w:t>The answer I have found in the Hadith.</w:t>
      </w:r>
    </w:p>
    <w:p>
      <w:r>
        <w:rPr>
          <w:b/>
        </w:rPr>
        <w:t xml:space="preserve">[31:05] </w:t>
      </w:r>
      <w:r>
        <w:t>The Quran gives us a principle with repetition - "Inna maal usra yusra." "Inna maal usra yusra." With</w:t>
      </w:r>
    </w:p>
    <w:p>
      <w:pPr>
        <w:jc w:val="right"/>
      </w:pPr>
      <w:r>
        <w:t>The Quran gives us a principle with repetition - "Inna maal usra yusra." "Inna maal usra yusra." With</w:t>
      </w:r>
    </w:p>
    <w:p>
      <w:r>
        <w:rPr>
          <w:b/>
        </w:rPr>
        <w:t xml:space="preserve">[31:10] </w:t>
      </w:r>
      <w:r>
        <w:t>every hardship, there is ease.</w:t>
      </w:r>
    </w:p>
    <w:p>
      <w:pPr>
        <w:jc w:val="right"/>
      </w:pPr>
      <w:r>
        <w:t>every hardship, there is ease.</w:t>
      </w:r>
    </w:p>
    <w:p>
      <w:r>
        <w:rPr>
          <w:b/>
        </w:rPr>
        <w:t xml:space="preserve">[31:15] </w:t>
      </w:r>
      <w:r>
        <w:t>With every hardship, there is ease.</w:t>
      </w:r>
    </w:p>
    <w:p>
      <w:pPr>
        <w:jc w:val="right"/>
      </w:pPr>
      <w:r>
        <w:t>With every hardship, there is ease.</w:t>
      </w:r>
    </w:p>
    <w:p>
      <w:r>
        <w:rPr>
          <w:b/>
        </w:rPr>
        <w:t xml:space="preserve">[31:20] </w:t>
      </w:r>
      <w:r>
        <w:t>So, what is the wisdom behind this rep</w:t>
      </w:r>
    </w:p>
    <w:p>
      <w:pPr>
        <w:jc w:val="right"/>
      </w:pPr>
      <w:r>
        <w:t>So, what is the wisdom behind this rep</w:t>
      </w:r>
    </w:p>
    <w:p>
      <w:r>
        <w:rPr>
          <w:b/>
        </w:rPr>
        <w:t xml:space="preserve">[31:25] </w:t>
      </w:r>
      <w:r>
        <w:t>etition?</w:t>
      </w:r>
    </w:p>
    <w:p>
      <w:pPr>
        <w:jc w:val="right"/>
      </w:pPr>
      <w:r>
        <w:t>etition?</w:t>
      </w:r>
    </w:p>
    <w:p>
      <w:r>
        <w:rPr>
          <w:b/>
        </w:rPr>
        <w:t xml:space="preserve">[31:31] </w:t>
      </w:r>
      <w:r>
        <w:t>It is a question, and Hadith gives us a very beautiful interpretation.</w:t>
      </w:r>
    </w:p>
    <w:p>
      <w:pPr>
        <w:jc w:val="right"/>
      </w:pPr>
      <w:r>
        <w:t>It is a question, and Hadith gives us a very beautiful interpretation.</w:t>
      </w:r>
    </w:p>
    <w:p>
      <w:r>
        <w:rPr>
          <w:b/>
        </w:rPr>
        <w:t xml:space="preserve">[31:37] </w:t>
      </w:r>
      <w:r>
        <w:t>This question was in my mind.</w:t>
      </w:r>
    </w:p>
    <w:p>
      <w:pPr>
        <w:jc w:val="right"/>
      </w:pPr>
      <w:r>
        <w:t>This question was in my mind.</w:t>
      </w:r>
    </w:p>
    <w:p>
      <w:r>
        <w:rPr>
          <w:b/>
        </w:rPr>
        <w:t xml:space="preserve">[31:43] </w:t>
      </w:r>
      <w:r>
        <w:t>After long years of study, I found that this beautiful interpretation in the Hadith.</w:t>
      </w:r>
    </w:p>
    <w:p>
      <w:pPr>
        <w:jc w:val="right"/>
      </w:pPr>
      <w:r>
        <w:t>After long years of study, I found that this beautiful interpretation in the Hadith.</w:t>
      </w:r>
    </w:p>
    <w:p>
      <w:r>
        <w:rPr>
          <w:b/>
        </w:rPr>
        <w:t xml:space="preserve">[31:49] </w:t>
      </w:r>
      <w:r>
        <w:t>The Prophet of Islam</w:t>
      </w:r>
    </w:p>
    <w:p>
      <w:pPr>
        <w:jc w:val="right"/>
      </w:pPr>
      <w:r>
        <w:t>The Prophet of Islam</w:t>
      </w:r>
    </w:p>
    <w:p>
      <w:r>
        <w:rPr>
          <w:b/>
        </w:rPr>
        <w:t xml:space="preserve">[31:55] </w:t>
      </w:r>
      <w:r>
        <w:t>has said, "It means that, it means that according to the law of nature, if there is one hardship, there are two eases. If there is one problem, there are two solutions." So, the Pro</w:t>
      </w:r>
    </w:p>
    <w:p>
      <w:pPr>
        <w:jc w:val="right"/>
      </w:pPr>
      <w:r>
        <w:t>has said, "It means that, it means that according to the law of nature, if there is one hardship, there are two eases. If there is one problem, there are two solutions." So, the Pro</w:t>
      </w:r>
    </w:p>
    <w:p>
      <w:r>
        <w:rPr>
          <w:b/>
        </w:rPr>
        <w:t xml:space="preserve">[32:25] </w:t>
      </w:r>
      <w:r>
        <w:t>phet of Islam has said that one problem cannot overpower two eases.</w:t>
      </w:r>
    </w:p>
    <w:p>
      <w:pPr>
        <w:jc w:val="right"/>
      </w:pPr>
      <w:r>
        <w:t>phet of Islam has said that one problem cannot overpower two eases.</w:t>
      </w:r>
    </w:p>
    <w:p>
      <w:r>
        <w:rPr>
          <w:b/>
        </w:rPr>
        <w:t xml:space="preserve">[32:32] </w:t>
      </w:r>
      <w:r>
        <w:t>It is very, very strange.</w:t>
      </w:r>
    </w:p>
    <w:p>
      <w:pPr>
        <w:jc w:val="right"/>
      </w:pPr>
      <w:r>
        <w:t>It is very, very strange.</w:t>
      </w:r>
    </w:p>
    <w:p>
      <w:r>
        <w:rPr>
          <w:b/>
        </w:rPr>
        <w:t xml:space="preserve">[32:38] </w:t>
      </w:r>
      <w:r>
        <w:t>Then I wanted to know what are these two solutions.</w:t>
      </w:r>
    </w:p>
    <w:p>
      <w:pPr>
        <w:jc w:val="right"/>
      </w:pPr>
      <w:r>
        <w:t>Then I wanted to know what are these two solutions.</w:t>
      </w:r>
    </w:p>
    <w:p>
      <w:r>
        <w:rPr>
          <w:b/>
        </w:rPr>
        <w:t xml:space="preserve">[32:44] </w:t>
      </w:r>
      <w:r>
        <w:t>Why the Prophet of Islam has said that if there is one problem, there are two opportunities?</w:t>
      </w:r>
    </w:p>
    <w:p>
      <w:pPr>
        <w:jc w:val="right"/>
      </w:pPr>
      <w:r>
        <w:t>Why the Prophet of Islam has said that if there is one problem, there are two opportunities?</w:t>
      </w:r>
    </w:p>
    <w:p>
      <w:r>
        <w:rPr>
          <w:b/>
        </w:rPr>
        <w:t xml:space="preserve">[32:50] </w:t>
      </w:r>
      <w:r>
        <w:t>Better to say opportunities.</w:t>
      </w:r>
    </w:p>
    <w:p>
      <w:pPr>
        <w:jc w:val="right"/>
      </w:pPr>
      <w:r>
        <w:t>Better to say opportunities.</w:t>
      </w:r>
    </w:p>
    <w:p>
      <w:r>
        <w:rPr>
          <w:b/>
        </w:rPr>
        <w:t xml:space="preserve">[32:56] </w:t>
      </w:r>
      <w:r>
        <w:t>So, why the Quran says - so why this interpretation given by the Quran?</w:t>
      </w:r>
    </w:p>
    <w:p>
      <w:pPr>
        <w:jc w:val="right"/>
      </w:pPr>
      <w:r>
        <w:t>So, why the Quran says - so why this interpretation given by the Quran?</w:t>
      </w:r>
    </w:p>
    <w:p>
      <w:r>
        <w:rPr>
          <w:b/>
        </w:rPr>
        <w:t xml:space="preserve">[33:02] </w:t>
      </w:r>
      <w:r>
        <w:t>What is the meaning of this?</w:t>
      </w:r>
    </w:p>
    <w:p>
      <w:pPr>
        <w:jc w:val="right"/>
      </w:pPr>
      <w:r>
        <w:t>What is the meaning of this?</w:t>
      </w:r>
    </w:p>
    <w:p>
      <w:r>
        <w:rPr>
          <w:b/>
        </w:rPr>
        <w:t xml:space="preserve">[33:08] </w:t>
      </w:r>
      <w:r>
        <w:t>That if there is one problem, there are two opportunities.</w:t>
      </w:r>
    </w:p>
    <w:p>
      <w:pPr>
        <w:jc w:val="right"/>
      </w:pPr>
      <w:r>
        <w:t>That if there is one problem, there are two opportunities.</w:t>
      </w:r>
    </w:p>
    <w:p>
      <w:r>
        <w:rPr>
          <w:b/>
        </w:rPr>
        <w:t xml:space="preserve">[33:14] </w:t>
      </w:r>
      <w:r>
        <w:t>So, what are these two opportunities?</w:t>
      </w:r>
    </w:p>
    <w:p>
      <w:pPr>
        <w:jc w:val="right"/>
      </w:pPr>
      <w:r>
        <w:t>So, what are these two opportunities?</w:t>
      </w:r>
    </w:p>
    <w:p>
      <w:r>
        <w:rPr>
          <w:b/>
        </w:rPr>
        <w:t xml:space="preserve">[33:20] </w:t>
      </w:r>
      <w:r>
        <w:t>So, after long contemplation, I found that acc</w:t>
      </w:r>
    </w:p>
    <w:p>
      <w:pPr>
        <w:jc w:val="right"/>
      </w:pPr>
      <w:r>
        <w:t>So, after long contemplation, I found that acc</w:t>
      </w:r>
    </w:p>
    <w:p>
      <w:r>
        <w:rPr>
          <w:b/>
        </w:rPr>
        <w:t xml:space="preserve">[33:26] </w:t>
      </w:r>
      <w:r>
        <w:t>ording to the law of nature, every time there is - our world is full of opportunities.</w:t>
      </w:r>
    </w:p>
    <w:p>
      <w:pPr>
        <w:jc w:val="right"/>
      </w:pPr>
      <w:r>
        <w:t>ording to the law of nature, every time there is - our world is full of opportunities.</w:t>
      </w:r>
    </w:p>
    <w:p>
      <w:r>
        <w:rPr>
          <w:b/>
        </w:rPr>
        <w:t xml:space="preserve">[33:33] </w:t>
      </w:r>
      <w:r>
        <w:t>According to the law of nature, there are many, many problems in our world, but at the same</w:t>
      </w:r>
    </w:p>
    <w:p>
      <w:pPr>
        <w:jc w:val="right"/>
      </w:pPr>
      <w:r>
        <w:t>According to the law of nature, there are many, many problems in our world, but at the same</w:t>
      </w:r>
    </w:p>
    <w:p>
      <w:r>
        <w:rPr>
          <w:b/>
        </w:rPr>
        <w:t xml:space="preserve">[33:41] </w:t>
      </w:r>
      <w:r>
        <w:t>time, there are many, many opportunities in this world.</w:t>
      </w:r>
    </w:p>
    <w:p>
      <w:pPr>
        <w:jc w:val="right"/>
      </w:pPr>
      <w:r>
        <w:t>time, there are many, many opportunities in this world.</w:t>
      </w:r>
    </w:p>
    <w:p>
      <w:r>
        <w:rPr>
          <w:b/>
        </w:rPr>
        <w:t xml:space="preserve">[33:48] </w:t>
      </w:r>
      <w:r>
        <w:t>Just like a rose plant, in our world, there are thorns, but at the same time, there are</w:t>
      </w:r>
    </w:p>
    <w:p>
      <w:pPr>
        <w:jc w:val="right"/>
      </w:pPr>
      <w:r>
        <w:t>Just like a rose plant, in our world, there are thorns, but at the same time, there are</w:t>
      </w:r>
    </w:p>
    <w:p>
      <w:r>
        <w:rPr>
          <w:b/>
        </w:rPr>
        <w:t xml:space="preserve">[33:56] </w:t>
      </w:r>
      <w:r>
        <w:t>flowers.</w:t>
      </w:r>
    </w:p>
    <w:p>
      <w:pPr>
        <w:jc w:val="right"/>
      </w:pPr>
      <w:r>
        <w:t>flowers.</w:t>
      </w:r>
    </w:p>
    <w:p>
      <w:r>
        <w:rPr>
          <w:b/>
        </w:rPr>
        <w:t xml:space="preserve">[34:01] </w:t>
      </w:r>
      <w:r>
        <w:t>So, this is the law of nature.</w:t>
      </w:r>
    </w:p>
    <w:p>
      <w:pPr>
        <w:jc w:val="right"/>
      </w:pPr>
      <w:r>
        <w:t>So, this is the law of nature.</w:t>
      </w:r>
    </w:p>
    <w:p>
      <w:r>
        <w:rPr>
          <w:b/>
        </w:rPr>
        <w:t xml:space="preserve">[34:06] </w:t>
      </w:r>
      <w:r>
        <w:t>Opportunities live side by side with the problems.</w:t>
      </w:r>
    </w:p>
    <w:p>
      <w:pPr>
        <w:jc w:val="right"/>
      </w:pPr>
      <w:r>
        <w:t>Opportunities live side by side with the problems.</w:t>
      </w:r>
    </w:p>
    <w:p>
      <w:r>
        <w:rPr>
          <w:b/>
        </w:rPr>
        <w:t xml:space="preserve">[34:11] </w:t>
      </w:r>
      <w:r>
        <w:t>So, the Quran says that with every problem, there are opportunities.</w:t>
      </w:r>
    </w:p>
    <w:p>
      <w:pPr>
        <w:jc w:val="right"/>
      </w:pPr>
      <w:r>
        <w:t>So, the Quran says that with every problem, there are opportunities.</w:t>
      </w:r>
    </w:p>
    <w:p>
      <w:r>
        <w:rPr>
          <w:b/>
        </w:rPr>
        <w:t xml:space="preserve">[34:16] </w:t>
      </w:r>
      <w:r>
        <w:t>Now, why is the quantity of opportunities doubled? Why?</w:t>
      </w:r>
    </w:p>
    <w:p>
      <w:pPr>
        <w:jc w:val="right"/>
      </w:pPr>
      <w:r>
        <w:t>Now, why is the quantity of opportunities doubled? Why?</w:t>
      </w:r>
    </w:p>
    <w:p>
      <w:r>
        <w:rPr>
          <w:b/>
        </w:rPr>
        <w:t xml:space="preserve">[34:21] </w:t>
      </w:r>
      <w:r>
        <w:t>Because one opportunity is that which</w:t>
      </w:r>
    </w:p>
    <w:p>
      <w:pPr>
        <w:jc w:val="right"/>
      </w:pPr>
      <w:r>
        <w:t>Because one opportunity is that which</w:t>
      </w:r>
    </w:p>
    <w:p>
      <w:r>
        <w:rPr>
          <w:b/>
        </w:rPr>
        <w:t xml:space="preserve">[34:26] </w:t>
      </w:r>
      <w:r>
        <w:t>is found in nature.</w:t>
      </w:r>
    </w:p>
    <w:p>
      <w:pPr>
        <w:jc w:val="right"/>
      </w:pPr>
      <w:r>
        <w:t>is found in nature.</w:t>
      </w:r>
    </w:p>
    <w:p>
      <w:r>
        <w:rPr>
          <w:b/>
        </w:rPr>
        <w:t xml:space="preserve">[34:34] </w:t>
      </w:r>
      <w:r>
        <w:t>One opportunity is that which is found already in nature, and the other opportunity is that - and</w:t>
      </w:r>
    </w:p>
    <w:p>
      <w:pPr>
        <w:jc w:val="right"/>
      </w:pPr>
      <w:r>
        <w:t>One opportunity is that which is found already in nature, and the other opportunity is that - and</w:t>
      </w:r>
    </w:p>
    <w:p>
      <w:r>
        <w:rPr>
          <w:b/>
        </w:rPr>
        <w:t xml:space="preserve">[34:42] </w:t>
      </w:r>
      <w:r>
        <w:t>the other opportunity is within you, within yourself. Why?</w:t>
      </w:r>
    </w:p>
    <w:p>
      <w:pPr>
        <w:jc w:val="right"/>
      </w:pPr>
      <w:r>
        <w:t>the other opportunity is within you, within yourself. Why?</w:t>
      </w:r>
    </w:p>
    <w:p>
      <w:r>
        <w:rPr>
          <w:b/>
        </w:rPr>
        <w:t xml:space="preserve">[34:50] </w:t>
      </w:r>
      <w:r>
        <w:t>When you face - when one faces a problem, it activates</w:t>
      </w:r>
    </w:p>
    <w:p>
      <w:pPr>
        <w:jc w:val="right"/>
      </w:pPr>
      <w:r>
        <w:t>When you face - when one faces a problem, it activates</w:t>
      </w:r>
    </w:p>
    <w:p>
      <w:r>
        <w:rPr>
          <w:b/>
        </w:rPr>
        <w:t xml:space="preserve">[34:59] </w:t>
      </w:r>
      <w:r>
        <w:t>your mind.</w:t>
      </w:r>
    </w:p>
    <w:p>
      <w:pPr>
        <w:jc w:val="right"/>
      </w:pPr>
      <w:r>
        <w:t>your mind.</w:t>
      </w:r>
    </w:p>
    <w:p>
      <w:r>
        <w:rPr>
          <w:b/>
        </w:rPr>
        <w:t xml:space="preserve">[35:05] </w:t>
      </w:r>
      <w:r>
        <w:t>Problems always activate your mind, awaken your mind.</w:t>
      </w:r>
    </w:p>
    <w:p>
      <w:pPr>
        <w:jc w:val="right"/>
      </w:pPr>
      <w:r>
        <w:t>Problems always activate your mind, awaken your mind.</w:t>
      </w:r>
    </w:p>
    <w:p>
      <w:r>
        <w:rPr>
          <w:b/>
        </w:rPr>
        <w:t xml:space="preserve">[35:11] </w:t>
      </w:r>
      <w:r>
        <w:t>So, you become a - if you are a man, now you become a superman.</w:t>
      </w:r>
    </w:p>
    <w:p>
      <w:pPr>
        <w:jc w:val="right"/>
      </w:pPr>
      <w:r>
        <w:t>So, you become a - if you are a man, now you become a superman.</w:t>
      </w:r>
    </w:p>
    <w:p>
      <w:r>
        <w:rPr>
          <w:b/>
        </w:rPr>
        <w:t xml:space="preserve">[35:17] </w:t>
      </w:r>
      <w:r>
        <w:t>It doubles your ability.</w:t>
      </w:r>
    </w:p>
    <w:p>
      <w:pPr>
        <w:jc w:val="right"/>
      </w:pPr>
      <w:r>
        <w:t>It doubles your ability.</w:t>
      </w:r>
    </w:p>
    <w:p>
      <w:r>
        <w:rPr>
          <w:b/>
        </w:rPr>
        <w:t xml:space="preserve">[35:23] </w:t>
      </w:r>
      <w:r>
        <w:t>You know, our mind is the source of all kinds of - source of everything. O</w:t>
      </w:r>
    </w:p>
    <w:p>
      <w:pPr>
        <w:jc w:val="right"/>
      </w:pPr>
      <w:r>
        <w:t>You know, our mind is the source of all kinds of - source of everything. O</w:t>
      </w:r>
    </w:p>
    <w:p>
      <w:r>
        <w:rPr>
          <w:b/>
        </w:rPr>
        <w:t xml:space="preserve">[35:29] </w:t>
      </w:r>
      <w:r>
        <w:t>ur body is simply a vehicle.</w:t>
      </w:r>
    </w:p>
    <w:p>
      <w:pPr>
        <w:jc w:val="right"/>
      </w:pPr>
      <w:r>
        <w:t>ur body is simply a vehicle.</w:t>
      </w:r>
    </w:p>
    <w:p>
      <w:r>
        <w:rPr>
          <w:b/>
        </w:rPr>
        <w:t xml:space="preserve">[35:36] </w:t>
      </w:r>
      <w:r>
        <w:t>Our body is simply a vehicle, and all other things are in our mind.</w:t>
      </w:r>
    </w:p>
    <w:p>
      <w:pPr>
        <w:jc w:val="right"/>
      </w:pPr>
      <w:r>
        <w:t>Our body is simply a vehicle, and all other things are in our mind.</w:t>
      </w:r>
    </w:p>
    <w:p>
      <w:r>
        <w:rPr>
          <w:b/>
        </w:rPr>
        <w:t xml:space="preserve">[35:44] </w:t>
      </w:r>
      <w:r>
        <w:t>So, it is the fact that when one faces problems, it is a fact that the mind is</w:t>
      </w:r>
    </w:p>
    <w:p>
      <w:pPr>
        <w:jc w:val="right"/>
      </w:pPr>
      <w:r>
        <w:t>So, it is the fact that when one faces problems, it is a fact that the mind is</w:t>
      </w:r>
    </w:p>
    <w:p>
      <w:r>
        <w:rPr>
          <w:b/>
        </w:rPr>
        <w:t xml:space="preserve">[35:52] </w:t>
      </w:r>
      <w:r>
        <w:t>- originally, the mind lives in a dormant position,</w:t>
      </w:r>
    </w:p>
    <w:p>
      <w:pPr>
        <w:jc w:val="right"/>
      </w:pPr>
      <w:r>
        <w:t>- originally, the mind lives in a dormant position,</w:t>
      </w:r>
    </w:p>
    <w:p>
      <w:r>
        <w:rPr>
          <w:b/>
        </w:rPr>
        <w:t xml:space="preserve">[35:59] </w:t>
      </w:r>
      <w:r>
        <w:t>but when the mind faces a problem, it awakens our mind.</w:t>
      </w:r>
    </w:p>
    <w:p>
      <w:pPr>
        <w:jc w:val="right"/>
      </w:pPr>
      <w:r>
        <w:t>but when the mind faces a problem, it awakens our mind.</w:t>
      </w:r>
    </w:p>
    <w:p>
      <w:r>
        <w:rPr>
          <w:b/>
        </w:rPr>
        <w:t xml:space="preserve">[36:07] </w:t>
      </w:r>
      <w:r>
        <w:t>Problem awakens our mind, which is called in psychology brainstorming.</w:t>
      </w:r>
    </w:p>
    <w:p>
      <w:pPr>
        <w:jc w:val="right"/>
      </w:pPr>
      <w:r>
        <w:t>Problem awakens our mind, which is called in psychology brainstorming.</w:t>
      </w:r>
    </w:p>
    <w:p>
      <w:r>
        <w:rPr>
          <w:b/>
        </w:rPr>
        <w:t xml:space="preserve">[36:15] </w:t>
      </w:r>
      <w:r>
        <w:t>So, when there is a problem, there is brainstorming.</w:t>
      </w:r>
    </w:p>
    <w:p>
      <w:pPr>
        <w:jc w:val="right"/>
      </w:pPr>
      <w:r>
        <w:t>So, when there is a problem, there is brainstorming.</w:t>
      </w:r>
    </w:p>
    <w:p>
      <w:r>
        <w:rPr>
          <w:b/>
        </w:rPr>
        <w:t xml:space="preserve">[36:22] </w:t>
      </w:r>
      <w:r>
        <w:t>When there is a problem, there is brainstorming.</w:t>
      </w:r>
    </w:p>
    <w:p>
      <w:pPr>
        <w:jc w:val="right"/>
      </w:pPr>
      <w:r>
        <w:t>When there is a problem, there is brainstorming.</w:t>
      </w:r>
    </w:p>
    <w:p>
      <w:r>
        <w:rPr>
          <w:b/>
        </w:rPr>
        <w:t xml:space="preserve">[36:30] </w:t>
      </w:r>
      <w:r>
        <w:t>So, problem always enhances your capability, your strength, your ability.</w:t>
      </w:r>
    </w:p>
    <w:p>
      <w:pPr>
        <w:jc w:val="right"/>
      </w:pPr>
      <w:r>
        <w:t>So, problem always enhances your capability, your strength, your ability.</w:t>
      </w:r>
    </w:p>
    <w:p>
      <w:r>
        <w:rPr>
          <w:b/>
        </w:rPr>
        <w:t xml:space="preserve">[36:38] </w:t>
      </w:r>
      <w:r>
        <w:t>So, this is double opportunity.</w:t>
      </w:r>
    </w:p>
    <w:p>
      <w:pPr>
        <w:jc w:val="right"/>
      </w:pPr>
      <w:r>
        <w:t>So, this is double opportunity.</w:t>
      </w:r>
    </w:p>
    <w:p>
      <w:r>
        <w:rPr>
          <w:b/>
        </w:rPr>
        <w:t xml:space="preserve">[36:46] </w:t>
      </w:r>
      <w:r>
        <w:t>One opportunity is supplied by the situation, and the other opportunity is supplied by your mind.</w:t>
      </w:r>
    </w:p>
    <w:p>
      <w:pPr>
        <w:jc w:val="right"/>
      </w:pPr>
      <w:r>
        <w:t>One opportunity is supplied by the situation, and the other opportunity is supplied by your mind.</w:t>
      </w:r>
    </w:p>
    <w:p>
      <w:r>
        <w:rPr>
          <w:b/>
        </w:rPr>
        <w:t xml:space="preserve">[36:53] </w:t>
      </w:r>
      <w:r>
        <w:t>So, it doubles.</w:t>
      </w:r>
    </w:p>
    <w:p>
      <w:pPr>
        <w:jc w:val="right"/>
      </w:pPr>
      <w:r>
        <w:t>So, it doubles.</w:t>
      </w:r>
    </w:p>
    <w:p>
      <w:r>
        <w:rPr>
          <w:b/>
        </w:rPr>
        <w:t xml:space="preserve">[37:01] </w:t>
      </w:r>
      <w:r>
        <w:t>This is the saying of the Prophet - "One problem cannot overpower two opportunities." So, what a beautiful interpretation.</w:t>
      </w:r>
    </w:p>
    <w:p>
      <w:pPr>
        <w:jc w:val="right"/>
      </w:pPr>
      <w:r>
        <w:t>This is the saying of the Prophet - "One problem cannot overpower two opportunities." So, what a beautiful interpretation.</w:t>
      </w:r>
    </w:p>
    <w:p>
      <w:r>
        <w:rPr>
          <w:b/>
        </w:rPr>
        <w:t xml:space="preserve">[37:11] </w:t>
      </w:r>
      <w:r>
        <w:t>In this interpretation, there is courage, there is hope.</w:t>
      </w:r>
    </w:p>
    <w:p>
      <w:pPr>
        <w:jc w:val="right"/>
      </w:pPr>
      <w:r>
        <w:t>In this interpretation, there is courage, there is hope.</w:t>
      </w:r>
    </w:p>
    <w:p>
      <w:r>
        <w:rPr>
          <w:b/>
        </w:rPr>
        <w:t xml:space="preserve">[37:21] </w:t>
      </w:r>
      <w:r>
        <w:t>So, I would like to say that the Quran is a book of ideology, a book of</w:t>
      </w:r>
    </w:p>
    <w:p>
      <w:pPr>
        <w:jc w:val="right"/>
      </w:pPr>
      <w:r>
        <w:t>So, I would like to say that the Quran is a book of ideology, a book of</w:t>
      </w:r>
    </w:p>
    <w:p>
      <w:r>
        <w:rPr>
          <w:b/>
        </w:rPr>
        <w:t xml:space="preserve">[37:31] </w:t>
      </w:r>
      <w:r>
        <w:t>principles, a book of fundamentals. So, all the fundamentals, all the principles, all the basic tenets of Islam can be found in the Quran, but practical details are not mentioned in the Quran. Practical details are given by the Prophet in terms of ibadah, in terms of da</w:t>
      </w:r>
    </w:p>
    <w:p>
      <w:pPr>
        <w:jc w:val="right"/>
      </w:pPr>
      <w:r>
        <w:t>principles, a book of fundamentals. So, all the fundamentals, all the principles, all the basic tenets of Islam can be found in the Quran, but practical details are not mentioned in the Quran. Practical details are given by the Prophet in terms of ibadah, in terms of da</w:t>
      </w:r>
    </w:p>
    <w:p>
      <w:r>
        <w:rPr>
          <w:b/>
        </w:rPr>
        <w:t xml:space="preserve">[38:01] </w:t>
      </w:r>
      <w:r>
        <w:t>ily life, and everything is - the details of everything are given by the Prophet.</w:t>
      </w:r>
    </w:p>
    <w:p>
      <w:pPr>
        <w:jc w:val="right"/>
      </w:pPr>
      <w:r>
        <w:t>ily life, and everything is - the details of everything are given by the Prophet.</w:t>
      </w:r>
    </w:p>
    <w:p>
      <w:r>
        <w:rPr>
          <w:b/>
        </w:rPr>
        <w:t xml:space="preserve">[38:07] </w:t>
      </w:r>
      <w:r>
        <w:t>We can find it in the Prophet's life.</w:t>
      </w:r>
    </w:p>
    <w:p>
      <w:pPr>
        <w:jc w:val="right"/>
      </w:pPr>
      <w:r>
        <w:t>We can find it in the Prophet's life.</w:t>
      </w:r>
    </w:p>
    <w:p>
      <w:r>
        <w:rPr>
          <w:b/>
        </w:rPr>
        <w:t xml:space="preserve">[38:13] </w:t>
      </w:r>
      <w:r>
        <w:t>So, Hadith is very, very important.</w:t>
      </w:r>
    </w:p>
    <w:p>
      <w:pPr>
        <w:jc w:val="right"/>
      </w:pPr>
      <w:r>
        <w:t>So, Hadith is very, very important.</w:t>
      </w:r>
    </w:p>
    <w:p>
      <w:r>
        <w:rPr>
          <w:b/>
        </w:rPr>
        <w:t xml:space="preserve">[38:19] </w:t>
      </w:r>
      <w:r>
        <w:t>The importance of the Quran is that it gives us the ideology of Islam, and the importance of</w:t>
      </w:r>
    </w:p>
    <w:p>
      <w:pPr>
        <w:jc w:val="right"/>
      </w:pPr>
      <w:r>
        <w:t>The importance of the Quran is that it gives us the ideology of Islam, and the importance of</w:t>
      </w:r>
    </w:p>
    <w:p>
      <w:r>
        <w:rPr>
          <w:b/>
        </w:rPr>
        <w:t xml:space="preserve">[38:25] </w:t>
      </w:r>
      <w:r>
        <w:t>Hadith is that it gives us the det</w:t>
      </w:r>
    </w:p>
    <w:p>
      <w:pPr>
        <w:jc w:val="right"/>
      </w:pPr>
      <w:r>
        <w:t>Hadith is that it gives us the det</w:t>
      </w:r>
    </w:p>
    <w:p>
      <w:r>
        <w:rPr>
          <w:b/>
        </w:rPr>
        <w:t xml:space="preserve">[38:31] </w:t>
      </w:r>
      <w:r>
        <w:t>ails of Islam, the practical aspects of Islam. So, both are important, both are authentic sources of Islam. It is wrong to say that the Quran is enough. Also, it is wrong to say that Hadith is enough. If someone says that Hadith is enough, that is also wrong. You c</w:t>
      </w:r>
    </w:p>
    <w:p>
      <w:pPr>
        <w:jc w:val="right"/>
      </w:pPr>
      <w:r>
        <w:t>ails of Islam, the practical aspects of Islam. So, both are important, both are authentic sources of Islam. It is wrong to say that the Quran is enough. Also, it is wrong to say that Hadith is enough. If someone says that Hadith is enough, that is also wrong. You c</w:t>
      </w:r>
    </w:p>
    <w:p>
      <w:r>
        <w:rPr>
          <w:b/>
        </w:rPr>
        <w:t xml:space="preserve">[39:01] </w:t>
      </w:r>
      <w:r>
        <w:t>annot say that the Quran is enough, and you cannot say that Hadith is enough.</w:t>
      </w:r>
    </w:p>
    <w:p>
      <w:pPr>
        <w:jc w:val="right"/>
      </w:pPr>
      <w:r>
        <w:t>annot say that the Quran is enough, and you cannot say that Hadith is enough.</w:t>
      </w:r>
    </w:p>
    <w:p>
      <w:r>
        <w:rPr>
          <w:b/>
        </w:rPr>
        <w:t xml:space="preserve">[39:09] </w:t>
      </w:r>
      <w:r>
        <w:t>Both are equally authentic, and both are equally important for guidance.</w:t>
      </w:r>
    </w:p>
    <w:p>
      <w:pPr>
        <w:jc w:val="right"/>
      </w:pPr>
      <w:r>
        <w:t>Both are equally authentic, and both are equally important for guidance.</w:t>
      </w:r>
    </w:p>
    <w:p>
      <w:r>
        <w:rPr>
          <w:b/>
        </w:rPr>
        <w:t xml:space="preserve">[39:17] </w:t>
      </w:r>
      <w:r>
        <w:t>Those people who have not studied in detail, they can say like this, but if you study Hadith</w:t>
      </w:r>
    </w:p>
    <w:p>
      <w:pPr>
        <w:jc w:val="right"/>
      </w:pPr>
      <w:r>
        <w:t>Those people who have not studied in detail, they can say like this, but if you study Hadith</w:t>
      </w:r>
    </w:p>
    <w:p>
      <w:r>
        <w:rPr>
          <w:b/>
        </w:rPr>
        <w:t xml:space="preserve">[39:25] </w:t>
      </w:r>
      <w:r>
        <w:t>in detail, you will find</w:t>
      </w:r>
    </w:p>
    <w:p>
      <w:pPr>
        <w:jc w:val="right"/>
      </w:pPr>
      <w:r>
        <w:t>in detail, you will find</w:t>
      </w:r>
    </w:p>
    <w:p>
      <w:r>
        <w:rPr>
          <w:b/>
        </w:rPr>
        <w:t xml:space="preserve">[39:33] </w:t>
      </w:r>
      <w:r>
        <w:t>that Hadith is very, very important.</w:t>
      </w:r>
    </w:p>
    <w:p>
      <w:pPr>
        <w:jc w:val="right"/>
      </w:pPr>
      <w:r>
        <w:t>that Hadith is very, very important.</w:t>
      </w:r>
    </w:p>
    <w:p>
      <w:r>
        <w:rPr>
          <w:b/>
        </w:rPr>
        <w:t xml:space="preserve">[39:42] </w:t>
      </w:r>
      <w:r>
        <w:t>Hadith is wisdom, full of wisdom, full of wisdom.</w:t>
      </w:r>
    </w:p>
    <w:p>
      <w:pPr>
        <w:jc w:val="right"/>
      </w:pPr>
      <w:r>
        <w:t>Hadith is wisdom, full of wisdom, full of wisdom.</w:t>
      </w:r>
    </w:p>
    <w:p>
      <w:r>
        <w:rPr>
          <w:b/>
        </w:rPr>
        <w:t xml:space="preserve">[39:50] </w:t>
      </w:r>
      <w:r>
        <w:t>All the Hadith gives us some divine wisdom, divine wisdom.</w:t>
      </w:r>
    </w:p>
    <w:p>
      <w:pPr>
        <w:jc w:val="right"/>
      </w:pPr>
      <w:r>
        <w:t>All the Hadith gives us some divine wisdom, divine wisdom.</w:t>
      </w:r>
    </w:p>
    <w:p>
      <w:r>
        <w:rPr>
          <w:b/>
        </w:rPr>
        <w:t xml:space="preserve">[39:59] </w:t>
      </w:r>
      <w:r>
        <w:t>Without Hadith, we have no - we will lose half of the base of Islam.</w:t>
      </w:r>
    </w:p>
    <w:p>
      <w:pPr>
        <w:jc w:val="right"/>
      </w:pPr>
      <w:r>
        <w:t>Without Hadith, we have no - we will lose half of the base of Islam.</w:t>
      </w:r>
    </w:p>
    <w:p>
      <w:r>
        <w:rPr>
          <w:b/>
        </w:rPr>
        <w:t xml:space="preserve">[40:07] </w:t>
      </w:r>
      <w:r>
        <w:t>So, it is very important to read the Quran, and then it is very important to read the Hadith.</w:t>
      </w:r>
    </w:p>
    <w:p>
      <w:pPr>
        <w:jc w:val="right"/>
      </w:pPr>
      <w:r>
        <w:t>So, it is very important to read the Quran, and then it is very important to read the Hadith.</w:t>
      </w:r>
    </w:p>
    <w:p>
      <w:r>
        <w:rPr>
          <w:b/>
        </w:rPr>
        <w:t xml:space="preserve">[40:17] </w:t>
      </w:r>
      <w:r>
        <w:t>So, if you have enough time to learn the Arabic language, you have to try to learn the</w:t>
      </w:r>
    </w:p>
    <w:p>
      <w:pPr>
        <w:jc w:val="right"/>
      </w:pPr>
      <w:r>
        <w:t>So, if you have enough time to learn the Arabic language, you have to try to learn the</w:t>
      </w:r>
    </w:p>
    <w:p>
      <w:r>
        <w:rPr>
          <w:b/>
        </w:rPr>
        <w:t xml:space="preserve">[40:27] </w:t>
      </w:r>
      <w:r>
        <w:t>Arabic language, but if you have no such time, then</w:t>
      </w:r>
    </w:p>
    <w:p>
      <w:pPr>
        <w:jc w:val="right"/>
      </w:pPr>
      <w:r>
        <w:t>Arabic language, but if you have no such time, then</w:t>
      </w:r>
    </w:p>
    <w:p>
      <w:r>
        <w:rPr>
          <w:b/>
        </w:rPr>
        <w:t xml:space="preserve">[40:37] </w:t>
      </w:r>
      <w:r>
        <w:t>translation is also enough. Now, the Hadith literature is translated into every language - in English language, in French language, in Urdu language, in Hindi language, almost all the major languages, in almost all the major languages. So, if you have enough time to learn the Arab</w:t>
      </w:r>
    </w:p>
    <w:p>
      <w:pPr>
        <w:jc w:val="right"/>
      </w:pPr>
      <w:r>
        <w:t>translation is also enough. Now, the Hadith literature is translated into every language - in English language, in French language, in Urdu language, in Hindi language, almost all the major languages, in almost all the major languages. So, if you have enough time to learn the Arab</w:t>
      </w:r>
    </w:p>
    <w:p>
      <w:r>
        <w:rPr>
          <w:b/>
        </w:rPr>
        <w:t xml:space="preserve">[41:07] </w:t>
      </w:r>
      <w:r>
        <w:t>ic language, then you have to try to learn the Arabic language, but if you have no such</w:t>
      </w:r>
    </w:p>
    <w:p>
      <w:pPr>
        <w:jc w:val="right"/>
      </w:pPr>
      <w:r>
        <w:t>ic language, then you have to try to learn the Arabic language, but if you have no such</w:t>
      </w:r>
    </w:p>
    <w:p>
      <w:r>
        <w:rPr>
          <w:b/>
        </w:rPr>
        <w:t xml:space="preserve">[41:15] </w:t>
      </w:r>
      <w:r>
        <w:t>time, you can read translation in your own mother tongue.</w:t>
      </w:r>
    </w:p>
    <w:p>
      <w:pPr>
        <w:jc w:val="right"/>
      </w:pPr>
      <w:r>
        <w:t>time, you can read translation in your own mother tongue.</w:t>
      </w:r>
    </w:p>
    <w:p>
      <w:r>
        <w:rPr>
          <w:b/>
        </w:rPr>
        <w:t xml:space="preserve">[41:24] </w:t>
      </w:r>
      <w:r>
        <w:t>It is available for you.</w:t>
      </w:r>
    </w:p>
    <w:p>
      <w:pPr>
        <w:jc w:val="right"/>
      </w:pPr>
      <w:r>
        <w:t>It is available for you.</w:t>
      </w:r>
    </w:p>
    <w:p>
      <w:r>
        <w:rPr>
          <w:b/>
        </w:rPr>
        <w:t xml:space="preserve">[41:32] </w:t>
      </w:r>
      <w:r>
        <w:t>Then, although the original books of Hadith are</w:t>
      </w:r>
    </w:p>
    <w:p>
      <w:pPr>
        <w:jc w:val="right"/>
      </w:pPr>
      <w:r>
        <w:t>Then, although the original books of Hadith are</w:t>
      </w:r>
    </w:p>
    <w:p>
      <w:r>
        <w:rPr>
          <w:b/>
        </w:rPr>
        <w:t xml:space="preserve">[41:40] </w:t>
      </w:r>
      <w:r>
        <w:t>there are about two dozen, and six are called Sahasrta, but a common man does not need to</w:t>
      </w:r>
    </w:p>
    <w:p>
      <w:pPr>
        <w:jc w:val="right"/>
      </w:pPr>
      <w:r>
        <w:t>there are about two dozen, and six are called Sahasrta, but a common man does not need to</w:t>
      </w:r>
    </w:p>
    <w:p>
      <w:r>
        <w:rPr>
          <w:b/>
        </w:rPr>
        <w:t xml:space="preserve">[41:48] </w:t>
      </w:r>
      <w:r>
        <w:t>read all these books.</w:t>
      </w:r>
    </w:p>
    <w:p>
      <w:pPr>
        <w:jc w:val="right"/>
      </w:pPr>
      <w:r>
        <w:t>read all these books.</w:t>
      </w:r>
    </w:p>
    <w:p>
      <w:r>
        <w:rPr>
          <w:b/>
        </w:rPr>
        <w:t xml:space="preserve">[41:55] </w:t>
      </w:r>
      <w:r>
        <w:t>I will suggest that for a common man, Mishkatul Masabih is enough.</w:t>
      </w:r>
    </w:p>
    <w:p>
      <w:pPr>
        <w:jc w:val="right"/>
      </w:pPr>
      <w:r>
        <w:t>I will suggest that for a common man, Mishkatul Masabih is enough.</w:t>
      </w:r>
    </w:p>
    <w:p>
      <w:r>
        <w:rPr>
          <w:b/>
        </w:rPr>
        <w:t xml:space="preserve">[42:03] </w:t>
      </w:r>
      <w:r>
        <w:t>Mishkatul Masabih is a book of Hadith</w:t>
      </w:r>
    </w:p>
    <w:p>
      <w:pPr>
        <w:jc w:val="right"/>
      </w:pPr>
      <w:r>
        <w:t>Mishkatul Masabih is a book of Hadith</w:t>
      </w:r>
    </w:p>
    <w:p>
      <w:r>
        <w:rPr>
          <w:b/>
        </w:rPr>
        <w:t xml:space="preserve">[42:11] </w:t>
      </w:r>
      <w:r>
        <w:t>—</w:t>
      </w:r>
    </w:p>
    <w:p>
      <w:pPr>
        <w:jc w:val="right"/>
      </w:pPr>
      <w:r>
        <w:t>.</w:t>
      </w:r>
    </w:p>
    <w:p>
      <w:r>
        <w:rPr>
          <w:b/>
        </w:rPr>
        <w:t xml:space="preserve">[42:19] </w:t>
      </w:r>
      <w:r>
        <w:t>Also, it is a secondary source of Hadith because in later periods of the Islamic history, some scholars</w:t>
      </w:r>
    </w:p>
    <w:p>
      <w:pPr>
        <w:jc w:val="right"/>
      </w:pPr>
      <w:r>
        <w:t>Also, it is a secondary source of Hadith because in later periods of the Islamic history, some scholars</w:t>
      </w:r>
    </w:p>
    <w:p>
      <w:r>
        <w:rPr>
          <w:b/>
        </w:rPr>
        <w:t xml:space="preserve">[42:26] </w:t>
      </w:r>
      <w:r>
        <w:t>published this, and in this book, they included selective Hadith.</w:t>
      </w:r>
    </w:p>
    <w:p>
      <w:pPr>
        <w:jc w:val="right"/>
      </w:pPr>
      <w:r>
        <w:t>published this, and in this book, they included selective Hadith.</w:t>
      </w:r>
    </w:p>
    <w:p>
      <w:r>
        <w:rPr>
          <w:b/>
        </w:rPr>
        <w:t xml:space="preserve">[42:34] </w:t>
      </w:r>
      <w:r>
        <w:t>There are many books in which you can find selections from Hadith, l</w:t>
      </w:r>
    </w:p>
    <w:p>
      <w:pPr>
        <w:jc w:val="right"/>
      </w:pPr>
      <w:r>
        <w:t>There are many books in which you can find selections from Hadith, l</w:t>
      </w:r>
    </w:p>
    <w:p>
      <w:r>
        <w:rPr>
          <w:b/>
        </w:rPr>
        <w:t xml:space="preserve">[42:41] </w:t>
      </w:r>
      <w:r>
        <w:t>ike Riyadus Salihin and other books are selections from Hadith - Riyadus Salihin, Jammul Fawaid.</w:t>
      </w:r>
    </w:p>
    <w:p>
      <w:pPr>
        <w:jc w:val="right"/>
      </w:pPr>
      <w:r>
        <w:t>ike Riyadus Salihin and other books are selections from Hadith - Riyadus Salihin, Jammul Fawaid.</w:t>
      </w:r>
    </w:p>
    <w:p>
      <w:r>
        <w:rPr>
          <w:b/>
        </w:rPr>
        <w:t xml:space="preserve">[42:57] </w:t>
      </w:r>
      <w:r>
        <w:t>So, there are dozens of such Hadith in which scholars have included the Prophet's Hadith in a selective basis,</w:t>
      </w:r>
    </w:p>
    <w:p>
      <w:pPr>
        <w:jc w:val="right"/>
      </w:pPr>
      <w:r>
        <w:t>So, there are dozens of such Hadith in which scholars have included the Prophet's Hadith in a selective basis,</w:t>
      </w:r>
    </w:p>
    <w:p>
      <w:r>
        <w:rPr>
          <w:b/>
        </w:rPr>
        <w:t xml:space="preserve">[43:13] </w:t>
      </w:r>
      <w:r>
        <w:t>and Mishkat is also such a kind of Hadith book.</w:t>
      </w:r>
    </w:p>
    <w:p>
      <w:pPr>
        <w:jc w:val="right"/>
      </w:pPr>
      <w:r>
        <w:t>and Mishkat is also such a kind of Hadith book.</w:t>
      </w:r>
    </w:p>
    <w:p>
      <w:r>
        <w:rPr>
          <w:b/>
        </w:rPr>
        <w:t xml:space="preserve">[43:20] </w:t>
      </w:r>
      <w:r>
        <w:t>So, I prefer Hadith - I prefer Mishkatul Masabih because it is a very - in this book,</w:t>
      </w:r>
    </w:p>
    <w:p>
      <w:pPr>
        <w:jc w:val="right"/>
      </w:pPr>
      <w:r>
        <w:t>So, I prefer Hadith - I prefer Mishkatul Masabih because it is a very - in this book,</w:t>
      </w:r>
    </w:p>
    <w:p>
      <w:r>
        <w:rPr>
          <w:b/>
        </w:rPr>
        <w:t xml:space="preserve">[43:28] </w:t>
      </w:r>
      <w:r>
        <w:t>you can find very authentic Hadith in every subject.</w:t>
      </w:r>
    </w:p>
    <w:p>
      <w:pPr>
        <w:jc w:val="right"/>
      </w:pPr>
      <w:r>
        <w:t>you can find very authentic Hadith in every subject.</w:t>
      </w:r>
    </w:p>
    <w:p>
      <w:r>
        <w:rPr>
          <w:b/>
        </w:rPr>
        <w:t xml:space="preserve">[43:35] </w:t>
      </w:r>
      <w:r>
        <w:t>All the subjects are there, although it is a selection, but it covers</w:t>
      </w:r>
    </w:p>
    <w:p>
      <w:pPr>
        <w:jc w:val="right"/>
      </w:pPr>
      <w:r>
        <w:t>All the subjects are there, although it is a selection, but it covers</w:t>
      </w:r>
    </w:p>
    <w:p>
      <w:r>
        <w:rPr>
          <w:b/>
        </w:rPr>
        <w:t xml:space="preserve">[43:43] </w:t>
      </w:r>
      <w:r>
        <w:t>all the chapters, all the subjects.</w:t>
      </w:r>
    </w:p>
    <w:p>
      <w:pPr>
        <w:jc w:val="right"/>
      </w:pPr>
      <w:r>
        <w:t>all the chapters, all the subjects.</w:t>
      </w:r>
    </w:p>
    <w:p>
      <w:r>
        <w:rPr>
          <w:b/>
        </w:rPr>
        <w:t xml:space="preserve">[43:49] </w:t>
      </w:r>
      <w:r>
        <w:t>Then, it is a very popular book.</w:t>
      </w:r>
    </w:p>
    <w:p>
      <w:pPr>
        <w:jc w:val="right"/>
      </w:pPr>
      <w:r>
        <w:t>Then, it is a very popular book.</w:t>
      </w:r>
    </w:p>
    <w:p>
      <w:r>
        <w:rPr>
          <w:b/>
        </w:rPr>
        <w:t xml:space="preserve">[43:55] </w:t>
      </w:r>
      <w:r>
        <w:t>So, in every language, you can find translation of Mishkat - in Urdu language, in Hindi language, in</w:t>
      </w:r>
    </w:p>
    <w:p>
      <w:pPr>
        <w:jc w:val="right"/>
      </w:pPr>
      <w:r>
        <w:t>So, in every language, you can find translation of Mishkat - in Urdu language, in Hindi language, in</w:t>
      </w:r>
    </w:p>
    <w:p>
      <w:r>
        <w:rPr>
          <w:b/>
        </w:rPr>
        <w:t xml:space="preserve">[44:01] </w:t>
      </w:r>
      <w:r>
        <w:t>English language, in French language.</w:t>
      </w:r>
    </w:p>
    <w:p>
      <w:pPr>
        <w:jc w:val="right"/>
      </w:pPr>
      <w:r>
        <w:t>English language, in French language.</w:t>
      </w:r>
    </w:p>
    <w:p>
      <w:r>
        <w:rPr>
          <w:b/>
        </w:rPr>
        <w:t xml:space="preserve">[44:07] </w:t>
      </w:r>
      <w:r>
        <w:t>In every language, you can find translation of Mishkatul Masabih.</w:t>
      </w:r>
    </w:p>
    <w:p>
      <w:pPr>
        <w:jc w:val="right"/>
      </w:pPr>
      <w:r>
        <w:t>In every language, you can find translation of Mishkatul Masabih.</w:t>
      </w:r>
    </w:p>
    <w:p>
      <w:r>
        <w:rPr>
          <w:b/>
        </w:rPr>
        <w:t xml:space="preserve">[44:13] </w:t>
      </w:r>
      <w:r>
        <w:t>So, it is - I think for a common man, for a common man, reading Mishkatul Masabih is enough.</w:t>
      </w:r>
    </w:p>
    <w:p>
      <w:pPr>
        <w:jc w:val="right"/>
      </w:pPr>
      <w:r>
        <w:t>So, it is - I think for a common man, for a common man, reading Mishkatul Masabih is enough.</w:t>
      </w:r>
    </w:p>
    <w:p>
      <w:r>
        <w:rPr>
          <w:b/>
        </w:rPr>
        <w:t xml:space="preserve">[44:23] </w:t>
      </w:r>
      <w:r>
        <w:t>He can find all those teachings given by the Prophet in this book.</w:t>
      </w:r>
    </w:p>
    <w:p>
      <w:pPr>
        <w:jc w:val="right"/>
      </w:pPr>
      <w:r>
        <w:t>He can find all those teachings given by the Prophet in this book.</w:t>
      </w:r>
    </w:p>
    <w:p>
      <w:r>
        <w:rPr>
          <w:b/>
        </w:rPr>
        <w:t xml:space="preserve">[44:33] </w:t>
      </w:r>
      <w:r>
        <w:t>In this book, it contains three volumes, although it is</w:t>
      </w:r>
    </w:p>
    <w:p>
      <w:pPr>
        <w:jc w:val="right"/>
      </w:pPr>
      <w:r>
        <w:t>In this book, it contains three volumes, although it is</w:t>
      </w:r>
    </w:p>
    <w:p>
      <w:r>
        <w:rPr>
          <w:b/>
        </w:rPr>
        <w:t xml:space="preserve">[44:44] </w:t>
      </w:r>
      <w:r>
        <w:t>not a very comprehensive book, but all kinds of Hadith you can find in Mishkatul Masabih.</w:t>
      </w:r>
    </w:p>
    <w:p>
      <w:pPr>
        <w:jc w:val="right"/>
      </w:pPr>
      <w:r>
        <w:t>not a very comprehensive book, but all kinds of Hadith you can find in Mishkatul Masabih.</w:t>
      </w:r>
    </w:p>
    <w:p>
      <w:r>
        <w:rPr>
          <w:b/>
        </w:rPr>
        <w:t xml:space="preserve">[44:55] </w:t>
      </w:r>
      <w:r>
        <w:t>I will quote an example from Mishkatul Masabih.</w:t>
      </w:r>
    </w:p>
    <w:p>
      <w:pPr>
        <w:jc w:val="right"/>
      </w:pPr>
      <w:r>
        <w:t>I will quote an example from Mishkatul Masabih.</w:t>
      </w:r>
    </w:p>
    <w:p>
      <w:r>
        <w:rPr>
          <w:b/>
        </w:rPr>
        <w:t xml:space="preserve">[45:06] </w:t>
      </w:r>
      <w:r>
        <w:t>There is a Hadith the Prophet of Islam has said - "Afzal ibadate intidzarul farjah."</w:t>
      </w:r>
    </w:p>
    <w:p>
      <w:pPr>
        <w:jc w:val="right"/>
      </w:pPr>
      <w:r>
        <w:t>There is a Hadith the Prophet of Islam has said - "Afzal ibadate intidzarul farjah."</w:t>
      </w:r>
    </w:p>
    <w:p>
      <w:r>
        <w:rPr>
          <w:b/>
        </w:rPr>
        <w:t xml:space="preserve">[45:17] </w:t>
      </w:r>
      <w:r>
        <w:t>In this Hadith, there is a very important principle of life.</w:t>
      </w:r>
    </w:p>
    <w:p>
      <w:pPr>
        <w:jc w:val="right"/>
      </w:pPr>
      <w:r>
        <w:t>In this Hadith, there is a very important principle of life.</w:t>
      </w:r>
    </w:p>
    <w:p>
      <w:r>
        <w:rPr>
          <w:b/>
        </w:rPr>
        <w:t xml:space="preserve">[45:27] </w:t>
      </w:r>
      <w:r>
        <w:t>The Prophet of Islam says that it is also ibadah, it is also worship to wait for solution.</w:t>
      </w:r>
    </w:p>
    <w:p>
      <w:pPr>
        <w:jc w:val="right"/>
      </w:pPr>
      <w:r>
        <w:t>The Prophet of Islam says that it is also ibadah, it is also worship to wait for solution.</w:t>
      </w:r>
    </w:p>
    <w:p>
      <w:r>
        <w:rPr>
          <w:b/>
        </w:rPr>
        <w:t xml:space="preserve">[45:37] </w:t>
      </w:r>
      <w:r>
        <w:t>If one is faced</w:t>
      </w:r>
    </w:p>
    <w:p>
      <w:pPr>
        <w:jc w:val="right"/>
      </w:pPr>
      <w:r>
        <w:t>If one is faced</w:t>
      </w:r>
    </w:p>
    <w:p>
      <w:r>
        <w:rPr>
          <w:b/>
        </w:rPr>
        <w:t xml:space="preserve">[45:48] </w:t>
      </w:r>
      <w:r>
        <w:t>with some problem, some difficulties, he must wait.</w:t>
      </w:r>
    </w:p>
    <w:p>
      <w:pPr>
        <w:jc w:val="right"/>
      </w:pPr>
      <w:r>
        <w:t>with some problem, some difficulties, he must wait.</w:t>
      </w:r>
    </w:p>
    <w:p>
      <w:r>
        <w:rPr>
          <w:b/>
        </w:rPr>
        <w:t xml:space="preserve">[45:55] </w:t>
      </w:r>
      <w:r>
        <w:t>So, waiting is also an ibadah.</w:t>
      </w:r>
    </w:p>
    <w:p>
      <w:pPr>
        <w:jc w:val="right"/>
      </w:pPr>
      <w:r>
        <w:t>So, waiting is also an ibadah.</w:t>
      </w:r>
    </w:p>
    <w:p>
      <w:r>
        <w:rPr>
          <w:b/>
        </w:rPr>
        <w:t xml:space="preserve">[46:03] </w:t>
      </w:r>
      <w:r>
        <w:t>What a beautiful teaching!</w:t>
      </w:r>
    </w:p>
    <w:p>
      <w:pPr>
        <w:jc w:val="right"/>
      </w:pPr>
      <w:r>
        <w:t>What a beautiful teaching!</w:t>
      </w:r>
    </w:p>
    <w:p>
      <w:r>
        <w:rPr>
          <w:b/>
        </w:rPr>
        <w:t xml:space="preserve">[46:11] </w:t>
      </w:r>
      <w:r>
        <w:t>If you find yourself in some difficulties, don't go - don't be frustrated</w:t>
      </w:r>
    </w:p>
    <w:p>
      <w:pPr>
        <w:jc w:val="right"/>
      </w:pPr>
      <w:r>
        <w:t>If you find yourself in some difficulties, don't go - don't be frustrated</w:t>
      </w:r>
    </w:p>
    <w:p>
      <w:r>
        <w:rPr>
          <w:b/>
        </w:rPr>
        <w:t xml:space="preserve">[46:19] </w:t>
      </w:r>
      <w:r>
        <w:t>, don't kill yourself, but simply wait.</w:t>
      </w:r>
    </w:p>
    <w:p>
      <w:pPr>
        <w:jc w:val="right"/>
      </w:pPr>
      <w:r>
        <w:t>, don't kill yourself, but simply wait.</w:t>
      </w:r>
    </w:p>
    <w:p>
      <w:r>
        <w:rPr>
          <w:b/>
        </w:rPr>
        <w:t xml:space="preserve">[46:29] </w:t>
      </w:r>
      <w:r>
        <w:t>So, this Hadith tells us that wait means wait for the next blessing, wait for the coming blessing from God.</w:t>
      </w:r>
    </w:p>
    <w:p>
      <w:pPr>
        <w:jc w:val="right"/>
      </w:pPr>
      <w:r>
        <w:t>So, this Hadith tells us that wait means wait for the next blessing, wait for the coming blessing from God.</w:t>
      </w:r>
    </w:p>
    <w:p>
      <w:r>
        <w:rPr>
          <w:b/>
        </w:rPr>
        <w:t xml:space="preserve">[46:39] </w:t>
      </w:r>
      <w:r>
        <w:t>Believe that in the near</w:t>
      </w:r>
    </w:p>
    <w:p>
      <w:pPr>
        <w:jc w:val="right"/>
      </w:pPr>
      <w:r>
        <w:t>Believe that in the near</w:t>
      </w:r>
    </w:p>
    <w:p>
      <w:r>
        <w:rPr>
          <w:b/>
        </w:rPr>
        <w:t xml:space="preserve">[46:49] </w:t>
      </w:r>
      <w:r>
        <w:t>future, God will send you some special blessing, and the problem will be solved.</w:t>
      </w:r>
    </w:p>
    <w:p>
      <w:pPr>
        <w:jc w:val="right"/>
      </w:pPr>
      <w:r>
        <w:t>future, God will send you some special blessing, and the problem will be solved.</w:t>
      </w:r>
    </w:p>
    <w:p>
      <w:r>
        <w:rPr>
          <w:b/>
        </w:rPr>
        <w:t xml:space="preserve">[46:54] </w:t>
      </w:r>
      <w:r>
        <w:t>In English, it is said that wait and see.</w:t>
      </w:r>
    </w:p>
    <w:p>
      <w:pPr>
        <w:jc w:val="right"/>
      </w:pPr>
      <w:r>
        <w:t>In English, it is said that wait and see.</w:t>
      </w:r>
    </w:p>
    <w:p>
      <w:r>
        <w:rPr>
          <w:b/>
        </w:rPr>
        <w:t xml:space="preserve">[47:00] </w:t>
      </w:r>
      <w:r>
        <w:t>Wait and see is a very beautiful saying, but here you can say that wait and see policy</w:t>
      </w:r>
    </w:p>
    <w:p>
      <w:pPr>
        <w:jc w:val="right"/>
      </w:pPr>
      <w:r>
        <w:t>Wait and see is a very beautiful saying, but here you can say that wait and see policy</w:t>
      </w:r>
    </w:p>
    <w:p>
      <w:r>
        <w:rPr>
          <w:b/>
        </w:rPr>
        <w:t xml:space="preserve">[47:05] </w:t>
      </w:r>
      <w:r>
        <w:t>is ibadah also.</w:t>
      </w:r>
    </w:p>
    <w:p>
      <w:pPr>
        <w:jc w:val="right"/>
      </w:pPr>
      <w:r>
        <w:t>is ibadah also.</w:t>
      </w:r>
    </w:p>
    <w:p>
      <w:r>
        <w:rPr>
          <w:b/>
        </w:rPr>
        <w:t xml:space="preserve">[47:10] </w:t>
      </w:r>
      <w:r>
        <w:t>It is not simply a tactic.</w:t>
      </w:r>
    </w:p>
    <w:p>
      <w:pPr>
        <w:jc w:val="right"/>
      </w:pPr>
      <w:r>
        <w:t>It is not simply a tactic.</w:t>
      </w:r>
    </w:p>
    <w:p>
      <w:r>
        <w:rPr>
          <w:b/>
        </w:rPr>
        <w:t xml:space="preserve">[47:16] </w:t>
      </w:r>
      <w:r>
        <w:t>So, wait and see is a very beautiful principle.</w:t>
      </w:r>
    </w:p>
    <w:p>
      <w:pPr>
        <w:jc w:val="right"/>
      </w:pPr>
      <w:r>
        <w:t>So, wait and see is a very beautiful principle.</w:t>
      </w:r>
    </w:p>
    <w:p>
      <w:r>
        <w:rPr>
          <w:b/>
        </w:rPr>
        <w:t xml:space="preserve">[47:21] </w:t>
      </w:r>
      <w:r>
        <w:t>I like this principle, but this Hadith - "Afzal ibadate intidzarul farjah" - says that wait and see</w:t>
      </w:r>
    </w:p>
    <w:p>
      <w:pPr>
        <w:jc w:val="right"/>
      </w:pPr>
      <w:r>
        <w:t>I like this principle, but this Hadith - "Afzal ibadate intidzarul farjah" - says that wait and see</w:t>
      </w:r>
    </w:p>
    <w:p>
      <w:r>
        <w:rPr>
          <w:b/>
        </w:rPr>
        <w:t xml:space="preserve">[47:29] </w:t>
      </w:r>
      <w:r>
        <w:t>is also an ibadah, a worship of God.</w:t>
      </w:r>
    </w:p>
    <w:p>
      <w:pPr>
        <w:jc w:val="right"/>
      </w:pPr>
      <w:r>
        <w:t>is also an ibadah, a worship of God.</w:t>
      </w:r>
    </w:p>
    <w:p>
      <w:r>
        <w:rPr>
          <w:b/>
        </w:rPr>
        <w:t xml:space="preserve">[47:38] </w:t>
      </w:r>
      <w:r>
        <w:t>So, it is a very important teaching.</w:t>
      </w:r>
    </w:p>
    <w:p>
      <w:pPr>
        <w:jc w:val="right"/>
      </w:pPr>
      <w:r>
        <w:t>So, it is a very important teaching.</w:t>
      </w:r>
    </w:p>
    <w:p>
      <w:r>
        <w:rPr>
          <w:b/>
        </w:rPr>
        <w:t xml:space="preserve">[47:46] </w:t>
      </w:r>
      <w:r>
        <w:t>It saves you from disappointment, it saves you from frustration.</w:t>
      </w:r>
    </w:p>
    <w:p>
      <w:pPr>
        <w:jc w:val="right"/>
      </w:pPr>
      <w:r>
        <w:t>It saves you from disappointment, it saves you from frustration.</w:t>
      </w:r>
    </w:p>
    <w:p>
      <w:r>
        <w:rPr>
          <w:b/>
        </w:rPr>
        <w:t xml:space="preserve">[47:54] </w:t>
      </w:r>
      <w:r>
        <w:t>So, it is very important.</w:t>
      </w:r>
    </w:p>
    <w:p>
      <w:pPr>
        <w:jc w:val="right"/>
      </w:pPr>
      <w:r>
        <w:t>So, it is very important.</w:t>
      </w:r>
    </w:p>
    <w:p>
      <w:r>
        <w:rPr>
          <w:b/>
        </w:rPr>
        <w:t xml:space="preserve">[48:01] </w:t>
      </w:r>
      <w:r>
        <w:t>There are some Quranic commentaries which are based on Hadith.</w:t>
      </w:r>
    </w:p>
    <w:p>
      <w:pPr>
        <w:jc w:val="right"/>
      </w:pPr>
      <w:r>
        <w:t>There are some Quranic commentaries which are based on Hadith.</w:t>
      </w:r>
    </w:p>
    <w:p>
      <w:r>
        <w:rPr>
          <w:b/>
        </w:rPr>
        <w:t xml:space="preserve">[48:07] </w:t>
      </w:r>
      <w:r>
        <w:t>For example, Tafsir Ibn Kathir.</w:t>
      </w:r>
    </w:p>
    <w:p>
      <w:pPr>
        <w:jc w:val="right"/>
      </w:pPr>
      <w:r>
        <w:t>For example, Tafsir Ibn Kathir.</w:t>
      </w:r>
    </w:p>
    <w:p>
      <w:r>
        <w:rPr>
          <w:b/>
        </w:rPr>
        <w:t xml:space="preserve">[48:14] </w:t>
      </w:r>
      <w:r>
        <w:t>If you read this Tafsir, Tafsir Ibn Kathir, you will find that under every verse, there are some Hadiths.</w:t>
      </w:r>
    </w:p>
    <w:p>
      <w:pPr>
        <w:jc w:val="right"/>
      </w:pPr>
      <w:r>
        <w:t>If you read this Tafsir, Tafsir Ibn Kathir, you will find that under every verse, there are some Hadiths.</w:t>
      </w:r>
    </w:p>
    <w:p>
      <w:r>
        <w:rPr>
          <w:b/>
        </w:rPr>
        <w:t xml:space="preserve">[48:21] </w:t>
      </w:r>
      <w:r>
        <w:t>So, this commentator has</w:t>
      </w:r>
    </w:p>
    <w:p>
      <w:pPr>
        <w:jc w:val="right"/>
      </w:pPr>
      <w:r>
        <w:t>So, this commentator has</w:t>
      </w:r>
    </w:p>
    <w:p>
      <w:r>
        <w:rPr>
          <w:b/>
        </w:rPr>
        <w:t xml:space="preserve">[48:27] </w:t>
      </w:r>
      <w:r>
        <w:t>compiled this commentary with the guidance of Hadith.</w:t>
      </w:r>
    </w:p>
    <w:p>
      <w:pPr>
        <w:jc w:val="right"/>
      </w:pPr>
      <w:r>
        <w:t>compiled this commentary with the guidance of Hadith.</w:t>
      </w:r>
    </w:p>
    <w:p>
      <w:r>
        <w:rPr>
          <w:b/>
        </w:rPr>
        <w:t xml:space="preserve">[48:34] </w:t>
      </w:r>
      <w:r>
        <w:t>So, he tries to give interpretation of the Quranic verses in the light of Hadith, in the light</w:t>
      </w:r>
    </w:p>
    <w:p>
      <w:pPr>
        <w:jc w:val="right"/>
      </w:pPr>
      <w:r>
        <w:t>So, he tries to give interpretation of the Quranic verses in the light of Hadith, in the light</w:t>
      </w:r>
    </w:p>
    <w:p>
      <w:r>
        <w:rPr>
          <w:b/>
        </w:rPr>
        <w:t xml:space="preserve">[48:40] </w:t>
      </w:r>
      <w:r>
        <w:t>of the Prophet's saying.</w:t>
      </w:r>
    </w:p>
    <w:p>
      <w:pPr>
        <w:jc w:val="right"/>
      </w:pPr>
      <w:r>
        <w:t>of the Prophet's saying.</w:t>
      </w:r>
    </w:p>
    <w:p>
      <w:r>
        <w:rPr>
          <w:b/>
        </w:rPr>
        <w:t xml:space="preserve">[48:46] </w:t>
      </w:r>
      <w:r>
        <w:t>So, it is a very, very important Hadith.</w:t>
      </w:r>
    </w:p>
    <w:p>
      <w:pPr>
        <w:jc w:val="right"/>
      </w:pPr>
      <w:r>
        <w:t>So, it is a very, very important Hadith.</w:t>
      </w:r>
    </w:p>
    <w:p>
      <w:r>
        <w:rPr>
          <w:b/>
        </w:rPr>
        <w:t xml:space="preserve">[48:52] </w:t>
      </w:r>
      <w:r>
        <w:t>It is a very, very important book of commentary.</w:t>
      </w:r>
    </w:p>
    <w:p>
      <w:pPr>
        <w:jc w:val="right"/>
      </w:pPr>
      <w:r>
        <w:t>It is a very, very important book of commentary.</w:t>
      </w:r>
    </w:p>
    <w:p>
      <w:r>
        <w:rPr>
          <w:b/>
        </w:rPr>
        <w:t xml:space="preserve">[48:58] </w:t>
      </w:r>
      <w:r>
        <w:t>In this book, you can read both Quran and Hadith.</w:t>
      </w:r>
    </w:p>
    <w:p>
      <w:pPr>
        <w:jc w:val="right"/>
      </w:pPr>
      <w:r>
        <w:t>In this book, you can read both Quran and Hadith.</w:t>
      </w:r>
    </w:p>
    <w:p>
      <w:r>
        <w:rPr>
          <w:b/>
        </w:rPr>
        <w:t xml:space="preserve">[49:09] </w:t>
      </w:r>
      <w:r>
        <w:t>So, there are some other books like Tafsir Ibn Kathir in which you can read the Hadith literature</w:t>
      </w:r>
    </w:p>
    <w:p>
      <w:pPr>
        <w:jc w:val="right"/>
      </w:pPr>
      <w:r>
        <w:t>So, there are some other books like Tafsir Ibn Kathir in which you can read the Hadith literature</w:t>
      </w:r>
    </w:p>
    <w:p>
      <w:r>
        <w:rPr>
          <w:b/>
        </w:rPr>
        <w:t xml:space="preserve">[49:20] </w:t>
      </w:r>
      <w:r>
        <w:t>with the reference of Quran, with the reference of lif</w:t>
      </w:r>
    </w:p>
    <w:p>
      <w:pPr>
        <w:jc w:val="right"/>
      </w:pPr>
      <w:r>
        <w:t>with the reference of Quran, with the reference of lif</w:t>
      </w:r>
    </w:p>
    <w:p>
      <w:r>
        <w:rPr>
          <w:b/>
        </w:rPr>
        <w:t xml:space="preserve">[49:30] </w:t>
      </w:r>
      <w:r>
        <w:t>e, with the reference of our daily activities.</w:t>
      </w:r>
    </w:p>
    <w:p>
      <w:pPr>
        <w:jc w:val="right"/>
      </w:pPr>
      <w:r>
        <w:t>e, with the reference of our daily activities.</w:t>
      </w:r>
    </w:p>
    <w:p>
      <w:r>
        <w:rPr>
          <w:b/>
        </w:rPr>
        <w:t xml:space="preserve">[49:38] </w:t>
      </w:r>
      <w:r>
        <w:t>I can say that Hadith is a complete guide for a human being, a complete guide.</w:t>
      </w:r>
    </w:p>
    <w:p>
      <w:pPr>
        <w:jc w:val="right"/>
      </w:pPr>
      <w:r>
        <w:t>I can say that Hadith is a complete guide for a human being, a complete guide.</w:t>
      </w:r>
    </w:p>
    <w:p>
      <w:r>
        <w:rPr>
          <w:b/>
        </w:rPr>
        <w:t xml:space="preserve">[49:46] </w:t>
      </w:r>
      <w:r>
        <w:t>You can find answers to every question about your life.</w:t>
      </w:r>
    </w:p>
    <w:p>
      <w:pPr>
        <w:jc w:val="right"/>
      </w:pPr>
      <w:r>
        <w:t>You can find answers to every question about your life.</w:t>
      </w:r>
    </w:p>
    <w:p>
      <w:r>
        <w:rPr>
          <w:b/>
        </w:rPr>
        <w:t xml:space="preserve">[49:54] </w:t>
      </w:r>
      <w:r>
        <w:t>If you read</w:t>
      </w:r>
    </w:p>
    <w:p>
      <w:pPr>
        <w:jc w:val="right"/>
      </w:pPr>
      <w:r>
        <w:t>If you read</w:t>
      </w:r>
    </w:p>
    <w:p>
      <w:r>
        <w:rPr>
          <w:b/>
        </w:rPr>
        <w:t xml:space="preserve">[50:02] </w:t>
      </w:r>
      <w:r>
        <w:t>Hadith, you will find the questions of all kinds of - you can find answers of all kinds of questions.</w:t>
      </w:r>
    </w:p>
    <w:p>
      <w:pPr>
        <w:jc w:val="right"/>
      </w:pPr>
      <w:r>
        <w:t>Hadith, you will find the questions of all kinds of - you can find answers of all kinds of questions.</w:t>
      </w:r>
    </w:p>
    <w:p>
      <w:r>
        <w:rPr>
          <w:b/>
        </w:rPr>
        <w:t xml:space="preserve">[50:17] </w:t>
      </w:r>
      <w:r>
        <w:t>One scholar has said that - "man kan fi baytihi majmu'atun min al-ahadith fakannama fihi nabiyyun yatakallam" - "man kan</w:t>
      </w:r>
    </w:p>
    <w:p>
      <w:pPr>
        <w:jc w:val="right"/>
      </w:pPr>
      <w:r>
        <w:t>One scholar has said that - "من کان فی بیتہ مجموعۃ من الاحادیث فکانما فیہ نبی یتکلم" - "من کان</w:t>
      </w:r>
    </w:p>
    <w:p>
      <w:r>
        <w:rPr>
          <w:b/>
        </w:rPr>
        <w:t xml:space="preserve">[50:32] </w:t>
      </w:r>
      <w:r>
        <w:t>fi baytihi majmu'atun min al-ahadith fakannama fihi nabiyyun yatakallam" - it means that everyone who has a book</w:t>
      </w:r>
    </w:p>
    <w:p>
      <w:pPr>
        <w:jc w:val="right"/>
      </w:pPr>
      <w:r>
        <w:t>فی بیتہ مجموعۃ من الاحادیث فکانما فیہ نبی یتکلم" - it means that everyone who has a book</w:t>
      </w:r>
    </w:p>
    <w:p>
      <w:r>
        <w:rPr>
          <w:b/>
        </w:rPr>
        <w:t xml:space="preserve">[50:47] </w:t>
      </w:r>
      <w:r>
        <w:t>of Hadith in his house, everyone who has a book of Hadith in his life, it means that</w:t>
      </w:r>
    </w:p>
    <w:p>
      <w:pPr>
        <w:jc w:val="right"/>
      </w:pPr>
      <w:r>
        <w:t>of Hadith in his house, everyone who has a book of Hadith in his life, it means that</w:t>
      </w:r>
    </w:p>
    <w:p>
      <w:r>
        <w:rPr>
          <w:b/>
        </w:rPr>
        <w:t xml:space="preserve">[51:02] </w:t>
      </w:r>
      <w:r>
        <w:t>he has the Prophet himself in his house, it means that.</w:t>
      </w:r>
    </w:p>
    <w:p>
      <w:pPr>
        <w:jc w:val="right"/>
      </w:pPr>
      <w:r>
        <w:t>he has the Prophet himself in his house, it means that.</w:t>
      </w:r>
    </w:p>
    <w:p>
      <w:r>
        <w:rPr>
          <w:b/>
        </w:rPr>
        <w:t xml:space="preserve">[51:13] </w:t>
      </w:r>
      <w:r>
        <w:t>That speaking Prophet - nabiyyun yatakallam - it means that he has in his house a speaking Prophet.</w:t>
      </w:r>
    </w:p>
    <w:p>
      <w:pPr>
        <w:jc w:val="right"/>
      </w:pPr>
      <w:r>
        <w:t>That speaking Prophet - نبی یتکلم - it means that he has in his house a speaking Prophet.</w:t>
      </w:r>
    </w:p>
    <w:p>
      <w:r>
        <w:rPr>
          <w:b/>
        </w:rPr>
        <w:t xml:space="preserve">[51:24] </w:t>
      </w:r>
      <w:r>
        <w:t>It is a beautiful expression because if you read Hadith, if you</w:t>
      </w:r>
    </w:p>
    <w:p>
      <w:pPr>
        <w:jc w:val="right"/>
      </w:pPr>
      <w:r>
        <w:t>It is a beautiful expression because if you read Hadith, if you</w:t>
      </w:r>
    </w:p>
    <w:p>
      <w:r>
        <w:rPr>
          <w:b/>
        </w:rPr>
        <w:t xml:space="preserve">[51:35] </w:t>
      </w:r>
      <w:r>
        <w:t>keep a book of Hadith in your home and read it in the day and night, you will</w:t>
      </w:r>
    </w:p>
    <w:p>
      <w:pPr>
        <w:jc w:val="right"/>
      </w:pPr>
      <w:r>
        <w:t>keep a book of Hadith in your home and read it in the day and night, you will</w:t>
      </w:r>
    </w:p>
    <w:p>
      <w:r>
        <w:rPr>
          <w:b/>
        </w:rPr>
        <w:t xml:space="preserve">[51:43] </w:t>
      </w:r>
      <w:r>
        <w:t>find yourself in the companionship of God, in the companionship of the Prophet.</w:t>
      </w:r>
    </w:p>
    <w:p>
      <w:pPr>
        <w:jc w:val="right"/>
      </w:pPr>
      <w:r>
        <w:t>find yourself in the companionship of God, in the companionship of the Prophet.</w:t>
      </w:r>
    </w:p>
    <w:p>
      <w:r>
        <w:rPr>
          <w:b/>
        </w:rPr>
        <w:t xml:space="preserve">[51:51] </w:t>
      </w:r>
      <w:r>
        <w:t>For example, the Prophet - a saying is narrated in the Hadith book that - "mithlu al-mu'mini kal-khaamah" - there is a Hadith</w:t>
      </w:r>
    </w:p>
    <w:p>
      <w:pPr>
        <w:jc w:val="right"/>
      </w:pPr>
      <w:r>
        <w:t>For example, the Prophet - a saying is narrated in the Hadith book that - "مثل المؤمن كمثل</w:t>
      </w:r>
    </w:p>
    <w:p>
      <w:r>
        <w:rPr>
          <w:b/>
        </w:rPr>
        <w:t xml:space="preserve">[51:59] </w:t>
      </w:r>
      <w:r>
        <w:t>- the example of a mumin is like the example of a plant, a tender plant.</w:t>
      </w:r>
    </w:p>
    <w:p>
      <w:pPr>
        <w:jc w:val="right"/>
      </w:pPr>
      <w:r>
        <w:t>الخامة" - there is a Hadith</w:t>
      </w:r>
    </w:p>
    <w:p>
      <w:r>
        <w:rPr>
          <w:b/>
        </w:rPr>
        <w:t xml:space="preserve">[52:06] </w:t>
      </w:r>
      <w:r>
        <w:t>- the example of a mumin is like the example of a plant, a tender plant.</w:t>
      </w:r>
    </w:p>
    <w:p>
      <w:pPr>
        <w:jc w:val="right"/>
      </w:pPr>
      <w:r>
        <w:t>- the example of a mumin is like the example of a plant, a tender plant.</w:t>
      </w:r>
    </w:p>
    <w:p>
      <w:r>
        <w:rPr>
          <w:b/>
        </w:rPr>
        <w:t xml:space="preserve">[52:14] </w:t>
      </w:r>
      <w:r>
        <w:t>The example of a mumin is like a tender - like the example of a tender plant.</w:t>
      </w:r>
    </w:p>
    <w:p>
      <w:pPr>
        <w:jc w:val="right"/>
      </w:pPr>
      <w:r>
        <w:t>The example of a mumin is like a tender - like the example of a tender plant.</w:t>
      </w:r>
    </w:p>
    <w:p>
      <w:r>
        <w:rPr>
          <w:b/>
        </w:rPr>
        <w:t xml:space="preserve">[52:22] </w:t>
      </w:r>
      <w:r>
        <w:t>It means that a mumin is flexible like a tender plant.</w:t>
      </w:r>
    </w:p>
    <w:p>
      <w:pPr>
        <w:jc w:val="right"/>
      </w:pPr>
      <w:r>
        <w:t>It means that a mumin is flexible like a tender plant.</w:t>
      </w:r>
    </w:p>
    <w:p>
      <w:r>
        <w:rPr>
          <w:b/>
        </w:rPr>
        <w:t xml:space="preserve">[52:30] </w:t>
      </w:r>
      <w:r>
        <w:t>You know, a tender plant is flexible, so is a mumin.</w:t>
      </w:r>
    </w:p>
    <w:p>
      <w:pPr>
        <w:jc w:val="right"/>
      </w:pPr>
      <w:r>
        <w:t>You know, a tender plant is flexible, so is a mumin.</w:t>
      </w:r>
    </w:p>
    <w:p>
      <w:r>
        <w:rPr>
          <w:b/>
        </w:rPr>
        <w:t xml:space="preserve">[52:38] </w:t>
      </w:r>
      <w:r>
        <w:t>A mumin has no arrogance, he is a flexible person like a tender plant.</w:t>
      </w:r>
    </w:p>
    <w:p>
      <w:pPr>
        <w:jc w:val="right"/>
      </w:pPr>
      <w:r>
        <w:t>A mumin has no arrogance, he is a flexible person like a tender plant.</w:t>
      </w:r>
    </w:p>
    <w:p>
      <w:r>
        <w:rPr>
          <w:b/>
        </w:rPr>
        <w:t xml:space="preserve">[52:45] </w:t>
      </w:r>
      <w:r>
        <w:t>So, if you imagine that the Prophet was at some place and there was a tender plant, he</w:t>
      </w:r>
    </w:p>
    <w:p>
      <w:pPr>
        <w:jc w:val="right"/>
      </w:pPr>
      <w:r>
        <w:t>So, if you imagine that the Prophet was at some place and there was a tender plant, he</w:t>
      </w:r>
    </w:p>
    <w:p>
      <w:r>
        <w:rPr>
          <w:b/>
        </w:rPr>
        <w:t xml:space="preserve">[52:53] </w:t>
      </w:r>
      <w:r>
        <w:t>said to his companion - "See this tender plant, it is very flexible, so is a mumin." So,</w:t>
      </w:r>
    </w:p>
    <w:p>
      <w:pPr>
        <w:jc w:val="right"/>
      </w:pPr>
      <w:r>
        <w:t>said to his companion - "See this tender plant, it is very flexible, so is a mumin." So,</w:t>
      </w:r>
    </w:p>
    <w:p>
      <w:r>
        <w:rPr>
          <w:b/>
        </w:rPr>
        <w:t xml:space="preserve">[53:01] </w:t>
      </w:r>
      <w:r>
        <w:t>if you think, y</w:t>
      </w:r>
    </w:p>
    <w:p>
      <w:pPr>
        <w:jc w:val="right"/>
      </w:pPr>
      <w:r>
        <w:t>if you think, y</w:t>
      </w:r>
    </w:p>
    <w:p>
      <w:r>
        <w:rPr>
          <w:b/>
        </w:rPr>
        <w:t xml:space="preserve">[53:08] </w:t>
      </w:r>
      <w:r>
        <w:t>ou can imagine that this was the atmosphere in which the Prophet of Islam set this principle.</w:t>
      </w:r>
    </w:p>
    <w:p>
      <w:pPr>
        <w:jc w:val="right"/>
      </w:pPr>
      <w:r>
        <w:t>ou can imagine that this was the atmosphere in which the Prophet of Islam set this principle.</w:t>
      </w:r>
    </w:p>
    <w:p>
      <w:r>
        <w:rPr>
          <w:b/>
        </w:rPr>
        <w:t xml:space="preserve">[53:18] </w:t>
      </w:r>
      <w:r>
        <w:t>So, by imagination, you can live in the companionship of the Prophet of Islam.</w:t>
      </w:r>
    </w:p>
    <w:p>
      <w:pPr>
        <w:jc w:val="right"/>
      </w:pPr>
      <w:r>
        <w:t>So, by imagination, you can live in the companionship of the Prophet of Islam.</w:t>
      </w:r>
    </w:p>
    <w:p>
      <w:r>
        <w:rPr>
          <w:b/>
        </w:rPr>
        <w:t xml:space="preserve">[53:29] </w:t>
      </w:r>
      <w:r>
        <w:t>You read this Hadith in the book, then by imagination, you</w:t>
      </w:r>
    </w:p>
    <w:p>
      <w:pPr>
        <w:jc w:val="right"/>
      </w:pPr>
      <w:r>
        <w:t>You read this Hadith in the book, then by imagination, you</w:t>
      </w:r>
    </w:p>
    <w:p>
      <w:r>
        <w:rPr>
          <w:b/>
        </w:rPr>
        <w:t xml:space="preserve">[53:39] </w:t>
      </w:r>
      <w:r>
        <w:t>will find that the Prophet was in some place with his companions, there was a tender plant, and he said to the companions - "See this plant, it is very flexible, so is a mumin." A mumin has no arrogance, a mumin is flexible. So, if you think like</w:t>
      </w:r>
    </w:p>
    <w:p>
      <w:pPr>
        <w:jc w:val="right"/>
      </w:pPr>
      <w:r>
        <w:t>will find that the Prophet was in some place with his companions, there was a tender plant, and he said to the companions - "See this plant, it is very flexible, so is a mumin." A mumin has no arrogance, a mumin is flexible. So, if you think like</w:t>
      </w:r>
    </w:p>
    <w:p>
      <w:r>
        <w:rPr>
          <w:b/>
        </w:rPr>
        <w:t xml:space="preserve">[54:09] </w:t>
      </w:r>
      <w:r>
        <w:t>this, adding your contemplation, you can create that kind of companionship with the Prophet of Islam.</w:t>
      </w:r>
    </w:p>
    <w:p>
      <w:pPr>
        <w:jc w:val="right"/>
      </w:pPr>
      <w:r>
        <w:t>this, adding your contemplation, you can create that kind of companionship with the Prophet of Islam.</w:t>
      </w:r>
    </w:p>
    <w:p>
      <w:r>
        <w:rPr>
          <w:b/>
        </w:rPr>
        <w:t xml:space="preserve">[54:17] </w:t>
      </w:r>
      <w:r>
        <w:t>I can say about myself that I always live in the companionship of the Prophet of Islam when</w:t>
      </w:r>
    </w:p>
    <w:p>
      <w:pPr>
        <w:jc w:val="right"/>
      </w:pPr>
      <w:r>
        <w:t>I can say about myself that I always live in the companionship of the Prophet of Islam when</w:t>
      </w:r>
    </w:p>
    <w:p>
      <w:r>
        <w:rPr>
          <w:b/>
        </w:rPr>
        <w:t xml:space="preserve">[54:24] </w:t>
      </w:r>
      <w:r>
        <w:t>I read these Hadiths.</w:t>
      </w:r>
    </w:p>
    <w:p>
      <w:pPr>
        <w:jc w:val="right"/>
      </w:pPr>
      <w:r>
        <w:t>I read these Hadiths.</w:t>
      </w:r>
    </w:p>
    <w:p>
      <w:r>
        <w:rPr>
          <w:b/>
        </w:rPr>
        <w:t xml:space="preserve">[54:32] </w:t>
      </w:r>
      <w:r>
        <w:t>So, I always think, I always contemplate</w:t>
      </w:r>
    </w:p>
    <w:p>
      <w:pPr>
        <w:jc w:val="right"/>
      </w:pPr>
      <w:r>
        <w:t>So, I always think, I always contemplate</w:t>
      </w:r>
    </w:p>
    <w:p>
      <w:r>
        <w:rPr>
          <w:b/>
        </w:rPr>
        <w:t xml:space="preserve">[54:40] </w:t>
      </w:r>
      <w:r>
        <w:t>that what was that atmosphere in which the Prophet of Islam said like this because all the Hadiths are conversation.</w:t>
      </w:r>
    </w:p>
    <w:p>
      <w:pPr>
        <w:jc w:val="right"/>
      </w:pPr>
      <w:r>
        <w:t>that what was that atmosphere in which the Prophet of Islam said like this because all the Hadiths are conversation.</w:t>
      </w:r>
    </w:p>
    <w:p>
      <w:r>
        <w:rPr>
          <w:b/>
        </w:rPr>
        <w:t xml:space="preserve">[54:47] </w:t>
      </w:r>
      <w:r>
        <w:t>All the Hadiths were conversations to the companions.</w:t>
      </w:r>
    </w:p>
    <w:p>
      <w:pPr>
        <w:jc w:val="right"/>
      </w:pPr>
      <w:r>
        <w:t>All the Hadiths were conversations to the companions.</w:t>
      </w:r>
    </w:p>
    <w:p>
      <w:r>
        <w:rPr>
          <w:b/>
        </w:rPr>
        <w:t xml:space="preserve">[54:55] </w:t>
      </w:r>
      <w:r>
        <w:t>Sometimes the Prophet was in the mosque, sometimes the Prophet was in the market, sometimes the Prophet was</w:t>
      </w:r>
    </w:p>
    <w:p>
      <w:pPr>
        <w:jc w:val="right"/>
      </w:pPr>
      <w:r>
        <w:t>Sometimes the Prophet was in the mosque, sometimes the Prophet was in the market, sometimes the Prophet was</w:t>
      </w:r>
    </w:p>
    <w:p>
      <w:r>
        <w:rPr>
          <w:b/>
        </w:rPr>
        <w:t xml:space="preserve">[55:02] </w:t>
      </w:r>
      <w:r>
        <w:t>in some open pla</w:t>
      </w:r>
    </w:p>
    <w:p>
      <w:pPr>
        <w:jc w:val="right"/>
      </w:pPr>
      <w:r>
        <w:t>in some open pla</w:t>
      </w:r>
    </w:p>
    <w:p>
      <w:r>
        <w:rPr>
          <w:b/>
        </w:rPr>
        <w:t xml:space="preserve">[55:10] </w:t>
      </w:r>
      <w:r>
        <w:t>ce. So, what he said in these different places, that was recorded as Hadith. So, Hadith was conversation. So, when you read Hadiths, you have to imagine that atmosphere in which the Prophet of Islam said like th</w:t>
      </w:r>
    </w:p>
    <w:p>
      <w:pPr>
        <w:jc w:val="right"/>
      </w:pPr>
      <w:r>
        <w:t>ce. So, what he said in these different places, that was recorded as Hadith. So, Hadith was conversation. So, when you read Hadiths, you have to imagine that atmosphere in which the Prophet of Islam said like th</w:t>
      </w:r>
    </w:p>
    <w:p>
      <w:r>
        <w:rPr>
          <w:b/>
        </w:rPr>
        <w:t xml:space="preserve">[55:40] </w:t>
      </w:r>
      <w:r>
        <w:t>is.</w:t>
      </w:r>
    </w:p>
    <w:p>
      <w:pPr>
        <w:jc w:val="right"/>
      </w:pPr>
      <w:r>
        <w:t>is.</w:t>
      </w:r>
    </w:p>
    <w:p>
      <w:r>
        <w:rPr>
          <w:b/>
        </w:rPr>
        <w:t xml:space="preserve">[55:50] </w:t>
      </w:r>
      <w:r>
        <w:t>By this way, you can live in the companionship of the Prophet of Islam.</w:t>
      </w:r>
    </w:p>
    <w:p>
      <w:pPr>
        <w:jc w:val="right"/>
      </w:pPr>
      <w:r>
        <w:t>By this way, you can live in the companionship of the Prophet of Islam.</w:t>
      </w:r>
    </w:p>
    <w:p>
      <w:r>
        <w:rPr>
          <w:b/>
        </w:rPr>
        <w:t xml:space="preserve">[56:01] </w:t>
      </w:r>
      <w:r>
        <w:t>It was this wisdom that a scholar said that - "man kan fi baytihi majmu'atun min al-ahadith fak'annama fihi nabiy</w:t>
      </w:r>
    </w:p>
    <w:p>
      <w:pPr>
        <w:jc w:val="right"/>
      </w:pPr>
      <w:r>
        <w:t>It was this wisdom that a scholar said that - "من کان فی بیتہ مجموعۃ من الاحادیث فکانما فیہ نبی</w:t>
      </w:r>
    </w:p>
    <w:p>
      <w:r>
        <w:rPr>
          <w:b/>
        </w:rPr>
        <w:t xml:space="preserve">[56:11] </w:t>
      </w:r>
      <w:r>
        <w:t>yatakallam" - read Hadiths in the book and add your imagination, add your contemplation, add your thinking, add</w:t>
      </w:r>
    </w:p>
    <w:p>
      <w:pPr>
        <w:jc w:val="right"/>
      </w:pPr>
      <w:r>
        <w:t>یتکلم" - read Hadiths in the book and add your imagination, add your contemplation, add your thinking, add</w:t>
      </w:r>
    </w:p>
    <w:p>
      <w:r>
        <w:rPr>
          <w:b/>
        </w:rPr>
        <w:t xml:space="preserve">[56:21] </w:t>
      </w:r>
      <w:r>
        <w:t>your own mind.</w:t>
      </w:r>
    </w:p>
    <w:p>
      <w:pPr>
        <w:jc w:val="right"/>
      </w:pPr>
      <w:r>
        <w:t>your own mind.</w:t>
      </w:r>
    </w:p>
    <w:p>
      <w:r>
        <w:rPr>
          <w:b/>
        </w:rPr>
        <w:t xml:space="preserve">[56:32] </w:t>
      </w:r>
      <w:r>
        <w:t>By this addition, you can transfer, you can transform the Hadith into a companionship</w:t>
      </w:r>
    </w:p>
    <w:p>
      <w:pPr>
        <w:jc w:val="right"/>
      </w:pPr>
      <w:r>
        <w:t>By this addition, you can transfer, you can transform the Hadith into a companionship</w:t>
      </w:r>
    </w:p>
    <w:p>
      <w:r>
        <w:rPr>
          <w:b/>
        </w:rPr>
        <w:t xml:space="preserve">[56:43] </w:t>
      </w:r>
      <w:r>
        <w:t>.</w:t>
      </w:r>
    </w:p>
    <w:p>
      <w:pPr>
        <w:jc w:val="right"/>
      </w:pPr>
      <w:r>
        <w:t>.</w:t>
      </w:r>
    </w:p>
    <w:p>
      <w:r>
        <w:rPr>
          <w:b/>
        </w:rPr>
        <w:t xml:space="preserve">[56:50] </w:t>
      </w:r>
      <w:r>
        <w:t>So, companionship is not a thing of past.</w:t>
      </w:r>
    </w:p>
    <w:p>
      <w:pPr>
        <w:jc w:val="right"/>
      </w:pPr>
      <w:r>
        <w:t>So, companionship is not a thing of past.</w:t>
      </w:r>
    </w:p>
    <w:p>
      <w:r>
        <w:rPr>
          <w:b/>
        </w:rPr>
        <w:t xml:space="preserve">[56:58] </w:t>
      </w:r>
      <w:r>
        <w:t>Even today, you can find companionship by adopting this method, and I can say that I have adopted</w:t>
      </w:r>
    </w:p>
    <w:p>
      <w:pPr>
        <w:jc w:val="right"/>
      </w:pPr>
      <w:r>
        <w:t>Even today, you can find companionship by adopting this method, and I can say that I have adopted</w:t>
      </w:r>
    </w:p>
    <w:p>
      <w:r>
        <w:rPr>
          <w:b/>
        </w:rPr>
        <w:t xml:space="preserve">[57:06] </w:t>
      </w:r>
      <w:r>
        <w:t>this method, and every day I live in the companionship of the Prophet.</w:t>
      </w:r>
    </w:p>
    <w:p>
      <w:pPr>
        <w:jc w:val="right"/>
      </w:pPr>
      <w:r>
        <w:t>this method, and every day I live in the companionship of the Prophet.</w:t>
      </w:r>
    </w:p>
    <w:p>
      <w:r>
        <w:rPr>
          <w:b/>
        </w:rPr>
        <w:t xml:space="preserve">[57:13] </w:t>
      </w:r>
      <w:r>
        <w:t>So, in the book, you can find the Hadiths, and from your mind, from your thinking, from your</w:t>
      </w:r>
    </w:p>
    <w:p>
      <w:pPr>
        <w:jc w:val="right"/>
      </w:pPr>
      <w:r>
        <w:t>So, in the book, you can find the Hadiths, and from your mind, from your thinking, from your</w:t>
      </w:r>
    </w:p>
    <w:p>
      <w:r>
        <w:rPr>
          <w:b/>
        </w:rPr>
        <w:t xml:space="preserve">[57:21] </w:t>
      </w:r>
      <w:r>
        <w:t>imagination, you can add something more, and then it will become a companionship, living in companionship.</w:t>
      </w:r>
    </w:p>
    <w:p>
      <w:pPr>
        <w:jc w:val="right"/>
      </w:pPr>
      <w:r>
        <w:t>imagination, you can add something more, and then it will become a companionship, living in companionship.</w:t>
      </w:r>
    </w:p>
    <w:p>
      <w:r>
        <w:rPr>
          <w:b/>
        </w:rPr>
        <w:t xml:space="preserve">[57:28] </w:t>
      </w:r>
      <w:r>
        <w:t>So, Hadith is very important.</w:t>
      </w:r>
    </w:p>
    <w:p>
      <w:pPr>
        <w:jc w:val="right"/>
      </w:pPr>
      <w:r>
        <w:t>So, Hadith is very important.</w:t>
      </w:r>
    </w:p>
    <w:p>
      <w:r>
        <w:rPr>
          <w:b/>
        </w:rPr>
        <w:t xml:space="preserve">[57:36] </w:t>
      </w:r>
      <w:r>
        <w:t>Hadith gives you companionship</w:t>
      </w:r>
    </w:p>
    <w:p>
      <w:pPr>
        <w:jc w:val="right"/>
      </w:pPr>
      <w:r>
        <w:t>Hadith gives you companionship</w:t>
      </w:r>
    </w:p>
    <w:p>
      <w:r>
        <w:rPr>
          <w:b/>
        </w:rPr>
        <w:t xml:space="preserve">[57:44] </w:t>
      </w:r>
      <w:r>
        <w:t>to the Prophet of Islam. So, Quran and Hadith both are important. No, it is wrong to say that Quran is enough, and also it is wrong to say that Hadith is enough. Both are important. So, read Hadiths with this spirit,</w:t>
      </w:r>
    </w:p>
    <w:p>
      <w:pPr>
        <w:jc w:val="right"/>
      </w:pPr>
      <w:r>
        <w:t>to the Prophet of Islam. So, Quran and Hadith both are important. No, it is wrong to say that Quran is enough, and also it is wrong to say that Hadith is enough. Both are important. So, read Hadiths with this spirit,</w:t>
      </w:r>
    </w:p>
    <w:p>
      <w:r>
        <w:rPr>
          <w:b/>
        </w:rPr>
        <w:t xml:space="preserve">[58:14] </w:t>
      </w:r>
      <w:r>
        <w:t>and you will be in the companion of the Prophet of Islam. أقول قولي هذا وأستغفر الله لي ولكم أجمعين.</w:t>
      </w:r>
    </w:p>
    <w:p>
      <w:pPr>
        <w:jc w:val="right"/>
      </w:pPr>
      <w:r>
        <w:t>and you will be in the companion of the Prophet of Islam.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