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Why do we need Prophet | May 20, 2007 - Maulana Wahiduddin Khan</w:t>
      </w:r>
    </w:p>
    <w:p>
      <w:r>
        <w:t>https://www.youtube.com/watch?v=1l_Uu3_Nd4E</w:t>
      </w:r>
    </w:p>
    <w:p>
      <w:r>
        <w:rPr>
          <w:b/>
        </w:rPr>
        <w:t xml:space="preserve">[00:13] </w:t>
      </w:r>
      <w:r>
        <w:t>Wasallallahu ala Nabiyyil Kareem.</w:t>
      </w:r>
    </w:p>
    <w:p>
      <w:pPr>
        <w:jc w:val="right"/>
      </w:pPr>
      <w:r>
        <w:t>وصلی اللہ علی النبی الکریم۔</w:t>
      </w:r>
    </w:p>
    <w:p>
      <w:r>
        <w:rPr>
          <w:b/>
        </w:rPr>
        <w:t xml:space="preserve">[00:23] </w:t>
      </w:r>
      <w:r>
        <w:t>Rabishrah li sadri, wayassir li amri, wahlul uqdatam min lisani, yafqahu qawli.</w:t>
      </w:r>
    </w:p>
    <w:p>
      <w:pPr>
        <w:jc w:val="right"/>
      </w:pPr>
      <w:r>
        <w:t>رب اشرح لی صدری، ویسر لی امری، واحل العقدۃ من لسانی، یفقہ قولی۔</w:t>
      </w:r>
    </w:p>
    <w:p>
      <w:r>
        <w:rPr>
          <w:b/>
        </w:rPr>
        <w:t xml:space="preserve">[00:34] </w:t>
      </w:r>
      <w:r>
        <w:t>Aaj ka jo topic hai woh hai: "Why do we need a prophet</w:t>
      </w:r>
    </w:p>
    <w:p>
      <w:pPr>
        <w:jc w:val="right"/>
      </w:pPr>
      <w:r>
        <w:t>آج کا جو ٹاپک ہے وہ ہے: "Why do we need a prophet</w:t>
      </w:r>
    </w:p>
    <w:p>
      <w:r>
        <w:rPr>
          <w:b/>
        </w:rPr>
        <w:t xml:space="preserve">[00:44] </w:t>
      </w:r>
      <w:r>
        <w:t>?" Humein aik paighambar ki zaroorat kyun hai? Iska jawab yeh hai ke humein apni zindagi ke</w:t>
      </w:r>
    </w:p>
    <w:p>
      <w:pPr>
        <w:jc w:val="right"/>
      </w:pPr>
      <w:r>
        <w:t>؟" ہمیں ایک پیغمبر کی ضرورت کیوں ہے؟ اس کا جواب یہ ہے کہ ہمیں اپنی زندگی کے</w:t>
      </w:r>
    </w:p>
    <w:p>
      <w:r>
        <w:rPr>
          <w:b/>
        </w:rPr>
        <w:t xml:space="preserve">[00:54] </w:t>
      </w:r>
      <w:r>
        <w:t>baray mein jo baat janna hai woh hum khud se jaan nahin sakte.</w:t>
      </w:r>
    </w:p>
    <w:p>
      <w:pPr>
        <w:jc w:val="right"/>
      </w:pPr>
      <w:r>
        <w:t>بارے میں جو بات جاننا ہے وہ ہم خود سے جان نہیں سکتے۔</w:t>
      </w:r>
    </w:p>
    <w:p>
      <w:r>
        <w:rPr>
          <w:b/>
        </w:rPr>
        <w:t xml:space="preserve">[01:04] </w:t>
      </w:r>
      <w:r>
        <w:t>Jisko mein kahunga ke "Ideology of Life</w:t>
      </w:r>
    </w:p>
    <w:p>
      <w:pPr>
        <w:jc w:val="right"/>
      </w:pPr>
      <w:r>
        <w:t>جس کو میں کہوں گا کہ "Ideology of Life</w:t>
      </w:r>
    </w:p>
    <w:p>
      <w:r>
        <w:rPr>
          <w:b/>
        </w:rPr>
        <w:t xml:space="preserve">[01:14] </w:t>
      </w:r>
      <w:r>
        <w:t>" ya "Ideology of Man".</w:t>
      </w:r>
    </w:p>
    <w:p>
      <w:pPr>
        <w:jc w:val="right"/>
      </w:pPr>
      <w:r>
        <w:t>" یا "Ideology of Man"۔</w:t>
      </w:r>
    </w:p>
    <w:p>
      <w:r>
        <w:rPr>
          <w:b/>
        </w:rPr>
        <w:t xml:space="preserve">[01:22] </w:t>
      </w:r>
      <w:r>
        <w:t>Toh humein is duniya mein, hum is duniya mein hum paida hotay hain, apnay aap ko aik aisi</w:t>
      </w:r>
    </w:p>
    <w:p>
      <w:pPr>
        <w:jc w:val="right"/>
      </w:pPr>
      <w:r>
        <w:t>تو ہمیں اس دنیا میں، ہم اس دنیا میں ہم پیدا ہوتے ہیں، اپنے آپ کو ایک ایسی</w:t>
      </w:r>
    </w:p>
    <w:p>
      <w:r>
        <w:rPr>
          <w:b/>
        </w:rPr>
        <w:t xml:space="preserve">[01:29] </w:t>
      </w:r>
      <w:r>
        <w:t>duniya mein paatay hain jahan hum kuch le kar nahin atay.</w:t>
      </w:r>
    </w:p>
    <w:p>
      <w:pPr>
        <w:jc w:val="right"/>
      </w:pPr>
      <w:r>
        <w:t>دنیا میں پاتے ہیں جہاں ہم کچھ لے کر نہیں آتے۔</w:t>
      </w:r>
    </w:p>
    <w:p>
      <w:r>
        <w:rPr>
          <w:b/>
        </w:rPr>
        <w:t xml:space="preserve">[01:37] </w:t>
      </w:r>
      <w:r>
        <w:t>Jaisay aap jantay hain ke koi machine aap import karein Germany se ya kahin se</w:t>
      </w:r>
    </w:p>
    <w:p>
      <w:pPr>
        <w:jc w:val="right"/>
      </w:pPr>
      <w:r>
        <w:t>جیسے آپ جانتے ہیں کہ کوئی مشین آپ امپورٹ کریں جرمنی سے یا کہیں سے</w:t>
      </w:r>
    </w:p>
    <w:p>
      <w:r>
        <w:rPr>
          <w:b/>
        </w:rPr>
        <w:t xml:space="preserve">[01:44] </w:t>
      </w:r>
      <w:r>
        <w:t>toh iske saath aik aik pamphlet aayega jis mein machine ke baray mein bataya hua hoga.</w:t>
      </w:r>
    </w:p>
    <w:p>
      <w:pPr>
        <w:jc w:val="right"/>
      </w:pPr>
      <w:r>
        <w:t>تو اس کے ساتھ ایک ایک پمفلیٹ آئے گا جس میں مشین کے بارے میں بتایا ہوا ہوگا۔</w:t>
      </w:r>
    </w:p>
    <w:p>
      <w:r>
        <w:rPr>
          <w:b/>
        </w:rPr>
        <w:t xml:space="preserve">[01:52] </w:t>
      </w:r>
      <w:r>
        <w:t>Toh insaan paida hota hai lekin aisi kisi guide book ke baghair.</w:t>
      </w:r>
    </w:p>
    <w:p>
      <w:pPr>
        <w:jc w:val="right"/>
      </w:pPr>
      <w:r>
        <w:t>تو انسان پیدا ہوتا ہے لیکن ایسی کسی گائیڈ بک کے بغیر۔</w:t>
      </w:r>
    </w:p>
    <w:p>
      <w:r>
        <w:rPr>
          <w:b/>
        </w:rPr>
        <w:t xml:space="preserve">[02:00] </w:t>
      </w:r>
      <w:r>
        <w:t>Toh isko mein kahunga ke "Ideology of Life" humein chahiye.</w:t>
      </w:r>
    </w:p>
    <w:p>
      <w:pPr>
        <w:jc w:val="right"/>
      </w:pPr>
      <w:r>
        <w:t>تو اس کو میں کہوں گا کہ "Ideology of Life" ہمیں چاہیے۔</w:t>
      </w:r>
    </w:p>
    <w:p>
      <w:r>
        <w:rPr>
          <w:b/>
        </w:rPr>
        <w:t xml:space="preserve">[02:08] </w:t>
      </w:r>
      <w:r>
        <w:t>Lekin hum na toh le ke atay hain apnay saath</w:t>
      </w:r>
    </w:p>
    <w:p>
      <w:pPr>
        <w:jc w:val="right"/>
      </w:pPr>
      <w:r>
        <w:t>لیکن ہم نہ تو لے کے آتے ہیں اپنے ساتھ</w:t>
      </w:r>
    </w:p>
    <w:p>
      <w:r>
        <w:rPr>
          <w:b/>
        </w:rPr>
        <w:t xml:space="preserve">[02:16] </w:t>
      </w:r>
      <w:r>
        <w:t>, aur study batati hai, mutala batata hai ke insaan khud se agar chahe ke woh jaane toh</w:t>
      </w:r>
    </w:p>
    <w:p>
      <w:pPr>
        <w:jc w:val="right"/>
      </w:pPr>
      <w:r>
        <w:t>، اور اسٹڈی بتاتی ہے، مطالعہ بتاتا ہے کہ انسان خود سے اگر چاہے کہ وہ جانے تو</w:t>
      </w:r>
    </w:p>
    <w:p>
      <w:r>
        <w:rPr>
          <w:b/>
        </w:rPr>
        <w:t xml:space="preserve">[02:22] </w:t>
      </w:r>
      <w:r>
        <w:t>woh jaan nahin pata.</w:t>
      </w:r>
    </w:p>
    <w:p>
      <w:pPr>
        <w:jc w:val="right"/>
      </w:pPr>
      <w:r>
        <w:t>وہ جان نہیں پاتا۔</w:t>
      </w:r>
    </w:p>
    <w:p>
      <w:r>
        <w:rPr>
          <w:b/>
        </w:rPr>
        <w:t xml:space="preserve">[02:28] </w:t>
      </w:r>
      <w:r>
        <w:t>Toh paighambar isi liye atay hain ke "Ideology of Life" aap ko batayein.</w:t>
      </w:r>
    </w:p>
    <w:p>
      <w:pPr>
        <w:jc w:val="right"/>
      </w:pPr>
      <w:r>
        <w:t>تو پیغمبر اسی لیے آتے ہیں کہ "Ideology of Life" آپ کو بتائیں۔</w:t>
      </w:r>
    </w:p>
    <w:p>
      <w:r>
        <w:rPr>
          <w:b/>
        </w:rPr>
        <w:t xml:space="preserve">[02:34] </w:t>
      </w:r>
      <w:r>
        <w:t>"Ideology of Life" jo hai woh paighambar ke siwa koi aur bata nahin sakta.</w:t>
      </w:r>
    </w:p>
    <w:p>
      <w:pPr>
        <w:jc w:val="right"/>
      </w:pPr>
      <w:r>
        <w:t>"Ideology of Life" جو ہے وہ پیغمبر کے سوا کوئی اور بتا نہیں سکتا۔</w:t>
      </w:r>
    </w:p>
    <w:p>
      <w:r>
        <w:rPr>
          <w:b/>
        </w:rPr>
        <w:t xml:space="preserve">[02:41] </w:t>
      </w:r>
      <w:r>
        <w:t>quran mein hai ke:</w:t>
      </w:r>
    </w:p>
    <w:p>
      <w:pPr>
        <w:jc w:val="right"/>
      </w:pPr>
      <w:r>
        <w:t>قرآن میں ہے کہ:</w:t>
      </w:r>
    </w:p>
    <w:p>
      <w:r>
        <w:rPr>
          <w:b/>
        </w:rPr>
        <w:t xml:space="preserve">[02:47] </w:t>
      </w:r>
      <w:r>
        <w:t>"wa la yunabbi'uka mithlu khabeer".</w:t>
      </w:r>
    </w:p>
    <w:p>
      <w:pPr>
        <w:jc w:val="right"/>
      </w:pPr>
      <w:r>
        <w:t>"ولا ينبئك مثل خبیر"۔</w:t>
      </w:r>
    </w:p>
    <w:p>
      <w:r>
        <w:rPr>
          <w:b/>
        </w:rPr>
        <w:t xml:space="preserve">[02:52] </w:t>
      </w:r>
      <w:r>
        <w:t>khabeer ka matlab hai "All-knowing".</w:t>
      </w:r>
    </w:p>
    <w:p>
      <w:pPr>
        <w:jc w:val="right"/>
      </w:pPr>
      <w:r>
        <w:t>خبیر کا مطلب ہے "All-knowing"۔</w:t>
      </w:r>
    </w:p>
    <w:p>
      <w:r>
        <w:rPr>
          <w:b/>
        </w:rPr>
        <w:t xml:space="preserve">[02:57] </w:t>
      </w:r>
      <w:r>
        <w:t>khuda jo hai jis ne create kiya hai woh "All-knowing" hai.</w:t>
      </w:r>
    </w:p>
    <w:p>
      <w:pPr>
        <w:jc w:val="right"/>
      </w:pPr>
      <w:r>
        <w:t>خدا جو ہے جس نے create کیا ہے وہ "All-knowing" ہے۔</w:t>
      </w:r>
    </w:p>
    <w:p>
      <w:r>
        <w:rPr>
          <w:b/>
        </w:rPr>
        <w:t xml:space="preserve">[03:02] </w:t>
      </w:r>
      <w:r>
        <w:t>woh sab kuch janta hai.</w:t>
      </w:r>
    </w:p>
    <w:p>
      <w:pPr>
        <w:jc w:val="right"/>
      </w:pPr>
      <w:r>
        <w:t>وہ سب کچھ جانتا ہے۔</w:t>
      </w:r>
    </w:p>
    <w:p>
      <w:r>
        <w:rPr>
          <w:b/>
        </w:rPr>
        <w:t xml:space="preserve">[03:07] </w:t>
      </w:r>
      <w:r>
        <w:t>toh jo "All-knowing" hai wahi bata sakta hai.</w:t>
      </w:r>
    </w:p>
    <w:p>
      <w:pPr>
        <w:jc w:val="right"/>
      </w:pPr>
      <w:r>
        <w:t>تو جو "All-knowing" ہے وہی بتا سکتا ہے۔</w:t>
      </w:r>
    </w:p>
    <w:p>
      <w:r>
        <w:rPr>
          <w:b/>
        </w:rPr>
        <w:t xml:space="preserve">[03:12] </w:t>
      </w:r>
      <w:r>
        <w:t>quran mein paighambar ke bare mein hai ke quran mein jo pehli surah, pehla chapter utra,</w:t>
      </w:r>
    </w:p>
    <w:p>
      <w:pPr>
        <w:jc w:val="right"/>
      </w:pPr>
      <w:r>
        <w:t>قرآن میں پیغمبر کے بارے میں ہے کہ قرآن میں جو پہلی سورہ، پہلا چیپٹر اترا،</w:t>
      </w:r>
    </w:p>
    <w:p>
      <w:r>
        <w:rPr>
          <w:b/>
        </w:rPr>
        <w:t xml:space="preserve">[03:17] </w:t>
      </w:r>
      <w:r>
        <w:t>iqra, toh us mein yeh kaha gaya hai ke: "allama al insana ma lam ya'lam".</w:t>
      </w:r>
    </w:p>
    <w:p>
      <w:pPr>
        <w:jc w:val="right"/>
      </w:pPr>
      <w:r>
        <w:t>اقراء، تو اس میں یہ کہا گیا ہے کہ: "علم الانسان ما لم یعلم"۔</w:t>
      </w:r>
    </w:p>
    <w:p>
      <w:r>
        <w:rPr>
          <w:b/>
        </w:rPr>
        <w:t xml:space="preserve">[03:25] </w:t>
      </w:r>
      <w:r>
        <w:t>khuda ne insaan ko woh cheez batayi jis ko woh janta na tha.</w:t>
      </w:r>
    </w:p>
    <w:p>
      <w:pPr>
        <w:jc w:val="right"/>
      </w:pPr>
      <w:r>
        <w:t>خدا نے انسان کو وہ چیز بتائی جس کو وہ جانتا نہ تھا۔</w:t>
      </w:r>
    </w:p>
    <w:p>
      <w:r>
        <w:rPr>
          <w:b/>
        </w:rPr>
        <w:t xml:space="preserve">[03:32] </w:t>
      </w:r>
      <w:r>
        <w:t>yahi baat paighambar ke bare mein kahi gayi hai ke, paighambar ke bare mein yeh baat kahi gayi</w:t>
      </w:r>
    </w:p>
    <w:p>
      <w:pPr>
        <w:jc w:val="right"/>
      </w:pPr>
      <w:r>
        <w:t>یہی بات پیغمبر کے بارے میں کہی گئی ہے کہ، پیغمبر کے بارے میں یہ بات کہی گئی</w:t>
      </w:r>
    </w:p>
    <w:p>
      <w:r>
        <w:rPr>
          <w:b/>
        </w:rPr>
        <w:t xml:space="preserve">[03:40] </w:t>
      </w:r>
      <w:r>
        <w:t>hai ke: "wa 'allamaka ma lam takun ta'lam".</w:t>
      </w:r>
    </w:p>
    <w:p>
      <w:pPr>
        <w:jc w:val="right"/>
      </w:pPr>
      <w:r>
        <w:t>ہے کہ: "وعلمک ما لم تکن تعلم"۔</w:t>
      </w:r>
    </w:p>
    <w:p>
      <w:r>
        <w:rPr>
          <w:b/>
        </w:rPr>
        <w:t xml:space="preserve">[03:48] </w:t>
      </w:r>
      <w:r>
        <w:t>yeh quran ki aik ayat hai: "وعلمک ما لم تکن تعلم"۔ peghambar se kaha ja raha hai ke tum ko khuda ne woh baat batayi jo tum nahin jantay thay۔ to "Ideology of Life" ya "Ideology of Man" ke liye hamein aik khabir darkar hai۔ khabir, "All-knowing"۔ woh sirf khuda ho sakta hai۔ koi doosra nahin ho sakta hai۔ poori poori history is</w:t>
      </w:r>
    </w:p>
    <w:p>
      <w:pPr>
        <w:jc w:val="right"/>
      </w:pPr>
      <w:r>
        <w:t>یہ قرآن کی ایک آیت ہے: "وعلمک ما لم تکن تعلم"۔ پیغمبر سے کہا جا رہا ہے کہ تم کو خدا نے وہ بات بتائی جو تم نہیں جانتے تھے۔ تو "Ideology of Life" یا "Ideology of Man" کے لیے ہمیں ایک خبیر درکار ہے۔ خبیر، "All-knowing"۔ وہ صرف خدا ہو سکتا ہے۔ کوئی دوسرا نہیں ہو سکتا ہے۔ پوری پوری ہسٹری اس</w:t>
      </w:r>
    </w:p>
    <w:p>
      <w:r>
        <w:rPr>
          <w:b/>
        </w:rPr>
        <w:t xml:space="preserve">[04:18] </w:t>
      </w:r>
      <w:r>
        <w:t>ka proof hai.</w:t>
      </w:r>
    </w:p>
    <w:p>
      <w:pPr>
        <w:jc w:val="right"/>
      </w:pPr>
      <w:r>
        <w:t>کا proof ہے۔</w:t>
      </w:r>
    </w:p>
    <w:p>
      <w:r>
        <w:rPr>
          <w:b/>
        </w:rPr>
        <w:t xml:space="preserve">[04:24] </w:t>
      </w:r>
      <w:r>
        <w:t>poori history mein insaan ne koshish ki ke woh jaane apni "Ideology", apni apni "Ideology" ko woh discover</w:t>
      </w:r>
    </w:p>
    <w:p>
      <w:pPr>
        <w:jc w:val="right"/>
      </w:pPr>
      <w:r>
        <w:t>پوری ہسٹری میں انسان نے کوشش کی کہ وہ جانے اپنی "Ideology"، اپنی اپنی "Ideology" کو وہ discover</w:t>
      </w:r>
    </w:p>
    <w:p>
      <w:r>
        <w:rPr>
          <w:b/>
        </w:rPr>
        <w:t xml:space="preserve">[04:30] </w:t>
      </w:r>
      <w:r>
        <w:t>kare lekin discover nahi kar saka.</w:t>
      </w:r>
    </w:p>
    <w:p>
      <w:pPr>
        <w:jc w:val="right"/>
      </w:pPr>
      <w:r>
        <w:t>کرے لیکن discover نہیں کر سکا۔</w:t>
      </w:r>
    </w:p>
    <w:p>
      <w:r>
        <w:rPr>
          <w:b/>
        </w:rPr>
        <w:t xml:space="preserve">[04:36] </w:t>
      </w:r>
      <w:r>
        <w:t>ghaaliban 1965 ki ya us ke aas paas ki baat hai.</w:t>
      </w:r>
    </w:p>
    <w:p>
      <w:pPr>
        <w:jc w:val="right"/>
      </w:pPr>
      <w:r>
        <w:t>غالباً 1965 کی یا اس کے آس پاس کی بات ہے۔</w:t>
      </w:r>
    </w:p>
    <w:p>
      <w:r>
        <w:rPr>
          <w:b/>
        </w:rPr>
        <w:t xml:space="preserve">[04:42] </w:t>
      </w:r>
      <w:r>
        <w:t>us waqt mein lucknow mein tha.</w:t>
      </w:r>
    </w:p>
    <w:p>
      <w:pPr>
        <w:jc w:val="right"/>
      </w:pPr>
      <w:r>
        <w:t>اس وقت میں لکھنو میں تھا۔</w:t>
      </w:r>
    </w:p>
    <w:p>
      <w:r>
        <w:rPr>
          <w:b/>
        </w:rPr>
        <w:t xml:space="preserve">[04:48] </w:t>
      </w:r>
      <w:r>
        <w:t>toh ek sahab jo doctor thay, MBBS thay ya MD thay, aaj kal woh</w:t>
      </w:r>
    </w:p>
    <w:p>
      <w:pPr>
        <w:jc w:val="right"/>
      </w:pPr>
      <w:r>
        <w:t>تو ایک صاحب جو ڈاکٹر تھے، ایم بی بی ایس تھے یا ایم ڈی تھے، آج کل وہ</w:t>
      </w:r>
    </w:p>
    <w:p>
      <w:r>
        <w:rPr>
          <w:b/>
        </w:rPr>
        <w:t xml:space="preserve">[04:53] </w:t>
      </w:r>
      <w:r>
        <w:t>england, aaj kal woh america mein hain.</w:t>
      </w:r>
    </w:p>
    <w:p>
      <w:pPr>
        <w:jc w:val="right"/>
      </w:pPr>
      <w:r>
        <w:t>انگلینڈ، آج کل وہ امریکہ میں ہیں۔</w:t>
      </w:r>
    </w:p>
    <w:p>
      <w:r>
        <w:rPr>
          <w:b/>
        </w:rPr>
        <w:t xml:space="preserve">[04:58] </w:t>
      </w:r>
      <w:r>
        <w:t>toh woh mere paas aaye.</w:t>
      </w:r>
    </w:p>
    <w:p>
      <w:pPr>
        <w:jc w:val="right"/>
      </w:pPr>
      <w:r>
        <w:t>تو وہ میرے پاس آئے۔</w:t>
      </w:r>
    </w:p>
    <w:p>
      <w:r>
        <w:rPr>
          <w:b/>
        </w:rPr>
        <w:t xml:space="preserve">[05:03] </w:t>
      </w:r>
      <w:r>
        <w:t>toh unhon ne kaha ke aap sab se pehle padhiye insaan ko.</w:t>
      </w:r>
    </w:p>
    <w:p>
      <w:pPr>
        <w:jc w:val="right"/>
      </w:pPr>
      <w:r>
        <w:t>تو انہوں نے کہا کہ آپ سب سے پہلے پڑھیے انسان کو۔</w:t>
      </w:r>
    </w:p>
    <w:p>
      <w:r>
        <w:rPr>
          <w:b/>
        </w:rPr>
        <w:t xml:space="preserve">[05:08] </w:t>
      </w:r>
      <w:r>
        <w:t>tab aap mission shuru kijiye apna.</w:t>
      </w:r>
    </w:p>
    <w:p>
      <w:pPr>
        <w:jc w:val="right"/>
      </w:pPr>
      <w:r>
        <w:t>تب آپ mission شروع کیجیے اپنا۔</w:t>
      </w:r>
    </w:p>
    <w:p>
      <w:r>
        <w:rPr>
          <w:b/>
        </w:rPr>
        <w:t xml:space="preserve">[05:13] </w:t>
      </w:r>
      <w:r>
        <w:t>تو انہوں نے suggest کیا کہ میری کتاب "Man" کو میں</w:t>
      </w:r>
    </w:p>
    <w:p>
      <w:pPr>
        <w:jc w:val="right"/>
      </w:pPr>
      <w:r>
        <w:t>تو انہوں نے suggest کیا کہ من کی کتاب "Man" کو میں</w:t>
      </w:r>
    </w:p>
    <w:p>
      <w:r>
        <w:rPr>
          <w:b/>
        </w:rPr>
        <w:t xml:space="preserve">[05:18] </w:t>
      </w:r>
      <w:r>
        <w:t>padhoon.</w:t>
      </w:r>
    </w:p>
    <w:p>
      <w:pPr>
        <w:jc w:val="right"/>
      </w:pPr>
      <w:r>
        <w:t>پڑھوں۔</w:t>
      </w:r>
    </w:p>
    <w:p>
      <w:r>
        <w:rPr>
          <w:b/>
        </w:rPr>
        <w:t xml:space="preserve">[05:22] </w:t>
      </w:r>
      <w:r>
        <w:t>ابھی تک مجھے یاد ہے میری ایک book پہ لکھا تھا انہوں نے: "Man by Man".</w:t>
      </w:r>
    </w:p>
    <w:p>
      <w:pPr>
        <w:jc w:val="right"/>
      </w:pPr>
      <w:r>
        <w:t>ابھی تک مجھے یاد ہے میری ایک book پہ لکھا تھا انہوں نے: "Man by Man"۔</w:t>
      </w:r>
    </w:p>
    <w:p>
      <w:r>
        <w:rPr>
          <w:b/>
        </w:rPr>
        <w:t xml:space="preserve">[05:26] </w:t>
      </w:r>
      <w:r>
        <w:t>meri diary mein likha ke yeh kitaab hai: "Man by Man".</w:t>
      </w:r>
    </w:p>
    <w:p>
      <w:pPr>
        <w:jc w:val="right"/>
      </w:pPr>
      <w:r>
        <w:t>میری diary میں لکھا کہ یہ کتاب ہے: "Man by Man"۔</w:t>
      </w:r>
    </w:p>
    <w:p>
      <w:r>
        <w:rPr>
          <w:b/>
        </w:rPr>
        <w:t xml:space="preserve">[05:30] </w:t>
      </w:r>
      <w:r>
        <w:t>M A D O U B L E N.</w:t>
      </w:r>
    </w:p>
    <w:p>
      <w:pPr>
        <w:jc w:val="right"/>
      </w:pPr>
      <w:r>
        <w:t>ایم اے ڈبل این۔</w:t>
      </w:r>
    </w:p>
    <w:p>
      <w:r>
        <w:rPr>
          <w:b/>
        </w:rPr>
        <w:t xml:space="preserve">[05:34] </w:t>
      </w:r>
      <w:r>
        <w:t>M A D O U B L E N.</w:t>
      </w:r>
    </w:p>
    <w:p>
      <w:pPr>
        <w:jc w:val="right"/>
      </w:pPr>
      <w:r>
        <w:t>ایم اے ڈبل این۔</w:t>
      </w:r>
    </w:p>
    <w:p>
      <w:r>
        <w:rPr>
          <w:b/>
        </w:rPr>
        <w:t xml:space="preserve">[05:38] </w:t>
      </w:r>
      <w:r>
        <w:t>to mein ne un se poocha ke theek hai, mein parhoon ga.</w:t>
      </w:r>
    </w:p>
    <w:p>
      <w:pPr>
        <w:jc w:val="right"/>
      </w:pPr>
      <w:r>
        <w:t>تو میں نے ان سے پوچھا کہ ٹھیک ہے، میں پڑھوں گا۔</w:t>
      </w:r>
    </w:p>
    <w:p>
      <w:r>
        <w:rPr>
          <w:b/>
        </w:rPr>
        <w:t xml:space="preserve">[05:42] </w:t>
      </w:r>
      <w:r>
        <w:t>to aap ne parha hai is ko? to unhon ne kaha ke mein ne to kai baar parha hai.</w:t>
      </w:r>
    </w:p>
    <w:p>
      <w:pPr>
        <w:jc w:val="right"/>
      </w:pPr>
      <w:r>
        <w:t>تو آپ نے پڑھا ہے اس کو؟ تو انہوں نے کہا کہ میں نے تو کئی بار پڑھا ہے۔</w:t>
      </w:r>
    </w:p>
    <w:p>
      <w:r>
        <w:rPr>
          <w:b/>
        </w:rPr>
        <w:t xml:space="preserve">[05:46] </w:t>
      </w:r>
      <w:r>
        <w:t>to mein ne kaha aap mujhe bataein ke is ka gist kiya hai is kitaab ka?</w:t>
      </w:r>
    </w:p>
    <w:p>
      <w:pPr>
        <w:jc w:val="right"/>
      </w:pPr>
      <w:r>
        <w:t>تو میں نے کہا آپ مجھے بتائیں کہ اس کا gist کیا ہے اس کتاب کا؟</w:t>
      </w:r>
    </w:p>
    <w:p>
      <w:r>
        <w:rPr>
          <w:b/>
        </w:rPr>
        <w:t xml:space="preserve">[05:50] </w:t>
      </w:r>
      <w:r>
        <w:t>is ka khulasa kiya hai? to aap yaqeen ki jiye ke woh is ka khulasa nahi bata sake.</w:t>
      </w:r>
    </w:p>
    <w:p>
      <w:pPr>
        <w:jc w:val="right"/>
      </w:pPr>
      <w:r>
        <w:t>اس کا خلاصہ کیا ہے؟ تو آپ یقین کیجیے کہ وہ اس کا خلاصہ نہیں بتا سکے۔</w:t>
      </w:r>
    </w:p>
    <w:p>
      <w:r>
        <w:rPr>
          <w:b/>
        </w:rPr>
        <w:t xml:space="preserve">[05:56] </w:t>
      </w:r>
      <w:r>
        <w:t>jo parhe likhe the, achi English thi un ki.</w:t>
      </w:r>
    </w:p>
    <w:p>
      <w:pPr>
        <w:jc w:val="right"/>
      </w:pPr>
      <w:r>
        <w:t>جو پڑھے لکھے تھے، اچھی انگلش تھی ان کی۔</w:t>
      </w:r>
    </w:p>
    <w:p>
      <w:r>
        <w:rPr>
          <w:b/>
        </w:rPr>
        <w:t xml:space="preserve">[06:02] </w:t>
      </w:r>
      <w:r>
        <w:t>aaj kal woh America mein rehte hain.</w:t>
      </w:r>
    </w:p>
    <w:p>
      <w:pPr>
        <w:jc w:val="right"/>
      </w:pPr>
      <w:r>
        <w:t>آج کل وہ امریکہ میں رہتے ہیں۔</w:t>
      </w:r>
    </w:p>
    <w:p>
      <w:r>
        <w:rPr>
          <w:b/>
        </w:rPr>
        <w:t xml:space="preserve">[06:09] </w:t>
      </w:r>
      <w:r>
        <w:t>to mein ne kaha ke aap mujh ko suggest kar rahe hain ke "Man by Man" ko parhoon mein.</w:t>
      </w:r>
    </w:p>
    <w:p>
      <w:pPr>
        <w:jc w:val="right"/>
      </w:pPr>
      <w:r>
        <w:t>تو میں نے کہا کہ آپ مجھ کو suggest کر رہے ہیں کہ "Man by Man" کو پڑھوں میں۔</w:t>
      </w:r>
    </w:p>
    <w:p>
      <w:r>
        <w:rPr>
          <w:b/>
        </w:rPr>
        <w:t xml:space="preserve">[06:15] </w:t>
      </w:r>
      <w:r>
        <w:t>to aap khud to parh chuke hain to bataiye ke is mein kiya hai? is ka gist bataiye.</w:t>
      </w:r>
    </w:p>
    <w:p>
      <w:pPr>
        <w:jc w:val="right"/>
      </w:pPr>
      <w:r>
        <w:t>تو آپ خود تو پڑھ چکے ہیں تو بتائیے کہ اس میں کیا ہے؟ اس کا gist بتائیے۔</w:t>
      </w:r>
    </w:p>
    <w:p>
      <w:r>
        <w:rPr>
          <w:b/>
        </w:rPr>
        <w:t xml:space="preserve">[06:21] </w:t>
      </w:r>
      <w:r>
        <w:t>to woh nahi bata sake.</w:t>
      </w:r>
    </w:p>
    <w:p>
      <w:pPr>
        <w:jc w:val="right"/>
      </w:pPr>
      <w:r>
        <w:t>تو وہ نہیں بتا سکے۔</w:t>
      </w:r>
    </w:p>
    <w:p>
      <w:r>
        <w:rPr>
          <w:b/>
        </w:rPr>
        <w:t xml:space="preserve">[06:27] </w:t>
      </w:r>
      <w:r>
        <w:t>kyun? woh kitaab kiya hai? woh confusion ki kitaab hai sari.</w:t>
      </w:r>
    </w:p>
    <w:p>
      <w:pPr>
        <w:jc w:val="right"/>
      </w:pPr>
      <w:r>
        <w:t>کیوں؟ وہ کتاب کیا ہے؟ وہ confusion کی کتاب ہے ساری۔</w:t>
      </w:r>
    </w:p>
    <w:p>
      <w:r>
        <w:rPr>
          <w:b/>
        </w:rPr>
        <w:t xml:space="preserve">[06:32] </w:t>
      </w:r>
      <w:r>
        <w:t>sachi baat yeh hai ke jitni book likhi gayi hain insaan ke subject par woh sab ki sab</w:t>
      </w:r>
    </w:p>
    <w:p>
      <w:pPr>
        <w:jc w:val="right"/>
      </w:pPr>
      <w:r>
        <w:t>سچی بات یہ ہے کہ جتنی book لکھی گئی ہیں انسان کے subject پر وہ سب کی سب</w:t>
      </w:r>
    </w:p>
    <w:p>
      <w:r>
        <w:rPr>
          <w:b/>
        </w:rPr>
        <w:t xml:space="preserve">[06:37] </w:t>
      </w:r>
      <w:r>
        <w:t>book of confusion hain.</w:t>
      </w:r>
    </w:p>
    <w:p>
      <w:pPr>
        <w:jc w:val="right"/>
      </w:pPr>
      <w:r>
        <w:t>book of confusion ہیں۔</w:t>
      </w:r>
    </w:p>
    <w:p>
      <w:r>
        <w:rPr>
          <w:b/>
        </w:rPr>
        <w:t xml:space="preserve">[06:42] </w:t>
      </w:r>
      <w:r>
        <w:t>misal ke tor par aap parhiye, isi kitaab ko parhiye: "Man by Man" ko parhiye aap.</w:t>
      </w:r>
    </w:p>
    <w:p>
      <w:pPr>
        <w:jc w:val="right"/>
      </w:pPr>
      <w:r>
        <w:t>مثال کے طور پر آپ پڑھیے، اسی کتاب کو پڑھیے: "Man by Man" کو پڑھیے آپ۔</w:t>
      </w:r>
    </w:p>
    <w:p>
      <w:r>
        <w:rPr>
          <w:b/>
        </w:rPr>
        <w:t xml:space="preserve">[06:47] </w:t>
      </w:r>
      <w:r>
        <w:t>ya aap parhiye John Locke ki kitaab: "Human Understanding" ko parhiye aap.</w:t>
      </w:r>
    </w:p>
    <w:p>
      <w:pPr>
        <w:jc w:val="right"/>
      </w:pPr>
      <w:r>
        <w:t>یا آپ پڑھیے John Locke کی کتاب: "Human Understanding" کو پڑھیے آپ۔</w:t>
      </w:r>
    </w:p>
    <w:p>
      <w:r>
        <w:rPr>
          <w:b/>
        </w:rPr>
        <w:t xml:space="preserve">[06:52] </w:t>
      </w:r>
      <w:r>
        <w:t>to "Human Understanding" mein bhi aap ko confusion hi mile ga.</w:t>
      </w:r>
    </w:p>
    <w:p>
      <w:pPr>
        <w:jc w:val="right"/>
      </w:pPr>
      <w:r>
        <w:t>تو "Human Understanding" میں بھی آپ کو confusion ہی ملے گا۔</w:t>
      </w:r>
    </w:p>
    <w:p>
      <w:r>
        <w:rPr>
          <w:b/>
        </w:rPr>
        <w:t xml:space="preserve">[06:57] </w:t>
      </w:r>
      <w:r>
        <w:t>بٹرکپ کی کتاب پڑھیے آپ: "Human Knowledge"۔</w:t>
      </w:r>
    </w:p>
    <w:p>
      <w:pPr>
        <w:jc w:val="right"/>
      </w:pPr>
      <w:r>
        <w:t>Buttercup کی کتاب پڑھیے آپ: "Human Knowledge"۔</w:t>
      </w:r>
    </w:p>
    <w:p>
      <w:r>
        <w:rPr>
          <w:b/>
        </w:rPr>
        <w:t xml:space="preserve">[07:01] </w:t>
      </w:r>
      <w:r>
        <w:t>is mein bhi aap ko confusion mile ga.</w:t>
      </w:r>
    </w:p>
    <w:p>
      <w:pPr>
        <w:jc w:val="right"/>
      </w:pPr>
      <w:r>
        <w:t>اس میں بھی آپ کو confusion ملے گا۔</w:t>
      </w:r>
    </w:p>
    <w:p>
      <w:r>
        <w:rPr>
          <w:b/>
        </w:rPr>
        <w:t xml:space="preserve">[07:05] </w:t>
      </w:r>
      <w:r>
        <w:t>Doctor Alexis Carroll ki kitaab aap parhiye: "Man the Unknown".</w:t>
      </w:r>
    </w:p>
    <w:p>
      <w:pPr>
        <w:jc w:val="right"/>
      </w:pPr>
      <w:r>
        <w:t>ڈاکٹر Alexis Carroll کی کتاب آپ پڑھیے: "Man the Unknown"۔</w:t>
      </w:r>
    </w:p>
    <w:p>
      <w:r>
        <w:rPr>
          <w:b/>
        </w:rPr>
        <w:t xml:space="preserve">[07:10] </w:t>
      </w:r>
      <w:r>
        <w:t>is mein bhi confusion mile ga aap ko.</w:t>
      </w:r>
    </w:p>
    <w:p>
      <w:pPr>
        <w:jc w:val="right"/>
      </w:pPr>
      <w:r>
        <w:t>اس میں بھی confusion ملے گا آپ کو۔</w:t>
      </w:r>
    </w:p>
    <w:p>
      <w:r>
        <w:rPr>
          <w:b/>
        </w:rPr>
        <w:t xml:space="preserve">[07:14] </w:t>
      </w:r>
      <w:r>
        <w:t>to aap jante hain ke humanities jo, jis ko kehte hain humanities, is mein bohat sari discipline hain</w:t>
      </w:r>
    </w:p>
    <w:p>
      <w:pPr>
        <w:jc w:val="right"/>
      </w:pPr>
      <w:r>
        <w:t>تو آپ جانتے ہیں کہ humanities جو، جس کو کہتے ہیں humanities، اس میں بہت ساری discipline ہیں</w:t>
      </w:r>
    </w:p>
    <w:p>
      <w:r>
        <w:rPr>
          <w:b/>
        </w:rPr>
        <w:t xml:space="preserve">[07:18] </w:t>
      </w:r>
      <w:r>
        <w:t>aur is par</w:t>
      </w:r>
    </w:p>
    <w:p>
      <w:pPr>
        <w:jc w:val="right"/>
      </w:pPr>
      <w:r>
        <w:t>اور اس پر</w:t>
      </w:r>
    </w:p>
    <w:p>
      <w:r>
        <w:rPr>
          <w:b/>
        </w:rPr>
        <w:t xml:space="preserve">[07:22] </w:t>
      </w:r>
      <w:r>
        <w:t>thousand and thousand books likhi gayi hain۔ lekin jahan tak insan ko discover karne ki baat hai ya insan ki ideology ko janne ki baat hai, to is mein siwaye confusion ke koi baray se bara author kuch aur nahin de saka۔ aap koi bhi kitab parhiye kisi bhi philosopher ki۔ aap jantay hain ke is mozu par bohat se discipline hain۔</w:t>
      </w:r>
    </w:p>
    <w:p>
      <w:pPr>
        <w:jc w:val="right"/>
      </w:pPr>
      <w:r>
        <w:t>thousand and thousand books لکھی گئی ہیں۔ لیکن جہاں تک انسان کو discover کرنے کی بات ہے یا انسان کی ideology کو جاننے کی بات ہے، تو اس میں سوائے confusion کے کوئی بڑے سے بڑا author کچھ اور نہیں دے سکا۔ آپ کوئی بھی کتاب پڑھیے کسی بھی philosopher کی۔ آپ جانتے ہیں کہ اس موضوع پر بہت سے discipline ہیں۔</w:t>
      </w:r>
    </w:p>
    <w:p>
      <w:r>
        <w:rPr>
          <w:b/>
        </w:rPr>
        <w:t xml:space="preserve">[07:52] </w:t>
      </w:r>
      <w:r>
        <w:t>misalan philosophy hai. misalan anthropology.</w:t>
      </w:r>
    </w:p>
    <w:p>
      <w:pPr>
        <w:jc w:val="right"/>
      </w:pPr>
      <w:r>
        <w:t>مثلاً philosophy ہے۔ مثلاً anthropology۔</w:t>
      </w:r>
    </w:p>
    <w:p>
      <w:r>
        <w:rPr>
          <w:b/>
        </w:rPr>
        <w:t xml:space="preserve">[08:01] </w:t>
      </w:r>
      <w:r>
        <w:t>Philosophy aap parhiye, anthropology parhiye, aur literature parhiye.</w:t>
      </w:r>
    </w:p>
    <w:p>
      <w:pPr>
        <w:jc w:val="right"/>
      </w:pPr>
      <w:r>
        <w:t>Philosophy آپ پڑھیے، anthropology پڑھیے، اور literature پڑھیے۔</w:t>
      </w:r>
    </w:p>
    <w:p>
      <w:r>
        <w:rPr>
          <w:b/>
        </w:rPr>
        <w:t xml:space="preserve">[08:09] </w:t>
      </w:r>
      <w:r>
        <w:t>jahan bhi parhein ge aap ko is subject par siwaye confusion ke aur kuch nahi mile ga.</w:t>
      </w:r>
    </w:p>
    <w:p>
      <w:pPr>
        <w:jc w:val="right"/>
      </w:pPr>
      <w:r>
        <w:t>جہاں بھی پڑھیں گے آپ کو اس subject پر سوائے confusion کے اور کچھ نہیں ملے گا۔</w:t>
      </w:r>
    </w:p>
    <w:p>
      <w:r>
        <w:rPr>
          <w:b/>
        </w:rPr>
        <w:t xml:space="preserve">[08:17] </w:t>
      </w:r>
      <w:r>
        <w:t>Buttercup ne apni kitaab mein likha hai ke ilm ke do branches hain.</w:t>
      </w:r>
    </w:p>
    <w:p>
      <w:pPr>
        <w:jc w:val="right"/>
      </w:pPr>
      <w:r>
        <w:t>Buttercup نے اپنی کتاب میں لکھا ہے کہ علم کے دو branches ہیں۔</w:t>
      </w:r>
    </w:p>
    <w:p>
      <w:r>
        <w:rPr>
          <w:b/>
        </w:rPr>
        <w:t xml:space="preserve">[08:25] </w:t>
      </w:r>
      <w:r>
        <w:t>Knowledge ke do branches hain.</w:t>
      </w:r>
    </w:p>
    <w:p>
      <w:pPr>
        <w:jc w:val="right"/>
      </w:pPr>
      <w:r>
        <w:t>Knowledge کے دو branches ہیں۔</w:t>
      </w:r>
    </w:p>
    <w:p>
      <w:r>
        <w:rPr>
          <w:b/>
        </w:rPr>
        <w:t xml:space="preserve">[08:29] </w:t>
      </w:r>
      <w:r>
        <w:t>Knowledge of Things, Knowledge of Truth.</w:t>
      </w:r>
    </w:p>
    <w:p>
      <w:pPr>
        <w:jc w:val="right"/>
      </w:pPr>
      <w:r>
        <w:t>Knowledge of Things، Knowledge of Truth۔</w:t>
      </w:r>
    </w:p>
    <w:p>
      <w:r>
        <w:rPr>
          <w:b/>
        </w:rPr>
        <w:t xml:space="preserve">[08:34] </w:t>
      </w:r>
      <w:r>
        <w:t>to is ne likha hai ke jahan tak Knowledge of Things ki baat hai, is par to insan</w:t>
      </w:r>
    </w:p>
    <w:p>
      <w:pPr>
        <w:jc w:val="right"/>
      </w:pPr>
      <w:r>
        <w:t>تو اس نے لکھا ہے کہ جہاں تک Knowledge of Things کی بات ہے، اس پر تو انسان</w:t>
      </w:r>
    </w:p>
    <w:p>
      <w:r>
        <w:rPr>
          <w:b/>
        </w:rPr>
        <w:t xml:space="preserve">[08:39] </w:t>
      </w:r>
      <w:r>
        <w:t>ne bohat kuch jana.</w:t>
      </w:r>
    </w:p>
    <w:p>
      <w:pPr>
        <w:jc w:val="right"/>
      </w:pPr>
      <w:r>
        <w:t>نے بہت کچھ جانا۔</w:t>
      </w:r>
    </w:p>
    <w:p>
      <w:r>
        <w:rPr>
          <w:b/>
        </w:rPr>
        <w:t xml:space="preserve">[08:43] </w:t>
      </w:r>
      <w:r>
        <w:t>lekin jahan tak Knowledge of Truth ki baat hai, is ke baray mein insan abhi bhi, abhi bhi</w:t>
      </w:r>
    </w:p>
    <w:p>
      <w:pPr>
        <w:jc w:val="right"/>
      </w:pPr>
      <w:r>
        <w:t>لیکن جہاں تک Knowledge of Truth کی بات ہے، اس کے بارے میں انسان ابھی بھی، ابھی بھی</w:t>
      </w:r>
    </w:p>
    <w:p>
      <w:r>
        <w:rPr>
          <w:b/>
        </w:rPr>
        <w:t xml:space="preserve">[08:48] </w:t>
      </w:r>
      <w:r>
        <w:t>kuch bhi, kuch nahi jan saka.</w:t>
      </w:r>
    </w:p>
    <w:p>
      <w:pPr>
        <w:jc w:val="right"/>
      </w:pPr>
      <w:r>
        <w:t>کچھ بھی، کچھ نہیں جان سکا۔</w:t>
      </w:r>
    </w:p>
    <w:p>
      <w:r>
        <w:rPr>
          <w:b/>
        </w:rPr>
        <w:t xml:space="preserve">[08:52] </w:t>
      </w:r>
      <w:r>
        <w:t>abhi bhi is ka ilm jo hai ABCD ke level par hai.</w:t>
      </w:r>
    </w:p>
    <w:p>
      <w:pPr>
        <w:jc w:val="right"/>
      </w:pPr>
      <w:r>
        <w:t>ابھی بھی اس کا علم جو ہے ABCD کے level پر ہے۔</w:t>
      </w:r>
    </w:p>
    <w:p>
      <w:r>
        <w:rPr>
          <w:b/>
        </w:rPr>
        <w:t xml:space="preserve">[08:57] </w:t>
      </w:r>
      <w:r>
        <w:t>yeh farq jo hai Knowledge of Things, Knowledge of Truth kya hai? to main is ki aik simple</w:t>
      </w:r>
    </w:p>
    <w:p>
      <w:pPr>
        <w:jc w:val="right"/>
      </w:pPr>
      <w:r>
        <w:t>یہ فرق جو ہے Knowledge of Things، Knowledge of Truth کیا ہے؟ تو میں اس کی ایک simple</w:t>
      </w:r>
    </w:p>
    <w:p>
      <w:r>
        <w:rPr>
          <w:b/>
        </w:rPr>
        <w:t xml:space="preserve">[09:02] </w:t>
      </w:r>
      <w:r>
        <w:t>si aap ko aik example deta hoon.</w:t>
      </w:r>
    </w:p>
    <w:p>
      <w:pPr>
        <w:jc w:val="right"/>
      </w:pPr>
      <w:r>
        <w:t>سی آپ کو ایک example دیتا ہوں۔</w:t>
      </w:r>
    </w:p>
    <w:p>
      <w:r>
        <w:rPr>
          <w:b/>
        </w:rPr>
        <w:t xml:space="preserve">[09:07] </w:t>
      </w:r>
      <w:r>
        <w:t>ke flower ko lijie.</w:t>
      </w:r>
    </w:p>
    <w:p>
      <w:pPr>
        <w:jc w:val="right"/>
      </w:pPr>
      <w:r>
        <w:t>کہ flower کو لیجیے۔</w:t>
      </w:r>
    </w:p>
    <w:p>
      <w:r>
        <w:rPr>
          <w:b/>
        </w:rPr>
        <w:t xml:space="preserve">[09:12] </w:t>
      </w:r>
      <w:r>
        <w:t>flower ki aik hai chemistry.</w:t>
      </w:r>
    </w:p>
    <w:p>
      <w:pPr>
        <w:jc w:val="right"/>
      </w:pPr>
      <w:r>
        <w:t>Flower کی ایک ہے chemistry۔</w:t>
      </w:r>
    </w:p>
    <w:p>
      <w:r>
        <w:rPr>
          <w:b/>
        </w:rPr>
        <w:t xml:space="preserve">[09:17] </w:t>
      </w:r>
      <w:r>
        <w:t>aik hai is ka fragrance.</w:t>
      </w:r>
    </w:p>
    <w:p>
      <w:pPr>
        <w:jc w:val="right"/>
      </w:pPr>
      <w:r>
        <w:t>ایک ہے اس کا fragrance۔</w:t>
      </w:r>
    </w:p>
    <w:p>
      <w:r>
        <w:rPr>
          <w:b/>
        </w:rPr>
        <w:t xml:space="preserve">[09:22] </w:t>
      </w:r>
      <w:r>
        <w:t>to flower ki chemistry ka to insan jan, flower ki chemistry ko insan ne jan liya hai. kuch. lekin</w:t>
      </w:r>
    </w:p>
    <w:p>
      <w:pPr>
        <w:jc w:val="right"/>
      </w:pPr>
      <w:r>
        <w:t>تو flower کی chemistry کا تو انسان جان، flower کی chemistry کو انسان نے جان لیا ہے۔ کچھ۔ لیکن</w:t>
      </w:r>
    </w:p>
    <w:p>
      <w:r>
        <w:rPr>
          <w:b/>
        </w:rPr>
        <w:t xml:space="preserve">[09:28] </w:t>
      </w:r>
      <w:r>
        <w:t>jo fragrance hai is ke baray mein, jo khushbu jo hai phool ki, is ke baray mein insan</w:t>
      </w:r>
    </w:p>
    <w:p>
      <w:pPr>
        <w:jc w:val="right"/>
      </w:pPr>
      <w:r>
        <w:t>جو fragrance ہے اس کے بارے میں، جو خوشبو جو ہے پھول کی، اس کے بارے میں انسان</w:t>
      </w:r>
    </w:p>
    <w:p>
      <w:r>
        <w:rPr>
          <w:b/>
        </w:rPr>
        <w:t xml:space="preserve">[09:32] </w:t>
      </w:r>
      <w:r>
        <w:t>ko kuch bhi nahi maloom.</w:t>
      </w:r>
    </w:p>
    <w:p>
      <w:pPr>
        <w:jc w:val="right"/>
      </w:pPr>
      <w:r>
        <w:t>کو کچھ بھی نہیں معلوم۔</w:t>
      </w:r>
    </w:p>
    <w:p>
      <w:r>
        <w:rPr>
          <w:b/>
        </w:rPr>
        <w:t xml:space="preserve">[09:36] </w:t>
      </w:r>
      <w:r>
        <w:t>to insan thora bohat agar is ko ilm hai to woh sirf Knowledge of Things ka hai.</w:t>
      </w:r>
    </w:p>
    <w:p>
      <w:pPr>
        <w:jc w:val="right"/>
      </w:pPr>
      <w:r>
        <w:t>تو انسان تھوڑا بہت اگر اس کو علم ہے تو وہ صرف Knowledge of Things کا ہے۔</w:t>
      </w:r>
    </w:p>
    <w:p>
      <w:r>
        <w:rPr>
          <w:b/>
        </w:rPr>
        <w:t xml:space="preserve">[09:41] </w:t>
      </w:r>
      <w:r>
        <w:t>Knowledge of Truth jo hai is ke baray mein insan ko kuch bhi nahi maloom.</w:t>
      </w:r>
    </w:p>
    <w:p>
      <w:pPr>
        <w:jc w:val="right"/>
      </w:pPr>
      <w:r>
        <w:t>Knowledge of Truth جو ہے اس کے بارے میں انسان کو کچھ بھی نہیں معلوم۔</w:t>
      </w:r>
    </w:p>
    <w:p>
      <w:r>
        <w:rPr>
          <w:b/>
        </w:rPr>
        <w:t xml:space="preserve">[09:45] </w:t>
      </w:r>
      <w:r>
        <w:t>yeh hai khabeer ka.</w:t>
      </w:r>
    </w:p>
    <w:p>
      <w:pPr>
        <w:jc w:val="right"/>
      </w:pPr>
      <w:r>
        <w:t>یہ ہے خبیر کا۔</w:t>
      </w:r>
    </w:p>
    <w:p>
      <w:r>
        <w:rPr>
          <w:b/>
        </w:rPr>
        <w:t xml:space="preserve">[09:50] </w:t>
      </w:r>
      <w:r>
        <w:t>sirf khabeer hi bata sakta hai: "All-knowing".</w:t>
      </w:r>
    </w:p>
    <w:p>
      <w:pPr>
        <w:jc w:val="right"/>
      </w:pPr>
      <w:r>
        <w:t>صرف خبیر ہی بتا سکتا ہے: "All-knowing"۔</w:t>
      </w:r>
    </w:p>
    <w:p>
      <w:r>
        <w:rPr>
          <w:b/>
        </w:rPr>
        <w:t xml:space="preserve">[09:54] </w:t>
      </w:r>
      <w:r>
        <w:t>woh kon ho sakta hai is tarah creator ke</w:t>
      </w:r>
    </w:p>
    <w:p>
      <w:pPr>
        <w:jc w:val="right"/>
      </w:pPr>
      <w:r>
        <w:t>وہ کون ہو سکتا ہے اس طرح creator کے</w:t>
      </w:r>
    </w:p>
    <w:p>
      <w:r>
        <w:rPr>
          <w:b/>
        </w:rPr>
        <w:t xml:space="preserve">[09:58] </w:t>
      </w:r>
      <w:r>
        <w:t>؟ jis ne paida kiya? wahi bata sakta hai۔ is ke siwa kaun hai jo bataye? creator ke siwa kaun hai jo khabir ho, all-knowing ho? is mozu par aap meri aik kitab hai: "Religion and Science"۔ yeh kitab english mein chhapi hai: "Religion and Science" ke naam se۔ urdu mein chhapi hai: "مذہب اور سائنس" ke</w:t>
      </w:r>
    </w:p>
    <w:p>
      <w:pPr>
        <w:jc w:val="right"/>
      </w:pPr>
      <w:r>
        <w:t>؟ جس نے پیدا کیا؟ وہی بتا سکتا ہے۔ اس کے سوا کون ہے جو بتائے؟ Creator کے سوا کون ہے جو خبیر ہو، All-knowing ہو؟ اس موضوع پر آپ میری ایک کتاب ہے: "Religion and Science"۔ یہ کتاب انگلش میں چھپی ہے: "Religion and Science" کے نام سے۔ اردو میں چھپی ہے: "Mذہب اور سائنس" کے</w:t>
      </w:r>
    </w:p>
    <w:p>
      <w:r>
        <w:rPr>
          <w:b/>
        </w:rPr>
        <w:t xml:space="preserve">[10:28] </w:t>
      </w:r>
      <w:r>
        <w:t>naam se.</w:t>
      </w:r>
    </w:p>
    <w:p>
      <w:pPr>
        <w:jc w:val="right"/>
      </w:pPr>
      <w:r>
        <w:t>نام سے۔</w:t>
      </w:r>
    </w:p>
    <w:p>
      <w:r>
        <w:rPr>
          <w:b/>
        </w:rPr>
        <w:t xml:space="preserve">[10:35] </w:t>
      </w:r>
      <w:r>
        <w:t>Arabic mein chapi hai: "Al-Islam wal Asr Al-Hadith".</w:t>
      </w:r>
    </w:p>
    <w:p>
      <w:pPr>
        <w:jc w:val="right"/>
      </w:pPr>
      <w:r>
        <w:t>عربک میں چھپی ہے: "الاسلام والعصر الحدیث"۔</w:t>
      </w:r>
    </w:p>
    <w:p>
      <w:r>
        <w:rPr>
          <w:b/>
        </w:rPr>
        <w:t xml:space="preserve">[10:41] </w:t>
      </w:r>
      <w:r>
        <w:t>is mein aap parh sakte hain ke is mein kafi detail ke sath main ne bataya hai, quote</w:t>
      </w:r>
    </w:p>
    <w:p>
      <w:pPr>
        <w:jc w:val="right"/>
      </w:pPr>
      <w:r>
        <w:t>اس میں آپ پڑھ سکتے ہیں کہ اس میں کافی detail کے ساتھ میں نے بتایا ہے، quote</w:t>
      </w:r>
    </w:p>
    <w:p>
      <w:r>
        <w:rPr>
          <w:b/>
        </w:rPr>
        <w:t xml:space="preserve">[10:47] </w:t>
      </w:r>
      <w:r>
        <w:t>karte hue authorities ko, ke insan ke baray mein janna hamare liye beyond our capacity hai.</w:t>
      </w:r>
    </w:p>
    <w:p>
      <w:pPr>
        <w:jc w:val="right"/>
      </w:pPr>
      <w:r>
        <w:t>کرتے ہوئے authorities کو، کہ انسان کے بارے میں جاننا ہمارے لیے beyond our capacity ہے۔</w:t>
      </w:r>
    </w:p>
    <w:p>
      <w:r>
        <w:rPr>
          <w:b/>
        </w:rPr>
        <w:t xml:space="preserve">[10:53] </w:t>
      </w:r>
      <w:r>
        <w:t>yani hazaron saal ki research jo hai is mamle mein woh hamein kahin pohncha nahi saki. kahin</w:t>
      </w:r>
    </w:p>
    <w:p>
      <w:pPr>
        <w:jc w:val="right"/>
      </w:pPr>
      <w:r>
        <w:t>یعنی ہزاروں سال کی research جو ہے اس معاملے میں وہ ہمیں کہیں پہنچا نہیں سکی۔ کہیں</w:t>
      </w:r>
    </w:p>
    <w:p>
      <w:r>
        <w:rPr>
          <w:b/>
        </w:rPr>
        <w:t xml:space="preserve">[10:59] </w:t>
      </w:r>
      <w:r>
        <w:t>nahi pohncha saki.</w:t>
      </w:r>
    </w:p>
    <w:p>
      <w:pPr>
        <w:jc w:val="right"/>
      </w:pPr>
      <w:r>
        <w:t>نہیں پہنچا سکی۔</w:t>
      </w:r>
    </w:p>
    <w:p>
      <w:r>
        <w:rPr>
          <w:b/>
        </w:rPr>
        <w:t xml:space="preserve">[11:03] </w:t>
      </w:r>
      <w:r>
        <w:t>to yeh insaan ka jo yaiz hai, yeh jo insaan ki mehroomi hai, yeh apne aap mein is</w:t>
      </w:r>
    </w:p>
    <w:p>
      <w:pPr>
        <w:jc w:val="right"/>
      </w:pPr>
      <w:r>
        <w:t>تو یہ انسان کا جو یعیز ہے، یہ جو انسان کی محرومی ہے، یہ اپنے آپ میں اس</w:t>
      </w:r>
    </w:p>
    <w:p>
      <w:r>
        <w:rPr>
          <w:b/>
        </w:rPr>
        <w:t xml:space="preserve">[11:06] </w:t>
      </w:r>
      <w:r>
        <w:t>baat ka proof hai ke insaan ke siwa koi aur chahiye jo hamein bataye.</w:t>
      </w:r>
    </w:p>
    <w:p>
      <w:pPr>
        <w:jc w:val="right"/>
      </w:pPr>
      <w:r>
        <w:t>بات کا proof ہے کہ انسان کے سوا کوئی اور چاہیے جو ہمیں بتائے۔</w:t>
      </w:r>
    </w:p>
    <w:p>
      <w:r>
        <w:rPr>
          <w:b/>
        </w:rPr>
        <w:t xml:space="preserve">[11:10] </w:t>
      </w:r>
      <w:r>
        <w:t>to isi ko quran mein kaha gaya hai: khabeer. All-knowing.</w:t>
      </w:r>
    </w:p>
    <w:p>
      <w:pPr>
        <w:jc w:val="right"/>
      </w:pPr>
      <w:r>
        <w:t>تو اسی کو قرآن میں کہا گیا ہے: خبیر۔ All-knowing۔</w:t>
      </w:r>
    </w:p>
    <w:p>
      <w:r>
        <w:rPr>
          <w:b/>
        </w:rPr>
        <w:t xml:space="preserve">[11:14] </w:t>
      </w:r>
      <w:r>
        <w:t>sirf khabeer hi bata sakta hai.</w:t>
      </w:r>
    </w:p>
    <w:p>
      <w:pPr>
        <w:jc w:val="right"/>
      </w:pPr>
      <w:r>
        <w:t>صرف خبیر ہی بتا سکتا ہے۔</w:t>
      </w:r>
    </w:p>
    <w:p>
      <w:r>
        <w:rPr>
          <w:b/>
        </w:rPr>
        <w:t xml:space="preserve">[11:18] </w:t>
      </w:r>
      <w:r>
        <w:t>woh khabeer kaun hai? khuda hai.</w:t>
      </w:r>
    </w:p>
    <w:p>
      <w:pPr>
        <w:jc w:val="right"/>
      </w:pPr>
      <w:r>
        <w:t>وہ خبیر کون ہے؟ خدا ہے۔</w:t>
      </w:r>
    </w:p>
    <w:p>
      <w:r>
        <w:rPr>
          <w:b/>
        </w:rPr>
        <w:t xml:space="preserve">[11:22] </w:t>
      </w:r>
      <w:r>
        <w:t>jis ne create kiya.</w:t>
      </w:r>
    </w:p>
    <w:p>
      <w:pPr>
        <w:jc w:val="right"/>
      </w:pPr>
      <w:r>
        <w:t>جس نے create کیا۔</w:t>
      </w:r>
    </w:p>
    <w:p>
      <w:r>
        <w:rPr>
          <w:b/>
        </w:rPr>
        <w:t xml:space="preserve">[11:26] </w:t>
      </w:r>
      <w:r>
        <w:t>to khabeer ne</w:t>
      </w:r>
    </w:p>
    <w:p>
      <w:pPr>
        <w:jc w:val="right"/>
      </w:pPr>
      <w:r>
        <w:t>تو خبیر نے</w:t>
      </w:r>
    </w:p>
    <w:p>
      <w:r>
        <w:rPr>
          <w:b/>
        </w:rPr>
        <w:t xml:space="preserve">[11:30] </w:t>
      </w:r>
      <w:r>
        <w:t>apnay zaati ilm ke mutabiq prophet ko bataya: through revelation۔ to asal khabir to khuda hai۔ lekin khuda ne prophet ko bata kar ke us ko khabir banaya۔ aur phir prophet ko zariya banaya ke hamein woh bataye۔ is ka matlab yeh hua ke "Ideology of Life" jo hai agar hum janna chahtay hain to hamein proph</w:t>
      </w:r>
    </w:p>
    <w:p>
      <w:pPr>
        <w:jc w:val="right"/>
      </w:pPr>
      <w:r>
        <w:t>اپنے ذاتی علم کے مطابق prophet کو بتایا: through revelation۔ تو اصل خبیر تو خدا ہے۔ لیکن خدا نے prophet کو بتا کر کے اس کو خبیر بنایا۔ اور پھر prophet کو ذریعہ بنایا کہ ہمیں وہ بتائے۔ اس کا مطلب یہ ہوا کہ "Ideology of Life" جو ہے اگر ہم جاننا چاہتے ہیں تو ہمیں proph</w:t>
      </w:r>
    </w:p>
    <w:p>
      <w:r>
        <w:rPr>
          <w:b/>
        </w:rPr>
        <w:t xml:space="preserve">[12:00] </w:t>
      </w:r>
      <w:r>
        <w:t>et ka zariya lena parega.</w:t>
      </w:r>
    </w:p>
    <w:p>
      <w:pPr>
        <w:jc w:val="right"/>
      </w:pPr>
      <w:r>
        <w:t>et کا ذریعہ لینا پڑے گا۔</w:t>
      </w:r>
    </w:p>
    <w:p>
      <w:r>
        <w:rPr>
          <w:b/>
        </w:rPr>
        <w:t xml:space="preserve">[12:06] </w:t>
      </w:r>
      <w:r>
        <w:t>Prophet ko chhod kar ke hum nahin jaan sakte ke kya hai? Zindagi ka raaz kya hai? Zindagi</w:t>
      </w:r>
    </w:p>
    <w:p>
      <w:pPr>
        <w:jc w:val="right"/>
      </w:pPr>
      <w:r>
        <w:t>Prophet کو چھوڑ کر کے ہم نہیں جان سکتے کہ کیا ہے؟ زندگی کا راز کیا ہے؟ زندگی</w:t>
      </w:r>
    </w:p>
    <w:p>
      <w:r>
        <w:rPr>
          <w:b/>
        </w:rPr>
        <w:t xml:space="preserve">[12:12] </w:t>
      </w:r>
      <w:r>
        <w:t>ki ideology kya hai? zindagi ko duniya mein kis tarah se bataya jaye ke hum successful hon? to</w:t>
      </w:r>
    </w:p>
    <w:p>
      <w:pPr>
        <w:jc w:val="right"/>
      </w:pPr>
      <w:r>
        <w:t>کی ideology کیا ہے؟ زندگی کو دنیا میں کس طرح سے بتایا جائے کہ ہم successful ہوں؟ تو</w:t>
      </w:r>
    </w:p>
    <w:p>
      <w:r>
        <w:rPr>
          <w:b/>
        </w:rPr>
        <w:t xml:space="preserve">[12:18] </w:t>
      </w:r>
      <w:r>
        <w:t>yeh siwaye prophet ke koi jaan nahi sakta.</w:t>
      </w:r>
    </w:p>
    <w:p>
      <w:pPr>
        <w:jc w:val="right"/>
      </w:pPr>
      <w:r>
        <w:t>یہ سوائے prophet کے کوئی جان نہیں سکتا۔</w:t>
      </w:r>
    </w:p>
    <w:p>
      <w:r>
        <w:rPr>
          <w:b/>
        </w:rPr>
        <w:t xml:space="preserve">[12:24] </w:t>
      </w:r>
      <w:r>
        <w:t>jaan, asal janne wala to khuda hai. phir kh</w:t>
      </w:r>
    </w:p>
    <w:p>
      <w:pPr>
        <w:jc w:val="right"/>
      </w:pPr>
      <w:r>
        <w:t>جان، اصل جاننے والا تو خدا ہے۔ پھر خ</w:t>
      </w:r>
    </w:p>
    <w:p>
      <w:r>
        <w:rPr>
          <w:b/>
        </w:rPr>
        <w:t xml:space="preserve">[12:30] </w:t>
      </w:r>
      <w:r>
        <w:t>da ne bataya prophet ko.</w:t>
      </w:r>
    </w:p>
    <w:p>
      <w:pPr>
        <w:jc w:val="right"/>
      </w:pPr>
      <w:r>
        <w:t>دا نے بتایا prophet کو۔</w:t>
      </w:r>
    </w:p>
    <w:p>
      <w:r>
        <w:rPr>
          <w:b/>
        </w:rPr>
        <w:t xml:space="preserve">[12:36] </w:t>
      </w:r>
      <w:r>
        <w:t>phir prophet ne bataya hum ko.</w:t>
      </w:r>
    </w:p>
    <w:p>
      <w:pPr>
        <w:jc w:val="right"/>
      </w:pPr>
      <w:r>
        <w:t>پھر prophet نے بتایا ہم کو۔</w:t>
      </w:r>
    </w:p>
    <w:p>
      <w:r>
        <w:rPr>
          <w:b/>
        </w:rPr>
        <w:t xml:space="preserve">[12:42] </w:t>
      </w:r>
      <w:r>
        <w:t>to yahi wajah hai ke chounke logon ne yeh chaha ke direct tor par woh jaan sakein haqeeqat</w:t>
      </w:r>
    </w:p>
    <w:p>
      <w:pPr>
        <w:jc w:val="right"/>
      </w:pPr>
      <w:r>
        <w:t>تو یہی وجہ ہے کہ چونکہ لوگوں نے یہ چاہا کہ direct طور پر وہ جان سکیں حقیقت</w:t>
      </w:r>
    </w:p>
    <w:p>
      <w:r>
        <w:rPr>
          <w:b/>
        </w:rPr>
        <w:t xml:space="preserve">[12:48] </w:t>
      </w:r>
      <w:r>
        <w:t>ko, to koi bhi yahan se wahan tak dekhiye poori history mein janne mein kamyab nahi hua.</w:t>
      </w:r>
    </w:p>
    <w:p>
      <w:pPr>
        <w:jc w:val="right"/>
      </w:pPr>
      <w:r>
        <w:t>کو، تو کوئی بھی یہاں سے وہاں تک دیکھیے پوری history میں جاننے میں کامیاب نہیں ہوا۔</w:t>
      </w:r>
    </w:p>
    <w:p>
      <w:r>
        <w:rPr>
          <w:b/>
        </w:rPr>
        <w:t xml:space="preserve">[12:54] </w:t>
      </w:r>
      <w:r>
        <w:t>misal ke tor par aap dekhiye</w:t>
      </w:r>
    </w:p>
    <w:p>
      <w:pPr>
        <w:jc w:val="right"/>
      </w:pPr>
      <w:r>
        <w:t>مثال کے طور پر آپ دیکھیے</w:t>
      </w:r>
    </w:p>
    <w:p>
      <w:r>
        <w:rPr>
          <w:b/>
        </w:rPr>
        <w:t xml:space="preserve">[13:00] </w:t>
      </w:r>
      <w:r>
        <w:t>: Aristotle ko lijiye۔ Aristotle ne yeh samjha ke zindagi ka raaz yeh hai ke aik aik aisi state banayi jaye jis ka head aik philosopher ho۔ philosopher king۔ yani agar aik aisi state woh bana sakain jis ka king jo hai philosopher ho to bas sari baat theek ho jaye gi۔ aur woh Alexander jo tha badshah, jo shehzada tha us waqt, us ka woh teacher tha۔ to us ko us ne</w:t>
      </w:r>
    </w:p>
    <w:p>
      <w:pPr>
        <w:jc w:val="right"/>
      </w:pPr>
      <w:r>
        <w:t>: Aristotle کو لیجیے۔ Aristotle نے یہ سمجھا کہ زندگی کا راز یہ ہے کہ ایک ایک ایسی state بنائی جائے جس کا head ایک philosopher ہو۔ Philosopher king۔ یعنی اگر ایک ایسی state وہ بنا سکیں جس کا king جو ہے philosopher ہو تو بس ساری بات ٹھیک ہو جائے گی۔ اور وہ Alexander جو تھا بادشاہ، جو شہزادہ تھا اس وقت، اس کا وہ teacher تھا۔ تو اس کو اس نے</w:t>
      </w:r>
    </w:p>
    <w:p>
      <w:r>
        <w:rPr>
          <w:b/>
        </w:rPr>
        <w:t xml:space="preserve">[13:30] </w:t>
      </w:r>
      <w:r>
        <w:t>tiyar kiya.</w:t>
      </w:r>
    </w:p>
    <w:p>
      <w:pPr>
        <w:jc w:val="right"/>
      </w:pPr>
      <w:r>
        <w:t>تیار کیا۔</w:t>
      </w:r>
    </w:p>
    <w:p>
      <w:r>
        <w:rPr>
          <w:b/>
        </w:rPr>
        <w:t xml:space="preserve">[13:35] </w:t>
      </w:r>
      <w:r>
        <w:t>is ki dream yeh thi ke yeh Alexander jo hai yeh philosopher king banega.</w:t>
      </w:r>
    </w:p>
    <w:p>
      <w:pPr>
        <w:jc w:val="right"/>
      </w:pPr>
      <w:r>
        <w:t>اس کی dream یہ تھی کہ یہ Alexander جو ہے یہ philosopher king بنے گا۔</w:t>
      </w:r>
    </w:p>
    <w:p>
      <w:r>
        <w:rPr>
          <w:b/>
        </w:rPr>
        <w:t xml:space="preserve">[13:39] </w:t>
      </w:r>
      <w:r>
        <w:t>aur phir ek ideal state ban jayegi.</w:t>
      </w:r>
    </w:p>
    <w:p>
      <w:pPr>
        <w:jc w:val="right"/>
      </w:pPr>
      <w:r>
        <w:t>اور پھر ایک ideal state بن جائے گی۔</w:t>
      </w:r>
    </w:p>
    <w:p>
      <w:r>
        <w:rPr>
          <w:b/>
        </w:rPr>
        <w:t xml:space="preserve">[13:43] </w:t>
      </w:r>
      <w:r>
        <w:t>yeh kitni superfluous thinking hai.</w:t>
      </w:r>
    </w:p>
    <w:p>
      <w:pPr>
        <w:jc w:val="right"/>
      </w:pPr>
      <w:r>
        <w:t>یہ کتنی superfluous thinking ہے۔</w:t>
      </w:r>
    </w:p>
    <w:p>
      <w:r>
        <w:rPr>
          <w:b/>
        </w:rPr>
        <w:t xml:space="preserve">[13:48] </w:t>
      </w:r>
      <w:r>
        <w:t>woh nahi samajh saka ke ek insaan jo hai social, social life jo hai jis mein hazaron insaan</w:t>
      </w:r>
    </w:p>
    <w:p>
      <w:pPr>
        <w:jc w:val="right"/>
      </w:pPr>
      <w:r>
        <w:t>وہ نہیں سمجھ سکا کہ ایک انسان جو ہے social، social life جو ہے جس میں ہزاروں انسان</w:t>
      </w:r>
    </w:p>
    <w:p>
      <w:r>
        <w:rPr>
          <w:b/>
        </w:rPr>
        <w:t xml:space="preserve">[13:52] </w:t>
      </w:r>
      <w:r>
        <w:t>hote hain, to koi ek insaan poori social life ko control nahi kar sakta.</w:t>
      </w:r>
    </w:p>
    <w:p>
      <w:pPr>
        <w:jc w:val="right"/>
      </w:pPr>
      <w:r>
        <w:t>ہوتے ہیں، تو کوئی ایک انسان پوری social life کو control نہیں کر سکتا۔</w:t>
      </w:r>
    </w:p>
    <w:p>
      <w:r>
        <w:rPr>
          <w:b/>
        </w:rPr>
        <w:t xml:space="preserve">[13:56] </w:t>
      </w:r>
      <w:r>
        <w:t>har aadmi ko fre</w:t>
      </w:r>
    </w:p>
    <w:p>
      <w:pPr>
        <w:jc w:val="right"/>
      </w:pPr>
      <w:r>
        <w:t>ہر آدمی کو fre</w:t>
      </w:r>
    </w:p>
    <w:p>
      <w:r>
        <w:rPr>
          <w:b/>
        </w:rPr>
        <w:t xml:space="preserve">[14:01] </w:t>
      </w:r>
      <w:r>
        <w:t>edom mila hua hai.</w:t>
      </w:r>
    </w:p>
    <w:p>
      <w:pPr>
        <w:jc w:val="right"/>
      </w:pPr>
      <w:r>
        <w:t>edom ملا ہوا ہے۔</w:t>
      </w:r>
    </w:p>
    <w:p>
      <w:r>
        <w:rPr>
          <w:b/>
        </w:rPr>
        <w:t xml:space="preserve">[14:06] </w:t>
      </w:r>
      <w:r>
        <w:t>har aadmi ko free will mila hua hai.</w:t>
      </w:r>
    </w:p>
    <w:p>
      <w:pPr>
        <w:jc w:val="right"/>
      </w:pPr>
      <w:r>
        <w:t>ہر آدمی کو free will ملا ہوا ہے۔</w:t>
      </w:r>
    </w:p>
    <w:p>
      <w:r>
        <w:rPr>
          <w:b/>
        </w:rPr>
        <w:t xml:space="preserve">[14:11] </w:t>
      </w:r>
      <w:r>
        <w:t>ek aadmi pure system ko tabah kar deta hai.</w:t>
      </w:r>
    </w:p>
    <w:p>
      <w:pPr>
        <w:jc w:val="right"/>
      </w:pPr>
      <w:r>
        <w:t>ایک آدمی پورے system کو تباہ کر دیتا ہے۔</w:t>
      </w:r>
    </w:p>
    <w:p>
      <w:r>
        <w:rPr>
          <w:b/>
        </w:rPr>
        <w:t xml:space="preserve">[14:16] </w:t>
      </w:r>
      <w:r>
        <w:t>to ek philosopher king aisa nahi kar sakta ke ideal state bana de.</w:t>
      </w:r>
    </w:p>
    <w:p>
      <w:pPr>
        <w:jc w:val="right"/>
      </w:pPr>
      <w:r>
        <w:t>تو ایک philosopher king ایسا نہیں کر سکتا کہ ideal state بنا دے۔</w:t>
      </w:r>
    </w:p>
    <w:p>
      <w:r>
        <w:rPr>
          <w:b/>
        </w:rPr>
        <w:t xml:space="preserve">[14:21] </w:t>
      </w:r>
      <w:r>
        <w:t>natija kya hua? ke Aristotle jo hai wo frustration mein mara.</w:t>
      </w:r>
    </w:p>
    <w:p>
      <w:pPr>
        <w:jc w:val="right"/>
      </w:pPr>
      <w:r>
        <w:t>نتیجہ کیا ہوا؟ کہ Aristotle جو ہے وہ frustration میں مرا۔</w:t>
      </w:r>
    </w:p>
    <w:p>
      <w:r>
        <w:rPr>
          <w:b/>
        </w:rPr>
        <w:t xml:space="preserve">[14:26] </w:t>
      </w:r>
      <w:r>
        <w:t>kyunke khud jo philosopher king banaya tha isne, iske andar kya aa gaya? Political greed aa gayi.</w:t>
      </w:r>
    </w:p>
    <w:p>
      <w:pPr>
        <w:jc w:val="right"/>
      </w:pPr>
      <w:r>
        <w:t>کیونکہ خود جو philosopher king بنایا تھا اس نے، اس کے اندر کیا آ گیا؟ Political greed آ گئی۔</w:t>
      </w:r>
    </w:p>
    <w:p>
      <w:r>
        <w:rPr>
          <w:b/>
        </w:rPr>
        <w:t xml:space="preserve">[14:31] </w:t>
      </w:r>
      <w:r>
        <w:t>ke sari duniya mein conquer karunga.</w:t>
      </w:r>
    </w:p>
    <w:p>
      <w:pPr>
        <w:jc w:val="right"/>
      </w:pPr>
      <w:r>
        <w:t>کہ ساری دنیا میں کانکر کروں گا۔</w:t>
      </w:r>
    </w:p>
    <w:p>
      <w:r>
        <w:rPr>
          <w:b/>
        </w:rPr>
        <w:t xml:space="preserve">[14:35] </w:t>
      </w:r>
      <w:r>
        <w:t>jis philosopher king ko Aristotle ne, yaani Alexander ko, jis ko hum kehte hain Alexander the Great, wo</w:t>
      </w:r>
    </w:p>
    <w:p>
      <w:pPr>
        <w:jc w:val="right"/>
      </w:pPr>
      <w:r>
        <w:t>جس philosopher king کو Aristotle نے، یعنی Alexander کو، جس کو ہم کہتے ہیں Alexander the Great، وہ</w:t>
      </w:r>
    </w:p>
    <w:p>
      <w:r>
        <w:rPr>
          <w:b/>
        </w:rPr>
        <w:t xml:space="preserve">[14:40] </w:t>
      </w:r>
      <w:r>
        <w:t>iska disciple tha Aristotle ka.</w:t>
      </w:r>
    </w:p>
    <w:p>
      <w:pPr>
        <w:jc w:val="right"/>
      </w:pPr>
      <w:r>
        <w:t>اس کا disciple تھا Aristotle کا۔</w:t>
      </w:r>
    </w:p>
    <w:p>
      <w:r>
        <w:rPr>
          <w:b/>
        </w:rPr>
        <w:t xml:space="preserve">[14:44] </w:t>
      </w:r>
      <w:r>
        <w:t>isko banaya tha isne ke Greece mein, yaani Yunan mein, ek ideal state banayi jaye jis</w:t>
      </w:r>
    </w:p>
    <w:p>
      <w:pPr>
        <w:jc w:val="right"/>
      </w:pPr>
      <w:r>
        <w:t>اس کو بنایا تھا اس نے کہ Greece میں، یعنی یونان میں، ایک ideal state بنائی جائے جس</w:t>
      </w:r>
    </w:p>
    <w:p>
      <w:r>
        <w:rPr>
          <w:b/>
        </w:rPr>
        <w:t xml:space="preserve">[14:49] </w:t>
      </w:r>
      <w:r>
        <w:t>ka wo king ho.</w:t>
      </w:r>
    </w:p>
    <w:p>
      <w:pPr>
        <w:jc w:val="right"/>
      </w:pPr>
      <w:r>
        <w:t>کا وہ king ہو۔</w:t>
      </w:r>
    </w:p>
    <w:p>
      <w:r>
        <w:rPr>
          <w:b/>
        </w:rPr>
        <w:t xml:space="preserve">[14:54] </w:t>
      </w:r>
      <w:r>
        <w:t>aur iske andar kya aa gaya? ke main sari duniya ko fateh karun.</w:t>
      </w:r>
    </w:p>
    <w:p>
      <w:pPr>
        <w:jc w:val="right"/>
      </w:pPr>
      <w:r>
        <w:t>اور اس کے اندر کیا آ گیا؟ کہ میں ساری دنیا کو فتح کروں۔</w:t>
      </w:r>
    </w:p>
    <w:p>
      <w:r>
        <w:rPr>
          <w:b/>
        </w:rPr>
        <w:t xml:space="preserve">[14:58] </w:t>
      </w:r>
      <w:r>
        <w:t>aur duniya ko wo conquer bhi nahi kar saka aur rastay mein mar gaya wo.</w:t>
      </w:r>
    </w:p>
    <w:p>
      <w:pPr>
        <w:jc w:val="right"/>
      </w:pPr>
      <w:r>
        <w:t>اور دنیا کو وہ کانکر بھی نہیں کر سکا اور راستے میں مر گیا وہ۔</w:t>
      </w:r>
    </w:p>
    <w:p>
      <w:r>
        <w:rPr>
          <w:b/>
        </w:rPr>
        <w:t xml:space="preserve">[15:03] </w:t>
      </w:r>
      <w:r>
        <w:t>to iska matlab yeh hai ke zindagi ko agar samjha hota Aristotle to wo jaanta ke wo</w:t>
      </w:r>
    </w:p>
    <w:p>
      <w:pPr>
        <w:jc w:val="right"/>
      </w:pPr>
      <w:r>
        <w:t>تو اس کا معنی یہ ہے کہ زندگی کو اگر سمجھا ہوتا Aristotle تو وہ جانتا کہ وہ</w:t>
      </w:r>
    </w:p>
    <w:p>
      <w:r>
        <w:rPr>
          <w:b/>
        </w:rPr>
        <w:t xml:space="preserve">[15:08] </w:t>
      </w:r>
      <w:r>
        <w:t>ideal cannot be achieved ka mamla hai.</w:t>
      </w:r>
    </w:p>
    <w:p>
      <w:pPr>
        <w:jc w:val="right"/>
      </w:pPr>
      <w:r>
        <w:t>ideal cannot be achieved کا معاملہ ہے۔</w:t>
      </w:r>
    </w:p>
    <w:p>
      <w:r>
        <w:rPr>
          <w:b/>
        </w:rPr>
        <w:t xml:space="preserve">[15:13] </w:t>
      </w:r>
      <w:r>
        <w:t>jo political ideal wo chahta hai, wo simply wo possible hi nahi hai.</w:t>
      </w:r>
    </w:p>
    <w:p>
      <w:pPr>
        <w:jc w:val="right"/>
      </w:pPr>
      <w:r>
        <w:t>جو political ideal وہ چاہتا ہے، وہ simply وہ possible ہی نہیں ہے۔</w:t>
      </w:r>
    </w:p>
    <w:p>
      <w:r>
        <w:rPr>
          <w:b/>
        </w:rPr>
        <w:t xml:space="preserve">[15:18] </w:t>
      </w:r>
      <w:r>
        <w:t>to Alexander bhi mara frustration mein aur Aristotle bhi mara frustration mein.</w:t>
      </w:r>
    </w:p>
    <w:p>
      <w:pPr>
        <w:jc w:val="right"/>
      </w:pPr>
      <w:r>
        <w:t>تو Alexander بھی مرا frustration میں اور Aristotle بھی مرا frustration میں۔</w:t>
      </w:r>
    </w:p>
    <w:p>
      <w:r>
        <w:rPr>
          <w:b/>
        </w:rPr>
        <w:t xml:space="preserve">[15:23] </w:t>
      </w:r>
      <w:r>
        <w:t>aur wo ideal state aaj tak ban nahi saki.</w:t>
      </w:r>
    </w:p>
    <w:p>
      <w:pPr>
        <w:jc w:val="right"/>
      </w:pPr>
      <w:r>
        <w:t>اور وہ ideal state آج تک بن نہیں سکا۔</w:t>
      </w:r>
    </w:p>
    <w:p>
      <w:r>
        <w:rPr>
          <w:b/>
        </w:rPr>
        <w:t xml:space="preserve">[15:28] </w:t>
      </w:r>
      <w:r>
        <w:t>to is tarah aap dekhiye: yeh Rousseau jo hai,</w:t>
      </w:r>
    </w:p>
    <w:p>
      <w:pPr>
        <w:jc w:val="right"/>
      </w:pPr>
      <w:r>
        <w:t>تو اس طرح آپ دیکھیے: یہ Rousseau جو ہے،</w:t>
      </w:r>
    </w:p>
    <w:p>
      <w:r>
        <w:rPr>
          <w:b/>
        </w:rPr>
        <w:t xml:space="preserve">[15:33] </w:t>
      </w:r>
      <w:r>
        <w:t>iski kitab hai: Social Contract. uska pehla sentence hai: ke "Man was born free but I see him in chain". Chain ka matlab hai political chain. to sari zindagi wo political chain ko todne mein laga raha lekin jab political chain toot, toota to maloom hua ke ek aur chain wahan aa gayi. to Aristotle ideal state banana chahta</w:t>
      </w:r>
    </w:p>
    <w:p>
      <w:pPr>
        <w:jc w:val="right"/>
      </w:pPr>
      <w:r>
        <w:t>اس کی کتاب ہے: Social Contract۔ اس کا پہلا sentence ہے: کہ "Man was born free but I see him in chain"۔ Chain کا مطلب ہے political chain۔ تو ساری زندگی وہ political chain کو توڑنے میں لگا رہا لیکن جب political chain ٹوٹ، ٹوٹا تو معلوم ہوا کہ ایک اور chain وہاں آ گیا۔ تو Aristotle ideal state بنانا چاہتا</w:t>
      </w:r>
    </w:p>
    <w:p>
      <w:r>
        <w:rPr>
          <w:b/>
        </w:rPr>
        <w:t xml:space="preserve">[16:03] </w:t>
      </w:r>
      <w:r>
        <w:t>tha. wo frustration mein mara. aur yeh Rousseau jo tha, wo political chain, yaani uska yeh kehna tha ke "Man was born free but I see him in political chain". iske baad Marx aaya. uske sau saal ke baad Marx ne kaha ke "Man was born free but I see him in economic change". اقتصادی</w:t>
      </w:r>
    </w:p>
    <w:p>
      <w:pPr>
        <w:jc w:val="right"/>
      </w:pPr>
      <w:r>
        <w:t>تھا۔ وہ frustration میں مرا۔ اور یہ Rousseau جو تھا، وہ political chain، یعنی اس کا یہ کہنا تھا کہ "Man was born free but I see him in political chain"۔ اس کے بعد Marx آیا۔ اس کے سو سال کے بعد Marx نے کہا کہ "Man was born free but I see him in economic change"۔ اقتصادی</w:t>
      </w:r>
    </w:p>
    <w:p>
      <w:r>
        <w:rPr>
          <w:b/>
        </w:rPr>
        <w:t xml:space="preserve">[16:33] </w:t>
      </w:r>
      <w:r>
        <w:t>tandeeron mein. wo bhi frustration mein mara. hamare mulk mein Mahatma Gandhi paida hue. unhone kaha ke "Man was born free and I see him in colonial chain". to colonial chain toota tab bhi wahi corruption aur wahi oonch neech aur wahi exploitation sab kuch. yeh sab log jo hain apni, kyun aisa hota</w:t>
      </w:r>
    </w:p>
    <w:p>
      <w:pPr>
        <w:jc w:val="right"/>
      </w:pPr>
      <w:r>
        <w:t>تندیروں میں۔ وہ بھی frustration میں مرا۔ ہمارے દેશ میں مہاتما گاندھی پیدا ہوئے۔ انہوں نے کہا کہ "Man was born free and I see him in colonial chain"۔ تو colonial chain ٹوٹا تب بھی وہی corruption اور وہی اونچ نیچ اور وہی exploitation سب کچھ۔ یہ سب لوگ جو ہیں اپنی، کیوں ایسا ہوتا</w:t>
      </w:r>
    </w:p>
    <w:p>
      <w:r>
        <w:rPr>
          <w:b/>
        </w:rPr>
        <w:t xml:space="preserve">[17:03] </w:t>
      </w:r>
      <w:r>
        <w:t>hai? ke bade bade dream dekha unhone aur mare frustration mein.</w:t>
      </w:r>
    </w:p>
    <w:p>
      <w:pPr>
        <w:jc w:val="right"/>
      </w:pPr>
      <w:r>
        <w:t>ہے؟ کہ بڑے بڑے dream دیکھا انہوں نے اور مرے frustration میں۔</w:t>
      </w:r>
    </w:p>
    <w:p>
      <w:r>
        <w:rPr>
          <w:b/>
        </w:rPr>
        <w:t xml:space="preserve">[17:07] </w:t>
      </w:r>
      <w:r>
        <w:t>is liye ke wo ideology of life jo hai isko wo discover nahi kar sake.</w:t>
      </w:r>
    </w:p>
    <w:p>
      <w:pPr>
        <w:jc w:val="right"/>
      </w:pPr>
      <w:r>
        <w:t>اس لیے کہ وہ ideology of life جو ہے اس کو وہ discover نہیں کر سکے۔</w:t>
      </w:r>
    </w:p>
    <w:p>
      <w:r>
        <w:rPr>
          <w:b/>
        </w:rPr>
        <w:t xml:space="preserve">[17:12] </w:t>
      </w:r>
      <w:r>
        <w:t>main samajhta hoon ke sab se badi cheez jo nahi jaan saka insaan wo kya hai? ke is</w:t>
      </w:r>
    </w:p>
    <w:p>
      <w:pPr>
        <w:jc w:val="right"/>
      </w:pPr>
      <w:r>
        <w:t>میں سمجھتا ہوں کہ سب سے بڑی چیز جو نہیں جان سکا انسان وہ کیا ہے؟ کہ اس</w:t>
      </w:r>
    </w:p>
    <w:p>
      <w:r>
        <w:rPr>
          <w:b/>
        </w:rPr>
        <w:t xml:space="preserve">[17:16] </w:t>
      </w:r>
      <w:r>
        <w:t>duniya mein ideal man ban sakta hai.</w:t>
      </w:r>
    </w:p>
    <w:p>
      <w:pPr>
        <w:jc w:val="right"/>
      </w:pPr>
      <w:r>
        <w:t>دنیا میں ideal man بن سکتا ہے۔</w:t>
      </w:r>
    </w:p>
    <w:p>
      <w:r>
        <w:rPr>
          <w:b/>
        </w:rPr>
        <w:t xml:space="preserve">[17:20] </w:t>
      </w:r>
      <w:r>
        <w:t>ideal state nahi ban sakti.</w:t>
      </w:r>
    </w:p>
    <w:p>
      <w:pPr>
        <w:jc w:val="right"/>
      </w:pPr>
      <w:r>
        <w:t>Ideal state نہیں بن سکتی۔</w:t>
      </w:r>
    </w:p>
    <w:p>
      <w:r>
        <w:rPr>
          <w:b/>
        </w:rPr>
        <w:t xml:space="preserve">[17:25] </w:t>
      </w:r>
      <w:r>
        <w:t>ideal society nahi ban sakti.</w:t>
      </w:r>
    </w:p>
    <w:p>
      <w:pPr>
        <w:jc w:val="right"/>
      </w:pPr>
      <w:r>
        <w:t>Ideal society نہیں بن سکتی۔</w:t>
      </w:r>
    </w:p>
    <w:p>
      <w:r>
        <w:rPr>
          <w:b/>
        </w:rPr>
        <w:t xml:space="preserve">[17:29] </w:t>
      </w:r>
      <w:r>
        <w:t>hum ne apne mission mein dekhiye: individual ko target kiya hai.</w:t>
      </w:r>
    </w:p>
    <w:p>
      <w:pPr>
        <w:jc w:val="right"/>
      </w:pPr>
      <w:r>
        <w:t>ہم نے اپنے mission میں دیکھیے: individual کو target کیا ہے۔</w:t>
      </w:r>
    </w:p>
    <w:p>
      <w:r>
        <w:rPr>
          <w:b/>
        </w:rPr>
        <w:t xml:space="preserve">[17:34] </w:t>
      </w:r>
      <w:r>
        <w:t>kyunke hum samajhte hain ke sab se bada jo maqsad hai wo hai paradise ka husool.</w:t>
      </w:r>
    </w:p>
    <w:p>
      <w:pPr>
        <w:jc w:val="right"/>
      </w:pPr>
      <w:r>
        <w:t>کیونکہ ہم سمجھتے ہیں کہ سب سے بڑا جو مقصد ہے وہ ہے paradise کا حصول۔</w:t>
      </w:r>
    </w:p>
    <w:p>
      <w:r>
        <w:rPr>
          <w:b/>
        </w:rPr>
        <w:t xml:space="preserve">[17:38] </w:t>
      </w:r>
      <w:r>
        <w:t>Paradise mein koi group, group nahi jayega.</w:t>
      </w:r>
    </w:p>
    <w:p>
      <w:pPr>
        <w:jc w:val="right"/>
      </w:pPr>
      <w:r>
        <w:t>Paradise میں کوئی گروپ، گروپ نہیں جائے گا۔</w:t>
      </w:r>
    </w:p>
    <w:p>
      <w:r>
        <w:rPr>
          <w:b/>
        </w:rPr>
        <w:t xml:space="preserve">[17:43] </w:t>
      </w:r>
      <w:r>
        <w:t>Koi nation nahi jayega.</w:t>
      </w:r>
    </w:p>
    <w:p>
      <w:pPr>
        <w:jc w:val="right"/>
      </w:pPr>
      <w:r>
        <w:t>کوئی nation نہیں جائے گی۔</w:t>
      </w:r>
    </w:p>
    <w:p>
      <w:r>
        <w:rPr>
          <w:b/>
        </w:rPr>
        <w:t xml:space="preserve">[17:47] </w:t>
      </w:r>
      <w:r>
        <w:t>Individual jayega.</w:t>
      </w:r>
    </w:p>
    <w:p>
      <w:pPr>
        <w:jc w:val="right"/>
      </w:pPr>
      <w:r>
        <w:t>Individual جائے گا۔</w:t>
      </w:r>
    </w:p>
    <w:p>
      <w:r>
        <w:rPr>
          <w:b/>
        </w:rPr>
        <w:t xml:space="preserve">[17:51] </w:t>
      </w:r>
      <w:r>
        <w:t>Zalika jaza'u man tazakka.</w:t>
      </w:r>
    </w:p>
    <w:p>
      <w:pPr>
        <w:jc w:val="right"/>
      </w:pPr>
      <w:r>
        <w:t>ذالک جزاء من تزکا۔</w:t>
      </w:r>
    </w:p>
    <w:p>
      <w:r>
        <w:rPr>
          <w:b/>
        </w:rPr>
        <w:t xml:space="preserve">[17:56] </w:t>
      </w:r>
      <w:r>
        <w:t>Hamara mission jo hai woh kya hai? Individual ko purified soul banana.</w:t>
      </w:r>
    </w:p>
    <w:p>
      <w:pPr>
        <w:jc w:val="right"/>
      </w:pPr>
      <w:r>
        <w:t>ہمارا mission جو ہے وہ کیا ہے؟ Individual کو purified soul بنانا۔</w:t>
      </w:r>
    </w:p>
    <w:p>
      <w:r>
        <w:rPr>
          <w:b/>
        </w:rPr>
        <w:t xml:space="preserve">[18:00] </w:t>
      </w:r>
      <w:r>
        <w:t>Hamara target na toh ideal society hai, na ideal state hai, na ideal economic system hai.</w:t>
      </w:r>
    </w:p>
    <w:p>
      <w:pPr>
        <w:jc w:val="right"/>
      </w:pPr>
      <w:r>
        <w:t>ہمارا target نہ تو ideal society ہے، نہ ideal state ہے، نہ ideal economic system ہے۔</w:t>
      </w:r>
    </w:p>
    <w:p>
      <w:r>
        <w:rPr>
          <w:b/>
        </w:rPr>
        <w:t xml:space="preserve">[18:04] </w:t>
      </w:r>
      <w:r>
        <w:t>Yeh sab kuch nahi.</w:t>
      </w:r>
    </w:p>
    <w:p>
      <w:pPr>
        <w:jc w:val="right"/>
      </w:pPr>
      <w:r>
        <w:t>یہ سب کچھ نہیں۔</w:t>
      </w:r>
    </w:p>
    <w:p>
      <w:r>
        <w:rPr>
          <w:b/>
        </w:rPr>
        <w:t xml:space="preserve">[18:07] </w:t>
      </w:r>
      <w:r>
        <w:t>In logon ne yeh nahi samjha ke jis disparity ko, jis difference ko woh evil samajh rahe hain</w:t>
      </w:r>
    </w:p>
    <w:p>
      <w:pPr>
        <w:jc w:val="right"/>
      </w:pPr>
      <w:r>
        <w:t>ان لوگوں نے یہ نہیں سمجھا کہ جس disparity کو، جس difference کو وہ evil سمجھ رہے ہیں</w:t>
      </w:r>
    </w:p>
    <w:p>
      <w:r>
        <w:rPr>
          <w:b/>
        </w:rPr>
        <w:t xml:space="preserve">[18:10] </w:t>
      </w:r>
      <w:r>
        <w:t>Woh evil hai nahi.</w:t>
      </w:r>
    </w:p>
    <w:p>
      <w:pPr>
        <w:jc w:val="right"/>
      </w:pPr>
      <w:r>
        <w:t>وہ evil ہے نہیں۔</w:t>
      </w:r>
    </w:p>
    <w:p>
      <w:r>
        <w:rPr>
          <w:b/>
        </w:rPr>
        <w:t xml:space="preserve">[18:13] </w:t>
      </w:r>
      <w:r>
        <w:t>Woh is liye hai ke challenges hon.</w:t>
      </w:r>
    </w:p>
    <w:p>
      <w:pPr>
        <w:jc w:val="right"/>
      </w:pPr>
      <w:r>
        <w:t>وہ اس لیے ہے کہ challenges ہوں۔</w:t>
      </w:r>
    </w:p>
    <w:p>
      <w:r>
        <w:rPr>
          <w:b/>
        </w:rPr>
        <w:t xml:space="preserve">[18:16] </w:t>
      </w:r>
      <w:r>
        <w:t>Rousseau ko lijiye.</w:t>
      </w:r>
    </w:p>
    <w:p>
      <w:pPr>
        <w:jc w:val="right"/>
      </w:pPr>
      <w:r>
        <w:t>Rousseau کو لیجیے۔</w:t>
      </w:r>
    </w:p>
    <w:p>
      <w:r>
        <w:rPr>
          <w:b/>
        </w:rPr>
        <w:t xml:space="preserve">[18:19] </w:t>
      </w:r>
      <w:r>
        <w:t>Aristotle ko lijiye.</w:t>
      </w:r>
    </w:p>
    <w:p>
      <w:pPr>
        <w:jc w:val="right"/>
      </w:pPr>
      <w:r>
        <w:t>Aristotle کو لیجیے۔</w:t>
      </w:r>
    </w:p>
    <w:p>
      <w:r>
        <w:rPr>
          <w:b/>
        </w:rPr>
        <w:t xml:space="preserve">[18:22] </w:t>
      </w:r>
      <w:r>
        <w:t>Aur Marx ko lijiye.</w:t>
      </w:r>
    </w:p>
    <w:p>
      <w:pPr>
        <w:jc w:val="right"/>
      </w:pPr>
      <w:r>
        <w:t>اور Marx کو لیجیے۔</w:t>
      </w:r>
    </w:p>
    <w:p>
      <w:r>
        <w:rPr>
          <w:b/>
        </w:rPr>
        <w:t xml:space="preserve">[18:25] </w:t>
      </w:r>
      <w:r>
        <w:t>Jitne bhi log hain yeh.</w:t>
      </w:r>
    </w:p>
    <w:p>
      <w:pPr>
        <w:jc w:val="right"/>
      </w:pPr>
      <w:r>
        <w:t>جتنے بھی لوگ ہیں یہ۔</w:t>
      </w:r>
    </w:p>
    <w:p>
      <w:r>
        <w:rPr>
          <w:b/>
        </w:rPr>
        <w:t xml:space="preserve">[18:28] </w:t>
      </w:r>
      <w:r>
        <w:t>Is raaz ko nahi samajh sake ke differences jo hain woh kya hain? Woh challenge hain.</w:t>
      </w:r>
    </w:p>
    <w:p>
      <w:pPr>
        <w:jc w:val="right"/>
      </w:pPr>
      <w:r>
        <w:t>اس راز کو نہیں سمجھ سکے کہ differences جو ہیں وہ کیا ہیں؟ وہ challenge ہیں۔</w:t>
      </w:r>
    </w:p>
    <w:p>
      <w:r>
        <w:rPr>
          <w:b/>
        </w:rPr>
        <w:t xml:space="preserve">[18:31] </w:t>
      </w:r>
      <w:r>
        <w:t>No challenge no progr</w:t>
      </w:r>
    </w:p>
    <w:p>
      <w:pPr>
        <w:jc w:val="right"/>
      </w:pPr>
      <w:r>
        <w:t>No challenge no progr</w:t>
      </w:r>
    </w:p>
    <w:p>
      <w:r>
        <w:rPr>
          <w:b/>
        </w:rPr>
        <w:t xml:space="preserve">[18:34] </w:t>
      </w:r>
      <w:r>
        <w:t>ess.</w:t>
      </w:r>
    </w:p>
    <w:p>
      <w:pPr>
        <w:jc w:val="right"/>
      </w:pPr>
      <w:r>
        <w:t>ess۔</w:t>
      </w:r>
    </w:p>
    <w:p>
      <w:r>
        <w:rPr>
          <w:b/>
        </w:rPr>
        <w:t xml:space="preserve">[18:40] </w:t>
      </w:r>
      <w:r>
        <w:t>Har aadmi jo hai difference ko mitane mein laga raha.</w:t>
      </w:r>
    </w:p>
    <w:p>
      <w:pPr>
        <w:jc w:val="right"/>
      </w:pPr>
      <w:r>
        <w:t>ہر آدمی جو ہے difference کو مٹانے میں لگا رہا۔</w:t>
      </w:r>
    </w:p>
    <w:p>
      <w:r>
        <w:rPr>
          <w:b/>
        </w:rPr>
        <w:t xml:space="preserve">[18:45] </w:t>
      </w:r>
      <w:r>
        <w:t>Aur difference mit nahi saka.</w:t>
      </w:r>
    </w:p>
    <w:p>
      <w:pPr>
        <w:jc w:val="right"/>
      </w:pPr>
      <w:r>
        <w:t>اور difference مٹ نہیں سکے۔</w:t>
      </w:r>
    </w:p>
    <w:p>
      <w:r>
        <w:rPr>
          <w:b/>
        </w:rPr>
        <w:t xml:space="preserve">[18:50] </w:t>
      </w:r>
      <w:r>
        <w:t>Kyunke difference jo hai woh toh is liye hai ke challenge paida ho.</w:t>
      </w:r>
    </w:p>
    <w:p>
      <w:pPr>
        <w:jc w:val="right"/>
      </w:pPr>
      <w:r>
        <w:t>کیونکہ difference جو ہے وہ تو اس لیے ہے کہ challenge پیدا ہو۔</w:t>
      </w:r>
    </w:p>
    <w:p>
      <w:r>
        <w:rPr>
          <w:b/>
        </w:rPr>
        <w:t xml:space="preserve">[18:56] </w:t>
      </w:r>
      <w:r>
        <w:t>Aur challenge jab hoga tabhi toh taraqqi hogi.</w:t>
      </w:r>
    </w:p>
    <w:p>
      <w:pPr>
        <w:jc w:val="right"/>
      </w:pPr>
      <w:r>
        <w:t>اور challenge جب ہوگا تبھی تو ترقی ہوگی۔</w:t>
      </w:r>
    </w:p>
    <w:p>
      <w:r>
        <w:rPr>
          <w:b/>
        </w:rPr>
        <w:t xml:space="preserve">[19:01] </w:t>
      </w:r>
      <w:r>
        <w:t>Toh yeh raaz sirf prophet ko Khuda ne bataya aur prophet ne insaan ko bataya.</w:t>
      </w:r>
    </w:p>
    <w:p>
      <w:pPr>
        <w:jc w:val="right"/>
      </w:pPr>
      <w:r>
        <w:t>تو یہ راز صرف prophet کو خدا نے بتایا اور prophet نے انسان کو بتایا۔</w:t>
      </w:r>
    </w:p>
    <w:p>
      <w:r>
        <w:rPr>
          <w:b/>
        </w:rPr>
        <w:t xml:space="preserve">[19:06] </w:t>
      </w:r>
      <w:r>
        <w:t>Isi tarah aap dekhiye ke ek cheez jo mein samjha hoon history ke ke mutale se woh yeh</w:t>
      </w:r>
    </w:p>
    <w:p>
      <w:pPr>
        <w:jc w:val="right"/>
      </w:pPr>
      <w:r>
        <w:t>اسی طرح آپ دیکھیے کہ ایک چیز جو میں سمجھا ہوں history کے کے مطالعے سے وہ یہ</w:t>
      </w:r>
    </w:p>
    <w:p>
      <w:r>
        <w:rPr>
          <w:b/>
        </w:rPr>
        <w:t xml:space="preserve">[19:17] </w:t>
      </w:r>
      <w:r>
        <w:t>hai ke ideology of life ko discover karne ke liye zaroori hai deconditioning. Deconditioning.</w:t>
      </w:r>
    </w:p>
    <w:p>
      <w:pPr>
        <w:jc w:val="right"/>
      </w:pPr>
      <w:r>
        <w:t>ہے کہ ideology of life کو discover کرنے کے لیے ضروری ہے deconditioning۔ Deconditioning۔</w:t>
      </w:r>
    </w:p>
    <w:p>
      <w:r>
        <w:rPr>
          <w:b/>
        </w:rPr>
        <w:t xml:space="preserve">[19:29] </w:t>
      </w:r>
      <w:r>
        <w:t>Deconditioning ke baghair aap kisi baat ko bhi objective taur par samajh nahi sakte.</w:t>
      </w:r>
    </w:p>
    <w:p>
      <w:pPr>
        <w:jc w:val="right"/>
      </w:pPr>
      <w:r>
        <w:t>Deconditioning کے بغیر آپ کسی بات کو بھی objective طور پر سمجھ نہیں سکتے۔</w:t>
      </w:r>
    </w:p>
    <w:p>
      <w:r>
        <w:rPr>
          <w:b/>
        </w:rPr>
        <w:t xml:space="preserve">[19:40] </w:t>
      </w:r>
      <w:r>
        <w:t>Watson jo tha America ka jo bohat bara scholar tha, us ne yeh ghaliban sab se pehle is</w:t>
      </w:r>
    </w:p>
    <w:p>
      <w:pPr>
        <w:jc w:val="right"/>
      </w:pPr>
      <w:r>
        <w:t>Watson جو تھا امریکہ کا جو بہت بڑا scholar تھا، اس نے یہ غالباً سب سے پہلے اس</w:t>
      </w:r>
    </w:p>
    <w:p>
      <w:r>
        <w:rPr>
          <w:b/>
        </w:rPr>
        <w:t xml:space="preserve">[19:46] </w:t>
      </w:r>
      <w:r>
        <w:t>baat ko discover kiya ke insaan ki conditioning hoti hai. Conditioning.</w:t>
      </w:r>
    </w:p>
    <w:p>
      <w:pPr>
        <w:jc w:val="right"/>
      </w:pPr>
      <w:r>
        <w:t>بات کو discover کیا کہ انسان کی conditioning ہوتی ہے۔ Conditioning۔</w:t>
      </w:r>
    </w:p>
    <w:p>
      <w:r>
        <w:rPr>
          <w:b/>
        </w:rPr>
        <w:t xml:space="preserve">[19:52] </w:t>
      </w:r>
      <w:r>
        <w:t>Lekin aadhi baat woh daryaft kar saka.</w:t>
      </w:r>
    </w:p>
    <w:p>
      <w:pPr>
        <w:jc w:val="right"/>
      </w:pPr>
      <w:r>
        <w:t>لیکن آدھی بات وہ دریافت کر سکا۔</w:t>
      </w:r>
    </w:p>
    <w:p>
      <w:r>
        <w:rPr>
          <w:b/>
        </w:rPr>
        <w:t xml:space="preserve">[19:58] </w:t>
      </w:r>
      <w:r>
        <w:t>Us ne yeh jaana ke insaan jo hai us ki conditioning itni, itni, itni fatal hai ke har</w:t>
      </w:r>
    </w:p>
    <w:p>
      <w:pPr>
        <w:jc w:val="right"/>
      </w:pPr>
      <w:r>
        <w:t>اس نے یہ جانا کہ انسان جو ہے اس کی conditioning اتنی، اتنی، اتنی fatal ہے کہ ہر</w:t>
      </w:r>
    </w:p>
    <w:p>
      <w:r>
        <w:rPr>
          <w:b/>
        </w:rPr>
        <w:t xml:space="preserve">[20:04] </w:t>
      </w:r>
      <w:r>
        <w:t>aadmi misconditioned hot</w:t>
      </w:r>
    </w:p>
    <w:p>
      <w:pPr>
        <w:jc w:val="right"/>
      </w:pPr>
      <w:r>
        <w:t>آدمی misconditioned ہوت</w:t>
      </w:r>
    </w:p>
    <w:p>
      <w:r>
        <w:rPr>
          <w:b/>
        </w:rPr>
        <w:t xml:space="preserve">[20:10] </w:t>
      </w:r>
      <w:r>
        <w:t>a hai.</w:t>
      </w:r>
    </w:p>
    <w:p>
      <w:pPr>
        <w:jc w:val="right"/>
      </w:pPr>
      <w:r>
        <w:t>ا ہے۔</w:t>
      </w:r>
    </w:p>
    <w:p>
      <w:r>
        <w:rPr>
          <w:b/>
        </w:rPr>
        <w:t xml:space="preserve">[20:14] </w:t>
      </w:r>
      <w:r>
        <w:t>Toh isi hi ko insaan maan liya us ne.</w:t>
      </w:r>
    </w:p>
    <w:p>
      <w:pPr>
        <w:jc w:val="right"/>
      </w:pPr>
      <w:r>
        <w:t>تو اسی ہی کو انسان مان لیا اس نے۔</w:t>
      </w:r>
    </w:p>
    <w:p>
      <w:r>
        <w:rPr>
          <w:b/>
        </w:rPr>
        <w:t xml:space="preserve">[20:18] </w:t>
      </w:r>
      <w:r>
        <w:t>Ke nature nahi balkeh nurture insaan ko insaan banati hai.</w:t>
      </w:r>
    </w:p>
    <w:p>
      <w:pPr>
        <w:jc w:val="right"/>
      </w:pPr>
      <w:r>
        <w:t>کہ nature نہیں بلکہ nurture انسان کو انسان بناتی ہے۔</w:t>
      </w:r>
    </w:p>
    <w:p>
      <w:r>
        <w:rPr>
          <w:b/>
        </w:rPr>
        <w:t xml:space="preserve">[20:21] </w:t>
      </w:r>
      <w:r>
        <w:t>Yaani insaan paida hota hai Mr.</w:t>
      </w:r>
    </w:p>
    <w:p>
      <w:pPr>
        <w:jc w:val="right"/>
      </w:pPr>
      <w:r>
        <w:t>یعنی انسان پیدا ہوتا ہے Mr.</w:t>
      </w:r>
    </w:p>
    <w:p>
      <w:r>
        <w:rPr>
          <w:b/>
        </w:rPr>
        <w:t xml:space="preserve">[20:25] </w:t>
      </w:r>
      <w:r>
        <w:t>Nature ke taur par.</w:t>
      </w:r>
    </w:p>
    <w:p>
      <w:pPr>
        <w:jc w:val="right"/>
      </w:pPr>
      <w:r>
        <w:t>Nature کے طور پر۔</w:t>
      </w:r>
    </w:p>
    <w:p>
      <w:r>
        <w:rPr>
          <w:b/>
        </w:rPr>
        <w:t xml:space="preserve">[20:29] </w:t>
      </w:r>
      <w:r>
        <w:t>Phir jo environment aata hai woh toh us ki nurturing shuru hoti hai.</w:t>
      </w:r>
    </w:p>
    <w:p>
      <w:pPr>
        <w:jc w:val="right"/>
      </w:pPr>
      <w:r>
        <w:t>پھر جو environment آتا ہے وہ تو اس کی nurturing شروع ہوتی ہے۔</w:t>
      </w:r>
    </w:p>
    <w:p>
      <w:r>
        <w:rPr>
          <w:b/>
        </w:rPr>
        <w:t xml:space="preserve">[20:33] </w:t>
      </w:r>
      <w:r>
        <w:t>Environment us ko banana shuru karta hai.</w:t>
      </w:r>
    </w:p>
    <w:p>
      <w:pPr>
        <w:jc w:val="right"/>
      </w:pPr>
      <w:r>
        <w:t>Environment اس کو بنانا شروع کرتا ہے۔</w:t>
      </w:r>
    </w:p>
    <w:p>
      <w:r>
        <w:rPr>
          <w:b/>
        </w:rPr>
        <w:t xml:space="preserve">[20:37] </w:t>
      </w:r>
      <w:r>
        <w:t>Toh us ne yeh ailaan kar diya ke</w:t>
      </w:r>
    </w:p>
    <w:p>
      <w:pPr>
        <w:jc w:val="right"/>
      </w:pPr>
      <w:r>
        <w:t>تو اس نے یہ اعلان کر دیا کہ</w:t>
      </w:r>
    </w:p>
    <w:p>
      <w:r>
        <w:rPr>
          <w:b/>
        </w:rPr>
        <w:t xml:space="preserve">[20:41] </w:t>
      </w:r>
      <w:r>
        <w:t>yeh nurture hai jo insaan ko insaan banata hai. nature nahi. yaani doosre lafzon mein ke conditioning ko usne wo maan liya. eternal maan liya. main yeh kahunga ke conditioning hi asal mein rukawat hai insaan ko ideology of life ko pata karne ke liye. jab tak deconditioning na ho, yaani mind ki jo conditioning hui hai usko khatam na kiya jaye, tab tak aap</w:t>
      </w:r>
    </w:p>
    <w:p>
      <w:pPr>
        <w:jc w:val="right"/>
      </w:pPr>
      <w:r>
        <w:t>یہ nurture ہے جو انسان کو انسان بناتا ہے۔ Nature نہیں۔ یعنی دوسرے لفظوں میں کہ conditioning کو اس نے وہ مان لیا۔ Eternal مان لیا۔ میں یہ کہوں گا کہ conditioning ہی اصل میں رکاوٹ ہے انسان کو ideology of life کو پتہ کرنے کے لیے۔ جب تک deconditioning نہ ہو، یعنی mind کی جو conditioning ہوئی ہے اس کو ختم نہ کیا جائے، تب تک آپ</w:t>
      </w:r>
    </w:p>
    <w:p>
      <w:r>
        <w:rPr>
          <w:b/>
        </w:rPr>
        <w:t xml:space="preserve">[21:11] </w:t>
      </w:r>
      <w:r>
        <w:t>objective tor par soch nahi sakte. jab tak aap objective tor par na sochein, tab tak aap ke liye possible hi nahi hai ke aap ideology of life ko daryaft karein. yahan hi main samajhta hoon ke shayad history mein peghambar hi wo insaan hota hai jiski mukammal tor par deconditioning ki jati hai. wo, wo angel ke zariye se. jaise ke Rasool Allah Sal</w:t>
      </w:r>
    </w:p>
    <w:p>
      <w:pPr>
        <w:jc w:val="right"/>
      </w:pPr>
      <w:r>
        <w:t>objective طور پر سوچ نہیں سکتے۔ جب تک آپ objective طور پر نہ سوچیں، تب تک آپ کے لیے possible ہی نہیں ہے کہ آپ ideology of life کو دریافت کریں۔ یہاں ہی میں سمجھتا ہوں کہ شاید history میں پیغمبر ہی وہ انسان ہوتا ہے جس کی مکمل طور پر deconditioning کی جاتی ہے۔ وہ، وہ angel کے ذریعے سے۔ جیسے کہ رسول اللہ صلی اللہ</w:t>
      </w:r>
    </w:p>
    <w:p>
      <w:r>
        <w:rPr>
          <w:b/>
        </w:rPr>
        <w:t xml:space="preserve">[21:41] </w:t>
      </w:r>
      <w:r>
        <w:t>aleh wasallam, yaani peghambar e Islam ke baray mein aata hai ke jab aap us mein cave mein thay,</w:t>
      </w:r>
    </w:p>
    <w:p>
      <w:pPr>
        <w:jc w:val="right"/>
      </w:pPr>
      <w:r>
        <w:t>علیہ وسلم، یعنی پیغمبر اسلام کے بارے میں آتا ہے کہ جب آپ اس میں cave میں تھے،</w:t>
      </w:r>
    </w:p>
    <w:p>
      <w:r>
        <w:rPr>
          <w:b/>
        </w:rPr>
        <w:t xml:space="preserve">[21:45] </w:t>
      </w:r>
      <w:r>
        <w:t>Hira, mount Hira ka cave tha, us mein thay aap.</w:t>
      </w:r>
    </w:p>
    <w:p>
      <w:pPr>
        <w:jc w:val="right"/>
      </w:pPr>
      <w:r>
        <w:t>حرا، mount حرا کا cave تھا، اس میں تھے آپ۔</w:t>
      </w:r>
    </w:p>
    <w:p>
      <w:r>
        <w:rPr>
          <w:b/>
        </w:rPr>
        <w:t xml:space="preserve">[21:48] </w:t>
      </w:r>
      <w:r>
        <w:t>Forty years aap ki umar ho chuki thi.</w:t>
      </w:r>
    </w:p>
    <w:p>
      <w:pPr>
        <w:jc w:val="right"/>
      </w:pPr>
      <w:r>
        <w:t>Forty years آپ کی عمر ہو چکی تھی۔</w:t>
      </w:r>
    </w:p>
    <w:p>
      <w:r>
        <w:rPr>
          <w:b/>
        </w:rPr>
        <w:t xml:space="preserve">[21:52] </w:t>
      </w:r>
      <w:r>
        <w:t>Toh Jibrael aaye, angel aaye, unhon ne kaha ke ya Muhammad Iqra.</w:t>
      </w:r>
    </w:p>
    <w:p>
      <w:pPr>
        <w:jc w:val="right"/>
      </w:pPr>
      <w:r>
        <w:t>تو جبرائیل آئے، angel آئے، انہوں نے کہا کہ یا محمد اقراء۔</w:t>
      </w:r>
    </w:p>
    <w:p>
      <w:r>
        <w:rPr>
          <w:b/>
        </w:rPr>
        <w:t xml:space="preserve">[21:56] </w:t>
      </w:r>
      <w:r>
        <w:t>Ae Muhammad parh.</w:t>
      </w:r>
    </w:p>
    <w:p>
      <w:pPr>
        <w:jc w:val="right"/>
      </w:pPr>
      <w:r>
        <w:t>اے محمد پڑھ۔</w:t>
      </w:r>
    </w:p>
    <w:p>
      <w:r>
        <w:rPr>
          <w:b/>
        </w:rPr>
        <w:t xml:space="preserve">[22:00] </w:t>
      </w:r>
      <w:r>
        <w:t>Toh aap ne kaha ke ma ana bi qari.</w:t>
      </w:r>
    </w:p>
    <w:p>
      <w:pPr>
        <w:jc w:val="right"/>
      </w:pPr>
      <w:r>
        <w:t>تو آپ نے کہا کہ ما انا بقاری۔</w:t>
      </w:r>
    </w:p>
    <w:p>
      <w:r>
        <w:rPr>
          <w:b/>
        </w:rPr>
        <w:t xml:space="preserve">[22:04] </w:t>
      </w:r>
      <w:r>
        <w:t>Mujhe parhna nahi aata.</w:t>
      </w:r>
    </w:p>
    <w:p>
      <w:pPr>
        <w:jc w:val="right"/>
      </w:pPr>
      <w:r>
        <w:t>مجھے پڑھنا نہیں آتا۔</w:t>
      </w:r>
    </w:p>
    <w:p>
      <w:r>
        <w:rPr>
          <w:b/>
        </w:rPr>
        <w:t xml:space="preserve">[22:08] </w:t>
      </w:r>
      <w:r>
        <w:t>Is tarah se teen baar dialogue hua.</w:t>
      </w:r>
    </w:p>
    <w:p>
      <w:pPr>
        <w:jc w:val="right"/>
      </w:pPr>
      <w:r>
        <w:t>اس طرح سے تین بار dialogue ہوا۔</w:t>
      </w:r>
    </w:p>
    <w:p>
      <w:r>
        <w:rPr>
          <w:b/>
        </w:rPr>
        <w:t xml:space="preserve">[22:12] </w:t>
      </w:r>
      <w:r>
        <w:t>Toh us mein aata hai ke Jibrael ne aap ko embrace kiya.</w:t>
      </w:r>
    </w:p>
    <w:p>
      <w:pPr>
        <w:jc w:val="right"/>
      </w:pPr>
      <w:r>
        <w:t>تو اس میں آتا ہے کہ جبرائیل نے آپ کو embrace کیا۔</w:t>
      </w:r>
    </w:p>
    <w:p>
      <w:r>
        <w:rPr>
          <w:b/>
        </w:rPr>
        <w:t xml:space="preserve">[22:15] </w:t>
      </w:r>
      <w:r>
        <w:t>Jibrael jo angel, bohat baray angel maane jatay hain, unhon ne embrace kiya.</w:t>
      </w:r>
    </w:p>
    <w:p>
      <w:pPr>
        <w:jc w:val="right"/>
      </w:pPr>
      <w:r>
        <w:t>جبرائیل جو angel، بہت بڑے angel مانے جاتے ہیں، انہوں نے embrace کیا۔</w:t>
      </w:r>
    </w:p>
    <w:p>
      <w:r>
        <w:rPr>
          <w:b/>
        </w:rPr>
        <w:t xml:space="preserve">[22:18] </w:t>
      </w:r>
      <w:r>
        <w:t>Aur khoob zor se aap ko dabaya.</w:t>
      </w:r>
    </w:p>
    <w:p>
      <w:pPr>
        <w:jc w:val="right"/>
      </w:pPr>
      <w:r>
        <w:t>اور خوب زور سے آپ کو دبایا۔</w:t>
      </w:r>
    </w:p>
    <w:p>
      <w:r>
        <w:rPr>
          <w:b/>
        </w:rPr>
        <w:t xml:space="preserve">[22:22] </w:t>
      </w:r>
      <w:r>
        <w:t>Phir poocha ke Iqra parh.</w:t>
      </w:r>
    </w:p>
    <w:p>
      <w:pPr>
        <w:jc w:val="right"/>
      </w:pPr>
      <w:r>
        <w:t>پھر پوچھا کہ اقراء پڑھ۔</w:t>
      </w:r>
    </w:p>
    <w:p>
      <w:r>
        <w:rPr>
          <w:b/>
        </w:rPr>
        <w:t xml:space="preserve">[22:25] </w:t>
      </w:r>
      <w:r>
        <w:t>abhi bhi aap ne kaha ke ma ana bi qari.</w:t>
      </w:r>
    </w:p>
    <w:p>
      <w:pPr>
        <w:jc w:val="right"/>
      </w:pPr>
      <w:r>
        <w:t>ابھی بھی آپ نے کہا کہ ما انا بقاری۔</w:t>
      </w:r>
    </w:p>
    <w:p>
      <w:r>
        <w:rPr>
          <w:b/>
        </w:rPr>
        <w:t xml:space="preserve">[22:29] </w:t>
      </w:r>
      <w:r>
        <w:t>mujhe parhna nahi aata.</w:t>
      </w:r>
    </w:p>
    <w:p>
      <w:pPr>
        <w:jc w:val="right"/>
      </w:pPr>
      <w:r>
        <w:t>مجھے پڑھنا نہیں آتا۔</w:t>
      </w:r>
    </w:p>
    <w:p>
      <w:r>
        <w:rPr>
          <w:b/>
        </w:rPr>
        <w:t xml:space="preserve">[22:32] </w:t>
      </w:r>
      <w:r>
        <w:t>to phir unhon ne embrace kiya.</w:t>
      </w:r>
    </w:p>
    <w:p>
      <w:pPr>
        <w:jc w:val="right"/>
      </w:pPr>
      <w:r>
        <w:t>تو پھر انہوں نے embrace کیا۔</w:t>
      </w:r>
    </w:p>
    <w:p>
      <w:r>
        <w:rPr>
          <w:b/>
        </w:rPr>
        <w:t xml:space="preserve">[22:35] </w:t>
      </w:r>
      <w:r>
        <w:t>embrace kar ke phir zor se dabaya.</w:t>
      </w:r>
    </w:p>
    <w:p>
      <w:pPr>
        <w:jc w:val="right"/>
      </w:pPr>
      <w:r>
        <w:t>Embrace کر کے پھر زور سے دبایا۔</w:t>
      </w:r>
    </w:p>
    <w:p>
      <w:r>
        <w:rPr>
          <w:b/>
        </w:rPr>
        <w:t xml:space="preserve">[22:39] </w:t>
      </w:r>
      <w:r>
        <w:t>phir poocha to phir aap ne kaha ke ma ana bi qari.</w:t>
      </w:r>
    </w:p>
    <w:p>
      <w:pPr>
        <w:jc w:val="right"/>
      </w:pPr>
      <w:r>
        <w:t>پھر پوچھا تو پھر آپ نے کہا کہ ما انا بقاری۔</w:t>
      </w:r>
    </w:p>
    <w:p>
      <w:r>
        <w:rPr>
          <w:b/>
        </w:rPr>
        <w:t xml:space="preserve">[22:42] </w:t>
      </w:r>
      <w:r>
        <w:t>phir teesri bar jibril ne embrace kiya.</w:t>
      </w:r>
    </w:p>
    <w:p>
      <w:pPr>
        <w:jc w:val="right"/>
      </w:pPr>
      <w:r>
        <w:t>پھر تیسری بار جبرائیل نے embrace کیا۔</w:t>
      </w:r>
    </w:p>
    <w:p>
      <w:r>
        <w:rPr>
          <w:b/>
        </w:rPr>
        <w:t xml:space="preserve">[22:47] </w:t>
      </w:r>
      <w:r>
        <w:t>to teesri bar embrace kiya aur khoob dabaya aur zor se.</w:t>
      </w:r>
    </w:p>
    <w:p>
      <w:pPr>
        <w:jc w:val="right"/>
      </w:pPr>
      <w:r>
        <w:t>تو تیسری بار embrace کیا اور خوب دبایا اور زور سے۔</w:t>
      </w:r>
    </w:p>
    <w:p>
      <w:r>
        <w:rPr>
          <w:b/>
        </w:rPr>
        <w:t xml:space="preserve">[22:52] </w:t>
      </w:r>
      <w:r>
        <w:t>to phir un ko parhna aa gaya.</w:t>
      </w:r>
    </w:p>
    <w:p>
      <w:pPr>
        <w:jc w:val="right"/>
      </w:pPr>
      <w:r>
        <w:t>تو پھر ان کو پڑھنا آ گیا۔</w:t>
      </w:r>
    </w:p>
    <w:p>
      <w:r>
        <w:rPr>
          <w:b/>
        </w:rPr>
        <w:t xml:space="preserve">[22:57] </w:t>
      </w:r>
      <w:r>
        <w:t>aur jo parhte gaye, jibril woh aap dohrate chale gaye.</w:t>
      </w:r>
    </w:p>
    <w:p>
      <w:pPr>
        <w:jc w:val="right"/>
      </w:pPr>
      <w:r>
        <w:t>اور جو پڑھتے گئے، جبرائیل وہ آپ دہراتے چلے گئے۔</w:t>
      </w:r>
    </w:p>
    <w:p>
      <w:r>
        <w:rPr>
          <w:b/>
        </w:rPr>
        <w:t xml:space="preserve">[23:02] </w:t>
      </w:r>
      <w:r>
        <w:t>aap is cheez ko mein samjha hoon ke yeh sach much yeh deconditioning thi.</w:t>
      </w:r>
    </w:p>
    <w:p>
      <w:pPr>
        <w:jc w:val="right"/>
      </w:pPr>
      <w:r>
        <w:t>آپ اس چیز کو میں سمجھا ہوں کہ یہ سچ مچ یہ deconditioning تھی۔</w:t>
      </w:r>
    </w:p>
    <w:p>
      <w:r>
        <w:rPr>
          <w:b/>
        </w:rPr>
        <w:t xml:space="preserve">[23:07] </w:t>
      </w:r>
      <w:r>
        <w:t>aur is baat ko mein is tarah samajh paya hoon ke quran mein jo early period mein</w:t>
      </w:r>
    </w:p>
    <w:p>
      <w:pPr>
        <w:jc w:val="right"/>
      </w:pPr>
      <w:r>
        <w:t>اور اس بات کو میں اس طرح سمجھ پایا ہوں کہ قرآن میں جو early period میں</w:t>
      </w:r>
    </w:p>
    <w:p>
      <w:r>
        <w:rPr>
          <w:b/>
        </w:rPr>
        <w:t xml:space="preserve">[23:12] </w:t>
      </w:r>
      <w:r>
        <w:t>jo chapter utre thay us mein se aik hai alam nashrah.</w:t>
      </w:r>
    </w:p>
    <w:p>
      <w:pPr>
        <w:jc w:val="right"/>
      </w:pPr>
      <w:r>
        <w:t>جو chapter اترے تھے اس میں سے ایک ہے علم نشرہ۔</w:t>
      </w:r>
    </w:p>
    <w:p>
      <w:r>
        <w:rPr>
          <w:b/>
        </w:rPr>
        <w:t xml:space="preserve">[23:19] </w:t>
      </w:r>
      <w:r>
        <w:t>us mein hai ke alam nashrah laka sadrak.</w:t>
      </w:r>
    </w:p>
    <w:p>
      <w:pPr>
        <w:jc w:val="right"/>
      </w:pPr>
      <w:r>
        <w:t>اس میں ہے کہ علم نشرہ لک صدرک۔</w:t>
      </w:r>
    </w:p>
    <w:p>
      <w:r>
        <w:rPr>
          <w:b/>
        </w:rPr>
        <w:t xml:space="preserve">[23:25] </w:t>
      </w:r>
      <w:r>
        <w:t>paighambar ko address karte hue khuda ne kaha: alam nashrah laka sadrak.</w:t>
      </w:r>
    </w:p>
    <w:p>
      <w:pPr>
        <w:jc w:val="right"/>
      </w:pPr>
      <w:r>
        <w:t>پیغمبر کو address کرتے ہوئے خدا نے کہا: علم نشرہ لک صدرک۔</w:t>
      </w:r>
    </w:p>
    <w:p>
      <w:r>
        <w:rPr>
          <w:b/>
        </w:rPr>
        <w:t xml:space="preserve">[23:32] </w:t>
      </w:r>
      <w:r>
        <w:t>kya hum ne nahi khol diya tumhara seena? kya hum ne tumhare seene ki girah nahi khol di?</w:t>
      </w:r>
    </w:p>
    <w:p>
      <w:pPr>
        <w:jc w:val="right"/>
      </w:pPr>
      <w:r>
        <w:t>کیا ہم نے نہیں کھول دیا تمہارا سینہ؟ کیا ہم نے تمہارے سینے کی گرہ نہیں کھول دی؟</w:t>
      </w:r>
    </w:p>
    <w:p>
      <w:r>
        <w:rPr>
          <w:b/>
        </w:rPr>
        <w:t xml:space="preserve">[23:38] </w:t>
      </w:r>
      <w:r>
        <w:t>mein samajhta hoon ke yeh, yeh jo hai baat, yeh wohi baat hai jis ko hum aaj deconditioning kehte hain.</w:t>
      </w:r>
    </w:p>
    <w:p>
      <w:pPr>
        <w:jc w:val="right"/>
      </w:pPr>
      <w:r>
        <w:t>میں سمجھتا ہوں کہ یہ، یہ جو ہے بات، یہ وہی بات ہے جس کو ہم آج deconditioning کہتے ہیں۔</w:t>
      </w:r>
    </w:p>
    <w:p>
      <w:r>
        <w:rPr>
          <w:b/>
        </w:rPr>
        <w:t xml:space="preserve">[23:45] </w:t>
      </w:r>
      <w:r>
        <w:t>yani yeh likha nahi hai quran mein yeh lafz.</w:t>
      </w:r>
    </w:p>
    <w:p>
      <w:pPr>
        <w:jc w:val="right"/>
      </w:pPr>
      <w:r>
        <w:t>یعنی یہ لکھا نہیں ہے قرآن میں یہ لفظ۔</w:t>
      </w:r>
    </w:p>
    <w:p>
      <w:r>
        <w:rPr>
          <w:b/>
        </w:rPr>
        <w:t xml:space="preserve">[23:49] </w:t>
      </w:r>
      <w:r>
        <w:t>lekin is ka koi matlab aur bhi samajh mein nahi aata.</w:t>
      </w:r>
    </w:p>
    <w:p>
      <w:pPr>
        <w:jc w:val="right"/>
      </w:pPr>
      <w:r>
        <w:t>لیکن اس کا کوئی مطلب اور بھی سمجھ میں نہیں آتا۔</w:t>
      </w:r>
    </w:p>
    <w:p>
      <w:r>
        <w:rPr>
          <w:b/>
        </w:rPr>
        <w:t xml:space="preserve">[23:54] </w:t>
      </w:r>
      <w:r>
        <w:t>kya khuda ne jo shar sadar kiya aap ka to woh kya cheez thi? seena khola to woh</w:t>
      </w:r>
    </w:p>
    <w:p>
      <w:pPr>
        <w:jc w:val="right"/>
      </w:pPr>
      <w:r>
        <w:t>کیا خدا نے جو شر صدر کیا آپ کا تو وہ کیا چیز تھی؟ سینہ کھولا تو وہ</w:t>
      </w:r>
    </w:p>
    <w:p>
      <w:r>
        <w:rPr>
          <w:b/>
        </w:rPr>
        <w:t xml:space="preserve">[23:58] </w:t>
      </w:r>
      <w:r>
        <w:t>kya cheez thi? alam nashrah laka sadrak.</w:t>
      </w:r>
    </w:p>
    <w:p>
      <w:pPr>
        <w:jc w:val="right"/>
      </w:pPr>
      <w:r>
        <w:t>کیا چیز تھی؟ علم نشرہ لک صدرک۔</w:t>
      </w:r>
    </w:p>
    <w:p>
      <w:r>
        <w:rPr>
          <w:b/>
        </w:rPr>
        <w:t xml:space="preserve">[24:02] </w:t>
      </w:r>
      <w:r>
        <w:t>kya matlab kya tha? is par mein ne jahan tak mein ne socha to meri samajh mein yahi</w:t>
      </w:r>
    </w:p>
    <w:p>
      <w:pPr>
        <w:jc w:val="right"/>
      </w:pPr>
      <w:r>
        <w:t>کیا مطلب کیا تھا؟ اس پر میں نے جہاں تک میں نے سوچا تو میری سمجھ میں یہی</w:t>
      </w:r>
    </w:p>
    <w:p>
      <w:r>
        <w:rPr>
          <w:b/>
        </w:rPr>
        <w:t xml:space="preserve">[24:07] </w:t>
      </w:r>
      <w:r>
        <w:t>baat aayi ke woh deconditioning thi. total deconditioning.</w:t>
      </w:r>
    </w:p>
    <w:p>
      <w:pPr>
        <w:jc w:val="right"/>
      </w:pPr>
      <w:r>
        <w:t>بات آئی کہ وہ deconditioning تھی۔ Total deconditioning۔</w:t>
      </w:r>
    </w:p>
    <w:p>
      <w:r>
        <w:rPr>
          <w:b/>
        </w:rPr>
        <w:t xml:space="preserve">[24:11] </w:t>
      </w:r>
      <w:r>
        <w:t>to is dunya mein har insan</w:t>
      </w:r>
    </w:p>
    <w:p>
      <w:pPr>
        <w:jc w:val="right"/>
      </w:pPr>
      <w:r>
        <w:t>تو اس دنیا میں ہر انسان</w:t>
      </w:r>
    </w:p>
    <w:p>
      <w:r>
        <w:rPr>
          <w:b/>
        </w:rPr>
        <w:t xml:space="preserve">[24:16] </w:t>
      </w:r>
      <w:r>
        <w:t>ki conditioning hoti hai.</w:t>
      </w:r>
    </w:p>
    <w:p>
      <w:pPr>
        <w:jc w:val="right"/>
      </w:pPr>
      <w:r>
        <w:t>کی conditioning ہوتی ہے۔</w:t>
      </w:r>
    </w:p>
    <w:p>
      <w:r>
        <w:rPr>
          <w:b/>
        </w:rPr>
        <w:t xml:space="preserve">[24:22] </w:t>
      </w:r>
      <w:r>
        <w:t>aur conditioning ki wajah se aadmi samajh nahi pata kisi baat ko objectively.</w:t>
      </w:r>
    </w:p>
    <w:p>
      <w:pPr>
        <w:jc w:val="right"/>
      </w:pPr>
      <w:r>
        <w:t>اور conditioning کی وجہ سے آدمی سمجھ نہیں پاتا کسی بات کو objectively۔</w:t>
      </w:r>
    </w:p>
    <w:p>
      <w:r>
        <w:rPr>
          <w:b/>
        </w:rPr>
        <w:t xml:space="preserve">[24:28] </w:t>
      </w:r>
      <w:r>
        <w:t>jab objectively samajh nahin pata to ideology of life kaise banaye ga woh? ab Rousseau ki aap se,</w:t>
      </w:r>
    </w:p>
    <w:p>
      <w:pPr>
        <w:jc w:val="right"/>
      </w:pPr>
      <w:r>
        <w:t>جب objectively سمجھ نہیں پاتا تو ideology of life کیسے بنائے گا وہ؟ اب Rousseau کی آپ سے،</w:t>
      </w:r>
    </w:p>
    <w:p>
      <w:r>
        <w:rPr>
          <w:b/>
        </w:rPr>
        <w:t xml:space="preserve">[24:34] </w:t>
      </w:r>
      <w:r>
        <w:t>Rousseau ki conditioning hui political halaat mein to us ne keh diya ke political chain.</w:t>
      </w:r>
    </w:p>
    <w:p>
      <w:pPr>
        <w:jc w:val="right"/>
      </w:pPr>
      <w:r>
        <w:t>Rousseau کی conditioning ہوئی political حالات میں تو اس نے کہہ دیا کہ political chain۔</w:t>
      </w:r>
    </w:p>
    <w:p>
      <w:r>
        <w:rPr>
          <w:b/>
        </w:rPr>
        <w:t xml:space="preserve">[24:40] </w:t>
      </w:r>
      <w:r>
        <w:t>Marx ki conditioning hui is mein economic halaat mein us ne kaha economic chain.</w:t>
      </w:r>
    </w:p>
    <w:p>
      <w:pPr>
        <w:jc w:val="right"/>
      </w:pPr>
      <w:r>
        <w:t>Marx کی conditioning ہوئی اس میں economic حالات میں اس نے کہا economic chain۔</w:t>
      </w:r>
    </w:p>
    <w:p>
      <w:r>
        <w:rPr>
          <w:b/>
        </w:rPr>
        <w:t xml:space="preserve">[24:46] </w:t>
      </w:r>
      <w:r>
        <w:t>Mahatma Gandhi ki conditioning hui colonial period mein to unhone kaha dekh colonial chain. yaani har aadmi apne apne zamane ke lehaz se kisi cheez ko change samajhta raha. kisi ne political chain maan liya, kisi ne economic change samajh liya, kisi ne colonial chain ko asal masla samajh liya. main samajhta hoon ke sab conditioning. sab conditioning. apne halaat se oopar uth kar nahi dekh saka koi bhi. jaise maine ek martaba arz kiya tha</w:t>
      </w:r>
    </w:p>
    <w:p>
      <w:pPr>
        <w:jc w:val="right"/>
      </w:pPr>
      <w:r>
        <w:t>مہاتما گاندھی کی conditioning ہوئی colonial period میں تو انہوں نے کہا دیکھ colonial chain۔ یعنی ہر آدمی اپنے اپنے زمانے کے لحاظ سے کسی چیز کو change سمجھتا رہا۔ کسی نے political chain مان لیا، کسی نے economic change سمجھ لیا، کسی نے colonial chain کو اصل مسئلہ سمجھ لیا۔ میں سمجھتا ہوں کہ سب conditioning۔ سب conditioning۔ اپنے حالات سے اوپر اٹھ کر نہیں دیکھ سکا کوئی بھی۔ جیسے میں نے ایک مرتبہ عرض کیا تھا</w:t>
      </w:r>
    </w:p>
    <w:p>
      <w:r>
        <w:rPr>
          <w:b/>
        </w:rPr>
        <w:t xml:space="preserve">[25:16] </w:t>
      </w:r>
      <w:r>
        <w:t>ke ek proverb hai America mein: Big bird of the storm.</w:t>
      </w:r>
    </w:p>
    <w:p>
      <w:pPr>
        <w:jc w:val="right"/>
      </w:pPr>
      <w:r>
        <w:t>کہ ایک proverb ہے امریکہ میں: Big bird of the storm۔</w:t>
      </w:r>
    </w:p>
    <w:p>
      <w:r>
        <w:rPr>
          <w:b/>
        </w:rPr>
        <w:t xml:space="preserve">[25:22] </w:t>
      </w:r>
      <w:r>
        <w:t>to aisa hota hai ke thande mulkon mein jab storm aata hai to is mein kuch chidiyan hoti</w:t>
      </w:r>
    </w:p>
    <w:p>
      <w:pPr>
        <w:jc w:val="right"/>
      </w:pPr>
      <w:r>
        <w:t>تو ایسا ہوتا ہے کہ ٹھنڈے ملکوں میں جب storm آتا ہے تو اس میں کچھ چڑیاں ہوتی</w:t>
      </w:r>
    </w:p>
    <w:p>
      <w:r>
        <w:rPr>
          <w:b/>
        </w:rPr>
        <w:t xml:space="preserve">[25:28] </w:t>
      </w:r>
      <w:r>
        <w:t>hain bohat hi strong wing ki, kuch weak wing wali hoti hain kamzor.</w:t>
      </w:r>
    </w:p>
    <w:p>
      <w:pPr>
        <w:jc w:val="right"/>
      </w:pPr>
      <w:r>
        <w:t>ہیں بہت ہی strong wing کی، کچھ weak wing والی ہوتی ہیں کمزور۔</w:t>
      </w:r>
    </w:p>
    <w:p>
      <w:r>
        <w:rPr>
          <w:b/>
        </w:rPr>
        <w:t xml:space="preserve">[25:34] </w:t>
      </w:r>
      <w:r>
        <w:t>to is mein aata hai ke chhote wing ki chidiyan jo hain woh mar jati hain storm mein</w:t>
      </w:r>
    </w:p>
    <w:p>
      <w:pPr>
        <w:jc w:val="right"/>
      </w:pPr>
      <w:r>
        <w:t>تو اس میں آتا ہے کہ چھوٹے wing کی چڑیاں جو ہیں وہ مر جاتی ہیں storm میں</w:t>
      </w:r>
    </w:p>
    <w:p>
      <w:r>
        <w:rPr>
          <w:b/>
        </w:rPr>
        <w:t xml:space="preserve">[25:40] </w:t>
      </w:r>
      <w:r>
        <w:t>phas kar ke</w:t>
      </w:r>
    </w:p>
    <w:p>
      <w:pPr>
        <w:jc w:val="right"/>
      </w:pPr>
      <w:r>
        <w:t>پھنس کر کے</w:t>
      </w:r>
    </w:p>
    <w:p>
      <w:r>
        <w:rPr>
          <w:b/>
        </w:rPr>
        <w:t xml:space="preserve">[25:46] </w:t>
      </w:r>
      <w:r>
        <w:t>—</w:t>
      </w:r>
    </w:p>
    <w:p>
      <w:pPr>
        <w:jc w:val="right"/>
      </w:pPr>
      <w:r>
        <w:t>۔</w:t>
      </w:r>
    </w:p>
    <w:p>
      <w:r>
        <w:rPr>
          <w:b/>
        </w:rPr>
        <w:t xml:space="preserve">[25:49] </w:t>
      </w:r>
      <w:r>
        <w:t>lekin jo jis ke, is jis ke wing bohat hi strong hain woh oopar nikal jati hain.</w:t>
      </w:r>
    </w:p>
    <w:p>
      <w:pPr>
        <w:jc w:val="right"/>
      </w:pPr>
      <w:r>
        <w:t>لیکن جو جس کے، اس جس کے wing بہت ہی strong ہیں وہ اوپر نکل جاتی ہیں۔</w:t>
      </w:r>
    </w:p>
    <w:p>
      <w:r>
        <w:rPr>
          <w:b/>
        </w:rPr>
        <w:t xml:space="preserve">[25:52] </w:t>
      </w:r>
      <w:r>
        <w:t>to bach jati hain.</w:t>
      </w:r>
    </w:p>
    <w:p>
      <w:pPr>
        <w:jc w:val="right"/>
      </w:pPr>
      <w:r>
        <w:t>تو بچ جاتی ہیں۔</w:t>
      </w:r>
    </w:p>
    <w:p>
      <w:r>
        <w:rPr>
          <w:b/>
        </w:rPr>
        <w:t xml:space="preserve">[25:56] </w:t>
      </w:r>
      <w:r>
        <w:t>kyunke storm ki ek limit hoti hai.</w:t>
      </w:r>
    </w:p>
    <w:p>
      <w:pPr>
        <w:jc w:val="right"/>
      </w:pPr>
      <w:r>
        <w:t>کیونکہ storm کی ایک limit ہوتی ہے۔</w:t>
      </w:r>
    </w:p>
    <w:p>
      <w:r>
        <w:rPr>
          <w:b/>
        </w:rPr>
        <w:t xml:space="preserve">[25:59] </w:t>
      </w:r>
      <w:r>
        <w:t>woh aasman tak nahin hota hai.</w:t>
      </w:r>
    </w:p>
    <w:p>
      <w:pPr>
        <w:jc w:val="right"/>
      </w:pPr>
      <w:r>
        <w:t>وہ آسمان تک نہیں ہوتا ہے۔</w:t>
      </w:r>
    </w:p>
    <w:p>
      <w:r>
        <w:rPr>
          <w:b/>
        </w:rPr>
        <w:t xml:space="preserve">[26:02] </w:t>
      </w:r>
      <w:r>
        <w:t>to is se yeh bana hai ke Big bird of the storm.</w:t>
      </w:r>
    </w:p>
    <w:p>
      <w:pPr>
        <w:jc w:val="right"/>
      </w:pPr>
      <w:r>
        <w:t>تو اس سے یہ بنا ہے کہ Big bird of the storm۔</w:t>
      </w:r>
    </w:p>
    <w:p>
      <w:r>
        <w:rPr>
          <w:b/>
        </w:rPr>
        <w:t xml:space="preserve">[26:06] </w:t>
      </w:r>
      <w:r>
        <w:t>to maine is se ek coin kiya ek lafz ke Big bird thinking.</w:t>
      </w:r>
    </w:p>
    <w:p>
      <w:pPr>
        <w:jc w:val="right"/>
      </w:pPr>
      <w:r>
        <w:t>تو میں نے اس سے ایک coin کیا ایک لفظ کہ Big bird thinking۔</w:t>
      </w:r>
    </w:p>
    <w:p>
      <w:r>
        <w:rPr>
          <w:b/>
        </w:rPr>
        <w:t xml:space="preserve">[26:09] </w:t>
      </w:r>
      <w:r>
        <w:t>Big bird thinking.</w:t>
      </w:r>
    </w:p>
    <w:p>
      <w:pPr>
        <w:jc w:val="right"/>
      </w:pPr>
      <w:r>
        <w:t>Big bird thinking۔</w:t>
      </w:r>
    </w:p>
    <w:p>
      <w:r>
        <w:rPr>
          <w:b/>
        </w:rPr>
        <w:t xml:space="preserve">[26:12] </w:t>
      </w:r>
      <w:r>
        <w:t>yani apne halaat se oopar uth kar sochna. apne en</w:t>
      </w:r>
    </w:p>
    <w:p>
      <w:pPr>
        <w:jc w:val="right"/>
      </w:pPr>
      <w:r>
        <w:t>یعنی اپنے حالات سے اوپر اٹھ کر سوچنا۔ اپنے en</w:t>
      </w:r>
    </w:p>
    <w:p>
      <w:r>
        <w:rPr>
          <w:b/>
        </w:rPr>
        <w:t xml:space="preserve">[26:16] </w:t>
      </w:r>
      <w:r>
        <w:t>vironment se oopar uth kar sochna. to history mein koi bhi aisa nahi kar saka ke apne jo halaat hain us ke, us se oopar uth kar soche. isi liye har aadmi misconditioned tha. poori history ka har aadmi. main is mein koi exception nahi jaanta. Prophet ki deconditioning kaise hui? Through angel hui. to isi ko Quran mein kaha gaya hai: ek alam nashrah laka sadrak.</w:t>
      </w:r>
    </w:p>
    <w:p>
      <w:pPr>
        <w:jc w:val="right"/>
      </w:pPr>
      <w:r>
        <w:t>vironment سے اوپر اٹھ کر سوچنا۔ تو history میں کوئی بھی ایسا نہیں کر سکا کہ اپنے جو حالات ہیں اس کے، اس سے اوپر اٹھ کر سوچے۔ اسی لیے ہر آدمی misconditioned تھا۔ پوری history کا ہر آدمی۔ میں اس میں کوئی exception نہیں جانتا۔ Prophet کی deconditioning کیسے ہوئی؟ Through angel ہوئی۔ تو اسی کو قرآن میں کہا گیا ہے: ایک علم نشرہ لک صدرک</w:t>
      </w:r>
    </w:p>
    <w:p>
      <w:r>
        <w:rPr>
          <w:b/>
        </w:rPr>
        <w:t xml:space="preserve">[26:46] </w:t>
      </w:r>
      <w:r>
        <w:t>—</w:t>
      </w:r>
    </w:p>
    <w:p>
      <w:pPr>
        <w:jc w:val="right"/>
      </w:pPr>
      <w:r>
        <w:t>۔</w:t>
      </w:r>
    </w:p>
    <w:p>
      <w:r>
        <w:rPr>
          <w:b/>
        </w:rPr>
        <w:t xml:space="preserve">[26:50] </w:t>
      </w:r>
      <w:r>
        <w:t>kya tum ne tumhari deconditioning nahin ki? tumhara seena khol diya? sari baatein tumhari samajh mein aane lagin?</w:t>
      </w:r>
    </w:p>
    <w:p>
      <w:pPr>
        <w:jc w:val="right"/>
      </w:pPr>
      <w:r>
        <w:t>کیا تم نے تمہاری deconditioning نہیں کی؟ تمہارا سینہ کھول دیا؟ ساری باتیں تمہاری سمجھ میں آنے لگیں؟</w:t>
      </w:r>
    </w:p>
    <w:p>
      <w:r>
        <w:rPr>
          <w:b/>
        </w:rPr>
        <w:t xml:space="preserve">[26:53] </w:t>
      </w:r>
      <w:r>
        <w:t>har baat tum par clear ho gayi? aaj agar koi aadmi chahta hai apni deconditioning to Prophet ke</w:t>
      </w:r>
    </w:p>
    <w:p>
      <w:pPr>
        <w:jc w:val="right"/>
      </w:pPr>
      <w:r>
        <w:t>ہر بات تم پر clear ہو گئی؟ آج اگر کوئی آدمی چاہتا ہے اپنی deconditioning تو Prophet کے</w:t>
      </w:r>
    </w:p>
    <w:p>
      <w:r>
        <w:rPr>
          <w:b/>
        </w:rPr>
        <w:t xml:space="preserve">[26:57] </w:t>
      </w:r>
      <w:r>
        <w:t>through kar sakta hai woh.</w:t>
      </w:r>
    </w:p>
    <w:p>
      <w:pPr>
        <w:jc w:val="right"/>
      </w:pPr>
      <w:r>
        <w:t>through کر سکتا ہے وہ۔</w:t>
      </w:r>
    </w:p>
    <w:p>
      <w:r>
        <w:rPr>
          <w:b/>
        </w:rPr>
        <w:t xml:space="preserve">[27:01] </w:t>
      </w:r>
      <w:r>
        <w:t>yani Quran padhe, hadith padhe, Prophet ki life padhe aur phir apna introspection kare.</w:t>
      </w:r>
    </w:p>
    <w:p>
      <w:pPr>
        <w:jc w:val="right"/>
      </w:pPr>
      <w:r>
        <w:t>یعنی قرآن پڑھے، حدیث پڑھے، Prophet کی life پڑھے اور پھر اپنا introspection کرے۔</w:t>
      </w:r>
    </w:p>
    <w:p>
      <w:r>
        <w:rPr>
          <w:b/>
        </w:rPr>
        <w:t xml:space="preserve">[27:05] </w:t>
      </w:r>
      <w:r>
        <w:t>apna introspection kare.</w:t>
      </w:r>
    </w:p>
    <w:p>
      <w:pPr>
        <w:jc w:val="right"/>
      </w:pPr>
      <w:r>
        <w:t>اپنا introspection کرے۔</w:t>
      </w:r>
    </w:p>
    <w:p>
      <w:r>
        <w:rPr>
          <w:b/>
        </w:rPr>
        <w:t xml:space="preserve">[27:09] </w:t>
      </w:r>
      <w:r>
        <w:t>ab to Jibrael to aayenge nahin.</w:t>
      </w:r>
    </w:p>
    <w:p>
      <w:pPr>
        <w:jc w:val="right"/>
      </w:pPr>
      <w:r>
        <w:t>اب تو جبرائیل تو آئیں گے نہیں۔</w:t>
      </w:r>
    </w:p>
    <w:p>
      <w:r>
        <w:rPr>
          <w:b/>
        </w:rPr>
        <w:t xml:space="preserve">[27:13] </w:t>
      </w:r>
      <w:r>
        <w:t>ab jo hai</w:t>
      </w:r>
    </w:p>
    <w:p>
      <w:pPr>
        <w:jc w:val="right"/>
      </w:pPr>
      <w:r>
        <w:t>اب جو ہے</w:t>
      </w:r>
    </w:p>
    <w:p>
      <w:r>
        <w:rPr>
          <w:b/>
        </w:rPr>
        <w:t xml:space="preserve">[27:16] </w:t>
      </w:r>
      <w:r>
        <w:t>jibrāīl jo hai deconditioning ke liye nahīn āeṅ ge.</w:t>
      </w:r>
    </w:p>
    <w:p>
      <w:pPr>
        <w:jc w:val="right"/>
      </w:pPr>
      <w:r>
        <w:t>جبرائیل جو ہے deconditioning کے لیے نہیں آئیں گے۔</w:t>
      </w:r>
    </w:p>
    <w:p>
      <w:r>
        <w:rPr>
          <w:b/>
        </w:rPr>
        <w:t xml:space="preserve">[27:20] </w:t>
      </w:r>
      <w:r>
        <w:t>lekin guide book maujūd hai.</w:t>
      </w:r>
    </w:p>
    <w:p>
      <w:pPr>
        <w:jc w:val="right"/>
      </w:pPr>
      <w:r>
        <w:t>لیکن guide book موجود ہے۔</w:t>
      </w:r>
    </w:p>
    <w:p>
      <w:r>
        <w:rPr>
          <w:b/>
        </w:rPr>
        <w:t xml:space="preserve">[27:24] </w:t>
      </w:r>
      <w:r>
        <w:t>dekhiye pehle guide book maujūd nahīn thī.</w:t>
      </w:r>
    </w:p>
    <w:p>
      <w:pPr>
        <w:jc w:val="right"/>
      </w:pPr>
      <w:r>
        <w:t>دیکھیے پہلے guide book موجود نہیں تھی۔</w:t>
      </w:r>
    </w:p>
    <w:p>
      <w:r>
        <w:rPr>
          <w:b/>
        </w:rPr>
        <w:t xml:space="preserve">[27:28] </w:t>
      </w:r>
      <w:r>
        <w:t>Deconditioning kī guide book pehle maujūd nahīn thī.</w:t>
      </w:r>
    </w:p>
    <w:p>
      <w:pPr>
        <w:jc w:val="right"/>
      </w:pPr>
      <w:r>
        <w:t>Deconditioning کی guide book پہلے موجود نہیں تھی۔</w:t>
      </w:r>
    </w:p>
    <w:p>
      <w:r>
        <w:rPr>
          <w:b/>
        </w:rPr>
        <w:t xml:space="preserve">[27:31] </w:t>
      </w:r>
      <w:r>
        <w:t>ab deconditioning kī guide book maujūd hai hamāre pās.</w:t>
      </w:r>
    </w:p>
    <w:p>
      <w:pPr>
        <w:jc w:val="right"/>
      </w:pPr>
      <w:r>
        <w:t>اب deconditioning کی guide book موجود ہے ہمارے پاس۔</w:t>
      </w:r>
    </w:p>
    <w:p>
      <w:r>
        <w:rPr>
          <w:b/>
        </w:rPr>
        <w:t xml:space="preserve">[27:35] </w:t>
      </w:r>
      <w:r>
        <w:t>qurān kī shakl mein, hadīs kī shakl mein, Prophet kī life kī shakl mein.</w:t>
      </w:r>
    </w:p>
    <w:p>
      <w:pPr>
        <w:jc w:val="right"/>
      </w:pPr>
      <w:r>
        <w:t>قرآن کی شکل میں، حدیث کی شکل میں، Prophet کی life کی شکل میں۔</w:t>
      </w:r>
    </w:p>
    <w:p>
      <w:r>
        <w:rPr>
          <w:b/>
        </w:rPr>
        <w:t xml:space="preserve">[27:39] </w:t>
      </w:r>
      <w:r>
        <w:t>agar ham sach much sincere hain.</w:t>
      </w:r>
    </w:p>
    <w:p>
      <w:pPr>
        <w:jc w:val="right"/>
      </w:pPr>
      <w:r>
        <w:t>اگر ہم سچ مچ sincere ہیں۔</w:t>
      </w:r>
    </w:p>
    <w:p>
      <w:r>
        <w:rPr>
          <w:b/>
        </w:rPr>
        <w:t xml:space="preserve">[27:43] </w:t>
      </w:r>
      <w:r>
        <w:t>agar ham sach much seriously is kā</w:t>
      </w:r>
    </w:p>
    <w:p>
      <w:pPr>
        <w:jc w:val="right"/>
      </w:pPr>
      <w:r>
        <w:t>اگر ہم سچ مچ seriously اس کا</w:t>
      </w:r>
    </w:p>
    <w:p>
      <w:r>
        <w:rPr>
          <w:b/>
        </w:rPr>
        <w:t xml:space="preserve">[27:47] </w:t>
      </w:r>
      <w:r>
        <w:t>study karen is ko to woh guide book hamein mil jātā hai ke kaise ham apnī deconditioning karen.</w:t>
      </w:r>
    </w:p>
    <w:p>
      <w:pPr>
        <w:jc w:val="right"/>
      </w:pPr>
      <w:r>
        <w:t>study کریں اس کو تو وہ guide book ہمیں مل جاتا ہے کہ کیسے ہم اپنی deconditioning کریں۔</w:t>
      </w:r>
    </w:p>
    <w:p>
      <w:r>
        <w:rPr>
          <w:b/>
        </w:rPr>
        <w:t xml:space="preserve">[27:51] </w:t>
      </w:r>
      <w:r>
        <w:t>jaise main ne yeh chīz daryāft kī usī se, usī literature se ke jo jaṛ kī bāt hai</w:t>
      </w:r>
    </w:p>
    <w:p>
      <w:pPr>
        <w:jc w:val="right"/>
      </w:pPr>
      <w:r>
        <w:t>جیسے میں نے یہ چیز دریافت کی اسی سے، اسی literature سے کہ جو جڑ کی بات ہے</w:t>
      </w:r>
    </w:p>
    <w:p>
      <w:r>
        <w:rPr>
          <w:b/>
        </w:rPr>
        <w:t xml:space="preserve">[27:55] </w:t>
      </w:r>
      <w:r>
        <w:t>wo introspection hai.</w:t>
      </w:r>
    </w:p>
    <w:p>
      <w:pPr>
        <w:jc w:val="right"/>
      </w:pPr>
      <w:r>
        <w:t>وہ introspection ہے۔</w:t>
      </w:r>
    </w:p>
    <w:p>
      <w:r>
        <w:rPr>
          <w:b/>
        </w:rPr>
        <w:t xml:space="preserve">[27:59] </w:t>
      </w:r>
      <w:r>
        <w:t>main jo kahā kartā hūn ke I was wrong kahnā zarūrī hai deconditioning ke liye.</w:t>
      </w:r>
    </w:p>
    <w:p>
      <w:pPr>
        <w:jc w:val="right"/>
      </w:pPr>
      <w:r>
        <w:t>میں جو کہا کرتا ہوں کہ I was wrong کہنا ضروری ہے deconditioning کے لیے۔</w:t>
      </w:r>
    </w:p>
    <w:p>
      <w:r>
        <w:rPr>
          <w:b/>
        </w:rPr>
        <w:t xml:space="preserve">[28:04] </w:t>
      </w:r>
      <w:r>
        <w:t>yeh main ne pāyā hai usī se.</w:t>
      </w:r>
    </w:p>
    <w:p>
      <w:pPr>
        <w:jc w:val="right"/>
      </w:pPr>
      <w:r>
        <w:t>یہ میں نے پایا ہے اسی سے۔</w:t>
      </w:r>
    </w:p>
    <w:p>
      <w:r>
        <w:rPr>
          <w:b/>
        </w:rPr>
        <w:t xml:space="preserve">[28:08] </w:t>
      </w:r>
      <w:r>
        <w:t>varanā main ne kisī kitāb mein nahīn paṛhā thā.</w:t>
      </w:r>
    </w:p>
    <w:p>
      <w:pPr>
        <w:jc w:val="right"/>
      </w:pPr>
      <w:r>
        <w:t>ورنہ میں نے کسی کتاب میں نہیں پڑھا تھا۔</w:t>
      </w:r>
    </w:p>
    <w:p>
      <w:r>
        <w:rPr>
          <w:b/>
        </w:rPr>
        <w:t xml:space="preserve">[28:12] </w:t>
      </w:r>
      <w:r>
        <w:t>na to Watson aisā batā sakā, na Aristotle</w:t>
      </w:r>
    </w:p>
    <w:p>
      <w:pPr>
        <w:jc w:val="right"/>
      </w:pPr>
      <w:r>
        <w:t>نہ تو Watson ایسا بتا سکا، نہ Aristotle</w:t>
      </w:r>
    </w:p>
    <w:p>
      <w:r>
        <w:rPr>
          <w:b/>
        </w:rPr>
        <w:t xml:space="preserve">[28:17] </w:t>
      </w:r>
      <w:r>
        <w:t>r na Rousseau, na Marx.</w:t>
      </w:r>
    </w:p>
    <w:p>
      <w:pPr>
        <w:jc w:val="right"/>
      </w:pPr>
      <w:r>
        <w:t>، نہ Rousseau، نہ Marx۔</w:t>
      </w:r>
    </w:p>
    <w:p>
      <w:r>
        <w:rPr>
          <w:b/>
        </w:rPr>
        <w:t xml:space="preserve">[28:23] </w:t>
      </w:r>
      <w:r>
        <w:t>koī bhī yeh nahīn batā sakā ke deconditioning kī kunjī kyā hai.</w:t>
      </w:r>
    </w:p>
    <w:p>
      <w:pPr>
        <w:jc w:val="right"/>
      </w:pPr>
      <w:r>
        <w:t>کوئی بھی یہ نہیں بتا سکا کہ deconditioning کی کنجی کیا ہے۔</w:t>
      </w:r>
    </w:p>
    <w:p>
      <w:r>
        <w:rPr>
          <w:b/>
        </w:rPr>
        <w:t xml:space="preserve">[28:29] </w:t>
      </w:r>
      <w:r>
        <w:t>koī bhī nahīn batā sakā.</w:t>
      </w:r>
    </w:p>
    <w:p>
      <w:pPr>
        <w:jc w:val="right"/>
      </w:pPr>
      <w:r>
        <w:t>کوئی بھی نہیں بتا سکا۔</w:t>
      </w:r>
    </w:p>
    <w:p>
      <w:r>
        <w:rPr>
          <w:b/>
        </w:rPr>
        <w:t xml:space="preserve">[28:35] </w:t>
      </w:r>
      <w:r>
        <w:t>mere ilm mein koī ek bhī aisā nahīn hai thinker jis ne yeh batāyā ho ke ādmī conditioning</w:t>
      </w:r>
    </w:p>
    <w:p>
      <w:pPr>
        <w:jc w:val="right"/>
      </w:pPr>
      <w:r>
        <w:t>میرے علم میں کوئی ایک بھی ایسا نہیں ہے thinker جس نے یہ بتایا ہو کہ آدمی conditioning</w:t>
      </w:r>
    </w:p>
    <w:p>
      <w:r>
        <w:rPr>
          <w:b/>
        </w:rPr>
        <w:t xml:space="preserve">[28:41] </w:t>
      </w:r>
      <w:r>
        <w:t>kā case hai aur deconditioning kā rāz kyā hai? Introspection.</w:t>
      </w:r>
    </w:p>
    <w:p>
      <w:pPr>
        <w:jc w:val="right"/>
      </w:pPr>
      <w:r>
        <w:t>کا case ہے اور deconditioning کا راز کیا ہے؟ Introspection۔</w:t>
      </w:r>
    </w:p>
    <w:p>
      <w:r>
        <w:rPr>
          <w:b/>
        </w:rPr>
        <w:t xml:space="preserve">[28:47] </w:t>
      </w:r>
      <w:r>
        <w:t>apnā, apne ko, apnī correction ke liye taiyār rahnā.</w:t>
      </w:r>
    </w:p>
    <w:p>
      <w:pPr>
        <w:jc w:val="right"/>
      </w:pPr>
      <w:r>
        <w:t>اپنا، اپنے کو، اپنی correction کے لیے تیار رہنا۔</w:t>
      </w:r>
    </w:p>
    <w:p>
      <w:r>
        <w:rPr>
          <w:b/>
        </w:rPr>
        <w:t xml:space="preserve">[28:50] </w:t>
      </w:r>
      <w:r>
        <w:t>I was wrong kahnē ke liye taiyār rahnā.</w:t>
      </w:r>
    </w:p>
    <w:p>
      <w:pPr>
        <w:jc w:val="right"/>
      </w:pPr>
      <w:r>
        <w:t>I was wrong کہنے کے لیے تیار رہنا۔</w:t>
      </w:r>
    </w:p>
    <w:p>
      <w:r>
        <w:rPr>
          <w:b/>
        </w:rPr>
        <w:t xml:space="preserve">[28:54] </w:t>
      </w:r>
      <w:r>
        <w:t>yeh hai deconditioning.</w:t>
      </w:r>
    </w:p>
    <w:p>
      <w:pPr>
        <w:jc w:val="right"/>
      </w:pPr>
      <w:r>
        <w:t>یہ ہے deconditioning۔</w:t>
      </w:r>
    </w:p>
    <w:p>
      <w:r>
        <w:rPr>
          <w:b/>
        </w:rPr>
        <w:t xml:space="preserve">[28:58] </w:t>
      </w:r>
      <w:r>
        <w:t>har bār jab āp yeh kahte hain ke I was wrong to āp ek parat us kā haṭāte hain.</w:t>
      </w:r>
    </w:p>
    <w:p>
      <w:pPr>
        <w:jc w:val="right"/>
      </w:pPr>
      <w:r>
        <w:t>ہر بار جب آپ یہ کہتے ہیں کہ I was wrong تو آپ ایک پرت اس کا ہٹاتے ہیں۔</w:t>
      </w:r>
    </w:p>
    <w:p>
      <w:r>
        <w:rPr>
          <w:b/>
        </w:rPr>
        <w:t xml:space="preserve">[29:02] </w:t>
      </w:r>
      <w:r>
        <w:t>jaise āp jānte hain ke onion yā piyāz, piyāz jo hai yā onion jo hai us ke ūpar</w:t>
      </w:r>
    </w:p>
    <w:p>
      <w:pPr>
        <w:jc w:val="right"/>
      </w:pPr>
      <w:r>
        <w:t>جیسے آپ جانتے ہیں کہ onion یا پیاز، پیاز جو ہے یا onion جو ہے اس کے اوپر</w:t>
      </w:r>
    </w:p>
    <w:p>
      <w:r>
        <w:rPr>
          <w:b/>
        </w:rPr>
        <w:t xml:space="preserve">[29:05] </w:t>
      </w:r>
      <w:r>
        <w:t>layer, layer, layer, layer hotay hain.</w:t>
      </w:r>
    </w:p>
    <w:p>
      <w:pPr>
        <w:jc w:val="right"/>
      </w:pPr>
      <w:r>
        <w:t>layer، layer، layer، layer ہوتے ہیں۔</w:t>
      </w:r>
    </w:p>
    <w:p>
      <w:r>
        <w:rPr>
          <w:b/>
        </w:rPr>
        <w:t xml:space="preserve">[29:09] </w:t>
      </w:r>
      <w:r>
        <w:t>to hazaron hazar layer hamaray oper charh jatay hain.</w:t>
      </w:r>
    </w:p>
    <w:p>
      <w:pPr>
        <w:jc w:val="right"/>
      </w:pPr>
      <w:r>
        <w:t>تو ہزاروں ہزار layer ہمارے اوپر چڑھ جاتے ہیں۔</w:t>
      </w:r>
    </w:p>
    <w:p>
      <w:r>
        <w:rPr>
          <w:b/>
        </w:rPr>
        <w:t xml:space="preserve">[29:13] </w:t>
      </w:r>
      <w:r>
        <w:t>Conditioning ki waja se. jab aap</w:t>
      </w:r>
    </w:p>
    <w:p>
      <w:pPr>
        <w:jc w:val="right"/>
      </w:pPr>
      <w:r>
        <w:t>Conditioning کی وجہ سے۔ جب آپ</w:t>
      </w:r>
    </w:p>
    <w:p>
      <w:r>
        <w:rPr>
          <w:b/>
        </w:rPr>
        <w:t xml:space="preserve">[29:17] </w:t>
      </w:r>
      <w:r>
        <w:t>kehte hain ke sach much kehte hain, dil se kehte hain ke I was wrong to ek layer, ek layer hat jaata hai is ka. jab bhi aap dil se kahein sach much I was wrong to ek layer hat jayega. yahan tak ke hatate hatate saare layer hat jayenge. ab yeh raaz maine paaya hai isi se. Rasool Allah ke muta</w:t>
      </w:r>
    </w:p>
    <w:p>
      <w:pPr>
        <w:jc w:val="right"/>
      </w:pPr>
      <w:r>
        <w:t>کہتے ہیں کہ سچ مچ کہتے ہیں، دل سے کہتے ہیں کہ I was wrong تو ایک layer، ایک layer ہٹ جاتا ہے اس کا۔ جب بھی آپ دل سے کہیں سچ مچ I was wrong تو ایک layer ہٹ جائے گا۔ یہاں تک کہ ہٹتے ہٹتے سارے layer ہٹ جائیں گے۔ اب یہ راز میں نے پایا ہے اسی سے۔ رسول اللہ کے متع</w:t>
      </w:r>
    </w:p>
    <w:p>
      <w:r>
        <w:rPr>
          <w:b/>
        </w:rPr>
        <w:t xml:space="preserve">[29:47] </w:t>
      </w:r>
      <w:r>
        <w:t>luq se.</w:t>
      </w:r>
    </w:p>
    <w:p>
      <w:pPr>
        <w:jc w:val="right"/>
      </w:pPr>
      <w:r>
        <w:t>لق سے۔</w:t>
      </w:r>
    </w:p>
    <w:p>
      <w:r>
        <w:rPr>
          <w:b/>
        </w:rPr>
        <w:t xml:space="preserve">[29:51] </w:t>
      </w:r>
      <w:r>
        <w:t>kisi bhi doosray author ke haan mein ne nahi paya yeh baat ke kaisay apni conditioning ko, apni,</w:t>
      </w:r>
    </w:p>
    <w:p>
      <w:pPr>
        <w:jc w:val="right"/>
      </w:pPr>
      <w:r>
        <w:t>کسی بھی دوسرے author کے ہاں میں نے نہیں پایا یہ بات کہ کیسے اپنی conditioning کو، اپنی،</w:t>
      </w:r>
    </w:p>
    <w:p>
      <w:r>
        <w:rPr>
          <w:b/>
        </w:rPr>
        <w:t xml:space="preserve">[29:56] </w:t>
      </w:r>
      <w:r>
        <w:t xml:space="preserve">apnay, apni, apni conditioning ki, deconditioning kaisay ki. </w:t>
      </w:r>
    </w:p>
    <w:p>
      <w:pPr>
        <w:jc w:val="right"/>
      </w:pPr>
      <w:r>
        <w:t>اپنے، اپنی، اپنی conditioning کی، deconditioning کیسے کی جائے۔</w:t>
      </w:r>
    </w:p>
    <w:p>
      <w:r>
        <w:rPr>
          <w:b/>
        </w:rPr>
        <w:t xml:space="preserve">[30:00] </w:t>
      </w:r>
      <w:r>
        <w:t>aaj kal jo aap dekhte hain ke jagah jagah de-stressing ki industry khuli hui hai.</w:t>
      </w:r>
    </w:p>
    <w:p>
      <w:pPr>
        <w:jc w:val="right"/>
      </w:pPr>
      <w:r>
        <w:t>آج کل جو آپ دیکھتے ہیں کہ جگہ جگہ de-stressing کی industry کھلی ہوئی ہے۔</w:t>
      </w:r>
    </w:p>
    <w:p>
      <w:r>
        <w:rPr>
          <w:b/>
        </w:rPr>
        <w:t xml:space="preserve">[30:05] </w:t>
      </w:r>
      <w:r>
        <w:t>saari duniya mein.</w:t>
      </w:r>
    </w:p>
    <w:p>
      <w:pPr>
        <w:jc w:val="right"/>
      </w:pPr>
      <w:r>
        <w:t>ساری دنیا میں۔</w:t>
      </w:r>
    </w:p>
    <w:p>
      <w:r>
        <w:rPr>
          <w:b/>
        </w:rPr>
        <w:t xml:space="preserve">[30:09] </w:t>
      </w:r>
      <w:r>
        <w:t>Deconditioning ki industry.</w:t>
      </w:r>
    </w:p>
    <w:p>
      <w:pPr>
        <w:jc w:val="right"/>
      </w:pPr>
      <w:r>
        <w:t>Deconditioning کی industry۔</w:t>
      </w:r>
    </w:p>
    <w:p>
      <w:r>
        <w:rPr>
          <w:b/>
        </w:rPr>
        <w:t xml:space="preserve">[30:14] </w:t>
      </w:r>
      <w:r>
        <w:t>woh kia hai? woh to kuch bhi nahi hai.</w:t>
      </w:r>
    </w:p>
    <w:p>
      <w:pPr>
        <w:jc w:val="right"/>
      </w:pPr>
      <w:r>
        <w:t>وہ کیا ہے؟ وہ تو کچھ بھی نہیں ہے۔</w:t>
      </w:r>
    </w:p>
    <w:p>
      <w:r>
        <w:rPr>
          <w:b/>
        </w:rPr>
        <w:t xml:space="preserve">[30:18] </w:t>
      </w:r>
      <w:r>
        <w:t>jis cheez ko aaj kal de-stressing kehte hain woh to kuch bhi nahi, woh to business hai.</w:t>
      </w:r>
    </w:p>
    <w:p>
      <w:pPr>
        <w:jc w:val="right"/>
      </w:pPr>
      <w:r>
        <w:t>جس چیز کو آج کل de-stressing کہتے ہیں وہ تو کچھ بھی نہیں، وہ تو business ہے۔</w:t>
      </w:r>
    </w:p>
    <w:p>
      <w:r>
        <w:rPr>
          <w:b/>
        </w:rPr>
        <w:t xml:space="preserve">[30:23] </w:t>
      </w:r>
      <w:r>
        <w:t>Business yeh hai ke aap ko tension ho gaya, peace of mind khatam ho gaya to thori dair</w:t>
      </w:r>
    </w:p>
    <w:p>
      <w:pPr>
        <w:jc w:val="right"/>
      </w:pPr>
      <w:r>
        <w:t>Business یہ ہے کہ آپ کو tension ہو گیا، peace of mind ختم ہو گیا تو تھوڑی دیر</w:t>
      </w:r>
    </w:p>
    <w:p>
      <w:r>
        <w:rPr>
          <w:b/>
        </w:rPr>
        <w:t xml:space="preserve">[30:28] </w:t>
      </w:r>
      <w:r>
        <w:t>aap ko anesthetic treatment de kar ke aap ko daal diya is mein.</w:t>
      </w:r>
    </w:p>
    <w:p>
      <w:pPr>
        <w:jc w:val="right"/>
      </w:pPr>
      <w:r>
        <w:t>آپ کو anesthetic treatment دے کر کے آپ کو ڈال دیا اس میں۔</w:t>
      </w:r>
    </w:p>
    <w:p>
      <w:r>
        <w:rPr>
          <w:b/>
        </w:rPr>
        <w:t xml:space="preserve">[30:33] </w:t>
      </w:r>
      <w:r>
        <w:t>yani thora sukoon de diya, temporary relief de diya aap ko.</w:t>
      </w:r>
    </w:p>
    <w:p>
      <w:pPr>
        <w:jc w:val="right"/>
      </w:pPr>
      <w:r>
        <w:t>یعنی تھوڑا سکون دے دیا، temporary relief دے دیا آپ کو۔</w:t>
      </w:r>
    </w:p>
    <w:p>
      <w:r>
        <w:rPr>
          <w:b/>
        </w:rPr>
        <w:t xml:space="preserve">[30:38] </w:t>
      </w:r>
      <w:r>
        <w:t>yeh de-stressing jo hai yeh alag cheez hai.</w:t>
      </w:r>
    </w:p>
    <w:p>
      <w:pPr>
        <w:jc w:val="right"/>
      </w:pPr>
      <w:r>
        <w:t>یہ de-stressing جو ہے یہ الگ چیز ہے۔</w:t>
      </w:r>
    </w:p>
    <w:p>
      <w:r>
        <w:rPr>
          <w:b/>
        </w:rPr>
        <w:t xml:space="preserve">[30:43] </w:t>
      </w:r>
      <w:r>
        <w:t>yeh de-stressing simply yeh hai ke aap ko</w:t>
      </w:r>
    </w:p>
    <w:p>
      <w:pPr>
        <w:jc w:val="right"/>
      </w:pPr>
      <w:r>
        <w:t>یہ de-stressing simply یہ ہے کہ آپ کو</w:t>
      </w:r>
    </w:p>
    <w:p>
      <w:r>
        <w:rPr>
          <w:b/>
        </w:rPr>
        <w:t xml:space="preserve">[30:48] </w:t>
      </w:r>
      <w:r>
        <w:t>temporary tor par kuch relief mil jaye aur peace of mind jo aap ka hai woh thora sa</w:t>
      </w:r>
    </w:p>
    <w:p>
      <w:pPr>
        <w:jc w:val="right"/>
      </w:pPr>
      <w:r>
        <w:t>temporary طور پر کچھ relief مل جائے اور peace of mind جو آپ کا ہے وہ تھوڑا سا</w:t>
      </w:r>
    </w:p>
    <w:p>
      <w:r>
        <w:rPr>
          <w:b/>
        </w:rPr>
        <w:t xml:space="preserve">[30:53] </w:t>
      </w:r>
      <w:r>
        <w:t>jo band ho gaya hai woh, woh aap ko dobara wapas mil jaye.</w:t>
      </w:r>
    </w:p>
    <w:p>
      <w:pPr>
        <w:jc w:val="right"/>
      </w:pPr>
      <w:r>
        <w:t>جو بند ہو گیا ہے وہ، وہ آپ کو دوبارہ واپس مل جائے۔</w:t>
      </w:r>
    </w:p>
    <w:p>
      <w:r>
        <w:rPr>
          <w:b/>
        </w:rPr>
        <w:t xml:space="preserve">[30:57] </w:t>
      </w:r>
      <w:r>
        <w:t>mein jis cheez ko keh raha hoon de-stressing ya jis ko mein keh raha hoon deconditioning woh aik</w:t>
      </w:r>
    </w:p>
    <w:p>
      <w:pPr>
        <w:jc w:val="right"/>
      </w:pPr>
      <w:r>
        <w:t>میں جس چیز کو کہہ رہا ہوں de-stressing یا جس کو میں کہہ رہا ہوں deconditioning وہ ایک</w:t>
      </w:r>
    </w:p>
    <w:p>
      <w:r>
        <w:rPr>
          <w:b/>
        </w:rPr>
        <w:t xml:space="preserve">[31:01] </w:t>
      </w:r>
      <w:r>
        <w:t>aur hi cheez hai.</w:t>
      </w:r>
    </w:p>
    <w:p>
      <w:pPr>
        <w:jc w:val="right"/>
      </w:pPr>
      <w:r>
        <w:t>اور ہی چیز ہے۔</w:t>
      </w:r>
    </w:p>
    <w:p>
      <w:r>
        <w:rPr>
          <w:b/>
        </w:rPr>
        <w:t xml:space="preserve">[31:05] </w:t>
      </w:r>
      <w:r>
        <w:t>woh, woh hai personality ka development.</w:t>
      </w:r>
    </w:p>
    <w:p>
      <w:pPr>
        <w:jc w:val="right"/>
      </w:pPr>
      <w:r>
        <w:t>وہ، وہ ہے personality کا development۔</w:t>
      </w:r>
    </w:p>
    <w:p>
      <w:r>
        <w:rPr>
          <w:b/>
        </w:rPr>
        <w:t xml:space="preserve">[31:10] </w:t>
      </w:r>
      <w:r>
        <w:t>Personality ko phir se aik naya janam dena.</w:t>
      </w:r>
    </w:p>
    <w:p>
      <w:pPr>
        <w:jc w:val="right"/>
      </w:pPr>
      <w:r>
        <w:t>Personality کو پھر سے ایک نیا جنم دینا۔</w:t>
      </w:r>
    </w:p>
    <w:p>
      <w:r>
        <w:rPr>
          <w:b/>
        </w:rPr>
        <w:t xml:space="preserve">[31:14] </w:t>
      </w:r>
      <w:r>
        <w:t>aap ke, aap ki personality par jo layer charh gaye hain condition</w:t>
      </w:r>
    </w:p>
    <w:p>
      <w:pPr>
        <w:jc w:val="right"/>
      </w:pPr>
      <w:r>
        <w:t>آپ کے، آپ کی personality پر جو layer چڑھ گئے ہیں condition</w:t>
      </w:r>
    </w:p>
    <w:p>
      <w:r>
        <w:rPr>
          <w:b/>
        </w:rPr>
        <w:t xml:space="preserve">[31:18] </w:t>
      </w:r>
      <w:r>
        <w:t>ing ke us ko hatana. hatate hatate hatate aap Mr. Nature ban jayein. aap ki jo divine nature hai woh ubhar aaye. yeh matlab hai deconditioning ka. to deconditioning ka yeh concept hi nahin history mein hai. yeh mujhe mila hai Quran se, Hadees se, Rasool Allah ki zindagi ke mutale se. to yeh matlab hai ke khabeer sa</w:t>
      </w:r>
    </w:p>
    <w:p>
      <w:pPr>
        <w:jc w:val="right"/>
      </w:pPr>
      <w:r>
        <w:t>ing کے اس کو ہٹانا۔ ہٹاتے ہٹاتے ہٹاتے آپ Mr. Nature بن جائیں۔ آپ کی جو divine nature ہے وہ ابھر آئے۔ یہ مطلب ہے deconditioning کا۔ تو deconditioning کا یہ concept ہی نہیں history میں ہے۔ یہ مجھے ملا ہے قرآن سے، حدیث سے، رسول اللہ کی زندگی کے مطالعے سے۔ تو یہ مطلب ہے کہ خبیر ص</w:t>
      </w:r>
    </w:p>
    <w:p>
      <w:r>
        <w:rPr>
          <w:b/>
        </w:rPr>
        <w:t xml:space="preserve">[31:48] </w:t>
      </w:r>
      <w:r>
        <w:t>ruf khuda hai.</w:t>
      </w:r>
    </w:p>
    <w:p>
      <w:pPr>
        <w:jc w:val="right"/>
      </w:pPr>
      <w:r>
        <w:t>رف خدا ہے۔</w:t>
      </w:r>
    </w:p>
    <w:p>
      <w:r>
        <w:rPr>
          <w:b/>
        </w:rPr>
        <w:t xml:space="preserve">[31:54] </w:t>
      </w:r>
      <w:r>
        <w:t>All-knowing sirf khuda hai.</w:t>
      </w:r>
    </w:p>
    <w:p>
      <w:pPr>
        <w:jc w:val="right"/>
      </w:pPr>
      <w:r>
        <w:t>All-knowing صرف خدا ہے۔</w:t>
      </w:r>
    </w:p>
    <w:p>
      <w:r>
        <w:rPr>
          <w:b/>
        </w:rPr>
        <w:t xml:space="preserve">[32:00] </w:t>
      </w:r>
      <w:r>
        <w:t>hadees mein aik, aik, aik hadees hai.</w:t>
      </w:r>
    </w:p>
    <w:p>
      <w:pPr>
        <w:jc w:val="right"/>
      </w:pPr>
      <w:r>
        <w:t>حدیث میں ایک، ایک، ایک حدیث ہے۔</w:t>
      </w:r>
    </w:p>
    <w:p>
      <w:r>
        <w:rPr>
          <w:b/>
        </w:rPr>
        <w:t xml:space="preserve">[32:06] </w:t>
      </w:r>
      <w:r>
        <w:t>ab dekhiye ke kitni bari bari baatein hadeeson mein hain.</w:t>
      </w:r>
    </w:p>
    <w:p>
      <w:pPr>
        <w:jc w:val="right"/>
      </w:pPr>
      <w:r>
        <w:t>اب دیکھیے کہ کتنی بڑی بڑی باتیں حدیثوں میں ہیں۔</w:t>
      </w:r>
    </w:p>
    <w:p>
      <w:r>
        <w:rPr>
          <w:b/>
        </w:rPr>
        <w:t xml:space="preserve">[32:12] </w:t>
      </w:r>
      <w:r>
        <w:t>aik hadees hai ke: ala kullukum khatta'oon wa khair ul khatta'een ut tawwaboon sun lo</w:t>
      </w:r>
    </w:p>
    <w:p>
      <w:pPr>
        <w:jc w:val="right"/>
      </w:pPr>
      <w:r>
        <w:t>ایک حدیث ہے کہ: أَلَا كُلُّكُمْ خَطَّاءُونَ وَخَيْرُ الْخَطَّائِينَ التَّوَّابُونَ سن لو</w:t>
      </w:r>
    </w:p>
    <w:p>
      <w:r>
        <w:rPr>
          <w:b/>
        </w:rPr>
        <w:t xml:space="preserve">[32:18] </w:t>
      </w:r>
      <w:r>
        <w:t>ke tum mein se har shakhs khata hai, khata ma'ni ghalti karne wala.</w:t>
      </w:r>
    </w:p>
    <w:p>
      <w:pPr>
        <w:jc w:val="right"/>
      </w:pPr>
      <w:r>
        <w:t>کہ تم میں سے ہر شخص خطا ہے، خطا معنی غلطی کرنے والا۔</w:t>
      </w:r>
    </w:p>
    <w:p>
      <w:r>
        <w:rPr>
          <w:b/>
        </w:rPr>
        <w:t xml:space="preserve">[32:23] </w:t>
      </w:r>
      <w:r>
        <w:t>ghalti karne wala.</w:t>
      </w:r>
    </w:p>
    <w:p>
      <w:pPr>
        <w:jc w:val="right"/>
      </w:pPr>
      <w:r>
        <w:t>غلطی کرنے والا۔</w:t>
      </w:r>
    </w:p>
    <w:p>
      <w:r>
        <w:rPr>
          <w:b/>
        </w:rPr>
        <w:t xml:space="preserve">[32:28] </w:t>
      </w:r>
      <w:r>
        <w:t>ala kullukum khatta'oon wa khair ul khatta'een ut tawwaboon tum mein se har aadmi khata kar hai.</w:t>
      </w:r>
    </w:p>
    <w:p>
      <w:pPr>
        <w:jc w:val="right"/>
      </w:pPr>
      <w:r>
        <w:t>أَلَا كُلُّكُمْ خَطَّاءُونَ وَخَيْرُ الْخَطَّائِينَ التَّوَّابُونَ تم میں سے ہر آدمی خطا کار ہے۔</w:t>
      </w:r>
    </w:p>
    <w:p>
      <w:r>
        <w:rPr>
          <w:b/>
        </w:rPr>
        <w:t xml:space="preserve">[32:33] </w:t>
      </w:r>
      <w:r>
        <w:t>aur sab se acha khata kar woh hai jo jo tawwab ho, ya'ni toba karne wala ho.</w:t>
      </w:r>
    </w:p>
    <w:p>
      <w:pPr>
        <w:jc w:val="right"/>
      </w:pPr>
      <w:r>
        <w:t>اور سب سے اچھا خطا کار وہ ہے جو جو تواب ہو، یعنی توبہ کرنے والا ہو۔</w:t>
      </w:r>
    </w:p>
    <w:p>
      <w:r>
        <w:rPr>
          <w:b/>
        </w:rPr>
        <w:t xml:space="preserve">[32:38] </w:t>
      </w:r>
      <w:r>
        <w:t>دیکھیے حدیثوں کو سمجھنے کے لیے آپ کو اس کے لیے نیا shabda dena padta hai.</w:t>
      </w:r>
    </w:p>
    <w:p>
      <w:pPr>
        <w:jc w:val="right"/>
      </w:pPr>
      <w:r>
        <w:t>دیکھیے حدیثوں کو سمجھنے کے لیے آپ کو اس کے لیے نیا शब्द دینا پڑتا ہے۔</w:t>
      </w:r>
    </w:p>
    <w:p>
      <w:r>
        <w:rPr>
          <w:b/>
        </w:rPr>
        <w:t xml:space="preserve">[32:43] </w:t>
      </w:r>
      <w:r>
        <w:t>aik nai word</w:t>
      </w:r>
    </w:p>
    <w:p>
      <w:pPr>
        <w:jc w:val="right"/>
      </w:pPr>
      <w:r>
        <w:t>ایک نئی word</w:t>
      </w:r>
    </w:p>
    <w:p>
      <w:r>
        <w:rPr>
          <w:b/>
        </w:rPr>
        <w:t xml:space="preserve">[32:49] </w:t>
      </w:r>
      <w:r>
        <w:t>ing mein is ko dhalna parta hai.</w:t>
      </w:r>
    </w:p>
    <w:p>
      <w:pPr>
        <w:jc w:val="right"/>
      </w:pPr>
      <w:r>
        <w:t>ing میں اس کو ڈھالنا پڑتا ہے۔</w:t>
      </w:r>
    </w:p>
    <w:p>
      <w:r>
        <w:rPr>
          <w:b/>
        </w:rPr>
        <w:t xml:space="preserve">[32:54] </w:t>
      </w:r>
      <w:r>
        <w:t>tab aap samajh paate hain hadeeson ko.</w:t>
      </w:r>
    </w:p>
    <w:p>
      <w:pPr>
        <w:jc w:val="right"/>
      </w:pPr>
      <w:r>
        <w:t>تب آپ سمجھ پاتے ہیں حدیثوں کو۔</w:t>
      </w:r>
    </w:p>
    <w:p>
      <w:r>
        <w:rPr>
          <w:b/>
        </w:rPr>
        <w:t xml:space="preserve">[32:59] </w:t>
      </w:r>
      <w:r>
        <w:t>is hadees ka matlab yeh hai ke tum mein se har shakhs misconditioned hai.</w:t>
      </w:r>
    </w:p>
    <w:p>
      <w:pPr>
        <w:jc w:val="right"/>
      </w:pPr>
      <w:r>
        <w:t>اس حدیث کا مطلب یہ ہے کہ تم میں سے ہر شخص misconditioned ہے۔</w:t>
      </w:r>
    </w:p>
    <w:p>
      <w:r>
        <w:rPr>
          <w:b/>
        </w:rPr>
        <w:t xml:space="preserve">[33:04] </w:t>
      </w:r>
      <w:r>
        <w:t>aur sab se achha misconditioned woh hai jo apni deconditioning kare.</w:t>
      </w:r>
    </w:p>
    <w:p>
      <w:pPr>
        <w:jc w:val="right"/>
      </w:pPr>
      <w:r>
        <w:t>اور سب سے اچھا misconditioned وہ ہے جو اپنی deconditioning کرے۔</w:t>
      </w:r>
    </w:p>
    <w:p>
      <w:r>
        <w:rPr>
          <w:b/>
        </w:rPr>
        <w:t xml:space="preserve">[33:09] </w:t>
      </w:r>
      <w:r>
        <w:t>yeh matlab hai is ka.</w:t>
      </w:r>
    </w:p>
    <w:p>
      <w:pPr>
        <w:jc w:val="right"/>
      </w:pPr>
      <w:r>
        <w:t>یہ مطلب ہے اس کا۔</w:t>
      </w:r>
    </w:p>
    <w:p>
      <w:r>
        <w:rPr>
          <w:b/>
        </w:rPr>
        <w:t xml:space="preserve">[33:14] </w:t>
      </w:r>
      <w:r>
        <w:t>aur hadees hai ke: kullu mauloodin yooladu alal fitrati fa huwa babahu</w:t>
      </w:r>
    </w:p>
    <w:p>
      <w:pPr>
        <w:jc w:val="right"/>
      </w:pPr>
      <w:r>
        <w:t>اور حدیث ہے کہ: كَلُّ مَولُودٍ يُولَد عَلَى الْفِطْرَةِ فَهُوَ بَبَاهُ</w:t>
      </w:r>
    </w:p>
    <w:p>
      <w:r>
        <w:rPr>
          <w:b/>
        </w:rPr>
        <w:t xml:space="preserve">[33:19] </w:t>
      </w:r>
      <w:r>
        <w:t>يَهُبُ بِدَانِهِ وَمَجْسَانِهِ وَنَسْرَانِهِ Har paida hone wala paida hota hai nature par.</w:t>
      </w:r>
    </w:p>
    <w:p>
      <w:pPr>
        <w:jc w:val="right"/>
      </w:pPr>
      <w:r>
        <w:t>يَهُبُ بِدَانِهِ وَمَجْسَانِهِ وَنَسْرَانِهِ ہر پیدا ہونے والا پیدا ہوتا ہے nature پر۔</w:t>
      </w:r>
    </w:p>
    <w:p>
      <w:r>
        <w:rPr>
          <w:b/>
        </w:rPr>
        <w:t xml:space="preserve">[33:24] </w:t>
      </w:r>
      <w:r>
        <w:t>har paida hone wala paida hota hai nature par.</w:t>
      </w:r>
    </w:p>
    <w:p>
      <w:pPr>
        <w:jc w:val="right"/>
      </w:pPr>
      <w:r>
        <w:t>ہر پیدا ہونے والا پیدا ہوتا ہے nature پر۔</w:t>
      </w:r>
    </w:p>
    <w:p>
      <w:r>
        <w:rPr>
          <w:b/>
        </w:rPr>
        <w:t xml:space="preserve">[33:29] </w:t>
      </w:r>
      <w:r>
        <w:t>phir is ke maa baap is ko Christian, Jew aur woh Parsi bana dete hain.</w:t>
      </w:r>
    </w:p>
    <w:p>
      <w:pPr>
        <w:jc w:val="right"/>
      </w:pPr>
      <w:r>
        <w:t>پھر اس کے ماں باپ اس کو Christian، Jew اور وہ Parsi بنا دیتے ہیں۔</w:t>
      </w:r>
    </w:p>
    <w:p>
      <w:r>
        <w:rPr>
          <w:b/>
        </w:rPr>
        <w:t xml:space="preserve">[33:34] </w:t>
      </w:r>
      <w:r>
        <w:t>yahan par kya dekhiye teen lafz hain: Christian, Jew aur Parsi.</w:t>
      </w:r>
    </w:p>
    <w:p>
      <w:pPr>
        <w:jc w:val="right"/>
      </w:pPr>
      <w:r>
        <w:t>یہاں پر کیا دیکھیے تین لفظ ہیں: Christian، Jew اور Parsi۔</w:t>
      </w:r>
    </w:p>
    <w:p>
      <w:r>
        <w:rPr>
          <w:b/>
        </w:rPr>
        <w:t xml:space="preserve">[33:39] </w:t>
      </w:r>
      <w:r>
        <w:t>lekin yeh aik symbolic lafz hai.</w:t>
      </w:r>
    </w:p>
    <w:p>
      <w:pPr>
        <w:jc w:val="right"/>
      </w:pPr>
      <w:r>
        <w:t>لیکن یہ ایک symbolic لفظ ہے۔</w:t>
      </w:r>
    </w:p>
    <w:p>
      <w:r>
        <w:rPr>
          <w:b/>
        </w:rPr>
        <w:t xml:space="preserve">[33:44] </w:t>
      </w:r>
      <w:r>
        <w:t>is ka matlab nahi sirf Christian aur sirf Jew aur sirf Par</w:t>
      </w:r>
    </w:p>
    <w:p>
      <w:pPr>
        <w:jc w:val="right"/>
      </w:pPr>
      <w:r>
        <w:t>اس کا مطلب نہیں صرف Christian اور صرف Jew اور صرف Par</w:t>
      </w:r>
    </w:p>
    <w:p>
      <w:r>
        <w:rPr>
          <w:b/>
        </w:rPr>
        <w:t xml:space="preserve">[33:49] </w:t>
      </w:r>
      <w:r>
        <w:t>si. nahin. is ka matlab bhi wohi hai ke har aadmi jab paida hota hai us waqt woh Mr. Nature hota hai. phir shuru hoti hai conditioning. hote hote hote woh Mr. Conditioned ban jaata hai. yaani paida hote waqt hai Mr. Nature. baad ko ho jaata hai woh Mr. Conditioned. yeh matlab hai is ka. to Prophet chunke angel ke</w:t>
      </w:r>
    </w:p>
    <w:p>
      <w:pPr>
        <w:jc w:val="right"/>
      </w:pPr>
      <w:r>
        <w:t>si۔ نہیں۔ اس کا مطلب بھی وہی ہے کہ ہر آدمی جب پیدا ہوتا ہے اس وقت وہ Mr. Nature ہوتا ہے۔ پھر شروع ہوتی ہے conditioning۔ ہوتے ہوتے ہوتے وہ Mr. Conditioned بن جاتا ہے۔ یعنی پیدا ہوتے وقت ہے Mr. Nature۔ بعد کو ہو جاتا ہے وہ Mr. Conditioned۔ یہ مطلب ہے اس کا۔ تو Prophet چونکہ angel کے</w:t>
      </w:r>
    </w:p>
    <w:p>
      <w:r>
        <w:rPr>
          <w:b/>
        </w:rPr>
        <w:t xml:space="preserve">[34:19] </w:t>
      </w:r>
      <w:r>
        <w:t>zariye is ki deconditioning hoti hai tab woh is qabil banta hai ke woh aap ko objective way mein bata sake ke zindagi kya hai. zindagi ki ideology kya hai. baghair deconditioning ke koi bhi aadmi is position mein nahin ho sakta ke woh aap ko zindagi ki ideology bata sake. Impossible hai yeh. kisi bhi author ko aap dekhiye woh confusion milega is mein aap ko. Confusion kyun mil</w:t>
      </w:r>
    </w:p>
    <w:p>
      <w:pPr>
        <w:jc w:val="right"/>
      </w:pPr>
      <w:r>
        <w:t>ذریعے اس کی deconditioning ہوتی ہے تب وہ اس قابل بنتا ہے کہ وہ آپ کو objective way میں بتا سکے کہ زندگی کیا ہے۔ زندگی کی ideology کیا ہے۔ بغیر deconditioning کے کوئی بھی آدمی اس position میں نہیں ہو سکتا کہ وہ آپ کو زندگی کی ideology بتا سکے۔ Impossible ہے یہ۔ کسی بھی author کو آپ دیکھیے وہ confusion ملے گا اس میں آپ کو۔ Confusion کیوں مل</w:t>
      </w:r>
    </w:p>
    <w:p>
      <w:r>
        <w:rPr>
          <w:b/>
        </w:rPr>
        <w:t xml:space="preserve">[34:49] </w:t>
      </w:r>
      <w:r>
        <w:t>ega? is liye ke woh is ki deconditioning hui nahin thi. maslan yahi confusion dekhiye ke jitne thinker hain, jitne reformer hain sab idealism mein jeete rahe. Won to all sab ke sab. Aristotle ne chaha ke ideal state banaye. Bartlett ne chaha ke ideal world government banaye. Mahatma Gandhi ne chaha ke ideal society ban</w:t>
      </w:r>
    </w:p>
    <w:p>
      <w:pPr>
        <w:jc w:val="right"/>
      </w:pPr>
      <w:r>
        <w:t>ے گا؟ اس لیے کہ وہ اس کی deconditioning ہوئی نہیں تھی۔ مثلاً یہی confusion دیکھیے کہ جتنے thinker ہیں، جتنے reformer ہیں سب idealism میں جیتے رہے۔ Won to all سب کے سب۔ Aristotle نے چاہا کہ ideal state بنائے۔ Bartlett نے چاہا کہ ideal world government بنائے۔ مہاتما گاندھی نے چاہا کہ ideal society بن</w:t>
      </w:r>
    </w:p>
    <w:p>
      <w:r>
        <w:rPr>
          <w:b/>
        </w:rPr>
        <w:t xml:space="preserve">[35:19] </w:t>
      </w:r>
      <w:r>
        <w:t>aaye India mein.</w:t>
      </w:r>
    </w:p>
    <w:p>
      <w:pPr>
        <w:jc w:val="right"/>
      </w:pPr>
      <w:r>
        <w:t>ائے انڈیا میں۔</w:t>
      </w:r>
    </w:p>
    <w:p>
      <w:r>
        <w:rPr>
          <w:b/>
        </w:rPr>
        <w:t xml:space="preserve">[35:23] </w:t>
      </w:r>
      <w:r>
        <w:t>Marx ne chaha ke woh ideal society banaye economic term mein.</w:t>
      </w:r>
    </w:p>
    <w:p>
      <w:pPr>
        <w:jc w:val="right"/>
      </w:pPr>
      <w:r>
        <w:t>Marx نے چاہا کہ وہ ideal society بنائے economic term میں۔</w:t>
      </w:r>
    </w:p>
    <w:p>
      <w:r>
        <w:rPr>
          <w:b/>
        </w:rPr>
        <w:t xml:space="preserve">[35:27] </w:t>
      </w:r>
      <w:r>
        <w:t>yeh sab log obsessed thay idealism se.</w:t>
      </w:r>
    </w:p>
    <w:p>
      <w:pPr>
        <w:jc w:val="right"/>
      </w:pPr>
      <w:r>
        <w:t>یہ سب لوگ obsessed تھے idealism سے۔</w:t>
      </w:r>
    </w:p>
    <w:p>
      <w:r>
        <w:rPr>
          <w:b/>
        </w:rPr>
        <w:t xml:space="preserve">[35:30] </w:t>
      </w:r>
      <w:r>
        <w:t>Won to all.</w:t>
      </w:r>
    </w:p>
    <w:p>
      <w:pPr>
        <w:jc w:val="right"/>
      </w:pPr>
      <w:r>
        <w:t>Won to all۔</w:t>
      </w:r>
    </w:p>
    <w:p>
      <w:r>
        <w:rPr>
          <w:b/>
        </w:rPr>
        <w:t xml:space="preserve">[35:34] </w:t>
      </w:r>
      <w:r>
        <w:t>jitne bhi thinker hain, jitne bhi reformer hain.</w:t>
      </w:r>
    </w:p>
    <w:p>
      <w:pPr>
        <w:jc w:val="right"/>
      </w:pPr>
      <w:r>
        <w:t>جتنے بھی thinker ہیں، جتنے بھی reformer ہیں۔</w:t>
      </w:r>
    </w:p>
    <w:p>
      <w:r>
        <w:rPr>
          <w:b/>
        </w:rPr>
        <w:t xml:space="preserve">[35:38] </w:t>
      </w:r>
      <w:r>
        <w:t>yeh bhi kya hai? Conditioning ki wajah se.</w:t>
      </w:r>
    </w:p>
    <w:p>
      <w:pPr>
        <w:jc w:val="right"/>
      </w:pPr>
      <w:r>
        <w:t>یہ بھی کیا ہے؟ Conditioning کی وجہ سے۔</w:t>
      </w:r>
    </w:p>
    <w:p>
      <w:r>
        <w:rPr>
          <w:b/>
        </w:rPr>
        <w:t xml:space="preserve">[35:42] </w:t>
      </w:r>
      <w:r>
        <w:t>Prophet ki deconditioning jab ki gayi to Prophet ne bataya ke ideal world sirf jannat mein mile ga.</w:t>
      </w:r>
    </w:p>
    <w:p>
      <w:pPr>
        <w:jc w:val="right"/>
      </w:pPr>
      <w:r>
        <w:t>Prophet کی deconditioning جب کی گئی تو Prophet نے بتایا کہ ideal world صرف جنت میں ملے گا۔</w:t>
      </w:r>
    </w:p>
    <w:p>
      <w:r>
        <w:rPr>
          <w:b/>
        </w:rPr>
        <w:t xml:space="preserve">[35:46] </w:t>
      </w:r>
      <w:r>
        <w:t>dunya mein nahin.</w:t>
      </w:r>
    </w:p>
    <w:p>
      <w:pPr>
        <w:jc w:val="right"/>
      </w:pPr>
      <w:r>
        <w:t>دنیا میں نہیں۔</w:t>
      </w:r>
    </w:p>
    <w:p>
      <w:r>
        <w:rPr>
          <w:b/>
        </w:rPr>
        <w:t xml:space="preserve">[35:49] </w:t>
      </w:r>
      <w:r>
        <w:t>dunya mein nahin.</w:t>
      </w:r>
    </w:p>
    <w:p>
      <w:pPr>
        <w:jc w:val="right"/>
      </w:pPr>
      <w:r>
        <w:t>دنیا میں نہیں۔</w:t>
      </w:r>
    </w:p>
    <w:p>
      <w:r>
        <w:rPr>
          <w:b/>
        </w:rPr>
        <w:t xml:space="preserve">[35:55] </w:t>
      </w:r>
      <w:r>
        <w:t>dunya mein mumkin nahin hai.</w:t>
      </w:r>
    </w:p>
    <w:p>
      <w:pPr>
        <w:jc w:val="right"/>
      </w:pPr>
      <w:r>
        <w:t>دنیا میں ممکن نہیں ہے۔</w:t>
      </w:r>
    </w:p>
    <w:p>
      <w:r>
        <w:rPr>
          <w:b/>
        </w:rPr>
        <w:t xml:space="preserve">[36:01] </w:t>
      </w:r>
      <w:r>
        <w:t>rasool Allah ne ailaan kiya ke: allahumma la aisha illa aish al-akhirah is hadithon ko log mysterious way</w:t>
      </w:r>
    </w:p>
    <w:p>
      <w:pPr>
        <w:jc w:val="right"/>
      </w:pPr>
      <w:r>
        <w:t>رسول اللہ نے اعلان کیا کہ: اللَّهُمَّ لَا عَيْشَ إِلَّا عَيْشَ الْآخِرَةِ ان حدیثوں کو لوگ mysterious way</w:t>
      </w:r>
    </w:p>
    <w:p>
      <w:r>
        <w:rPr>
          <w:b/>
        </w:rPr>
        <w:t xml:space="preserve">[36:08] </w:t>
      </w:r>
      <w:r>
        <w:t>mein lete hain is liye baaton ki gehrai mein samajh nahin paate.</w:t>
      </w:r>
    </w:p>
    <w:p>
      <w:pPr>
        <w:jc w:val="right"/>
      </w:pPr>
      <w:r>
        <w:t>میں لیتے ہیں اس لیے باتوں کی گہرائی میں سمجھ نہیں پاتے۔</w:t>
      </w:r>
    </w:p>
    <w:p>
      <w:r>
        <w:rPr>
          <w:b/>
        </w:rPr>
        <w:t xml:space="preserve">[36:14] </w:t>
      </w:r>
      <w:r>
        <w:t>allahumma la aisha illa aish al-akhirah is ka matlab kya hai? is ka main aap ko</w:t>
      </w:r>
    </w:p>
    <w:p>
      <w:pPr>
        <w:jc w:val="right"/>
      </w:pPr>
      <w:r>
        <w:t>اللَّهُمَّ لَا عَيْشَ إِلَّا عَيْشَ الْآخِرَةِ اس کا مطلب کیا ہے؟ اس کا میں آپ کو</w:t>
      </w:r>
    </w:p>
    <w:p>
      <w:r>
        <w:rPr>
          <w:b/>
        </w:rPr>
        <w:t xml:space="preserve">[36:20] </w:t>
      </w:r>
      <w:r>
        <w:t>ek qissa arz karta hoon is se aap baat shayad clear ho jaye gi.</w:t>
      </w:r>
    </w:p>
    <w:p>
      <w:pPr>
        <w:jc w:val="right"/>
      </w:pPr>
      <w:r>
        <w:t>ایک قصہ عرض کرتا ہوں اس سے آپ بات شاید clear ہو جائے گی۔</w:t>
      </w:r>
    </w:p>
    <w:p>
      <w:r>
        <w:rPr>
          <w:b/>
        </w:rPr>
        <w:t xml:space="preserve">[36:25] </w:t>
      </w:r>
      <w:r>
        <w:t>rasool Allah ke zamane mein jab aap makkah se madinah chale gaye to kya hua ke wahan par</w:t>
      </w:r>
    </w:p>
    <w:p>
      <w:pPr>
        <w:jc w:val="right"/>
      </w:pPr>
      <w:r>
        <w:t>رسول اللہ کے زمانے میں جب آپ مکہ سے مدینہ چلے گئے تو کیا ہوا کہ وہاں پر</w:t>
      </w:r>
    </w:p>
    <w:p>
      <w:r>
        <w:rPr>
          <w:b/>
        </w:rPr>
        <w:t xml:space="preserve">[36:30] </w:t>
      </w:r>
      <w:r>
        <w:t>wahan par makkah walon ne attack karna shuru kiya.</w:t>
      </w:r>
    </w:p>
    <w:p>
      <w:pPr>
        <w:jc w:val="right"/>
      </w:pPr>
      <w:r>
        <w:t>وہاں پر مکہ والوں نے attack کرنا شروع کیا۔</w:t>
      </w:r>
    </w:p>
    <w:p>
      <w:r>
        <w:rPr>
          <w:b/>
        </w:rPr>
        <w:t xml:space="preserve">[36:35] </w:t>
      </w:r>
      <w:r>
        <w:t>rasool Allah ne kabhi attack nahin kiya.</w:t>
      </w:r>
    </w:p>
    <w:p>
      <w:pPr>
        <w:jc w:val="right"/>
      </w:pPr>
      <w:r>
        <w:t>رسول اللہ نے کبھی attack نہیں کیا۔</w:t>
      </w:r>
    </w:p>
    <w:p>
      <w:r>
        <w:rPr>
          <w:b/>
        </w:rPr>
        <w:t xml:space="preserve">[36:40] </w:t>
      </w:r>
      <w:r>
        <w:t>kabhi aggression nahin kiya.</w:t>
      </w:r>
    </w:p>
    <w:p>
      <w:pPr>
        <w:jc w:val="right"/>
      </w:pPr>
      <w:r>
        <w:t>کبھی aggression نہیں کیا۔</w:t>
      </w:r>
    </w:p>
    <w:p>
      <w:r>
        <w:rPr>
          <w:b/>
        </w:rPr>
        <w:t xml:space="preserve">[36:45] </w:t>
      </w:r>
      <w:r>
        <w:t>rasool Allah ne sirf defensive war</w:t>
      </w:r>
    </w:p>
    <w:p>
      <w:pPr>
        <w:jc w:val="right"/>
      </w:pPr>
      <w:r>
        <w:t>رسول اللہ نے صرف defensive war</w:t>
      </w:r>
    </w:p>
    <w:p>
      <w:r>
        <w:rPr>
          <w:b/>
        </w:rPr>
        <w:t xml:space="preserve">[36:50] </w:t>
      </w:r>
      <w:r>
        <w:t>lari. chand baar.</w:t>
      </w:r>
    </w:p>
    <w:p>
      <w:pPr>
        <w:jc w:val="right"/>
      </w:pPr>
      <w:r>
        <w:t>لڑی۔ چند بار۔</w:t>
      </w:r>
    </w:p>
    <w:p>
      <w:r>
        <w:rPr>
          <w:b/>
        </w:rPr>
        <w:t xml:space="preserve">[36:54] </w:t>
      </w:r>
      <w:r>
        <w:t>to ek baar in logon ne kiya kiya ke barah hazar aadmi, twelve thousand aadmi makkah se aaye.</w:t>
      </w:r>
    </w:p>
    <w:p>
      <w:pPr>
        <w:jc w:val="right"/>
      </w:pPr>
      <w:r>
        <w:t>تو ایک بار ان لوگوں نے کیا کیا کہ بارہ ہزار آدمی، twelve thousand آدمی مکہ سے آئے۔</w:t>
      </w:r>
    </w:p>
    <w:p>
      <w:r>
        <w:rPr>
          <w:b/>
        </w:rPr>
        <w:t xml:space="preserve">[36:58] </w:t>
      </w:r>
      <w:r>
        <w:t>unhon ne sare tribes ko involve kiya is mein.</w:t>
      </w:r>
    </w:p>
    <w:p>
      <w:pPr>
        <w:jc w:val="right"/>
      </w:pPr>
      <w:r>
        <w:t>انہوں نے سارے tribes کو involve کیا اس میں۔</w:t>
      </w:r>
    </w:p>
    <w:p>
      <w:r>
        <w:rPr>
          <w:b/>
        </w:rPr>
        <w:t xml:space="preserve">[37:03] </w:t>
      </w:r>
      <w:r>
        <w:t>aur bohat bari army banai.</w:t>
      </w:r>
    </w:p>
    <w:p>
      <w:pPr>
        <w:jc w:val="right"/>
      </w:pPr>
      <w:r>
        <w:t>اور بہت بڑی army بنائی۔</w:t>
      </w:r>
    </w:p>
    <w:p>
      <w:r>
        <w:rPr>
          <w:b/>
        </w:rPr>
        <w:t xml:space="preserve">[37:07] </w:t>
      </w:r>
      <w:r>
        <w:t>aur madine par attack karne ke liye nikle wahan se.</w:t>
      </w:r>
    </w:p>
    <w:p>
      <w:pPr>
        <w:jc w:val="right"/>
      </w:pPr>
      <w:r>
        <w:t>اور مدینے پر attack کرنے کے لیے نکلے وہاں سے۔</w:t>
      </w:r>
    </w:p>
    <w:p>
      <w:r>
        <w:rPr>
          <w:b/>
        </w:rPr>
        <w:t xml:space="preserve">[37:11] </w:t>
      </w:r>
      <w:r>
        <w:t>to rasool Allah sal Allah alaihi wasallam ka intelligence bohat hi strong hota tha.</w:t>
      </w:r>
    </w:p>
    <w:p>
      <w:pPr>
        <w:jc w:val="right"/>
      </w:pPr>
      <w:r>
        <w:t>تو رسول اللہ صلی اللہ علیہ وسلم کا intelligence بہت ہی strong ہوتا تھا۔</w:t>
      </w:r>
    </w:p>
    <w:p>
      <w:r>
        <w:rPr>
          <w:b/>
        </w:rPr>
        <w:t xml:space="preserve">[37:15] </w:t>
      </w:r>
      <w:r>
        <w:t>aap pata karte rehte the.</w:t>
      </w:r>
    </w:p>
    <w:p>
      <w:pPr>
        <w:jc w:val="right"/>
      </w:pPr>
      <w:r>
        <w:t>آپ پتہ کرتے رہتے تھے۔</w:t>
      </w:r>
    </w:p>
    <w:p>
      <w:r>
        <w:rPr>
          <w:b/>
        </w:rPr>
        <w:t xml:space="preserve">[37:20] </w:t>
      </w:r>
      <w:r>
        <w:t>to aap ko pata hua ke barah hazar ki army chali aa rahi hai attack karne ke liye madine par.</w:t>
      </w:r>
    </w:p>
    <w:p>
      <w:pPr>
        <w:jc w:val="right"/>
      </w:pPr>
      <w:r>
        <w:t>تو آپ کو پتہ ہوا کہ بارہ ہزار کی army چلی آ رہی ہے attack کرنے کے لیے مدینہ پر۔</w:t>
      </w:r>
    </w:p>
    <w:p>
      <w:r>
        <w:rPr>
          <w:b/>
        </w:rPr>
        <w:t xml:space="preserve">[37:24] </w:t>
      </w:r>
      <w:r>
        <w:t>to aap ne kiya kiya? jis ko kehte hain battle of trench.</w:t>
      </w:r>
    </w:p>
    <w:p>
      <w:pPr>
        <w:jc w:val="right"/>
      </w:pPr>
      <w:r>
        <w:t>تو آپ نے کیا کیا؟ جس کو کہتے ہیں battle of trench۔</w:t>
      </w:r>
    </w:p>
    <w:p>
      <w:r>
        <w:rPr>
          <w:b/>
        </w:rPr>
        <w:t xml:space="preserve">[37:28] </w:t>
      </w:r>
      <w:r>
        <w:t>khandaq, ghazwa khandaq.</w:t>
      </w:r>
    </w:p>
    <w:p>
      <w:pPr>
        <w:jc w:val="right"/>
      </w:pPr>
      <w:r>
        <w:t>خندق، غزوہ خندق۔</w:t>
      </w:r>
    </w:p>
    <w:p>
      <w:r>
        <w:rPr>
          <w:b/>
        </w:rPr>
        <w:t xml:space="preserve">[37:33] </w:t>
      </w:r>
      <w:r>
        <w:t>to is mein battle nahin hui thi, war nahin hui thi.</w:t>
      </w:r>
    </w:p>
    <w:p>
      <w:pPr>
        <w:jc w:val="right"/>
      </w:pPr>
      <w:r>
        <w:t>تو اس میں battle نہیں ہوئی تھی، war نہیں ہوئی تھی۔</w:t>
      </w:r>
    </w:p>
    <w:p>
      <w:r>
        <w:rPr>
          <w:b/>
        </w:rPr>
        <w:t xml:space="preserve">[37:37] </w:t>
      </w:r>
      <w:r>
        <w:t>sirf yeh hua tha ke aap ne trench khod di.</w:t>
      </w:r>
    </w:p>
    <w:p>
      <w:pPr>
        <w:jc w:val="right"/>
      </w:pPr>
      <w:r>
        <w:t>صرف یہ ہوا تھا کہ آپ نے trench کھود دی۔</w:t>
      </w:r>
    </w:p>
    <w:p>
      <w:r>
        <w:rPr>
          <w:b/>
        </w:rPr>
        <w:t xml:space="preserve">[37:41] </w:t>
      </w:r>
      <w:r>
        <w:t>jaisa ke is se pehle main ne arz kiya tha ke ke madine jo tha madine mein teen</w:t>
      </w:r>
    </w:p>
    <w:p>
      <w:pPr>
        <w:jc w:val="right"/>
      </w:pPr>
      <w:r>
        <w:t>جیسا کہ اس سے پہلے میں نے عرض کیا تھا کہ کہ مدینہ جو تھا مدینہ میں تین</w:t>
      </w:r>
    </w:p>
    <w:p>
      <w:r>
        <w:rPr>
          <w:b/>
        </w:rPr>
        <w:t xml:space="preserve">[37:46] </w:t>
      </w:r>
      <w:r>
        <w:t>taraf se woh accessible nahi tha woh. ek taraf</w:t>
      </w:r>
    </w:p>
    <w:p>
      <w:pPr>
        <w:jc w:val="right"/>
      </w:pPr>
      <w:r>
        <w:t>طرف سے وہ accessible نہیں تھا وہ۔ ایک طرف</w:t>
      </w:r>
    </w:p>
    <w:p>
      <w:r>
        <w:rPr>
          <w:b/>
        </w:rPr>
        <w:t xml:space="preserve">[37:50] </w:t>
      </w:r>
      <w:r>
        <w:t>aur mountain tha aur do taraf is mein ghane bagh thay khajoron ke.</w:t>
      </w:r>
    </w:p>
    <w:p>
      <w:pPr>
        <w:jc w:val="right"/>
      </w:pPr>
      <w:r>
        <w:t>اور mountain تھا اور دو طرف اس میں گھنے باغ تھے کھجوروں کے۔</w:t>
      </w:r>
    </w:p>
    <w:p>
      <w:r>
        <w:rPr>
          <w:b/>
        </w:rPr>
        <w:t xml:space="preserve">[37:54] </w:t>
      </w:r>
      <w:r>
        <w:t>to teen taraf se woh accessible nahi tha woh.</w:t>
      </w:r>
    </w:p>
    <w:p>
      <w:pPr>
        <w:jc w:val="right"/>
      </w:pPr>
      <w:r>
        <w:t>تو تین طرف سے وہ accessible نہیں تھا وہ۔</w:t>
      </w:r>
    </w:p>
    <w:p>
      <w:r>
        <w:rPr>
          <w:b/>
        </w:rPr>
        <w:t xml:space="preserve">[37:58] </w:t>
      </w:r>
      <w:r>
        <w:t>ek taraf se accessible tha woh.</w:t>
      </w:r>
    </w:p>
    <w:p>
      <w:pPr>
        <w:jc w:val="right"/>
      </w:pPr>
      <w:r>
        <w:t>ایک طرف سے accessible تھا وہ۔</w:t>
      </w:r>
    </w:p>
    <w:p>
      <w:r>
        <w:rPr>
          <w:b/>
        </w:rPr>
        <w:t xml:space="preserve">[38:01] </w:t>
      </w:r>
      <w:r>
        <w:t>isi taraf aap ne khandaq khodi thi.</w:t>
      </w:r>
    </w:p>
    <w:p>
      <w:pPr>
        <w:jc w:val="right"/>
      </w:pPr>
      <w:r>
        <w:t>اسی طرف آپ نے خندق کھودی تھی۔</w:t>
      </w:r>
    </w:p>
    <w:p>
      <w:r>
        <w:rPr>
          <w:b/>
        </w:rPr>
        <w:t xml:space="preserve">[38:05] </w:t>
      </w:r>
      <w:r>
        <w:t>jahan khandaq ka matlab trench hai.</w:t>
      </w:r>
    </w:p>
    <w:p>
      <w:pPr>
        <w:jc w:val="right"/>
      </w:pPr>
      <w:r>
        <w:t>جہاں خندق کا مطلب trench ہے۔</w:t>
      </w:r>
    </w:p>
    <w:p>
      <w:r>
        <w:rPr>
          <w:b/>
        </w:rPr>
        <w:t xml:space="preserve">[38:09] </w:t>
      </w:r>
      <w:r>
        <w:t>to is ke baad kya hua ke woh barah hazar ka lashkar idhar jab trench khod kar tayyar</w:t>
      </w:r>
    </w:p>
    <w:p>
      <w:pPr>
        <w:jc w:val="right"/>
      </w:pPr>
      <w:r>
        <w:t>تو اس کے بعد کیا ہوا کہ وہ بارہ ہزار کا لشکر ادھر جب trench کھود کر تیار</w:t>
      </w:r>
    </w:p>
    <w:p>
      <w:r>
        <w:rPr>
          <w:b/>
        </w:rPr>
        <w:t xml:space="preserve">[38:13] </w:t>
      </w:r>
      <w:r>
        <w:t>hui woh bhi aage pahunch gaya.</w:t>
      </w:r>
    </w:p>
    <w:p>
      <w:pPr>
        <w:jc w:val="right"/>
      </w:pPr>
      <w:r>
        <w:t>ہوئی وہ بھی آگے پہنچ گیا۔</w:t>
      </w:r>
    </w:p>
    <w:p>
      <w:r>
        <w:rPr>
          <w:b/>
        </w:rPr>
        <w:t xml:space="preserve">[38:17] </w:t>
      </w:r>
      <w:r>
        <w:t>to jo rasta tha logon ke liye bahar nikalne ka zar</w:t>
      </w:r>
    </w:p>
    <w:p>
      <w:pPr>
        <w:jc w:val="right"/>
      </w:pPr>
      <w:r>
        <w:t>تو جو راستہ تھا لوگوں کے لیے باہر نکلنے کا ضر</w:t>
      </w:r>
    </w:p>
    <w:p>
      <w:r>
        <w:rPr>
          <w:b/>
        </w:rPr>
        <w:t xml:space="preserve">[38:20] </w:t>
      </w:r>
      <w:r>
        <w:t>ooraton ke liye us zamane mein hamare jaise aaj kal hamare bathroom hua karte hain to gharon mein bathroom to nahin hua karte the. attached bath nahin hua karte the to bahar jaana padta tha logon ko. ab jab khandaq khod di gayi aur saamne dushman jo hai barah hazar ki tadaad mein aa kar ghere hue hain to ab log jayein kahan yeh log? jayein kahan? is waqt</w:t>
      </w:r>
    </w:p>
    <w:p>
      <w:pPr>
        <w:jc w:val="right"/>
      </w:pPr>
      <w:r>
        <w:t>ورتوں کے لیے اس زمانے میں ہمارے جیسے آج کل ہمارے باتھ روم ہوا کرتے ہیں تو گھروں میں باتھ روم تو نہیں ہوا کرتے تھے۔ attached bath نہیں ہوا کرتے تھے تو باہر جانا پڑتا تھا لوگوں کو۔ اب جب خندق کھود دی گئی اور سامنے دشمن جو ہے بارہ ہزار کی تعداد میں آ کر گھیرے ہوئے ہیں تو اب لوگ جائیں کہاں یہ لوگ؟ جائیں کہاں؟ اس وقت</w:t>
      </w:r>
    </w:p>
    <w:p>
      <w:r>
        <w:rPr>
          <w:b/>
        </w:rPr>
        <w:t xml:space="preserve">[38:50] </w:t>
      </w:r>
      <w:r>
        <w:t>ek sahabi yani ek musalman ki zuban se yeh nikal gaya yeh lafz ke kan muhammadina innaka lkrs</w:t>
      </w:r>
    </w:p>
    <w:p>
      <w:pPr>
        <w:jc w:val="right"/>
      </w:pPr>
      <w:r>
        <w:t>ایک صحابی یعنی ایک مسلمان کی زبان سے یہ نکل گیا یہ لفظ کہ کان محمدیدنا انک لکرس</w:t>
      </w:r>
    </w:p>
    <w:p>
      <w:r>
        <w:rPr>
          <w:b/>
        </w:rPr>
        <w:t xml:space="preserve">[38:56] </w:t>
      </w:r>
      <w:r>
        <w:t>o qaisar wahdina layman inidhab alghayt ke muhammad yeh wada karte thay ke hum kisra o qaisar ko</w:t>
      </w:r>
    </w:p>
    <w:p>
      <w:pPr>
        <w:jc w:val="right"/>
      </w:pPr>
      <w:r>
        <w:t>و قیصر وحدنا لایمن انیدھب الغایت کہ محمد یہ وعدہ کرتے تھے کہ ہم کسری و قیصر کو</w:t>
      </w:r>
    </w:p>
    <w:p>
      <w:r>
        <w:rPr>
          <w:b/>
        </w:rPr>
        <w:t xml:space="preserve">[39:02] </w:t>
      </w:r>
      <w:r>
        <w:t>hum fateh karenge.</w:t>
      </w:r>
    </w:p>
    <w:p>
      <w:pPr>
        <w:jc w:val="right"/>
      </w:pPr>
      <w:r>
        <w:t>ہم فتح کریں گے۔</w:t>
      </w:r>
    </w:p>
    <w:p>
      <w:r>
        <w:rPr>
          <w:b/>
        </w:rPr>
        <w:t xml:space="preserve">[39:08] </w:t>
      </w:r>
      <w:r>
        <w:t>un ke khazane milenge hum ko.</w:t>
      </w:r>
    </w:p>
    <w:p>
      <w:pPr>
        <w:jc w:val="right"/>
      </w:pPr>
      <w:r>
        <w:t>ان کے خزانے ملیں گے ہم کو۔</w:t>
      </w:r>
    </w:p>
    <w:p>
      <w:r>
        <w:rPr>
          <w:b/>
        </w:rPr>
        <w:t xml:space="preserve">[39:14] </w:t>
      </w:r>
      <w:r>
        <w:t>yahan halat yeh hai ke</w:t>
      </w:r>
    </w:p>
    <w:p>
      <w:pPr>
        <w:jc w:val="right"/>
      </w:pPr>
      <w:r>
        <w:t>یہاں حالت یہ ہے کہ</w:t>
      </w:r>
    </w:p>
    <w:p>
      <w:r>
        <w:rPr>
          <w:b/>
        </w:rPr>
        <w:t xml:space="preserve">[39:21] </w:t>
      </w:r>
      <w:r>
        <w:t>hum apni zarurat ke bahir nahi aa sakte. apni zaruraton ke liye bahir nahi aa sakte. is waqt aap ne yeh kaha tha ke allahumma la aish illa aish al-akhirah yani woh samajhte the ke madina mein ek ideal state ho. madina mein ek ideal samajh ho. madina mein ek ideal life ho. yeh apne mind mein liye hue the woh. wahan kya hua ke apni zarurat</w:t>
      </w:r>
    </w:p>
    <w:p>
      <w:pPr>
        <w:jc w:val="right"/>
      </w:pPr>
      <w:r>
        <w:t>ہم اپنی ضرورت کے باہر نہیں آ سکتے۔ اپنی ضرورتوں کے لیے باہر نہیں آ سکتے۔ اس وقت آپ نے یہ کہا تھا کہ اللَّهُمَّ لَا عَيْشَ إِلَّا عَيْشَ الْآخِرَةِ یعنی وہ سمجھتے تھے کہ مدینہ میں ایک ideal state ہو۔ مدینہ میں ایک ideal سماج ہو۔ مدینہ میں ایک ideal life ہو۔ یہ اپنے mind میں لیے ہوئے تھے وہ۔ وہاں کیا ہوا کہ اپنی ضرورتوں</w:t>
      </w:r>
    </w:p>
    <w:p>
      <w:r>
        <w:rPr>
          <w:b/>
        </w:rPr>
        <w:t xml:space="preserve">[39:51] </w:t>
      </w:r>
      <w:r>
        <w:t>ke liye bahar jane ka rasta band ho gaya.</w:t>
      </w:r>
    </w:p>
    <w:p>
      <w:pPr>
        <w:jc w:val="right"/>
      </w:pPr>
      <w:r>
        <w:t>کے لیے باہر جانے کا راستہ بند ہو گیا۔</w:t>
      </w:r>
    </w:p>
    <w:p>
      <w:r>
        <w:rPr>
          <w:b/>
        </w:rPr>
        <w:t xml:space="preserve">[39:57] </w:t>
      </w:r>
      <w:r>
        <w:t>is waqt aap ne kaha tha ke allahumma la aish illa aish al akhirah is ko ab agar lafz</w:t>
      </w:r>
    </w:p>
    <w:p>
      <w:pPr>
        <w:jc w:val="right"/>
      </w:pPr>
      <w:r>
        <w:t>اس وقت آپ نے کہا تھا کہ اللَّهُمَّ لَا عَيْشَ إِلَّا عَيْشَ الْآخِرَةِ اس کو اب اگر لفظ</w:t>
      </w:r>
    </w:p>
    <w:p>
      <w:r>
        <w:rPr>
          <w:b/>
        </w:rPr>
        <w:t xml:space="preserve">[40:04] </w:t>
      </w:r>
      <w:r>
        <w:t>badal kar kahoon to yeh kahoon ga ke ideal life to sirf paradise mein mile gi.</w:t>
      </w:r>
    </w:p>
    <w:p>
      <w:pPr>
        <w:jc w:val="right"/>
      </w:pPr>
      <w:r>
        <w:t>بدل کر کہوں تو یہ کہوں گا کہ ideal life تو صرف paradise میں ملے گی۔</w:t>
      </w:r>
    </w:p>
    <w:p>
      <w:r>
        <w:rPr>
          <w:b/>
        </w:rPr>
        <w:t xml:space="preserve">[40:10] </w:t>
      </w:r>
      <w:r>
        <w:t>allahumma la aish illa aish al akhirah aish to sirf akhirat ka aish hai.</w:t>
      </w:r>
    </w:p>
    <w:p>
      <w:pPr>
        <w:jc w:val="right"/>
      </w:pPr>
      <w:r>
        <w:t>اللَّهُمَّ لَا عَيْشَ إِلَّا عَيْشَ الْآخِرَةِ عیش تو صرف آخرت کا عیش ہے۔</w:t>
      </w:r>
    </w:p>
    <w:p>
      <w:r>
        <w:rPr>
          <w:b/>
        </w:rPr>
        <w:t xml:space="preserve">[40:17] </w:t>
      </w:r>
      <w:r>
        <w:t>yani there is no ideal life except paradise.</w:t>
      </w:r>
    </w:p>
    <w:p>
      <w:pPr>
        <w:jc w:val="right"/>
      </w:pPr>
      <w:r>
        <w:t>یعنی there is no ideal life except paradise.</w:t>
      </w:r>
    </w:p>
    <w:p>
      <w:r>
        <w:rPr>
          <w:b/>
        </w:rPr>
        <w:t xml:space="preserve">[40:23] </w:t>
      </w:r>
      <w:r>
        <w:t>yeh prophet ko khuda ne bataya ke dunya mein ideal life ban nahi sakti hai.</w:t>
      </w:r>
    </w:p>
    <w:p>
      <w:pPr>
        <w:jc w:val="right"/>
      </w:pPr>
      <w:r>
        <w:t>یہ Prophet کو خدا نے بتایا کہ دنیا میں ideal life بن نہیں سکتی ہے۔</w:t>
      </w:r>
    </w:p>
    <w:p>
      <w:r>
        <w:rPr>
          <w:b/>
        </w:rPr>
        <w:t xml:space="preserve">[40:27] </w:t>
      </w:r>
      <w:r>
        <w:t>kyun ke yeh test ke liye hai.</w:t>
      </w:r>
    </w:p>
    <w:p>
      <w:pPr>
        <w:jc w:val="right"/>
      </w:pPr>
      <w:r>
        <w:t>کیونکہ یہ test کے لیے ہے۔</w:t>
      </w:r>
    </w:p>
    <w:p>
      <w:r>
        <w:rPr>
          <w:b/>
        </w:rPr>
        <w:t xml:space="preserve">[40:31] </w:t>
      </w:r>
      <w:r>
        <w:t>yeh to test ke liye hai.</w:t>
      </w:r>
    </w:p>
    <w:p>
      <w:pPr>
        <w:jc w:val="right"/>
      </w:pPr>
      <w:r>
        <w:t>یہ تو test کے لیے ہے۔</w:t>
      </w:r>
    </w:p>
    <w:p>
      <w:r>
        <w:rPr>
          <w:b/>
        </w:rPr>
        <w:t xml:space="preserve">[40:35] </w:t>
      </w:r>
      <w:r>
        <w:t>aap sochiye ke ek student jo examination hall mein aaya hua hai to kya wahan par woh apni</w:t>
      </w:r>
    </w:p>
    <w:p>
      <w:pPr>
        <w:jc w:val="right"/>
      </w:pPr>
      <w:r>
        <w:t>آپ سوچیے کہ ایک student جو examination hall میں آیا ہوا ہے تو کیا وہاں پر وہ اپنی</w:t>
      </w:r>
    </w:p>
    <w:p>
      <w:r>
        <w:rPr>
          <w:b/>
        </w:rPr>
        <w:t xml:space="preserve">[40:39] </w:t>
      </w:r>
      <w:r>
        <w:t>ideal life bana sakta hai? ke wahan us ke liye ek ghar ho.</w:t>
      </w:r>
    </w:p>
    <w:p>
      <w:pPr>
        <w:jc w:val="right"/>
      </w:pPr>
      <w:r>
        <w:t>ideal life بنا سکتا ہے؟ کہ وہاں اس کے لیے ایک گھر ہو۔</w:t>
      </w:r>
    </w:p>
    <w:p>
      <w:r>
        <w:rPr>
          <w:b/>
        </w:rPr>
        <w:t xml:space="preserve">[40:42] </w:t>
      </w:r>
      <w:r>
        <w:t>wahan us ke liye bachchon ke daudne ki jagah ho.</w:t>
      </w:r>
    </w:p>
    <w:p>
      <w:pPr>
        <w:jc w:val="right"/>
      </w:pPr>
      <w:r>
        <w:t>وہاں اس کے لیے بچوں کے دوڑنے کی جگہ ہو۔</w:t>
      </w:r>
    </w:p>
    <w:p>
      <w:r>
        <w:rPr>
          <w:b/>
        </w:rPr>
        <w:t xml:space="preserve">[40:46] </w:t>
      </w:r>
      <w:r>
        <w:t>wohan is ke liye ek shop ho jahan woh saman bech kar paisa hasil karay.</w:t>
      </w:r>
    </w:p>
    <w:p>
      <w:pPr>
        <w:jc w:val="right"/>
      </w:pPr>
      <w:r>
        <w:t>وہاں اس کے لیے ایک shop ہو جہاں وہ سامان بیچ کر پیسہ حاصل کرے۔</w:t>
      </w:r>
    </w:p>
    <w:p>
      <w:r>
        <w:rPr>
          <w:b/>
        </w:rPr>
        <w:t xml:space="preserve">[40:50] </w:t>
      </w:r>
      <w:r>
        <w:t>aisa ho sakta hai?</w:t>
      </w:r>
    </w:p>
    <w:p>
      <w:pPr>
        <w:jc w:val="right"/>
      </w:pPr>
      <w:r>
        <w:t>ایسا ہو سکتا ہے؟</w:t>
      </w:r>
    </w:p>
    <w:p>
      <w:r>
        <w:rPr>
          <w:b/>
        </w:rPr>
        <w:t xml:space="preserve">[40:54] </w:t>
      </w:r>
      <w:r>
        <w:t>jo life us ke mind mein basi hui hai ke aisi meri life ho to woh examination hall mein nahi mil sakti us ko. kisi bhi student ko chahe woh kitna hi brilliant ho. woh topper ho tab bhi examination hall mein woh apne liye ek achi zindagi nahi pa sakta hai. wahan to us ko paper clear karna hai. yeh rasool allah ko bataya khuda ne yeh dunya</w:t>
      </w:r>
    </w:p>
    <w:p>
      <w:pPr>
        <w:jc w:val="right"/>
      </w:pPr>
      <w:r>
        <w:t>جو life اس کے mind میں بسی ہوئی ہے کہ ایسی میری life ہو تو وہ examination hall میں نہیں مل سکتی اس کو۔ کسی بھی student کو چاہے وہ کتنا ہی brilliant ہو۔ وہ topper ہو تب بھی examination hall میں وہ اپنے لیے ایک اچھی زندگی نہیں پا سکتا ہے۔ وہاں تو اس کو paper clear کرنا ہے۔ یہ رسول اللہ کو بتایا خدا نے یہ دنیا</w:t>
      </w:r>
    </w:p>
    <w:p>
      <w:r>
        <w:rPr>
          <w:b/>
        </w:rPr>
        <w:t xml:space="preserve">[41:24] </w:t>
      </w:r>
      <w:r>
        <w:t>bani hai test ke liye.</w:t>
      </w:r>
    </w:p>
    <w:p>
      <w:pPr>
        <w:jc w:val="right"/>
      </w:pPr>
      <w:r>
        <w:t>بنی ہے test کے لیے۔</w:t>
      </w:r>
    </w:p>
    <w:p>
      <w:r>
        <w:rPr>
          <w:b/>
        </w:rPr>
        <w:t xml:space="preserve">[41:27] </w:t>
      </w:r>
      <w:r>
        <w:t>is dunya mein na to ideal state ban sakta.</w:t>
      </w:r>
    </w:p>
    <w:p>
      <w:pPr>
        <w:jc w:val="right"/>
      </w:pPr>
      <w:r>
        <w:t>اس دنیا میں نہ تو ideal state بن سکتا۔</w:t>
      </w:r>
    </w:p>
    <w:p>
      <w:r>
        <w:rPr>
          <w:b/>
        </w:rPr>
        <w:t xml:space="preserve">[41:31] </w:t>
      </w:r>
      <w:r>
        <w:t>musalmanon mein kuch thinker hain jo bohat hi ghalat baatein musalmanon ke daal daal rakhi hain musalmanon ke zehn mein.</w:t>
      </w:r>
    </w:p>
    <w:p>
      <w:pPr>
        <w:jc w:val="right"/>
      </w:pPr>
      <w:r>
        <w:t>مسلمانوں میں کچھ thinker ہیں جو بہت ہی غلط باتیں مسلمانوں کے ڈال ڈال رکھی ہیں مسلمانوں کے ذہن میں۔</w:t>
      </w:r>
    </w:p>
    <w:p>
      <w:r>
        <w:rPr>
          <w:b/>
        </w:rPr>
        <w:t xml:space="preserve">[41:34] </w:t>
      </w:r>
      <w:r>
        <w:t>is ki wajah se musalman lar rahe hain idhar udhar.</w:t>
      </w:r>
    </w:p>
    <w:p>
      <w:pPr>
        <w:jc w:val="right"/>
      </w:pPr>
      <w:r>
        <w:t>اس کی وجہ سے مسلمان لڑ رہے ہیں ادھر ادھر۔</w:t>
      </w:r>
    </w:p>
    <w:p>
      <w:r>
        <w:rPr>
          <w:b/>
        </w:rPr>
        <w:t xml:space="preserve">[41:38] </w:t>
      </w:r>
      <w:r>
        <w:t>ke musalman ka farz hai ke ideal state banaye. khilafat banaye.</w:t>
      </w:r>
    </w:p>
    <w:p>
      <w:pPr>
        <w:jc w:val="right"/>
      </w:pPr>
      <w:r>
        <w:t>کہ مسلمان کا فرض ہے کہ ideal state بنائے۔ خلافت بنائے۔</w:t>
      </w:r>
    </w:p>
    <w:p>
      <w:r>
        <w:rPr>
          <w:b/>
        </w:rPr>
        <w:t xml:space="preserve">[41:41] </w:t>
      </w:r>
      <w:r>
        <w:t>yeh bilkul baseless baat hai.</w:t>
      </w:r>
    </w:p>
    <w:p>
      <w:pPr>
        <w:jc w:val="right"/>
      </w:pPr>
      <w:r>
        <w:t>یہ بالکل baseless بات ہے۔</w:t>
      </w:r>
    </w:p>
    <w:p>
      <w:r>
        <w:rPr>
          <w:b/>
        </w:rPr>
        <w:t xml:space="preserve">[41:44] </w:t>
      </w:r>
      <w:r>
        <w:t>aap ideal state bana nahi sakte hain.</w:t>
      </w:r>
    </w:p>
    <w:p>
      <w:pPr>
        <w:jc w:val="right"/>
      </w:pPr>
      <w:r>
        <w:t>آپ ideal state بنا نہیں سکتے ہیں۔</w:t>
      </w:r>
    </w:p>
    <w:p>
      <w:r>
        <w:rPr>
          <w:b/>
        </w:rPr>
        <w:t xml:space="preserve">[41:48] </w:t>
      </w:r>
      <w:r>
        <w:t>na kabhi bani hai na banay gi.</w:t>
      </w:r>
    </w:p>
    <w:p>
      <w:pPr>
        <w:jc w:val="right"/>
      </w:pPr>
      <w:r>
        <w:t>نہ کبھی بنی ہے نہ بنے گی۔</w:t>
      </w:r>
    </w:p>
    <w:p>
      <w:r>
        <w:rPr>
          <w:b/>
        </w:rPr>
        <w:t xml:space="preserve">[41:51] </w:t>
      </w:r>
      <w:r>
        <w:t>is dunya mein hum</w:t>
      </w:r>
    </w:p>
    <w:p>
      <w:pPr>
        <w:jc w:val="right"/>
      </w:pPr>
      <w:r>
        <w:t>اس دنیا میں ہم</w:t>
      </w:r>
    </w:p>
    <w:p>
      <w:r>
        <w:rPr>
          <w:b/>
        </w:rPr>
        <w:t xml:space="preserve">[41:54] </w:t>
      </w:r>
      <w:r>
        <w:t>aaye hi nahi is liye aaye nahi hain ke hum ideal state banaye, ideal samaj banaye.</w:t>
      </w:r>
    </w:p>
    <w:p>
      <w:pPr>
        <w:jc w:val="right"/>
      </w:pPr>
      <w:r>
        <w:t>آئے ہی نہیں اس لیے آئے نہیں ہیں کہ ہم ideal state بنائیں، ideal سماج بنائیں۔</w:t>
      </w:r>
    </w:p>
    <w:p>
      <w:r>
        <w:rPr>
          <w:b/>
        </w:rPr>
        <w:t xml:space="preserve">[41:59] </w:t>
      </w:r>
      <w:r>
        <w:t>hum yahan aaye hain imtehan denay ke liye, test denay ke liye.</w:t>
      </w:r>
    </w:p>
    <w:p>
      <w:pPr>
        <w:jc w:val="right"/>
      </w:pPr>
      <w:r>
        <w:t>ہم یہاں آئے ہیں امتحان دینے کے لیے، test دینے کے لیے۔</w:t>
      </w:r>
    </w:p>
    <w:p>
      <w:r>
        <w:rPr>
          <w:b/>
        </w:rPr>
        <w:t xml:space="preserve">[42:04] </w:t>
      </w:r>
      <w:r>
        <w:t>to yeh mein keh raha tha ke ek misaal mein ne di hai kis tarah se poori poori</w:t>
      </w:r>
    </w:p>
    <w:p>
      <w:pPr>
        <w:jc w:val="right"/>
      </w:pPr>
      <w:r>
        <w:t>تو یہ میں کہہ رہا تھا کہ ایک مثال میں نے دی ہے کس طرح سے پوری پوری</w:t>
      </w:r>
    </w:p>
    <w:p>
      <w:r>
        <w:rPr>
          <w:b/>
        </w:rPr>
        <w:t xml:space="preserve">[42:09] </w:t>
      </w:r>
      <w:r>
        <w:t>history mein log jaan nahi sakay ke basic baat ko.</w:t>
      </w:r>
    </w:p>
    <w:p>
      <w:pPr>
        <w:jc w:val="right"/>
      </w:pPr>
      <w:r>
        <w:t>history میں لوگ جان نہیں سکے کہ basic بات کو۔</w:t>
      </w:r>
    </w:p>
    <w:p>
      <w:r>
        <w:rPr>
          <w:b/>
        </w:rPr>
        <w:t xml:space="preserve">[42:14] </w:t>
      </w:r>
      <w:r>
        <w:t>ke is dunya mein hum hamaray mind mein jo basa hua hai ideal state, ideal society, ideal life,</w:t>
      </w:r>
    </w:p>
    <w:p>
      <w:pPr>
        <w:jc w:val="right"/>
      </w:pPr>
      <w:r>
        <w:t>کہ اس دنیا میں ہم ہمارے mind میں جو بسا ہوا ہے ideal state، ideal society، ideal life،</w:t>
      </w:r>
    </w:p>
    <w:p>
      <w:r>
        <w:rPr>
          <w:b/>
        </w:rPr>
        <w:t xml:space="preserve">[42:19] </w:t>
      </w:r>
      <w:r>
        <w:t>ideal world woh</w:t>
      </w:r>
    </w:p>
    <w:p>
      <w:pPr>
        <w:jc w:val="right"/>
      </w:pPr>
      <w:r>
        <w:t>ideal world وہ</w:t>
      </w:r>
    </w:p>
    <w:p>
      <w:r>
        <w:rPr>
          <w:b/>
        </w:rPr>
        <w:t xml:space="preserve">[42:24] </w:t>
      </w:r>
      <w:r>
        <w:t>hum bana nahi sakte kyunke yeh test ke liye hai. woh to hamein paradise mein mile ga. isi liye sare thinker jo hain mare hain tension mein. ek martaba maine is mein nikala, niklwaya internet mein to four hundred two aaye bare bare top ke log history ke jo sab tension mein mare the. char sau se zyada. yani so called super achievers mare to tension</w:t>
      </w:r>
    </w:p>
    <w:p>
      <w:pPr>
        <w:jc w:val="right"/>
      </w:pPr>
      <w:r>
        <w:t>ہم بنا نہیں سکتے کیونکہ یہ test کے لیے ہے۔ وہ تو ہمیں paradise میں ملے گا۔ اسی لیے سارے thinker جو ہیں مرے ہیں tension میں۔ ایک مرتبہ میں نے اس میں نکالا، نکلوایا internet میں تو four hundred two آئے بڑے بڑے top کے لوگ history کے جو سب tension میں مرے تھے۔ چار سو سے زیادہ۔ یعنی so called super achievers مرے تو tension</w:t>
      </w:r>
    </w:p>
    <w:p>
      <w:r>
        <w:rPr>
          <w:b/>
        </w:rPr>
        <w:t xml:space="preserve">[42:54] </w:t>
      </w:r>
      <w:r>
        <w:t>mein mare. super achievers different field ke. yani paise ke field mein, politics ke field mein, fame ke field mein. different field mein jo super achievers the woh mare jab to tension mein mare. kyun? un ke mind mein jo basa hua tha ideal us ko woh pa nahi sake. yahi wajah hai ke sari history mein hum dekhte hain ke aadmi bare bare dream le kar</w:t>
      </w:r>
    </w:p>
    <w:p>
      <w:pPr>
        <w:jc w:val="right"/>
      </w:pPr>
      <w:r>
        <w:t>میں مرے۔ Super achievers different field کے۔ یعنی پیسے کے field میں، politics کے field میں، fame کے field میں۔ Different field میں جو super achievers تھے وہ مرے جب تو tension میں مرے۔ کیوں؟ ان کے mind میں جو بسا ہوا تھا ideal اس کو وہ پا نہیں سکے۔ یہی وجہ ہے کہ ساری history میں ہم دیکھتے ہیں کہ آدمی بڑے بڑے dream لے کر</w:t>
      </w:r>
    </w:p>
    <w:p>
      <w:r>
        <w:rPr>
          <w:b/>
        </w:rPr>
        <w:t xml:space="preserve">[43:24] </w:t>
      </w:r>
      <w:r>
        <w:t>dunya mein apni zindagi shuru karta hai.</w:t>
      </w:r>
    </w:p>
    <w:p>
      <w:pPr>
        <w:jc w:val="right"/>
      </w:pPr>
      <w:r>
        <w:t>دنیا میں اپنی زندگی شروع کرتا ہے۔</w:t>
      </w:r>
    </w:p>
    <w:p>
      <w:r>
        <w:rPr>
          <w:b/>
        </w:rPr>
        <w:t xml:space="preserve">[43:29] </w:t>
      </w:r>
      <w:r>
        <w:t>baray baray dream lekin marta hai to despair mein marta hai.</w:t>
      </w:r>
    </w:p>
    <w:p>
      <w:pPr>
        <w:jc w:val="right"/>
      </w:pPr>
      <w:r>
        <w:t>بڑے بڑے dream لیکن مرتا ہے تو despair میں مرتا ہے۔</w:t>
      </w:r>
    </w:p>
    <w:p>
      <w:r>
        <w:rPr>
          <w:b/>
        </w:rPr>
        <w:t xml:space="preserve">[43:33] </w:t>
      </w:r>
      <w:r>
        <w:t>marta hai to mayoosi mein marta hai woh.</w:t>
      </w:r>
    </w:p>
    <w:p>
      <w:pPr>
        <w:jc w:val="right"/>
      </w:pPr>
      <w:r>
        <w:t>مرتا ہے تو مایوسی میں مرتا ہے وہ۔</w:t>
      </w:r>
    </w:p>
    <w:p>
      <w:r>
        <w:rPr>
          <w:b/>
        </w:rPr>
        <w:t xml:space="preserve">[43:37] </w:t>
      </w:r>
      <w:r>
        <w:t>kyun? is ko pata hi nahi ideology of life kya hai.</w:t>
      </w:r>
    </w:p>
    <w:p>
      <w:pPr>
        <w:jc w:val="right"/>
      </w:pPr>
      <w:r>
        <w:t>کیوں؟ اس کو پتہ ہی نہیں ideology of life کیا ہے۔</w:t>
      </w:r>
    </w:p>
    <w:p>
      <w:r>
        <w:rPr>
          <w:b/>
        </w:rPr>
        <w:t xml:space="preserve">[43:42] </w:t>
      </w:r>
      <w:r>
        <w:t>zindagi ki jo ideology hai wahi is ko pata nahi hai.</w:t>
      </w:r>
    </w:p>
    <w:p>
      <w:pPr>
        <w:jc w:val="right"/>
      </w:pPr>
      <w:r>
        <w:t>زندگی کی جو ideology ہے وہی اس کو پتہ نہیں ہے۔</w:t>
      </w:r>
    </w:p>
    <w:p>
      <w:r>
        <w:rPr>
          <w:b/>
        </w:rPr>
        <w:t xml:space="preserve">[43:46] </w:t>
      </w:r>
      <w:r>
        <w:t>to ideology of life ka taluq bohat ziyada juda hua hai creation plan of God se.</w:t>
      </w:r>
    </w:p>
    <w:p>
      <w:pPr>
        <w:jc w:val="right"/>
      </w:pPr>
      <w:r>
        <w:t>تو ideology of life کا تعلق بہت زیادہ جڑا ہوا ہے creation plan of God سے۔</w:t>
      </w:r>
    </w:p>
    <w:p>
      <w:r>
        <w:rPr>
          <w:b/>
        </w:rPr>
        <w:t xml:space="preserve">[43:51] </w:t>
      </w:r>
      <w:r>
        <w:t>jab tak aap yeh na janen</w:t>
      </w:r>
    </w:p>
    <w:p>
      <w:pPr>
        <w:jc w:val="right"/>
      </w:pPr>
      <w:r>
        <w:t>جب تک آپ یہ نہ جانیں</w:t>
      </w:r>
    </w:p>
    <w:p>
      <w:r>
        <w:rPr>
          <w:b/>
        </w:rPr>
        <w:t xml:space="preserve">[43:55] </w:t>
      </w:r>
      <w:r>
        <w:t>ke creator ka creation plan kya hai tab tak aap ideology koi bana nahi sakte hain.</w:t>
      </w:r>
    </w:p>
    <w:p>
      <w:pPr>
        <w:jc w:val="right"/>
      </w:pPr>
      <w:r>
        <w:t>کہ Creator کا creation plan کیا ہے تب تک آپ ideology کوئی بنا نہیں سکتے ہیں۔</w:t>
      </w:r>
    </w:p>
    <w:p>
      <w:r>
        <w:rPr>
          <w:b/>
        </w:rPr>
        <w:t xml:space="preserve">[44:01] </w:t>
      </w:r>
      <w:r>
        <w:t>kyunke aap jante hain ke hum ne dunya ko create to nahi kiya.</w:t>
      </w:r>
    </w:p>
    <w:p>
      <w:pPr>
        <w:jc w:val="right"/>
      </w:pPr>
      <w:r>
        <w:t>کیونکہ آپ جانتے ہیں کہ ہم نے دنیا کو create تو نہیں کیا۔</w:t>
      </w:r>
    </w:p>
    <w:p>
      <w:r>
        <w:rPr>
          <w:b/>
        </w:rPr>
        <w:t xml:space="preserve">[44:08] </w:t>
      </w:r>
      <w:r>
        <w:t>Create karna to koi doosra hai.</w:t>
      </w:r>
    </w:p>
    <w:p>
      <w:pPr>
        <w:jc w:val="right"/>
      </w:pPr>
      <w:r>
        <w:t>Create کرنا تو کوئی دوسرا ہے۔</w:t>
      </w:r>
    </w:p>
    <w:p>
      <w:r>
        <w:rPr>
          <w:b/>
        </w:rPr>
        <w:t xml:space="preserve">[44:14] </w:t>
      </w:r>
      <w:r>
        <w:t>to jo create karne wala hai wahi to jaane ga.</w:t>
      </w:r>
    </w:p>
    <w:p>
      <w:pPr>
        <w:jc w:val="right"/>
      </w:pPr>
      <w:r>
        <w:t>تو جو create کرنے والا ہے وہی تو جانے گا۔</w:t>
      </w:r>
    </w:p>
    <w:p>
      <w:r>
        <w:rPr>
          <w:b/>
        </w:rPr>
        <w:t xml:space="preserve">[44:20] </w:t>
      </w:r>
      <w:r>
        <w:t>What is the creation plan yeh wahi jaane ga jis ne create kiya hai.</w:t>
      </w:r>
    </w:p>
    <w:p>
      <w:pPr>
        <w:jc w:val="right"/>
      </w:pPr>
      <w:r>
        <w:t>What is the creation plan یہ وہی جانے گا جس نے create کیا ہے۔</w:t>
      </w:r>
    </w:p>
    <w:p>
      <w:r>
        <w:rPr>
          <w:b/>
        </w:rPr>
        <w:t xml:space="preserve">[44:27] </w:t>
      </w:r>
      <w:r>
        <w:t>is waja se yeh waja hai ke sirf peghambar hi bata bata bata paya ke what is the</w:t>
      </w:r>
    </w:p>
    <w:p>
      <w:pPr>
        <w:jc w:val="right"/>
      </w:pPr>
      <w:r>
        <w:t>اس وجہ سے یہ وجہ ہے کہ صرف پیغمبر ہی بتا بتا بتا پایا کہ what is the</w:t>
      </w:r>
    </w:p>
    <w:p>
      <w:r>
        <w:rPr>
          <w:b/>
        </w:rPr>
        <w:t xml:space="preserve">[44:33] </w:t>
      </w:r>
      <w:r>
        <w:t>ideology of life kyunke is ko creation plan bataya tha Khuda ne.</w:t>
      </w:r>
    </w:p>
    <w:p>
      <w:pPr>
        <w:jc w:val="right"/>
      </w:pPr>
      <w:r>
        <w:t>ideology of life کیونکہ اس کو creation plan بتایا تھا خدا نے۔</w:t>
      </w:r>
    </w:p>
    <w:p>
      <w:r>
        <w:rPr>
          <w:b/>
        </w:rPr>
        <w:t xml:space="preserve">[44:39] </w:t>
      </w:r>
      <w:r>
        <w:t>to Khuda ne peghambar ki deconditioning ki.</w:t>
      </w:r>
    </w:p>
    <w:p>
      <w:pPr>
        <w:jc w:val="right"/>
      </w:pPr>
      <w:r>
        <w:t>تو خدا نے پیغمبر کی deconditioning کی۔</w:t>
      </w:r>
    </w:p>
    <w:p>
      <w:r>
        <w:rPr>
          <w:b/>
        </w:rPr>
        <w:t xml:space="preserve">[44:45] </w:t>
      </w:r>
      <w:r>
        <w:t>Khuda ne peghambar ko creation plan bataya.</w:t>
      </w:r>
    </w:p>
    <w:p>
      <w:pPr>
        <w:jc w:val="right"/>
      </w:pPr>
      <w:r>
        <w:t>خدا نے پیغمبر کو creation plan بتایا۔</w:t>
      </w:r>
    </w:p>
    <w:p>
      <w:r>
        <w:rPr>
          <w:b/>
        </w:rPr>
        <w:t xml:space="preserve">[44:51] </w:t>
      </w:r>
      <w:r>
        <w:t>aur jaisa ke maine arz kiya ke sare ilm jo hai sare ilm janna zaroori hai ide</w:t>
      </w:r>
    </w:p>
    <w:p>
      <w:pPr>
        <w:jc w:val="right"/>
      </w:pPr>
      <w:r>
        <w:t>اور جیسا کہ میں نے عرض کیا کہ سارے علم جو ہے سارے علم جاننا ضروری ہے ide</w:t>
      </w:r>
    </w:p>
    <w:p>
      <w:r>
        <w:rPr>
          <w:b/>
        </w:rPr>
        <w:t xml:space="preserve">[44:57] </w:t>
      </w:r>
      <w:r>
        <w:t>ology of life ke liye.</w:t>
      </w:r>
    </w:p>
    <w:p>
      <w:pPr>
        <w:jc w:val="right"/>
      </w:pPr>
      <w:r>
        <w:t>ology of life کے لیے۔</w:t>
      </w:r>
    </w:p>
    <w:p>
      <w:r>
        <w:rPr>
          <w:b/>
        </w:rPr>
        <w:t xml:space="preserve">[45:01] </w:t>
      </w:r>
      <w:r>
        <w:t>jaise aap is ko kitab ko parhiye ya yeh jo doctor Alice Scalb ki kitab hai "Man the</w:t>
      </w:r>
    </w:p>
    <w:p>
      <w:pPr>
        <w:jc w:val="right"/>
      </w:pPr>
      <w:r>
        <w:t>جیسے آپ اس کو کتاب کو پڑھیے یا یہ جو ڈاکٹر Alice Scalb کی کتاب ہے "Man the</w:t>
      </w:r>
    </w:p>
    <w:p>
      <w:r>
        <w:rPr>
          <w:b/>
        </w:rPr>
        <w:t xml:space="preserve">[45:06] </w:t>
      </w:r>
      <w:r>
        <w:t>Unknown" is ka khulasa maine diya hai apni kitab mein "Religion and Science" mein is ko aap</w:t>
      </w:r>
    </w:p>
    <w:p>
      <w:pPr>
        <w:jc w:val="right"/>
      </w:pPr>
      <w:r>
        <w:t>Unknown" اس کا خلاصہ میں نے دیا ہے اپنی کتاب میں "Religion and Science" میں اس کو آپ</w:t>
      </w:r>
    </w:p>
    <w:p>
      <w:r>
        <w:rPr>
          <w:b/>
        </w:rPr>
        <w:t xml:space="preserve">[45:10] </w:t>
      </w:r>
      <w:r>
        <w:t>dekh sakte hain.</w:t>
      </w:r>
    </w:p>
    <w:p>
      <w:pPr>
        <w:jc w:val="right"/>
      </w:pPr>
      <w:r>
        <w:t>دیکھ سکتے ہیں۔</w:t>
      </w:r>
    </w:p>
    <w:p>
      <w:r>
        <w:rPr>
          <w:b/>
        </w:rPr>
        <w:t xml:space="preserve">[45:15] </w:t>
      </w:r>
      <w:r>
        <w:t>is mein is ne dikhaya hai ke yeh possible hi nahi hai ke koi insan ideology of life</w:t>
      </w:r>
    </w:p>
    <w:p>
      <w:pPr>
        <w:jc w:val="right"/>
      </w:pPr>
      <w:r>
        <w:t>اس میں اس نے دکھایا ہے کہ یہ possible ہی نہیں ہے کہ کوئی انسان ideology of life</w:t>
      </w:r>
    </w:p>
    <w:p>
      <w:r>
        <w:rPr>
          <w:b/>
        </w:rPr>
        <w:t xml:space="preserve">[45:19] </w:t>
      </w:r>
      <w:r>
        <w:t>ko bata sake.</w:t>
      </w:r>
    </w:p>
    <w:p>
      <w:pPr>
        <w:jc w:val="right"/>
      </w:pPr>
      <w:r>
        <w:t>کو بتا سکے۔</w:t>
      </w:r>
    </w:p>
    <w:p>
      <w:r>
        <w:rPr>
          <w:b/>
        </w:rPr>
        <w:t xml:space="preserve">[45:24] </w:t>
      </w:r>
      <w:r>
        <w:t>kyun? itne sare علوم se juda hua hai.</w:t>
      </w:r>
    </w:p>
    <w:p>
      <w:pPr>
        <w:jc w:val="right"/>
      </w:pPr>
      <w:r>
        <w:t>کیوں؟ اتنے سارے علوم سے جڑا ہوا ہے۔</w:t>
      </w:r>
    </w:p>
    <w:p>
      <w:r>
        <w:rPr>
          <w:b/>
        </w:rPr>
        <w:t xml:space="preserve">[45:28] </w:t>
      </w:r>
      <w:r>
        <w:t>yani protoplasm se shuru kar ke kya hai is ne ke protoplasm ko janne mein hum sari zindagi</w:t>
      </w:r>
    </w:p>
    <w:p>
      <w:pPr>
        <w:jc w:val="right"/>
      </w:pPr>
      <w:r>
        <w:t>یعنی protoplasm سے شروع کر کے کیا ہے اس نے کہ protoplasm کو جاننے میں ہم ساری زندگی</w:t>
      </w:r>
    </w:p>
    <w:p>
      <w:r>
        <w:rPr>
          <w:b/>
        </w:rPr>
        <w:t xml:space="preserve">[45:32] </w:t>
      </w:r>
      <w:r>
        <w:t>khatam ho jaye gi hum nahi jaan payein ge ke what is protoplasm is ke baad itni sari</w:t>
      </w:r>
    </w:p>
    <w:p>
      <w:pPr>
        <w:jc w:val="right"/>
      </w:pPr>
      <w:r>
        <w:t>ختم ہو جائے گی ہم نہیں جان پائیں گے کہ what is protoplasm اس کے بعد اتنی ساری</w:t>
      </w:r>
    </w:p>
    <w:p>
      <w:r>
        <w:rPr>
          <w:b/>
        </w:rPr>
        <w:t xml:space="preserve">[45:37] </w:t>
      </w:r>
      <w:r>
        <w:t>field hain jab tak hum aik aik cheez ko na janein.</w:t>
      </w:r>
    </w:p>
    <w:p>
      <w:pPr>
        <w:jc w:val="right"/>
      </w:pPr>
      <w:r>
        <w:t>field ہیں جب تک ہم ایک ایک چیز کو نہ جانیں۔</w:t>
      </w:r>
    </w:p>
    <w:p>
      <w:r>
        <w:rPr>
          <w:b/>
        </w:rPr>
        <w:t xml:space="preserve">[45:41] </w:t>
      </w:r>
      <w:r>
        <w:t>apni body ko na janein.</w:t>
      </w:r>
    </w:p>
    <w:p>
      <w:pPr>
        <w:jc w:val="right"/>
      </w:pPr>
      <w:r>
        <w:t>اپنی body کو نہ جانیں۔</w:t>
      </w:r>
    </w:p>
    <w:p>
      <w:r>
        <w:rPr>
          <w:b/>
        </w:rPr>
        <w:t xml:space="preserve">[45:45] </w:t>
      </w:r>
      <w:r>
        <w:t>apne mind ko na janein.</w:t>
      </w:r>
    </w:p>
    <w:p>
      <w:pPr>
        <w:jc w:val="right"/>
      </w:pPr>
      <w:r>
        <w:t>اپنے mind کو نہ جانیں۔</w:t>
      </w:r>
    </w:p>
    <w:p>
      <w:r>
        <w:rPr>
          <w:b/>
        </w:rPr>
        <w:t xml:space="preserve">[45:50] </w:t>
      </w:r>
      <w:r>
        <w:t>aur jo different fields hain is ko na janein.</w:t>
      </w:r>
    </w:p>
    <w:p>
      <w:pPr>
        <w:jc w:val="right"/>
      </w:pPr>
      <w:r>
        <w:t>اور جو different fields ہیں اس کو نہ جانیں۔</w:t>
      </w:r>
    </w:p>
    <w:p>
      <w:r>
        <w:rPr>
          <w:b/>
        </w:rPr>
        <w:t xml:space="preserve">[45:54] </w:t>
      </w:r>
      <w:r>
        <w:t>tab tak hum yeh bata yeh jaan nahi sakte</w:t>
      </w:r>
    </w:p>
    <w:p>
      <w:pPr>
        <w:jc w:val="right"/>
      </w:pPr>
      <w:r>
        <w:t>تب تک ہم یہ بتا یہ جان نہیں سکتے</w:t>
      </w:r>
    </w:p>
    <w:p>
      <w:r>
        <w:rPr>
          <w:b/>
        </w:rPr>
        <w:t xml:space="preserve">[45:58] </w:t>
      </w:r>
      <w:r>
        <w:t>ke ideology of life kya cheez hai.</w:t>
      </w:r>
    </w:p>
    <w:p>
      <w:pPr>
        <w:jc w:val="right"/>
      </w:pPr>
      <w:r>
        <w:t>کہ ideology of life کیا چیز ہے۔</w:t>
      </w:r>
    </w:p>
    <w:p>
      <w:r>
        <w:rPr>
          <w:b/>
        </w:rPr>
        <w:t xml:space="preserve">[46:03] </w:t>
      </w:r>
      <w:r>
        <w:t>to is ne likha hai ke agar aik insan jo different language mein mastery kare aur bohat hi</w:t>
      </w:r>
    </w:p>
    <w:p>
      <w:pPr>
        <w:jc w:val="right"/>
      </w:pPr>
      <w:r>
        <w:t>تو اس نے لکھا ہے کہ اگر ایک انسان جو different language میں mastery کرے اور بہت ہی</w:t>
      </w:r>
    </w:p>
    <w:p>
      <w:r>
        <w:rPr>
          <w:b/>
        </w:rPr>
        <w:t xml:space="preserve">[46:07] </w:t>
      </w:r>
      <w:r>
        <w:t>intelligent ho, bohat hi brilliant ho aur sab kuch parh kar ke apne aap ko tayyar kare phir</w:t>
      </w:r>
    </w:p>
    <w:p>
      <w:pPr>
        <w:jc w:val="right"/>
      </w:pPr>
      <w:r>
        <w:t>intelligent ہو، بہت ہی brilliant ہو اور سب کچھ پڑھ کر کے اپنے آپ کو تیار کرے پھر</w:t>
      </w:r>
    </w:p>
    <w:p>
      <w:r>
        <w:rPr>
          <w:b/>
        </w:rPr>
        <w:t xml:space="preserve">[46:11] </w:t>
      </w:r>
      <w:r>
        <w:t>twenty-five years tak woh study kare.</w:t>
      </w:r>
    </w:p>
    <w:p>
      <w:pPr>
        <w:jc w:val="right"/>
      </w:pPr>
      <w:r>
        <w:t>twenty-five years تک وہ study کرے۔</w:t>
      </w:r>
    </w:p>
    <w:p>
      <w:r>
        <w:rPr>
          <w:b/>
        </w:rPr>
        <w:t xml:space="preserve">[46:15] </w:t>
      </w:r>
      <w:r>
        <w:t>is ko aik dam sari cheezein us ki us ko provide kar di jayein.</w:t>
      </w:r>
    </w:p>
    <w:p>
      <w:pPr>
        <w:jc w:val="right"/>
      </w:pPr>
      <w:r>
        <w:t>اس کو ایک دم ساری چیزیں اس کی اس کو provide کر دی جائیں۔</w:t>
      </w:r>
    </w:p>
    <w:p>
      <w:r>
        <w:rPr>
          <w:b/>
        </w:rPr>
        <w:t xml:space="preserve">[46:20] </w:t>
      </w:r>
      <w:r>
        <w:t>kuch nahi karna ho.</w:t>
      </w:r>
    </w:p>
    <w:p>
      <w:pPr>
        <w:jc w:val="right"/>
      </w:pPr>
      <w:r>
        <w:t>کچھ نہیں کرنا ہو۔</w:t>
      </w:r>
    </w:p>
    <w:p>
      <w:r>
        <w:rPr>
          <w:b/>
        </w:rPr>
        <w:t xml:space="preserve">[46:24] </w:t>
      </w:r>
      <w:r>
        <w:t>Breakfast ke baad breakfast aajaye us ke paas.</w:t>
      </w:r>
    </w:p>
    <w:p>
      <w:pPr>
        <w:jc w:val="right"/>
      </w:pPr>
      <w:r>
        <w:t>Breakfast کے بعد breakfast آجائے اس کے پاس۔</w:t>
      </w:r>
    </w:p>
    <w:p>
      <w:r>
        <w:rPr>
          <w:b/>
        </w:rPr>
        <w:t xml:space="preserve">[46:28] </w:t>
      </w:r>
      <w:r>
        <w:t>Lunch ke baad lunch aajaye us ki mez par.</w:t>
      </w:r>
    </w:p>
    <w:p>
      <w:pPr>
        <w:jc w:val="right"/>
      </w:pPr>
      <w:r>
        <w:t>Lunch کے بعد lunch آجائے اس کی میز پر۔</w:t>
      </w:r>
    </w:p>
    <w:p>
      <w:r>
        <w:rPr>
          <w:b/>
        </w:rPr>
        <w:t xml:space="preserve">[46:32] </w:t>
      </w:r>
      <w:r>
        <w:t>sab kuch us ko provide kar diya jaye.</w:t>
      </w:r>
    </w:p>
    <w:p>
      <w:pPr>
        <w:jc w:val="right"/>
      </w:pPr>
      <w:r>
        <w:t>سب کچھ اس کو provide کر دیا جائے۔</w:t>
      </w:r>
    </w:p>
    <w:p>
      <w:r>
        <w:rPr>
          <w:b/>
        </w:rPr>
        <w:t xml:space="preserve">[46:35] </w:t>
      </w:r>
      <w:r>
        <w:t>aur pachis saal tak mutala karta rahe woh.</w:t>
      </w:r>
    </w:p>
    <w:p>
      <w:pPr>
        <w:jc w:val="right"/>
      </w:pPr>
      <w:r>
        <w:t>اور پچیس سال تک مطالعہ کرتا رہے وہ۔</w:t>
      </w:r>
    </w:p>
    <w:p>
      <w:r>
        <w:rPr>
          <w:b/>
        </w:rPr>
        <w:t xml:space="preserve">[46:38] </w:t>
      </w:r>
      <w:r>
        <w:t>toh us ne likha hai ke shayad woh maloom kar sake.</w:t>
      </w:r>
    </w:p>
    <w:p>
      <w:pPr>
        <w:jc w:val="right"/>
      </w:pPr>
      <w:r>
        <w:t>تو اس نے لکھا ہے کہ شاید وہ معلوم کر سکے۔</w:t>
      </w:r>
    </w:p>
    <w:p>
      <w:r>
        <w:rPr>
          <w:b/>
        </w:rPr>
        <w:t xml:space="preserve">[46:42] </w:t>
      </w:r>
      <w:r>
        <w:t>mein yeh kahunga ke yeh kitaab jab likhi gayi thi tab insaan ka ilm jo hai woh</w:t>
      </w:r>
    </w:p>
    <w:p>
      <w:pPr>
        <w:jc w:val="right"/>
      </w:pPr>
      <w:r>
        <w:t>میں یہ کہوں گا کہ یہ کتاب جب لکھی گئی تھی تب انسان کا علم جو ہے وہ</w:t>
      </w:r>
    </w:p>
    <w:p>
      <w:r>
        <w:rPr>
          <w:b/>
        </w:rPr>
        <w:t xml:space="preserve">[46:45] </w:t>
      </w:r>
      <w:r>
        <w:t>microworld tak pahuncha tha.</w:t>
      </w:r>
    </w:p>
    <w:p>
      <w:pPr>
        <w:jc w:val="right"/>
      </w:pPr>
      <w:r>
        <w:t>microworld تک پہنچا تھا۔</w:t>
      </w:r>
    </w:p>
    <w:p>
      <w:r>
        <w:rPr>
          <w:b/>
        </w:rPr>
        <w:t xml:space="preserve">[46:48] </w:t>
      </w:r>
      <w:r>
        <w:t>ab ilm aage badh gaya.</w:t>
      </w:r>
    </w:p>
    <w:p>
      <w:pPr>
        <w:jc w:val="right"/>
      </w:pPr>
      <w:r>
        <w:t>اب علم آگے بڑھ گیا۔</w:t>
      </w:r>
    </w:p>
    <w:p>
      <w:r>
        <w:rPr>
          <w:b/>
        </w:rPr>
        <w:t xml:space="preserve">[46:52] </w:t>
      </w:r>
      <w:r>
        <w:t>ab pachis saal ka pachis hazar saal bhi na kaafi hain.</w:t>
      </w:r>
    </w:p>
    <w:p>
      <w:pPr>
        <w:jc w:val="right"/>
      </w:pPr>
      <w:r>
        <w:t>اب پچیس سال کا پچیس ہزار سال بھی نا کافی ہیں۔</w:t>
      </w:r>
    </w:p>
    <w:p>
      <w:r>
        <w:rPr>
          <w:b/>
        </w:rPr>
        <w:t xml:space="preserve">[46:55] </w:t>
      </w:r>
      <w:r>
        <w:t>kyun? aap jante hain ke ab jo insaan ka ilm</w:t>
      </w:r>
    </w:p>
    <w:p>
      <w:pPr>
        <w:jc w:val="right"/>
      </w:pPr>
      <w:r>
        <w:t>کیوں؟ آپ جانتے ہیں کہ اب جو انسان کا علم</w:t>
      </w:r>
    </w:p>
    <w:p>
      <w:r>
        <w:rPr>
          <w:b/>
        </w:rPr>
        <w:t xml:space="preserve">[46:58] </w:t>
      </w:r>
      <w:r>
        <w:t>pohancha hai yani microworld tak toh ab yeh kaha jata hai ke hum toh kuch bhi nahi jaan paye.</w:t>
      </w:r>
    </w:p>
    <w:p>
      <w:pPr>
        <w:jc w:val="right"/>
      </w:pPr>
      <w:r>
        <w:t>پہنچا ہے یعنی microworld تک تو اب یہ کہا جاتا ہے کہ ہم تو کچھ بھی نہیں جان پائے۔</w:t>
      </w:r>
    </w:p>
    <w:p>
      <w:r>
        <w:rPr>
          <w:b/>
        </w:rPr>
        <w:t xml:space="preserve">[47:05] </w:t>
      </w:r>
      <w:r>
        <w:t>aik scientist ne kaha ke we are knowing more and more about less and less.</w:t>
      </w:r>
    </w:p>
    <w:p>
      <w:pPr>
        <w:jc w:val="right"/>
      </w:pPr>
      <w:r>
        <w:t>ایک سائنسدان نے کہا کہ we are knowing more and more about less and less.</w:t>
      </w:r>
    </w:p>
    <w:p>
      <w:r>
        <w:rPr>
          <w:b/>
        </w:rPr>
        <w:t xml:space="preserve">[47:11] </w:t>
      </w:r>
      <w:r>
        <w:t>We are knowing more and more about less and less.</w:t>
      </w:r>
    </w:p>
    <w:p>
      <w:pPr>
        <w:jc w:val="right"/>
      </w:pPr>
      <w:r>
        <w:t>We are knowing more and more about less and less.</w:t>
      </w:r>
    </w:p>
    <w:p>
      <w:r>
        <w:rPr>
          <w:b/>
        </w:rPr>
        <w:t xml:space="preserve">[47:17] </w:t>
      </w:r>
      <w:r>
        <w:t>yani kam ke bare mein hum zyada jante hain.</w:t>
      </w:r>
    </w:p>
    <w:p>
      <w:pPr>
        <w:jc w:val="right"/>
      </w:pPr>
      <w:r>
        <w:t>یعنی کم کے بارے میں ہم زیادہ جانتے ہیں۔</w:t>
      </w:r>
    </w:p>
    <w:p>
      <w:r>
        <w:rPr>
          <w:b/>
        </w:rPr>
        <w:t xml:space="preserve">[47:23] </w:t>
      </w:r>
      <w:r>
        <w:t>jahan tak ghaste hain is mein toh pata chala hai ke abhi toh kuch bhi nahi jante the hum. toh pehle</w:t>
      </w:r>
    </w:p>
    <w:p>
      <w:pPr>
        <w:jc w:val="right"/>
      </w:pPr>
      <w:r>
        <w:t>جہاں تک گھستے ہیں اس میں تو پتہ چلا ہے کہ ابھی تو کچھ بھی نہیں جانتے تھے ہم۔ تو پہلے</w:t>
      </w:r>
    </w:p>
    <w:p>
      <w:r>
        <w:rPr>
          <w:b/>
        </w:rPr>
        <w:t xml:space="preserve">[47:29] </w:t>
      </w:r>
      <w:r>
        <w:t>koi shakhs yani yeh farz kar sakta tha, suppose kar sakta tha ke shayad hum pachis saal ki</w:t>
      </w:r>
    </w:p>
    <w:p>
      <w:pPr>
        <w:jc w:val="right"/>
      </w:pPr>
      <w:r>
        <w:t>کوئی شخص یعنی یہ فرض کر سکتا تھا، suppose کر سکتا تھا کہ شاید ہم پچیس سال کی</w:t>
      </w:r>
    </w:p>
    <w:p>
      <w:r>
        <w:rPr>
          <w:b/>
        </w:rPr>
        <w:t xml:space="preserve">[47:33] </w:t>
      </w:r>
      <w:r>
        <w:t>study ke baad hum sare uloom ko jaan lein.</w:t>
      </w:r>
    </w:p>
    <w:p>
      <w:pPr>
        <w:jc w:val="right"/>
      </w:pPr>
      <w:r>
        <w:t>study کے بعد ہم سارے علوم کو جان لیں۔</w:t>
      </w:r>
    </w:p>
    <w:p>
      <w:r>
        <w:rPr>
          <w:b/>
        </w:rPr>
        <w:t xml:space="preserve">[47:38] </w:t>
      </w:r>
      <w:r>
        <w:t>ab toh woh bhi khatam.</w:t>
      </w:r>
    </w:p>
    <w:p>
      <w:pPr>
        <w:jc w:val="right"/>
      </w:pPr>
      <w:r>
        <w:t>اب تو وہ بھی ختم۔</w:t>
      </w:r>
    </w:p>
    <w:p>
      <w:r>
        <w:rPr>
          <w:b/>
        </w:rPr>
        <w:t xml:space="preserve">[47:42] </w:t>
      </w:r>
      <w:r>
        <w:t>ab woh bhi khatam.</w:t>
      </w:r>
    </w:p>
    <w:p>
      <w:pPr>
        <w:jc w:val="right"/>
      </w:pPr>
      <w:r>
        <w:t>اب وہ بھی ختم۔</w:t>
      </w:r>
    </w:p>
    <w:p>
      <w:r>
        <w:rPr>
          <w:b/>
        </w:rPr>
        <w:t xml:space="preserve">[47:46] </w:t>
      </w:r>
      <w:r>
        <w:t>kyunki jab ilm jo hai wahan pahunch gaya jahan us ki had hi khatam ho gayi.</w:t>
      </w:r>
    </w:p>
    <w:p>
      <w:pPr>
        <w:jc w:val="right"/>
      </w:pPr>
      <w:r>
        <w:t>کیونکہ جب علم جو ہے وہاں پہنچ گیا جہاں اس کی حد ہی ختم ہو گئی۔</w:t>
      </w:r>
    </w:p>
    <w:p>
      <w:r>
        <w:rPr>
          <w:b/>
        </w:rPr>
        <w:t xml:space="preserve">[47:51] </w:t>
      </w:r>
      <w:r>
        <w:t>yani microworld mein jab pahunch gaya ilm insani toh ab woh bhi khatam.</w:t>
      </w:r>
    </w:p>
    <w:p>
      <w:pPr>
        <w:jc w:val="right"/>
      </w:pPr>
      <w:r>
        <w:t>یعنی microworld میں جب پہنچ گیا علم انسانی تو اب وہ بھی ختم۔</w:t>
      </w:r>
    </w:p>
    <w:p>
      <w:r>
        <w:rPr>
          <w:b/>
        </w:rPr>
        <w:t xml:space="preserve">[47:55] </w:t>
      </w:r>
      <w:r>
        <w:t>to is ka maeni hai ke khabeer jo hai khabeer</w:t>
      </w:r>
    </w:p>
    <w:p>
      <w:pPr>
        <w:jc w:val="right"/>
      </w:pPr>
      <w:r>
        <w:t>تو اس کا معنی ہے کہ خبیر جو ہے خبیر</w:t>
      </w:r>
    </w:p>
    <w:p>
      <w:r>
        <w:rPr>
          <w:b/>
        </w:rPr>
        <w:t xml:space="preserve">[47:59] </w:t>
      </w:r>
      <w:r>
        <w:t>yani khuda wahi hai all-knowing aur wahi kisi ko bataye to us ko pata hoga aur woh zahir hai ke woh prophet hai, peghambar hai. khabir ke zariye ilm aata hai prophet ke paas aur prophet ke zariye hum ko pahunchta hai. to mein samajhta hoon ke is ke siwa hamare paas koi option nahi hai.</w:t>
      </w:r>
    </w:p>
    <w:p>
      <w:pPr>
        <w:jc w:val="right"/>
      </w:pPr>
      <w:r>
        <w:t>یعنی خدا وہی ہے all-knowing اور وہی کسی کو بتائے تو اس کو پتہ ہوگا اور وہ ظاہر ہے کہ وہ prophet ہے، پیغمبر ہے۔ خبیر کے ذریعے علم آتا ہے prophet کے پاس اور prophet کے ذریعے ہم کو پہنچتا ہے۔ تو میں سمجھتا ہوں کہ اس کے سوا ہمارے پاس کوئی option نہیں ہے۔</w:t>
      </w:r>
    </w:p>
    <w:p>
      <w:r>
        <w:rPr>
          <w:b/>
        </w:rPr>
        <w:t xml:space="preserve">[48:29] </w:t>
      </w:r>
      <w:r>
        <w:t>hum khud se in conditions ko poora nahi kar sakte. khud se.</w:t>
      </w:r>
    </w:p>
    <w:p>
      <w:pPr>
        <w:jc w:val="right"/>
      </w:pPr>
      <w:r>
        <w:t>ہم خود سے ان conditions کو پورا نہیں کر سکتے۔ خود سے۔</w:t>
      </w:r>
    </w:p>
    <w:p>
      <w:r>
        <w:rPr>
          <w:b/>
        </w:rPr>
        <w:t xml:space="preserve">[48:36] </w:t>
      </w:r>
      <w:r>
        <w:t>ke hum jab khud se conditions ko poora nahi kar sakte to hamare paas koi option nahi ke</w:t>
      </w:r>
    </w:p>
    <w:p>
      <w:pPr>
        <w:jc w:val="right"/>
      </w:pPr>
      <w:r>
        <w:t>کہ ہم جب خود سے conditions کو پورا نہیں کر سکتے تو ہمارے پاس کوئی option نہیں کہ</w:t>
      </w:r>
    </w:p>
    <w:p>
      <w:r>
        <w:rPr>
          <w:b/>
        </w:rPr>
        <w:t xml:space="preserve">[48:43] </w:t>
      </w:r>
      <w:r>
        <w:t>hum prophet ko manen, prophet se yani guidance len.</w:t>
      </w:r>
    </w:p>
    <w:p>
      <w:pPr>
        <w:jc w:val="right"/>
      </w:pPr>
      <w:r>
        <w:t>ہم prophet کو مانیں، prophet سے یعنی guidance لیں۔</w:t>
      </w:r>
    </w:p>
    <w:p>
      <w:r>
        <w:rPr>
          <w:b/>
        </w:rPr>
        <w:t xml:space="preserve">[48:49] </w:t>
      </w:r>
      <w:r>
        <w:t>ab aakhri baat yeh hai ke yeh kaise yaqeen kiya jaye ke yeh prophet hai? yeh kaise yaqeen</w:t>
      </w:r>
    </w:p>
    <w:p>
      <w:pPr>
        <w:jc w:val="right"/>
      </w:pPr>
      <w:r>
        <w:t>اب آخری بات یہ ہے کہ یہ کیسے یقین کیا جائے کہ یہ prophet ہے؟ یہ کیسے یقین</w:t>
      </w:r>
    </w:p>
    <w:p>
      <w:r>
        <w:rPr>
          <w:b/>
        </w:rPr>
        <w:t xml:space="preserve">[48:56] </w:t>
      </w:r>
      <w:r>
        <w:t>kiya jaye ke yeh prophet hai? to is ka bohat aasan tareeqa hai.</w:t>
      </w:r>
    </w:p>
    <w:p>
      <w:pPr>
        <w:jc w:val="right"/>
      </w:pPr>
      <w:r>
        <w:t>کیا جائے کہ یہ prophet ہے؟ تو اس کا بہت آسان طریقہ ہے۔</w:t>
      </w:r>
    </w:p>
    <w:p>
      <w:r>
        <w:rPr>
          <w:b/>
        </w:rPr>
        <w:t xml:space="preserve">[49:03] </w:t>
      </w:r>
      <w:r>
        <w:t>quran mein is ka aik criterion bataya gaya hai.</w:t>
      </w:r>
    </w:p>
    <w:p>
      <w:pPr>
        <w:jc w:val="right"/>
      </w:pPr>
      <w:r>
        <w:t>قرآن میں اس کا ایک criterion بتایا گیا ہے۔</w:t>
      </w:r>
    </w:p>
    <w:p>
      <w:r>
        <w:rPr>
          <w:b/>
        </w:rPr>
        <w:t xml:space="preserve">[49:09] </w:t>
      </w:r>
      <w:r>
        <w:t>Criterion woh hai walau kan min ind ghairi Allah lawajadu fihi ikhtilafan kathira agar woh Khuda ke siwa</w:t>
      </w:r>
    </w:p>
    <w:p>
      <w:pPr>
        <w:jc w:val="right"/>
      </w:pPr>
      <w:r>
        <w:t>Criterion وہ ہے ولو كان من عند غیری اللہ لوجدوا فيه اختلافا کثیرا اگر وہ خدا کے سوا</w:t>
      </w:r>
    </w:p>
    <w:p>
      <w:r>
        <w:rPr>
          <w:b/>
        </w:rPr>
        <w:t xml:space="preserve">[49:15] </w:t>
      </w:r>
      <w:r>
        <w:t>yani agar yeh quran yeh quran agar Khuda ke siwa kisi aur ki taraf se aata to is</w:t>
      </w:r>
    </w:p>
    <w:p>
      <w:pPr>
        <w:jc w:val="right"/>
      </w:pPr>
      <w:r>
        <w:t>یعنی اگر یہ قرآن یہ قرآن اگر خدا کے سوا کسی اور کی طرف سے آتا تو اس</w:t>
      </w:r>
    </w:p>
    <w:p>
      <w:r>
        <w:rPr>
          <w:b/>
        </w:rPr>
        <w:t xml:space="preserve">[49:21] </w:t>
      </w:r>
      <w:r>
        <w:t>mein tum inconsistency paate. Inconsistency. ghair mutabiqat.</w:t>
      </w:r>
    </w:p>
    <w:p>
      <w:pPr>
        <w:jc w:val="right"/>
      </w:pPr>
      <w:r>
        <w:t>میں تم inconsistency پاتے۔ Inconsistency۔ غیر مطابقت۔</w:t>
      </w:r>
    </w:p>
    <w:p>
      <w:r>
        <w:rPr>
          <w:b/>
        </w:rPr>
        <w:t xml:space="preserve">[49:27] </w:t>
      </w:r>
      <w:r>
        <w:t>yani known words se ghair mutabi</w:t>
      </w:r>
    </w:p>
    <w:p>
      <w:pPr>
        <w:jc w:val="right"/>
      </w:pPr>
      <w:r>
        <w:t>یعنی known words سے غیر مطاب</w:t>
      </w:r>
    </w:p>
    <w:p>
      <w:r>
        <w:rPr>
          <w:b/>
        </w:rPr>
        <w:t xml:space="preserve">[49:33] </w:t>
      </w:r>
      <w:r>
        <w:t>qat.</w:t>
      </w:r>
    </w:p>
    <w:p>
      <w:pPr>
        <w:jc w:val="right"/>
      </w:pPr>
      <w:r>
        <w:t>قت۔</w:t>
      </w:r>
    </w:p>
    <w:p>
      <w:r>
        <w:rPr>
          <w:b/>
        </w:rPr>
        <w:t xml:space="preserve">[49:37] </w:t>
      </w:r>
      <w:r>
        <w:t>yani aik baat woh hai jo quran mein likhi hui hoti aur aik yeh hai jo hamare jis</w:t>
      </w:r>
    </w:p>
    <w:p>
      <w:pPr>
        <w:jc w:val="right"/>
      </w:pPr>
      <w:r>
        <w:t>یعنی ایک بات وہ ہے جو قرآن میں لکھی ہوئی ہوتی اور ایک یہ ہے جو ہمارے جس</w:t>
      </w:r>
    </w:p>
    <w:p>
      <w:r>
        <w:rPr>
          <w:b/>
        </w:rPr>
        <w:t xml:space="preserve">[49:42] </w:t>
      </w:r>
      <w:r>
        <w:t>din mein hum reh rahe hain is din ki baat.</w:t>
      </w:r>
    </w:p>
    <w:p>
      <w:pPr>
        <w:jc w:val="right"/>
      </w:pPr>
      <w:r>
        <w:t>دنیا میں ہم رہ رہے ہیں اس دنیا کی بات۔</w:t>
      </w:r>
    </w:p>
    <w:p>
      <w:r>
        <w:rPr>
          <w:b/>
        </w:rPr>
        <w:t xml:space="preserve">[49:46] </w:t>
      </w:r>
      <w:r>
        <w:t>to dono mein inconsistency hoti.</w:t>
      </w:r>
    </w:p>
    <w:p>
      <w:pPr>
        <w:jc w:val="right"/>
      </w:pPr>
      <w:r>
        <w:t>تو دونوں میں inconsistency ہوتی۔</w:t>
      </w:r>
    </w:p>
    <w:p>
      <w:r>
        <w:rPr>
          <w:b/>
        </w:rPr>
        <w:t xml:space="preserve">[49:51] </w:t>
      </w:r>
      <w:r>
        <w:t>yeh aap ko criterion de diya quran ne.</w:t>
      </w:r>
    </w:p>
    <w:p>
      <w:pPr>
        <w:jc w:val="right"/>
      </w:pPr>
      <w:r>
        <w:t>یہ آپ کو criterion دے دیا قرآن نے۔</w:t>
      </w:r>
    </w:p>
    <w:p>
      <w:r>
        <w:rPr>
          <w:b/>
        </w:rPr>
        <w:t xml:space="preserve">[49:55] </w:t>
      </w:r>
      <w:r>
        <w:t>ke aap dhoondhiye ke quran ki baatein kya takra rahi hain hamari known words se.</w:t>
      </w:r>
    </w:p>
    <w:p>
      <w:pPr>
        <w:jc w:val="right"/>
      </w:pPr>
      <w:r>
        <w:t>کہ آپ ڈھونڈیے کہ قرآن کی باتیں کیا ٹکرا رہی ہیں ہماری known words سے۔</w:t>
      </w:r>
    </w:p>
    <w:p>
      <w:r>
        <w:rPr>
          <w:b/>
        </w:rPr>
        <w:t xml:space="preserve">[50:00] </w:t>
      </w:r>
      <w:r>
        <w:t>agar nahi takra rahi hain to aap ko yaqeen karna parega ke yeh Khuda ki taraf se hai.</w:t>
      </w:r>
    </w:p>
    <w:p>
      <w:pPr>
        <w:jc w:val="right"/>
      </w:pPr>
      <w:r>
        <w:t>اگر نہیں ٹکرا رہی ہیں تو آپ کو یقین کرنا پڑے گا کہ یہ خدا کی طرف سے ہے۔</w:t>
      </w:r>
    </w:p>
    <w:p>
      <w:r>
        <w:rPr>
          <w:b/>
        </w:rPr>
        <w:t xml:space="preserve">[50:04] </w:t>
      </w:r>
      <w:r>
        <w:t>iski aik misaal mein ne aap ko batai ke saare philosophers jo hain woh ideal ko apna</w:t>
      </w:r>
    </w:p>
    <w:p>
      <w:pPr>
        <w:jc w:val="right"/>
      </w:pPr>
      <w:r>
        <w:t>اس کی ایک مثال میں نے آپ کو بتائی کہ سارے philosophers جو ہیں وہ ideal کو اپنا</w:t>
      </w:r>
    </w:p>
    <w:p>
      <w:r>
        <w:rPr>
          <w:b/>
        </w:rPr>
        <w:t xml:space="preserve">[50:09] </w:t>
      </w:r>
      <w:r>
        <w:t>apna goal banate rahe.</w:t>
      </w:r>
    </w:p>
    <w:p>
      <w:pPr>
        <w:jc w:val="right"/>
      </w:pPr>
      <w:r>
        <w:t>اپنا goal بناتے رہے۔</w:t>
      </w:r>
    </w:p>
    <w:p>
      <w:r>
        <w:rPr>
          <w:b/>
        </w:rPr>
        <w:t xml:space="preserve">[50:14] </w:t>
      </w:r>
      <w:r>
        <w:t>Ideal state, ideal society, ideal world.</w:t>
      </w:r>
    </w:p>
    <w:p>
      <w:pPr>
        <w:jc w:val="right"/>
      </w:pPr>
      <w:r>
        <w:t>Ideal state, ideal society, ideal world.</w:t>
      </w:r>
    </w:p>
    <w:p>
      <w:r>
        <w:rPr>
          <w:b/>
        </w:rPr>
        <w:t xml:space="preserve">[50:19] </w:t>
      </w:r>
      <w:r>
        <w:t>lekin yeh yeh yeh takrata hai is se.</w:t>
      </w:r>
    </w:p>
    <w:p>
      <w:pPr>
        <w:jc w:val="right"/>
      </w:pPr>
      <w:r>
        <w:t>لیکن یہ یہ یہ ٹکراتا ہے اس سے۔</w:t>
      </w:r>
    </w:p>
    <w:p>
      <w:r>
        <w:rPr>
          <w:b/>
        </w:rPr>
        <w:t xml:space="preserve">[50:24] </w:t>
      </w:r>
      <w:r>
        <w:t>kyun? yeh duniya banai nahi gayi hai is liye ke yahan par aap ko ideal world bana sake aap ko.</w:t>
      </w:r>
    </w:p>
    <w:p>
      <w:pPr>
        <w:jc w:val="right"/>
      </w:pPr>
      <w:r>
        <w:t>کیوں؟ یہ دنیا بنائی نہیں گئی ہے اس لیے کہ یہاں پر آپ کو ideal world بنا سکے آپ کو۔</w:t>
      </w:r>
    </w:p>
    <w:p>
      <w:r>
        <w:rPr>
          <w:b/>
        </w:rPr>
        <w:t xml:space="preserve">[50:29] </w:t>
      </w:r>
      <w:r>
        <w:t>yahan par woh sadhan nahi hai. woh woh</w:t>
      </w:r>
    </w:p>
    <w:p>
      <w:pPr>
        <w:jc w:val="right"/>
      </w:pPr>
      <w:r>
        <w:t>یہاں پر وہ سادھن نہیں ہے۔ وہ وہ</w:t>
      </w:r>
    </w:p>
    <w:p>
      <w:r>
        <w:rPr>
          <w:b/>
        </w:rPr>
        <w:t xml:space="preserve">[50:34] </w:t>
      </w:r>
      <w:r>
        <w:t>yahan yahan par woh possibility us ki nahi hai. isi wahi isi wajah se kabhi yeh mumkin nahi hua kisi ke liye bhi ke woh ideal state banaye, ideal society banaye, ideal world banaye. to goya ke un ka jo nazariya hai takra raha hai real world se. real world to yeh allow nahi karta ke yahan par ideal banayein. aur aap samajhte hain ke ideal banana yeh mera goal hai. to prophet ne bataya ke ideal world yahan par ban nahi</w:t>
      </w:r>
    </w:p>
    <w:p>
      <w:pPr>
        <w:jc w:val="right"/>
      </w:pPr>
      <w:r>
        <w:t>یہاں یہاں پر وہ possibility اس کی نہیں ہے۔ اسی وہی اسی وجہ سے کبھی یہ ممکن نہیں ہوا کسی کے لیے بھی کہ وہ ideal state بنائے، ideal society بنائے، ideal world بنائے۔ تو گویا کہ ان کا جو نظریہ ہے ٹکرا رہا ہے real world سے۔ Real world تو یہ allow نہیں کرتا کہ یہاں پر ideal بنائیں۔ اور آپ سمجھتے ہیں کہ ideal بنانا یہ میرا goal ہے۔ تو prophet نے بتایا کہ ideal world یہاں پر بن نہیں</w:t>
      </w:r>
    </w:p>
    <w:p>
      <w:r>
        <w:rPr>
          <w:b/>
        </w:rPr>
        <w:t xml:space="preserve">[51:04] </w:t>
      </w:r>
      <w:r>
        <w:t>sakta.</w:t>
      </w:r>
    </w:p>
    <w:p>
      <w:pPr>
        <w:jc w:val="right"/>
      </w:pPr>
      <w:r>
        <w:t>سکتا۔</w:t>
      </w:r>
    </w:p>
    <w:p>
      <w:r>
        <w:rPr>
          <w:b/>
        </w:rPr>
        <w:t xml:space="preserve">[51:08] </w:t>
      </w:r>
      <w:r>
        <w:t>Ideal world to paradise banega.</w:t>
      </w:r>
    </w:p>
    <w:p>
      <w:pPr>
        <w:jc w:val="right"/>
      </w:pPr>
      <w:r>
        <w:t>Ideal world تو paradise بنے گا۔</w:t>
      </w:r>
    </w:p>
    <w:p>
      <w:r>
        <w:rPr>
          <w:b/>
        </w:rPr>
        <w:t xml:space="preserve">[51:11] </w:t>
      </w:r>
      <w:r>
        <w:t>Woh to paradise banega.</w:t>
      </w:r>
    </w:p>
    <w:p>
      <w:pPr>
        <w:jc w:val="right"/>
      </w:pPr>
      <w:r>
        <w:t>وہ تو paradise بنے گا۔</w:t>
      </w:r>
    </w:p>
    <w:p>
      <w:r>
        <w:rPr>
          <w:b/>
        </w:rPr>
        <w:t xml:space="preserve">[51:14] </w:t>
      </w:r>
      <w:r>
        <w:t>Aise aap dekhiye ke saare tareekh mein insaan jo hai apne desire ke peeche daudta raha hai.</w:t>
      </w:r>
    </w:p>
    <w:p>
      <w:pPr>
        <w:jc w:val="right"/>
      </w:pPr>
      <w:r>
        <w:t>ایسے آپ دیکھیے کہ سارے تاریخ میں انسان جو ہے اپنے desire کے پیچھے دوڑتا رہا ہے۔</w:t>
      </w:r>
    </w:p>
    <w:p>
      <w:r>
        <w:rPr>
          <w:b/>
        </w:rPr>
        <w:t xml:space="preserve">[51:18] </w:t>
      </w:r>
      <w:r>
        <w:t>Hamare hamare andar desire hain.</w:t>
      </w:r>
    </w:p>
    <w:p>
      <w:pPr>
        <w:jc w:val="right"/>
      </w:pPr>
      <w:r>
        <w:t>ہمارے ہمارے اندر desire ہیں۔</w:t>
      </w:r>
    </w:p>
    <w:p>
      <w:r>
        <w:rPr>
          <w:b/>
        </w:rPr>
        <w:t xml:space="preserve">[51:21] </w:t>
      </w:r>
      <w:r>
        <w:t>Har aadmi full of desire hai.</w:t>
      </w:r>
    </w:p>
    <w:p>
      <w:pPr>
        <w:jc w:val="right"/>
      </w:pPr>
      <w:r>
        <w:t>ہر آدمی full of desire ہے۔</w:t>
      </w:r>
    </w:p>
    <w:p>
      <w:r>
        <w:rPr>
          <w:b/>
        </w:rPr>
        <w:t xml:space="preserve">[51:24] </w:t>
      </w:r>
      <w:r>
        <w:t>Desire se bhara hua hai.</w:t>
      </w:r>
    </w:p>
    <w:p>
      <w:pPr>
        <w:jc w:val="right"/>
      </w:pPr>
      <w:r>
        <w:t>Desire سے بھرا ہوا ہے۔</w:t>
      </w:r>
    </w:p>
    <w:p>
      <w:r>
        <w:rPr>
          <w:b/>
        </w:rPr>
        <w:t xml:space="preserve">[51:28] </w:t>
      </w:r>
      <w:r>
        <w:t>Is desire ko aadmi chahta hai paana.</w:t>
      </w:r>
    </w:p>
    <w:p>
      <w:pPr>
        <w:jc w:val="right"/>
      </w:pPr>
      <w:r>
        <w:t>اس desire کو آدمی چاہتا ہے پانا۔</w:t>
      </w:r>
    </w:p>
    <w:p>
      <w:r>
        <w:rPr>
          <w:b/>
        </w:rPr>
        <w:t xml:space="preserve">[51:31] </w:t>
      </w:r>
      <w:r>
        <w:t>Har aadmi daud raha hai apne desire</w:t>
      </w:r>
    </w:p>
    <w:p>
      <w:pPr>
        <w:jc w:val="right"/>
      </w:pPr>
      <w:r>
        <w:t>ہر آدمی دوڑ رہا ہے اپنے desire</w:t>
      </w:r>
    </w:p>
    <w:p>
      <w:r>
        <w:rPr>
          <w:b/>
        </w:rPr>
        <w:t xml:space="preserve">[51:34] </w:t>
      </w:r>
      <w:r>
        <w:t>ko poora karne ke liye.</w:t>
      </w:r>
    </w:p>
    <w:p>
      <w:pPr>
        <w:jc w:val="right"/>
      </w:pPr>
      <w:r>
        <w:t>کو پورا کرنے کے لیے۔</w:t>
      </w:r>
    </w:p>
    <w:p>
      <w:r>
        <w:rPr>
          <w:b/>
        </w:rPr>
        <w:t xml:space="preserve">[51:38] </w:t>
      </w:r>
      <w:r>
        <w:t>Madness ki had tak daud raha hai woh.</w:t>
      </w:r>
    </w:p>
    <w:p>
      <w:pPr>
        <w:jc w:val="right"/>
      </w:pPr>
      <w:r>
        <w:t>Madness کی حد تک دوڑ رہا ہے وہ۔</w:t>
      </w:r>
    </w:p>
    <w:p>
      <w:r>
        <w:rPr>
          <w:b/>
        </w:rPr>
        <w:t xml:space="preserve">[51:42] </w:t>
      </w:r>
      <w:r>
        <w:t>Lekin kya hota hai? Apni desire ko poora kiye baghair woh mar jata hai.</w:t>
      </w:r>
    </w:p>
    <w:p>
      <w:pPr>
        <w:jc w:val="right"/>
      </w:pPr>
      <w:r>
        <w:t>لیکن کیا ہوتا ہے؟ اپنی desire کو پورا کیے بغیر وہ مر جاتا ہے۔</w:t>
      </w:r>
    </w:p>
    <w:p>
      <w:r>
        <w:rPr>
          <w:b/>
        </w:rPr>
        <w:t xml:space="preserve">[51:46] </w:t>
      </w:r>
      <w:r>
        <w:t>Ab yahan pe aap dekhiye aap aap dekhiye misaal ke taur par jo novels hain jitne novel kahan</w:t>
      </w:r>
    </w:p>
    <w:p>
      <w:pPr>
        <w:jc w:val="right"/>
      </w:pPr>
      <w:r>
        <w:t>اب یہاں پہ آپ دیکھیے آپ آپ دیکھیے مثال کے طور پر جو novels ہیں جتنے ناول کہاں</w:t>
      </w:r>
    </w:p>
    <w:p>
      <w:r>
        <w:rPr>
          <w:b/>
        </w:rPr>
        <w:t xml:space="preserve">[51:50] </w:t>
      </w:r>
      <w:r>
        <w:t>hain woh isi ki to history hai.</w:t>
      </w:r>
    </w:p>
    <w:p>
      <w:pPr>
        <w:jc w:val="right"/>
      </w:pPr>
      <w:r>
        <w:t>ہیں وہ اسی کی تو history ہے۔</w:t>
      </w:r>
    </w:p>
    <w:p>
      <w:r>
        <w:rPr>
          <w:b/>
        </w:rPr>
        <w:t xml:space="preserve">[51:54] </w:t>
      </w:r>
      <w:r>
        <w:t>History of desires hai.</w:t>
      </w:r>
    </w:p>
    <w:p>
      <w:pPr>
        <w:jc w:val="right"/>
      </w:pPr>
      <w:r>
        <w:t>History of desires ہے۔</w:t>
      </w:r>
    </w:p>
    <w:p>
      <w:r>
        <w:rPr>
          <w:b/>
        </w:rPr>
        <w:t xml:space="preserve">[51:57] </w:t>
      </w:r>
      <w:r>
        <w:t>Saare novel jo hain woh history of desires hain.</w:t>
      </w:r>
    </w:p>
    <w:p>
      <w:pPr>
        <w:jc w:val="right"/>
      </w:pPr>
      <w:r>
        <w:t>سارے ناول جو ہیں وہ history of desires ہیں۔</w:t>
      </w:r>
    </w:p>
    <w:p>
      <w:r>
        <w:rPr>
          <w:b/>
        </w:rPr>
        <w:t xml:space="preserve">[52:01] </w:t>
      </w:r>
      <w:r>
        <w:t>Aur har novel jo hai woh tragedy par khatm hota hai.</w:t>
      </w:r>
    </w:p>
    <w:p>
      <w:pPr>
        <w:jc w:val="right"/>
      </w:pPr>
      <w:r>
        <w:t>اور ہر ناول جو ہے وہ tragedy پر ختم ہوتا ہے۔</w:t>
      </w:r>
    </w:p>
    <w:p>
      <w:r>
        <w:rPr>
          <w:b/>
        </w:rPr>
        <w:t xml:space="preserve">[52:05] </w:t>
      </w:r>
      <w:r>
        <w:t>Saare novel yeh batate hain ke insaan ke andar desires hain lekin insaan in desires ko poora nahi kar sakta.</w:t>
      </w:r>
    </w:p>
    <w:p>
      <w:pPr>
        <w:jc w:val="right"/>
      </w:pPr>
      <w:r>
        <w:t>سارے ناول یہ بتاتے ہیں کہ انسان کے اندر desires ہیں لیکن انسان ان desires کو پورا نہیں کر سکتا۔</w:t>
      </w:r>
    </w:p>
    <w:p>
      <w:r>
        <w:rPr>
          <w:b/>
        </w:rPr>
        <w:t xml:space="preserve">[52:10] </w:t>
      </w:r>
      <w:r>
        <w:t>Goya novel jo hain desires ki history hain.</w:t>
      </w:r>
    </w:p>
    <w:p>
      <w:pPr>
        <w:jc w:val="right"/>
      </w:pPr>
      <w:r>
        <w:t>گویا ناول جو ہیں desires کی history ہیں۔</w:t>
      </w:r>
    </w:p>
    <w:p>
      <w:r>
        <w:rPr>
          <w:b/>
        </w:rPr>
        <w:t xml:space="preserve">[52:16] </w:t>
      </w:r>
      <w:r>
        <w:t>Aur har novel yeh batata hai ke hum apni desire ko poora nahi kar sakte.</w:t>
      </w:r>
    </w:p>
    <w:p>
      <w:pPr>
        <w:jc w:val="right"/>
      </w:pPr>
      <w:r>
        <w:t>اور ہر ناول یہ بتاتا ہے کہ ہم اپنی desire کو پورا نہیں کر سکتے۔</w:t>
      </w:r>
    </w:p>
    <w:p>
      <w:r>
        <w:rPr>
          <w:b/>
        </w:rPr>
        <w:t xml:space="preserve">[52:21] </w:t>
      </w:r>
      <w:r>
        <w:t>Isi liye saare novel jitne bade bade novel hain woh sab woh sab tragedy hain.</w:t>
      </w:r>
    </w:p>
    <w:p>
      <w:pPr>
        <w:jc w:val="right"/>
      </w:pPr>
      <w:r>
        <w:t>اسی لیے سارے ناول جتنے بڑے بڑے ناول ہیں وہ سب وہ سب tragedy ہیں۔</w:t>
      </w:r>
    </w:p>
    <w:p>
      <w:r>
        <w:rPr>
          <w:b/>
        </w:rPr>
        <w:t xml:space="preserve">[52:27] </w:t>
      </w:r>
      <w:r>
        <w:t>Comedy nahi hai.</w:t>
      </w:r>
    </w:p>
    <w:p>
      <w:pPr>
        <w:jc w:val="right"/>
      </w:pPr>
      <w:r>
        <w:t>Comedy نہیں ہے۔</w:t>
      </w:r>
    </w:p>
    <w:p>
      <w:r>
        <w:rPr>
          <w:b/>
        </w:rPr>
        <w:t xml:space="preserve">[52:32] </w:t>
      </w:r>
      <w:r>
        <w:t>Ab yahan par dekhiye prophet ne hum ko bataya</w:t>
      </w:r>
    </w:p>
    <w:p>
      <w:pPr>
        <w:jc w:val="right"/>
      </w:pPr>
      <w:r>
        <w:t>اب یہاں پر دیکھیے prophet نے ہم کو بتایا</w:t>
      </w:r>
    </w:p>
    <w:p>
      <w:r>
        <w:rPr>
          <w:b/>
        </w:rPr>
        <w:t xml:space="preserve">[52:37] </w:t>
      </w:r>
      <w:r>
        <w:t>ke is duniya mein desire hai lekin fulfillment jo hai woh akhirat mein hai.</w:t>
      </w:r>
    </w:p>
    <w:p>
      <w:pPr>
        <w:jc w:val="right"/>
      </w:pPr>
      <w:r>
        <w:t>کہ اس دنیا میں desire ہے لیکن fulfillment جو ہے وہ آخرت میں ہے۔</w:t>
      </w:r>
    </w:p>
    <w:p>
      <w:r>
        <w:rPr>
          <w:b/>
        </w:rPr>
        <w:t xml:space="preserve">[52:43] </w:t>
      </w:r>
      <w:r>
        <w:t>Yahan aap ke paas desire hoti hain lekin fulfillment nahi ho sakta hai woh.</w:t>
      </w:r>
    </w:p>
    <w:p>
      <w:pPr>
        <w:jc w:val="right"/>
      </w:pPr>
      <w:r>
        <w:t>یہاں آپ کے پاس desire ہوتی ہیں لیکن fulfillment نہیں ہو سکتا ہے وہ۔</w:t>
      </w:r>
    </w:p>
    <w:p>
      <w:r>
        <w:rPr>
          <w:b/>
        </w:rPr>
        <w:t xml:space="preserve">[52:50] </w:t>
      </w:r>
      <w:r>
        <w:t>Aap yahan par desire ka tajurba karte hain lekin fulfillment jo hai woh aap ko sirf akhirat mein</w:t>
      </w:r>
    </w:p>
    <w:p>
      <w:pPr>
        <w:jc w:val="right"/>
      </w:pPr>
      <w:r>
        <w:t>آپ یہاں پر desire کا تجربہ کرتے ہیں لیکن fulfillment جو ہے وہ آپ کو صرف آخرت میں</w:t>
      </w:r>
    </w:p>
    <w:p>
      <w:r>
        <w:rPr>
          <w:b/>
        </w:rPr>
        <w:t xml:space="preserve">[52:56] </w:t>
      </w:r>
      <w:r>
        <w:t>milega yani paradise mein.</w:t>
      </w:r>
    </w:p>
    <w:p>
      <w:pPr>
        <w:jc w:val="right"/>
      </w:pPr>
      <w:r>
        <w:t>ملے گا یعنی paradise میں۔</w:t>
      </w:r>
    </w:p>
    <w:p>
      <w:r>
        <w:rPr>
          <w:b/>
        </w:rPr>
        <w:t xml:space="preserve">[53:02] </w:t>
      </w:r>
      <w:r>
        <w:t>ab yahan par dekhiye condition khatm ho gaya.</w:t>
      </w:r>
    </w:p>
    <w:p>
      <w:pPr>
        <w:jc w:val="right"/>
      </w:pPr>
      <w:r>
        <w:t>اب یہاں پر دیکھیے condition ختم ہو گیا۔</w:t>
      </w:r>
    </w:p>
    <w:p>
      <w:r>
        <w:rPr>
          <w:b/>
        </w:rPr>
        <w:t xml:space="preserve">[53:08] </w:t>
      </w:r>
      <w:r>
        <w:t>yani desire chahti thi fulfillment.</w:t>
      </w:r>
    </w:p>
    <w:p>
      <w:pPr>
        <w:jc w:val="right"/>
      </w:pPr>
      <w:r>
        <w:t>یعنی desire چاہتی تھی fulfillment۔</w:t>
      </w:r>
    </w:p>
    <w:p>
      <w:r>
        <w:rPr>
          <w:b/>
        </w:rPr>
        <w:t xml:space="preserve">[53:13] </w:t>
      </w:r>
      <w:r>
        <w:t>aur saare thinkers aur philosophers chahte the is duniya mein paida karna poora karna.</w:t>
      </w:r>
    </w:p>
    <w:p>
      <w:pPr>
        <w:jc w:val="right"/>
      </w:pPr>
      <w:r>
        <w:t>اور سارے thinkers اور philosophers چاہتے تھے اس دنیا میں پیدا کرنا پورا کرنا۔</w:t>
      </w:r>
    </w:p>
    <w:p>
      <w:r>
        <w:rPr>
          <w:b/>
        </w:rPr>
        <w:t xml:space="preserve">[53:17] </w:t>
      </w:r>
      <w:r>
        <w:t>Desire ko poora karna samajhte the ke yahi woh sab poora ho karna chahiye hum ko.</w:t>
      </w:r>
    </w:p>
    <w:p>
      <w:pPr>
        <w:jc w:val="right"/>
      </w:pPr>
      <w:r>
        <w:t>Desire کو پورا کرنا سمجھتے تھے کہ یہی وہ سب پورا ہو کرنا چاہیے ہم کو۔</w:t>
      </w:r>
    </w:p>
    <w:p>
      <w:r>
        <w:rPr>
          <w:b/>
        </w:rPr>
        <w:t xml:space="preserve">[53:22] </w:t>
      </w:r>
      <w:r>
        <w:t>Aur poora kar nahi paya koi.</w:t>
      </w:r>
    </w:p>
    <w:p>
      <w:pPr>
        <w:jc w:val="right"/>
      </w:pPr>
      <w:r>
        <w:t>اور پورا کر نہیں پایا کوئی۔</w:t>
      </w:r>
    </w:p>
    <w:p>
      <w:r>
        <w:rPr>
          <w:b/>
        </w:rPr>
        <w:t xml:space="preserve">[53:26] </w:t>
      </w:r>
      <w:r>
        <w:t>To prophet ne bataya ke desire ka fulfillment jo hai woh sirf akhirat mein hai.</w:t>
      </w:r>
    </w:p>
    <w:p>
      <w:pPr>
        <w:jc w:val="right"/>
      </w:pPr>
      <w:r>
        <w:t>تو prophet نے بتایا کہ desire کا fulfillment جو ہے وہ صرف آخرت میں ہے۔</w:t>
      </w:r>
    </w:p>
    <w:p>
      <w:r>
        <w:rPr>
          <w:b/>
        </w:rPr>
        <w:t xml:space="preserve">[53:30] </w:t>
      </w:r>
      <w:r>
        <w:t>Yahan possible nahi hai.</w:t>
      </w:r>
    </w:p>
    <w:p>
      <w:pPr>
        <w:jc w:val="right"/>
      </w:pPr>
      <w:r>
        <w:t>یہاں possible نہیں ہے۔</w:t>
      </w:r>
    </w:p>
    <w:p>
      <w:r>
        <w:rPr>
          <w:b/>
        </w:rPr>
        <w:t xml:space="preserve">[53:35] </w:t>
      </w:r>
      <w:r>
        <w:t>Yahan tumhare liye</w:t>
      </w:r>
    </w:p>
    <w:p>
      <w:pPr>
        <w:jc w:val="right"/>
      </w:pPr>
      <w:r>
        <w:t>یہاں تمہارے لیے</w:t>
      </w:r>
    </w:p>
    <w:p>
      <w:r>
        <w:rPr>
          <w:b/>
        </w:rPr>
        <w:t xml:space="preserve">[53:39] </w:t>
      </w:r>
      <w:r>
        <w:t>sirf yeh hai ke apne aap ko Khuda ke naqshe par dhalo.</w:t>
      </w:r>
    </w:p>
    <w:p>
      <w:pPr>
        <w:jc w:val="right"/>
      </w:pPr>
      <w:r>
        <w:t>صرف یہ ہے کہ اپنے آپ کو خدا کے نقشے پر ڈھالو۔</w:t>
      </w:r>
    </w:p>
    <w:p>
      <w:r>
        <w:rPr>
          <w:b/>
        </w:rPr>
        <w:t xml:space="preserve">[53:44] </w:t>
      </w:r>
      <w:r>
        <w:t>Khuda ke hukum par chalo.</w:t>
      </w:r>
    </w:p>
    <w:p>
      <w:pPr>
        <w:jc w:val="right"/>
      </w:pPr>
      <w:r>
        <w:t>خدا کے حکم پر چلو۔</w:t>
      </w:r>
    </w:p>
    <w:p>
      <w:r>
        <w:rPr>
          <w:b/>
        </w:rPr>
        <w:t xml:space="preserve">[53:49] </w:t>
      </w:r>
      <w:r>
        <w:t>To phir Khuda tum ko paradise dega jahan tum ko poora poora fulfillment milega.</w:t>
      </w:r>
    </w:p>
    <w:p>
      <w:pPr>
        <w:jc w:val="right"/>
      </w:pPr>
      <w:r>
        <w:t>تو پھر خدا تم کو paradise دے گا جہاں تم کو پورا پورا fulfillment ملے گا۔</w:t>
      </w:r>
    </w:p>
    <w:p>
      <w:r>
        <w:rPr>
          <w:b/>
        </w:rPr>
        <w:t xml:space="preserve">[53:54] </w:t>
      </w:r>
      <w:r>
        <w:t>Is tarah woh condition khatm ho gaya.</w:t>
      </w:r>
    </w:p>
    <w:p>
      <w:pPr>
        <w:jc w:val="right"/>
      </w:pPr>
      <w:r>
        <w:t>اس طرح وہ condition ختم ہو گیا۔</w:t>
      </w:r>
    </w:p>
    <w:p>
      <w:r>
        <w:rPr>
          <w:b/>
        </w:rPr>
        <w:t xml:space="preserve">[53:59] </w:t>
      </w:r>
      <w:r>
        <w:t>To yeh hai criterion jis se aap jaanchen prophet ki baaton ko.</w:t>
      </w:r>
    </w:p>
    <w:p>
      <w:pPr>
        <w:jc w:val="right"/>
      </w:pPr>
      <w:r>
        <w:t>تو یہ ہے criterion جس سے آپ جانچیں prophet کی باتوں کو۔</w:t>
      </w:r>
    </w:p>
    <w:p>
      <w:r>
        <w:rPr>
          <w:b/>
        </w:rPr>
        <w:t xml:space="preserve">[54:04] </w:t>
      </w:r>
      <w:r>
        <w:t>Yani Quran ko, hadith ko</w:t>
      </w:r>
    </w:p>
    <w:p>
      <w:pPr>
        <w:jc w:val="right"/>
      </w:pPr>
      <w:r>
        <w:t>یعنی قرآن کو، حدیث کو</w:t>
      </w:r>
    </w:p>
    <w:p>
      <w:r>
        <w:rPr>
          <w:b/>
        </w:rPr>
        <w:t xml:space="preserve">[54:09] </w:t>
      </w:r>
      <w:r>
        <w:t>, prophet ki life ko aap jaanchen ke kya is mein inconsistency hai.</w:t>
      </w:r>
    </w:p>
    <w:p>
      <w:pPr>
        <w:jc w:val="right"/>
      </w:pPr>
      <w:r>
        <w:t>، prophet کی life کو آپ جانچیں کہ کیا اس میں inconsistency ہے۔</w:t>
      </w:r>
    </w:p>
    <w:p>
      <w:r>
        <w:rPr>
          <w:b/>
        </w:rPr>
        <w:t xml:space="preserve">[54:15] </w:t>
      </w:r>
      <w:r>
        <w:t>Hamara jo known world hai kya is se woh takrata hai? Agar nahi takrata hai to aap ko</w:t>
      </w:r>
    </w:p>
    <w:p>
      <w:pPr>
        <w:jc w:val="right"/>
      </w:pPr>
      <w:r>
        <w:t>ہمارا جو known world ہے کیا اس سے وہ ٹکراتا ہے؟ اگر نہیں ٹکراتا ہے تو آپ کو</w:t>
      </w:r>
    </w:p>
    <w:p>
      <w:r>
        <w:rPr>
          <w:b/>
        </w:rPr>
        <w:t xml:space="preserve">[54:21] </w:t>
      </w:r>
      <w:r>
        <w:t>manna padega ke sachai hai yeh.</w:t>
      </w:r>
    </w:p>
    <w:p>
      <w:pPr>
        <w:jc w:val="right"/>
      </w:pPr>
      <w:r>
        <w:t>ماننا پڑے گا کہ سچائی ہے یہ۔</w:t>
      </w:r>
    </w:p>
    <w:p>
      <w:r>
        <w:rPr>
          <w:b/>
        </w:rPr>
        <w:t xml:space="preserve">[54:27] </w:t>
      </w:r>
      <w:r>
        <w:t>Isi criterion ko le kar ke aap ko judge karna chahiye.</w:t>
      </w:r>
    </w:p>
    <w:p>
      <w:pPr>
        <w:jc w:val="right"/>
      </w:pPr>
      <w:r>
        <w:t>اسی criterion کو لے کر کے آپ کو judge کرنا چاہیے۔</w:t>
      </w:r>
    </w:p>
    <w:p>
      <w:r>
        <w:rPr>
          <w:b/>
        </w:rPr>
        <w:t xml:space="preserve">[54:34] </w:t>
      </w:r>
      <w:r>
        <w:t>Isi ke saath aur bahut si cheezein mein is se pehle aap se kehta raha hoon</w:t>
      </w:r>
    </w:p>
    <w:p>
      <w:pPr>
        <w:jc w:val="right"/>
      </w:pPr>
      <w:r>
        <w:t>اسی کے ساتھ اور بہت سی چیزیں میں اس سے پہلے آپ سے کہتا رہا ہوں</w:t>
      </w:r>
    </w:p>
    <w:p>
      <w:r>
        <w:rPr>
          <w:b/>
        </w:rPr>
        <w:t xml:space="preserve">[54:40] </w:t>
      </w:r>
      <w:r>
        <w:t>ke Quran mein bahut se scientific references hain.</w:t>
      </w:r>
    </w:p>
    <w:p>
      <w:pPr>
        <w:jc w:val="right"/>
      </w:pPr>
      <w:r>
        <w:t>کہ قرآن میں بہت سے scientific references ہیں۔</w:t>
      </w:r>
    </w:p>
    <w:p>
      <w:r>
        <w:rPr>
          <w:b/>
        </w:rPr>
        <w:t xml:space="preserve">[54:45] </w:t>
      </w:r>
      <w:r>
        <w:t>History ke references hain.</w:t>
      </w:r>
    </w:p>
    <w:p>
      <w:pPr>
        <w:jc w:val="right"/>
      </w:pPr>
      <w:r>
        <w:t>History کے references ہیں۔</w:t>
      </w:r>
    </w:p>
    <w:p>
      <w:r>
        <w:rPr>
          <w:b/>
        </w:rPr>
        <w:t xml:space="preserve">[54:50] </w:t>
      </w:r>
      <w:r>
        <w:t>Jo ke us waqt jab Quran utra yani saatwein sadi ke pehle sehi maahi mein us waqt insaan</w:t>
      </w:r>
    </w:p>
    <w:p>
      <w:pPr>
        <w:jc w:val="right"/>
      </w:pPr>
      <w:r>
        <w:t>جو کہ اس وقت جب قرآن اترا یعنی ساتویں صدی کے پہلے سہ ماہی میں اس وقت انسان</w:t>
      </w:r>
    </w:p>
    <w:p>
      <w:r>
        <w:rPr>
          <w:b/>
        </w:rPr>
        <w:t xml:space="preserve">[54:55] </w:t>
      </w:r>
      <w:r>
        <w:t>is ko jaanta nahi tha.</w:t>
      </w:r>
    </w:p>
    <w:p>
      <w:pPr>
        <w:jc w:val="right"/>
      </w:pPr>
      <w:r>
        <w:t>اس کو جانتا نہیں تھا۔</w:t>
      </w:r>
    </w:p>
    <w:p>
      <w:r>
        <w:rPr>
          <w:b/>
        </w:rPr>
        <w:t xml:space="preserve">[55:00] </w:t>
      </w:r>
      <w:r>
        <w:t>Maslan Quran mein hai ke bachche ke baare mein jo maa ke pait mein hota hai bachcha min</w:t>
      </w:r>
    </w:p>
    <w:p>
      <w:pPr>
        <w:jc w:val="right"/>
      </w:pPr>
      <w:r>
        <w:t>مثلاً قرآن میں ہے کہ بچے کے بارے میں جو ماں کے پیٹ میں ہوتا ہے بچہ مِنْ</w:t>
      </w:r>
    </w:p>
    <w:p>
      <w:r>
        <w:rPr>
          <w:b/>
        </w:rPr>
        <w:t xml:space="preserve">[55:05] </w:t>
      </w:r>
      <w:r>
        <w:t>feez walamaat teen</w:t>
      </w:r>
    </w:p>
    <w:p>
      <w:pPr>
        <w:jc w:val="right"/>
      </w:pPr>
      <w:r>
        <w:t>فِيْزْ وَلَمَاتٍ ثَلَاثٍ</w:t>
      </w:r>
    </w:p>
    <w:p>
      <w:r>
        <w:rPr>
          <w:b/>
        </w:rPr>
        <w:t xml:space="preserve">[55:10] </w:t>
      </w:r>
      <w:r>
        <w:t>yani teen pardo mein hota hai woh</w:t>
      </w:r>
    </w:p>
    <w:p>
      <w:pPr>
        <w:jc w:val="right"/>
      </w:pPr>
      <w:r>
        <w:t>یعنی تین پردوں میں ہوتا ہے وہ۔</w:t>
      </w:r>
    </w:p>
    <w:p>
      <w:r>
        <w:rPr>
          <w:b/>
        </w:rPr>
        <w:t xml:space="preserve">[55:14] </w:t>
      </w:r>
      <w:r>
        <w:t>teen yani woh wrap kiya hua hota hai teen teen ghilaf mein</w:t>
      </w:r>
    </w:p>
    <w:p>
      <w:pPr>
        <w:jc w:val="right"/>
      </w:pPr>
      <w:r>
        <w:t>تین یعنی وہ wrap کیا ہوا ہوتا ہے تین تین غلاف میں۔</w:t>
      </w:r>
    </w:p>
    <w:p>
      <w:r>
        <w:rPr>
          <w:b/>
        </w:rPr>
        <w:t xml:space="preserve">[55:18] </w:t>
      </w:r>
      <w:r>
        <w:t>aik wrap kiya hua hota hai woh bachcha jo hota hai pait mein</w:t>
      </w:r>
    </w:p>
    <w:p>
      <w:pPr>
        <w:jc w:val="right"/>
      </w:pPr>
      <w:r>
        <w:t>ایک wrap کیا ہوا ہوتا ہے وہ بچہ جو ہوتا ہے پیٹ میں۔</w:t>
      </w:r>
    </w:p>
    <w:p>
      <w:r>
        <w:rPr>
          <w:b/>
        </w:rPr>
        <w:t xml:space="preserve">[55:23] </w:t>
      </w:r>
      <w:r>
        <w:t>koi teen wrapper ke andar hota hai teen cover ke andar hota hai</w:t>
      </w:r>
    </w:p>
    <w:p>
      <w:pPr>
        <w:jc w:val="right"/>
      </w:pPr>
      <w:r>
        <w:t>کوئی تین wrapper کے اندر ہوتا ہے تین cover کے اندر ہوتا ہے۔</w:t>
      </w:r>
    </w:p>
    <w:p>
      <w:r>
        <w:rPr>
          <w:b/>
        </w:rPr>
        <w:t xml:space="preserve">[55:27] </w:t>
      </w:r>
      <w:r>
        <w:t>yeh uss waqt insaan nahi jaanta tha</w:t>
      </w:r>
    </w:p>
    <w:p>
      <w:pPr>
        <w:jc w:val="right"/>
      </w:pPr>
      <w:r>
        <w:t>یہ اس وقت انسان نہیں جانتا تھا۔</w:t>
      </w:r>
    </w:p>
    <w:p>
      <w:r>
        <w:rPr>
          <w:b/>
        </w:rPr>
        <w:t xml:space="preserve">[55:31] </w:t>
      </w:r>
      <w:r>
        <w:t>kyunke uss waqt surgery nahi hui thi</w:t>
      </w:r>
    </w:p>
    <w:p>
      <w:pPr>
        <w:jc w:val="right"/>
      </w:pPr>
      <w:r>
        <w:t>کیونکہ اس وقت سرجری نہیں ہوئی تھی۔</w:t>
      </w:r>
    </w:p>
    <w:p>
      <w:r>
        <w:rPr>
          <w:b/>
        </w:rPr>
        <w:t xml:space="preserve">[55:36] </w:t>
      </w:r>
      <w:r>
        <w:t>saatveen sadi ke pehle seh mahi mein</w:t>
      </w:r>
    </w:p>
    <w:p>
      <w:pPr>
        <w:jc w:val="right"/>
      </w:pPr>
      <w:r>
        <w:t>ساتویں صدی کے پہلے سہ ماہی میں</w:t>
      </w:r>
    </w:p>
    <w:p>
      <w:r>
        <w:rPr>
          <w:b/>
        </w:rPr>
        <w:t xml:space="preserve">[55:40] </w:t>
      </w:r>
      <w:r>
        <w:t>jab ke quran utra uss waqt surgery ka koi naam o nishan nahi tha</w:t>
      </w:r>
    </w:p>
    <w:p>
      <w:pPr>
        <w:jc w:val="right"/>
      </w:pPr>
      <w:r>
        <w:t>جب کہ قرآن اترا اس وقت سرجری کا کوئی نام و نشان نہیں تھا۔</w:t>
      </w:r>
    </w:p>
    <w:p>
      <w:r>
        <w:rPr>
          <w:b/>
        </w:rPr>
        <w:t xml:space="preserve">[55:45] </w:t>
      </w:r>
      <w:r>
        <w:t>toh insaan nahi jaanta tha ke maa ke pait mein jo bachcha paida hota hai maa ke pait</w:t>
      </w:r>
    </w:p>
    <w:p>
      <w:pPr>
        <w:jc w:val="right"/>
      </w:pPr>
      <w:r>
        <w:t>تو انسان نہیں جانتا تھا کہ ماں کے پیٹ میں جو بچہ پیدا ہوتا ہے ماں کے پیٹ</w:t>
      </w:r>
    </w:p>
    <w:p>
      <w:r>
        <w:rPr>
          <w:b/>
        </w:rPr>
        <w:t xml:space="preserve">[55:50] </w:t>
      </w:r>
      <w:r>
        <w:t>mein jo bachcha hota hai no mahine tak woh teen wrapper mein cover kiya hua hota hai</w:t>
      </w:r>
    </w:p>
    <w:p>
      <w:pPr>
        <w:jc w:val="right"/>
      </w:pPr>
      <w:r>
        <w:t>میں جو بچہ ہوتا ہے نو مہینے تک وہ تین wrapper میں cover کیا ہوا ہوتا ہے۔</w:t>
      </w:r>
    </w:p>
    <w:p>
      <w:r>
        <w:rPr>
          <w:b/>
        </w:rPr>
        <w:t xml:space="preserve">[55:56] </w:t>
      </w:r>
      <w:r>
        <w:t>iss ke teen parde hote hain</w:t>
      </w:r>
    </w:p>
    <w:p>
      <w:pPr>
        <w:jc w:val="right"/>
      </w:pPr>
      <w:r>
        <w:t>اس کے تین پردے ہوتے ہیں۔</w:t>
      </w:r>
    </w:p>
    <w:p>
      <w:r>
        <w:rPr>
          <w:b/>
        </w:rPr>
        <w:t xml:space="preserve">[56:01] </w:t>
      </w:r>
      <w:r>
        <w:t>bilkul insaan nahi jaanta tha</w:t>
      </w:r>
    </w:p>
    <w:p>
      <w:pPr>
        <w:jc w:val="right"/>
      </w:pPr>
      <w:r>
        <w:t>بالکل انسان نہیں جانتا تھا۔</w:t>
      </w:r>
    </w:p>
    <w:p>
      <w:r>
        <w:rPr>
          <w:b/>
        </w:rPr>
        <w:t xml:space="preserve">[56:06] </w:t>
      </w:r>
      <w:r>
        <w:t>ke kaise yeh mumkin hua yeh sirf khabeer ke liye mumkin tha khabeer</w:t>
      </w:r>
    </w:p>
    <w:p>
      <w:pPr>
        <w:jc w:val="right"/>
      </w:pPr>
      <w:r>
        <w:t>کہ کیسے یہ ممکن ہوا؟ یہ صرف خبیر کے لیے ممکن تھا خبیر۔</w:t>
      </w:r>
    </w:p>
    <w:p>
      <w:r>
        <w:rPr>
          <w:b/>
        </w:rPr>
        <w:t xml:space="preserve">[56:11] </w:t>
      </w:r>
      <w:r>
        <w:t>yeh sirf khabeer jaanta tha ke bachcha teen wrapper mein hota hai</w:t>
      </w:r>
    </w:p>
    <w:p>
      <w:pPr>
        <w:jc w:val="right"/>
      </w:pPr>
      <w:r>
        <w:t>یہ صرف خبیر جانتا تھا کہ بچہ تین wrapper میں ہوتا ہے۔</w:t>
      </w:r>
    </w:p>
    <w:p>
      <w:r>
        <w:rPr>
          <w:b/>
        </w:rPr>
        <w:t xml:space="preserve">[56:15] </w:t>
      </w:r>
      <w:r>
        <w:t>ya teen parde mein hota hai</w:t>
      </w:r>
    </w:p>
    <w:p>
      <w:pPr>
        <w:jc w:val="right"/>
      </w:pPr>
      <w:r>
        <w:t>یا تین پردے میں ہوتا ہے۔</w:t>
      </w:r>
    </w:p>
    <w:p>
      <w:r>
        <w:rPr>
          <w:b/>
        </w:rPr>
        <w:t xml:space="preserve">[56:20] </w:t>
      </w:r>
      <w:r>
        <w:t>aisi bohat sari baatein hain jo maine apni kitabon mein likhi hain</w:t>
      </w:r>
    </w:p>
    <w:p>
      <w:pPr>
        <w:jc w:val="right"/>
      </w:pPr>
      <w:r>
        <w:t>ایسی بہت ساری باتیں ہیں جو میں نے اپنی کتابوں میں لکھی ہیں۔</w:t>
      </w:r>
    </w:p>
    <w:p>
      <w:r>
        <w:rPr>
          <w:b/>
        </w:rPr>
        <w:t xml:space="preserve">[56:24] </w:t>
      </w:r>
      <w:r>
        <w:t>aap iss ko parh sakte hain</w:t>
      </w:r>
    </w:p>
    <w:p>
      <w:pPr>
        <w:jc w:val="right"/>
      </w:pPr>
      <w:r>
        <w:t>آپ اس کو پڑھ سکتے ہیں۔</w:t>
      </w:r>
    </w:p>
    <w:p>
      <w:r>
        <w:rPr>
          <w:b/>
        </w:rPr>
        <w:t xml:space="preserve">[56:28] </w:t>
      </w:r>
      <w:r>
        <w:t>ke aise references quran mein hain</w:t>
      </w:r>
    </w:p>
    <w:p>
      <w:pPr>
        <w:jc w:val="right"/>
      </w:pPr>
      <w:r>
        <w:t>کہ ایسے references قرآن میں ہیں۔</w:t>
      </w:r>
    </w:p>
    <w:p>
      <w:r>
        <w:rPr>
          <w:b/>
        </w:rPr>
        <w:t xml:space="preserve">[56:33] </w:t>
      </w:r>
      <w:r>
        <w:t>science ke history ke aur doosre shobon ke jo uss waqt insaan ko bilkul hi yani insaan bilkul</w:t>
      </w:r>
    </w:p>
    <w:p>
      <w:pPr>
        <w:jc w:val="right"/>
      </w:pPr>
      <w:r>
        <w:t>سائنس کے، history کے اور دوسرے شعبوں کے جو اس وقت انسان کو بالکل ہی یعنی انسان بالکل</w:t>
      </w:r>
    </w:p>
    <w:p>
      <w:r>
        <w:rPr>
          <w:b/>
        </w:rPr>
        <w:t xml:space="preserve">[56:37] </w:t>
      </w:r>
      <w:r>
        <w:t>jaanta na tha toh sirf</w:t>
      </w:r>
    </w:p>
    <w:p>
      <w:pPr>
        <w:jc w:val="right"/>
      </w:pPr>
      <w:r>
        <w:t>جانتا نہ تھا۔ تو صرف</w:t>
      </w:r>
    </w:p>
    <w:p>
      <w:r>
        <w:rPr>
          <w:b/>
        </w:rPr>
        <w:t xml:space="preserve">[56:41] </w:t>
      </w:r>
      <w:r>
        <w:t>khabeer jaan sakta tha</w:t>
      </w:r>
    </w:p>
    <w:p>
      <w:pPr>
        <w:jc w:val="right"/>
      </w:pPr>
      <w:r>
        <w:t>خبیر جان سکتا تھا۔</w:t>
      </w:r>
    </w:p>
    <w:p>
      <w:r>
        <w:rPr>
          <w:b/>
        </w:rPr>
        <w:t xml:space="preserve">[56:46] </w:t>
      </w:r>
      <w:r>
        <w:t>khuda jo all-knowing hai wohi jaan sakta tha</w:t>
      </w:r>
    </w:p>
    <w:p>
      <w:pPr>
        <w:jc w:val="right"/>
      </w:pPr>
      <w:r>
        <w:t>خدا جو all-knowing ہے وہی جان سکتا تھا۔</w:t>
      </w:r>
    </w:p>
    <w:p>
      <w:r>
        <w:rPr>
          <w:b/>
        </w:rPr>
        <w:t xml:space="preserve">[56:50] </w:t>
      </w:r>
      <w:r>
        <w:t>toh aise aisi baaton ka reference quran mein hona jo uss waqt discover nahi hui thi</w:t>
      </w:r>
    </w:p>
    <w:p>
      <w:pPr>
        <w:jc w:val="right"/>
      </w:pPr>
      <w:r>
        <w:t>تو ایسے ایسی باتوں کا reference قرآن میں ہونا جو اس وقت discover نہیں ہوئی تھیں۔</w:t>
      </w:r>
    </w:p>
    <w:p>
      <w:r>
        <w:rPr>
          <w:b/>
        </w:rPr>
        <w:t xml:space="preserve">[56:54] </w:t>
      </w:r>
      <w:r>
        <w:t>sirf baad ko discover huin</w:t>
      </w:r>
    </w:p>
    <w:p>
      <w:pPr>
        <w:jc w:val="right"/>
      </w:pPr>
      <w:r>
        <w:t>صرف بعد کو discover ہوئیں۔</w:t>
      </w:r>
    </w:p>
    <w:p>
      <w:r>
        <w:rPr>
          <w:b/>
        </w:rPr>
        <w:t xml:space="preserve">[56:59] </w:t>
      </w:r>
      <w:r>
        <w:t>misal ke taur par quran mein.</w:t>
      </w:r>
    </w:p>
    <w:p>
      <w:pPr>
        <w:jc w:val="right"/>
      </w:pPr>
      <w:r>
        <w:t>مثال کے طور پر قرآن میں۔</w:t>
      </w:r>
    </w:p>
    <w:p>
      <w:r>
        <w:rPr>
          <w:b/>
        </w:rPr>
        <w:t xml:space="preserve">[57:03] </w:t>
      </w:r>
      <w:r>
        <w:t>Big Bang ka itna khula reference quran majeed mein hai ke is se zyada clear reference nahi ho sakta hai.</w:t>
      </w:r>
    </w:p>
    <w:p>
      <w:pPr>
        <w:jc w:val="right"/>
      </w:pPr>
      <w:r>
        <w:t>Big Bang کا اتنا کھلا reference قرآن مجید میں ہے کہ اس سے زیادہ clear reference نہیں ہو سکتا ہے۔</w:t>
      </w:r>
    </w:p>
    <w:p>
      <w:r>
        <w:rPr>
          <w:b/>
        </w:rPr>
        <w:t xml:space="preserve">[57:08] </w:t>
      </w:r>
      <w:r>
        <w:t>aap sochen ke Big Bang kaun janta tha is waqt?</w:t>
      </w:r>
    </w:p>
    <w:p>
      <w:pPr>
        <w:jc w:val="right"/>
      </w:pPr>
      <w:r>
        <w:t>آپ سوچیں کہ Big Bang کون جانتا تھا اس وقت؟</w:t>
      </w:r>
    </w:p>
    <w:p>
      <w:r>
        <w:rPr>
          <w:b/>
        </w:rPr>
        <w:t xml:space="preserve">[57:12] </w:t>
      </w:r>
      <w:r>
        <w:t>saatwin sadi ke pehle sehi mah mein kaun janta tha? is waqt Big Bang ka reference maujood hai</w:t>
      </w:r>
    </w:p>
    <w:p>
      <w:pPr>
        <w:jc w:val="right"/>
      </w:pPr>
      <w:r>
        <w:t>ساتویں صدی کے پہلے سہ ماہی میں کون جانتا تھا؟ اس وقت Big Bang کا reference موجود ہے</w:t>
      </w:r>
    </w:p>
    <w:p>
      <w:r>
        <w:rPr>
          <w:b/>
        </w:rPr>
        <w:t xml:space="preserve">[57:18] </w:t>
      </w:r>
      <w:r>
        <w:t>jo sirf beesween sadi ke pehle half mein daryaft hua.</w:t>
      </w:r>
    </w:p>
    <w:p>
      <w:pPr>
        <w:jc w:val="right"/>
      </w:pPr>
      <w:r>
        <w:t>جو صرف بیسویں صدی کے پہلے نصف میں دریافت ہوا۔</w:t>
      </w:r>
    </w:p>
    <w:p>
      <w:r>
        <w:rPr>
          <w:b/>
        </w:rPr>
        <w:t xml:space="preserve">[57:24] </w:t>
      </w:r>
      <w:r>
        <w:t>is baaton mein ne tafseel ke sath likhi hain apni kitabon mein aap dekh sakte hain is ko.</w:t>
      </w:r>
    </w:p>
    <w:p>
      <w:pPr>
        <w:jc w:val="right"/>
      </w:pPr>
      <w:r>
        <w:t>اس باتیں میں نے تفصیل کے ساتھ لکھی ہیں اپنی کتابوں میں آپ دیکھ سکتے ہیں اس کو۔</w:t>
      </w:r>
    </w:p>
    <w:p>
      <w:r>
        <w:rPr>
          <w:b/>
        </w:rPr>
        <w:t xml:space="preserve">[57:30] </w:t>
      </w:r>
      <w:r>
        <w:t>to is tarah ke bohat sare references hain quran mein jo is waqt insan ke ilm mein nahi aaye the.</w:t>
      </w:r>
    </w:p>
    <w:p>
      <w:pPr>
        <w:jc w:val="right"/>
      </w:pPr>
      <w:r>
        <w:t>تو اس طرح کے بہت سارے references ہیں قرآن میں جو اس وقت انسان کے علم میں نہیں آئے تھے۔</w:t>
      </w:r>
    </w:p>
    <w:p>
      <w:r>
        <w:rPr>
          <w:b/>
        </w:rPr>
        <w:t xml:space="preserve">[57:36] </w:t>
      </w:r>
      <w:r>
        <w:t>bohat baad ko yaani hazar saal se bhi</w:t>
      </w:r>
    </w:p>
    <w:p>
      <w:pPr>
        <w:jc w:val="right"/>
      </w:pPr>
      <w:r>
        <w:t>بہت بعد کو یعنی ہزار سال سے بھی</w:t>
      </w:r>
    </w:p>
    <w:p>
      <w:r>
        <w:rPr>
          <w:b/>
        </w:rPr>
        <w:t xml:space="preserve">[57:42] </w:t>
      </w:r>
      <w:r>
        <w:t>zyada muddat guzarne ke baad jab science ka zamana aaya tab insaan ne jaana is baat ko. toh yeh kya is baat ka saboot hai ke khabir ne quran ko bheja? all-knowing. toh khuda khabir hai, all-knowing hai aur khuda ne paygambar ko ilm diya is tarah paygambar ne hum ko bataya. ideology of life sa</w:t>
      </w:r>
    </w:p>
    <w:p>
      <w:pPr>
        <w:jc w:val="right"/>
      </w:pPr>
      <w:r>
        <w:t>زیادہ مدت گزرنے کے بعد جب سائنس کا زمانہ آیا تب انسان نے جانا اس بات کو۔ تو یہ کیا اس بات کا ثبوت ہے کہ خبیر نے قرآن کو بھیجا؟ All-knowing۔ تو خدا خبیر ہے، all-knowing ہے اور خدا نے پیغمبر کو علم دیا اس طرح پیغمبر نے ہم کو بتایا۔ Ideology of life ص</w:t>
      </w:r>
    </w:p>
    <w:p>
      <w:r>
        <w:rPr>
          <w:b/>
        </w:rPr>
        <w:t xml:space="preserve">[58:12] </w:t>
      </w:r>
      <w:r>
        <w:t>li allaho alaihi wasallam.</w:t>
      </w:r>
    </w:p>
    <w:p>
      <w:pPr>
        <w:jc w:val="right"/>
      </w:pPr>
      <w:r>
        <w:t>لی اللہ علیہ وسلم۔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