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Different Aspects of Islam</w:t>
      </w:r>
    </w:p>
    <w:p>
      <w:r>
        <w:t>https://www.youtube.com/watch?v=Y77bzb5Vbr8</w:t>
      </w:r>
    </w:p>
    <w:p>
      <w:r>
        <w:rPr>
          <w:b/>
        </w:rPr>
        <w:t xml:space="preserve">[00:13] </w:t>
      </w:r>
      <w:r>
        <w:t>bismillah-hir-rehman-nir-raheem, wa-sallallahu ala-n-nabiyyi-l-kareem.</w:t>
      </w:r>
    </w:p>
    <w:p>
      <w:pPr>
        <w:jc w:val="right"/>
      </w:pPr>
      <w:r>
        <w:t>بسم اللہ الرحمن الرحیم، وصلی اللہ علی النبی الکریم۔</w:t>
      </w:r>
    </w:p>
    <w:p>
      <w:r>
        <w:rPr>
          <w:b/>
        </w:rPr>
        <w:t xml:space="preserve">[00:23] </w:t>
      </w:r>
      <w:r>
        <w:t>rab-bish-rah-li-sadri, wa-yassir-li-amri, wah-lul-uqdatan-min-lisani, yafqahu qawli.</w:t>
      </w:r>
    </w:p>
    <w:p>
      <w:pPr>
        <w:jc w:val="right"/>
      </w:pPr>
      <w:r>
        <w:t>رب اشرح لی صدری، ویسر لی امری، واحل العقدۃ من لسانی یفقہ قولی۔</w:t>
      </w:r>
    </w:p>
    <w:p>
      <w:r>
        <w:rPr>
          <w:b/>
        </w:rPr>
        <w:t xml:space="preserve">[00:34] </w:t>
      </w:r>
      <w:r>
        <w:t>aaj ke topic ke liye koi ek theme nahi hai, balke mukhtalif pehluon se mein islam</w:t>
      </w:r>
    </w:p>
    <w:p>
      <w:pPr>
        <w:jc w:val="right"/>
      </w:pPr>
      <w:r>
        <w:t>آج کے ٹاپک کے لیے کوئی ایک تھیم نہیں ہے، بلکہ مختلف پہلوؤں سے میں اسلام</w:t>
      </w:r>
    </w:p>
    <w:p>
      <w:r>
        <w:rPr>
          <w:b/>
        </w:rPr>
        <w:t xml:space="preserve">[00:44] </w:t>
      </w:r>
      <w:r>
        <w:t>ke kuch pehluon ko wazeh karunga.</w:t>
      </w:r>
    </w:p>
    <w:p>
      <w:pPr>
        <w:jc w:val="right"/>
      </w:pPr>
      <w:r>
        <w:t>کے کچھ پہلوؤں کو واضح کروں گا۔</w:t>
      </w:r>
    </w:p>
    <w:p>
      <w:r>
        <w:rPr>
          <w:b/>
        </w:rPr>
        <w:t xml:space="preserve">[00:54] </w:t>
      </w:r>
      <w:r>
        <w:t>pehli baat mein yeh kehna chahta hoon ke aam taur par log islam ko lete hain ya to</w:t>
      </w:r>
    </w:p>
    <w:p>
      <w:pPr>
        <w:jc w:val="right"/>
      </w:pPr>
      <w:r>
        <w:t>پہلی بات میں یہ کہنا چاہتا ہوں کہ عام طور پر لوگ اسلام کو لیتے ہیں یا تو</w:t>
      </w:r>
    </w:p>
    <w:p>
      <w:r>
        <w:rPr>
          <w:b/>
        </w:rPr>
        <w:t xml:space="preserve">[01:04] </w:t>
      </w:r>
      <w:r>
        <w:t>jihad ka mazhab, yaani ladne bigadne ka mazhab, aur doosre log lete hain islam ko kuch rusumat ka mazhab. yahi do</w:t>
      </w:r>
    </w:p>
    <w:p>
      <w:pPr>
        <w:jc w:val="right"/>
      </w:pPr>
      <w:r>
        <w:t>جہاد کا مذہب، یعنی لڑنے بگڑنے کا مذہب، اور دوسرے لوگ لیتے ہیں اسلام کو کچھ رسومات کا مذہب۔ یہی دو</w:t>
      </w:r>
    </w:p>
    <w:p>
      <w:r>
        <w:rPr>
          <w:b/>
        </w:rPr>
        <w:t xml:space="preserve">[01:14] </w:t>
      </w:r>
      <w:r>
        <w:t>tasawwurat islam ke bare mein aam taur par paaye jaate hain.</w:t>
      </w:r>
    </w:p>
    <w:p>
      <w:pPr>
        <w:jc w:val="right"/>
      </w:pPr>
      <w:r>
        <w:t>تصورات اسلام کے بارے میں عام طور پر پائے جاتے ہیں۔</w:t>
      </w:r>
    </w:p>
    <w:p>
      <w:r>
        <w:rPr>
          <w:b/>
        </w:rPr>
        <w:t xml:space="preserve">[01:22] </w:t>
      </w:r>
      <w:r>
        <w:t>yeh dono tasawwurat bane hain musalmanon ko dekh kar, na ke quran ko dekh kar.</w:t>
      </w:r>
    </w:p>
    <w:p>
      <w:pPr>
        <w:jc w:val="right"/>
      </w:pPr>
      <w:r>
        <w:t>یہ دونوں تصورات بنا ہیں مسلمانوں کو دیکھ کر، نہ کہ قرآن کو دیکھ کر۔</w:t>
      </w:r>
    </w:p>
    <w:p>
      <w:r>
        <w:rPr>
          <w:b/>
        </w:rPr>
        <w:t xml:space="preserve">[01:30] </w:t>
      </w:r>
      <w:r>
        <w:t>log dekhte hain, log hain kuch musalman jo hain ladai bhadai kar rahe hain jihad ke naam par,</w:t>
      </w:r>
    </w:p>
    <w:p>
      <w:pPr>
        <w:jc w:val="right"/>
      </w:pPr>
      <w:r>
        <w:t>لوگ دیکھتے ہیں، لوگ ہیں کچھ مسلمان جو ہیں لڑائی بھڑائی کر رہے ہیں جہاد کے نام پر،</w:t>
      </w:r>
    </w:p>
    <w:p>
      <w:r>
        <w:rPr>
          <w:b/>
        </w:rPr>
        <w:t xml:space="preserve">[01:38] </w:t>
      </w:r>
      <w:r>
        <w:t>khudkushi karte hain, to samajh lete hain ke bas yahi mazhab hai islam</w:t>
      </w:r>
    </w:p>
    <w:p>
      <w:pPr>
        <w:jc w:val="right"/>
      </w:pPr>
      <w:r>
        <w:t>خودکشی کرتے ہیں، تو سمجھ لیتے ہیں کہ بس یہی مذہب ہے اسلام</w:t>
      </w:r>
    </w:p>
    <w:p>
      <w:r>
        <w:rPr>
          <w:b/>
        </w:rPr>
        <w:t xml:space="preserve">[01:46] </w:t>
      </w:r>
      <w:r>
        <w:t>ke lado, aur ladne mein agar tum kamyab nahi ho rahe ho toh khudkushi kar ke tabah karo apne jisko dushman samajh rakha hai tum ne. toh yeh ek manfi tasawwur hai islam ka, yeh bilkul be buniyad hai. islam mukammal maani mein mazhab-e-i</w:t>
      </w:r>
    </w:p>
    <w:p>
      <w:pPr>
        <w:jc w:val="right"/>
      </w:pPr>
      <w:r>
        <w:t>۔ کہ لڑو، اور لڑنے میں اگر تم کامیاب نہیں ہو رہے ہو تو خودکشی کر کے تباہ کرو اپنے جس کو دشمن سمجھ رکھا ہے تم نے۔ تو یہ ایک منفی تصور ہے اسلام کا، یہ بالکل بے بنیاد ہے۔ اسلام مکمل معنی میں مذہبِ ا</w:t>
      </w:r>
    </w:p>
    <w:p>
      <w:r>
        <w:rPr>
          <w:b/>
        </w:rPr>
        <w:t xml:space="preserve">[02:16] </w:t>
      </w:r>
      <w:r>
        <w:t>mein hai.</w:t>
      </w:r>
    </w:p>
    <w:p>
      <w:pPr>
        <w:jc w:val="right"/>
      </w:pPr>
      <w:r>
        <w:t>من ہے۔</w:t>
      </w:r>
    </w:p>
    <w:p>
      <w:r>
        <w:rPr>
          <w:b/>
        </w:rPr>
        <w:t xml:space="preserve">[02:21] </w:t>
      </w:r>
      <w:r>
        <w:t>jo log islam ko bana rahe hain, mazhab-e-jang, woh sab ke sab sakht, bohat hi bara, bohat</w:t>
      </w:r>
    </w:p>
    <w:p>
      <w:pPr>
        <w:jc w:val="right"/>
      </w:pPr>
      <w:r>
        <w:t>جو لوگ اسلام کو بنا رہے ہیں، مذہبِ جنگ، وہ سب کے سب سخت، بہت ہی بڑا، بہت</w:t>
      </w:r>
    </w:p>
    <w:p>
      <w:r>
        <w:rPr>
          <w:b/>
        </w:rPr>
        <w:t xml:space="preserve">[02:26] </w:t>
      </w:r>
      <w:r>
        <w:t>bari ghalati kar rahe hain.</w:t>
      </w:r>
    </w:p>
    <w:p>
      <w:pPr>
        <w:jc w:val="right"/>
      </w:pPr>
      <w:r>
        <w:t>بڑی غلطی کر رہے ہیں۔</w:t>
      </w:r>
    </w:p>
    <w:p>
      <w:r>
        <w:rPr>
          <w:b/>
        </w:rPr>
        <w:t xml:space="preserve">[02:31] </w:t>
      </w:r>
      <w:r>
        <w:t>khuda ke nazdeek woh, khuda ke haan woh pakde jayenge ke tum ne islam ke naam par</w:t>
      </w:r>
    </w:p>
    <w:p>
      <w:pPr>
        <w:jc w:val="right"/>
      </w:pPr>
      <w:r>
        <w:t>خدا کے نزدیک وہ، خدا کے ہاں وہ پکڑے جائیں گے کہ تم نے اسلام کے نام پر</w:t>
      </w:r>
    </w:p>
    <w:p>
      <w:r>
        <w:rPr>
          <w:b/>
        </w:rPr>
        <w:t xml:space="preserve">[02:36] </w:t>
      </w:r>
      <w:r>
        <w:t>apni qaumi ladai ladi, tum ne apni mulk aur maal ki ladai ladi, tum ne aur islam ke</w:t>
      </w:r>
    </w:p>
    <w:p>
      <w:pPr>
        <w:jc w:val="right"/>
      </w:pPr>
      <w:r>
        <w:t>اپنی قومی لڑائی لڑی، تم نے اپنی ملک اور مال کی لڑائی لڑی، تم نے اور اسلام کے</w:t>
      </w:r>
    </w:p>
    <w:p>
      <w:r>
        <w:rPr>
          <w:b/>
        </w:rPr>
        <w:t xml:space="preserve">[02:41] </w:t>
      </w:r>
      <w:r>
        <w:t>naam par ladi, to tum ko ko</w:t>
      </w:r>
    </w:p>
    <w:p>
      <w:pPr>
        <w:jc w:val="right"/>
      </w:pPr>
      <w:r>
        <w:t>نام پر لڑی، تو تم کو کو</w:t>
      </w:r>
    </w:p>
    <w:p>
      <w:r>
        <w:rPr>
          <w:b/>
        </w:rPr>
        <w:t xml:space="preserve">[02:46] </w:t>
      </w:r>
      <w:r>
        <w:t>yi sawab toh milna nahi hai, tum ko is ke bajaye tum ko saza diya jayega. toh ek tabqa woh hai jo yeh samajhta hai kuch musalmanon ko le kar ke islam jang o jihad ka mazhab hai, lekin yeh be buniyad hai. islam insaniyat ka mazhab hai, aur</w:t>
      </w:r>
    </w:p>
    <w:p>
      <w:pPr>
        <w:jc w:val="right"/>
      </w:pPr>
      <w:r>
        <w:t>ئی ثواب تو ملنا نہیں ہے، تم کو اس کے بجائے تم کو سزا دیا جائے گا۔ تو ایک طبقہ وہ ہے جو یہ سمجھتا ہے کچھ مسلمانوں کو لے کر کہ اسلام جنگ و جہاد کا مذہب ہے، لیکن یہ بے بنیاد ہے۔ اسلام انسانیت کا مذہب ہے، اور</w:t>
      </w:r>
    </w:p>
    <w:p>
      <w:r>
        <w:rPr>
          <w:b/>
        </w:rPr>
        <w:t xml:space="preserve">[03:16] </w:t>
      </w:r>
      <w:r>
        <w:t>taameer ka mazhab hai.</w:t>
      </w:r>
    </w:p>
    <w:p>
      <w:pPr>
        <w:jc w:val="right"/>
      </w:pPr>
      <w:r>
        <w:t>تعمیر کا مذہب ہے۔</w:t>
      </w:r>
    </w:p>
    <w:p>
      <w:r>
        <w:rPr>
          <w:b/>
        </w:rPr>
        <w:t xml:space="preserve">[03:22] </w:t>
      </w:r>
      <w:r>
        <w:t>islam hamdardi ka mazhab hai, insaaf aur bardasht ka mazhab hai.</w:t>
      </w:r>
    </w:p>
    <w:p>
      <w:pPr>
        <w:jc w:val="right"/>
      </w:pPr>
      <w:r>
        <w:t>اسلام ہمدردی کا مذہب ہے، انصاف اور برداشت کا مذہب ہے۔</w:t>
      </w:r>
    </w:p>
    <w:p>
      <w:r>
        <w:rPr>
          <w:b/>
        </w:rPr>
        <w:t xml:space="preserve">[03:28] </w:t>
      </w:r>
      <w:r>
        <w:t>doosre log jo hain woh sirf rusoomat ke taur par namaz parhte hain, koi dargahon mein chale aate</w:t>
      </w:r>
    </w:p>
    <w:p>
      <w:pPr>
        <w:jc w:val="right"/>
      </w:pPr>
      <w:r>
        <w:t>دوسرے لوگ جو ہیں وہ صرف رسومات کے طور پر نماز پڑھتے ہیں، کوئی درگاہوں میں چلے آتے</w:t>
      </w:r>
    </w:p>
    <w:p>
      <w:r>
        <w:rPr>
          <w:b/>
        </w:rPr>
        <w:t xml:space="preserve">[03:34] </w:t>
      </w:r>
      <w:r>
        <w:t>hain, to kuch form aur kuch rusoomat ko dhoom dhaam se karte hain woh.</w:t>
      </w:r>
    </w:p>
    <w:p>
      <w:pPr>
        <w:jc w:val="right"/>
      </w:pPr>
      <w:r>
        <w:t>ہیں، تو کچھ فارم اور کچھ رسومات کو دھوم دھام سے کرتے ہیں وہ۔</w:t>
      </w:r>
    </w:p>
    <w:p>
      <w:r>
        <w:rPr>
          <w:b/>
        </w:rPr>
        <w:t xml:space="preserve">[03:40] </w:t>
      </w:r>
      <w:r>
        <w:t>to kuch log is ko dekhte hain to samajhte hain ke islam kuch</w:t>
      </w:r>
    </w:p>
    <w:p>
      <w:pPr>
        <w:jc w:val="right"/>
      </w:pPr>
      <w:r>
        <w:t>تو کچھ لوگ اس کو دیکھتے ہیں تو سمجھتے ہیں کہ اسلام کچھ</w:t>
      </w:r>
    </w:p>
    <w:p>
      <w:r>
        <w:rPr>
          <w:b/>
        </w:rPr>
        <w:t xml:space="preserve">[03:46] </w:t>
      </w:r>
      <w:r>
        <w:t>ek rivayat hai, bas kuch nahi hai.</w:t>
      </w:r>
    </w:p>
    <w:p>
      <w:pPr>
        <w:jc w:val="right"/>
      </w:pPr>
      <w:r>
        <w:t>ایک روایت ہے، بس کچھ نہیں ہے۔</w:t>
      </w:r>
    </w:p>
    <w:p>
      <w:r>
        <w:rPr>
          <w:b/>
        </w:rPr>
        <w:t xml:space="preserve">[03:51] </w:t>
      </w:r>
      <w:r>
        <w:t>to yeh bhi bilkul be buniyad hai.</w:t>
      </w:r>
    </w:p>
    <w:p>
      <w:pPr>
        <w:jc w:val="right"/>
      </w:pPr>
      <w:r>
        <w:t>تو یہ بھی بالکل بے بنیاد ہے۔</w:t>
      </w:r>
    </w:p>
    <w:p>
      <w:r>
        <w:rPr>
          <w:b/>
        </w:rPr>
        <w:t xml:space="preserve">[03:56] </w:t>
      </w:r>
      <w:r>
        <w:t>islam kuch rusoomat ka naam nahi, kuch form ka naam nahi.</w:t>
      </w:r>
    </w:p>
    <w:p>
      <w:pPr>
        <w:jc w:val="right"/>
      </w:pPr>
      <w:r>
        <w:t>اسلام کچھ رسومات کا نام نہیں، کچھ فارم کا نام نہیں۔</w:t>
      </w:r>
    </w:p>
    <w:p>
      <w:r>
        <w:rPr>
          <w:b/>
        </w:rPr>
        <w:t xml:space="preserve">[04:01] </w:t>
      </w:r>
      <w:r>
        <w:t>islam to science of life ka naam hai.</w:t>
      </w:r>
    </w:p>
    <w:p>
      <w:pPr>
        <w:jc w:val="right"/>
      </w:pPr>
      <w:r>
        <w:t>اسلام تو سائنس آف لائف کا نام ہے۔</w:t>
      </w:r>
    </w:p>
    <w:p>
      <w:r>
        <w:rPr>
          <w:b/>
        </w:rPr>
        <w:t xml:space="preserve">[04:05] </w:t>
      </w:r>
      <w:r>
        <w:t>islam naam hai science of life ka.</w:t>
      </w:r>
    </w:p>
    <w:p>
      <w:pPr>
        <w:jc w:val="right"/>
      </w:pPr>
      <w:r>
        <w:t>اسلام نام ہے سائنس آف لائف کا۔</w:t>
      </w:r>
    </w:p>
    <w:p>
      <w:r>
        <w:rPr>
          <w:b/>
        </w:rPr>
        <w:t xml:space="preserve">[04:10] </w:t>
      </w:r>
      <w:r>
        <w:t>islam naam hai science of life ka.</w:t>
      </w:r>
    </w:p>
    <w:p>
      <w:pPr>
        <w:jc w:val="right"/>
      </w:pPr>
      <w:r>
        <w:t>اسلام نام ہے سائنس آف لائف کا۔</w:t>
      </w:r>
    </w:p>
    <w:p>
      <w:r>
        <w:rPr>
          <w:b/>
        </w:rPr>
        <w:t xml:space="preserve">[04:15] </w:t>
      </w:r>
      <w:r>
        <w:t>yani jis khuda ne insan ko banaya hai,</w:t>
      </w:r>
    </w:p>
    <w:p>
      <w:pPr>
        <w:jc w:val="right"/>
      </w:pPr>
      <w:r>
        <w:t>یعنی جس خدا نے انسان کو بنایا ہے،</w:t>
      </w:r>
    </w:p>
    <w:p>
      <w:r>
        <w:rPr>
          <w:b/>
        </w:rPr>
        <w:t xml:space="preserve">[04:20] </w:t>
      </w:r>
      <w:r>
        <w:t>is khuda ne insan ko bataya ke tum is dunya mein kamyab zindagi kaise guzaro.</w:t>
      </w:r>
    </w:p>
    <w:p>
      <w:pPr>
        <w:jc w:val="right"/>
      </w:pPr>
      <w:r>
        <w:t>اس خدا نے انسان کو بتایا کہ تم اس دنیا میں کامیاب زندگی کیسے گزارو۔</w:t>
      </w:r>
    </w:p>
    <w:p>
      <w:r>
        <w:rPr>
          <w:b/>
        </w:rPr>
        <w:t xml:space="preserve">[04:27] </w:t>
      </w:r>
      <w:r>
        <w:t>aur phir ek model rakh diya peghambar islam ka.</w:t>
      </w:r>
    </w:p>
    <w:p>
      <w:pPr>
        <w:jc w:val="right"/>
      </w:pPr>
      <w:r>
        <w:t>اور پھر ایک ماڈل رکھ دیا پیغمبر اسلام کا۔</w:t>
      </w:r>
    </w:p>
    <w:p>
      <w:r>
        <w:rPr>
          <w:b/>
        </w:rPr>
        <w:t xml:space="preserve">[04:35] </w:t>
      </w:r>
      <w:r>
        <w:t>aap jante hain ke doctor michael hart, jo america ka professor hai, us ne ek kitaab chhapi, "the hundred".</w:t>
      </w:r>
    </w:p>
    <w:p>
      <w:pPr>
        <w:jc w:val="right"/>
      </w:pPr>
      <w:r>
        <w:t>آپ جانتے ہیں کہ ڈاکٹر مائیکل ہارٹ، جو امریکہ کا پروفیسر ہے، اس نے ایک کتاب چھاپی، "دی ہنڈرڈ"۔</w:t>
      </w:r>
    </w:p>
    <w:p>
      <w:r>
        <w:rPr>
          <w:b/>
        </w:rPr>
        <w:t xml:space="preserve">[04:43] </w:t>
      </w:r>
      <w:r>
        <w:t>is mein us ne bataya ke</w:t>
      </w:r>
    </w:p>
    <w:p>
      <w:pPr>
        <w:jc w:val="right"/>
      </w:pPr>
      <w:r>
        <w:t>اس میں اس نے بتایا کہ</w:t>
      </w:r>
    </w:p>
    <w:p>
      <w:r>
        <w:rPr>
          <w:b/>
        </w:rPr>
        <w:t xml:space="preserve">[04:51] </w:t>
      </w:r>
      <w:r>
        <w:t>muhammad was the supremely successful man in the history.</w:t>
      </w:r>
    </w:p>
    <w:p>
      <w:pPr>
        <w:jc w:val="right"/>
      </w:pPr>
      <w:r>
        <w:t>محمد was the supremely successful man in the history۔</w:t>
      </w:r>
    </w:p>
    <w:p>
      <w:r>
        <w:rPr>
          <w:b/>
        </w:rPr>
        <w:t xml:space="preserve">[04:56] </w:t>
      </w:r>
      <w:r>
        <w:t>to yeh ek hero ke roop mein unhon ne rasool allah ko dikhaya.</w:t>
      </w:r>
    </w:p>
    <w:p>
      <w:pPr>
        <w:jc w:val="right"/>
      </w:pPr>
      <w:r>
        <w:t>تو یہ ایک ہیرو کے روپ میں انہوں نے رسول اللہ کو دکھایا۔</w:t>
      </w:r>
    </w:p>
    <w:p>
      <w:r>
        <w:rPr>
          <w:b/>
        </w:rPr>
        <w:t xml:space="preserve">[05:01] </w:t>
      </w:r>
      <w:r>
        <w:t>rasool allah hero nahi the, rasool allah model the.</w:t>
      </w:r>
    </w:p>
    <w:p>
      <w:pPr>
        <w:jc w:val="right"/>
      </w:pPr>
      <w:r>
        <w:t>رسول اللہ ہیرو نہیں تھے، رسول اللہ ماڈل تھے۔</w:t>
      </w:r>
    </w:p>
    <w:p>
      <w:r>
        <w:rPr>
          <w:b/>
        </w:rPr>
        <w:t xml:space="preserve">[05:06] </w:t>
      </w:r>
      <w:r>
        <w:t>laqad kana lakum fi rasool allah uswa hasana.</w:t>
      </w:r>
    </w:p>
    <w:p>
      <w:pPr>
        <w:jc w:val="right"/>
      </w:pPr>
      <w:r>
        <w:t>لقد کان لکم فی رسول اللہ اسوۃ حسنہ۔</w:t>
      </w:r>
    </w:p>
    <w:p>
      <w:r>
        <w:rPr>
          <w:b/>
        </w:rPr>
        <w:t xml:space="preserve">[05:11] </w:t>
      </w:r>
      <w:r>
        <w:t>rasool allah ko khuda ne ek model ke taur par dunya mein rakha.</w:t>
      </w:r>
    </w:p>
    <w:p>
      <w:pPr>
        <w:jc w:val="right"/>
      </w:pPr>
      <w:r>
        <w:t>رسول اللہ کو خدا نے ایک ماڈل کے طور پر دنیا میں رکھا۔</w:t>
      </w:r>
    </w:p>
    <w:p>
      <w:r>
        <w:rPr>
          <w:b/>
        </w:rPr>
        <w:t xml:space="preserve">[05:16] </w:t>
      </w:r>
      <w:r>
        <w:t>yani aap ne supreme</w:t>
      </w:r>
    </w:p>
    <w:p>
      <w:pPr>
        <w:jc w:val="right"/>
      </w:pPr>
      <w:r>
        <w:t>یعنی آپ نے سپریم</w:t>
      </w:r>
    </w:p>
    <w:p>
      <w:r>
        <w:rPr>
          <w:b/>
        </w:rPr>
        <w:t xml:space="preserve">[05:21] </w:t>
      </w:r>
      <w:r>
        <w:t>kamyabi ka raaz bataya hai.</w:t>
      </w:r>
    </w:p>
    <w:p>
      <w:pPr>
        <w:jc w:val="right"/>
      </w:pPr>
      <w:r>
        <w:t>کامیابی کا راز بتایا ہے۔</w:t>
      </w:r>
    </w:p>
    <w:p>
      <w:r>
        <w:rPr>
          <w:b/>
        </w:rPr>
        <w:t xml:space="preserve">[05:27] </w:t>
      </w:r>
      <w:r>
        <w:t>aap ki kamyabi jo hai woh ek model ke taur par dunya mein hai.</w:t>
      </w:r>
    </w:p>
    <w:p>
      <w:pPr>
        <w:jc w:val="right"/>
      </w:pPr>
      <w:r>
        <w:t>آپ کی کامیابی جو ہے وہ ایک ماڈل کے طور پر دنیا میں ہے۔</w:t>
      </w:r>
    </w:p>
    <w:p>
      <w:r>
        <w:rPr>
          <w:b/>
        </w:rPr>
        <w:t xml:space="preserve">[05:33] </w:t>
      </w:r>
      <w:r>
        <w:t>ke hum yeh janiye ke islam ke usool ko apna kar, islam ke tareeqe ko apna kar aadmi</w:t>
      </w:r>
    </w:p>
    <w:p>
      <w:pPr>
        <w:jc w:val="right"/>
      </w:pPr>
      <w:r>
        <w:t>کہ ہم یہ جانیں کہ اسلام کے اصول کو اپنا کر، اسلام کے طریقے کو اپنا کر آدمی</w:t>
      </w:r>
    </w:p>
    <w:p>
      <w:r>
        <w:rPr>
          <w:b/>
        </w:rPr>
        <w:t xml:space="preserve">[05:39] </w:t>
      </w:r>
      <w:r>
        <w:t>supreme kamyabi hasil kar sakta hai.</w:t>
      </w:r>
    </w:p>
    <w:p>
      <w:pPr>
        <w:jc w:val="right"/>
      </w:pPr>
      <w:r>
        <w:t>سپریم کامیابی حاصل کر سکتا ہے۔</w:t>
      </w:r>
    </w:p>
    <w:p>
      <w:r>
        <w:rPr>
          <w:b/>
        </w:rPr>
        <w:t xml:space="preserve">[05:45] </w:t>
      </w:r>
      <w:r>
        <w:t>yeh hai, mein chand ek misalein deta hoon. Dekhein,</w:t>
      </w:r>
    </w:p>
    <w:p>
      <w:pPr>
        <w:jc w:val="right"/>
      </w:pPr>
      <w:r>
        <w:t>یہ ہے، میں چند ایک مثالیں دیتا ہوں۔ دیکھیں،</w:t>
      </w:r>
    </w:p>
    <w:p>
      <w:r>
        <w:rPr>
          <w:b/>
        </w:rPr>
        <w:t xml:space="preserve">[05:51] </w:t>
      </w:r>
      <w:r>
        <w:t>aap jante hain ke nabi علیہ السلام jo hain 610 eesvi mein aap ko nabi banaya gaya.</w:t>
      </w:r>
    </w:p>
    <w:p>
      <w:pPr>
        <w:jc w:val="right"/>
      </w:pPr>
      <w:r>
        <w:t>آپ جانتے ہیں کہ نبی علیہ السلام جو ہیں 610 عیسوی میں آپ کو نبی بنایا گیا۔</w:t>
      </w:r>
    </w:p>
    <w:p>
      <w:r>
        <w:rPr>
          <w:b/>
        </w:rPr>
        <w:t xml:space="preserve">[05:57] </w:t>
      </w:r>
      <w:r>
        <w:t>yani saatveen sadi ke pehle seh mahi mein.</w:t>
      </w:r>
    </w:p>
    <w:p>
      <w:pPr>
        <w:jc w:val="right"/>
      </w:pPr>
      <w:r>
        <w:t>یعنی ساتویں صدی کے پہلے سہ ماہی میں۔</w:t>
      </w:r>
    </w:p>
    <w:p>
      <w:r>
        <w:rPr>
          <w:b/>
        </w:rPr>
        <w:t xml:space="preserve">[06:03] </w:t>
      </w:r>
      <w:r>
        <w:t>us waqt aap makka mein thay.</w:t>
      </w:r>
    </w:p>
    <w:p>
      <w:pPr>
        <w:jc w:val="right"/>
      </w:pPr>
      <w:r>
        <w:t>اس وقت آپ مکہ میں تھے۔</w:t>
      </w:r>
    </w:p>
    <w:p>
      <w:r>
        <w:rPr>
          <w:b/>
        </w:rPr>
        <w:t xml:space="preserve">[06:09] </w:t>
      </w:r>
      <w:r>
        <w:t>makka ke log jo thay woh sab ke sab but parast thay.</w:t>
      </w:r>
    </w:p>
    <w:p>
      <w:pPr>
        <w:jc w:val="right"/>
      </w:pPr>
      <w:r>
        <w:t>مکہ کے لوگ جو تھے وہ سب کے سب بت پرست تھے۔</w:t>
      </w:r>
    </w:p>
    <w:p>
      <w:r>
        <w:rPr>
          <w:b/>
        </w:rPr>
        <w:t xml:space="preserve">[06:15] </w:t>
      </w:r>
      <w:r>
        <w:t>kaba ko bhi unhon ne but khana ke jaisa bana diya tha. Aap ka</w:t>
      </w:r>
    </w:p>
    <w:p>
      <w:pPr>
        <w:jc w:val="right"/>
      </w:pPr>
      <w:r>
        <w:t>کعبہ کو بھی انہوں نے بت خانہ کے جیسا بنا دیا تھا۔ آپ کا</w:t>
      </w:r>
    </w:p>
    <w:p>
      <w:r>
        <w:rPr>
          <w:b/>
        </w:rPr>
        <w:t xml:space="preserve">[06:21] </w:t>
      </w:r>
      <w:r>
        <w:t>paigham tha tauheed ka, ek Khuda ka.</w:t>
      </w:r>
    </w:p>
    <w:p>
      <w:pPr>
        <w:jc w:val="right"/>
      </w:pPr>
      <w:r>
        <w:t>پیغام تھا توحید کا، ایک خدا کا۔</w:t>
      </w:r>
    </w:p>
    <w:p>
      <w:r>
        <w:rPr>
          <w:b/>
        </w:rPr>
        <w:t xml:space="preserve">[06:27] </w:t>
      </w:r>
      <w:r>
        <w:t>to wahan par aap ko zabardast mukhalifat hui.</w:t>
      </w:r>
    </w:p>
    <w:p>
      <w:pPr>
        <w:jc w:val="right"/>
      </w:pPr>
      <w:r>
        <w:t>تو وہاں پر آپ کو زبردست مخالفت ہوئی۔</w:t>
      </w:r>
    </w:p>
    <w:p>
      <w:r>
        <w:rPr>
          <w:b/>
        </w:rPr>
        <w:t xml:space="preserve">[06:32] </w:t>
      </w:r>
      <w:r>
        <w:t>bohat zyada sataya gaya.</w:t>
      </w:r>
    </w:p>
    <w:p>
      <w:pPr>
        <w:jc w:val="right"/>
      </w:pPr>
      <w:r>
        <w:t>بہت زیادہ ستایا گیا۔</w:t>
      </w:r>
    </w:p>
    <w:p>
      <w:r>
        <w:rPr>
          <w:b/>
        </w:rPr>
        <w:t xml:space="preserve">[06:37] </w:t>
      </w:r>
      <w:r>
        <w:t>bataur jo bataur yeh tha ke bohat hi mushkil halaat hain wahan ke.</w:t>
      </w:r>
    </w:p>
    <w:p>
      <w:pPr>
        <w:jc w:val="right"/>
      </w:pPr>
      <w:r>
        <w:t>بظاہر جو بظاہر یہ تھا کہ بہت ہی مشکل حالات ہیں وہاں کے۔</w:t>
      </w:r>
    </w:p>
    <w:p>
      <w:r>
        <w:rPr>
          <w:b/>
        </w:rPr>
        <w:t xml:space="preserve">[06:42] </w:t>
      </w:r>
      <w:r>
        <w:t>to rasool Allah is halaat mein kafi pareshan rehte thay.</w:t>
      </w:r>
    </w:p>
    <w:p>
      <w:pPr>
        <w:jc w:val="right"/>
      </w:pPr>
      <w:r>
        <w:t>تو رسول اللہ اس حالات میں کافی پریشان رہتے تھے۔</w:t>
      </w:r>
    </w:p>
    <w:p>
      <w:r>
        <w:rPr>
          <w:b/>
        </w:rPr>
        <w:t xml:space="preserve">[06:47] </w:t>
      </w:r>
      <w:r>
        <w:t>aur aap chunke bashar thay</w:t>
      </w:r>
    </w:p>
    <w:p>
      <w:pPr>
        <w:jc w:val="right"/>
      </w:pPr>
      <w:r>
        <w:t>اور آپ چونکہ بشر تھے</w:t>
      </w:r>
    </w:p>
    <w:p>
      <w:r>
        <w:rPr>
          <w:b/>
        </w:rPr>
        <w:t xml:space="preserve">[06:52] </w:t>
      </w:r>
      <w:r>
        <w:t>to bashar hone ke nate aap ke andar tarah tarah ke khayalat aate thay.</w:t>
      </w:r>
    </w:p>
    <w:p>
      <w:pPr>
        <w:jc w:val="right"/>
      </w:pPr>
      <w:r>
        <w:t>تو بشر ہونے کے ناطے آپ کے اندر طرح طرح کے خیالات آتے تھے۔</w:t>
      </w:r>
    </w:p>
    <w:p>
      <w:r>
        <w:rPr>
          <w:b/>
        </w:rPr>
        <w:t xml:space="preserve">[06:57] </w:t>
      </w:r>
      <w:r>
        <w:t>kya hoga, kaise hoga.</w:t>
      </w:r>
    </w:p>
    <w:p>
      <w:pPr>
        <w:jc w:val="right"/>
      </w:pPr>
      <w:r>
        <w:t>کیا ہوگا، کیسے ہوگا۔</w:t>
      </w:r>
    </w:p>
    <w:p>
      <w:r>
        <w:rPr>
          <w:b/>
        </w:rPr>
        <w:t xml:space="preserve">[07:03] </w:t>
      </w:r>
      <w:r>
        <w:t>us waqt aap ko ek formula diya gaya.</w:t>
      </w:r>
    </w:p>
    <w:p>
      <w:pPr>
        <w:jc w:val="right"/>
      </w:pPr>
      <w:r>
        <w:t>اس وقت آپ کو ایک فارمولا دیا گیا۔</w:t>
      </w:r>
    </w:p>
    <w:p>
      <w:r>
        <w:rPr>
          <w:b/>
        </w:rPr>
        <w:t xml:space="preserve">[07:08] </w:t>
      </w:r>
      <w:r>
        <w:t>woh tha walil aakhirah khair lak minal ula wal duha wal lail ila saga ma wadda'aka rabbuka wa ma qala walil aakhirah khair</w:t>
      </w:r>
    </w:p>
    <w:p>
      <w:pPr>
        <w:jc w:val="right"/>
      </w:pPr>
      <w:r>
        <w:t>وہ تھا وللآخرة خیر لک من اللولی والضحی واللیل اذا سجا ما ودعاک ربک وما قلا وللآخرة خیر</w:t>
      </w:r>
    </w:p>
    <w:p>
      <w:r>
        <w:rPr>
          <w:b/>
        </w:rPr>
        <w:t xml:space="preserve">[07:13] </w:t>
      </w:r>
      <w:r>
        <w:t>lak minal ula.</w:t>
      </w:r>
    </w:p>
    <w:p>
      <w:pPr>
        <w:jc w:val="right"/>
      </w:pPr>
      <w:r>
        <w:t>لک من اللولی۔</w:t>
      </w:r>
    </w:p>
    <w:p>
      <w:r>
        <w:rPr>
          <w:b/>
        </w:rPr>
        <w:t xml:space="preserve">[07:18] </w:t>
      </w:r>
      <w:r>
        <w:t>is zamane ki yeh</w:t>
      </w:r>
    </w:p>
    <w:p>
      <w:pPr>
        <w:jc w:val="right"/>
      </w:pPr>
      <w:r>
        <w:t>اس زمانے کی یہ</w:t>
      </w:r>
    </w:p>
    <w:p>
      <w:r>
        <w:rPr>
          <w:b/>
        </w:rPr>
        <w:t xml:space="preserve">[07:24] </w:t>
      </w:r>
      <w:r>
        <w:t>baab hai, Makah muattarah. is mein misal di gayi hai ke dekho raat aati hai, phir din aata hai. andhera hota hai, phir ujala aata hai. aik tasalsul hai. is dunya mein andhere aur ujale ka aik tasalsul hai. andhera aaya, phir ujala aaya. yeh kya hai? yeh Khuda ki taraf se aik paigham hai. Khuda ki taraf</w:t>
      </w:r>
    </w:p>
    <w:p>
      <w:pPr>
        <w:jc w:val="right"/>
      </w:pPr>
      <w:r>
        <w:t>باب ہے، مکہ معطرہ۔ اس میں مثال دی گئی ہے کہ دیکھو رات آتی ہے، پھر دن آتا ہے۔ اندھیرا ہوتا ہے، پھر اجالا آتا ہے۔ ایک تسلسل ہے۔ اس دنیا میں اندھیرے اور اجالے کا ایک تسلسل ہے۔ اندھیرا آیا، پھر اجالا آیا۔ یہ کیا ہے؟ یہ خدا کی طرف سے ایک پیغام ہے۔ خدا کی طرف</w:t>
      </w:r>
    </w:p>
    <w:p>
      <w:r>
        <w:rPr>
          <w:b/>
        </w:rPr>
        <w:t xml:space="preserve">[07:54] </w:t>
      </w:r>
      <w:r>
        <w:t>se ek achhi khabar hai.</w:t>
      </w:r>
    </w:p>
    <w:p>
      <w:pPr>
        <w:jc w:val="right"/>
      </w:pPr>
      <w:r>
        <w:t>سے ایک اچھی خبر ہے۔</w:t>
      </w:r>
    </w:p>
    <w:p>
      <w:r>
        <w:rPr>
          <w:b/>
        </w:rPr>
        <w:t xml:space="preserve">[07:59] </w:t>
      </w:r>
      <w:r>
        <w:t>is ko dekh kar rasool Allah ko bataya gaya ke kaisi duniya mein mayoosi ka kya sawal hai.</w:t>
      </w:r>
    </w:p>
    <w:p>
      <w:pPr>
        <w:jc w:val="right"/>
      </w:pPr>
      <w:r>
        <w:t>اس کو دیکھ کر رسول اللہ کو بتایا گیا کہ کیسی دنیا میں مایوسی کا کیا سوال ہے۔</w:t>
      </w:r>
    </w:p>
    <w:p>
      <w:r>
        <w:rPr>
          <w:b/>
        </w:rPr>
        <w:t xml:space="preserve">[08:04] </w:t>
      </w:r>
      <w:r>
        <w:t>ek aisi duniya jis ko Khuda ne is tarah banaya hai ke har baar wahan par raat aaye</w:t>
      </w:r>
    </w:p>
    <w:p>
      <w:pPr>
        <w:jc w:val="right"/>
      </w:pPr>
      <w:r>
        <w:t>ایک ایسی دنیا جس کو خدا نے اس طرح بنایا ہے کہ ہر بار وہاں پر رات آئے</w:t>
      </w:r>
    </w:p>
    <w:p>
      <w:r>
        <w:rPr>
          <w:b/>
        </w:rPr>
        <w:t xml:space="preserve">[08:09] </w:t>
      </w:r>
      <w:r>
        <w:t>to saath saath din aaye.</w:t>
      </w:r>
    </w:p>
    <w:p>
      <w:pPr>
        <w:jc w:val="right"/>
      </w:pPr>
      <w:r>
        <w:t>تو ساتھ ساتھ دن آئے۔</w:t>
      </w:r>
    </w:p>
    <w:p>
      <w:r>
        <w:rPr>
          <w:b/>
        </w:rPr>
        <w:t xml:space="preserve">[08:14] </w:t>
      </w:r>
      <w:r>
        <w:t>shaam ho to subah ho, andhera ho to ujala ho.</w:t>
      </w:r>
    </w:p>
    <w:p>
      <w:pPr>
        <w:jc w:val="right"/>
      </w:pPr>
      <w:r>
        <w:t>شام ہو تو صبح ہو، اندھیرا ہو تو اجالا ہو۔</w:t>
      </w:r>
    </w:p>
    <w:p>
      <w:r>
        <w:rPr>
          <w:b/>
        </w:rPr>
        <w:t xml:space="preserve">[08:19] </w:t>
      </w:r>
      <w:r>
        <w:t>yeh sirf zameen ka f</w:t>
      </w:r>
    </w:p>
    <w:p>
      <w:pPr>
        <w:jc w:val="right"/>
      </w:pPr>
      <w:r>
        <w:t>یہ صرف زمین کا ف</w:t>
      </w:r>
    </w:p>
    <w:p>
      <w:r>
        <w:rPr>
          <w:b/>
        </w:rPr>
        <w:t xml:space="preserve">[08:24] </w:t>
      </w:r>
      <w:r>
        <w:t>inominah nahi hai, yeh insaan ka, insaan ki zindagi ka course hai yahi.</w:t>
      </w:r>
    </w:p>
    <w:p>
      <w:pPr>
        <w:jc w:val="right"/>
      </w:pPr>
      <w:r>
        <w:t>یناومینا نہیں ہے، یہ انسان کا، انسان کی زندگی کا کورس ہے یہی۔</w:t>
      </w:r>
    </w:p>
    <w:p>
      <w:r>
        <w:rPr>
          <w:b/>
        </w:rPr>
        <w:t xml:space="preserve">[08:30] </w:t>
      </w:r>
      <w:r>
        <w:t>to agar aaj tum ko lagta hai ke tumhare mamlaat jo hain mushkilat se tum dochar ho makkah</w:t>
      </w:r>
    </w:p>
    <w:p>
      <w:pPr>
        <w:jc w:val="right"/>
      </w:pPr>
      <w:r>
        <w:t>تو اگر آج تم کو لگتا ہے کہ تمہارے معاملات جو ہیں مشکلات سے تم دوچار ہو مکہ</w:t>
      </w:r>
    </w:p>
    <w:p>
      <w:r>
        <w:rPr>
          <w:b/>
        </w:rPr>
        <w:t xml:space="preserve">[08:36] </w:t>
      </w:r>
      <w:r>
        <w:t>mein, to yeh to aaj ki baat hai, kal aisa nahi rahega.</w:t>
      </w:r>
    </w:p>
    <w:p>
      <w:pPr>
        <w:jc w:val="right"/>
      </w:pPr>
      <w:r>
        <w:t>میں، تو یہ تو آج کی بات ہے، کل ایسا نہیں رہے گا۔</w:t>
      </w:r>
    </w:p>
    <w:p>
      <w:r>
        <w:rPr>
          <w:b/>
        </w:rPr>
        <w:t xml:space="preserve">[08:42] </w:t>
      </w:r>
      <w:r>
        <w:t>to aaj mein jeena chodo, kal mein jeena seekho.</w:t>
      </w:r>
    </w:p>
    <w:p>
      <w:pPr>
        <w:jc w:val="right"/>
      </w:pPr>
      <w:r>
        <w:t>تو آج میں جینا چھوڑو، کل میں جینا سیکھو۔</w:t>
      </w:r>
    </w:p>
    <w:p>
      <w:r>
        <w:rPr>
          <w:b/>
        </w:rPr>
        <w:t xml:space="preserve">[08:48] </w:t>
      </w:r>
      <w:r>
        <w:t>yani haal mein mark</w:t>
      </w:r>
    </w:p>
    <w:p>
      <w:pPr>
        <w:jc w:val="right"/>
      </w:pPr>
      <w:r>
        <w:t>یعنی حال میں مرک</w:t>
      </w:r>
    </w:p>
    <w:p>
      <w:r>
        <w:rPr>
          <w:b/>
        </w:rPr>
        <w:t xml:space="preserve">[08:54] </w:t>
      </w:r>
      <w:r>
        <w:t>ooz sochne ke bajaye mustaqbil markooz sochne.</w:t>
      </w:r>
    </w:p>
    <w:p>
      <w:pPr>
        <w:jc w:val="right"/>
      </w:pPr>
      <w:r>
        <w:t>وز سوچنے کے بجائے مستقبل مرکوز سوچنے۔</w:t>
      </w:r>
    </w:p>
    <w:p>
      <w:r>
        <w:rPr>
          <w:b/>
        </w:rPr>
        <w:t xml:space="preserve">[09:00] </w:t>
      </w:r>
      <w:r>
        <w:t>wal-akhiratu khairun laka minal-ula.</w:t>
      </w:r>
    </w:p>
    <w:p>
      <w:pPr>
        <w:jc w:val="right"/>
      </w:pPr>
      <w:r>
        <w:t>وللآخرة خیر لک من اللولی۔</w:t>
      </w:r>
    </w:p>
    <w:p>
      <w:r>
        <w:rPr>
          <w:b/>
        </w:rPr>
        <w:t xml:space="preserve">[09:07] </w:t>
      </w:r>
      <w:r>
        <w:t>iska matlab yeh hai ke haal mein markooz sochne chodo aur mustaqbil markooz sochne ko apnao.</w:t>
      </w:r>
    </w:p>
    <w:p>
      <w:pPr>
        <w:jc w:val="right"/>
      </w:pPr>
      <w:r>
        <w:t>اس کا مطلب یہ ہے کہ حال میں مرکوز سوچنے چھوڑو اور مستقبل مرکوز سوچنے کو اپناؤ۔</w:t>
      </w:r>
    </w:p>
    <w:p>
      <w:r>
        <w:rPr>
          <w:b/>
        </w:rPr>
        <w:t xml:space="preserve">[09:13] </w:t>
      </w:r>
      <w:r>
        <w:t>yeh ek kitaabi sabak hai.</w:t>
      </w:r>
    </w:p>
    <w:p>
      <w:pPr>
        <w:jc w:val="right"/>
      </w:pPr>
      <w:r>
        <w:t>یہ ایک کتابی سبق ہے۔</w:t>
      </w:r>
    </w:p>
    <w:p>
      <w:r>
        <w:rPr>
          <w:b/>
        </w:rPr>
        <w:t xml:space="preserve">[09:19] </w:t>
      </w:r>
      <w:r>
        <w:t>abadi umeed hai iske andar. abadi umeed</w:t>
      </w:r>
    </w:p>
    <w:p>
      <w:pPr>
        <w:jc w:val="right"/>
      </w:pPr>
      <w:r>
        <w:t>ابدی امید ہے اس کے اندر۔ ابدی امید</w:t>
      </w:r>
    </w:p>
    <w:p>
      <w:r>
        <w:rPr>
          <w:b/>
        </w:rPr>
        <w:t xml:space="preserve">[09:25] </w:t>
      </w:r>
      <w:r>
        <w:t>—</w:t>
      </w:r>
    </w:p>
    <w:p>
      <w:pPr>
        <w:jc w:val="right"/>
      </w:pPr>
      <w:r>
        <w:t>۔</w:t>
      </w:r>
    </w:p>
    <w:p>
      <w:r>
        <w:rPr>
          <w:b/>
        </w:rPr>
        <w:t xml:space="preserve">[09:29] </w:t>
      </w:r>
      <w:r>
        <w:t>ek aisi umeed jo kabhi khatam hone wali nahi.</w:t>
      </w:r>
    </w:p>
    <w:p>
      <w:pPr>
        <w:jc w:val="right"/>
      </w:pPr>
      <w:r>
        <w:t>ایک ایسی امید جو کبھی ختم ہونے والی نہیں۔</w:t>
      </w:r>
    </w:p>
    <w:p>
      <w:r>
        <w:rPr>
          <w:b/>
        </w:rPr>
        <w:t xml:space="preserve">[09:33] </w:t>
      </w:r>
      <w:r>
        <w:t>jisko kehta hai aaj kal ki zabaan mein kaha jata hai aashawadi.</w:t>
      </w:r>
    </w:p>
    <w:p>
      <w:pPr>
        <w:jc w:val="right"/>
      </w:pPr>
      <w:r>
        <w:t>جس کو کہتا ہے آج کل کی زبان میں کہا جاتا ہے آشاوا دی۔</w:t>
      </w:r>
    </w:p>
    <w:p>
      <w:r>
        <w:rPr>
          <w:b/>
        </w:rPr>
        <w:t xml:space="preserve">[09:37] </w:t>
      </w:r>
      <w:r>
        <w:t>quran insaan ko sau fisadi aashawadi banata hai.</w:t>
      </w:r>
    </w:p>
    <w:p>
      <w:pPr>
        <w:jc w:val="right"/>
      </w:pPr>
      <w:r>
        <w:t>قرآن انسان کو سو فیصد آشاوا دی بناتا ہے۔</w:t>
      </w:r>
    </w:p>
    <w:p>
      <w:r>
        <w:rPr>
          <w:b/>
        </w:rPr>
        <w:t xml:space="preserve">[09:40] </w:t>
      </w:r>
      <w:r>
        <w:t>ummeedwar banata hai.</w:t>
      </w:r>
    </w:p>
    <w:p>
      <w:pPr>
        <w:jc w:val="right"/>
      </w:pPr>
      <w:r>
        <w:t>امیدوار بناتا ہے۔</w:t>
      </w:r>
    </w:p>
    <w:p>
      <w:r>
        <w:rPr>
          <w:b/>
        </w:rPr>
        <w:t xml:space="preserve">[09:44] </w:t>
      </w:r>
      <w:r>
        <w:t>paramid banata hai.</w:t>
      </w:r>
    </w:p>
    <w:p>
      <w:pPr>
        <w:jc w:val="right"/>
      </w:pPr>
      <w:r>
        <w:t>پرامید بناتا ہے۔</w:t>
      </w:r>
    </w:p>
    <w:p>
      <w:r>
        <w:rPr>
          <w:b/>
        </w:rPr>
        <w:t xml:space="preserve">[09:48] </w:t>
      </w:r>
      <w:r>
        <w:t>wal-akhiratu khairun laka minal-ula.</w:t>
      </w:r>
    </w:p>
    <w:p>
      <w:pPr>
        <w:jc w:val="right"/>
      </w:pPr>
      <w:r>
        <w:t>وللآخرة خیر لک من اللولی۔</w:t>
      </w:r>
    </w:p>
    <w:p>
      <w:r>
        <w:rPr>
          <w:b/>
        </w:rPr>
        <w:t xml:space="preserve">[09:52] </w:t>
      </w:r>
      <w:r>
        <w:t>yeh utra tha yeh bab bilkul shuru zamane mein. kyunke shuru</w:t>
      </w:r>
    </w:p>
    <w:p>
      <w:pPr>
        <w:jc w:val="right"/>
      </w:pPr>
      <w:r>
        <w:t>یہ اترا تھا یہ باب بالکل شروع زمانے میں۔ کیونکہ شروع</w:t>
      </w:r>
    </w:p>
    <w:p>
      <w:r>
        <w:rPr>
          <w:b/>
        </w:rPr>
        <w:t xml:space="preserve">[09:55] </w:t>
      </w:r>
      <w:r>
        <w:t>zamana jo tha rasool Allah ka woh bohat hi pareshani ka zamana tha. aap akele the. mein aik waqia arz karoon ke is se andaza hoga ke us waqt kya surat thi. ke Makah mein jo Kaba tha to us mein bohat se but the. mukhtalif qabail ke but the woh. to Arab ke mukhtalif ilaqon se log aate rehte the. to aik bar aisa hua ke kisi qabile ka aik a</w:t>
      </w:r>
    </w:p>
    <w:p>
      <w:pPr>
        <w:jc w:val="right"/>
      </w:pPr>
      <w:r>
        <w:t>زمانہ جو تھا رسول اللہ کا وہ بہت ہی پریشانی کا زمانہ تھا۔ آپ اکیلے تھے۔ میں ایک واقعہ عرض کروں کہ اس سے اندازہ ہوگا کہ اس وقت کیا صورت تھی۔ کہ مکہ میں جو کعبہ تھا تو اس میں بہت سے بت تھے۔ مختلف قبائل کے بت تھے وہ۔ تو عرب کے مختلف علاقوں سے لوگ آتے رہتے تھے۔ تو ایک بار ایسا ہوا کہ کسی قبیلے کا ایک آ</w:t>
      </w:r>
    </w:p>
    <w:p>
      <w:r>
        <w:rPr>
          <w:b/>
        </w:rPr>
        <w:t xml:space="preserve">[10:25] </w:t>
      </w:r>
      <w:r>
        <w:t>dami makkah aaya.</w:t>
      </w:r>
    </w:p>
    <w:p>
      <w:pPr>
        <w:jc w:val="right"/>
      </w:pPr>
      <w:r>
        <w:t>دمی مکہ آیا۔</w:t>
      </w:r>
    </w:p>
    <w:p>
      <w:r>
        <w:rPr>
          <w:b/>
        </w:rPr>
        <w:t xml:space="preserve">[10:31] </w:t>
      </w:r>
      <w:r>
        <w:t>woh apne but ko nazrana di, usne jo kuch bhi kiya, phir wapas gaya apne qabile mein.</w:t>
      </w:r>
    </w:p>
    <w:p>
      <w:pPr>
        <w:jc w:val="right"/>
      </w:pPr>
      <w:r>
        <w:t>وہ اپنے بت کو نذرانہ دی، اس نے جو کچھ بھی کیا، پھر واپس گیا اپنے قبیلے میں۔</w:t>
      </w:r>
    </w:p>
    <w:p>
      <w:r>
        <w:rPr>
          <w:b/>
        </w:rPr>
        <w:t xml:space="preserve">[10:37] </w:t>
      </w:r>
      <w:r>
        <w:t>wapas gaya to usne poocha ke bhai makkah ka kuch haal batao.</w:t>
      </w:r>
    </w:p>
    <w:p>
      <w:pPr>
        <w:jc w:val="right"/>
      </w:pPr>
      <w:r>
        <w:t>واپس گیا تو اس نے پوچھا کہ بھئی مکے کا کچھ حال بتاؤ۔</w:t>
      </w:r>
    </w:p>
    <w:p>
      <w:r>
        <w:rPr>
          <w:b/>
        </w:rPr>
        <w:t xml:space="preserve">[10:43] </w:t>
      </w:r>
      <w:r>
        <w:t>tum makkah ja kar aaye ho to kuch batao wahan ke bare mein.</w:t>
      </w:r>
    </w:p>
    <w:p>
      <w:pPr>
        <w:jc w:val="right"/>
      </w:pPr>
      <w:r>
        <w:t>تم مکہ جا کر آئے ہو تو کچھ بتاؤ وہاں کے بارے میں۔</w:t>
      </w:r>
    </w:p>
    <w:p>
      <w:r>
        <w:rPr>
          <w:b/>
        </w:rPr>
        <w:t xml:space="preserve">[10:49] </w:t>
      </w:r>
      <w:r>
        <w:t>to usne jo khabar batayi thi us waqt, rasool Allah ka bilkul yeh shuru ka zamana tha. khabar</w:t>
      </w:r>
    </w:p>
    <w:p>
      <w:pPr>
        <w:jc w:val="right"/>
      </w:pPr>
      <w:r>
        <w:t>تو اس نے جو خبر بتائی تھی اس وقت، رسول اللہ کا بالکل یہ شروع کا زمانہ تھا۔ خبر</w:t>
      </w:r>
    </w:p>
    <w:p>
      <w:r>
        <w:rPr>
          <w:b/>
        </w:rPr>
        <w:t xml:space="preserve">[10:55] </w:t>
      </w:r>
      <w:r>
        <w:t>کیا بتائی؟ Muhammad prophesied and he was followed by Ibn Abi Quhafah.</w:t>
      </w:r>
    </w:p>
    <w:p>
      <w:pPr>
        <w:jc w:val="right"/>
      </w:pPr>
      <w:r>
        <w:t>کیا بتائی؟ محمد تنبأ وتبعه ابن ابی قحافہ۔</w:t>
      </w:r>
    </w:p>
    <w:p>
      <w:r>
        <w:rPr>
          <w:b/>
        </w:rPr>
        <w:t xml:space="preserve">[11:01] </w:t>
      </w:r>
      <w:r>
        <w:t>us waqt yeh tasveer thi rasool Allah ki.</w:t>
      </w:r>
    </w:p>
    <w:p>
      <w:pPr>
        <w:jc w:val="right"/>
      </w:pPr>
      <w:r>
        <w:t>اس وقت یہ تصویر تھی رسول اللہ کی۔</w:t>
      </w:r>
    </w:p>
    <w:p>
      <w:r>
        <w:rPr>
          <w:b/>
        </w:rPr>
        <w:t xml:space="preserve">[11:08] </w:t>
      </w:r>
      <w:r>
        <w:t>Muhammadun nabba'a wa taba'ahu ibnu Abi Quhafah.</w:t>
      </w:r>
    </w:p>
    <w:p>
      <w:pPr>
        <w:jc w:val="right"/>
      </w:pPr>
      <w:r>
        <w:t>محمد تنبأ وتبعه ابن ابی قحافہ۔</w:t>
      </w:r>
    </w:p>
    <w:p>
      <w:r>
        <w:rPr>
          <w:b/>
        </w:rPr>
        <w:t xml:space="preserve">[11:14] </w:t>
      </w:r>
      <w:r>
        <w:t>yani makkah mein ek aadmi hai jiska naam Muhammad hai.</w:t>
      </w:r>
    </w:p>
    <w:p>
      <w:pPr>
        <w:jc w:val="right"/>
      </w:pPr>
      <w:r>
        <w:t>یعنی مکہ میں ایک آدمی ہے جس کا نام محمد ہے۔</w:t>
      </w:r>
    </w:p>
    <w:p>
      <w:r>
        <w:rPr>
          <w:b/>
        </w:rPr>
        <w:t xml:space="preserve">[11:20] </w:t>
      </w:r>
      <w:r>
        <w:t>to is ne peghambar hone ka daawa kiya hai.</w:t>
      </w:r>
    </w:p>
    <w:p>
      <w:pPr>
        <w:jc w:val="right"/>
      </w:pPr>
      <w:r>
        <w:t>تو اس نے پیغمبر ہونے کا دعویٰ کیا ہے۔</w:t>
      </w:r>
    </w:p>
    <w:p>
      <w:r>
        <w:rPr>
          <w:b/>
        </w:rPr>
        <w:t xml:space="preserve">[11:26] </w:t>
      </w:r>
      <w:r>
        <w:t>aur makka mein aik aadmi ibn abi quhafah is ka saath de raha hai.</w:t>
      </w:r>
    </w:p>
    <w:p>
      <w:pPr>
        <w:jc w:val="right"/>
      </w:pPr>
      <w:r>
        <w:t>اور مکہ میں ایک آدمی ابن ابی قحافہ اس کا ساتھ دے رہا ہے۔</w:t>
      </w:r>
    </w:p>
    <w:p>
      <w:r>
        <w:rPr>
          <w:b/>
        </w:rPr>
        <w:t xml:space="preserve">[11:32] </w:t>
      </w:r>
      <w:r>
        <w:t>ibn abi quhafah is ne kaha abubakar ko, hazrat abubakar siddiq ko.</w:t>
      </w:r>
    </w:p>
    <w:p>
      <w:pPr>
        <w:jc w:val="right"/>
      </w:pPr>
      <w:r>
        <w:t>ابن ابی قحافہ اس نے کہا ابوبکر کو، حضرت ابوبکر صدیق کو۔</w:t>
      </w:r>
    </w:p>
    <w:p>
      <w:r>
        <w:rPr>
          <w:b/>
        </w:rPr>
        <w:t xml:space="preserve">[11:38] </w:t>
      </w:r>
      <w:r>
        <w:t>in ke baap ka naam tha abu quhafah.</w:t>
      </w:r>
    </w:p>
    <w:p>
      <w:pPr>
        <w:jc w:val="right"/>
      </w:pPr>
      <w:r>
        <w:t>ان کے باپ کا نام تھا ابو قحافہ۔</w:t>
      </w:r>
    </w:p>
    <w:p>
      <w:r>
        <w:rPr>
          <w:b/>
        </w:rPr>
        <w:t xml:space="preserve">[11:44] </w:t>
      </w:r>
      <w:r>
        <w:t>to in ka naam nahi liya, ibn quhafah ka naam liya, abu quhafah ka.</w:t>
      </w:r>
    </w:p>
    <w:p>
      <w:pPr>
        <w:jc w:val="right"/>
      </w:pPr>
      <w:r>
        <w:t>تو ان کا نام نہیں لیا، ابن قحافہ کا نام لیا، ابو قحافہ کا۔</w:t>
      </w:r>
    </w:p>
    <w:p>
      <w:r>
        <w:rPr>
          <w:b/>
        </w:rPr>
        <w:t xml:space="preserve">[11:50] </w:t>
      </w:r>
      <w:r>
        <w:t>ke main ne to yeh dekha hai wahan par ke aik aadmi hai jis ka naam muhammad hai. to woh</w:t>
      </w:r>
    </w:p>
    <w:p>
      <w:pPr>
        <w:jc w:val="right"/>
      </w:pPr>
      <w:r>
        <w:t>کہ میں نے تو یہ دیکھا ہے وہاں پر کہ ایک آدمی ہے جس کا نام محمد ہے۔ تو وہ</w:t>
      </w:r>
    </w:p>
    <w:p>
      <w:r>
        <w:rPr>
          <w:b/>
        </w:rPr>
        <w:t xml:space="preserve">[11:56] </w:t>
      </w:r>
      <w:r>
        <w:t>kehta hai ke main peghambar hoon.</w:t>
      </w:r>
    </w:p>
    <w:p>
      <w:pPr>
        <w:jc w:val="right"/>
      </w:pPr>
      <w:r>
        <w:t>کہتا ہے کہ میں پیغمبر ہوں۔</w:t>
      </w:r>
    </w:p>
    <w:p>
      <w:r>
        <w:rPr>
          <w:b/>
        </w:rPr>
        <w:t xml:space="preserve">[12:00] </w:t>
      </w:r>
      <w:r>
        <w:t>to makka mein aur to koi is ki baat sunta nahi.</w:t>
      </w:r>
    </w:p>
    <w:p>
      <w:pPr>
        <w:jc w:val="right"/>
      </w:pPr>
      <w:r>
        <w:t>تو مکہ میں اور تو کوئی اس کی بات سنتا نہیں۔</w:t>
      </w:r>
    </w:p>
    <w:p>
      <w:r>
        <w:rPr>
          <w:b/>
        </w:rPr>
        <w:t xml:space="preserve">[12:05] </w:t>
      </w:r>
      <w:r>
        <w:t>bas aik aadmi hai abu quhafah ka larka, woh un ka saath de raha hai.</w:t>
      </w:r>
    </w:p>
    <w:p>
      <w:pPr>
        <w:jc w:val="right"/>
      </w:pPr>
      <w:r>
        <w:t>بس ایک آدمی ہے ابو قحافہ کا لڑکا، وہ ان کا ساتھ دے رہا ہے۔</w:t>
      </w:r>
    </w:p>
    <w:p>
      <w:r>
        <w:rPr>
          <w:b/>
        </w:rPr>
        <w:t xml:space="preserve">[12:09] </w:t>
      </w:r>
      <w:r>
        <w:t>is waqt yeh ayat utri thi. is waqt.</w:t>
      </w:r>
    </w:p>
    <w:p>
      <w:pPr>
        <w:jc w:val="right"/>
      </w:pPr>
      <w:r>
        <w:t>اس وقت یہ آیت اتری تھی۔ اس وقت۔</w:t>
      </w:r>
    </w:p>
    <w:p>
      <w:r>
        <w:rPr>
          <w:b/>
        </w:rPr>
        <w:t xml:space="preserve">[12:13] </w:t>
      </w:r>
      <w:r>
        <w:t>ke aaj ko mat dekho, kal ko dekho.</w:t>
      </w:r>
    </w:p>
    <w:p>
      <w:pPr>
        <w:jc w:val="right"/>
      </w:pPr>
      <w:r>
        <w:t>کہ آج کو مت دیکھو، کل کو دیکھو۔</w:t>
      </w:r>
    </w:p>
    <w:p>
      <w:r>
        <w:rPr>
          <w:b/>
        </w:rPr>
        <w:t xml:space="preserve">[12:18] </w:t>
      </w:r>
      <w:r>
        <w:t>haal ko mat dekho, mustaqbil ko dekho.</w:t>
      </w:r>
    </w:p>
    <w:p>
      <w:pPr>
        <w:jc w:val="right"/>
      </w:pPr>
      <w:r>
        <w:t>حال کو مت دیکھو، مستقبل کو دیکھو۔</w:t>
      </w:r>
    </w:p>
    <w:p>
      <w:r>
        <w:rPr>
          <w:b/>
        </w:rPr>
        <w:t xml:space="preserve">[12:22] </w:t>
      </w:r>
      <w:r>
        <w:t>to yeh kitna bara yeh taawun hai</w:t>
      </w:r>
    </w:p>
    <w:p>
      <w:pPr>
        <w:jc w:val="right"/>
      </w:pPr>
      <w:r>
        <w:t>تو یہ کتنا بڑا یہ تعاون ہے</w:t>
      </w:r>
    </w:p>
    <w:p>
      <w:r>
        <w:rPr>
          <w:b/>
        </w:rPr>
        <w:t xml:space="preserve">[12:27] </w:t>
      </w:r>
      <w:r>
        <w:t>quran ka.</w:t>
      </w:r>
    </w:p>
    <w:p>
      <w:pPr>
        <w:jc w:val="right"/>
      </w:pPr>
      <w:r>
        <w:t>قرآن کا۔</w:t>
      </w:r>
    </w:p>
    <w:p>
      <w:r>
        <w:rPr>
          <w:b/>
        </w:rPr>
        <w:t xml:space="preserve">[12:33] </w:t>
      </w:r>
      <w:r>
        <w:t>ke insaan ko is law of nature se mutaarif karwa raha hai.</w:t>
      </w:r>
    </w:p>
    <w:p>
      <w:pPr>
        <w:jc w:val="right"/>
      </w:pPr>
      <w:r>
        <w:t>کہ انسان کو اس لاء آف نیچر سے متعارف کروا رہا ہے۔</w:t>
      </w:r>
    </w:p>
    <w:p>
      <w:r>
        <w:rPr>
          <w:b/>
        </w:rPr>
        <w:t xml:space="preserve">[12:39] </w:t>
      </w:r>
      <w:r>
        <w:t>jo buniyad rakhta hai is par, yani mustaqbil markooz sochne par buniyad rakhta hai.</w:t>
      </w:r>
    </w:p>
    <w:p>
      <w:pPr>
        <w:jc w:val="right"/>
      </w:pPr>
      <w:r>
        <w:t>جو بنیاد رکھتا ہے اس پر، یعنی مستقبل مرکوز سوچنے پر بنیاد رکھتا ہے۔</w:t>
      </w:r>
    </w:p>
    <w:p>
      <w:r>
        <w:rPr>
          <w:b/>
        </w:rPr>
        <w:t xml:space="preserve">[12:45] </w:t>
      </w:r>
      <w:r>
        <w:t>hum raat din dekhte hain ke raat aayi, din aayi, subah hui, shaam hui, lekin sochta kaun hai?</w:t>
      </w:r>
    </w:p>
    <w:p>
      <w:pPr>
        <w:jc w:val="right"/>
      </w:pPr>
      <w:r>
        <w:t>ہم رات دن دیکھتے ہیں کہ رات آئی، دن آئی، صبح ہوئی، شام ہوئی، لیکن سوچتا کون ہے؟</w:t>
      </w:r>
    </w:p>
    <w:p>
      <w:r>
        <w:rPr>
          <w:b/>
        </w:rPr>
        <w:t xml:space="preserve">[12:51] </w:t>
      </w:r>
      <w:r>
        <w:t>sochta kaun hai bataiye? din aayi to kaam mein chal daud pade, raat aayi to so gaye.</w:t>
      </w:r>
    </w:p>
    <w:p>
      <w:pPr>
        <w:jc w:val="right"/>
      </w:pPr>
      <w:r>
        <w:t>سوچتا کون ہے بتائیے؟ دن آئی تو کام میں چل دوڑ پڑے، رات آئی تو سو گئے۔</w:t>
      </w:r>
    </w:p>
    <w:p>
      <w:r>
        <w:rPr>
          <w:b/>
        </w:rPr>
        <w:t xml:space="preserve">[12:57] </w:t>
      </w:r>
      <w:r>
        <w:t>yahi karte hain log. raat aayi to so gaye. din hui to kaam par chale gaye. lekin yeh aik soch di Quran majeed ne. insaan ke andar aik sochne ka amal chalaya. ke socho yeh jo tasalsul hai is ko. ke raat aayi to phir subah aayi. aisa nahi ke raat aayi to andhera, andhera, chhaya rahe. yeh hai law of nature.</w:t>
      </w:r>
    </w:p>
    <w:p>
      <w:pPr>
        <w:jc w:val="right"/>
      </w:pPr>
      <w:r>
        <w:t>یہی کرتے ہیں لوگ۔ رات آئی تو سو گئے۔ دن ہوئی تو کام پر چلے گئے۔ لیکن یہ ایک سوچ دی قرآن مجید نے۔ انسان کے اندر ایک سوچنے کا عمل چلایا۔ کہ سوچو یہ جو تسلسل ہے اس کو۔ کہ رات آئی تو پھر صبح آئی۔ ایسا نہیں کہ رات آئی تو اندھیرا، اندھیرا، چھایا رہے۔ یہ ہے لاء آف نیچر۔</w:t>
      </w:r>
    </w:p>
    <w:p>
      <w:r>
        <w:rPr>
          <w:b/>
        </w:rPr>
        <w:t xml:space="preserve">[13:27] </w:t>
      </w:r>
      <w:r>
        <w:t>yeh hai course of life.</w:t>
      </w:r>
    </w:p>
    <w:p>
      <w:pPr>
        <w:jc w:val="right"/>
      </w:pPr>
      <w:r>
        <w:t>یہ ہے کورس آف لائف۔</w:t>
      </w:r>
    </w:p>
    <w:p>
      <w:r>
        <w:rPr>
          <w:b/>
        </w:rPr>
        <w:t xml:space="preserve">[13:32] </w:t>
      </w:r>
      <w:r>
        <w:t>yani khuda ne jo is dunya ko banaya hai.</w:t>
      </w:r>
    </w:p>
    <w:p>
      <w:pPr>
        <w:jc w:val="right"/>
      </w:pPr>
      <w:r>
        <w:t>یعنی خدا نے جو اس دنیا کو بنایا ہے۔</w:t>
      </w:r>
    </w:p>
    <w:p>
      <w:r>
        <w:rPr>
          <w:b/>
        </w:rPr>
        <w:t xml:space="preserve">[13:37] </w:t>
      </w:r>
      <w:r>
        <w:t>to is ka usool kya hai? is ka usool yeh hai ke zindagi jo hai aage barhe, aage</w:t>
      </w:r>
    </w:p>
    <w:p>
      <w:pPr>
        <w:jc w:val="right"/>
      </w:pPr>
      <w:r>
        <w:t>تو اس کا اصول کیا ہے؟ اس کا اصول یہ ہے کہ زندگی جو ہے آگے بڑھے، آگے</w:t>
      </w:r>
    </w:p>
    <w:p>
      <w:r>
        <w:rPr>
          <w:b/>
        </w:rPr>
        <w:t xml:space="preserve">[13:42] </w:t>
      </w:r>
      <w:r>
        <w:t>barhe, aage barhe.</w:t>
      </w:r>
    </w:p>
    <w:p>
      <w:pPr>
        <w:jc w:val="right"/>
      </w:pPr>
      <w:r>
        <w:t>بڑھے، آگے بڑھے۔</w:t>
      </w:r>
    </w:p>
    <w:p>
      <w:r>
        <w:rPr>
          <w:b/>
        </w:rPr>
        <w:t xml:space="preserve">[13:47] </w:t>
      </w:r>
      <w:r>
        <w:t>andhera hamesha chhaya na rahe, andhere ke baad ujala aaye.</w:t>
      </w:r>
    </w:p>
    <w:p>
      <w:pPr>
        <w:jc w:val="right"/>
      </w:pPr>
      <w:r>
        <w:t>اندھیرا ہمیشہ چھایا نہ رہے، اندھیرے کے بعد اجالا آئے۔</w:t>
      </w:r>
    </w:p>
    <w:p>
      <w:r>
        <w:rPr>
          <w:b/>
        </w:rPr>
        <w:t xml:space="preserve">[13:53] </w:t>
      </w:r>
      <w:r>
        <w:t>to is tarah hawala de kar aik law of nature ko ya aik qudrati phenomena ko hawala de kar</w:t>
      </w:r>
    </w:p>
    <w:p>
      <w:pPr>
        <w:jc w:val="right"/>
      </w:pPr>
      <w:r>
        <w:t>تو اس طرح حوالہ دے کر ایک لاء آف نیچر کو یا ایک قدرتی فیناومینا کو حوالہ دے کر</w:t>
      </w:r>
    </w:p>
    <w:p>
      <w:r>
        <w:rPr>
          <w:b/>
        </w:rPr>
        <w:t xml:space="preserve">[13:58] </w:t>
      </w:r>
      <w:r>
        <w:t>quran ne insaan ke andar aik soch paida ki.</w:t>
      </w:r>
    </w:p>
    <w:p>
      <w:pPr>
        <w:jc w:val="right"/>
      </w:pPr>
      <w:r>
        <w:t>قرآن نے انسان کے اندر ایک سوچ پیدا کی۔</w:t>
      </w:r>
    </w:p>
    <w:p>
      <w:r>
        <w:rPr>
          <w:b/>
        </w:rPr>
        <w:t xml:space="preserve">[14:02] </w:t>
      </w:r>
      <w:r>
        <w:t>woh soch kya? mustaqbil markooz.</w:t>
      </w:r>
    </w:p>
    <w:p>
      <w:pPr>
        <w:jc w:val="right"/>
      </w:pPr>
      <w:r>
        <w:t>وہ سوچ کیا؟ مستقبل مرکوز۔</w:t>
      </w:r>
    </w:p>
    <w:p>
      <w:r>
        <w:rPr>
          <w:b/>
        </w:rPr>
        <w:t xml:space="preserve">[14:06] </w:t>
      </w:r>
      <w:r>
        <w:t>aadmi haal mein sochta hai, usi se mayoosi hoti hai is ko.</w:t>
      </w:r>
    </w:p>
    <w:p>
      <w:pPr>
        <w:jc w:val="right"/>
      </w:pPr>
      <w:r>
        <w:t>آدمی حال میں سوچتا ہے، اسی سے مایوسی ہوتی ہے اس کو۔</w:t>
      </w:r>
    </w:p>
    <w:p>
      <w:r>
        <w:rPr>
          <w:b/>
        </w:rPr>
        <w:t xml:space="preserve">[14:11] </w:t>
      </w:r>
      <w:r>
        <w:t>mayoosi kya hai? haal mein sochne ki wajah se hota hai.</w:t>
      </w:r>
    </w:p>
    <w:p>
      <w:pPr>
        <w:jc w:val="right"/>
      </w:pPr>
      <w:r>
        <w:t>مایوسی کیا ہے؟ حال میں سوچنے کی وجہ سے ہوتا ہے۔</w:t>
      </w:r>
    </w:p>
    <w:p>
      <w:r>
        <w:rPr>
          <w:b/>
        </w:rPr>
        <w:t xml:space="preserve">[14:15] </w:t>
      </w:r>
      <w:r>
        <w:t>aaj koi baat bigar gayi.</w:t>
      </w:r>
    </w:p>
    <w:p>
      <w:pPr>
        <w:jc w:val="right"/>
      </w:pPr>
      <w:r>
        <w:t>آج کوئی بات بگڑ گئی۔</w:t>
      </w:r>
    </w:p>
    <w:p>
      <w:r>
        <w:rPr>
          <w:b/>
        </w:rPr>
        <w:t xml:space="preserve">[14:19] </w:t>
      </w:r>
      <w:r>
        <w:t>aaj koi muamla kharab ho gaya.</w:t>
      </w:r>
    </w:p>
    <w:p>
      <w:pPr>
        <w:jc w:val="right"/>
      </w:pPr>
      <w:r>
        <w:t>آج کوئی معاملہ خراب ہو گیا۔</w:t>
      </w:r>
    </w:p>
    <w:p>
      <w:r>
        <w:rPr>
          <w:b/>
        </w:rPr>
        <w:t xml:space="preserve">[14:24] </w:t>
      </w:r>
      <w:r>
        <w:t>aaj koi mujhe paspai ho gayi to bas us ko le kar ke mein</w:t>
      </w:r>
    </w:p>
    <w:p>
      <w:pPr>
        <w:jc w:val="right"/>
      </w:pPr>
      <w:r>
        <w:t>آج کوئی مجھے پسپائی ہو گئی تو بس اس کو لے کر کے میں</w:t>
      </w:r>
    </w:p>
    <w:p>
      <w:r>
        <w:rPr>
          <w:b/>
        </w:rPr>
        <w:t xml:space="preserve">[14:28] </w:t>
      </w:r>
      <w:r>
        <w:t>mayoosi mein par gaya.</w:t>
      </w:r>
    </w:p>
    <w:p>
      <w:pPr>
        <w:jc w:val="right"/>
      </w:pPr>
      <w:r>
        <w:t>مایوسی میں پڑ گیا۔</w:t>
      </w:r>
    </w:p>
    <w:p>
      <w:r>
        <w:rPr>
          <w:b/>
        </w:rPr>
        <w:t xml:space="preserve">[14:33] </w:t>
      </w:r>
      <w:r>
        <w:t>jab bhi koi aadmi tension mein ho, mayoosi mein ho to haal ko le kar hota hai woh.</w:t>
      </w:r>
    </w:p>
    <w:p>
      <w:pPr>
        <w:jc w:val="right"/>
      </w:pPr>
      <w:r>
        <w:t>جب بھی کوئی آدمی ٹینشن میں ہو، مایوسی میں ہو تو حال کو لے کر ہوتا ہے وہ۔</w:t>
      </w:r>
    </w:p>
    <w:p>
      <w:r>
        <w:rPr>
          <w:b/>
        </w:rPr>
        <w:t xml:space="preserve">[14:38] </w:t>
      </w:r>
      <w:r>
        <w:t>to quran ne yeh bataya ke haal ko le kar kyun sochte ho? ke haal to chala jaye</w:t>
      </w:r>
    </w:p>
    <w:p>
      <w:pPr>
        <w:jc w:val="right"/>
      </w:pPr>
      <w:r>
        <w:t>تو قرآن نے یہ بتایا کہ حال کو لے کر کیوں سوچتے ہو؟ کہ حال تو چلا جائے</w:t>
      </w:r>
    </w:p>
    <w:p>
      <w:r>
        <w:rPr>
          <w:b/>
        </w:rPr>
        <w:t xml:space="preserve">[14:43] </w:t>
      </w:r>
      <w:r>
        <w:t>ga, maazi ban jayega.</w:t>
      </w:r>
    </w:p>
    <w:p>
      <w:pPr>
        <w:jc w:val="right"/>
      </w:pPr>
      <w:r>
        <w:t>گا، ماضی بن جائے گا۔</w:t>
      </w:r>
    </w:p>
    <w:p>
      <w:r>
        <w:rPr>
          <w:b/>
        </w:rPr>
        <w:t xml:space="preserve">[14:48] </w:t>
      </w:r>
      <w:r>
        <w:t>aage jo jo hogi woh mustaqbil hoga.</w:t>
      </w:r>
    </w:p>
    <w:p>
      <w:pPr>
        <w:jc w:val="right"/>
      </w:pPr>
      <w:r>
        <w:t>آگے جو جو ہوگی وہ مستقبل ہوگا۔</w:t>
      </w:r>
    </w:p>
    <w:p>
      <w:r>
        <w:rPr>
          <w:b/>
        </w:rPr>
        <w:t xml:space="preserve">[14:53] </w:t>
      </w:r>
      <w:r>
        <w:t>to quran mein dekhein kitna bara yeh science of life ka</w:t>
      </w:r>
    </w:p>
    <w:p>
      <w:pPr>
        <w:jc w:val="right"/>
      </w:pPr>
      <w:r>
        <w:t>تو قرآن میں دیکھیں کتنا بڑا یہ سائنس آف لائف کا</w:t>
      </w:r>
    </w:p>
    <w:p>
      <w:r>
        <w:rPr>
          <w:b/>
        </w:rPr>
        <w:t xml:space="preserve">[14:59] </w:t>
      </w:r>
      <w:r>
        <w:t>usool hai. kitna bara usool hai. ke insaan ko yeh sabak diya gaya ke tum haal markooz sochne wale nahi hona chahiye tumhare andar. balke mustaqbil markooz zehan banao. yaani haal markooz zehan nahi, mustaqbil markooz zehan. jab raat aaye to socho ke abhi kuch der ke baad din aane wala</w:t>
      </w:r>
    </w:p>
    <w:p>
      <w:pPr>
        <w:jc w:val="right"/>
      </w:pPr>
      <w:r>
        <w:t>اصول ہے۔ کتنا بڑا اصول ہے۔ کہ انسان کو یہ سبق دیا گیا کہ تم حال مرکوز سوچنے والے نہیں ہونا چاہیے تمہارے اندر۔ بلکہ مستقبل مرکوز ذہن بناؤ۔ یعنی حال مرکوز ذہن نہیں، مستقبل مرکوز ذہن۔ جب رات آئے تو سوچو کہ ابھی کچھ دیر کے بعد دن آنے والا</w:t>
      </w:r>
    </w:p>
    <w:p>
      <w:r>
        <w:rPr>
          <w:b/>
        </w:rPr>
        <w:t xml:space="preserve">[15:29] </w:t>
      </w:r>
      <w:r>
        <w:t>hai.</w:t>
      </w:r>
    </w:p>
    <w:p>
      <w:pPr>
        <w:jc w:val="right"/>
      </w:pPr>
      <w:r>
        <w:t>ہے۔</w:t>
      </w:r>
    </w:p>
    <w:p>
      <w:r>
        <w:rPr>
          <w:b/>
        </w:rPr>
        <w:t xml:space="preserve">[15:32] </w:t>
      </w:r>
      <w:r>
        <w:t>andhera chhaye to socho ke abhi kuch dair ke baad ujala aane wala hai.</w:t>
      </w:r>
    </w:p>
    <w:p>
      <w:pPr>
        <w:jc w:val="right"/>
      </w:pPr>
      <w:r>
        <w:t>اندھیرا چھائے تو سوچو کہ ابھی کچھ دیر کے بعد اجالا آنے والا ہے۔</w:t>
      </w:r>
    </w:p>
    <w:p>
      <w:r>
        <w:rPr>
          <w:b/>
        </w:rPr>
        <w:t xml:space="preserve">[15:35] </w:t>
      </w:r>
      <w:r>
        <w:t>is tarah quran aadmi ke andar hosla paida karta hai.</w:t>
      </w:r>
    </w:p>
    <w:p>
      <w:pPr>
        <w:jc w:val="right"/>
      </w:pPr>
      <w:r>
        <w:t>اس طرح قرآن آدمی کے اندر حوصلہ پیدا کرتا ہے۔</w:t>
      </w:r>
    </w:p>
    <w:p>
      <w:r>
        <w:rPr>
          <w:b/>
        </w:rPr>
        <w:t xml:space="preserve">[15:38] </w:t>
      </w:r>
      <w:r>
        <w:t>hosla paida karta hai.</w:t>
      </w:r>
    </w:p>
    <w:p>
      <w:pPr>
        <w:jc w:val="right"/>
      </w:pPr>
      <w:r>
        <w:t>حوصلہ پیدا کرتا ہے۔</w:t>
      </w:r>
    </w:p>
    <w:p>
      <w:r>
        <w:rPr>
          <w:b/>
        </w:rPr>
        <w:t xml:space="preserve">[15:41] </w:t>
      </w:r>
      <w:r>
        <w:t>himmat paida karta hai.</w:t>
      </w:r>
    </w:p>
    <w:p>
      <w:pPr>
        <w:jc w:val="right"/>
      </w:pPr>
      <w:r>
        <w:t>ہمت پیدا کرتا ہے۔</w:t>
      </w:r>
    </w:p>
    <w:p>
      <w:r>
        <w:rPr>
          <w:b/>
        </w:rPr>
        <w:t xml:space="preserve">[15:44] </w:t>
      </w:r>
      <w:r>
        <w:t>azm paida karta hai.</w:t>
      </w:r>
    </w:p>
    <w:p>
      <w:pPr>
        <w:jc w:val="right"/>
      </w:pPr>
      <w:r>
        <w:t>عزم پیدا کرتا ہے۔</w:t>
      </w:r>
    </w:p>
    <w:p>
      <w:r>
        <w:rPr>
          <w:b/>
        </w:rPr>
        <w:t xml:space="preserve">[15:47] </w:t>
      </w:r>
      <w:r>
        <w:t>aage barhne ka is ko shoq dilata hai.</w:t>
      </w:r>
    </w:p>
    <w:p>
      <w:pPr>
        <w:jc w:val="right"/>
      </w:pPr>
      <w:r>
        <w:t>آگے بڑھنے کا اس کو شوق دلاتا ہے۔</w:t>
      </w:r>
    </w:p>
    <w:p>
      <w:r>
        <w:rPr>
          <w:b/>
        </w:rPr>
        <w:t xml:space="preserve">[15:50] </w:t>
      </w:r>
      <w:r>
        <w:t>yeh kitna bara taawun hai quran ka.</w:t>
      </w:r>
    </w:p>
    <w:p>
      <w:pPr>
        <w:jc w:val="right"/>
      </w:pPr>
      <w:r>
        <w:t>یہ کتنا بڑا تعاون ہے قرآن کا۔</w:t>
      </w:r>
    </w:p>
    <w:p>
      <w:r>
        <w:rPr>
          <w:b/>
        </w:rPr>
        <w:t xml:space="preserve">[15:53] </w:t>
      </w:r>
      <w:r>
        <w:t>aur islam ka.</w:t>
      </w:r>
    </w:p>
    <w:p>
      <w:pPr>
        <w:jc w:val="right"/>
      </w:pPr>
      <w:r>
        <w:t>اور اسلام کا۔</w:t>
      </w:r>
    </w:p>
    <w:p>
      <w:r>
        <w:rPr>
          <w:b/>
        </w:rPr>
        <w:t xml:space="preserve">[15:56] </w:t>
      </w:r>
      <w:r>
        <w:t>log samajhte hain ke islam ka matlab</w:t>
      </w:r>
    </w:p>
    <w:p>
      <w:pPr>
        <w:jc w:val="right"/>
      </w:pPr>
      <w:r>
        <w:t>لوگ سمجھتے ہیں کہ اسلام کا مطلب</w:t>
      </w:r>
    </w:p>
    <w:p>
      <w:r>
        <w:rPr>
          <w:b/>
        </w:rPr>
        <w:t xml:space="preserve">[15:59] </w:t>
      </w:r>
      <w:r>
        <w:t>hai maro kato aur aur apne aap ko mar kar ke khatam ho jao. ya phir ja kar dargahon mein ja kar ke chadarein charhao. ya masjid mein kuch form aik hai, kuch rasumat hain, us ko dohra lo. yeh hai kamzor form of Islam. yeh hai bigra hua form of Islam. to jis aadmi ko yeh janna hai ke Islam kya hai? is</w:t>
      </w:r>
    </w:p>
    <w:p>
      <w:pPr>
        <w:jc w:val="right"/>
      </w:pPr>
      <w:r>
        <w:t>ہے مارو کاٹو اور اور اپنے آپ کو مار کر کے ختم ہو جاؤ۔ یا پھر جا کر درگاہوں میں جا کر کے چادریں چڑھاؤ۔ یا مسجد میں کچھ فارم ایک ہے، کچھ رسومات ہیں، اس کو دہرا لو۔ یہ ہے کمزور فارم آف اسلام۔ یہ ہے بگڑا ہوا فارم آف اسلام۔ تو جس آدمی کو یہ جاننا ہے کہ اسلام کیا ہے؟ اس</w:t>
      </w:r>
    </w:p>
    <w:p>
      <w:r>
        <w:rPr>
          <w:b/>
        </w:rPr>
        <w:t xml:space="preserve">[16:29] </w:t>
      </w:r>
      <w:r>
        <w:t>ko islam ke صحیphon se janna parega.</w:t>
      </w:r>
    </w:p>
    <w:p>
      <w:pPr>
        <w:jc w:val="right"/>
      </w:pPr>
      <w:r>
        <w:t>کو اسلام کے صحیفوں سے جاننا پڑے گا۔</w:t>
      </w:r>
    </w:p>
    <w:p>
      <w:r>
        <w:rPr>
          <w:b/>
        </w:rPr>
        <w:t xml:space="preserve">[16:34] </w:t>
      </w:r>
      <w:r>
        <w:t>islam ke jo صحیfe hain yani quran aur hadith.</w:t>
      </w:r>
    </w:p>
    <w:p>
      <w:pPr>
        <w:jc w:val="right"/>
      </w:pPr>
      <w:r>
        <w:t>اسلام کے جو صحیفے ہیں یعنی قرآن اور حدیث۔</w:t>
      </w:r>
    </w:p>
    <w:p>
      <w:r>
        <w:rPr>
          <w:b/>
        </w:rPr>
        <w:t xml:space="preserve">[16:39] </w:t>
      </w:r>
      <w:r>
        <w:t>quran hai lafz of khuda ka naam.</w:t>
      </w:r>
    </w:p>
    <w:p>
      <w:pPr>
        <w:jc w:val="right"/>
      </w:pPr>
      <w:r>
        <w:t>قرآن ہے لفظ آف خدا کا نام۔</w:t>
      </w:r>
    </w:p>
    <w:p>
      <w:r>
        <w:rPr>
          <w:b/>
        </w:rPr>
        <w:t xml:space="preserve">[16:44] </w:t>
      </w:r>
      <w:r>
        <w:t>hadis nam hai lafz of nabi ka nam.</w:t>
      </w:r>
    </w:p>
    <w:p>
      <w:pPr>
        <w:jc w:val="right"/>
      </w:pPr>
      <w:r>
        <w:t>حدیث نام ہے لفظ آف نبی کا نام۔</w:t>
      </w:r>
    </w:p>
    <w:p>
      <w:r>
        <w:rPr>
          <w:b/>
        </w:rPr>
        <w:t xml:space="preserve">[16:49] </w:t>
      </w:r>
      <w:r>
        <w:t>yani islam mein jo quran hai woh hai lafz of khuda.</w:t>
      </w:r>
    </w:p>
    <w:p>
      <w:pPr>
        <w:jc w:val="right"/>
      </w:pPr>
      <w:r>
        <w:t>یعنی اسلام میں جو قرآن ہے وہ ہے لفظ آف خدا۔</w:t>
      </w:r>
    </w:p>
    <w:p>
      <w:r>
        <w:rPr>
          <w:b/>
        </w:rPr>
        <w:t xml:space="preserve">[16:54] </w:t>
      </w:r>
      <w:r>
        <w:t>aur jis ko hum hadis kehte hain woh hai lafz of nabi. don</w:t>
      </w:r>
    </w:p>
    <w:p>
      <w:pPr>
        <w:jc w:val="right"/>
      </w:pPr>
      <w:r>
        <w:t>اور جس کو ہم حدیث کہتے ہیں وہ ہے لفظ آف نبی۔ دون</w:t>
      </w:r>
    </w:p>
    <w:p>
      <w:r>
        <w:rPr>
          <w:b/>
        </w:rPr>
        <w:t xml:space="preserve">[16:59] </w:t>
      </w:r>
      <w:r>
        <w:t>on ki barabar ahmiyat hai.</w:t>
      </w:r>
    </w:p>
    <w:p>
      <w:pPr>
        <w:jc w:val="right"/>
      </w:pPr>
      <w:r>
        <w:t>وں کی برابر اہمیت ہے۔</w:t>
      </w:r>
    </w:p>
    <w:p>
      <w:r>
        <w:rPr>
          <w:b/>
        </w:rPr>
        <w:t xml:space="preserve">[17:05] </w:t>
      </w:r>
      <w:r>
        <w:t>kyunke jo lafz of nabi hai woh bhi khuda ke ilham se bolte the rasool Allah.</w:t>
      </w:r>
    </w:p>
    <w:p>
      <w:pPr>
        <w:jc w:val="right"/>
      </w:pPr>
      <w:r>
        <w:t>کیونکہ جو لفظ آف نبی ہے وہ بھی خدا کے الہام سے بولتے تھے رسول اللہ۔</w:t>
      </w:r>
    </w:p>
    <w:p>
      <w:r>
        <w:rPr>
          <w:b/>
        </w:rPr>
        <w:t xml:space="preserve">[17:11] </w:t>
      </w:r>
      <w:r>
        <w:t>yahan par mein ek bohat hi aham baat kahunga.</w:t>
      </w:r>
    </w:p>
    <w:p>
      <w:pPr>
        <w:jc w:val="right"/>
      </w:pPr>
      <w:r>
        <w:t>یہاں پر میں ایک بہت ہی اہم بات کہوں گا۔</w:t>
      </w:r>
    </w:p>
    <w:p>
      <w:r>
        <w:rPr>
          <w:b/>
        </w:rPr>
        <w:t xml:space="preserve">[17:18] </w:t>
      </w:r>
      <w:r>
        <w:t>jis se mujhe yeh yaqeen hua ke quran khuda ki kitab hai.</w:t>
      </w:r>
    </w:p>
    <w:p>
      <w:pPr>
        <w:jc w:val="right"/>
      </w:pPr>
      <w:r>
        <w:t>جس سے مجھے یہ یقین ہوا کہ قرآن خدا کی کتاب ہے۔</w:t>
      </w:r>
    </w:p>
    <w:p>
      <w:r>
        <w:rPr>
          <w:b/>
        </w:rPr>
        <w:t xml:space="preserve">[17:24] </w:t>
      </w:r>
      <w:r>
        <w:t>mein yeh kahunga ke mere liye islam ek daryaft hai.</w:t>
      </w:r>
    </w:p>
    <w:p>
      <w:pPr>
        <w:jc w:val="right"/>
      </w:pPr>
      <w:r>
        <w:t>میں یہ کہوں گا کہ میرے لیے اسلام ایک دریافت ہے۔</w:t>
      </w:r>
    </w:p>
    <w:p>
      <w:r>
        <w:rPr>
          <w:b/>
        </w:rPr>
        <w:t xml:space="preserve">[17:31] </w:t>
      </w:r>
      <w:r>
        <w:t>kaise daryaft hui? maine ek arabi madrasse mein padha. is tarah mujhe arabi zaban aayi. aur barah-e-rast arabi zaban ki madad se main quran padhne laga. phir maine hadith padhi. to jo log bhi arabi zaban ko jante hain. jo log bhi arabi zaban ko jante hain. woh samajh sakte hain ke ek bahut bada farq hai quran</w:t>
      </w:r>
    </w:p>
    <w:p>
      <w:pPr>
        <w:jc w:val="right"/>
      </w:pPr>
      <w:r>
        <w:t>کیسے دریافت ہوئی؟ میں نے ایک عربی مدرسے میں پڑھا۔ اس طرح مجھے عربی زبان آئی۔ اور براہ راست عربی زبان کی مدد سے میں قرآن پڑھنے لگا۔ پھر میں نے حدیث پڑھی۔ تو جو لوگ بھی عربی زبان کو جانتے ہیں۔ جو لوگ بھی عربی زبان کو جانتے ہیں۔ وہ سمجھ سکتے ہیں کہ ایک بہت بڑا فرق ہے قرآن</w:t>
      </w:r>
    </w:p>
    <w:p>
      <w:r>
        <w:rPr>
          <w:b/>
        </w:rPr>
        <w:t xml:space="preserve">[18:01] </w:t>
      </w:r>
      <w:r>
        <w:t>ki zaban mein aur hadis ki zaban mein.</w:t>
      </w:r>
    </w:p>
    <w:p>
      <w:pPr>
        <w:jc w:val="right"/>
      </w:pPr>
      <w:r>
        <w:t>کی زبان میں اور حدیث کی زبان میں۔</w:t>
      </w:r>
    </w:p>
    <w:p>
      <w:r>
        <w:rPr>
          <w:b/>
        </w:rPr>
        <w:t xml:space="preserve">[18:07] </w:t>
      </w:r>
      <w:r>
        <w:t>yani zaban-e-quran aur zaban-e-hadis mein bohat bara farq hai.</w:t>
      </w:r>
    </w:p>
    <w:p>
      <w:pPr>
        <w:jc w:val="right"/>
      </w:pPr>
      <w:r>
        <w:t>یعنی زبانِ قرآن اور زبانِ حدیث میں بہت بڑا فرق ہے۔</w:t>
      </w:r>
    </w:p>
    <w:p>
      <w:r>
        <w:rPr>
          <w:b/>
        </w:rPr>
        <w:t xml:space="preserve">[18:13] </w:t>
      </w:r>
      <w:r>
        <w:t>bohat bara farq hai.</w:t>
      </w:r>
    </w:p>
    <w:p>
      <w:pPr>
        <w:jc w:val="right"/>
      </w:pPr>
      <w:r>
        <w:t>بہت بڑا فرق ہے۔</w:t>
      </w:r>
    </w:p>
    <w:p>
      <w:r>
        <w:rPr>
          <w:b/>
        </w:rPr>
        <w:t xml:space="preserve">[18:19] </w:t>
      </w:r>
      <w:r>
        <w:t>aap sochiye ke jo log yeh kehte hain ke quran jo hai khud rasool Allah ne bana liya hai.</w:t>
      </w:r>
    </w:p>
    <w:p>
      <w:pPr>
        <w:jc w:val="right"/>
      </w:pPr>
      <w:r>
        <w:t>آپ سوچیے کہ جو لوگ یہ کہتے ہیں کہ قرآن جو ہے خود رسول اللہ نے بنا لیا ہے۔</w:t>
      </w:r>
    </w:p>
    <w:p>
      <w:r>
        <w:rPr>
          <w:b/>
        </w:rPr>
        <w:t xml:space="preserve">[18:25] </w:t>
      </w:r>
      <w:r>
        <w:t>quran jo hai woh rasool Allah ki apni</w:t>
      </w:r>
    </w:p>
    <w:p>
      <w:pPr>
        <w:jc w:val="right"/>
      </w:pPr>
      <w:r>
        <w:t>قرآن جو ہے وہ رسول اللہ کی اپنی</w:t>
      </w:r>
    </w:p>
    <w:p>
      <w:r>
        <w:rPr>
          <w:b/>
        </w:rPr>
        <w:t xml:space="preserve">[18:31] </w:t>
      </w:r>
      <w:r>
        <w:t>, woh bhi rasool Allah hi ka kalam hai.</w:t>
      </w:r>
    </w:p>
    <w:p>
      <w:pPr>
        <w:jc w:val="right"/>
      </w:pPr>
      <w:r>
        <w:t>، وہ بھی رسول اللہ ہی کا کلام ہے۔</w:t>
      </w:r>
    </w:p>
    <w:p>
      <w:r>
        <w:rPr>
          <w:b/>
        </w:rPr>
        <w:t xml:space="preserve">[18:34] </w:t>
      </w:r>
      <w:r>
        <w:t>bohat se log aisa bolte hain.</w:t>
      </w:r>
    </w:p>
    <w:p>
      <w:pPr>
        <w:jc w:val="right"/>
      </w:pPr>
      <w:r>
        <w:t>بہت سے لوگ ایسا بولتے ہیں۔</w:t>
      </w:r>
    </w:p>
    <w:p>
      <w:r>
        <w:rPr>
          <w:b/>
        </w:rPr>
        <w:t xml:space="preserve">[18:38] </w:t>
      </w:r>
      <w:r>
        <w:t>bohat se log shakk karte hain ke quran kaise ab mani khuda ki kitab hai.</w:t>
      </w:r>
    </w:p>
    <w:p>
      <w:pPr>
        <w:jc w:val="right"/>
      </w:pPr>
      <w:r>
        <w:t>بہت سے لوگ شک کرتے ہیں کہ قرآن کیسے اب معنی خدا کی کتاب ہے۔</w:t>
      </w:r>
    </w:p>
    <w:p>
      <w:r>
        <w:rPr>
          <w:b/>
        </w:rPr>
        <w:t xml:space="preserve">[18:42] </w:t>
      </w:r>
      <w:r>
        <w:t>to aap is ki jo zaban hai woh apne aap mein is baat ka saboot hai.</w:t>
      </w:r>
    </w:p>
    <w:p>
      <w:pPr>
        <w:jc w:val="right"/>
      </w:pPr>
      <w:r>
        <w:t>تو آپ اس کی جو زبان ہے وہ اپنے آپ میں اس بات کا ثبوت ہے۔</w:t>
      </w:r>
    </w:p>
    <w:p>
      <w:r>
        <w:rPr>
          <w:b/>
        </w:rPr>
        <w:t xml:space="preserve">[18:46] </w:t>
      </w:r>
      <w:r>
        <w:t>kyunke ek dum hi mukhtalif hai dono ki zaban.</w:t>
      </w:r>
    </w:p>
    <w:p>
      <w:pPr>
        <w:jc w:val="right"/>
      </w:pPr>
      <w:r>
        <w:t>کیونکہ ایک دم ہی مختلف ہے دونوں کی زبان۔</w:t>
      </w:r>
    </w:p>
    <w:p>
      <w:r>
        <w:rPr>
          <w:b/>
        </w:rPr>
        <w:t xml:space="preserve">[18:49] </w:t>
      </w:r>
      <w:r>
        <w:t>agarche dono arabi ki zaban hain.</w:t>
      </w:r>
    </w:p>
    <w:p>
      <w:pPr>
        <w:jc w:val="right"/>
      </w:pPr>
      <w:r>
        <w:t>اگرچہ دونوں عربی کی زبان ہیں۔</w:t>
      </w:r>
    </w:p>
    <w:p>
      <w:r>
        <w:rPr>
          <w:b/>
        </w:rPr>
        <w:t xml:space="preserve">[18:53] </w:t>
      </w:r>
      <w:r>
        <w:t>quran ki zaban bhi arabi ki zaban hai.</w:t>
      </w:r>
    </w:p>
    <w:p>
      <w:pPr>
        <w:jc w:val="right"/>
      </w:pPr>
      <w:r>
        <w:t>قرآن کی زبان بھی عربی کی زبان ہے۔</w:t>
      </w:r>
    </w:p>
    <w:p>
      <w:r>
        <w:rPr>
          <w:b/>
        </w:rPr>
        <w:t xml:space="preserve">[18:57] </w:t>
      </w:r>
      <w:r>
        <w:t>hadis ki zaban bhi arabi ki zaban</w:t>
      </w:r>
    </w:p>
    <w:p>
      <w:pPr>
        <w:jc w:val="right"/>
      </w:pPr>
      <w:r>
        <w:t>حدیث کی زبان بھی عربی کی زبان</w:t>
      </w:r>
    </w:p>
    <w:p>
      <w:r>
        <w:rPr>
          <w:b/>
        </w:rPr>
        <w:t xml:space="preserve">[19:01] </w:t>
      </w:r>
      <w:r>
        <w:t>hai.</w:t>
      </w:r>
    </w:p>
    <w:p>
      <w:pPr>
        <w:jc w:val="right"/>
      </w:pPr>
      <w:r>
        <w:t>ہے۔</w:t>
      </w:r>
    </w:p>
    <w:p>
      <w:r>
        <w:rPr>
          <w:b/>
        </w:rPr>
        <w:t xml:space="preserve">[19:06] </w:t>
      </w:r>
      <w:r>
        <w:t>lekin jab aap padhein to saaf lagega aap ko ke hadis to ek insan ki zaban hai.</w:t>
      </w:r>
    </w:p>
    <w:p>
      <w:pPr>
        <w:jc w:val="right"/>
      </w:pPr>
      <w:r>
        <w:t>لیکن جب آپ پڑھیں تو صاف لگے گا آپ کو کہ حدیث تو ایک انسان کی زبان ہے۔</w:t>
      </w:r>
    </w:p>
    <w:p>
      <w:r>
        <w:rPr>
          <w:b/>
        </w:rPr>
        <w:t xml:space="preserve">[19:12] </w:t>
      </w:r>
      <w:r>
        <w:t>aur quran jo hai woh ek shahana zaban hai. shahana zaban.</w:t>
      </w:r>
    </w:p>
    <w:p>
      <w:pPr>
        <w:jc w:val="right"/>
      </w:pPr>
      <w:r>
        <w:t>اور قرآن جو ہے وہ ایک شاہانہ زبان ہے۔ شاہانہ زبان۔</w:t>
      </w:r>
    </w:p>
    <w:p>
      <w:r>
        <w:rPr>
          <w:b/>
        </w:rPr>
        <w:t xml:space="preserve">[19:18] </w:t>
      </w:r>
      <w:r>
        <w:t>yani quran lagta hai ke ek badshah bol raha hai.</w:t>
      </w:r>
    </w:p>
    <w:p>
      <w:pPr>
        <w:jc w:val="right"/>
      </w:pPr>
      <w:r>
        <w:t>یعنی قرآن لگتا ہے کہ ایک بادشاہ بول رہا ہے۔</w:t>
      </w:r>
    </w:p>
    <w:p>
      <w:r>
        <w:rPr>
          <w:b/>
        </w:rPr>
        <w:t xml:space="preserve">[19:23] </w:t>
      </w:r>
      <w:r>
        <w:t>aur hadith lagta hai ke insaan bol raha hai.</w:t>
      </w:r>
    </w:p>
    <w:p>
      <w:pPr>
        <w:jc w:val="right"/>
      </w:pPr>
      <w:r>
        <w:t>اور حدیث لگتا ہے کہ انسان بول رہا ہے۔</w:t>
      </w:r>
    </w:p>
    <w:p>
      <w:r>
        <w:rPr>
          <w:b/>
        </w:rPr>
        <w:t xml:space="preserve">[19:29] </w:t>
      </w:r>
      <w:r>
        <w:t>ek ajeeb o ghareeb farq hai yeh.</w:t>
      </w:r>
    </w:p>
    <w:p>
      <w:pPr>
        <w:jc w:val="right"/>
      </w:pPr>
      <w:r>
        <w:t>ایک عجیب و غریب فرق ہے یہ۔</w:t>
      </w:r>
    </w:p>
    <w:p>
      <w:r>
        <w:rPr>
          <w:b/>
        </w:rPr>
        <w:t xml:space="preserve">[19:35] </w:t>
      </w:r>
      <w:r>
        <w:t>jaise misaal ke taur par quran mein yeh kaha gaya hai.</w:t>
      </w:r>
    </w:p>
    <w:p>
      <w:pPr>
        <w:jc w:val="right"/>
      </w:pPr>
      <w:r>
        <w:t>جیسے مثال کے طور پر قرآن میں یہ کہا گیا ہے۔</w:t>
      </w:r>
    </w:p>
    <w:p>
      <w:r>
        <w:rPr>
          <w:b/>
        </w:rPr>
        <w:t xml:space="preserve">[19:40] </w:t>
      </w:r>
      <w:r>
        <w:t>ke agar tum chaho ke quran jaisa ek kalaam banao to tum bana nahi sakte.</w:t>
      </w:r>
    </w:p>
    <w:p>
      <w:pPr>
        <w:jc w:val="right"/>
      </w:pPr>
      <w:r>
        <w:t>کہ اگر تم چاہو کہ قرآن جیسا ایک کلام بناؤ تو تم بنا نہیں سکتے۔</w:t>
      </w:r>
    </w:p>
    <w:p>
      <w:r>
        <w:rPr>
          <w:b/>
        </w:rPr>
        <w:t xml:space="preserve">[19:45] </w:t>
      </w:r>
      <w:r>
        <w:t>yeh kaha gaya hai.</w:t>
      </w:r>
    </w:p>
    <w:p>
      <w:pPr>
        <w:jc w:val="right"/>
      </w:pPr>
      <w:r>
        <w:t>یہ کہا گیا ہے۔</w:t>
      </w:r>
    </w:p>
    <w:p>
      <w:r>
        <w:rPr>
          <w:b/>
        </w:rPr>
        <w:t xml:space="preserve">[19:50] </w:t>
      </w:r>
      <w:r>
        <w:t>to aap is ko dekhen is kis andaaz se quran kehta hai.</w:t>
      </w:r>
    </w:p>
    <w:p>
      <w:pPr>
        <w:jc w:val="right"/>
      </w:pPr>
      <w:r>
        <w:t>تو آپ اس کو دیکھیں اس کس انداز سے قرآن کہتا ہے۔</w:t>
      </w:r>
    </w:p>
    <w:p>
      <w:r>
        <w:rPr>
          <w:b/>
        </w:rPr>
        <w:t xml:space="preserve">[19:55] </w:t>
      </w:r>
      <w:r>
        <w:t>Qul lau kaanal bahru midadan likalimati rabbi.</w:t>
      </w:r>
    </w:p>
    <w:p>
      <w:pPr>
        <w:jc w:val="right"/>
      </w:pPr>
      <w:r>
        <w:t>قل لو قال البحر مدادا لکلمات ربی۔</w:t>
      </w:r>
    </w:p>
    <w:p>
      <w:r>
        <w:rPr>
          <w:b/>
        </w:rPr>
        <w:t xml:space="preserve">[20:00] </w:t>
      </w:r>
      <w:r>
        <w:t>lanafida al bahru qabla an tan</w:t>
      </w:r>
    </w:p>
    <w:p>
      <w:pPr>
        <w:jc w:val="right"/>
      </w:pPr>
      <w:r>
        <w:t>لنفذ البحر قبل أن تن</w:t>
      </w:r>
    </w:p>
    <w:p>
      <w:r>
        <w:rPr>
          <w:b/>
        </w:rPr>
        <w:t xml:space="preserve">[20:05] </w:t>
      </w:r>
      <w:r>
        <w:t>fada kalimati rabbi.</w:t>
      </w:r>
    </w:p>
    <w:p>
      <w:pPr>
        <w:jc w:val="right"/>
      </w:pPr>
      <w:r>
        <w:t>فذ کلمات ربی۔</w:t>
      </w:r>
    </w:p>
    <w:p>
      <w:r>
        <w:rPr>
          <w:b/>
        </w:rPr>
        <w:t xml:space="preserve">[20:09] </w:t>
      </w:r>
      <w:r>
        <w:t>wa lau jina bimithli mudaddin.</w:t>
      </w:r>
    </w:p>
    <w:p>
      <w:pPr>
        <w:jc w:val="right"/>
      </w:pPr>
      <w:r>
        <w:t>ولو جئنا بمثل متدع۔</w:t>
      </w:r>
    </w:p>
    <w:p>
      <w:r>
        <w:rPr>
          <w:b/>
        </w:rPr>
        <w:t xml:space="preserve">[20:13] </w:t>
      </w:r>
      <w:r>
        <w:t>idhar doosri jagah kaha gaya ke qul lan ijtama'at al insu wal jinnu 'ala an ya'tu bimithli hatha al qur'ani la ya'tuna</w:t>
      </w:r>
    </w:p>
    <w:p>
      <w:pPr>
        <w:jc w:val="right"/>
      </w:pPr>
      <w:r>
        <w:t>ادھر دوسری جگہ کہا گیا کہ قل لان اجتمعت العلم والجن وان یاتوا بمثل هذا القرآن لا یاتون</w:t>
      </w:r>
    </w:p>
    <w:p>
      <w:r>
        <w:rPr>
          <w:b/>
        </w:rPr>
        <w:t xml:space="preserve">[20:18] </w:t>
      </w:r>
      <w:r>
        <w:t>bimithlihi wa lau kana ba'duhum li ba'din zaheera.</w:t>
      </w:r>
    </w:p>
    <w:p>
      <w:pPr>
        <w:jc w:val="right"/>
      </w:pPr>
      <w:r>
        <w:t>بمثله ولو کان بعضهم لبعض ظہیرا۔</w:t>
      </w:r>
    </w:p>
    <w:p>
      <w:r>
        <w:rPr>
          <w:b/>
        </w:rPr>
        <w:t xml:space="preserve">[20:22] </w:t>
      </w:r>
      <w:r>
        <w:t>yeh is andaaz jo hai yeh usloob jo hai.</w:t>
      </w:r>
    </w:p>
    <w:p>
      <w:pPr>
        <w:jc w:val="right"/>
      </w:pPr>
      <w:r>
        <w:t>یہ اس انداز جو ہے یہ اسلوب جو ہے۔</w:t>
      </w:r>
    </w:p>
    <w:p>
      <w:r>
        <w:rPr>
          <w:b/>
        </w:rPr>
        <w:t xml:space="preserve">[20:26] </w:t>
      </w:r>
      <w:r>
        <w:t>apne aap mein bilkul lagta hai ke bilkul ek ek super human andaaz hai.</w:t>
      </w:r>
    </w:p>
    <w:p>
      <w:pPr>
        <w:jc w:val="right"/>
      </w:pPr>
      <w:r>
        <w:t>اپنے آپ میں بالکل لگتا ہے کہ بالکل ایک ایک سپر ہیومن انداز ہے۔</w:t>
      </w:r>
    </w:p>
    <w:p>
      <w:r>
        <w:rPr>
          <w:b/>
        </w:rPr>
        <w:t xml:space="preserve">[20:31] </w:t>
      </w:r>
      <w:r>
        <w:t>apne aap mein</w:t>
      </w:r>
    </w:p>
    <w:p>
      <w:pPr>
        <w:jc w:val="right"/>
      </w:pPr>
      <w:r>
        <w:t>اپنے آپ میں</w:t>
      </w:r>
    </w:p>
    <w:p>
      <w:r>
        <w:rPr>
          <w:b/>
        </w:rPr>
        <w:t xml:space="preserve">[20:35] </w:t>
      </w:r>
      <w:r>
        <w:t>—</w:t>
      </w:r>
    </w:p>
    <w:p>
      <w:pPr>
        <w:jc w:val="right"/>
      </w:pPr>
      <w:r>
        <w:t>۔</w:t>
      </w:r>
    </w:p>
    <w:p>
      <w:r>
        <w:rPr>
          <w:b/>
        </w:rPr>
        <w:t xml:space="preserve">[20:39] </w:t>
      </w:r>
      <w:r>
        <w:t>jab is ko ek angrezi arabi daao parta hai arabi janne wala.</w:t>
      </w:r>
    </w:p>
    <w:p>
      <w:pPr>
        <w:jc w:val="right"/>
      </w:pPr>
      <w:r>
        <w:t>جب اس کو ایک انگریزی عربی داؤ پڑتا ہے عربی جاننے والا۔</w:t>
      </w:r>
    </w:p>
    <w:p>
      <w:r>
        <w:rPr>
          <w:b/>
        </w:rPr>
        <w:t xml:space="preserve">[20:42] </w:t>
      </w:r>
      <w:r>
        <w:t>to bilkul is ko ek ek anokha ek ek ek anokhi feeling hoti hai.</w:t>
      </w:r>
    </w:p>
    <w:p>
      <w:pPr>
        <w:jc w:val="right"/>
      </w:pPr>
      <w:r>
        <w:t>تو بالکل اس کو ایک ایک انوکھا ایک ایک ایک انوکھی فیلنگ ہوتی ہے۔</w:t>
      </w:r>
    </w:p>
    <w:p>
      <w:r>
        <w:rPr>
          <w:b/>
        </w:rPr>
        <w:t xml:space="preserve">[20:46] </w:t>
      </w:r>
      <w:r>
        <w:t>is ke muqable mein jo hadith ki zaban hai agarche woh bhi bohat hi achi zaban hai.</w:t>
      </w:r>
    </w:p>
    <w:p>
      <w:pPr>
        <w:jc w:val="right"/>
      </w:pPr>
      <w:r>
        <w:t>اس کے مقابلے میں جو حدیث کی زبان ہے اگرچہ وہ بھی بہت ہی اچھی زبان ہے۔</w:t>
      </w:r>
    </w:p>
    <w:p>
      <w:r>
        <w:rPr>
          <w:b/>
        </w:rPr>
        <w:t xml:space="preserve">[20:50] </w:t>
      </w:r>
      <w:r>
        <w:t>phir bhi woh insaan ki zaban hai woh.</w:t>
      </w:r>
    </w:p>
    <w:p>
      <w:pPr>
        <w:jc w:val="right"/>
      </w:pPr>
      <w:r>
        <w:t>پھر بھی وہ انسان کی زبان ہے وہ۔</w:t>
      </w:r>
    </w:p>
    <w:p>
      <w:r>
        <w:rPr>
          <w:b/>
        </w:rPr>
        <w:t xml:space="preserve">[20:54] </w:t>
      </w:r>
      <w:r>
        <w:t>chanaanche ek angrez tha is ka naam tha Arberry.</w:t>
      </w:r>
    </w:p>
    <w:p>
      <w:pPr>
        <w:jc w:val="right"/>
      </w:pPr>
      <w:r>
        <w:t>چنانچہ ایک انگریز تھا اس کا نام تھا آربری۔</w:t>
      </w:r>
    </w:p>
    <w:p>
      <w:r>
        <w:rPr>
          <w:b/>
        </w:rPr>
        <w:t xml:space="preserve">[20:57] </w:t>
      </w:r>
      <w:r>
        <w:t>aise bohat se waqiat hain.</w:t>
      </w:r>
    </w:p>
    <w:p>
      <w:pPr>
        <w:jc w:val="right"/>
      </w:pPr>
      <w:r>
        <w:t>ایسے بہت سے واقعات ہیں۔</w:t>
      </w:r>
    </w:p>
    <w:p>
      <w:r>
        <w:rPr>
          <w:b/>
        </w:rPr>
        <w:t xml:space="preserve">[21:01] </w:t>
      </w:r>
      <w:r>
        <w:t>mein ek waqia arz karta hoon</w:t>
      </w:r>
    </w:p>
    <w:p>
      <w:pPr>
        <w:jc w:val="right"/>
      </w:pPr>
      <w:r>
        <w:t>میں ایک واقعہ عرض کرتا ہ</w:t>
      </w:r>
    </w:p>
    <w:p>
      <w:r>
        <w:rPr>
          <w:b/>
        </w:rPr>
        <w:t xml:space="preserve">[21:05] </w:t>
      </w:r>
      <w:r>
        <w:t>oon. ke Arberry jo tha woh Morocco gaya. Morocco mein woh ek hotel mein thehra tha. to ek din usne dekha ke paas ke kamre se awaz aa rahi hai. to bahut achhi lagi us ko awaz woh. to laga sun lein. to pata</w:t>
      </w:r>
    </w:p>
    <w:p>
      <w:pPr>
        <w:jc w:val="right"/>
      </w:pPr>
      <w:r>
        <w:t>وں۔ کہ آربری جو تھا وہ مراکو گیا۔ مراکو میں وہ ایک ہوٹل میں ٹھہرا تھا۔ تو ایک دن اس نے دیکھا کہ پاس کے کمرے سے آواز آ رہی ہے۔ تو بہت اچھی لگی اس کو آواز وہ۔ تو لگا سن لیں۔ تو پتہ</w:t>
      </w:r>
    </w:p>
    <w:p>
      <w:r>
        <w:rPr>
          <w:b/>
        </w:rPr>
        <w:t xml:space="preserve">[21:35] </w:t>
      </w:r>
      <w:r>
        <w:t>kya to maloom hua ke uska us kamre mein ek Arab thehra hua tha. woh Arab uska record baja raha tha yani quran ka. quran ki jo qirat hai. quran ki qirat jo hai woh record par mehfooz ki gayi hai aap jante hain. to us ko woh wahan dobara chala raha tha. usne suna. Ar</w:t>
      </w:r>
    </w:p>
    <w:p>
      <w:pPr>
        <w:jc w:val="right"/>
      </w:pPr>
      <w:r>
        <w:t>کیا تو معلوم ہوا کہ اس کا اس کمرے میں ایک عرب ٹھہرا ہوا تھا۔ وہ عرب اس کا ریکارڈ بجا رہا تھا یعنی قرآن کا۔ قرآن کی جو قرأت ہے۔ قرآن کی قرأت جو ہے وہ ریکارڈ پر محفوظ کی گئی ہے آپ جانتے ہیں۔ تو اس کو وہ وہاں دوبارہ چلا رہا تھا۔ اس نے سنا۔ آ</w:t>
      </w:r>
    </w:p>
    <w:p>
      <w:r>
        <w:rPr>
          <w:b/>
        </w:rPr>
        <w:t xml:space="preserve">[22:05] </w:t>
      </w:r>
      <w:r>
        <w:t>Arberry ne.</w:t>
      </w:r>
    </w:p>
    <w:p>
      <w:pPr>
        <w:jc w:val="right"/>
      </w:pPr>
      <w:r>
        <w:t>ربری نے۔</w:t>
      </w:r>
    </w:p>
    <w:p>
      <w:r>
        <w:rPr>
          <w:b/>
        </w:rPr>
        <w:t xml:space="preserve">[22:09] </w:t>
      </w:r>
      <w:r>
        <w:t>to is ko is ki awaz hi nahi is ko arabi zaban nahi janta tha Arberry.</w:t>
      </w:r>
    </w:p>
    <w:p>
      <w:pPr>
        <w:jc w:val="right"/>
      </w:pPr>
      <w:r>
        <w:t>تو اس کو اس کی آواز ہی نہیں اس کو عربی زبان نہیں جانتا تھا آربری۔</w:t>
      </w:r>
    </w:p>
    <w:p>
      <w:r>
        <w:rPr>
          <w:b/>
        </w:rPr>
        <w:t xml:space="preserve">[22:12] </w:t>
      </w:r>
      <w:r>
        <w:t>arabi zaban nahi janta tha.</w:t>
      </w:r>
    </w:p>
    <w:p>
      <w:pPr>
        <w:jc w:val="right"/>
      </w:pPr>
      <w:r>
        <w:t>عربی زبان نہیں جانتا تھا۔</w:t>
      </w:r>
    </w:p>
    <w:p>
      <w:r>
        <w:rPr>
          <w:b/>
        </w:rPr>
        <w:t xml:space="preserve">[22:16] </w:t>
      </w:r>
      <w:r>
        <w:t>lekin is ki jo awaz hai is mein is ko aik ajeeb ajeeb ajeeb jalal.</w:t>
      </w:r>
    </w:p>
    <w:p>
      <w:pPr>
        <w:jc w:val="right"/>
      </w:pPr>
      <w:r>
        <w:t>لیکن اس کی جو آواز ہے اس میں اس کو ایک عجیب ایک عجیب ایک جلال۔</w:t>
      </w:r>
    </w:p>
    <w:p>
      <w:r>
        <w:rPr>
          <w:b/>
        </w:rPr>
        <w:t xml:space="preserve">[22:20] </w:t>
      </w:r>
      <w:r>
        <w:t>aik ajeeb azmat.</w:t>
      </w:r>
    </w:p>
    <w:p>
      <w:pPr>
        <w:jc w:val="right"/>
      </w:pPr>
      <w:r>
        <w:t>ایک عجیب عظمت۔</w:t>
      </w:r>
    </w:p>
    <w:p>
      <w:r>
        <w:rPr>
          <w:b/>
        </w:rPr>
        <w:t xml:space="preserve">[22:24] </w:t>
      </w:r>
      <w:r>
        <w:t>aik ajeeb qism ka jaisay koi badshah bol raha ho.</w:t>
      </w:r>
    </w:p>
    <w:p>
      <w:pPr>
        <w:jc w:val="right"/>
      </w:pPr>
      <w:r>
        <w:t>ایک عجیب قسم کا جیسے کوئی بادشاہ بول رہا ہو۔</w:t>
      </w:r>
    </w:p>
    <w:p>
      <w:r>
        <w:rPr>
          <w:b/>
        </w:rPr>
        <w:t xml:space="preserve">[22:27] </w:t>
      </w:r>
      <w:r>
        <w:t>aisa usloob tha is mein.</w:t>
      </w:r>
    </w:p>
    <w:p>
      <w:pPr>
        <w:jc w:val="right"/>
      </w:pPr>
      <w:r>
        <w:t>ایسا اسلوب تھا اس میں۔</w:t>
      </w:r>
    </w:p>
    <w:p>
      <w:r>
        <w:rPr>
          <w:b/>
        </w:rPr>
        <w:t xml:space="preserve">[22:31] </w:t>
      </w:r>
      <w:r>
        <w:t>chunan-cha aik aik maktab-e-fikr ne kaha hai ke qura</w:t>
      </w:r>
    </w:p>
    <w:p>
      <w:pPr>
        <w:jc w:val="right"/>
      </w:pPr>
      <w:r>
        <w:t>چنانچہ ایک ایک مکتبِ فکر نے کہا ہے کہ قرآ</w:t>
      </w:r>
    </w:p>
    <w:p>
      <w:r>
        <w:rPr>
          <w:b/>
        </w:rPr>
        <w:t xml:space="preserve">[22:35] </w:t>
      </w:r>
      <w:r>
        <w:t>n mein jo jo woh hai.</w:t>
      </w:r>
    </w:p>
    <w:p>
      <w:pPr>
        <w:jc w:val="right"/>
      </w:pPr>
      <w:r>
        <w:t>ن میں جو جو وہ ہے۔</w:t>
      </w:r>
    </w:p>
    <w:p>
      <w:r>
        <w:rPr>
          <w:b/>
        </w:rPr>
        <w:t xml:space="preserve">[22:40] </w:t>
      </w:r>
      <w:r>
        <w:t>jo quran mein jo is ka jo ahang hai.</w:t>
      </w:r>
    </w:p>
    <w:p>
      <w:pPr>
        <w:jc w:val="right"/>
      </w:pPr>
      <w:r>
        <w:t>جو قرآن میں جو اس کا جو آہنگ ہے۔</w:t>
      </w:r>
    </w:p>
    <w:p>
      <w:r>
        <w:rPr>
          <w:b/>
        </w:rPr>
        <w:t xml:space="preserve">[22:45] </w:t>
      </w:r>
      <w:r>
        <w:t>woh par akhla hai.</w:t>
      </w:r>
    </w:p>
    <w:p>
      <w:pPr>
        <w:jc w:val="right"/>
      </w:pPr>
      <w:r>
        <w:t>وہ پار اخلاء ہے۔</w:t>
      </w:r>
    </w:p>
    <w:p>
      <w:r>
        <w:rPr>
          <w:b/>
        </w:rPr>
        <w:t xml:space="preserve">[22:50] </w:t>
      </w:r>
      <w:r>
        <w:t>par akhla ajeeb o ghareeb qism ka is mein aik woh sound art haan is ne kaha ke sound art.</w:t>
      </w:r>
    </w:p>
    <w:p>
      <w:pPr>
        <w:jc w:val="right"/>
      </w:pPr>
      <w:r>
        <w:t>پار اخلاء عجیب و غریب قسم کا اس میں ایک وہ ساؤنڈ آرٹ ہاں اس نے کہا کہ ساؤنڈ آرٹ۔</w:t>
      </w:r>
    </w:p>
    <w:p>
      <w:r>
        <w:rPr>
          <w:b/>
        </w:rPr>
        <w:t xml:space="preserve">[22:55] </w:t>
      </w:r>
      <w:r>
        <w:t>quran mein jo sound art hai woh par akhla hai.</w:t>
      </w:r>
    </w:p>
    <w:p>
      <w:pPr>
        <w:jc w:val="right"/>
      </w:pPr>
      <w:r>
        <w:t>قرآن میں جو ساؤنڈ آرٹ ہے وہ پار اخلاء ہے۔</w:t>
      </w:r>
    </w:p>
    <w:p>
      <w:r>
        <w:rPr>
          <w:b/>
        </w:rPr>
        <w:t xml:space="preserve">[23:00] </w:t>
      </w:r>
      <w:r>
        <w:t>ab yeh sound art hadith mein nahi payen ge aap. ya kisi</w:t>
      </w:r>
    </w:p>
    <w:p>
      <w:pPr>
        <w:jc w:val="right"/>
      </w:pPr>
      <w:r>
        <w:t>اب یہ ساؤنڈ آرٹ حدیث میں نہیں پائیں گے آپ۔ یا کسی</w:t>
      </w:r>
    </w:p>
    <w:p>
      <w:r>
        <w:rPr>
          <w:b/>
        </w:rPr>
        <w:t xml:space="preserve">[23:05] </w:t>
      </w:r>
      <w:r>
        <w:t>bhi insani kitab mein nahi payenge aap. arabi zaban mein hazaron lakhon kitabein chhapi hui hain. aap padhiye un ko. aur quran ko padhiye. jo sound art quran mein hai woh kisi bhi kitab mein nahi hai. khud rasool Allah ki apni zaban mein bhi nahi hai woh sound art. yeh istithna jo hai. is istithna par jo hum sochte hain. is istithna yani kyun yeh istith</w:t>
      </w:r>
    </w:p>
    <w:p>
      <w:pPr>
        <w:jc w:val="right"/>
      </w:pPr>
      <w:r>
        <w:t>بھی انسانی کتاب میں نہیں پائیں گے آپ۔ عربی زبان میں ہزاروں لاکھوں کتابیں چھپی ہوئی ہیں۔ آپ پڑھیے ان کو۔ اور قرآن کو پڑھیے۔ جو ساؤنڈ آرٹ قرآن میں ہے وہ کسی بھی کتاب میں نہیں ہے۔ خود رسول اللہ کی اپنی زبان میں بھی نہیں ہے وہ ساؤنڈ آرٹ۔ یہ استثنا جو ہے۔ اس استثنا پر جو ہم سوچتے ہیں۔ اس استثنا یعنی کیوں یہ استث</w:t>
      </w:r>
    </w:p>
    <w:p>
      <w:r>
        <w:rPr>
          <w:b/>
        </w:rPr>
        <w:t xml:space="preserve">[23:35] </w:t>
      </w:r>
      <w:r>
        <w:t>na? to is istisna par jo hum sochte hain to hum ko manna parta hai ke yeh insan</w:t>
      </w:r>
    </w:p>
    <w:p>
      <w:pPr>
        <w:jc w:val="right"/>
      </w:pPr>
      <w:r>
        <w:t>نا؟ تو اس استثنا پر جو ہم سوچتے ہیں تو ہم کو ماننا پڑتا ہے کہ یہ انسان</w:t>
      </w:r>
    </w:p>
    <w:p>
      <w:r>
        <w:rPr>
          <w:b/>
        </w:rPr>
        <w:t xml:space="preserve">[23:40] </w:t>
      </w:r>
      <w:r>
        <w:t>yani insan ka kalam nahi hai.</w:t>
      </w:r>
    </w:p>
    <w:p>
      <w:pPr>
        <w:jc w:val="right"/>
      </w:pPr>
      <w:r>
        <w:t>یعنی انسان کا کلام نہیں ہے۔</w:t>
      </w:r>
    </w:p>
    <w:p>
      <w:r>
        <w:rPr>
          <w:b/>
        </w:rPr>
        <w:t xml:space="preserve">[23:45] </w:t>
      </w:r>
      <w:r>
        <w:t>yeh lafz-e-insan nahi hai.</w:t>
      </w:r>
    </w:p>
    <w:p>
      <w:pPr>
        <w:jc w:val="right"/>
      </w:pPr>
      <w:r>
        <w:t>یہ لفظِ انسان نہیں ہے۔</w:t>
      </w:r>
    </w:p>
    <w:p>
      <w:r>
        <w:rPr>
          <w:b/>
        </w:rPr>
        <w:t xml:space="preserve">[23:50] </w:t>
      </w:r>
      <w:r>
        <w:t>yeh koi aur cheez hai.</w:t>
      </w:r>
    </w:p>
    <w:p>
      <w:pPr>
        <w:jc w:val="right"/>
      </w:pPr>
      <w:r>
        <w:t>یہ کوئی اور چیز ہے۔</w:t>
      </w:r>
    </w:p>
    <w:p>
      <w:r>
        <w:rPr>
          <w:b/>
        </w:rPr>
        <w:t xml:space="preserve">[23:55] </w:t>
      </w:r>
      <w:r>
        <w:t>kyunke agar hazaron lakhon insan ne arabi ki zaban mein kitaben likhein.</w:t>
      </w:r>
    </w:p>
    <w:p>
      <w:pPr>
        <w:jc w:val="right"/>
      </w:pPr>
      <w:r>
        <w:t>کیونکہ اگر ہزاروں لاکھوں انسان نے عربی کی زبان میں کتابیں لکھیں۔</w:t>
      </w:r>
    </w:p>
    <w:p>
      <w:r>
        <w:rPr>
          <w:b/>
        </w:rPr>
        <w:t xml:space="preserve">[24:00] </w:t>
      </w:r>
      <w:r>
        <w:t>to kyun nahi wohi zaban un ke haan hai? khud rasool Allah ki apni</w:t>
      </w:r>
    </w:p>
    <w:p>
      <w:pPr>
        <w:jc w:val="right"/>
      </w:pPr>
      <w:r>
        <w:t>تو کیوں نہیں وہی زبان ان کے ہاں ہے؟ خود رسول اللہ کی اپنی</w:t>
      </w:r>
    </w:p>
    <w:p>
      <w:r>
        <w:rPr>
          <w:b/>
        </w:rPr>
        <w:t xml:space="preserve">[24:06] </w:t>
      </w:r>
      <w:r>
        <w:t>hazaron hazar hadith-en hain.</w:t>
      </w:r>
    </w:p>
    <w:p>
      <w:pPr>
        <w:jc w:val="right"/>
      </w:pPr>
      <w:r>
        <w:t>ہزاروں ہزار حدیثیں ہیں۔</w:t>
      </w:r>
    </w:p>
    <w:p>
      <w:r>
        <w:rPr>
          <w:b/>
        </w:rPr>
        <w:t xml:space="preserve">[24:10] </w:t>
      </w:r>
      <w:r>
        <w:t>is mein bhi kyun nahi wohi sound art hai? to mein apne baray mein keh sakta hoon ke</w:t>
      </w:r>
    </w:p>
    <w:p>
      <w:pPr>
        <w:jc w:val="right"/>
      </w:pPr>
      <w:r>
        <w:t>اس میں بھی کیوں نہیں وہی ساؤنڈ آرٹ ہے؟ تو میں اپنے بارے میں کہہ سکتا ہوں کہ</w:t>
      </w:r>
    </w:p>
    <w:p>
      <w:r>
        <w:rPr>
          <w:b/>
        </w:rPr>
        <w:t xml:space="preserve">[24:14] </w:t>
      </w:r>
      <w:r>
        <w:t>mein ne jab quran ko aur hadith ko mila kar parhna shuru kiya.</w:t>
      </w:r>
    </w:p>
    <w:p>
      <w:pPr>
        <w:jc w:val="right"/>
      </w:pPr>
      <w:r>
        <w:t>میں نے جب قرآن کو اور حدیث کو ملا کر پڑھنا شروع کیا۔</w:t>
      </w:r>
    </w:p>
    <w:p>
      <w:r>
        <w:rPr>
          <w:b/>
        </w:rPr>
        <w:t xml:space="preserve">[24:18] </w:t>
      </w:r>
      <w:r>
        <w:t>to chunke mein arabi zaban janta tha.</w:t>
      </w:r>
    </w:p>
    <w:p>
      <w:pPr>
        <w:jc w:val="right"/>
      </w:pPr>
      <w:r>
        <w:t>تو چونکہ میں عربی زبان جانتا تھا۔</w:t>
      </w:r>
    </w:p>
    <w:p>
      <w:r>
        <w:rPr>
          <w:b/>
        </w:rPr>
        <w:t xml:space="preserve">[24:23] </w:t>
      </w:r>
      <w:r>
        <w:t>to yeh mawazna jo hai.</w:t>
      </w:r>
    </w:p>
    <w:p>
      <w:pPr>
        <w:jc w:val="right"/>
      </w:pPr>
      <w:r>
        <w:t>تو یہ موازنہ جو ہے۔</w:t>
      </w:r>
    </w:p>
    <w:p>
      <w:r>
        <w:rPr>
          <w:b/>
        </w:rPr>
        <w:t xml:space="preserve">[24:27] </w:t>
      </w:r>
      <w:r>
        <w:t>aik mawazna apne aap mein mere liye is baat ka aik khula hua saboot ban gaya.</w:t>
      </w:r>
    </w:p>
    <w:p>
      <w:pPr>
        <w:jc w:val="right"/>
      </w:pPr>
      <w:r>
        <w:t>ایک موازنہ اپنے آپ میں میرے لیے اس بات کا ایک کھلا ہوا ثبوت بن گیا۔</w:t>
      </w:r>
    </w:p>
    <w:p>
      <w:r>
        <w:rPr>
          <w:b/>
        </w:rPr>
        <w:t xml:space="preserve">[24:31] </w:t>
      </w:r>
      <w:r>
        <w:t>aik saboot ban gaya ke quran jo hai woh</w:t>
      </w:r>
    </w:p>
    <w:p>
      <w:pPr>
        <w:jc w:val="right"/>
      </w:pPr>
      <w:r>
        <w:t>ایک ثبوت بن گیا کہ قرآن جو ہے وہ</w:t>
      </w:r>
    </w:p>
    <w:p>
      <w:r>
        <w:rPr>
          <w:b/>
        </w:rPr>
        <w:t xml:space="preserve">[24:36] </w:t>
      </w:r>
      <w:r>
        <w:t>Khuda ki kitab hai. lafz-e-Khuda hai. yani Nabi ki hadith lafz-e-insan aur quran jo hai lafz-e-Khuda. aur sirf Nabi ki baat nahi duniya ke bade se bade aap kisi arabi musannif ko le lijiye. kisi bhi arabi musannif ko. uski jo zaban hogi woh lafz-e-insan hogi. jabke quran ki zaban jo hai lafz-e-Khuda hai. to chunanche Arberry jo hai itna is</w:t>
      </w:r>
    </w:p>
    <w:p>
      <w:pPr>
        <w:jc w:val="right"/>
      </w:pPr>
      <w:r>
        <w:t>خدا کی کتاب ہے۔ لفظِ خدا ہے۔ یعنی نبی کی حدیث لفظِ انسان اور قرآن جو ہے لفظِ خدا۔ اور صرف نبی کی بات نہیں دنیا کے بڑے سے بڑے آپ کسی عربی مصنف کو لے لیجیے۔ کسی بھی عربی مصنف کو۔ اس کی جو زبان ہوگی وہ لفظِ انسان ہوگی۔ جبکہ قرآن کی زبان جو ہے لفظِ خدا ہے۔ تو چنانچہ آربری جو ہے اتنا اس</w:t>
      </w:r>
    </w:p>
    <w:p>
      <w:r>
        <w:rPr>
          <w:b/>
        </w:rPr>
        <w:t xml:space="preserve">[25:06] </w:t>
      </w:r>
      <w:r>
        <w:t>par asar andaaz hua.</w:t>
      </w:r>
    </w:p>
    <w:p>
      <w:pPr>
        <w:jc w:val="right"/>
      </w:pPr>
      <w:r>
        <w:t>پر اثر انداز ہوا۔</w:t>
      </w:r>
    </w:p>
    <w:p>
      <w:r>
        <w:rPr>
          <w:b/>
        </w:rPr>
        <w:t xml:space="preserve">[25:11] </w:t>
      </w:r>
      <w:r>
        <w:t>ke ja kar arab wahan misr mein ja kar us ne arabi ki zaban seekhi.</w:t>
      </w:r>
    </w:p>
    <w:p>
      <w:pPr>
        <w:jc w:val="right"/>
      </w:pPr>
      <w:r>
        <w:t>کہ جا کر عرب وہاں مصر میں جا کر اس نے عربی کی زبان سیکھی۔</w:t>
      </w:r>
    </w:p>
    <w:p>
      <w:r>
        <w:rPr>
          <w:b/>
        </w:rPr>
        <w:t xml:space="preserve">[25:16] </w:t>
      </w:r>
      <w:r>
        <w:t>aur phir us ne quran ko parha phir quran ka tarjuma kiya.</w:t>
      </w:r>
    </w:p>
    <w:p>
      <w:pPr>
        <w:jc w:val="right"/>
      </w:pPr>
      <w:r>
        <w:t>اور پھر اس نے قرآن کو پڑھا پھر قرآن کا ترجمہ کیا۔</w:t>
      </w:r>
    </w:p>
    <w:p>
      <w:r>
        <w:rPr>
          <w:b/>
        </w:rPr>
        <w:t xml:space="preserve">[25:21] </w:t>
      </w:r>
      <w:r>
        <w:t>angrezi zaban mein is ka tarjuma aap jante hain bohat mashhoor hai.</w:t>
      </w:r>
    </w:p>
    <w:p>
      <w:pPr>
        <w:jc w:val="right"/>
      </w:pPr>
      <w:r>
        <w:t>انگریزی زبان میں اس کا ترجمہ آپ جانتے ہیں بہت مشہور ہے۔</w:t>
      </w:r>
    </w:p>
    <w:p>
      <w:r>
        <w:rPr>
          <w:b/>
        </w:rPr>
        <w:t xml:space="preserve">[25:27] </w:t>
      </w:r>
      <w:r>
        <w:t>to yeh hai quran ka muamla.</w:t>
      </w:r>
    </w:p>
    <w:p>
      <w:pPr>
        <w:jc w:val="right"/>
      </w:pPr>
      <w:r>
        <w:t>تو یہ ہے قرآن کا معاملہ۔</w:t>
      </w:r>
    </w:p>
    <w:p>
      <w:r>
        <w:rPr>
          <w:b/>
        </w:rPr>
        <w:t xml:space="preserve">[25:32] </w:t>
      </w:r>
      <w:r>
        <w:t>quran koi yani log samajhte hain quran koi rusoomati cheez hai.</w:t>
      </w:r>
    </w:p>
    <w:p>
      <w:pPr>
        <w:jc w:val="right"/>
      </w:pPr>
      <w:r>
        <w:t>قرآن کوئی یعنی لوگ سمجھتے ہیں قرآن کوئی رسوماتی چیز ہے۔</w:t>
      </w:r>
    </w:p>
    <w:p>
      <w:r>
        <w:rPr>
          <w:b/>
        </w:rPr>
        <w:t xml:space="preserve">[25:37] </w:t>
      </w:r>
      <w:r>
        <w:t>quran ek kitab hai. yani quran ek aisi kitab hai jis mein zindagi ki science batai gayi hai. zindagi ka raaz bataya gaya hai. zindagi ki ideology batai gayi hai. usne bataya jo Khaliq hai is kainat ka. jo Khaliq hai insan insan ka. usne bataya hai. to maine ek misal aap ko di. ke quran ne insan</w:t>
      </w:r>
    </w:p>
    <w:p>
      <w:pPr>
        <w:jc w:val="right"/>
      </w:pPr>
      <w:r>
        <w:t>قرآن ایک کتاب ہے۔ یعنی قرآن ایک ایسی کتاب ہے جس میں زندگی کی سائنس بتائی گئی ہے۔ زندگی کا راز بتایا گیا ہے۔ زندگی کی آئیڈیالوجی بتائی گئی ہے۔ اس نے بتایا جو خالق ہے اس کائنات کا۔ جو خالق ہے انسان انسان کا۔ اس نے بتایا ہے۔ تو میں نے ایک مثال آپ کو دی۔ کہ قرآن نے انسان</w:t>
      </w:r>
    </w:p>
    <w:p>
      <w:r>
        <w:rPr>
          <w:b/>
        </w:rPr>
        <w:t xml:space="preserve">[26:07] </w:t>
      </w:r>
      <w:r>
        <w:t>ko ek bohat bara jis ko kehte hain hindi mein sutra ek sutra diya.</w:t>
      </w:r>
    </w:p>
    <w:p>
      <w:pPr>
        <w:jc w:val="right"/>
      </w:pPr>
      <w:r>
        <w:t>کو ایک بہت بڑا جس کو کہتے ہیں ہندی میں سوتر ایک سوتر دیا۔</w:t>
      </w:r>
    </w:p>
    <w:p>
      <w:r>
        <w:rPr>
          <w:b/>
        </w:rPr>
        <w:t xml:space="preserve">[26:11] </w:t>
      </w:r>
      <w:r>
        <w:t>ke raat din mein tumhare liye nishani hai is baat ki ke tum kabhi bhi nirasha mein mat paro.</w:t>
      </w:r>
    </w:p>
    <w:p>
      <w:pPr>
        <w:jc w:val="right"/>
      </w:pPr>
      <w:r>
        <w:t>کہ رات دن میں تمہارے لیے نشانی ہے اس بات کی کہ تم کبھی بھی نراشا میں مت پڑو۔</w:t>
      </w:r>
    </w:p>
    <w:p>
      <w:r>
        <w:rPr>
          <w:b/>
        </w:rPr>
        <w:t xml:space="preserve">[26:16] </w:t>
      </w:r>
      <w:r>
        <w:t>kabhi na umidi mein mat paro.</w:t>
      </w:r>
    </w:p>
    <w:p>
      <w:pPr>
        <w:jc w:val="right"/>
      </w:pPr>
      <w:r>
        <w:t>کبھی نا امیدی میں مت پڑو۔</w:t>
      </w:r>
    </w:p>
    <w:p>
      <w:r>
        <w:rPr>
          <w:b/>
        </w:rPr>
        <w:t xml:space="preserve">[26:20] </w:t>
      </w:r>
      <w:r>
        <w:t>kabhi bhi mayoos na bano.</w:t>
      </w:r>
    </w:p>
    <w:p>
      <w:pPr>
        <w:jc w:val="right"/>
      </w:pPr>
      <w:r>
        <w:t>کبھی بھی مایوس نہ بنو۔</w:t>
      </w:r>
    </w:p>
    <w:p>
      <w:r>
        <w:rPr>
          <w:b/>
        </w:rPr>
        <w:t xml:space="preserve">[26:24] </w:t>
      </w:r>
      <w:r>
        <w:t>hamesha umeed rakho.</w:t>
      </w:r>
    </w:p>
    <w:p>
      <w:pPr>
        <w:jc w:val="right"/>
      </w:pPr>
      <w:r>
        <w:t>ہمیشہ امید رکھو۔</w:t>
      </w:r>
    </w:p>
    <w:p>
      <w:r>
        <w:rPr>
          <w:b/>
        </w:rPr>
        <w:t xml:space="preserve">[26:29] </w:t>
      </w:r>
      <w:r>
        <w:t>hamesha umeed rakho.</w:t>
      </w:r>
    </w:p>
    <w:p>
      <w:pPr>
        <w:jc w:val="right"/>
      </w:pPr>
      <w:r>
        <w:t>ہمیشہ امید رکھو۔</w:t>
      </w:r>
    </w:p>
    <w:p>
      <w:r>
        <w:rPr>
          <w:b/>
        </w:rPr>
        <w:t xml:space="preserve">[26:33] </w:t>
      </w:r>
      <w:r>
        <w:t>isi tarah se dekhiye jab</w:t>
      </w:r>
    </w:p>
    <w:p>
      <w:pPr>
        <w:jc w:val="right"/>
      </w:pPr>
      <w:r>
        <w:t>اسی طریقے سے دیکھیے۔ جب</w:t>
      </w:r>
    </w:p>
    <w:p>
      <w:r>
        <w:rPr>
          <w:b/>
        </w:rPr>
        <w:t xml:space="preserve">[26:37] </w:t>
      </w:r>
      <w:r>
        <w:t>nabi par mushkilat aayin wahan par.</w:t>
      </w:r>
    </w:p>
    <w:p>
      <w:pPr>
        <w:jc w:val="right"/>
      </w:pPr>
      <w:r>
        <w:t>نبی پر مشکلات آئیں وہاں پر۔</w:t>
      </w:r>
    </w:p>
    <w:p>
      <w:r>
        <w:rPr>
          <w:b/>
        </w:rPr>
        <w:t xml:space="preserve">[26:41] </w:t>
      </w:r>
      <w:r>
        <w:t>to quran mein yeh ayat utri.</w:t>
      </w:r>
    </w:p>
    <w:p>
      <w:pPr>
        <w:jc w:val="right"/>
      </w:pPr>
      <w:r>
        <w:t>تو قرآن میں یہ آیت اتری۔</w:t>
      </w:r>
    </w:p>
    <w:p>
      <w:r>
        <w:rPr>
          <w:b/>
        </w:rPr>
        <w:t xml:space="preserve">[26:45] </w:t>
      </w:r>
      <w:r>
        <w:t>inna maghal ghasar yusra.</w:t>
      </w:r>
    </w:p>
    <w:p>
      <w:pPr>
        <w:jc w:val="right"/>
      </w:pPr>
      <w:r>
        <w:t>انا مغل غسر یسرا۔</w:t>
      </w:r>
    </w:p>
    <w:p>
      <w:r>
        <w:rPr>
          <w:b/>
        </w:rPr>
        <w:t xml:space="preserve">[26:49] </w:t>
      </w:r>
      <w:r>
        <w:t>inna maghal ghasar yusra.</w:t>
      </w:r>
    </w:p>
    <w:p>
      <w:pPr>
        <w:jc w:val="right"/>
      </w:pPr>
      <w:r>
        <w:t>انا مغل غسر یسرا۔</w:t>
      </w:r>
    </w:p>
    <w:p>
      <w:r>
        <w:rPr>
          <w:b/>
        </w:rPr>
        <w:t xml:space="preserve">[26:53] </w:t>
      </w:r>
      <w:r>
        <w:t>beshak mushkil ke baad aasani hai.</w:t>
      </w:r>
    </w:p>
    <w:p>
      <w:pPr>
        <w:jc w:val="right"/>
      </w:pPr>
      <w:r>
        <w:t>بے شک مشکل کے بعد آسانی ہے۔</w:t>
      </w:r>
    </w:p>
    <w:p>
      <w:r>
        <w:rPr>
          <w:b/>
        </w:rPr>
        <w:t xml:space="preserve">[26:56] </w:t>
      </w:r>
      <w:r>
        <w:t>beshak mushkil ke baad aasani hai.</w:t>
      </w:r>
    </w:p>
    <w:p>
      <w:pPr>
        <w:jc w:val="right"/>
      </w:pPr>
      <w:r>
        <w:t>بے شک مشکل کے بعد آسانی ہے۔</w:t>
      </w:r>
    </w:p>
    <w:p>
      <w:r>
        <w:rPr>
          <w:b/>
        </w:rPr>
        <w:t xml:space="preserve">[27:00] </w:t>
      </w:r>
      <w:r>
        <w:t>with every hardship there is ease.</w:t>
      </w:r>
    </w:p>
    <w:p>
      <w:pPr>
        <w:jc w:val="right"/>
      </w:pPr>
      <w:r>
        <w:t>ود ایوری ہارڈ شپ دیر از ایز۔</w:t>
      </w:r>
    </w:p>
    <w:p>
      <w:r>
        <w:rPr>
          <w:b/>
        </w:rPr>
        <w:t xml:space="preserve">[27:04] </w:t>
      </w:r>
      <w:r>
        <w:t>with every hardship</w:t>
      </w:r>
    </w:p>
    <w:p>
      <w:pPr>
        <w:jc w:val="right"/>
      </w:pPr>
      <w:r>
        <w:t>ود ایوری ہارڈ شپ</w:t>
      </w:r>
    </w:p>
    <w:p>
      <w:r>
        <w:rPr>
          <w:b/>
        </w:rPr>
        <w:t xml:space="preserve">[27:08] </w:t>
      </w:r>
      <w:r>
        <w:t>there is ease.</w:t>
      </w:r>
    </w:p>
    <w:p>
      <w:pPr>
        <w:jc w:val="right"/>
      </w:pPr>
      <w:r>
        <w:t>دیر از ایز۔</w:t>
      </w:r>
    </w:p>
    <w:p>
      <w:r>
        <w:rPr>
          <w:b/>
        </w:rPr>
        <w:t xml:space="preserve">[27:11] </w:t>
      </w:r>
      <w:r>
        <w:t>yeh quran ki ek ayat hai.</w:t>
      </w:r>
    </w:p>
    <w:p>
      <w:pPr>
        <w:jc w:val="right"/>
      </w:pPr>
      <w:r>
        <w:t>یہ قرآن کی ایک آیت ہے۔</w:t>
      </w:r>
    </w:p>
    <w:p>
      <w:r>
        <w:rPr>
          <w:b/>
        </w:rPr>
        <w:t xml:space="preserve">[27:15] </w:t>
      </w:r>
      <w:r>
        <w:t>yeh ayat dohrai hui hai quran mein. do bar.</w:t>
      </w:r>
    </w:p>
    <w:p>
      <w:pPr>
        <w:jc w:val="right"/>
      </w:pPr>
      <w:r>
        <w:t>یہ آیت دہرائی ہوئی ہے قرآن میں۔ دو بار۔</w:t>
      </w:r>
    </w:p>
    <w:p>
      <w:r>
        <w:rPr>
          <w:b/>
        </w:rPr>
        <w:t xml:space="preserve">[27:19] </w:t>
      </w:r>
      <w:r>
        <w:t>inna maghal ghasar yusra.</w:t>
      </w:r>
    </w:p>
    <w:p>
      <w:pPr>
        <w:jc w:val="right"/>
      </w:pPr>
      <w:r>
        <w:t>انا مغل غسر یسرا۔</w:t>
      </w:r>
    </w:p>
    <w:p>
      <w:r>
        <w:rPr>
          <w:b/>
        </w:rPr>
        <w:t xml:space="preserve">[27:23] </w:t>
      </w:r>
      <w:r>
        <w:t>ana mughal ghusr yusrra.</w:t>
      </w:r>
    </w:p>
    <w:p>
      <w:pPr>
        <w:jc w:val="right"/>
      </w:pPr>
      <w:r>
        <w:t>انا مغل غسر یسرا۔</w:t>
      </w:r>
    </w:p>
    <w:p>
      <w:r>
        <w:rPr>
          <w:b/>
        </w:rPr>
        <w:t xml:space="preserve">[27:26] </w:t>
      </w:r>
      <w:r>
        <w:t>is takrar se rasool Allah ne ek ek cheez nikali.</w:t>
      </w:r>
    </w:p>
    <w:p>
      <w:pPr>
        <w:jc w:val="right"/>
      </w:pPr>
      <w:r>
        <w:t>اس تکرار سے رسول اللہ نے ایک ایک چیز نکالی۔</w:t>
      </w:r>
    </w:p>
    <w:p>
      <w:r>
        <w:rPr>
          <w:b/>
        </w:rPr>
        <w:t xml:space="preserve">[27:30] </w:t>
      </w:r>
      <w:r>
        <w:t>woh yeh nikali ke is takrar se yeh us yeh baat maloom hoti hai.</w:t>
      </w:r>
    </w:p>
    <w:p>
      <w:pPr>
        <w:jc w:val="right"/>
      </w:pPr>
      <w:r>
        <w:t>وہ یہ نکالی کہ اس تکرار سے یہ اس یہ بات معلوم ہوتی ہے۔</w:t>
      </w:r>
    </w:p>
    <w:p>
      <w:r>
        <w:rPr>
          <w:b/>
        </w:rPr>
        <w:t xml:space="preserve">[27:34] </w:t>
      </w:r>
      <w:r>
        <w:t>ke dunya mein ghusr ki ghusr ke jo ghusr jo hai woh kam hai yusr jo hai woh zyada</w:t>
      </w:r>
    </w:p>
    <w:p>
      <w:pPr>
        <w:jc w:val="right"/>
      </w:pPr>
      <w:r>
        <w:t>کہ دنیا میں غسر کی غسر کے جو غسر جو ہے وہ کم ہے یسر جو ہے وہ زیادہ</w:t>
      </w:r>
    </w:p>
    <w:p>
      <w:r>
        <w:rPr>
          <w:b/>
        </w:rPr>
        <w:t xml:space="preserve">[27:38] </w:t>
      </w:r>
      <w:r>
        <w:t>hai.</w:t>
      </w:r>
    </w:p>
    <w:p>
      <w:pPr>
        <w:jc w:val="right"/>
      </w:pPr>
      <w:r>
        <w:t>ہے۔</w:t>
      </w:r>
    </w:p>
    <w:p>
      <w:r>
        <w:rPr>
          <w:b/>
        </w:rPr>
        <w:t xml:space="preserve">[27:42] </w:t>
      </w:r>
      <w:r>
        <w:t>yani mushkil ki mushkil kam hai aasani zyada hai.</w:t>
      </w:r>
    </w:p>
    <w:p>
      <w:pPr>
        <w:jc w:val="right"/>
      </w:pPr>
      <w:r>
        <w:t>یعنی مشکل کی مشکل کم ہے آسانی زیادہ ہے۔</w:t>
      </w:r>
    </w:p>
    <w:p>
      <w:r>
        <w:rPr>
          <w:b/>
        </w:rPr>
        <w:t xml:space="preserve">[27:47] </w:t>
      </w:r>
      <w:r>
        <w:t>nuqsan kam hai faida zyada hai.</w:t>
      </w:r>
    </w:p>
    <w:p>
      <w:pPr>
        <w:jc w:val="right"/>
      </w:pPr>
      <w:r>
        <w:t>نقصان کم ہے فائدہ زیادہ ہے۔</w:t>
      </w:r>
    </w:p>
    <w:p>
      <w:r>
        <w:rPr>
          <w:b/>
        </w:rPr>
        <w:t xml:space="preserve">[27:52] </w:t>
      </w:r>
      <w:r>
        <w:t>mawaqe zyada hain aur masla kam masla kam hai.</w:t>
      </w:r>
    </w:p>
    <w:p>
      <w:pPr>
        <w:jc w:val="right"/>
      </w:pPr>
      <w:r>
        <w:t>مواقع زیادہ ہیں اور مسئلہ کم مسئلہ کم ہے۔</w:t>
      </w:r>
    </w:p>
    <w:p>
      <w:r>
        <w:rPr>
          <w:b/>
        </w:rPr>
        <w:t xml:space="preserve">[27:56] </w:t>
      </w:r>
      <w:r>
        <w:t>toh aap ne kaha ke leghlab ghusr yusrra.</w:t>
      </w:r>
    </w:p>
    <w:p>
      <w:pPr>
        <w:jc w:val="right"/>
      </w:pPr>
      <w:r>
        <w:t>تو آپ نے کہا کہ لیغلب غسر یسرا۔</w:t>
      </w:r>
    </w:p>
    <w:p>
      <w:r>
        <w:rPr>
          <w:b/>
        </w:rPr>
        <w:t xml:space="preserve">[28:01] </w:t>
      </w:r>
      <w:r>
        <w:t>yeh bohat hi anokhi baat hai yeh.</w:t>
      </w:r>
    </w:p>
    <w:p>
      <w:pPr>
        <w:jc w:val="right"/>
      </w:pPr>
      <w:r>
        <w:t>یہ بہت ہی انوکھی بات ہے یہ۔</w:t>
      </w:r>
    </w:p>
    <w:p>
      <w:r>
        <w:rPr>
          <w:b/>
        </w:rPr>
        <w:t xml:space="preserve">[28:05] </w:t>
      </w:r>
      <w:r>
        <w:t>ke do ghusr par</w:t>
      </w:r>
    </w:p>
    <w:p>
      <w:pPr>
        <w:jc w:val="right"/>
      </w:pPr>
      <w:r>
        <w:t>کہ دو غسر پر</w:t>
      </w:r>
    </w:p>
    <w:p>
      <w:r>
        <w:rPr>
          <w:b/>
        </w:rPr>
        <w:t xml:space="preserve">[28:10] </w:t>
      </w:r>
      <w:r>
        <w:t>do yusr par ek ghusr ghalib nahi aa sakta.</w:t>
      </w:r>
    </w:p>
    <w:p>
      <w:pPr>
        <w:jc w:val="right"/>
      </w:pPr>
      <w:r>
        <w:t>دو یسر پر ایک غسر غالب نہیں آ سکتا۔</w:t>
      </w:r>
    </w:p>
    <w:p>
      <w:r>
        <w:rPr>
          <w:b/>
        </w:rPr>
        <w:t xml:space="preserve">[28:15] </w:t>
      </w:r>
      <w:r>
        <w:t>yani do yani yeh woh faida do hai.</w:t>
      </w:r>
    </w:p>
    <w:p>
      <w:pPr>
        <w:jc w:val="right"/>
      </w:pPr>
      <w:r>
        <w:t>یعنی دو یعنی یہ وہ فائدہ دو ہے۔</w:t>
      </w:r>
    </w:p>
    <w:p>
      <w:r>
        <w:rPr>
          <w:b/>
        </w:rPr>
        <w:t xml:space="preserve">[28:20] </w:t>
      </w:r>
      <w:r>
        <w:t>nuqsan ek hai.</w:t>
      </w:r>
    </w:p>
    <w:p>
      <w:pPr>
        <w:jc w:val="right"/>
      </w:pPr>
      <w:r>
        <w:t>نقصان ایک ہے۔</w:t>
      </w:r>
    </w:p>
    <w:p>
      <w:r>
        <w:rPr>
          <w:b/>
        </w:rPr>
        <w:t xml:space="preserve">[28:25] </w:t>
      </w:r>
      <w:r>
        <w:t>toh ek ek nuqsan do do faide par ko over power nahi kar sakta.</w:t>
      </w:r>
    </w:p>
    <w:p>
      <w:pPr>
        <w:jc w:val="right"/>
      </w:pPr>
      <w:r>
        <w:t>تو ایک ایک نقصان دو دو فائدے پر کو اوور پاور نہیں کر سکتا۔</w:t>
      </w:r>
    </w:p>
    <w:p>
      <w:r>
        <w:rPr>
          <w:b/>
        </w:rPr>
        <w:t xml:space="preserve">[28:30] </w:t>
      </w:r>
      <w:r>
        <w:t>masla ek hai mawaqe do hain.</w:t>
      </w:r>
    </w:p>
    <w:p>
      <w:pPr>
        <w:jc w:val="right"/>
      </w:pPr>
      <w:r>
        <w:t>مسئلہ ایک ہے مواقع دو ہیں۔</w:t>
      </w:r>
    </w:p>
    <w:p>
      <w:r>
        <w:rPr>
          <w:b/>
        </w:rPr>
        <w:t xml:space="preserve">[28:36] </w:t>
      </w:r>
      <w:r>
        <w:t>toh ek ek masla do mawaqe ko over power nahi kar sakta.</w:t>
      </w:r>
    </w:p>
    <w:p>
      <w:pPr>
        <w:jc w:val="right"/>
      </w:pPr>
      <w:r>
        <w:t>تو ایک ایک مسئلہ دو مواقع کو اوور پاور نہیں کر سکتا۔</w:t>
      </w:r>
    </w:p>
    <w:p>
      <w:r>
        <w:rPr>
          <w:b/>
        </w:rPr>
        <w:t xml:space="preserve">[28:41] </w:t>
      </w:r>
      <w:r>
        <w:t>yeh kaisi anokhi baat hai yeh.</w:t>
      </w:r>
    </w:p>
    <w:p>
      <w:pPr>
        <w:jc w:val="right"/>
      </w:pPr>
      <w:r>
        <w:t>یہ کیسی انوکھی بات ہے یہ۔</w:t>
      </w:r>
    </w:p>
    <w:p>
      <w:r>
        <w:rPr>
          <w:b/>
        </w:rPr>
        <w:t xml:space="preserve">[28:47] </w:t>
      </w:r>
      <w:r>
        <w:t>ke is dunya mein Khuda ne insan ko is tarah banaya hai.</w:t>
      </w:r>
    </w:p>
    <w:p>
      <w:pPr>
        <w:jc w:val="right"/>
      </w:pPr>
      <w:r>
        <w:t>کہ اس دنیا میں خدا نے انسان کو اس طرح بنایا ہے۔</w:t>
      </w:r>
    </w:p>
    <w:p>
      <w:r>
        <w:rPr>
          <w:b/>
        </w:rPr>
        <w:t xml:space="preserve">[28:54] </w:t>
      </w:r>
      <w:r>
        <w:t>ke jab bhi is ko woh samna kare kisi masle ko toh janna chahiye ke wahan mawaqe do hain.</w:t>
      </w:r>
    </w:p>
    <w:p>
      <w:pPr>
        <w:jc w:val="right"/>
      </w:pPr>
      <w:r>
        <w:t>کہ جب بھی اس کو وہ سامنا کرے کسی مسئلے کو تو جاننا چاہیے کہ وہاں مواقع دو ہیں۔</w:t>
      </w:r>
    </w:p>
    <w:p>
      <w:r>
        <w:rPr>
          <w:b/>
        </w:rPr>
        <w:t xml:space="preserve">[29:00] </w:t>
      </w:r>
      <w:r>
        <w:t>toh jab mawaqe do hain toh ek masla kaise over power kar sakta hai do mawaqe ko.</w:t>
      </w:r>
    </w:p>
    <w:p>
      <w:pPr>
        <w:jc w:val="right"/>
      </w:pPr>
      <w:r>
        <w:t>تو جب مواقع دو ہیں تو ایک مسئلہ کیسے اوور پاور کر سکتا ہے دو مواقع کو۔</w:t>
      </w:r>
    </w:p>
    <w:p>
      <w:r>
        <w:rPr>
          <w:b/>
        </w:rPr>
        <w:t xml:space="preserve">[29:06] </w:t>
      </w:r>
      <w:r>
        <w:t>is taraf maine ghor kiya toh mujhe laga ke koi purasrar baat nahi hai.</w:t>
      </w:r>
    </w:p>
    <w:p>
      <w:pPr>
        <w:jc w:val="right"/>
      </w:pPr>
      <w:r>
        <w:t>اس طرف میں نے غور کیا تو مجھے لگا کہ کوئی پراسرار بات نہیں ہے۔</w:t>
      </w:r>
    </w:p>
    <w:p>
      <w:r>
        <w:rPr>
          <w:b/>
        </w:rPr>
        <w:t xml:space="preserve">[29:13] </w:t>
      </w:r>
      <w:r>
        <w:t>yeh koi purasrar baat nahi hai.</w:t>
      </w:r>
    </w:p>
    <w:p>
      <w:pPr>
        <w:jc w:val="right"/>
      </w:pPr>
      <w:r>
        <w:t>یہ کوئی پراسرار بات نہیں ہے۔</w:t>
      </w:r>
    </w:p>
    <w:p>
      <w:r>
        <w:rPr>
          <w:b/>
        </w:rPr>
        <w:t xml:space="preserve">[29:18] </w:t>
      </w:r>
      <w:r>
        <w:t>woh baat yeh hai.</w:t>
      </w:r>
    </w:p>
    <w:p>
      <w:pPr>
        <w:jc w:val="right"/>
      </w:pPr>
      <w:r>
        <w:t>وہ بات یہ ہے۔</w:t>
      </w:r>
    </w:p>
    <w:p>
      <w:r>
        <w:rPr>
          <w:b/>
        </w:rPr>
        <w:t xml:space="preserve">[29:23] </w:t>
      </w:r>
      <w:r>
        <w:t>ke zindagi mein hum فعال hain kaam kar rahe hain ek masla samne aya.</w:t>
      </w:r>
    </w:p>
    <w:p>
      <w:pPr>
        <w:jc w:val="right"/>
      </w:pPr>
      <w:r>
        <w:t>کہ زندگی میں ہم فعال ہیں کام کر رہے ہیں ایک مسئلہ سامنے آیا۔</w:t>
      </w:r>
    </w:p>
    <w:p>
      <w:r>
        <w:rPr>
          <w:b/>
        </w:rPr>
        <w:t xml:space="preserve">[29:28] </w:t>
      </w:r>
      <w:r>
        <w:t>ek masla samne aaya.</w:t>
      </w:r>
    </w:p>
    <w:p>
      <w:pPr>
        <w:jc w:val="right"/>
      </w:pPr>
      <w:r>
        <w:t>ایک مسئلہ سامنے آیا۔</w:t>
      </w:r>
    </w:p>
    <w:p>
      <w:r>
        <w:rPr>
          <w:b/>
        </w:rPr>
        <w:t xml:space="preserve">[29:33] </w:t>
      </w:r>
      <w:r>
        <w:t>kahin hamara paspai hogaya kahin hamein koi nuksan hogaya.</w:t>
      </w:r>
    </w:p>
    <w:p>
      <w:pPr>
        <w:jc w:val="right"/>
      </w:pPr>
      <w:r>
        <w:t>کہیں ہمارا پسپائی ہوگیا کہیں ہمیں کوئی نقصان ہوگیا۔</w:t>
      </w:r>
    </w:p>
    <w:p>
      <w:r>
        <w:rPr>
          <w:b/>
        </w:rPr>
        <w:t xml:space="preserve">[29:38] </w:t>
      </w:r>
      <w:r>
        <w:t>to jo nuksan farz karen nuksan hua hai hamein ek hazar ka.</w:t>
      </w:r>
    </w:p>
    <w:p>
      <w:pPr>
        <w:jc w:val="right"/>
      </w:pPr>
      <w:r>
        <w:t>تو جو نقصان فرض کریں نقصان ہوا ہے ہمیں ایک ہزار کا۔</w:t>
      </w:r>
    </w:p>
    <w:p>
      <w:r>
        <w:rPr>
          <w:b/>
        </w:rPr>
        <w:t xml:space="preserve">[29:43] </w:t>
      </w:r>
      <w:r>
        <w:t>to yeh jo nuksan hai hamare andar kyunke hum insaan hain hum pathar nahi hain.</w:t>
      </w:r>
    </w:p>
    <w:p>
      <w:pPr>
        <w:jc w:val="right"/>
      </w:pPr>
      <w:r>
        <w:t>تو یہ جو نقصان ہے ہمارے اندر کیونکہ ہم انسان ہیں ہم پتھر نہیں ہیں۔</w:t>
      </w:r>
    </w:p>
    <w:p>
      <w:r>
        <w:rPr>
          <w:b/>
        </w:rPr>
        <w:t xml:space="preserve">[29:47] </w:t>
      </w:r>
      <w:r>
        <w:t>wo nuksan hamare andar ek rooh jagata hai.</w:t>
      </w:r>
    </w:p>
    <w:p>
      <w:pPr>
        <w:jc w:val="right"/>
      </w:pPr>
      <w:r>
        <w:t>وہ نقصان ہمارے اندر ایک روح جگاتا ہے۔</w:t>
      </w:r>
    </w:p>
    <w:p>
      <w:r>
        <w:rPr>
          <w:b/>
        </w:rPr>
        <w:t xml:space="preserve">[29:52] </w:t>
      </w:r>
      <w:r>
        <w:t>yeh ek rooh paida karta hai hamari shakhsiyat mein.</w:t>
      </w:r>
    </w:p>
    <w:p>
      <w:pPr>
        <w:jc w:val="right"/>
      </w:pPr>
      <w:r>
        <w:t>یہ ایک روح پیدا کرتا ہے ہماری شخصیت میں۔</w:t>
      </w:r>
    </w:p>
    <w:p>
      <w:r>
        <w:rPr>
          <w:b/>
        </w:rPr>
        <w:t xml:space="preserve">[29:56] </w:t>
      </w:r>
      <w:r>
        <w:t>wo kya hai? zyada mehnat kar ke aage barho.</w:t>
      </w:r>
    </w:p>
    <w:p>
      <w:pPr>
        <w:jc w:val="right"/>
      </w:pPr>
      <w:r>
        <w:t>وہ کیا ہے؟ زیادہ محنت کر کے آگے بڑھو۔</w:t>
      </w:r>
    </w:p>
    <w:p>
      <w:r>
        <w:rPr>
          <w:b/>
        </w:rPr>
        <w:t xml:space="preserve">[30:00] </w:t>
      </w:r>
      <w:r>
        <w:t>ek hausla aata hai is mein.</w:t>
      </w:r>
    </w:p>
    <w:p>
      <w:pPr>
        <w:jc w:val="right"/>
      </w:pPr>
      <w:r>
        <w:t>ایک حوصلہ آتا ہے اس میں۔</w:t>
      </w:r>
    </w:p>
    <w:p>
      <w:r>
        <w:rPr>
          <w:b/>
        </w:rPr>
        <w:t xml:space="preserve">[30:05] </w:t>
      </w:r>
      <w:r>
        <w:t>har bar jab insaan nakam hota hai kisi cheez mein.</w:t>
      </w:r>
    </w:p>
    <w:p>
      <w:pPr>
        <w:jc w:val="right"/>
      </w:pPr>
      <w:r>
        <w:t>ہر بار جب انسان ناکام ہوتا ہے کسی چیز میں۔</w:t>
      </w:r>
    </w:p>
    <w:p>
      <w:r>
        <w:rPr>
          <w:b/>
        </w:rPr>
        <w:t xml:space="preserve">[30:09] </w:t>
      </w:r>
      <w:r>
        <w:t>to us ko ek ek</w:t>
      </w:r>
    </w:p>
    <w:p>
      <w:pPr>
        <w:jc w:val="right"/>
      </w:pPr>
      <w:r>
        <w:t>تو اس کو ایک ایک</w:t>
      </w:r>
    </w:p>
    <w:p>
      <w:r>
        <w:rPr>
          <w:b/>
        </w:rPr>
        <w:t xml:space="preserve">[30:13] </w:t>
      </w:r>
      <w:r>
        <w:t>ek is ke andar ek shauq lagta hai.</w:t>
      </w:r>
    </w:p>
    <w:p>
      <w:pPr>
        <w:jc w:val="right"/>
      </w:pPr>
      <w:r>
        <w:t>ایک اس کے اندر ایک شوق لگتا ہے۔</w:t>
      </w:r>
    </w:p>
    <w:p>
      <w:r>
        <w:rPr>
          <w:b/>
        </w:rPr>
        <w:t xml:space="preserve">[30:17] </w:t>
      </w:r>
      <w:r>
        <w:t>ke aur mehnat kar ke mein aage barhoon.</w:t>
      </w:r>
    </w:p>
    <w:p>
      <w:pPr>
        <w:jc w:val="right"/>
      </w:pPr>
      <w:r>
        <w:t>کہ اور محنت کر کے میں آگے بڑھوں۔</w:t>
      </w:r>
    </w:p>
    <w:p>
      <w:r>
        <w:rPr>
          <w:b/>
        </w:rPr>
        <w:t xml:space="preserve">[30:21] </w:t>
      </w:r>
      <w:r>
        <w:t>jaise aap dekhte hain ke do bachche agar dor rahe hain.</w:t>
      </w:r>
    </w:p>
    <w:p>
      <w:pPr>
        <w:jc w:val="right"/>
      </w:pPr>
      <w:r>
        <w:t>جیسے آپ دیکھتے ہیں کہ دو بچے اگر دوڑ رہے ہیں۔</w:t>
      </w:r>
    </w:p>
    <w:p>
      <w:r>
        <w:rPr>
          <w:b/>
        </w:rPr>
        <w:t xml:space="preserve">[30:25] </w:t>
      </w:r>
      <w:r>
        <w:t>wo ek ek sadah si misal lijiye aap.</w:t>
      </w:r>
    </w:p>
    <w:p>
      <w:pPr>
        <w:jc w:val="right"/>
      </w:pPr>
      <w:r>
        <w:t>وہ ایک ایک سادہ سی مثال لیجیے آپ۔</w:t>
      </w:r>
    </w:p>
    <w:p>
      <w:r>
        <w:rPr>
          <w:b/>
        </w:rPr>
        <w:t xml:space="preserve">[30:29] </w:t>
      </w:r>
      <w:r>
        <w:t>ke do bachche dor rahe hain.</w:t>
      </w:r>
    </w:p>
    <w:p>
      <w:pPr>
        <w:jc w:val="right"/>
      </w:pPr>
      <w:r>
        <w:t>کہ دو بچے دوڑ رہے ہیں۔</w:t>
      </w:r>
    </w:p>
    <w:p>
      <w:r>
        <w:rPr>
          <w:b/>
        </w:rPr>
        <w:t xml:space="preserve">[30:33] </w:t>
      </w:r>
      <w:r>
        <w:t>ab ek bachcha kisi wajah se thokar lag kar gir pada.</w:t>
      </w:r>
    </w:p>
    <w:p>
      <w:pPr>
        <w:jc w:val="right"/>
      </w:pPr>
      <w:r>
        <w:t>اب ایک بچہ کسی وجہ سے ٹھوکر لگ کر گر پڑا۔</w:t>
      </w:r>
    </w:p>
    <w:p>
      <w:r>
        <w:rPr>
          <w:b/>
        </w:rPr>
        <w:t xml:space="preserve">[30:37] </w:t>
      </w:r>
      <w:r>
        <w:t>to wo kuch aage barh jayega doosra wala.</w:t>
      </w:r>
    </w:p>
    <w:p>
      <w:pPr>
        <w:jc w:val="right"/>
      </w:pPr>
      <w:r>
        <w:t>تو وہ کچھ آگے بڑھ جائے گا دوسرا والا۔</w:t>
      </w:r>
    </w:p>
    <w:p>
      <w:r>
        <w:rPr>
          <w:b/>
        </w:rPr>
        <w:t xml:space="preserve">[30:41] </w:t>
      </w:r>
      <w:r>
        <w:t>ab jo yeh uthega to aur tez daurega yeh.</w:t>
      </w:r>
    </w:p>
    <w:p>
      <w:pPr>
        <w:jc w:val="right"/>
      </w:pPr>
      <w:r>
        <w:t>اب جو یہ اٹھے گا تو اور تیز دوڑے گا یہ۔</w:t>
      </w:r>
    </w:p>
    <w:p>
      <w:r>
        <w:rPr>
          <w:b/>
        </w:rPr>
        <w:t xml:space="preserve">[30:45] </w:t>
      </w:r>
      <w:r>
        <w:t>yani chale the ek sath.</w:t>
      </w:r>
    </w:p>
    <w:p>
      <w:pPr>
        <w:jc w:val="right"/>
      </w:pPr>
      <w:r>
        <w:t>یعنی چلے تھے ایک ساتھ۔</w:t>
      </w:r>
    </w:p>
    <w:p>
      <w:r>
        <w:rPr>
          <w:b/>
        </w:rPr>
        <w:t xml:space="preserve">[30:49] </w:t>
      </w:r>
      <w:r>
        <w:t>ek sath dor rahe the.</w:t>
      </w:r>
    </w:p>
    <w:p>
      <w:pPr>
        <w:jc w:val="right"/>
      </w:pPr>
      <w:r>
        <w:t>ایک ساتھ دوڑ رہے تھے۔</w:t>
      </w:r>
    </w:p>
    <w:p>
      <w:r>
        <w:rPr>
          <w:b/>
        </w:rPr>
        <w:t xml:space="preserve">[30:52] </w:t>
      </w:r>
      <w:r>
        <w:t>ek ko kisi wajah se beech mein gir gaya wo ruk gaya wo.</w:t>
      </w:r>
    </w:p>
    <w:p>
      <w:pPr>
        <w:jc w:val="right"/>
      </w:pPr>
      <w:r>
        <w:t>ایک کو کسی وجہ سے بیچ میں گر گیا وہ رک گیا وہ۔</w:t>
      </w:r>
    </w:p>
    <w:p>
      <w:r>
        <w:rPr>
          <w:b/>
        </w:rPr>
        <w:t xml:space="preserve">[30:56] </w:t>
      </w:r>
      <w:r>
        <w:t>to ek do minute ka ek waqfa par gaya.</w:t>
      </w:r>
    </w:p>
    <w:p>
      <w:pPr>
        <w:jc w:val="right"/>
      </w:pPr>
      <w:r>
        <w:t>تو ایک دو منٹ کا ایک وقفہ پڑ گیا۔</w:t>
      </w:r>
    </w:p>
    <w:p>
      <w:r>
        <w:rPr>
          <w:b/>
        </w:rPr>
        <w:t xml:space="preserve">[30:59] </w:t>
      </w:r>
      <w:r>
        <w:t>itni der mein wo doosra jo ladka hai wo aage barh gaya.</w:t>
      </w:r>
    </w:p>
    <w:p>
      <w:pPr>
        <w:jc w:val="right"/>
      </w:pPr>
      <w:r>
        <w:t>اتنی دیر میں وہ دوسرا جو لڑکا ہے وہ آگے بڑھ گیا۔</w:t>
      </w:r>
    </w:p>
    <w:p>
      <w:r>
        <w:rPr>
          <w:b/>
        </w:rPr>
        <w:t xml:space="preserve">[31:03] </w:t>
      </w:r>
      <w:r>
        <w:t>to jo gir gaya tha wo jab uthega to aur tez daurega.</w:t>
      </w:r>
    </w:p>
    <w:p>
      <w:pPr>
        <w:jc w:val="right"/>
      </w:pPr>
      <w:r>
        <w:t>تو جو گر گیا تھا وہ جب اٹھے گا تو اور تیز دوڑے گا۔</w:t>
      </w:r>
    </w:p>
    <w:p>
      <w:r>
        <w:rPr>
          <w:b/>
        </w:rPr>
        <w:t xml:space="preserve">[31:06] </w:t>
      </w:r>
      <w:r>
        <w:t>taake us ko pakarne ke liye.</w:t>
      </w:r>
    </w:p>
    <w:p>
      <w:pPr>
        <w:jc w:val="right"/>
      </w:pPr>
      <w:r>
        <w:t>تاکہ اس کو پکڑنے کے لیے۔</w:t>
      </w:r>
    </w:p>
    <w:p>
      <w:r>
        <w:rPr>
          <w:b/>
        </w:rPr>
        <w:t xml:space="preserve">[31:10] </w:t>
      </w:r>
      <w:r>
        <w:t>yeh hai do.</w:t>
      </w:r>
    </w:p>
    <w:p>
      <w:pPr>
        <w:jc w:val="right"/>
      </w:pPr>
      <w:r>
        <w:t>یہ ہے دو۔</w:t>
      </w:r>
    </w:p>
    <w:p>
      <w:r>
        <w:rPr>
          <w:b/>
        </w:rPr>
        <w:t xml:space="preserve">[31:13] </w:t>
      </w:r>
      <w:r>
        <w:t>yeh hai do</w:t>
      </w:r>
    </w:p>
    <w:p>
      <w:pPr>
        <w:jc w:val="right"/>
      </w:pPr>
      <w:r>
        <w:t>یہ ہے دو</w:t>
      </w:r>
    </w:p>
    <w:p>
      <w:r>
        <w:rPr>
          <w:b/>
        </w:rPr>
        <w:t xml:space="preserve">[31:17] </w:t>
      </w:r>
      <w:r>
        <w:t>—</w:t>
      </w:r>
    </w:p>
    <w:p>
      <w:pPr>
        <w:jc w:val="right"/>
      </w:pPr>
      <w:r>
        <w:t>۔</w:t>
      </w:r>
    </w:p>
    <w:p>
      <w:r>
        <w:rPr>
          <w:b/>
        </w:rPr>
        <w:t xml:space="preserve">[31:20] </w:t>
      </w:r>
      <w:r>
        <w:t>to jab kabhi aisa hota hai ke aadmi kisi paspai se dochar hota hai.</w:t>
      </w:r>
    </w:p>
    <w:p>
      <w:pPr>
        <w:jc w:val="right"/>
      </w:pPr>
      <w:r>
        <w:t>تو جب کبھی ایسا ہوتا ہے کہ آدمی کسی پسپائی سے دوچار ہوتا ہے۔</w:t>
      </w:r>
    </w:p>
    <w:p>
      <w:r>
        <w:rPr>
          <w:b/>
        </w:rPr>
        <w:t xml:space="preserve">[31:24] </w:t>
      </w:r>
      <w:r>
        <w:t>to wahan par us ko mawaqe do ho jatay hain.</w:t>
      </w:r>
    </w:p>
    <w:p>
      <w:pPr>
        <w:jc w:val="right"/>
      </w:pPr>
      <w:r>
        <w:t>تو وہاں پر اس کو مواقع دو ہو جاتے ہیں۔</w:t>
      </w:r>
    </w:p>
    <w:p>
      <w:r>
        <w:rPr>
          <w:b/>
        </w:rPr>
        <w:t xml:space="preserve">[31:27] </w:t>
      </w:r>
      <w:r>
        <w:t>ek to woh mawaqe jo thay fitrat mein.</w:t>
      </w:r>
    </w:p>
    <w:p>
      <w:pPr>
        <w:jc w:val="right"/>
      </w:pPr>
      <w:r>
        <w:t>ایک تو وہ مواقع جو تھے فطرت میں۔</w:t>
      </w:r>
    </w:p>
    <w:p>
      <w:r>
        <w:rPr>
          <w:b/>
        </w:rPr>
        <w:t xml:space="preserve">[31:31] </w:t>
      </w:r>
      <w:r>
        <w:t>fitrat mein thay pehle se.</w:t>
      </w:r>
    </w:p>
    <w:p>
      <w:pPr>
        <w:jc w:val="right"/>
      </w:pPr>
      <w:r>
        <w:t>فطرت میں تھے پہلے سے۔</w:t>
      </w:r>
    </w:p>
    <w:p>
      <w:r>
        <w:rPr>
          <w:b/>
        </w:rPr>
        <w:t xml:space="preserve">[31:34] </w:t>
      </w:r>
      <w:r>
        <w:t>aur ek jo hai woh targhib ke roop mein hausla ke roop mein.</w:t>
      </w:r>
    </w:p>
    <w:p>
      <w:pPr>
        <w:jc w:val="right"/>
      </w:pPr>
      <w:r>
        <w:t>اور ایک جو ہے وہ ترغیب کے روپ میں حوصلہ کے روپ میں۔</w:t>
      </w:r>
    </w:p>
    <w:p>
      <w:r>
        <w:rPr>
          <w:b/>
        </w:rPr>
        <w:t xml:space="preserve">[31:38] </w:t>
      </w:r>
      <w:r>
        <w:t>jaise woh ladka jo gir gaya.</w:t>
      </w:r>
    </w:p>
    <w:p>
      <w:pPr>
        <w:jc w:val="right"/>
      </w:pPr>
      <w:r>
        <w:t>جیسے وہ لڑکا جو گر گیا۔</w:t>
      </w:r>
    </w:p>
    <w:p>
      <w:r>
        <w:rPr>
          <w:b/>
        </w:rPr>
        <w:t xml:space="preserve">[31:42] </w:t>
      </w:r>
      <w:r>
        <w:t>to us ke pathon mein jo taqat tha.</w:t>
      </w:r>
    </w:p>
    <w:p>
      <w:pPr>
        <w:jc w:val="right"/>
      </w:pPr>
      <w:r>
        <w:t>تو اس کے پٹھوں میں جو طاقت تھا۔</w:t>
      </w:r>
    </w:p>
    <w:p>
      <w:r>
        <w:rPr>
          <w:b/>
        </w:rPr>
        <w:t xml:space="preserve">[31:45] </w:t>
      </w:r>
      <w:r>
        <w:t>jo us ke hath paon mein jo taqat thi jis se woh daud raha tha.</w:t>
      </w:r>
    </w:p>
    <w:p>
      <w:pPr>
        <w:jc w:val="right"/>
      </w:pPr>
      <w:r>
        <w:t>جو اس کے ہاتھ پاؤں میں جو طاقت تھی جس سے وہ دوڑ رہا تھا۔</w:t>
      </w:r>
    </w:p>
    <w:p>
      <w:r>
        <w:rPr>
          <w:b/>
        </w:rPr>
        <w:t xml:space="preserve">[31:49] </w:t>
      </w:r>
      <w:r>
        <w:t>to ek to woh thi doosri yeh ke woh ek emergency emergency pesh aane ki wajah se is ke andar ek aur hausla aagaya. kyunke nafsiyat bataati hai ke zehan mein kuch khidkiyan band rehti hain. zehan jo hai is ke andar kuch potentials band rehte hain. woh jab bahraan ko pesh aata hai bahraan tab zehan is ko release karta hai is tawanaai ko. kuch tawanaaiyan mehfooz rehti hain zeh</w:t>
      </w:r>
    </w:p>
    <w:p>
      <w:pPr>
        <w:jc w:val="right"/>
      </w:pPr>
      <w:r>
        <w:t>تو ایک تو وہ تھی۔ دوسری یہ کہ وہ ایک ایمرجنسی ایمرجنسی پیش آنے کی وجہ سے اس کے اندر ایک اور حوصلہ آگیا۔ کیونکہ نفسیات بتاتی ہے کہ ذہن میں کچھ کھڑکیاں بند رہتی ہیں۔ ذہن جو ہے اس کے اندر کچھ پوٹینشلز بند رہتے ہیں۔ وہ جب بحران کو پیش آتا ہے بحران تب ذہن اس کو ریلیز کرتا ہے اس توانائی کو۔ کچھ توانائیاں محفوظ رہتی ہیں ذہ</w:t>
      </w:r>
    </w:p>
    <w:p>
      <w:r>
        <w:rPr>
          <w:b/>
        </w:rPr>
        <w:t xml:space="preserve">[32:19] </w:t>
      </w:r>
      <w:r>
        <w:t>n mein.</w:t>
      </w:r>
    </w:p>
    <w:p>
      <w:pPr>
        <w:jc w:val="right"/>
      </w:pPr>
      <w:r>
        <w:t>ن میں۔</w:t>
      </w:r>
    </w:p>
    <w:p>
      <w:r>
        <w:rPr>
          <w:b/>
        </w:rPr>
        <w:t xml:space="preserve">[32:22] </w:t>
      </w:r>
      <w:r>
        <w:t>yeh nafsiyat batati hai humein.</w:t>
      </w:r>
    </w:p>
    <w:p>
      <w:pPr>
        <w:jc w:val="right"/>
      </w:pPr>
      <w:r>
        <w:t>یہ نفسیات بتاتی ہے ہمیں۔</w:t>
      </w:r>
    </w:p>
    <w:p>
      <w:r>
        <w:rPr>
          <w:b/>
        </w:rPr>
        <w:t xml:space="preserve">[32:25] </w:t>
      </w:r>
      <w:r>
        <w:t>ke zehan mein kuch tawanaai aisi hai jo jo jo band rehti hai.</w:t>
      </w:r>
    </w:p>
    <w:p>
      <w:pPr>
        <w:jc w:val="right"/>
      </w:pPr>
      <w:r>
        <w:t>کہ ذہن میں کچھ توانائی ایسی ہے جو جو جو بند رہتی ہے۔</w:t>
      </w:r>
    </w:p>
    <w:p>
      <w:r>
        <w:rPr>
          <w:b/>
        </w:rPr>
        <w:t xml:space="preserve">[32:29] </w:t>
      </w:r>
      <w:r>
        <w:t>mehfooz rakhi rehti hai mehfooz kar ke rakhi rehti hai.</w:t>
      </w:r>
    </w:p>
    <w:p>
      <w:pPr>
        <w:jc w:val="right"/>
      </w:pPr>
      <w:r>
        <w:t>محفوظ رکھی رہتی ہے محفوظ کر کے رکھی رہتی ہے۔</w:t>
      </w:r>
    </w:p>
    <w:p>
      <w:r>
        <w:rPr>
          <w:b/>
        </w:rPr>
        <w:t xml:space="preserve">[32:32] </w:t>
      </w:r>
      <w:r>
        <w:t>lekin jab koi buhran aata hai.</w:t>
      </w:r>
    </w:p>
    <w:p>
      <w:pPr>
        <w:jc w:val="right"/>
      </w:pPr>
      <w:r>
        <w:t>لیکن جب کوئی بحران آتا ہے۔</w:t>
      </w:r>
    </w:p>
    <w:p>
      <w:r>
        <w:rPr>
          <w:b/>
        </w:rPr>
        <w:t xml:space="preserve">[32:35] </w:t>
      </w:r>
      <w:r>
        <w:t>koi challenge aata hai tab woh release ki jati hai woh.</w:t>
      </w:r>
    </w:p>
    <w:p>
      <w:pPr>
        <w:jc w:val="right"/>
      </w:pPr>
      <w:r>
        <w:t>کوئی چیلنج آتا ہے تب وہ ریلیز کی جاتی ہے وہ۔</w:t>
      </w:r>
    </w:p>
    <w:p>
      <w:r>
        <w:rPr>
          <w:b/>
        </w:rPr>
        <w:t xml:space="preserve">[32:39] </w:t>
      </w:r>
      <w:r>
        <w:t>aur us bachche mein dekhiye.</w:t>
      </w:r>
    </w:p>
    <w:p>
      <w:pPr>
        <w:jc w:val="right"/>
      </w:pPr>
      <w:r>
        <w:t>اور اس بچے میں دیکھیے۔</w:t>
      </w:r>
    </w:p>
    <w:p>
      <w:r>
        <w:rPr>
          <w:b/>
        </w:rPr>
        <w:t xml:space="preserve">[32:42] </w:t>
      </w:r>
      <w:r>
        <w:t>ek to woh normal tawanaai thi jo us ko haasil thi pehle se.</w:t>
      </w:r>
    </w:p>
    <w:p>
      <w:pPr>
        <w:jc w:val="right"/>
      </w:pPr>
      <w:r>
        <w:t>ایک تو وہ نارمل توانائی تھی جو اس کو حاصل تھی پہلے سے۔</w:t>
      </w:r>
    </w:p>
    <w:p>
      <w:r>
        <w:rPr>
          <w:b/>
        </w:rPr>
        <w:t xml:space="preserve">[32:45] </w:t>
      </w:r>
      <w:r>
        <w:t>aur ek woh hai</w:t>
      </w:r>
    </w:p>
    <w:p>
      <w:pPr>
        <w:jc w:val="right"/>
      </w:pPr>
      <w:r>
        <w:t>اور ایک وہ ہے</w:t>
      </w:r>
    </w:p>
    <w:p>
      <w:r>
        <w:rPr>
          <w:b/>
        </w:rPr>
        <w:t xml:space="preserve">[32:49] </w:t>
      </w:r>
      <w:r>
        <w:t>jo zehan mein release kiya.</w:t>
      </w:r>
    </w:p>
    <w:p>
      <w:pPr>
        <w:jc w:val="right"/>
      </w:pPr>
      <w:r>
        <w:t>جو ذہن میں ریلیز کیا۔</w:t>
      </w:r>
    </w:p>
    <w:p>
      <w:r>
        <w:rPr>
          <w:b/>
        </w:rPr>
        <w:t xml:space="preserve">[32:53] </w:t>
      </w:r>
      <w:r>
        <w:t>to do ho gayi.</w:t>
      </w:r>
    </w:p>
    <w:p>
      <w:pPr>
        <w:jc w:val="right"/>
      </w:pPr>
      <w:r>
        <w:t>تو دو ہوگئی۔</w:t>
      </w:r>
    </w:p>
    <w:p>
      <w:r>
        <w:rPr>
          <w:b/>
        </w:rPr>
        <w:t xml:space="preserve">[32:58] </w:t>
      </w:r>
      <w:r>
        <w:t>yeh matlab hai is hadith ka.</w:t>
      </w:r>
    </w:p>
    <w:p>
      <w:pPr>
        <w:jc w:val="right"/>
      </w:pPr>
      <w:r>
        <w:t>یہ مطلب ہے اس حدیث کا۔</w:t>
      </w:r>
    </w:p>
    <w:p>
      <w:r>
        <w:rPr>
          <w:b/>
        </w:rPr>
        <w:t xml:space="preserve">[33:02] </w:t>
      </w:r>
      <w:r>
        <w:t>ke la yaghlab usrun yusra.</w:t>
      </w:r>
    </w:p>
    <w:p>
      <w:pPr>
        <w:jc w:val="right"/>
      </w:pPr>
      <w:r>
        <w:t>کہ لیغلب غسر یسرا۔</w:t>
      </w:r>
    </w:p>
    <w:p>
      <w:r>
        <w:rPr>
          <w:b/>
        </w:rPr>
        <w:t xml:space="preserve">[33:06] </w:t>
      </w:r>
      <w:r>
        <w:t>ke ek ek usr do yusr par ghalib nahi aa sakta.</w:t>
      </w:r>
    </w:p>
    <w:p>
      <w:pPr>
        <w:jc w:val="right"/>
      </w:pPr>
      <w:r>
        <w:t>کہ ایک ایک غسر دو یسر پر غالب نہیں آ سکتا۔</w:t>
      </w:r>
    </w:p>
    <w:p>
      <w:r>
        <w:rPr>
          <w:b/>
        </w:rPr>
        <w:t xml:space="preserve">[33:11] </w:t>
      </w:r>
      <w:r>
        <w:t>yani ek nuksan do faiday par ghalib nahi aa sakta.</w:t>
      </w:r>
    </w:p>
    <w:p>
      <w:pPr>
        <w:jc w:val="right"/>
      </w:pPr>
      <w:r>
        <w:t>یعنی ایک نقصان دو فائدے پر غالب نہیں آ سکتا۔</w:t>
      </w:r>
    </w:p>
    <w:p>
      <w:r>
        <w:rPr>
          <w:b/>
        </w:rPr>
        <w:t xml:space="preserve">[33:15] </w:t>
      </w:r>
      <w:r>
        <w:t>ek masla do mawaqe ko overpower nahi kar sakta.</w:t>
      </w:r>
    </w:p>
    <w:p>
      <w:pPr>
        <w:jc w:val="right"/>
      </w:pPr>
      <w:r>
        <w:t>ایک مسئلہ دو مواقع کو اوور پاور نہیں کر سکتا۔</w:t>
      </w:r>
    </w:p>
    <w:p>
      <w:r>
        <w:rPr>
          <w:b/>
        </w:rPr>
        <w:t xml:space="preserve">[33:19] </w:t>
      </w:r>
      <w:r>
        <w:t>chunaanche aap dekhiye ke woh ladka jo gir gaya ho.</w:t>
      </w:r>
    </w:p>
    <w:p>
      <w:pPr>
        <w:jc w:val="right"/>
      </w:pPr>
      <w:r>
        <w:t>چنانچہ آپ دیکھیے کہ وہ لڑکا جو گر گیا ہو۔</w:t>
      </w:r>
    </w:p>
    <w:p>
      <w:r>
        <w:rPr>
          <w:b/>
        </w:rPr>
        <w:t xml:space="preserve">[33:23] </w:t>
      </w:r>
      <w:r>
        <w:t>aur tez daudta hai aur zyada to aksar wohi aage badh jaata hai.</w:t>
      </w:r>
    </w:p>
    <w:p>
      <w:pPr>
        <w:jc w:val="right"/>
      </w:pPr>
      <w:r>
        <w:t>اور تیز دوڑتا ہے اور زیادہ تو اکثر وہی آگے بڑھ جاتا ہے۔</w:t>
      </w:r>
    </w:p>
    <w:p>
      <w:r>
        <w:rPr>
          <w:b/>
        </w:rPr>
        <w:t xml:space="preserve">[33:27] </w:t>
      </w:r>
      <w:r>
        <w:t>kyunke woh do tawanaai se dauda tha woh.</w:t>
      </w:r>
    </w:p>
    <w:p>
      <w:pPr>
        <w:jc w:val="right"/>
      </w:pPr>
      <w:r>
        <w:t>کیونکہ وہ دو توانائی سے دوڑا تھا وہ۔</w:t>
      </w:r>
    </w:p>
    <w:p>
      <w:r>
        <w:rPr>
          <w:b/>
        </w:rPr>
        <w:t xml:space="preserve">[33:31] </w:t>
      </w:r>
      <w:r>
        <w:t>yani iska jo is wajah se jo paspaai hua.</w:t>
      </w:r>
    </w:p>
    <w:p>
      <w:pPr>
        <w:jc w:val="right"/>
      </w:pPr>
      <w:r>
        <w:t>یعنی اس کا جو اس وجہ سے جو پسپائی ہوا۔</w:t>
      </w:r>
    </w:p>
    <w:p>
      <w:r>
        <w:rPr>
          <w:b/>
        </w:rPr>
        <w:t xml:space="preserve">[33:35] </w:t>
      </w:r>
      <w:r>
        <w:t>isko jo buhraan pesh aaya iski zindagi zindagi mein.</w:t>
      </w:r>
    </w:p>
    <w:p>
      <w:pPr>
        <w:jc w:val="right"/>
      </w:pPr>
      <w:r>
        <w:t>اس کو جو بحران پیش آیا اس کی زندگی زندگی میں۔</w:t>
      </w:r>
    </w:p>
    <w:p>
      <w:r>
        <w:rPr>
          <w:b/>
        </w:rPr>
        <w:t xml:space="preserve">[33:39] </w:t>
      </w:r>
      <w:r>
        <w:t>to iske zehn ne is mehfooz tawanaai ko release kar diya.</w:t>
      </w:r>
    </w:p>
    <w:p>
      <w:pPr>
        <w:jc w:val="right"/>
      </w:pPr>
      <w:r>
        <w:t>تو اس کے ذہن نے اس محفوظ توانائی کو ریلیز کر دیا۔</w:t>
      </w:r>
    </w:p>
    <w:p>
      <w:r>
        <w:rPr>
          <w:b/>
        </w:rPr>
        <w:t xml:space="preserve">[33:43] </w:t>
      </w:r>
      <w:r>
        <w:t>jo ke doosre wale ko nahi hua.</w:t>
      </w:r>
    </w:p>
    <w:p>
      <w:pPr>
        <w:jc w:val="right"/>
      </w:pPr>
      <w:r>
        <w:t>جو کہ دوسرے والے کو نہیں ہوا۔</w:t>
      </w:r>
    </w:p>
    <w:p>
      <w:r>
        <w:rPr>
          <w:b/>
        </w:rPr>
        <w:t xml:space="preserve">[33:47] </w:t>
      </w:r>
      <w:r>
        <w:t>yeh la-sha'oori taur par yeh hota hai.</w:t>
      </w:r>
    </w:p>
    <w:p>
      <w:pPr>
        <w:jc w:val="right"/>
      </w:pPr>
      <w:r>
        <w:t>یہ لاشعوری طور پر یہ ہوتا ہے۔</w:t>
      </w:r>
    </w:p>
    <w:p>
      <w:r>
        <w:rPr>
          <w:b/>
        </w:rPr>
        <w:t xml:space="preserve">[33:50] </w:t>
      </w:r>
      <w:r>
        <w:t>yani iska switch hamare haath mein nahi hota hai.</w:t>
      </w:r>
    </w:p>
    <w:p>
      <w:pPr>
        <w:jc w:val="right"/>
      </w:pPr>
      <w:r>
        <w:t>یعنی اس کا سوئچ ہمارے ہاتھ میں نہیں ہوتا ہے۔</w:t>
      </w:r>
    </w:p>
    <w:p>
      <w:r>
        <w:rPr>
          <w:b/>
        </w:rPr>
        <w:t xml:space="preserve">[33:54] </w:t>
      </w:r>
      <w:r>
        <w:t>agar hum chahein ke isko release kar dein to hum aisa nahi kar sakte.</w:t>
      </w:r>
    </w:p>
    <w:p>
      <w:pPr>
        <w:jc w:val="right"/>
      </w:pPr>
      <w:r>
        <w:t>اگر ہم چاہیں کہ اس کو ریلیز کر دیں تو ہم ایسا نہیں کر سکتے۔</w:t>
      </w:r>
    </w:p>
    <w:p>
      <w:r>
        <w:rPr>
          <w:b/>
        </w:rPr>
        <w:t xml:space="preserve">[33:58] </w:t>
      </w:r>
      <w:r>
        <w:t>yani pehle wala jo hai agar woh chahe ke koi switch daba kar ke apni tawanaai ko jo</w:t>
      </w:r>
    </w:p>
    <w:p>
      <w:pPr>
        <w:jc w:val="right"/>
      </w:pPr>
      <w:r>
        <w:t>یعنی پہلے والا جو ہے اگر وہ چاہے کہ کوئی سوئچ دبا کر کے اپنی توانائی کو جو</w:t>
      </w:r>
    </w:p>
    <w:p>
      <w:r>
        <w:rPr>
          <w:b/>
        </w:rPr>
        <w:t xml:space="preserve">[34:02] </w:t>
      </w:r>
      <w:r>
        <w:t>mehfooz hai release kar de to woh aisa nahi kar sakta hai woh.</w:t>
      </w:r>
    </w:p>
    <w:p>
      <w:pPr>
        <w:jc w:val="right"/>
      </w:pPr>
      <w:r>
        <w:t>محفوظ ہے ریلیز کر دے تو وہ ایسا نہیں کر سکتا ہے وہ۔</w:t>
      </w:r>
    </w:p>
    <w:p>
      <w:r>
        <w:rPr>
          <w:b/>
        </w:rPr>
        <w:t xml:space="preserve">[34:06] </w:t>
      </w:r>
      <w:r>
        <w:t>woh to la-sha'oori taur par hota hai.</w:t>
      </w:r>
    </w:p>
    <w:p>
      <w:pPr>
        <w:jc w:val="right"/>
      </w:pPr>
      <w:r>
        <w:t>وہ تو لاشعوری طور پر ہوتا ہے۔</w:t>
      </w:r>
    </w:p>
    <w:p>
      <w:r>
        <w:rPr>
          <w:b/>
        </w:rPr>
        <w:t xml:space="preserve">[34:09] </w:t>
      </w:r>
      <w:r>
        <w:t>la-sha'oori taur par.</w:t>
      </w:r>
    </w:p>
    <w:p>
      <w:pPr>
        <w:jc w:val="right"/>
      </w:pPr>
      <w:r>
        <w:t>لاشعوری طور پر۔</w:t>
      </w:r>
    </w:p>
    <w:p>
      <w:r>
        <w:rPr>
          <w:b/>
        </w:rPr>
        <w:t xml:space="preserve">[34:13] </w:t>
      </w:r>
      <w:r>
        <w:t>yani zehn la-sha'oori taur par karta hai woh.</w:t>
      </w:r>
    </w:p>
    <w:p>
      <w:pPr>
        <w:jc w:val="right"/>
      </w:pPr>
      <w:r>
        <w:t>یعنی ذہن لاشعوری طور پر کرتا ہے وہ۔</w:t>
      </w:r>
    </w:p>
    <w:p>
      <w:r>
        <w:rPr>
          <w:b/>
        </w:rPr>
        <w:t xml:space="preserve">[34:17] </w:t>
      </w:r>
      <w:r>
        <w:t>hum nahi kar sakte isko.</w:t>
      </w:r>
    </w:p>
    <w:p>
      <w:pPr>
        <w:jc w:val="right"/>
      </w:pPr>
      <w:r>
        <w:t>ہم نہیں کر سکتے اس کو۔</w:t>
      </w:r>
    </w:p>
    <w:p>
      <w:r>
        <w:rPr>
          <w:b/>
        </w:rPr>
        <w:t xml:space="preserve">[34:21] </w:t>
      </w:r>
      <w:r>
        <w:t>to yeh darkaar hai ek paspaai.</w:t>
      </w:r>
    </w:p>
    <w:p>
      <w:pPr>
        <w:jc w:val="right"/>
      </w:pPr>
      <w:r>
        <w:t>تو یہ درکار ہے ایک پسپائی۔</w:t>
      </w:r>
    </w:p>
    <w:p>
      <w:r>
        <w:rPr>
          <w:b/>
        </w:rPr>
        <w:t xml:space="preserve">[34:24] </w:t>
      </w:r>
      <w:r>
        <w:t>yeh darkaar hai ek shauq.</w:t>
      </w:r>
    </w:p>
    <w:p>
      <w:pPr>
        <w:jc w:val="right"/>
      </w:pPr>
      <w:r>
        <w:t>یہ درکار ہے ایک شوق۔</w:t>
      </w:r>
    </w:p>
    <w:p>
      <w:r>
        <w:rPr>
          <w:b/>
        </w:rPr>
        <w:t xml:space="preserve">[34:28] </w:t>
      </w:r>
      <w:r>
        <w:t>yeh darkaar hai ek buhraan.</w:t>
      </w:r>
    </w:p>
    <w:p>
      <w:pPr>
        <w:jc w:val="right"/>
      </w:pPr>
      <w:r>
        <w:t>یہ درکار ہے ایک بحران۔</w:t>
      </w:r>
    </w:p>
    <w:p>
      <w:r>
        <w:rPr>
          <w:b/>
        </w:rPr>
        <w:t xml:space="preserve">[34:32] </w:t>
      </w:r>
      <w:r>
        <w:t>release is qism ki tawanaai.</w:t>
      </w:r>
    </w:p>
    <w:p>
      <w:pPr>
        <w:jc w:val="right"/>
      </w:pPr>
      <w:r>
        <w:t>ریلیز اس قسم کی توانائی۔</w:t>
      </w:r>
    </w:p>
    <w:p>
      <w:r>
        <w:rPr>
          <w:b/>
        </w:rPr>
        <w:t xml:space="preserve">[34:36] </w:t>
      </w:r>
      <w:r>
        <w:t>in normal sooratenhaal mein aap nahi kar sakte is qism ki tawanaai.</w:t>
      </w:r>
    </w:p>
    <w:p>
      <w:pPr>
        <w:jc w:val="right"/>
      </w:pPr>
      <w:r>
        <w:t>ان نارمل صورتحال میں آپ نہیں کر سکتے اس قسم کی توانائی۔</w:t>
      </w:r>
    </w:p>
    <w:p>
      <w:r>
        <w:rPr>
          <w:b/>
        </w:rPr>
        <w:t xml:space="preserve">[34:39] </w:t>
      </w:r>
      <w:r>
        <w:t>yeh hai is hadees ka matlab.</w:t>
      </w:r>
    </w:p>
    <w:p>
      <w:pPr>
        <w:jc w:val="right"/>
      </w:pPr>
      <w:r>
        <w:t>یہ ہے اس حدیث کا مطلب۔</w:t>
      </w:r>
    </w:p>
    <w:p>
      <w:r>
        <w:rPr>
          <w:b/>
        </w:rPr>
        <w:t xml:space="preserve">[34:43] </w:t>
      </w:r>
      <w:r>
        <w:t>ke jab tum ko paspaai hua jab tum ko koi tum ko nakaam hogaye kuch nuksan hua.</w:t>
      </w:r>
    </w:p>
    <w:p>
      <w:pPr>
        <w:jc w:val="right"/>
      </w:pPr>
      <w:r>
        <w:t>کہ جب تم کو پسپائی ہوا جب تم کو کوئی تم کو ناکام ہوگئے کچھ نقصان ہوا۔</w:t>
      </w:r>
    </w:p>
    <w:p>
      <w:r>
        <w:rPr>
          <w:b/>
        </w:rPr>
        <w:t xml:space="preserve">[34:47] </w:t>
      </w:r>
      <w:r>
        <w:t>tu khud bakhud</w:t>
      </w:r>
    </w:p>
    <w:p>
      <w:pPr>
        <w:jc w:val="right"/>
      </w:pPr>
      <w:r>
        <w:t>تو خود بخود</w:t>
      </w:r>
    </w:p>
    <w:p>
      <w:r>
        <w:rPr>
          <w:b/>
        </w:rPr>
        <w:t xml:space="preserve">[34:51] </w:t>
      </w:r>
      <w:r>
        <w:t>kya hota hai ke tumhara zehan jo hai. is tawanaai ko release kar deta hai. woh tum ko do hausla laata hai tumhare andar. to zyada kaam karte ho tum. to is ka maani hai ke na-qabil-e-shikast ban jaata hai woh aadmi. aap ghor kijiye ke ek woh aadmi jis ke andar normal tawanaai kaam kar rahi hai sirf. aur doosra woh aadmi jis ke andar woh tawanaai shaamil ho gayi hai. jo zehan ne</w:t>
      </w:r>
    </w:p>
    <w:p>
      <w:pPr>
        <w:jc w:val="right"/>
      </w:pPr>
      <w:r>
        <w:t>کیا ہوتا ہے کہ تمہارا ذہن جو ہے۔ اس توانائی کو ریلیز کر دیتا ہے۔ وہ تم کو دو حوصلہ لاتا ہے تمہارے اندر۔ تو زیادہ کام کرتے ہو تم۔ تو اس کا معنی ہے کہ ناقابلِ شکست بن جاتا ہے وہ آدمی۔ آپ غور کیجیے کہ ایک وہ آدمی جس کے اندر نارمل توانائی کام کر رہی ہے صرف۔ اور دوسرا وہ آدمی جس کے اندر وہ توانائی شامل ہوگئی ہے۔ جو ذہن نے</w:t>
      </w:r>
    </w:p>
    <w:p>
      <w:r>
        <w:rPr>
          <w:b/>
        </w:rPr>
        <w:t xml:space="preserve">[35:21] </w:t>
      </w:r>
      <w:r>
        <w:t>release ki hai.</w:t>
      </w:r>
    </w:p>
    <w:p>
      <w:pPr>
        <w:jc w:val="right"/>
      </w:pPr>
      <w:r>
        <w:t>ریلیز کی ہے۔</w:t>
      </w:r>
    </w:p>
    <w:p>
      <w:r>
        <w:rPr>
          <w:b/>
        </w:rPr>
        <w:t xml:space="preserve">[35:24] </w:t>
      </w:r>
      <w:r>
        <w:t>buhraan ke waqt mein.</w:t>
      </w:r>
    </w:p>
    <w:p>
      <w:pPr>
        <w:jc w:val="right"/>
      </w:pPr>
      <w:r>
        <w:t>بحران کے وقت میں۔</w:t>
      </w:r>
    </w:p>
    <w:p>
      <w:r>
        <w:rPr>
          <w:b/>
        </w:rPr>
        <w:t xml:space="preserve">[35:28] </w:t>
      </w:r>
      <w:r>
        <w:t>tu ab woh tu super zehan ban jaye ga.</w:t>
      </w:r>
    </w:p>
    <w:p>
      <w:pPr>
        <w:jc w:val="right"/>
      </w:pPr>
      <w:r>
        <w:t>تو اب وہ تو سپر ذہن بن جائے گا۔</w:t>
      </w:r>
    </w:p>
    <w:p>
      <w:r>
        <w:rPr>
          <w:b/>
        </w:rPr>
        <w:t xml:space="preserve">[35:32] </w:t>
      </w:r>
      <w:r>
        <w:t>woh super insaan ban jaye ga woh.</w:t>
      </w:r>
    </w:p>
    <w:p>
      <w:pPr>
        <w:jc w:val="right"/>
      </w:pPr>
      <w:r>
        <w:t>وہ سپر انسان بن جائے گا وہ۔</w:t>
      </w:r>
    </w:p>
    <w:p>
      <w:r>
        <w:rPr>
          <w:b/>
        </w:rPr>
        <w:t xml:space="preserve">[35:36] </w:t>
      </w:r>
      <w:r>
        <w:t>ab dekhen kitni bari baat hai yeh jo quran mein batai gayi hai.</w:t>
      </w:r>
    </w:p>
    <w:p>
      <w:pPr>
        <w:jc w:val="right"/>
      </w:pPr>
      <w:r>
        <w:t>اب دیکھیں کتنی بڑی بات ہے یہ جو قرآن میں بتائی گئی ہے۔</w:t>
      </w:r>
    </w:p>
    <w:p>
      <w:r>
        <w:rPr>
          <w:b/>
        </w:rPr>
        <w:t xml:space="preserve">[35:39] </w:t>
      </w:r>
      <w:r>
        <w:t>kitni bari baat hai yeh.</w:t>
      </w:r>
    </w:p>
    <w:p>
      <w:pPr>
        <w:jc w:val="right"/>
      </w:pPr>
      <w:r>
        <w:t>کتنی بڑی بات ہے یہ۔</w:t>
      </w:r>
    </w:p>
    <w:p>
      <w:r>
        <w:rPr>
          <w:b/>
        </w:rPr>
        <w:t xml:space="preserve">[35:43] </w:t>
      </w:r>
      <w:r>
        <w:t>yeh koi choti moti baat nahi hai.</w:t>
      </w:r>
    </w:p>
    <w:p>
      <w:pPr>
        <w:jc w:val="right"/>
      </w:pPr>
      <w:r>
        <w:t>یہ کوئی چھوٹی موٹی بات نہیں ہے۔</w:t>
      </w:r>
    </w:p>
    <w:p>
      <w:r>
        <w:rPr>
          <w:b/>
        </w:rPr>
        <w:t xml:space="preserve">[35:47] </w:t>
      </w:r>
      <w:r>
        <w:t>yeh koi choti moti baat nahi hai yeh.</w:t>
      </w:r>
    </w:p>
    <w:p>
      <w:pPr>
        <w:jc w:val="right"/>
      </w:pPr>
      <w:r>
        <w:t>یہ کوئی چھوٹی موٹی بات نہیں ہے یہ۔</w:t>
      </w:r>
    </w:p>
    <w:p>
      <w:r>
        <w:rPr>
          <w:b/>
        </w:rPr>
        <w:t xml:space="preserve">[35:50] </w:t>
      </w:r>
      <w:r>
        <w:t>yani zindagi mein agar log is baat ko jaan len.</w:t>
      </w:r>
    </w:p>
    <w:p>
      <w:pPr>
        <w:jc w:val="right"/>
      </w:pPr>
      <w:r>
        <w:t>یعنی زندگی میں اگر لوگ اس بات کو جان لیں۔</w:t>
      </w:r>
    </w:p>
    <w:p>
      <w:r>
        <w:rPr>
          <w:b/>
        </w:rPr>
        <w:t xml:space="preserve">[35:54] </w:t>
      </w:r>
      <w:r>
        <w:t>tu aik inqilab aajaye inqilab.</w:t>
      </w:r>
    </w:p>
    <w:p>
      <w:pPr>
        <w:jc w:val="right"/>
      </w:pPr>
      <w:r>
        <w:t>تو ایک انقلاب آجائے انقلاب۔</w:t>
      </w:r>
    </w:p>
    <w:p>
      <w:r>
        <w:rPr>
          <w:b/>
        </w:rPr>
        <w:t xml:space="preserve">[35:58] </w:t>
      </w:r>
      <w:r>
        <w:t>kal mein sun raha tha radio par aik program jo teen ghante ka tha teen teen ghante ka.</w:t>
      </w:r>
    </w:p>
    <w:p>
      <w:pPr>
        <w:jc w:val="right"/>
      </w:pPr>
      <w:r>
        <w:t>کل میں سن رہا تھا ریڈیو پر ایک پروگرام جو تین گھنٹے کا تھا تین تین گھنٹے کا۔</w:t>
      </w:r>
    </w:p>
    <w:p>
      <w:r>
        <w:rPr>
          <w:b/>
        </w:rPr>
        <w:t xml:space="preserve">[36:02] </w:t>
      </w:r>
      <w:r>
        <w:t>kal shaam ko.</w:t>
      </w:r>
    </w:p>
    <w:p>
      <w:pPr>
        <w:jc w:val="right"/>
      </w:pPr>
      <w:r>
        <w:t>کل شام کو۔</w:t>
      </w:r>
    </w:p>
    <w:p>
      <w:r>
        <w:rPr>
          <w:b/>
        </w:rPr>
        <w:t xml:space="preserve">[36:05] </w:t>
      </w:r>
      <w:r>
        <w:t>woh tha naujawanon se rabta karne ka tha.</w:t>
      </w:r>
    </w:p>
    <w:p>
      <w:pPr>
        <w:jc w:val="right"/>
      </w:pPr>
      <w:r>
        <w:t>وہ تھا نوجوانوں سے رابطہ کرنے کا تھا۔</w:t>
      </w:r>
    </w:p>
    <w:p>
      <w:r>
        <w:rPr>
          <w:b/>
        </w:rPr>
        <w:t xml:space="preserve">[36:09] </w:t>
      </w:r>
      <w:r>
        <w:t>jo naujawan parh rahe hain college waghera mein un se rabta.</w:t>
      </w:r>
    </w:p>
    <w:p>
      <w:pPr>
        <w:jc w:val="right"/>
      </w:pPr>
      <w:r>
        <w:t>جو نوجوان پڑھ رہے ہیں کالج وغیرہ میں ان سے رابطہ۔</w:t>
      </w:r>
    </w:p>
    <w:p>
      <w:r>
        <w:rPr>
          <w:b/>
        </w:rPr>
        <w:t xml:space="preserve">[36:13] </w:t>
      </w:r>
      <w:r>
        <w:t>tu elaan karninda jo thi aik khatoon thi woh un ke paas telephone aata tha.</w:t>
      </w:r>
    </w:p>
    <w:p>
      <w:pPr>
        <w:jc w:val="right"/>
      </w:pPr>
      <w:r>
        <w:t>تو اعلان کنندہ جو تھی ایک خاتون تھی وہ ان کے پاس ٹیلی فون آتا تھا۔</w:t>
      </w:r>
    </w:p>
    <w:p>
      <w:r>
        <w:rPr>
          <w:b/>
        </w:rPr>
        <w:t xml:space="preserve">[36:17] </w:t>
      </w:r>
      <w:r>
        <w:t>woh baat karti thi.</w:t>
      </w:r>
    </w:p>
    <w:p>
      <w:pPr>
        <w:jc w:val="right"/>
      </w:pPr>
      <w:r>
        <w:t>وہ بات کرتی تھی۔</w:t>
      </w:r>
    </w:p>
    <w:p>
      <w:r>
        <w:rPr>
          <w:b/>
        </w:rPr>
        <w:t xml:space="preserve">[36:20] </w:t>
      </w:r>
      <w:r>
        <w:t>tu sare naujawan jo the mein ne dekha ke</w:t>
      </w:r>
    </w:p>
    <w:p>
      <w:pPr>
        <w:jc w:val="right"/>
      </w:pPr>
      <w:r>
        <w:t>تو سارے نوجوان جو تھے میں نے دیکھا کہ</w:t>
      </w:r>
    </w:p>
    <w:p>
      <w:r>
        <w:rPr>
          <w:b/>
        </w:rPr>
        <w:t xml:space="preserve">[36:24] </w:t>
      </w:r>
      <w:r>
        <w:t>sirf ho ha ho ha kar rahe the. main ek misaal deta hoon aap ko kya ho raha tha is mein. ke teen ghante ka kis tareeqe se chal raha tha woh. woh rabta naujawaanon yaani naujawaan logon se. ke woh jo ladki jo ailaan karne waali jo thi ailaan karne waali. us ne kya nikala tha hello karne ke bajaye woh meow karti thi jo billi ki boli hoti hai billi ki boli. to is se kehti thi ke hello kyun ke</w:t>
      </w:r>
    </w:p>
    <w:p>
      <w:pPr>
        <w:jc w:val="right"/>
      </w:pPr>
      <w:r>
        <w:t>صرف ہوہا ہوہا کر رہے تھے۔ میں ایک مثال دیتا ہوں آپ کو کیا ہو رہا تھا اس میں۔ کہ تین گھنٹے کا کس طریقے سے چل رہا تھا وہ۔ وہ رابطہ نوجوانوں یعنی نوجوان لوگوں سے۔ کہ وہ جو لڑکی جو اعلان کنندہ جو تھی اعلان کنندہ۔ اس نے کیا نکالا تھا ہلو کرنے کے بجائے وہ میاؤ کرتی تھی جو بلی کی بولی ہوتی ہے بلی کی بولی۔ تو اس سے کہتی تھی کہ ہلو کیوں کہ</w:t>
      </w:r>
    </w:p>
    <w:p>
      <w:r>
        <w:rPr>
          <w:b/>
        </w:rPr>
        <w:t xml:space="preserve">[36:54] </w:t>
      </w:r>
      <w:r>
        <w:t>te ho meow kaho.</w:t>
      </w:r>
    </w:p>
    <w:p>
      <w:pPr>
        <w:jc w:val="right"/>
      </w:pPr>
      <w:r>
        <w:t>تے ہو میاؤ کہو۔</w:t>
      </w:r>
    </w:p>
    <w:p>
      <w:r>
        <w:rPr>
          <w:b/>
        </w:rPr>
        <w:t xml:space="preserve">[36:57] </w:t>
      </w:r>
      <w:r>
        <w:t>aaha is mein aaha ho raha hai.</w:t>
      </w:r>
    </w:p>
    <w:p>
      <w:pPr>
        <w:jc w:val="right"/>
      </w:pPr>
      <w:r>
        <w:t>آہا اس میں آہا ہو رہا ہے۔</w:t>
      </w:r>
    </w:p>
    <w:p>
      <w:r>
        <w:rPr>
          <w:b/>
        </w:rPr>
        <w:t xml:space="preserve">[37:00] </w:t>
      </w:r>
      <w:r>
        <w:t>yani is ne kaha meow yani hello karne ke bajaye.</w:t>
      </w:r>
    </w:p>
    <w:p>
      <w:pPr>
        <w:jc w:val="right"/>
      </w:pPr>
      <w:r>
        <w:t>یعنی اس نے کہا میاؤ یعنی ہلو کرنے کے بجائے۔</w:t>
      </w:r>
    </w:p>
    <w:p>
      <w:r>
        <w:rPr>
          <w:b/>
        </w:rPr>
        <w:t xml:space="preserve">[37:03] </w:t>
      </w:r>
      <w:r>
        <w:t>yani jab receiver uthate hain aap tu kehte hain hello.</w:t>
      </w:r>
    </w:p>
    <w:p>
      <w:pPr>
        <w:jc w:val="right"/>
      </w:pPr>
      <w:r>
        <w:t>یعنی جب ڈیسر اٹھاتے ہیں آپ تو کہتے ہیں ہلو۔</w:t>
      </w:r>
    </w:p>
    <w:p>
      <w:r>
        <w:rPr>
          <w:b/>
        </w:rPr>
        <w:t xml:space="preserve">[37:05] </w:t>
      </w:r>
      <w:r>
        <w:t>tu woh jo elaan karninda hai woh kahe gi meow.</w:t>
      </w:r>
    </w:p>
    <w:p>
      <w:pPr>
        <w:jc w:val="right"/>
      </w:pPr>
      <w:r>
        <w:t>تو وہ جو اعلان کنندہ ہے وہ کہے گی میاؤ۔</w:t>
      </w:r>
    </w:p>
    <w:p>
      <w:r>
        <w:rPr>
          <w:b/>
        </w:rPr>
        <w:t xml:space="preserve">[37:08] </w:t>
      </w:r>
      <w:r>
        <w:t>ab woh doosra aadmi agar hello keh diya is ne.</w:t>
      </w:r>
    </w:p>
    <w:p>
      <w:pPr>
        <w:jc w:val="right"/>
      </w:pPr>
      <w:r>
        <w:t>اب وہ دوسرا آدمی اگر ہلو کہہ دیا اس نے۔</w:t>
      </w:r>
    </w:p>
    <w:p>
      <w:r>
        <w:rPr>
          <w:b/>
        </w:rPr>
        <w:t xml:space="preserve">[37:11] </w:t>
      </w:r>
      <w:r>
        <w:t>tu kahe gi hello kyun kehte ho meow kaho.</w:t>
      </w:r>
    </w:p>
    <w:p>
      <w:pPr>
        <w:jc w:val="right"/>
      </w:pPr>
      <w:r>
        <w:t>تو کہے گی ہلو کیوں کہتے ہو میاؤ کہو۔</w:t>
      </w:r>
    </w:p>
    <w:p>
      <w:r>
        <w:rPr>
          <w:b/>
        </w:rPr>
        <w:t xml:space="preserve">[37:14] </w:t>
      </w:r>
      <w:r>
        <w:t>ab aaha aaha.</w:t>
      </w:r>
    </w:p>
    <w:p>
      <w:pPr>
        <w:jc w:val="right"/>
      </w:pPr>
      <w:r>
        <w:t>اب آہا آہا۔</w:t>
      </w:r>
    </w:p>
    <w:p>
      <w:r>
        <w:rPr>
          <w:b/>
        </w:rPr>
        <w:t xml:space="preserve">[37:16] </w:t>
      </w:r>
      <w:r>
        <w:t>isi tarah ki baatein.</w:t>
      </w:r>
    </w:p>
    <w:p>
      <w:pPr>
        <w:jc w:val="right"/>
      </w:pPr>
      <w:r>
        <w:t>اسی طرح کی باتیں۔</w:t>
      </w:r>
    </w:p>
    <w:p>
      <w:r>
        <w:rPr>
          <w:b/>
        </w:rPr>
        <w:t xml:space="preserve">[37:19] </w:t>
      </w:r>
      <w:r>
        <w:t>yaqeen kijiye ke mera dil aisa dukh raha tha.</w:t>
      </w:r>
    </w:p>
    <w:p>
      <w:pPr>
        <w:jc w:val="right"/>
      </w:pPr>
      <w:r>
        <w:t>یقین کیجیے کہ میرا دل ایسا دکھ رہا تھا۔</w:t>
      </w:r>
    </w:p>
    <w:p>
      <w:r>
        <w:rPr>
          <w:b/>
        </w:rPr>
        <w:t xml:space="preserve">[37:22] </w:t>
      </w:r>
      <w:r>
        <w:t>ke kaise kaise Allah taala ne</w:t>
      </w:r>
    </w:p>
    <w:p>
      <w:pPr>
        <w:jc w:val="right"/>
      </w:pPr>
      <w:r>
        <w:t>کہ کیسے کیسے اللہ تعالیٰ نے</w:t>
      </w:r>
    </w:p>
    <w:p>
      <w:r>
        <w:rPr>
          <w:b/>
        </w:rPr>
        <w:t xml:space="preserve">[37:25] </w:t>
      </w:r>
      <w:r>
        <w:t>insaan banaye.</w:t>
      </w:r>
    </w:p>
    <w:p>
      <w:pPr>
        <w:jc w:val="right"/>
      </w:pPr>
      <w:r>
        <w:t>انسان بنائے۔</w:t>
      </w:r>
    </w:p>
    <w:p>
      <w:r>
        <w:rPr>
          <w:b/>
        </w:rPr>
        <w:t xml:space="preserve">[37:28] </w:t>
      </w:r>
      <w:r>
        <w:t>kaise kaise zehan diye kaise kaise jism diye.</w:t>
      </w:r>
    </w:p>
    <w:p>
      <w:pPr>
        <w:jc w:val="right"/>
      </w:pPr>
      <w:r>
        <w:t>کیسے کیسے ذہن دیے کیسے کیسے جسم دیے۔</w:t>
      </w:r>
    </w:p>
    <w:p>
      <w:r>
        <w:rPr>
          <w:b/>
        </w:rPr>
        <w:t xml:space="preserve">[37:31] </w:t>
      </w:r>
      <w:r>
        <w:t>aur kahan woh is ko kho rahe hain.</w:t>
      </w:r>
    </w:p>
    <w:p>
      <w:pPr>
        <w:jc w:val="right"/>
      </w:pPr>
      <w:r>
        <w:t>اور کہاں وہ اس کو کھو رہے ہیں۔</w:t>
      </w:r>
    </w:p>
    <w:p>
      <w:r>
        <w:rPr>
          <w:b/>
        </w:rPr>
        <w:t xml:space="preserve">[37:34] </w:t>
      </w:r>
      <w:r>
        <w:t>isi qism ke bekar qism ke hooha culture mein.</w:t>
      </w:r>
    </w:p>
    <w:p>
      <w:pPr>
        <w:jc w:val="right"/>
      </w:pPr>
      <w:r>
        <w:t>اسی قسم کے بیکار قسم کے ہوہا کلچر میں۔</w:t>
      </w:r>
    </w:p>
    <w:p>
      <w:r>
        <w:rPr>
          <w:b/>
        </w:rPr>
        <w:t xml:space="preserve">[37:37] </w:t>
      </w:r>
      <w:r>
        <w:t>Allah taala ne bohat zabardast qism ki aap ko shakhsiyat di.</w:t>
      </w:r>
    </w:p>
    <w:p>
      <w:pPr>
        <w:jc w:val="right"/>
      </w:pPr>
      <w:r>
        <w:t>اللہ تعالیٰ نے بہت زبردست قسم کی آپ کو شخصیت دی۔</w:t>
      </w:r>
    </w:p>
    <w:p>
      <w:r>
        <w:rPr>
          <w:b/>
        </w:rPr>
        <w:t xml:space="preserve">[37:40] </w:t>
      </w:r>
      <w:r>
        <w:t>bohat zabardast qism ka zehan diya.</w:t>
      </w:r>
    </w:p>
    <w:p>
      <w:pPr>
        <w:jc w:val="right"/>
      </w:pPr>
      <w:r>
        <w:t>بہت زبردست قسم کا ذہن دیا۔</w:t>
      </w:r>
    </w:p>
    <w:p>
      <w:r>
        <w:rPr>
          <w:b/>
        </w:rPr>
        <w:t xml:space="preserve">[37:43] </w:t>
      </w:r>
      <w:r>
        <w:t>aur phir Quran utaar diya.</w:t>
      </w:r>
    </w:p>
    <w:p>
      <w:pPr>
        <w:jc w:val="right"/>
      </w:pPr>
      <w:r>
        <w:t>اور پھر قرآن اتار دیا۔</w:t>
      </w:r>
    </w:p>
    <w:p>
      <w:r>
        <w:rPr>
          <w:b/>
        </w:rPr>
        <w:t xml:space="preserve">[37:46] </w:t>
      </w:r>
      <w:r>
        <w:t>Quran mein jo hai woh nazariya zindagi.</w:t>
      </w:r>
    </w:p>
    <w:p>
      <w:pPr>
        <w:jc w:val="right"/>
      </w:pPr>
      <w:r>
        <w:t>قرآن میں جو ہے وہ نظریہ زندگی۔</w:t>
      </w:r>
    </w:p>
    <w:p>
      <w:r>
        <w:rPr>
          <w:b/>
        </w:rPr>
        <w:t xml:space="preserve">[37:49] </w:t>
      </w:r>
      <w:r>
        <w:t>science of zindagi bata di.</w:t>
      </w:r>
    </w:p>
    <w:p>
      <w:pPr>
        <w:jc w:val="right"/>
      </w:pPr>
      <w:r>
        <w:t>سائنس آف زندگی بتا دی۔</w:t>
      </w:r>
    </w:p>
    <w:p>
      <w:r>
        <w:rPr>
          <w:b/>
        </w:rPr>
        <w:t xml:space="preserve">[37:52] </w:t>
      </w:r>
      <w:r>
        <w:t>qanoon fitrat bata diya.</w:t>
      </w:r>
    </w:p>
    <w:p>
      <w:pPr>
        <w:jc w:val="right"/>
      </w:pPr>
      <w:r>
        <w:t>قانون فطرت بتا دیا۔</w:t>
      </w:r>
    </w:p>
    <w:p>
      <w:r>
        <w:rPr>
          <w:b/>
        </w:rPr>
        <w:t xml:space="preserve">[37:55] </w:t>
      </w:r>
      <w:r>
        <w:t>ab apni is apni is is jism ko apni is zehan ko istemal kar ke taraqqi kijiye.</w:t>
      </w:r>
    </w:p>
    <w:p>
      <w:pPr>
        <w:jc w:val="right"/>
      </w:pPr>
      <w:r>
        <w:t>اب اپنی اس اپنی اس اس جسم کو اپنی اس ذہن کو استعمال کر کے ترقی کیجیے۔</w:t>
      </w:r>
    </w:p>
    <w:p>
      <w:r>
        <w:rPr>
          <w:b/>
        </w:rPr>
        <w:t xml:space="preserve">[38:00] </w:t>
      </w:r>
      <w:r>
        <w:t>lekin kya hai ek satiric culture hai is zamane mein satiric culture.</w:t>
      </w:r>
    </w:p>
    <w:p>
      <w:pPr>
        <w:jc w:val="right"/>
      </w:pPr>
      <w:r>
        <w:t>لیکن کیا ہے ایک سیٹرک کلچر ہے اس زمانے میں سیٹرک کلچر۔</w:t>
      </w:r>
    </w:p>
    <w:p>
      <w:r>
        <w:rPr>
          <w:b/>
        </w:rPr>
        <w:t xml:space="preserve">[38:04] </w:t>
      </w:r>
      <w:r>
        <w:t>jo jo gossip culture hooha culture. satiric culture.</w:t>
      </w:r>
    </w:p>
    <w:p>
      <w:pPr>
        <w:jc w:val="right"/>
      </w:pPr>
      <w:r>
        <w:t>جو جو گوسپ کلچر ہوہا کلچر۔ سیٹرک کلچر۔</w:t>
      </w:r>
    </w:p>
    <w:p>
      <w:r>
        <w:rPr>
          <w:b/>
        </w:rPr>
        <w:t xml:space="preserve">[38:08] </w:t>
      </w:r>
      <w:r>
        <w:t>log apne waqt ko zaya kar rahe hain.</w:t>
      </w:r>
    </w:p>
    <w:p>
      <w:pPr>
        <w:jc w:val="right"/>
      </w:pPr>
      <w:r>
        <w:t>لوگ اپنے وقت کو ضائع کر رہے ہیں۔</w:t>
      </w:r>
    </w:p>
    <w:p>
      <w:r>
        <w:rPr>
          <w:b/>
        </w:rPr>
        <w:t xml:space="preserve">[38:13] </w:t>
      </w:r>
      <w:r>
        <w:t>apni tawanai ko zaya kar rahe hain.</w:t>
      </w:r>
    </w:p>
    <w:p>
      <w:pPr>
        <w:jc w:val="right"/>
      </w:pPr>
      <w:r>
        <w:t>اپنی توانائی کو ضائع کر رہے ہیں۔</w:t>
      </w:r>
    </w:p>
    <w:p>
      <w:r>
        <w:rPr>
          <w:b/>
        </w:rPr>
        <w:t xml:space="preserve">[38:17] </w:t>
      </w:r>
      <w:r>
        <w:t>phir Quran ka ek bohat hi bara સહયોગ yeh hai.</w:t>
      </w:r>
    </w:p>
    <w:p>
      <w:pPr>
        <w:jc w:val="right"/>
      </w:pPr>
      <w:r>
        <w:t>پھر قرآن کا ایک بہت ہی بڑا تعاون یہ ہے۔</w:t>
      </w:r>
    </w:p>
    <w:p>
      <w:r>
        <w:rPr>
          <w:b/>
        </w:rPr>
        <w:t xml:space="preserve">[38:21] </w:t>
      </w:r>
      <w:r>
        <w:t>ke woh takhleeq ka mansooba kh</w:t>
      </w:r>
    </w:p>
    <w:p>
      <w:pPr>
        <w:jc w:val="right"/>
      </w:pPr>
      <w:r>
        <w:t>کہ وہ تخلیق کا منصوبہ خ</w:t>
      </w:r>
    </w:p>
    <w:p>
      <w:r>
        <w:rPr>
          <w:b/>
        </w:rPr>
        <w:t xml:space="preserve">[38:25] </w:t>
      </w:r>
      <w:r>
        <w:t>da ko batata hai.</w:t>
      </w:r>
    </w:p>
    <w:p>
      <w:pPr>
        <w:jc w:val="right"/>
      </w:pPr>
      <w:r>
        <w:t>دا کو بتاتا ہے۔</w:t>
      </w:r>
    </w:p>
    <w:p>
      <w:r>
        <w:rPr>
          <w:b/>
        </w:rPr>
        <w:t xml:space="preserve">[38:29] </w:t>
      </w:r>
      <w:r>
        <w:t>ke takhleeq ka mansooba.</w:t>
      </w:r>
    </w:p>
    <w:p>
      <w:pPr>
        <w:jc w:val="right"/>
      </w:pPr>
      <w:r>
        <w:t>کہ تخلیق کا منصوبہ۔</w:t>
      </w:r>
    </w:p>
    <w:p>
      <w:r>
        <w:rPr>
          <w:b/>
        </w:rPr>
        <w:t xml:space="preserve">[38:32] </w:t>
      </w:r>
      <w:r>
        <w:t>ke hum jo is dunya mein aaye hain to aisa nahi hai ke.</w:t>
      </w:r>
    </w:p>
    <w:p>
      <w:pPr>
        <w:jc w:val="right"/>
      </w:pPr>
      <w:r>
        <w:t>کہ ہم جو اس دنیا میں آئے ہیں تو ایسا نہیں ہے کہ۔</w:t>
      </w:r>
    </w:p>
    <w:p>
      <w:r>
        <w:rPr>
          <w:b/>
        </w:rPr>
        <w:t xml:space="preserve">[38:35] </w:t>
      </w:r>
      <w:r>
        <w:t>yahan bhatak kar ke hamein mil gayi ek dunya aap jo chahein karein.</w:t>
      </w:r>
    </w:p>
    <w:p>
      <w:pPr>
        <w:jc w:val="right"/>
      </w:pPr>
      <w:r>
        <w:t>یہاں بھٹک کر کے ہمیں مل گئی ایک دنیا آپ جو چاہیں کریں۔</w:t>
      </w:r>
    </w:p>
    <w:p>
      <w:r>
        <w:rPr>
          <w:b/>
        </w:rPr>
        <w:t xml:space="preserve">[38:39] </w:t>
      </w:r>
      <w:r>
        <w:t>koi aage hai na peeche hai na koi poochne wala hai na koi zimmedari hamari hai.</w:t>
      </w:r>
    </w:p>
    <w:p>
      <w:pPr>
        <w:jc w:val="right"/>
      </w:pPr>
      <w:r>
        <w:t>کوئی آگے ہے نہ پیچھے ہے نہ کوئی پوچھنے والا ہے نہ کوئی ذمہ داری ہماری ہے۔</w:t>
      </w:r>
    </w:p>
    <w:p>
      <w:r>
        <w:rPr>
          <w:b/>
        </w:rPr>
        <w:t xml:space="preserve">[38:42] </w:t>
      </w:r>
      <w:r>
        <w:t>aisa nahi hai.</w:t>
      </w:r>
    </w:p>
    <w:p>
      <w:pPr>
        <w:jc w:val="right"/>
      </w:pPr>
      <w:r>
        <w:t>ایسا نہیں ہے۔</w:t>
      </w:r>
    </w:p>
    <w:p>
      <w:r>
        <w:rPr>
          <w:b/>
        </w:rPr>
        <w:t xml:space="preserve">[38:46] </w:t>
      </w:r>
      <w:r>
        <w:t>yeh khuda ne banaya hai.</w:t>
      </w:r>
    </w:p>
    <w:p>
      <w:pPr>
        <w:jc w:val="right"/>
      </w:pPr>
      <w:r>
        <w:t>یہ خدا نے بنایا ہے۔</w:t>
      </w:r>
    </w:p>
    <w:p>
      <w:r>
        <w:rPr>
          <w:b/>
        </w:rPr>
        <w:t xml:space="preserve">[38:49] </w:t>
      </w:r>
      <w:r>
        <w:t>aap jante hain ke poori kainat mein.</w:t>
      </w:r>
    </w:p>
    <w:p>
      <w:pPr>
        <w:jc w:val="right"/>
      </w:pPr>
      <w:r>
        <w:t>آپ جانتے ہیں کہ پوری کائنات میں۔</w:t>
      </w:r>
    </w:p>
    <w:p>
      <w:r>
        <w:rPr>
          <w:b/>
        </w:rPr>
        <w:t xml:space="preserve">[38:52] </w:t>
      </w:r>
      <w:r>
        <w:t>bohat hi bara kainat hai. bohat</w:t>
      </w:r>
    </w:p>
    <w:p>
      <w:pPr>
        <w:jc w:val="right"/>
      </w:pPr>
      <w:r>
        <w:t>بہت ہی بڑا کائنات ہے۔ بہت</w:t>
      </w:r>
    </w:p>
    <w:p>
      <w:r>
        <w:rPr>
          <w:b/>
        </w:rPr>
        <w:t xml:space="preserve">[38:56] </w:t>
      </w:r>
      <w:r>
        <w:t>hi bara kainat hai.</w:t>
      </w:r>
    </w:p>
    <w:p>
      <w:pPr>
        <w:jc w:val="right"/>
      </w:pPr>
      <w:r>
        <w:t>ہی بڑا کائنات ہے۔</w:t>
      </w:r>
    </w:p>
    <w:p>
      <w:r>
        <w:rPr>
          <w:b/>
        </w:rPr>
        <w:t xml:space="preserve">[38:59] </w:t>
      </w:r>
      <w:r>
        <w:t>is mein aik chota sa hissa hai yeh hamara. sayara zameen.</w:t>
      </w:r>
    </w:p>
    <w:p>
      <w:pPr>
        <w:jc w:val="right"/>
      </w:pPr>
      <w:r>
        <w:t>اس میں ایک چھوٹا سا حصہ ہے یہ ہمارا۔ سیارہ زمین۔</w:t>
      </w:r>
    </w:p>
    <w:p>
      <w:r>
        <w:rPr>
          <w:b/>
        </w:rPr>
        <w:t xml:space="preserve">[39:03] </w:t>
      </w:r>
      <w:r>
        <w:t>istithnai tor par is ke andar zindagi ka sahara nizam hai.</w:t>
      </w:r>
    </w:p>
    <w:p>
      <w:pPr>
        <w:jc w:val="right"/>
      </w:pPr>
      <w:r>
        <w:t>استثنائی طور پر اس کے اندر زندگی کا سہارا نظام ہے۔</w:t>
      </w:r>
    </w:p>
    <w:p>
      <w:r>
        <w:rPr>
          <w:b/>
        </w:rPr>
        <w:t xml:space="preserve">[39:07] </w:t>
      </w:r>
      <w:r>
        <w:t>yahan pani hai yahan khurak hai.</w:t>
      </w:r>
    </w:p>
    <w:p>
      <w:pPr>
        <w:jc w:val="right"/>
      </w:pPr>
      <w:r>
        <w:t>یہاں پانی ہے یہاں خوراک ہے۔</w:t>
      </w:r>
    </w:p>
    <w:p>
      <w:r>
        <w:rPr>
          <w:b/>
        </w:rPr>
        <w:t xml:space="preserve">[39:11] </w:t>
      </w:r>
      <w:r>
        <w:t>wo sari cheezein hain jis ko hamein zinda rehne ke liye.</w:t>
      </w:r>
    </w:p>
    <w:p>
      <w:pPr>
        <w:jc w:val="right"/>
      </w:pPr>
      <w:r>
        <w:t>وہ ساری چیزیں ہیں جس کو ہمیں زندہ رہنے کے لیے۔</w:t>
      </w:r>
    </w:p>
    <w:p>
      <w:r>
        <w:rPr>
          <w:b/>
        </w:rPr>
        <w:t xml:space="preserve">[39:15] </w:t>
      </w:r>
      <w:r>
        <w:t>aur kaam karne ke liye zaroori hai.</w:t>
      </w:r>
    </w:p>
    <w:p>
      <w:pPr>
        <w:jc w:val="right"/>
      </w:pPr>
      <w:r>
        <w:t>اور کام کرنے کے لیے ضروری ہے۔</w:t>
      </w:r>
    </w:p>
    <w:p>
      <w:r>
        <w:rPr>
          <w:b/>
        </w:rPr>
        <w:t xml:space="preserve">[39:19] </w:t>
      </w:r>
      <w:r>
        <w:t>to aik aisa istithna hai yeh zameen.</w:t>
      </w:r>
    </w:p>
    <w:p>
      <w:pPr>
        <w:jc w:val="right"/>
      </w:pPr>
      <w:r>
        <w:t>تو ایک ایسا استثنا ہے یہ زمین۔</w:t>
      </w:r>
    </w:p>
    <w:p>
      <w:r>
        <w:rPr>
          <w:b/>
        </w:rPr>
        <w:t xml:space="preserve">[39:23] </w:t>
      </w:r>
      <w:r>
        <w:t>jo poori kainat mein kahin aisa nahi hai.</w:t>
      </w:r>
    </w:p>
    <w:p>
      <w:pPr>
        <w:jc w:val="right"/>
      </w:pPr>
      <w:r>
        <w:t>جو پوری کائنات میں کہیں ایسا نہیں ہے۔</w:t>
      </w:r>
    </w:p>
    <w:p>
      <w:r>
        <w:rPr>
          <w:b/>
        </w:rPr>
        <w:t xml:space="preserve">[39:27] </w:t>
      </w:r>
      <w:r>
        <w:t>phir insan bhi aik istithna hai.</w:t>
      </w:r>
    </w:p>
    <w:p>
      <w:pPr>
        <w:jc w:val="right"/>
      </w:pPr>
      <w:r>
        <w:t>پھر انسان بھی ایک استثنا ہے۔</w:t>
      </w:r>
    </w:p>
    <w:p>
      <w:r>
        <w:rPr>
          <w:b/>
        </w:rPr>
        <w:t xml:space="preserve">[39:30] </w:t>
      </w:r>
      <w:r>
        <w:t>yeh sab kis liye hai? to quran mein bataya gaya hai ke.</w:t>
      </w:r>
    </w:p>
    <w:p>
      <w:pPr>
        <w:jc w:val="right"/>
      </w:pPr>
      <w:r>
        <w:t>یہ سب کس لیے ہے؟ تو قرآن میں بتایا گیا ہے کہ۔</w:t>
      </w:r>
    </w:p>
    <w:p>
      <w:r>
        <w:rPr>
          <w:b/>
        </w:rPr>
        <w:t xml:space="preserve">[39:34] </w:t>
      </w:r>
      <w:r>
        <w:t>allah taala ne yeh jo dunya hai yeh to namona hai.</w:t>
      </w:r>
    </w:p>
    <w:p>
      <w:pPr>
        <w:jc w:val="right"/>
      </w:pPr>
      <w:r>
        <w:t>اللہ تعالیٰ نے یہ جو دنیا ہے یہ تو نمونہ ہے۔</w:t>
      </w:r>
    </w:p>
    <w:p>
      <w:r>
        <w:rPr>
          <w:b/>
        </w:rPr>
        <w:t xml:space="preserve">[39:38] </w:t>
      </w:r>
      <w:r>
        <w:t>aik aur dunya ka.</w:t>
      </w:r>
    </w:p>
    <w:p>
      <w:pPr>
        <w:jc w:val="right"/>
      </w:pPr>
      <w:r>
        <w:t>ایک اور دنیا کا۔</w:t>
      </w:r>
    </w:p>
    <w:p>
      <w:r>
        <w:rPr>
          <w:b/>
        </w:rPr>
        <w:t xml:space="preserve">[39:42] </w:t>
      </w:r>
      <w:r>
        <w:t>wo hai jannat.</w:t>
      </w:r>
    </w:p>
    <w:p>
      <w:pPr>
        <w:jc w:val="right"/>
      </w:pPr>
      <w:r>
        <w:t>وہ ہے جنت۔</w:t>
      </w:r>
    </w:p>
    <w:p>
      <w:r>
        <w:rPr>
          <w:b/>
        </w:rPr>
        <w:t xml:space="preserve">[39:45] </w:t>
      </w:r>
      <w:r>
        <w:t>khuda ne aik jannat banai.</w:t>
      </w:r>
    </w:p>
    <w:p>
      <w:pPr>
        <w:jc w:val="right"/>
      </w:pPr>
      <w:r>
        <w:t>خدا نے ایک جنت بنائی۔</w:t>
      </w:r>
    </w:p>
    <w:p>
      <w:r>
        <w:rPr>
          <w:b/>
        </w:rPr>
        <w:t xml:space="preserve">[39:49] </w:t>
      </w:r>
      <w:r>
        <w:t>wahan har qism ki khushi.</w:t>
      </w:r>
    </w:p>
    <w:p>
      <w:pPr>
        <w:jc w:val="right"/>
      </w:pPr>
      <w:r>
        <w:t>وہاں ہر قسم کی خوشی۔</w:t>
      </w:r>
    </w:p>
    <w:p>
      <w:r>
        <w:rPr>
          <w:b/>
        </w:rPr>
        <w:t xml:space="preserve">[39:53] </w:t>
      </w:r>
      <w:r>
        <w:t>har qism ka</w:t>
      </w:r>
    </w:p>
    <w:p>
      <w:pPr>
        <w:jc w:val="right"/>
      </w:pPr>
      <w:r>
        <w:t>ہر قسم کا</w:t>
      </w:r>
    </w:p>
    <w:p>
      <w:r>
        <w:rPr>
          <w:b/>
        </w:rPr>
        <w:t xml:space="preserve">[39:57] </w:t>
      </w:r>
      <w:r>
        <w:t>—</w:t>
      </w:r>
    </w:p>
    <w:p>
      <w:pPr>
        <w:jc w:val="right"/>
      </w:pPr>
      <w:r>
        <w:t>۔</w:t>
      </w:r>
    </w:p>
    <w:p>
      <w:r>
        <w:rPr>
          <w:b/>
        </w:rPr>
        <w:t xml:space="preserve">[40:00] </w:t>
      </w:r>
      <w:r>
        <w:t>jo kuch hum chahte hain.</w:t>
      </w:r>
    </w:p>
    <w:p>
      <w:pPr>
        <w:jc w:val="right"/>
      </w:pPr>
      <w:r>
        <w:t>جو کچھ ہم چاہتے ہیں۔</w:t>
      </w:r>
    </w:p>
    <w:p>
      <w:r>
        <w:rPr>
          <w:b/>
        </w:rPr>
        <w:t xml:space="preserve">[40:03] </w:t>
      </w:r>
      <w:r>
        <w:t>har qism ka bhalai.</w:t>
      </w:r>
    </w:p>
    <w:p>
      <w:pPr>
        <w:jc w:val="right"/>
      </w:pPr>
      <w:r>
        <w:t>ہر قسم کا بھلائی۔</w:t>
      </w:r>
    </w:p>
    <w:p>
      <w:r>
        <w:rPr>
          <w:b/>
        </w:rPr>
        <w:t xml:space="preserve">[40:07] </w:t>
      </w:r>
      <w:r>
        <w:t>behtareen wahan ki har cheez.</w:t>
      </w:r>
    </w:p>
    <w:p>
      <w:pPr>
        <w:jc w:val="right"/>
      </w:pPr>
      <w:r>
        <w:t>بہترین وہاں کی ہر چیز۔</w:t>
      </w:r>
    </w:p>
    <w:p>
      <w:r>
        <w:rPr>
          <w:b/>
        </w:rPr>
        <w:t xml:space="preserve">[40:10] </w:t>
      </w:r>
      <w:r>
        <w:t>to woh ek abadi jannat hai woh.</w:t>
      </w:r>
    </w:p>
    <w:p>
      <w:pPr>
        <w:jc w:val="right"/>
      </w:pPr>
      <w:r>
        <w:t>تو وہ ایک ابدی جنت ہے وہ۔</w:t>
      </w:r>
    </w:p>
    <w:p>
      <w:r>
        <w:rPr>
          <w:b/>
        </w:rPr>
        <w:t xml:space="preserve">[40:13] </w:t>
      </w:r>
      <w:r>
        <w:t>is dunya mein basne ke liye Khuda ko.</w:t>
      </w:r>
    </w:p>
    <w:p>
      <w:pPr>
        <w:jc w:val="right"/>
      </w:pPr>
      <w:r>
        <w:t>اس دنیا میں بسنے کے لیے خدا کو۔</w:t>
      </w:r>
    </w:p>
    <w:p>
      <w:r>
        <w:rPr>
          <w:b/>
        </w:rPr>
        <w:t xml:space="preserve">[40:17] </w:t>
      </w:r>
      <w:r>
        <w:t>muntakhib karna hai.</w:t>
      </w:r>
    </w:p>
    <w:p>
      <w:pPr>
        <w:jc w:val="right"/>
      </w:pPr>
      <w:r>
        <w:t>منتخب کرنا ہے۔</w:t>
      </w:r>
    </w:p>
    <w:p>
      <w:r>
        <w:rPr>
          <w:b/>
        </w:rPr>
        <w:t xml:space="preserve">[40:20] </w:t>
      </w:r>
      <w:r>
        <w:t>to yeh intikhabi maidan hai yeh.</w:t>
      </w:r>
    </w:p>
    <w:p>
      <w:pPr>
        <w:jc w:val="right"/>
      </w:pPr>
      <w:r>
        <w:t>تو یہ انتخابی میدان ہے یہ۔</w:t>
      </w:r>
    </w:p>
    <w:p>
      <w:r>
        <w:rPr>
          <w:b/>
        </w:rPr>
        <w:t xml:space="preserve">[40:23] </w:t>
      </w:r>
      <w:r>
        <w:t>yeh dunya jo hai yeh intikhabi maidan hai.</w:t>
      </w:r>
    </w:p>
    <w:p>
      <w:pPr>
        <w:jc w:val="right"/>
      </w:pPr>
      <w:r>
        <w:t>یہ دنیا جو ہے یہ انتخابی میدان ہے۔</w:t>
      </w:r>
    </w:p>
    <w:p>
      <w:r>
        <w:rPr>
          <w:b/>
        </w:rPr>
        <w:t xml:space="preserve">[40:26] </w:t>
      </w:r>
      <w:r>
        <w:t>jo log muntakhib kiye jayenge woh wahan par basaye jayenge.</w:t>
      </w:r>
    </w:p>
    <w:p>
      <w:pPr>
        <w:jc w:val="right"/>
      </w:pPr>
      <w:r>
        <w:t>جو لوگ منتخب کیے جائیں گے وہ وہاں پر بسائے جائیں گے۔</w:t>
      </w:r>
    </w:p>
    <w:p>
      <w:r>
        <w:rPr>
          <w:b/>
        </w:rPr>
        <w:t xml:space="preserve">[40:30] </w:t>
      </w:r>
      <w:r>
        <w:t>to kaha hum mauqa kho rahe hain.</w:t>
      </w:r>
    </w:p>
    <w:p>
      <w:pPr>
        <w:jc w:val="right"/>
      </w:pPr>
      <w:r>
        <w:t>تو کہا ہم موقع کھو رہے ہیں۔</w:t>
      </w:r>
    </w:p>
    <w:p>
      <w:r>
        <w:rPr>
          <w:b/>
        </w:rPr>
        <w:t xml:space="preserve">[40:33] </w:t>
      </w:r>
      <w:r>
        <w:t>jo log ho ha culture mein jee rahe hain.</w:t>
      </w:r>
    </w:p>
    <w:p>
      <w:pPr>
        <w:jc w:val="right"/>
      </w:pPr>
      <w:r>
        <w:t>جو لوگ ہوہا کلچر میں جی رہے ہیں۔</w:t>
      </w:r>
    </w:p>
    <w:p>
      <w:r>
        <w:rPr>
          <w:b/>
        </w:rPr>
        <w:t xml:space="preserve">[40:36] </w:t>
      </w:r>
      <w:r>
        <w:t>woh ek bohat bari mauqa kho rahe hain woh.</w:t>
      </w:r>
    </w:p>
    <w:p>
      <w:pPr>
        <w:jc w:val="right"/>
      </w:pPr>
      <w:r>
        <w:t>وہ ایک بہت بڑی موقع کھو رہے ہیں وہ۔</w:t>
      </w:r>
    </w:p>
    <w:p>
      <w:r>
        <w:rPr>
          <w:b/>
        </w:rPr>
        <w:t xml:space="preserve">[40:40] </w:t>
      </w:r>
      <w:r>
        <w:t>kyunke yahan par pachas saath sattar saal jo hamare hain.</w:t>
      </w:r>
    </w:p>
    <w:p>
      <w:pPr>
        <w:jc w:val="right"/>
      </w:pPr>
      <w:r>
        <w:t>کیونکہ یہاں پر پچاس ساٹھ ستر سال جو ہمارے ہیں۔</w:t>
      </w:r>
    </w:p>
    <w:p>
      <w:r>
        <w:rPr>
          <w:b/>
        </w:rPr>
        <w:t xml:space="preserve">[40:43] </w:t>
      </w:r>
      <w:r>
        <w:t>woh is liye hain ke hum.</w:t>
      </w:r>
    </w:p>
    <w:p>
      <w:pPr>
        <w:jc w:val="right"/>
      </w:pPr>
      <w:r>
        <w:t>وہ اس لیے ہیں کہ ہم۔</w:t>
      </w:r>
    </w:p>
    <w:p>
      <w:r>
        <w:rPr>
          <w:b/>
        </w:rPr>
        <w:t xml:space="preserve">[40:46] </w:t>
      </w:r>
      <w:r>
        <w:t>apne andar woh mayar paida karen.</w:t>
      </w:r>
    </w:p>
    <w:p>
      <w:pPr>
        <w:jc w:val="right"/>
      </w:pPr>
      <w:r>
        <w:t>اپنے اندر وہ معیار پیدا کریں۔</w:t>
      </w:r>
    </w:p>
    <w:p>
      <w:r>
        <w:rPr>
          <w:b/>
        </w:rPr>
        <w:t xml:space="preserve">[40:50] </w:t>
      </w:r>
      <w:r>
        <w:t>ke hum Khuda ke.</w:t>
      </w:r>
    </w:p>
    <w:p>
      <w:pPr>
        <w:jc w:val="right"/>
      </w:pPr>
      <w:r>
        <w:t>کہ ہم خدا کے۔</w:t>
      </w:r>
    </w:p>
    <w:p>
      <w:r>
        <w:rPr>
          <w:b/>
        </w:rPr>
        <w:t xml:space="preserve">[40:53] </w:t>
      </w:r>
      <w:r>
        <w:t>Khuda ka jo mayar hai is mayar ke mutabiq.</w:t>
      </w:r>
    </w:p>
    <w:p>
      <w:pPr>
        <w:jc w:val="right"/>
      </w:pPr>
      <w:r>
        <w:t>خدا کا جو معیار ہے اس معیار کے مطابق۔</w:t>
      </w:r>
    </w:p>
    <w:p>
      <w:r>
        <w:rPr>
          <w:b/>
        </w:rPr>
        <w:t xml:space="preserve">[40:57] </w:t>
      </w:r>
      <w:r>
        <w:t>hum muntakhib kiye jayen jannat mein</w:t>
      </w:r>
    </w:p>
    <w:p>
      <w:pPr>
        <w:jc w:val="right"/>
      </w:pPr>
      <w:r>
        <w:t>ہم منتخب کیے جائیں جنت میں</w:t>
      </w:r>
    </w:p>
    <w:p>
      <w:r>
        <w:rPr>
          <w:b/>
        </w:rPr>
        <w:t xml:space="preserve">[41:00] </w:t>
      </w:r>
      <w:r>
        <w:t>basane ke liye. lekin.</w:t>
      </w:r>
    </w:p>
    <w:p>
      <w:pPr>
        <w:jc w:val="right"/>
      </w:pPr>
      <w:r>
        <w:t>بسانے کے لیے۔ لیکن۔</w:t>
      </w:r>
    </w:p>
    <w:p>
      <w:r>
        <w:rPr>
          <w:b/>
        </w:rPr>
        <w:t xml:space="preserve">[41:04] </w:t>
      </w:r>
      <w:r>
        <w:t>Zuhal ne logon ko ho ha culture mein.</w:t>
      </w:r>
    </w:p>
    <w:p>
      <w:pPr>
        <w:jc w:val="right"/>
      </w:pPr>
      <w:r>
        <w:t>زحل نے لوگوں کو ہوہا کلچر میں۔</w:t>
      </w:r>
    </w:p>
    <w:p>
      <w:r>
        <w:rPr>
          <w:b/>
        </w:rPr>
        <w:t xml:space="preserve">[41:08] </w:t>
      </w:r>
      <w:r>
        <w:t>mashgool kar diya hai.</w:t>
      </w:r>
    </w:p>
    <w:p>
      <w:pPr>
        <w:jc w:val="right"/>
      </w:pPr>
      <w:r>
        <w:t>مشغول کر دیا ہے۔</w:t>
      </w:r>
    </w:p>
    <w:p>
      <w:r>
        <w:rPr>
          <w:b/>
        </w:rPr>
        <w:t xml:space="preserve">[41:12] </w:t>
      </w:r>
      <w:r>
        <w:t>aur kitni bari mauqa ko kho rahe hain woh.</w:t>
      </w:r>
    </w:p>
    <w:p>
      <w:pPr>
        <w:jc w:val="right"/>
      </w:pPr>
      <w:r>
        <w:t>اور کتنی بڑی موقع کو کھو رہے ہیں وہ۔</w:t>
      </w:r>
    </w:p>
    <w:p>
      <w:r>
        <w:rPr>
          <w:b/>
        </w:rPr>
        <w:t xml:space="preserve">[41:15] </w:t>
      </w:r>
      <w:r>
        <w:t>ke yahan par.</w:t>
      </w:r>
    </w:p>
    <w:p>
      <w:pPr>
        <w:jc w:val="right"/>
      </w:pPr>
      <w:r>
        <w:t>کہ یہاں پر۔</w:t>
      </w:r>
    </w:p>
    <w:p>
      <w:r>
        <w:rPr>
          <w:b/>
        </w:rPr>
        <w:t xml:space="preserve">[41:19] </w:t>
      </w:r>
      <w:r>
        <w:t>apni azadi ko.</w:t>
      </w:r>
    </w:p>
    <w:p>
      <w:pPr>
        <w:jc w:val="right"/>
      </w:pPr>
      <w:r>
        <w:t>اپنی آزادی کو۔</w:t>
      </w:r>
    </w:p>
    <w:p>
      <w:r>
        <w:rPr>
          <w:b/>
        </w:rPr>
        <w:t xml:space="preserve">[41:23] </w:t>
      </w:r>
      <w:r>
        <w:t>theek theek istemal karen.</w:t>
      </w:r>
    </w:p>
    <w:p>
      <w:pPr>
        <w:jc w:val="right"/>
      </w:pPr>
      <w:r>
        <w:t>ٹھیک ٹھیک استعمال کریں۔</w:t>
      </w:r>
    </w:p>
    <w:p>
      <w:r>
        <w:rPr>
          <w:b/>
        </w:rPr>
        <w:t xml:space="preserve">[41:27] </w:t>
      </w:r>
      <w:r>
        <w:t>Khuda ke bataye hue raste par chalen.</w:t>
      </w:r>
    </w:p>
    <w:p>
      <w:pPr>
        <w:jc w:val="right"/>
      </w:pPr>
      <w:r>
        <w:t>خدا کے بتائے ہوئے راستے پر چلیں۔</w:t>
      </w:r>
    </w:p>
    <w:p>
      <w:r>
        <w:rPr>
          <w:b/>
        </w:rPr>
        <w:t xml:space="preserve">[41:31] </w:t>
      </w:r>
      <w:r>
        <w:t>apni zindagi ko taameeri tareeqe mein. istemal karen.</w:t>
      </w:r>
    </w:p>
    <w:p>
      <w:pPr>
        <w:jc w:val="right"/>
      </w:pPr>
      <w:r>
        <w:t>اپنی زندگی کو تعمیری طریقے میں۔ استعمال کریں۔</w:t>
      </w:r>
    </w:p>
    <w:p>
      <w:r>
        <w:rPr>
          <w:b/>
        </w:rPr>
        <w:t xml:space="preserve">[41:36] </w:t>
      </w:r>
      <w:r>
        <w:t>woh shakhsiyat apne andar banayen.</w:t>
      </w:r>
    </w:p>
    <w:p>
      <w:pPr>
        <w:jc w:val="right"/>
      </w:pPr>
      <w:r>
        <w:t>وہ شخصیت اپنے اندر بنائیں۔</w:t>
      </w:r>
    </w:p>
    <w:p>
      <w:r>
        <w:rPr>
          <w:b/>
        </w:rPr>
        <w:t xml:space="preserve">[41:42] </w:t>
      </w:r>
      <w:r>
        <w:t>jo khuda ko chahiye.</w:t>
      </w:r>
    </w:p>
    <w:p>
      <w:pPr>
        <w:jc w:val="right"/>
      </w:pPr>
      <w:r>
        <w:t>جو خدا کو چاہیے۔</w:t>
      </w:r>
    </w:p>
    <w:p>
      <w:r>
        <w:rPr>
          <w:b/>
        </w:rPr>
        <w:t xml:space="preserve">[41:47] </w:t>
      </w:r>
      <w:r>
        <w:t>yani jannati insan banayein apne aap ko.</w:t>
      </w:r>
    </w:p>
    <w:p>
      <w:pPr>
        <w:jc w:val="right"/>
      </w:pPr>
      <w:r>
        <w:t>یعنی جنتی انسان بنائیں اپنے آپ کو۔</w:t>
      </w:r>
    </w:p>
    <w:p>
      <w:r>
        <w:rPr>
          <w:b/>
        </w:rPr>
        <w:t xml:space="preserve">[41:52] </w:t>
      </w:r>
      <w:r>
        <w:t>tahke marne ke baad khuda aap ko jannat mein. basaye.</w:t>
      </w:r>
    </w:p>
    <w:p>
      <w:pPr>
        <w:jc w:val="right"/>
      </w:pPr>
      <w:r>
        <w:t>تاکہ مرنے کے بعد خدا آپ کو جنت میں۔ بسائے۔</w:t>
      </w:r>
    </w:p>
    <w:p>
      <w:r>
        <w:rPr>
          <w:b/>
        </w:rPr>
        <w:t xml:space="preserve">[41:57] </w:t>
      </w:r>
      <w:r>
        <w:t>phir abadi taur par aap ko abadi khushi abadi khushi</w:t>
      </w:r>
    </w:p>
    <w:p>
      <w:pPr>
        <w:jc w:val="right"/>
      </w:pPr>
      <w:r>
        <w:t>پھر ابدی طور پر آپ کو ابدی خوشی ابدی خوشی</w:t>
      </w:r>
    </w:p>
    <w:p>
      <w:r>
        <w:rPr>
          <w:b/>
        </w:rPr>
        <w:t xml:space="preserve">[42:02] </w:t>
      </w:r>
      <w:r>
        <w:t>milane ka mauqa mil jaye.</w:t>
      </w:r>
    </w:p>
    <w:p>
      <w:pPr>
        <w:jc w:val="right"/>
      </w:pPr>
      <w:r>
        <w:t>ملانے کا موقع مل جائے۔</w:t>
      </w:r>
    </w:p>
    <w:p>
      <w:r>
        <w:rPr>
          <w:b/>
        </w:rPr>
        <w:t xml:space="preserve">[42:07] </w:t>
      </w:r>
      <w:r>
        <w:t>to yeh quran batata hai ke yeh dunya jo hai yeh intikhabi maidan hai.</w:t>
      </w:r>
    </w:p>
    <w:p>
      <w:pPr>
        <w:jc w:val="right"/>
      </w:pPr>
      <w:r>
        <w:t>تو یہ قرآن بتاتا ہے کہ یہ دنیا جو ہے یہ انتخابی میدان ہے۔</w:t>
      </w:r>
    </w:p>
    <w:p>
      <w:r>
        <w:rPr>
          <w:b/>
        </w:rPr>
        <w:t xml:space="preserve">[42:11] </w:t>
      </w:r>
      <w:r>
        <w:t>intikhabi maidan hai yeh.</w:t>
      </w:r>
    </w:p>
    <w:p>
      <w:pPr>
        <w:jc w:val="right"/>
      </w:pPr>
      <w:r>
        <w:t>انتخابی میدان ہے یہ۔</w:t>
      </w:r>
    </w:p>
    <w:p>
      <w:r>
        <w:rPr>
          <w:b/>
        </w:rPr>
        <w:t xml:space="preserve">[42:15] </w:t>
      </w:r>
      <w:r>
        <w:t>yeh dunya hamare liye ek intikhabi maidan hai.</w:t>
      </w:r>
    </w:p>
    <w:p>
      <w:pPr>
        <w:jc w:val="right"/>
      </w:pPr>
      <w:r>
        <w:t>یہ دنیا ہمارے لیے ایک انتخابی میدان ہے۔</w:t>
      </w:r>
    </w:p>
    <w:p>
      <w:r>
        <w:rPr>
          <w:b/>
        </w:rPr>
        <w:t xml:space="preserve">[42:20] </w:t>
      </w:r>
      <w:r>
        <w:t>woh sab kuch jo wahan par kamil shakal mein hai yahan par namukammal shakal mein hai.</w:t>
      </w:r>
    </w:p>
    <w:p>
      <w:pPr>
        <w:jc w:val="right"/>
      </w:pPr>
      <w:r>
        <w:t>وہ سب کچھ جو وہاں پر کامل شکل میں ہے یہاں پر نامکمل شکل میں ہے۔</w:t>
      </w:r>
    </w:p>
    <w:p>
      <w:r>
        <w:rPr>
          <w:b/>
        </w:rPr>
        <w:t xml:space="preserve">[42:24] </w:t>
      </w:r>
      <w:r>
        <w:t>is namukammal dunya mein hum ko har cheez ka taaruf diya ja raha hai.</w:t>
      </w:r>
    </w:p>
    <w:p>
      <w:pPr>
        <w:jc w:val="right"/>
      </w:pPr>
      <w:r>
        <w:t>اس نامکمل دنیا میں ہم کو ہر چیز کا تعارف دیا جا رہا ہے۔</w:t>
      </w:r>
    </w:p>
    <w:p>
      <w:r>
        <w:rPr>
          <w:b/>
        </w:rPr>
        <w:t xml:space="preserve">[42:28] </w:t>
      </w:r>
      <w:r>
        <w:t>hum yeh jaan sakein ke kamil dunya</w:t>
      </w:r>
    </w:p>
    <w:p>
      <w:pPr>
        <w:jc w:val="right"/>
      </w:pPr>
      <w:r>
        <w:t>ہم یہ جان سکیں کہ کامل دنیا</w:t>
      </w:r>
    </w:p>
    <w:p>
      <w:r>
        <w:rPr>
          <w:b/>
        </w:rPr>
        <w:t xml:space="preserve">[42:33] </w:t>
      </w:r>
      <w:r>
        <w:t>jo hai woh kaisa hoga.</w:t>
      </w:r>
    </w:p>
    <w:p>
      <w:pPr>
        <w:jc w:val="right"/>
      </w:pPr>
      <w:r>
        <w:t>جو ہے وہ کیسا ہوگا۔</w:t>
      </w:r>
    </w:p>
    <w:p>
      <w:r>
        <w:rPr>
          <w:b/>
        </w:rPr>
        <w:t xml:space="preserve">[42:38] </w:t>
      </w:r>
      <w:r>
        <w:t>to namukammal dunya mein hamein ek test ke liye rakha gaya hai.</w:t>
      </w:r>
    </w:p>
    <w:p>
      <w:pPr>
        <w:jc w:val="right"/>
      </w:pPr>
      <w:r>
        <w:t>تو نامکمل دنیا میں ہمیں ایک ٹیسٹ کے لیے رکھا گیا ہے۔</w:t>
      </w:r>
    </w:p>
    <w:p>
      <w:r>
        <w:rPr>
          <w:b/>
        </w:rPr>
        <w:t xml:space="preserve">[42:43] </w:t>
      </w:r>
      <w:r>
        <w:t>is test mein poora utarne ke baad hum.</w:t>
      </w:r>
    </w:p>
    <w:p>
      <w:pPr>
        <w:jc w:val="right"/>
      </w:pPr>
      <w:r>
        <w:t>اس ٹیسٹ میں پورا اترنے کے بعد ہم۔</w:t>
      </w:r>
    </w:p>
    <w:p>
      <w:r>
        <w:rPr>
          <w:b/>
        </w:rPr>
        <w:t xml:space="preserve">[42:48] </w:t>
      </w:r>
      <w:r>
        <w:t>wahan par kamil dunya ke liye muntakhib kiye jayenge.</w:t>
      </w:r>
    </w:p>
    <w:p>
      <w:pPr>
        <w:jc w:val="right"/>
      </w:pPr>
      <w:r>
        <w:t>وہاں پر کامل دنیا کے لیے منتخب کیے جائیں گے۔</w:t>
      </w:r>
    </w:p>
    <w:p>
      <w:r>
        <w:rPr>
          <w:b/>
        </w:rPr>
        <w:t xml:space="preserve">[42:53] </w:t>
      </w:r>
      <w:r>
        <w:t>ab bataiye ke imtehan hall mein jab koi talib ilm jata hai.</w:t>
      </w:r>
    </w:p>
    <w:p>
      <w:pPr>
        <w:jc w:val="right"/>
      </w:pPr>
      <w:r>
        <w:t>اب بتائیے کہ امتحان ہال میں جب کوئی طالب علم جاتا ہے۔</w:t>
      </w:r>
    </w:p>
    <w:p>
      <w:r>
        <w:rPr>
          <w:b/>
        </w:rPr>
        <w:t xml:space="preserve">[42:58] </w:t>
      </w:r>
      <w:r>
        <w:t>to kya wahan gosp karega? ek talib ilm jo hai woh school ka ya college ka</w:t>
      </w:r>
    </w:p>
    <w:p>
      <w:pPr>
        <w:jc w:val="right"/>
      </w:pPr>
      <w:r>
        <w:t>تو کیا وہاں گوسپ کرے گا؟ ایک طالب علم جو ہے وہ اسکول کا یا کالج کا</w:t>
      </w:r>
    </w:p>
    <w:p>
      <w:r>
        <w:rPr>
          <w:b/>
        </w:rPr>
        <w:t xml:space="preserve">[43:03] </w:t>
      </w:r>
      <w:r>
        <w:t>—</w:t>
      </w:r>
    </w:p>
    <w:p>
      <w:pPr>
        <w:jc w:val="right"/>
      </w:pPr>
      <w:r>
        <w:t>۔</w:t>
      </w:r>
    </w:p>
    <w:p>
      <w:r>
        <w:rPr>
          <w:b/>
        </w:rPr>
        <w:t xml:space="preserve">[43:08] </w:t>
      </w:r>
      <w:r>
        <w:t>jab jata hai imtehan hall mein.</w:t>
      </w:r>
    </w:p>
    <w:p>
      <w:pPr>
        <w:jc w:val="right"/>
      </w:pPr>
      <w:r>
        <w:t>جب جاتا ہے امتحان ہال میں۔</w:t>
      </w:r>
    </w:p>
    <w:p>
      <w:r>
        <w:rPr>
          <w:b/>
        </w:rPr>
        <w:t xml:space="preserve">[43:13] </w:t>
      </w:r>
      <w:r>
        <w:t>to bohat thoda waqt is ke paas hota hai.</w:t>
      </w:r>
    </w:p>
    <w:p>
      <w:pPr>
        <w:jc w:val="right"/>
      </w:pPr>
      <w:r>
        <w:t>تو بہت تھوڑا وقت اس کے پاس ہوتا ہے۔</w:t>
      </w:r>
    </w:p>
    <w:p>
      <w:r>
        <w:rPr>
          <w:b/>
        </w:rPr>
        <w:t xml:space="preserve">[43:18] </w:t>
      </w:r>
      <w:r>
        <w:t>to kya woh gosp karega? kya wahan hooha culture chalaye ga woh? woh samjhega ke bas</w:t>
      </w:r>
    </w:p>
    <w:p>
      <w:pPr>
        <w:jc w:val="right"/>
      </w:pPr>
      <w:r>
        <w:t>تو کیا وہ گوسپ کرے گا؟ کیا وہاں ہوہا کلچر چلائے گا وہ؟ وہ سمجھے گا کہ بس</w:t>
      </w:r>
    </w:p>
    <w:p>
      <w:r>
        <w:rPr>
          <w:b/>
        </w:rPr>
        <w:t xml:space="preserve">[43:23] </w:t>
      </w:r>
      <w:r>
        <w:t>thoda sa waqt hai is ko achi tarah mujhe istemal karna hai. tahke mein.</w:t>
      </w:r>
    </w:p>
    <w:p>
      <w:pPr>
        <w:jc w:val="right"/>
      </w:pPr>
      <w:r>
        <w:t>تھوڑا سا وقت ہے اس کو اچھی طرح مجھے استعمال کرنا ہے۔ تاکہ میں۔</w:t>
      </w:r>
    </w:p>
    <w:p>
      <w:r>
        <w:rPr>
          <w:b/>
        </w:rPr>
        <w:t xml:space="preserve">[43:28] </w:t>
      </w:r>
      <w:r>
        <w:t>mein sare apne apna jo imtehan mera jo mera imtehan hai.</w:t>
      </w:r>
    </w:p>
    <w:p>
      <w:pPr>
        <w:jc w:val="right"/>
      </w:pPr>
      <w:r>
        <w:t>میں سارے اپنے اپنا جو امتحان میرا جو میرا امتحان ہے۔</w:t>
      </w:r>
    </w:p>
    <w:p>
      <w:r>
        <w:rPr>
          <w:b/>
        </w:rPr>
        <w:t xml:space="preserve">[43:34] </w:t>
      </w:r>
      <w:r>
        <w:t>is mein mein pass ho jaon aur phir aage ki taraqqiyan mujhe milein.</w:t>
      </w:r>
    </w:p>
    <w:p>
      <w:pPr>
        <w:jc w:val="right"/>
      </w:pPr>
      <w:r>
        <w:t>اس میں میں پاس ہو جاؤں اور پھر آگے کی ترقیاں مجھے ملیں۔</w:t>
      </w:r>
    </w:p>
    <w:p>
      <w:r>
        <w:rPr>
          <w:b/>
        </w:rPr>
        <w:t xml:space="preserve">[43:41] </w:t>
      </w:r>
      <w:r>
        <w:t>to maujooda dunya bilkul ek imtehan hall hai.</w:t>
      </w:r>
    </w:p>
    <w:p>
      <w:pPr>
        <w:jc w:val="right"/>
      </w:pPr>
      <w:r>
        <w:t>تو موجودہ دنیا بالکل ایک امتحان ہال ہے۔</w:t>
      </w:r>
    </w:p>
    <w:p>
      <w:r>
        <w:rPr>
          <w:b/>
        </w:rPr>
        <w:t xml:space="preserve">[43:49] </w:t>
      </w:r>
      <w:r>
        <w:t>hum nahi bardasht kar sakte hooha culture.</w:t>
      </w:r>
    </w:p>
    <w:p>
      <w:pPr>
        <w:jc w:val="right"/>
      </w:pPr>
      <w:r>
        <w:t>ہم نہیں برداشت کر سکتے ہوہا کلچر۔</w:t>
      </w:r>
    </w:p>
    <w:p>
      <w:r>
        <w:rPr>
          <w:b/>
        </w:rPr>
        <w:t xml:space="preserve">[43:56] </w:t>
      </w:r>
      <w:r>
        <w:t>hum hooha culture ko bardasht nahi kar sakte. to</w:t>
      </w:r>
    </w:p>
    <w:p>
      <w:pPr>
        <w:jc w:val="right"/>
      </w:pPr>
      <w:r>
        <w:t>ہم ہوہا کلچر کو برداشت نہیں کر سکتے۔ تو</w:t>
      </w:r>
    </w:p>
    <w:p>
      <w:r>
        <w:rPr>
          <w:b/>
        </w:rPr>
        <w:t xml:space="preserve">[44:04] </w:t>
      </w:r>
      <w:r>
        <w:t>quran mein yeh kitni bari baat batai gayi hai ke log samajhte hain ke.</w:t>
      </w:r>
    </w:p>
    <w:p>
      <w:pPr>
        <w:jc w:val="right"/>
      </w:pPr>
      <w:r>
        <w:t>قرآن میں یہ کتنی بڑی بات بتائی گئی ہے کہ لوگ سمجھتے ہیں کہ۔</w:t>
      </w:r>
    </w:p>
    <w:p>
      <w:r>
        <w:rPr>
          <w:b/>
        </w:rPr>
        <w:t xml:space="preserve">[44:08] </w:t>
      </w:r>
      <w:r>
        <w:t>yeh nahi ho sakta meri.</w:t>
      </w:r>
    </w:p>
    <w:p>
      <w:pPr>
        <w:jc w:val="right"/>
      </w:pPr>
      <w:r>
        <w:t>یہ نہیں ہو سکتا میری۔</w:t>
      </w:r>
    </w:p>
    <w:p>
      <w:r>
        <w:rPr>
          <w:b/>
        </w:rPr>
        <w:t xml:space="preserve">[44:12] </w:t>
      </w:r>
      <w:r>
        <w:t>aao khao pio chand saal manao is par mar jao.</w:t>
      </w:r>
    </w:p>
    <w:p>
      <w:pPr>
        <w:jc w:val="right"/>
      </w:pPr>
      <w:r>
        <w:t>آؤ کھاؤ پیو چند سال مناؤ اس پر مر جاؤ۔</w:t>
      </w:r>
    </w:p>
    <w:p>
      <w:r>
        <w:rPr>
          <w:b/>
        </w:rPr>
        <w:t xml:space="preserve">[44:17] </w:t>
      </w:r>
      <w:r>
        <w:t>yeh galat hai.</w:t>
      </w:r>
    </w:p>
    <w:p>
      <w:pPr>
        <w:jc w:val="right"/>
      </w:pPr>
      <w:r>
        <w:t>یہ غلط ہے۔</w:t>
      </w:r>
    </w:p>
    <w:p>
      <w:r>
        <w:rPr>
          <w:b/>
        </w:rPr>
        <w:t xml:space="preserve">[44:21] </w:t>
      </w:r>
      <w:r>
        <w:t>balkeh yeh jo chand saal hain yeh thori si muddat jo hai yeh to. yeh to.</w:t>
      </w:r>
    </w:p>
    <w:p>
      <w:pPr>
        <w:jc w:val="right"/>
      </w:pPr>
      <w:r>
        <w:t>بلکہ یہ جو چند سال ہیں یہ تھوڑی سی مدت جو ہے یہ تو۔ یہ تو۔</w:t>
      </w:r>
    </w:p>
    <w:p>
      <w:r>
        <w:rPr>
          <w:b/>
        </w:rPr>
        <w:t xml:space="preserve">[44:25] </w:t>
      </w:r>
      <w:r>
        <w:t>test ke liye tha yahan par testing period hai yeh.</w:t>
      </w:r>
    </w:p>
    <w:p>
      <w:pPr>
        <w:jc w:val="right"/>
      </w:pPr>
      <w:r>
        <w:t>ٹیسٹ کے لیے تھا یہاں پر ٹیسٹنگ پیریڈ ہے یہ۔</w:t>
      </w:r>
    </w:p>
    <w:p>
      <w:r>
        <w:rPr>
          <w:b/>
        </w:rPr>
        <w:t xml:space="preserve">[44:29] </w:t>
      </w:r>
      <w:r>
        <w:t>yeh testing period hai</w:t>
      </w:r>
    </w:p>
    <w:p>
      <w:pPr>
        <w:jc w:val="right"/>
      </w:pPr>
      <w:r>
        <w:t>یہ ٹیسٹنگ پیریڈ ہے</w:t>
      </w:r>
    </w:p>
    <w:p>
      <w:r>
        <w:rPr>
          <w:b/>
        </w:rPr>
        <w:t xml:space="preserve">[44:34] </w:t>
      </w:r>
      <w:r>
        <w:t>yeh imtehan hall mein hum yahan par aaye hain.</w:t>
      </w:r>
    </w:p>
    <w:p>
      <w:pPr>
        <w:jc w:val="right"/>
      </w:pPr>
      <w:r>
        <w:t>یہ امتحان ہال میں ہم یہاں پر آئے ہیں۔</w:t>
      </w:r>
    </w:p>
    <w:p>
      <w:r>
        <w:rPr>
          <w:b/>
        </w:rPr>
        <w:t xml:space="preserve">[44:38] </w:t>
      </w:r>
      <w:r>
        <w:t>aisa nahi ke bas aise hi khao pio mar jao qissa khatam.</w:t>
      </w:r>
    </w:p>
    <w:p>
      <w:pPr>
        <w:jc w:val="right"/>
      </w:pPr>
      <w:r>
        <w:t>ایسا نہیں کہ بس ایسے ہی کھاؤ پیو مر جاؤ قصہ ختم۔</w:t>
      </w:r>
    </w:p>
    <w:p>
      <w:r>
        <w:rPr>
          <w:b/>
        </w:rPr>
        <w:t xml:space="preserve">[44:43] </w:t>
      </w:r>
      <w:r>
        <w:t>yeh jab quran ka jo.</w:t>
      </w:r>
    </w:p>
    <w:p>
      <w:pPr>
        <w:jc w:val="right"/>
      </w:pPr>
      <w:r>
        <w:t>یہ جب قرآن کا جو۔</w:t>
      </w:r>
    </w:p>
    <w:p>
      <w:r>
        <w:rPr>
          <w:b/>
        </w:rPr>
        <w:t xml:space="preserve">[44:47] </w:t>
      </w:r>
      <w:r>
        <w:t>mein jo baat batai gayi hai khuda ke takhleeqi mansoobe ke baray mein.</w:t>
      </w:r>
    </w:p>
    <w:p>
      <w:pPr>
        <w:jc w:val="right"/>
      </w:pPr>
      <w:r>
        <w:t>میں جو بات بتائی گئی ہے خدا کے تخلیقی منصوبے کے بارے میں۔</w:t>
      </w:r>
    </w:p>
    <w:p>
      <w:r>
        <w:rPr>
          <w:b/>
        </w:rPr>
        <w:t xml:space="preserve">[44:52] </w:t>
      </w:r>
      <w:r>
        <w:t>aadmi is baat ko samajh le.</w:t>
      </w:r>
    </w:p>
    <w:p>
      <w:pPr>
        <w:jc w:val="right"/>
      </w:pPr>
      <w:r>
        <w:t>آدمی اس بات کو سمجھ لے۔</w:t>
      </w:r>
    </w:p>
    <w:p>
      <w:r>
        <w:rPr>
          <w:b/>
        </w:rPr>
        <w:t xml:space="preserve">[44:56] </w:t>
      </w:r>
      <w:r>
        <w:t>to ek ek second ek ek minute us ko bohat hi bohat hi qeemti lagega bohat hi qeemti.</w:t>
      </w:r>
    </w:p>
    <w:p>
      <w:pPr>
        <w:jc w:val="right"/>
      </w:pPr>
      <w:r>
        <w:t>تو ایک ایک سیکنڈ ایک ایک منٹ اس کو بہت ہی بہت ہی قیمتی لگے گا بہت ہی قیمتی۔</w:t>
      </w:r>
    </w:p>
    <w:p>
      <w:r>
        <w:rPr>
          <w:b/>
        </w:rPr>
        <w:t xml:space="preserve">[45:00] </w:t>
      </w:r>
      <w:r>
        <w:t>aur phir aap samjhiye kitna sacha ho jayega.</w:t>
      </w:r>
    </w:p>
    <w:p>
      <w:pPr>
        <w:jc w:val="right"/>
      </w:pPr>
      <w:r>
        <w:t>اور پھر آپ سمجھئے کتنا سچا ہو جائے گا۔</w:t>
      </w:r>
    </w:p>
    <w:p>
      <w:r>
        <w:rPr>
          <w:b/>
        </w:rPr>
        <w:t xml:space="preserve">[45:05] </w:t>
      </w:r>
      <w:r>
        <w:t>kitna ihtiyat ho jayega woh.</w:t>
      </w:r>
    </w:p>
    <w:p>
      <w:pPr>
        <w:jc w:val="right"/>
      </w:pPr>
      <w:r>
        <w:t>کتنا محتاط ہو جائے گا وہ۔</w:t>
      </w:r>
    </w:p>
    <w:p>
      <w:r>
        <w:rPr>
          <w:b/>
        </w:rPr>
        <w:t xml:space="preserve">[45:08] </w:t>
      </w:r>
      <w:r>
        <w:t>kitna zimmedar ho jayega.</w:t>
      </w:r>
    </w:p>
    <w:p>
      <w:pPr>
        <w:jc w:val="right"/>
      </w:pPr>
      <w:r>
        <w:t>کتنا ذمہ دار ہو جائے گا۔</w:t>
      </w:r>
    </w:p>
    <w:p>
      <w:r>
        <w:rPr>
          <w:b/>
        </w:rPr>
        <w:t xml:space="preserve">[45:12] </w:t>
      </w:r>
      <w:r>
        <w:t>kitna nazm o zabt aajayega us ke andar.</w:t>
      </w:r>
    </w:p>
    <w:p>
      <w:pPr>
        <w:jc w:val="right"/>
      </w:pPr>
      <w:r>
        <w:t>کتنا نظم و ضبط آجائے گا اس کے اندر۔</w:t>
      </w:r>
    </w:p>
    <w:p>
      <w:r>
        <w:rPr>
          <w:b/>
        </w:rPr>
        <w:t xml:space="preserve">[45:15] </w:t>
      </w:r>
      <w:r>
        <w:t>kitna control aajayega us ke andar.</w:t>
      </w:r>
    </w:p>
    <w:p>
      <w:pPr>
        <w:jc w:val="right"/>
      </w:pPr>
      <w:r>
        <w:t>کتنا کنٹرول آجائے گا اس کے اندر۔</w:t>
      </w:r>
    </w:p>
    <w:p>
      <w:r>
        <w:rPr>
          <w:b/>
        </w:rPr>
        <w:t xml:space="preserve">[45:18] </w:t>
      </w:r>
      <w:r>
        <w:t>woh apni zindagi ko manage karega apne waqt ko manage karega.</w:t>
      </w:r>
    </w:p>
    <w:p>
      <w:pPr>
        <w:jc w:val="right"/>
      </w:pPr>
      <w:r>
        <w:t>وہ اپنی زندگی کو منیج کرے گا اپنے وقت کو منیج کرے گا۔</w:t>
      </w:r>
    </w:p>
    <w:p>
      <w:r>
        <w:rPr>
          <w:b/>
        </w:rPr>
        <w:t xml:space="preserve">[45:22] </w:t>
      </w:r>
      <w:r>
        <w:t>apne paise ko manage karega.</w:t>
      </w:r>
    </w:p>
    <w:p>
      <w:pPr>
        <w:jc w:val="right"/>
      </w:pPr>
      <w:r>
        <w:t>اپنے پیسے کو منیج کرے گا۔</w:t>
      </w:r>
    </w:p>
    <w:p>
      <w:r>
        <w:rPr>
          <w:b/>
        </w:rPr>
        <w:t xml:space="preserve">[45:25] </w:t>
      </w:r>
      <w:r>
        <w:t>yani ek hi.</w:t>
      </w:r>
    </w:p>
    <w:p>
      <w:pPr>
        <w:jc w:val="right"/>
      </w:pPr>
      <w:r>
        <w:t>یعنی ایک ہی۔</w:t>
      </w:r>
    </w:p>
    <w:p>
      <w:r>
        <w:rPr>
          <w:b/>
        </w:rPr>
        <w:t xml:space="preserve">[45:28] </w:t>
      </w:r>
      <w:r>
        <w:t>yani ek hi kiya master formula hai zindagi ko. zindagi ko.</w:t>
      </w:r>
    </w:p>
    <w:p>
      <w:pPr>
        <w:jc w:val="right"/>
      </w:pPr>
      <w:r>
        <w:t>یعنی ایک ہی کیا ماسٹر فارمولا ہے زندگی کو۔ زندگی کو۔</w:t>
      </w:r>
    </w:p>
    <w:p>
      <w:r>
        <w:rPr>
          <w:b/>
        </w:rPr>
        <w:t xml:space="preserve">[45:32] </w:t>
      </w:r>
      <w:r>
        <w:t>taameeri tareeqay mein</w:t>
      </w:r>
    </w:p>
    <w:p>
      <w:pPr>
        <w:jc w:val="right"/>
      </w:pPr>
      <w:r>
        <w:t>تعمیری طریقے میں</w:t>
      </w:r>
    </w:p>
    <w:p>
      <w:r>
        <w:rPr>
          <w:b/>
        </w:rPr>
        <w:t xml:space="preserve">[45:35] </w:t>
      </w:r>
      <w:r>
        <w:t>batane ka single formula.</w:t>
      </w:r>
    </w:p>
    <w:p>
      <w:pPr>
        <w:jc w:val="right"/>
      </w:pPr>
      <w:r>
        <w:t>بتانے کا سنگل فارمولا۔</w:t>
      </w:r>
    </w:p>
    <w:p>
      <w:r>
        <w:rPr>
          <w:b/>
        </w:rPr>
        <w:t xml:space="preserve">[45:39] </w:t>
      </w:r>
      <w:r>
        <w:t>ke is dunya mein hum jo hain to hum is liye hain.</w:t>
      </w:r>
    </w:p>
    <w:p>
      <w:pPr>
        <w:jc w:val="right"/>
      </w:pPr>
      <w:r>
        <w:t>کہ اس دنیا میں ہم جو ہیں تو ہم اس لیے ہیں۔</w:t>
      </w:r>
    </w:p>
    <w:p>
      <w:r>
        <w:rPr>
          <w:b/>
        </w:rPr>
        <w:t xml:space="preserve">[45:43] </w:t>
      </w:r>
      <w:r>
        <w:t>ke Khuda humein.</w:t>
      </w:r>
    </w:p>
    <w:p>
      <w:pPr>
        <w:jc w:val="right"/>
      </w:pPr>
      <w:r>
        <w:t>کہ خدا ہمیں۔</w:t>
      </w:r>
    </w:p>
    <w:p>
      <w:r>
        <w:rPr>
          <w:b/>
        </w:rPr>
        <w:t xml:space="preserve">[45:46] </w:t>
      </w:r>
      <w:r>
        <w:t>mouqa diya hai Khuda ne ke hum apne aap ko tayyar karein.</w:t>
      </w:r>
    </w:p>
    <w:p>
      <w:pPr>
        <w:jc w:val="right"/>
      </w:pPr>
      <w:r>
        <w:t>موقع دیا ہے خدا نے کہ ہم اپنے آپ کو تیار کریں۔</w:t>
      </w:r>
    </w:p>
    <w:p>
      <w:r>
        <w:rPr>
          <w:b/>
        </w:rPr>
        <w:t xml:space="preserve">[45:50] </w:t>
      </w:r>
      <w:r>
        <w:t>taake Khuda humein muntakhib kare.</w:t>
      </w:r>
    </w:p>
    <w:p>
      <w:pPr>
        <w:jc w:val="right"/>
      </w:pPr>
      <w:r>
        <w:t>تاکہ خدا ہمیں منتخب کرے۔</w:t>
      </w:r>
    </w:p>
    <w:p>
      <w:r>
        <w:rPr>
          <w:b/>
        </w:rPr>
        <w:t xml:space="preserve">[45:54] </w:t>
      </w:r>
      <w:r>
        <w:t>to yeh intikhabi maidan hai yeh intikhabi maidan hai yeh.</w:t>
      </w:r>
    </w:p>
    <w:p>
      <w:pPr>
        <w:jc w:val="right"/>
      </w:pPr>
      <w:r>
        <w:t>تو یہ انتخابی میدان ہے یہ انتخابی میدان ہے یہ۔</w:t>
      </w:r>
    </w:p>
    <w:p>
      <w:r>
        <w:rPr>
          <w:b/>
        </w:rPr>
        <w:t xml:space="preserve">[45:58] </w:t>
      </w:r>
      <w:r>
        <w:t>yeh yeh aik yeh kitna.</w:t>
      </w:r>
    </w:p>
    <w:p>
      <w:pPr>
        <w:jc w:val="right"/>
      </w:pPr>
      <w:r>
        <w:t>یہ یہ ایک یہ کتنا۔</w:t>
      </w:r>
    </w:p>
    <w:p>
      <w:r>
        <w:rPr>
          <w:b/>
        </w:rPr>
        <w:t xml:space="preserve">[46:01] </w:t>
      </w:r>
      <w:r>
        <w:t>yani nizami formula hai yeh.</w:t>
      </w:r>
    </w:p>
    <w:p>
      <w:pPr>
        <w:jc w:val="right"/>
      </w:pPr>
      <w:r>
        <w:t>یعنی نظامی فارمولا ہے یہ۔</w:t>
      </w:r>
    </w:p>
    <w:p>
      <w:r>
        <w:rPr>
          <w:b/>
        </w:rPr>
        <w:t xml:space="preserve">[46:05] </w:t>
      </w:r>
      <w:r>
        <w:t>ke aadmi ko agar yeh maloom ho jaye jaan le.</w:t>
      </w:r>
    </w:p>
    <w:p>
      <w:pPr>
        <w:jc w:val="right"/>
      </w:pPr>
      <w:r>
        <w:t>کہ آدمی کو اگر یہ معلوم ہو جائے جان لے۔</w:t>
      </w:r>
    </w:p>
    <w:p>
      <w:r>
        <w:rPr>
          <w:b/>
        </w:rPr>
        <w:t xml:space="preserve">[46:09] </w:t>
      </w:r>
      <w:r>
        <w:t>to zindagi ka simt badal jaye.</w:t>
      </w:r>
    </w:p>
    <w:p>
      <w:pPr>
        <w:jc w:val="right"/>
      </w:pPr>
      <w:r>
        <w:t>تو زندگی کا سمت بدل جائے۔</w:t>
      </w:r>
    </w:p>
    <w:p>
      <w:r>
        <w:rPr>
          <w:b/>
        </w:rPr>
        <w:t xml:space="preserve">[46:14] </w:t>
      </w:r>
      <w:r>
        <w:t>simt jo hai zindagi ka bilkul badal jaye.</w:t>
      </w:r>
    </w:p>
    <w:p>
      <w:pPr>
        <w:jc w:val="right"/>
      </w:pPr>
      <w:r>
        <w:t>سمت جو ہے زندگی کا بالکل بدل جائے۔</w:t>
      </w:r>
    </w:p>
    <w:p>
      <w:r>
        <w:rPr>
          <w:b/>
        </w:rPr>
        <w:t xml:space="preserve">[46:18] </w:t>
      </w:r>
      <w:r>
        <w:t>achanak hi aadmi bilkul soch aik is ki poori poora zehan is ka active ho jayega.</w:t>
      </w:r>
    </w:p>
    <w:p>
      <w:pPr>
        <w:jc w:val="right"/>
      </w:pPr>
      <w:r>
        <w:t>اچانک ہی آدمی بالکل سوچ ایک اس کی پوری پورا ذہن اس کا ایکٹیو ہو جائے گا۔</w:t>
      </w:r>
    </w:p>
    <w:p>
      <w:r>
        <w:rPr>
          <w:b/>
        </w:rPr>
        <w:t xml:space="preserve">[46:22] </w:t>
      </w:r>
      <w:r>
        <w:t>aik dam alert ho jayega.</w:t>
      </w:r>
    </w:p>
    <w:p>
      <w:pPr>
        <w:jc w:val="right"/>
      </w:pPr>
      <w:r>
        <w:t>ایک دم الرٹ ہو جائے گا۔</w:t>
      </w:r>
    </w:p>
    <w:p>
      <w:r>
        <w:rPr>
          <w:b/>
        </w:rPr>
        <w:t xml:space="preserve">[46:27] </w:t>
      </w:r>
      <w:r>
        <w:t>is ke andar phir nazm o zabt aayega.</w:t>
      </w:r>
    </w:p>
    <w:p>
      <w:pPr>
        <w:jc w:val="right"/>
      </w:pPr>
      <w:r>
        <w:t>اس کے اندر پھر نظم و ضبط آئے گا۔</w:t>
      </w:r>
    </w:p>
    <w:p>
      <w:r>
        <w:rPr>
          <w:b/>
        </w:rPr>
        <w:t xml:space="preserve">[46:31] </w:t>
      </w:r>
      <w:r>
        <w:t>is ke andar apne aap apne</w:t>
      </w:r>
    </w:p>
    <w:p>
      <w:pPr>
        <w:jc w:val="right"/>
      </w:pPr>
      <w:r>
        <w:t>اس کے اندر اپنے آپ اپنے</w:t>
      </w:r>
    </w:p>
    <w:p>
      <w:r>
        <w:rPr>
          <w:b/>
        </w:rPr>
        <w:t xml:space="preserve">[46:36] </w:t>
      </w:r>
      <w:r>
        <w:t>اپنے پیسے کو اپنے وقت کو manage کرنے کا۔</w:t>
      </w:r>
    </w:p>
    <w:p>
      <w:pPr>
        <w:jc w:val="right"/>
      </w:pPr>
      <w:r>
        <w:t>اپنے پیسے کو اپنے وقت کو منیج کرنے کا۔</w:t>
      </w:r>
    </w:p>
    <w:p>
      <w:r>
        <w:rPr>
          <w:b/>
        </w:rPr>
        <w:t xml:space="preserve">[46:40] </w:t>
      </w:r>
      <w:r>
        <w:t>seekhega woh.</w:t>
      </w:r>
    </w:p>
    <w:p>
      <w:pPr>
        <w:jc w:val="right"/>
      </w:pPr>
      <w:r>
        <w:t>سیکھے گا وہ۔</w:t>
      </w:r>
    </w:p>
    <w:p>
      <w:r>
        <w:rPr>
          <w:b/>
        </w:rPr>
        <w:t xml:space="preserve">[46:44] </w:t>
      </w:r>
      <w:r>
        <w:t>apni zindagi ko. zyada.</w:t>
      </w:r>
    </w:p>
    <w:p>
      <w:pPr>
        <w:jc w:val="right"/>
      </w:pPr>
      <w:r>
        <w:t>اپنی زندگی کو۔ زیادہ۔</w:t>
      </w:r>
    </w:p>
    <w:p>
      <w:r>
        <w:rPr>
          <w:b/>
        </w:rPr>
        <w:t xml:space="preserve">[46:48] </w:t>
      </w:r>
      <w:r>
        <w:t>yani zyada qeemti samajhne lagega woh.</w:t>
      </w:r>
    </w:p>
    <w:p>
      <w:pPr>
        <w:jc w:val="right"/>
      </w:pPr>
      <w:r>
        <w:t>یعنی زیادہ قیمتی سمجھنے لگے گا وہ۔</w:t>
      </w:r>
    </w:p>
    <w:p>
      <w:r>
        <w:rPr>
          <w:b/>
        </w:rPr>
        <w:t xml:space="preserve">[46:53] </w:t>
      </w:r>
      <w:r>
        <w:t>har cheez mein badlav aajayega.</w:t>
      </w:r>
    </w:p>
    <w:p>
      <w:pPr>
        <w:jc w:val="right"/>
      </w:pPr>
      <w:r>
        <w:t>ہر چیز میں بدلاؤ آجائے گا۔</w:t>
      </w:r>
    </w:p>
    <w:p>
      <w:r>
        <w:rPr>
          <w:b/>
        </w:rPr>
        <w:t xml:space="preserve">[46:57] </w:t>
      </w:r>
      <w:r>
        <w:t>to yeh Quran mein jo jo baatein batai gayi hain.</w:t>
      </w:r>
    </w:p>
    <w:p>
      <w:pPr>
        <w:jc w:val="right"/>
      </w:pPr>
      <w:r>
        <w:t>تو یہ قرآن میں جو جو باتیں بتائی گئی ہیں۔</w:t>
      </w:r>
    </w:p>
    <w:p>
      <w:r>
        <w:rPr>
          <w:b/>
        </w:rPr>
        <w:t xml:space="preserve">[47:01] </w:t>
      </w:r>
      <w:r>
        <w:t>woh science of zindagi</w:t>
      </w:r>
    </w:p>
    <w:p>
      <w:pPr>
        <w:jc w:val="right"/>
      </w:pPr>
      <w:r>
        <w:t>وہ سائنس آف زندگی</w:t>
      </w:r>
    </w:p>
    <w:p>
      <w:r>
        <w:rPr>
          <w:b/>
        </w:rPr>
        <w:t xml:space="preserve">[47:06] </w:t>
      </w:r>
      <w:r>
        <w:t>is ke liye behtareen lafz hai.</w:t>
      </w:r>
    </w:p>
    <w:p>
      <w:pPr>
        <w:jc w:val="right"/>
      </w:pPr>
      <w:r>
        <w:t>اس کے لیے بہترین لفظ ہے۔</w:t>
      </w:r>
    </w:p>
    <w:p>
      <w:r>
        <w:rPr>
          <w:b/>
        </w:rPr>
        <w:t xml:space="preserve">[47:09] </w:t>
      </w:r>
      <w:r>
        <w:t>zindagi ko kaise hum batayein.</w:t>
      </w:r>
    </w:p>
    <w:p>
      <w:pPr>
        <w:jc w:val="right"/>
      </w:pPr>
      <w:r>
        <w:t>زندگی کو کیسے ہم بتائیں۔</w:t>
      </w:r>
    </w:p>
    <w:p>
      <w:r>
        <w:rPr>
          <w:b/>
        </w:rPr>
        <w:t xml:space="preserve">[47:13] </w:t>
      </w:r>
      <w:r>
        <w:t>zindagi ko kaise hum.</w:t>
      </w:r>
    </w:p>
    <w:p>
      <w:pPr>
        <w:jc w:val="right"/>
      </w:pPr>
      <w:r>
        <w:t>زندگی کو کیسے ہم۔</w:t>
      </w:r>
    </w:p>
    <w:p>
      <w:r>
        <w:rPr>
          <w:b/>
        </w:rPr>
        <w:t xml:space="preserve">[47:16] </w:t>
      </w:r>
      <w:r>
        <w:t>tarraqi ki taraf le jayein.</w:t>
      </w:r>
    </w:p>
    <w:p>
      <w:pPr>
        <w:jc w:val="right"/>
      </w:pPr>
      <w:r>
        <w:t>ترقی کی طرف لے جائیں۔</w:t>
      </w:r>
    </w:p>
    <w:p>
      <w:r>
        <w:rPr>
          <w:b/>
        </w:rPr>
        <w:t xml:space="preserve">[47:20] </w:t>
      </w:r>
      <w:r>
        <w:t>kis tarah manage karein apni zindagi ko hum.</w:t>
      </w:r>
    </w:p>
    <w:p>
      <w:pPr>
        <w:jc w:val="right"/>
      </w:pPr>
      <w:r>
        <w:t>کس طرح منیج کریں اپنی زندگی کو ہم۔</w:t>
      </w:r>
    </w:p>
    <w:p>
      <w:r>
        <w:rPr>
          <w:b/>
        </w:rPr>
        <w:t xml:space="preserve">[47:24] </w:t>
      </w:r>
      <w:r>
        <w:t>kaha hum ek lafz mein yeh bhi keh sakte hain ke.</w:t>
      </w:r>
    </w:p>
    <w:p>
      <w:pPr>
        <w:jc w:val="right"/>
      </w:pPr>
      <w:r>
        <w:t>کہا ہم ایک لفظ میں یہ بھی کہہ سکتے ہیں کہ۔</w:t>
      </w:r>
    </w:p>
    <w:p>
      <w:r>
        <w:rPr>
          <w:b/>
        </w:rPr>
        <w:t xml:space="preserve">[47:27] </w:t>
      </w:r>
      <w:r>
        <w:t>art of management hai Quran majeed mein har cheez ka.</w:t>
      </w:r>
    </w:p>
    <w:p>
      <w:pPr>
        <w:jc w:val="right"/>
      </w:pPr>
      <w:r>
        <w:t>آرٹ آف منیجمنٹ ہے قرآن مجید میں ہر چیز کا۔</w:t>
      </w:r>
    </w:p>
    <w:p>
      <w:r>
        <w:rPr>
          <w:b/>
        </w:rPr>
        <w:t xml:space="preserve">[47:31] </w:t>
      </w:r>
      <w:r>
        <w:t>art of management.</w:t>
      </w:r>
    </w:p>
    <w:p>
      <w:pPr>
        <w:jc w:val="right"/>
      </w:pPr>
      <w:r>
        <w:t>آرٹ آف منیجمنٹ۔</w:t>
      </w:r>
    </w:p>
    <w:p>
      <w:r>
        <w:rPr>
          <w:b/>
        </w:rPr>
        <w:t xml:space="preserve">[47:34] </w:t>
      </w:r>
      <w:r>
        <w:t>kaise manage karein apni zindagi ko</w:t>
      </w:r>
    </w:p>
    <w:p>
      <w:pPr>
        <w:jc w:val="right"/>
      </w:pPr>
      <w:r>
        <w:t>کیسے منیج کریں اپنی زندگی کو</w:t>
      </w:r>
    </w:p>
    <w:p>
      <w:r>
        <w:rPr>
          <w:b/>
        </w:rPr>
        <w:t xml:space="preserve">[47:38] </w:t>
      </w:r>
      <w:r>
        <w:t>yeh bataya gaya hai quran majeed mein. kaise manage karen hum apni zindagi ko kaise manage karen hum apne waqt ko. kaise manage karen hum apne. apne aamdani ko. kaise manage karen hum apne ghar ko. kaise manage karen hum apne idaray ko. har cheez ko. aap jante hain ke management ka management ka taluq har cheez se hai har cheez se har cheez se</w:t>
      </w:r>
    </w:p>
    <w:p>
      <w:pPr>
        <w:jc w:val="right"/>
      </w:pPr>
      <w:r>
        <w:t>۔ یہ بتایا گیا ہے قرآن مجید میں۔ کیسے منیج کریں ہم اپنی زندگی کو کیسے منیج کریں ہم اپنے وقت کو۔ کیسے منیج کریں ہم اپنے۔ اپنے آمدنی کو۔ کیسے منیج کریں ہم اپنے گھر کو۔ کیسے منیج کریں ہم اپنے ادارے کو۔ ہر چیز کو۔ آپ جانتے ہیں کہ منیجمنٹ کا منیجمنٹ کا تعلق ہر چیز سے ہے ہر چیز سے ہر چیز سے</w:t>
      </w:r>
    </w:p>
    <w:p>
      <w:r>
        <w:rPr>
          <w:b/>
        </w:rPr>
        <w:t xml:space="preserve">[48:08] </w:t>
      </w:r>
      <w:r>
        <w:t>—</w:t>
      </w:r>
    </w:p>
    <w:p>
      <w:pPr>
        <w:jc w:val="right"/>
      </w:pPr>
      <w:r>
        <w:t>۔</w:t>
      </w:r>
    </w:p>
    <w:p>
      <w:r>
        <w:rPr>
          <w:b/>
        </w:rPr>
        <w:t xml:space="preserve">[48:12] </w:t>
      </w:r>
      <w:r>
        <w:t>management ka talluq har cheez se hai.</w:t>
      </w:r>
    </w:p>
    <w:p>
      <w:pPr>
        <w:jc w:val="right"/>
      </w:pPr>
      <w:r>
        <w:t>منیجمنٹ کا تعلق ہر چیز سے ہے۔</w:t>
      </w:r>
    </w:p>
    <w:p>
      <w:r>
        <w:rPr>
          <w:b/>
        </w:rPr>
        <w:t xml:space="preserve">[48:17] </w:t>
      </w:r>
      <w:r>
        <w:t>to Quran goya ek aitbaar se art of management sikhata hai hum ko.</w:t>
      </w:r>
    </w:p>
    <w:p>
      <w:pPr>
        <w:jc w:val="right"/>
      </w:pPr>
      <w:r>
        <w:t>تو قرآن گویا ایک اعتبار سے آرٹ آف منیجمنٹ سکھاتا ہے ہم کو۔</w:t>
      </w:r>
    </w:p>
    <w:p>
      <w:r>
        <w:rPr>
          <w:b/>
        </w:rPr>
        <w:t xml:space="preserve">[48:21] </w:t>
      </w:r>
      <w:r>
        <w:t>art of management.</w:t>
      </w:r>
    </w:p>
    <w:p>
      <w:pPr>
        <w:jc w:val="right"/>
      </w:pPr>
      <w:r>
        <w:t>آرٹ آف منیجمنٹ۔</w:t>
      </w:r>
    </w:p>
    <w:p>
      <w:r>
        <w:rPr>
          <w:b/>
        </w:rPr>
        <w:t xml:space="preserve">[48:26] </w:t>
      </w:r>
      <w:r>
        <w:t>aisa nahi ke kuch set of rasoomat hain woh batata hai Quran.</w:t>
      </w:r>
    </w:p>
    <w:p>
      <w:pPr>
        <w:jc w:val="right"/>
      </w:pPr>
      <w:r>
        <w:t>ایسا نہیں کہ کچھ سیٹ آف رسومات ہیں وہ بتاتا ہے قرآن۔</w:t>
      </w:r>
    </w:p>
    <w:p>
      <w:r>
        <w:rPr>
          <w:b/>
        </w:rPr>
        <w:t xml:space="preserve">[48:30] </w:t>
      </w:r>
      <w:r>
        <w:t>kuch kuch aur kuch.</w:t>
      </w:r>
    </w:p>
    <w:p>
      <w:pPr>
        <w:jc w:val="right"/>
      </w:pPr>
      <w:r>
        <w:t>کچھ کچھ اور کچھ۔</w:t>
      </w:r>
    </w:p>
    <w:p>
      <w:r>
        <w:rPr>
          <w:b/>
        </w:rPr>
        <w:t xml:space="preserve">[48:35] </w:t>
      </w:r>
      <w:r>
        <w:t>kuch form hain woh Quran batata hai.</w:t>
      </w:r>
    </w:p>
    <w:p>
      <w:pPr>
        <w:jc w:val="right"/>
      </w:pPr>
      <w:r>
        <w:t>کچھ فارم ہیں وہ قرآن بتاتا ہے۔</w:t>
      </w:r>
    </w:p>
    <w:p>
      <w:r>
        <w:rPr>
          <w:b/>
        </w:rPr>
        <w:t xml:space="preserve">[48:39] </w:t>
      </w:r>
      <w:r>
        <w:t>نہیں قرآن art of management بتاتا ہے۔</w:t>
      </w:r>
    </w:p>
    <w:p>
      <w:pPr>
        <w:jc w:val="right"/>
      </w:pPr>
      <w:r>
        <w:t>نہیں قرآن آرٹ آف منیجمنٹ بتاتا ہے۔</w:t>
      </w:r>
    </w:p>
    <w:p>
      <w:r>
        <w:rPr>
          <w:b/>
        </w:rPr>
        <w:t xml:space="preserve">[48:43] </w:t>
      </w:r>
      <w:r>
        <w:t>پوری پوری زندگی کو کیسے manage کریں ہم۔</w:t>
      </w:r>
    </w:p>
    <w:p>
      <w:pPr>
        <w:jc w:val="right"/>
      </w:pPr>
      <w:r>
        <w:t>پوری پوری زندگی کو کیسے منیج کریں ہم۔</w:t>
      </w:r>
    </w:p>
    <w:p>
      <w:r>
        <w:rPr>
          <w:b/>
        </w:rPr>
        <w:t xml:space="preserve">[48:47] </w:t>
      </w:r>
      <w:r>
        <w:t>apni tawanaai ko kaise manage karein hum har aadmi ke paas Khuda ne tawanaai di hai.</w:t>
      </w:r>
    </w:p>
    <w:p>
      <w:pPr>
        <w:jc w:val="right"/>
      </w:pPr>
      <w:r>
        <w:t>اپنی توانائی کو کیسے منیج کریں ہم ہر آدمی کے پاس خدا نے توانائی دی ہے۔</w:t>
      </w:r>
    </w:p>
    <w:p>
      <w:r>
        <w:rPr>
          <w:b/>
        </w:rPr>
        <w:t xml:space="preserve">[48:50] </w:t>
      </w:r>
      <w:r>
        <w:t>woh tawanaai ko hum kaise manage karein.</w:t>
      </w:r>
    </w:p>
    <w:p>
      <w:pPr>
        <w:jc w:val="right"/>
      </w:pPr>
      <w:r>
        <w:t>وہ توانائی کو ہم کیسے منیج کریں۔</w:t>
      </w:r>
    </w:p>
    <w:p>
      <w:r>
        <w:rPr>
          <w:b/>
        </w:rPr>
        <w:t xml:space="preserve">[48:54] </w:t>
      </w:r>
      <w:r>
        <w:t>taake zaya na ho woh.</w:t>
      </w:r>
    </w:p>
    <w:p>
      <w:pPr>
        <w:jc w:val="right"/>
      </w:pPr>
      <w:r>
        <w:t>تاکہ ضائع نہ ہو وہ۔</w:t>
      </w:r>
    </w:p>
    <w:p>
      <w:r>
        <w:rPr>
          <w:b/>
        </w:rPr>
        <w:t xml:space="preserve">[48:58] </w:t>
      </w:r>
      <w:r>
        <w:t>taake zaya na ho.</w:t>
      </w:r>
    </w:p>
    <w:p>
      <w:pPr>
        <w:jc w:val="right"/>
      </w:pPr>
      <w:r>
        <w:t>تاکہ ضائع نہ ہو۔</w:t>
      </w:r>
    </w:p>
    <w:p>
      <w:r>
        <w:rPr>
          <w:b/>
        </w:rPr>
        <w:t xml:space="preserve">[49:02] </w:t>
      </w:r>
      <w:r>
        <w:t>aur ek baat mein yeh bhi arz karoon ke Quran.</w:t>
      </w:r>
    </w:p>
    <w:p>
      <w:pPr>
        <w:jc w:val="right"/>
      </w:pPr>
      <w:r>
        <w:t>اور ایک بات میں یہ بھی عرض کروں کہ قرآن۔</w:t>
      </w:r>
    </w:p>
    <w:p>
      <w:r>
        <w:rPr>
          <w:b/>
        </w:rPr>
        <w:t xml:space="preserve">[49:05] </w:t>
      </w:r>
      <w:r>
        <w:t>dunya ki sab se zyada a</w:t>
      </w:r>
    </w:p>
    <w:p>
      <w:pPr>
        <w:jc w:val="right"/>
      </w:pPr>
      <w:r>
        <w:t>دنیا کی سب سے زیادہ آ</w:t>
      </w:r>
    </w:p>
    <w:p>
      <w:r>
        <w:rPr>
          <w:b/>
        </w:rPr>
        <w:t xml:space="preserve">[49:09] </w:t>
      </w:r>
      <w:r>
        <w:t>asan kitaab hai.</w:t>
      </w:r>
    </w:p>
    <w:p>
      <w:pPr>
        <w:jc w:val="right"/>
      </w:pPr>
      <w:r>
        <w:t>سان کتاب ہے۔</w:t>
      </w:r>
    </w:p>
    <w:p>
      <w:r>
        <w:rPr>
          <w:b/>
        </w:rPr>
        <w:t xml:space="preserve">[49:13] </w:t>
      </w:r>
      <w:r>
        <w:t>wa laqad yassarnal Qurana liz-zikri fam-muzakkir Khuda ne farmaya ke Quran ko hum ne aasan bana diya.</w:t>
      </w:r>
    </w:p>
    <w:p>
      <w:pPr>
        <w:jc w:val="right"/>
      </w:pPr>
      <w:r>
        <w:t>ولقد یسرن القرآن للذکر فالمذکر خدا نے فرمایا کہ قرآن کو ہم نے آسان بنا دیا۔</w:t>
      </w:r>
    </w:p>
    <w:p>
      <w:r>
        <w:rPr>
          <w:b/>
        </w:rPr>
        <w:t xml:space="preserve">[49:18] </w:t>
      </w:r>
      <w:r>
        <w:t>taake log samjhein is ko.</w:t>
      </w:r>
    </w:p>
    <w:p>
      <w:pPr>
        <w:jc w:val="right"/>
      </w:pPr>
      <w:r>
        <w:t>تاکہ لوگ سمجھیں اس کو۔</w:t>
      </w:r>
    </w:p>
    <w:p>
      <w:r>
        <w:rPr>
          <w:b/>
        </w:rPr>
        <w:t xml:space="preserve">[49:22] </w:t>
      </w:r>
      <w:r>
        <w:t>dekhein aasan ka matlab kya hai.</w:t>
      </w:r>
    </w:p>
    <w:p>
      <w:pPr>
        <w:jc w:val="right"/>
      </w:pPr>
      <w:r>
        <w:t>دیکھیں آسان کا مطلب کیا ہے۔</w:t>
      </w:r>
    </w:p>
    <w:p>
      <w:r>
        <w:rPr>
          <w:b/>
        </w:rPr>
        <w:t xml:space="preserve">[49:26] </w:t>
      </w:r>
      <w:r>
        <w:t>is par maine bohat socha.</w:t>
      </w:r>
    </w:p>
    <w:p>
      <w:pPr>
        <w:jc w:val="right"/>
      </w:pPr>
      <w:r>
        <w:t>اس پر میں نے بہت سوچا۔</w:t>
      </w:r>
    </w:p>
    <w:p>
      <w:r>
        <w:rPr>
          <w:b/>
        </w:rPr>
        <w:t xml:space="preserve">[49:31] </w:t>
      </w:r>
      <w:r>
        <w:t>ke kyun yeh kaha gaya hai ke Quran bohat hi aasan kitaab hai.</w:t>
      </w:r>
    </w:p>
    <w:p>
      <w:pPr>
        <w:jc w:val="right"/>
      </w:pPr>
      <w:r>
        <w:t>کہ کیوں یہ کہا گیا ہے کہ قرآن بہت ہی آسان کتاب ہے۔</w:t>
      </w:r>
    </w:p>
    <w:p>
      <w:r>
        <w:rPr>
          <w:b/>
        </w:rPr>
        <w:t xml:space="preserve">[49:35] </w:t>
      </w:r>
      <w:r>
        <w:t>beshak aasan kitaab to koi</w:t>
      </w:r>
    </w:p>
    <w:p>
      <w:pPr>
        <w:jc w:val="right"/>
      </w:pPr>
      <w:r>
        <w:t>بے شک آسان کتاب تو کوئی</w:t>
      </w:r>
    </w:p>
    <w:p>
      <w:r>
        <w:rPr>
          <w:b/>
        </w:rPr>
        <w:t xml:space="preserve">[49:39] </w:t>
      </w:r>
      <w:r>
        <w:t>bhi nahi hoti.</w:t>
      </w:r>
    </w:p>
    <w:p>
      <w:pPr>
        <w:jc w:val="right"/>
      </w:pPr>
      <w:r>
        <w:t>بھی نہیں ہوتی۔</w:t>
      </w:r>
    </w:p>
    <w:p>
      <w:r>
        <w:rPr>
          <w:b/>
        </w:rPr>
        <w:t xml:space="preserve">[49:43] </w:t>
      </w:r>
      <w:r>
        <w:t>koi bhi kitab.</w:t>
      </w:r>
    </w:p>
    <w:p>
      <w:pPr>
        <w:jc w:val="right"/>
      </w:pPr>
      <w:r>
        <w:t>کوئی بھی کتاب۔</w:t>
      </w:r>
    </w:p>
    <w:p>
      <w:r>
        <w:rPr>
          <w:b/>
        </w:rPr>
        <w:t xml:space="preserve">[49:47] </w:t>
      </w:r>
      <w:r>
        <w:t>lafzi tor par aap lein aap to asan koi bhi kitab nahi hoti.</w:t>
      </w:r>
    </w:p>
    <w:p>
      <w:pPr>
        <w:jc w:val="right"/>
      </w:pPr>
      <w:r>
        <w:t>لفظی طور پر آپ لیں آپ تو آسان کوئی بھی کتاب نہیں ہوتی۔</w:t>
      </w:r>
    </w:p>
    <w:p>
      <w:r>
        <w:rPr>
          <w:b/>
        </w:rPr>
        <w:t xml:space="preserve">[49:51] </w:t>
      </w:r>
      <w:r>
        <w:t>mein samajhta hoon ke yahan par asan ka matlab hai wazahat.</w:t>
      </w:r>
    </w:p>
    <w:p>
      <w:pPr>
        <w:jc w:val="right"/>
      </w:pPr>
      <w:r>
        <w:t>میں سمجھتا ہوں کہ یہاں پر آسان کا مطلب ہے وضاحت۔</w:t>
      </w:r>
    </w:p>
    <w:p>
      <w:r>
        <w:rPr>
          <w:b/>
        </w:rPr>
        <w:t xml:space="preserve">[49:54] </w:t>
      </w:r>
      <w:r>
        <w:t>aasani ka matlab hai wazahat.</w:t>
      </w:r>
    </w:p>
    <w:p>
      <w:pPr>
        <w:jc w:val="right"/>
      </w:pPr>
      <w:r>
        <w:t>آسانی کا مطلب ہے وضاحت۔</w:t>
      </w:r>
    </w:p>
    <w:p>
      <w:r>
        <w:rPr>
          <w:b/>
        </w:rPr>
        <w:t xml:space="preserve">[49:58] </w:t>
      </w:r>
      <w:r>
        <w:t>ke quran mein bohat ziyada wazahat hai.</w:t>
      </w:r>
    </w:p>
    <w:p>
      <w:pPr>
        <w:jc w:val="right"/>
      </w:pPr>
      <w:r>
        <w:t>کہ قرآن میں بہت زیادہ وضاحت ہے۔</w:t>
      </w:r>
    </w:p>
    <w:p>
      <w:r>
        <w:rPr>
          <w:b/>
        </w:rPr>
        <w:t xml:space="preserve">[50:02] </w:t>
      </w:r>
      <w:r>
        <w:t>dekhein maine bohat kitabein padhi hain bohat ziyada kitabein padhi hain.</w:t>
      </w:r>
    </w:p>
    <w:p>
      <w:pPr>
        <w:jc w:val="right"/>
      </w:pPr>
      <w:r>
        <w:t>دیکھیں میں نے بہت کتابیں پڑھی ہیں بہت زیادہ کتابیں پڑھی ہیں۔</w:t>
      </w:r>
    </w:p>
    <w:p>
      <w:r>
        <w:rPr>
          <w:b/>
        </w:rPr>
        <w:t xml:space="preserve">[50:06] </w:t>
      </w:r>
      <w:r>
        <w:t>har kitab mein</w:t>
      </w:r>
    </w:p>
    <w:p>
      <w:pPr>
        <w:jc w:val="right"/>
      </w:pPr>
      <w:r>
        <w:t>ہر کتاب میں</w:t>
      </w:r>
    </w:p>
    <w:p>
      <w:r>
        <w:rPr>
          <w:b/>
        </w:rPr>
        <w:t xml:space="preserve">[50:09] </w:t>
      </w:r>
      <w:r>
        <w:t>maine confusion paya.</w:t>
      </w:r>
    </w:p>
    <w:p>
      <w:pPr>
        <w:jc w:val="right"/>
      </w:pPr>
      <w:r>
        <w:t>میں نے کنفیوژن پایا۔</w:t>
      </w:r>
    </w:p>
    <w:p>
      <w:r>
        <w:rPr>
          <w:b/>
        </w:rPr>
        <w:t xml:space="preserve">[50:13] </w:t>
      </w:r>
      <w:r>
        <w:t>siwaye tareekh ki kitab ke tareekh mein to bayan hota hai.</w:t>
      </w:r>
    </w:p>
    <w:p>
      <w:pPr>
        <w:jc w:val="right"/>
      </w:pPr>
      <w:r>
        <w:t>سوائے تاریخ کی کتاب کے تاریخ میں تو بیان ہوتا ہے۔</w:t>
      </w:r>
    </w:p>
    <w:p>
      <w:r>
        <w:rPr>
          <w:b/>
        </w:rPr>
        <w:t xml:space="preserve">[50:16] </w:t>
      </w:r>
      <w:r>
        <w:t>tareekh mein bhi bayan hota hai.</w:t>
      </w:r>
    </w:p>
    <w:p>
      <w:pPr>
        <w:jc w:val="right"/>
      </w:pPr>
      <w:r>
        <w:t>تاریخ میں بھی بیان ہوتا ہے۔</w:t>
      </w:r>
    </w:p>
    <w:p>
      <w:r>
        <w:rPr>
          <w:b/>
        </w:rPr>
        <w:t xml:space="preserve">[50:19] </w:t>
      </w:r>
      <w:r>
        <w:t>ya science ki kitab hai is mein bhi bayan hota hai.</w:t>
      </w:r>
    </w:p>
    <w:p>
      <w:pPr>
        <w:jc w:val="right"/>
      </w:pPr>
      <w:r>
        <w:t>یا سائنس کی کتاب ہے اس میں بھی بیان ہوتا ہے۔</w:t>
      </w:r>
    </w:p>
    <w:p>
      <w:r>
        <w:rPr>
          <w:b/>
        </w:rPr>
        <w:t xml:space="preserve">[50:23] </w:t>
      </w:r>
      <w:r>
        <w:t>lekin woh kitab jis mein jo falsafi ki ho jo ideology ki ho.</w:t>
      </w:r>
    </w:p>
    <w:p>
      <w:pPr>
        <w:jc w:val="right"/>
      </w:pPr>
      <w:r>
        <w:t>لیکن وہ کتاب جس میں جو فلسفی کی ہو جو آئیڈیالوجی کی ہو۔</w:t>
      </w:r>
    </w:p>
    <w:p>
      <w:r>
        <w:rPr>
          <w:b/>
        </w:rPr>
        <w:t xml:space="preserve">[50:26] </w:t>
      </w:r>
      <w:r>
        <w:t>jis mein koi soch ko bataya gaya ho.</w:t>
      </w:r>
    </w:p>
    <w:p>
      <w:pPr>
        <w:jc w:val="right"/>
      </w:pPr>
      <w:r>
        <w:t>جس میں کوئی سوچ کو بتایا گیا ہو۔</w:t>
      </w:r>
    </w:p>
    <w:p>
      <w:r>
        <w:rPr>
          <w:b/>
        </w:rPr>
        <w:t xml:space="preserve">[50:29] </w:t>
      </w:r>
      <w:r>
        <w:t>jis mein koi mansooba bandi batayi gayi ho.</w:t>
      </w:r>
    </w:p>
    <w:p>
      <w:pPr>
        <w:jc w:val="right"/>
      </w:pPr>
      <w:r>
        <w:t>جس میں کوئی منصوبہ بندی بتائی گئی ہو۔</w:t>
      </w:r>
    </w:p>
    <w:p>
      <w:r>
        <w:rPr>
          <w:b/>
        </w:rPr>
        <w:t xml:space="preserve">[50:33] </w:t>
      </w:r>
      <w:r>
        <w:t>jis mein koi ideology batayi gayi ho.</w:t>
      </w:r>
    </w:p>
    <w:p>
      <w:pPr>
        <w:jc w:val="right"/>
      </w:pPr>
      <w:r>
        <w:t>جس میں کوئی آئیڈیالوجی بتائی گئی ہو۔</w:t>
      </w:r>
    </w:p>
    <w:p>
      <w:r>
        <w:rPr>
          <w:b/>
        </w:rPr>
        <w:t xml:space="preserve">[50:36] </w:t>
      </w:r>
      <w:r>
        <w:t>is sab ke sab maine paya hai confusion confusion confusion</w:t>
      </w:r>
    </w:p>
    <w:p>
      <w:pPr>
        <w:jc w:val="right"/>
      </w:pPr>
      <w:r>
        <w:t>اس سب کے سب میں نے پایا ہے کنفیوژن کنفیوژن کنفیوژن</w:t>
      </w:r>
    </w:p>
    <w:p>
      <w:r>
        <w:rPr>
          <w:b/>
        </w:rPr>
        <w:t xml:space="preserve">[50:39] </w:t>
      </w:r>
      <w:r>
        <w:t>.</w:t>
      </w:r>
    </w:p>
    <w:p>
      <w:pPr>
        <w:jc w:val="right"/>
      </w:pPr>
      <w:r>
        <w:t>۔</w:t>
      </w:r>
    </w:p>
    <w:p>
      <w:r>
        <w:rPr>
          <w:b/>
        </w:rPr>
        <w:t xml:space="preserve">[50:45] </w:t>
      </w:r>
      <w:r>
        <w:t>lekin kyun confusion kyun hota hai wazahat nahi hoti hai.</w:t>
      </w:r>
    </w:p>
    <w:p>
      <w:pPr>
        <w:jc w:val="right"/>
      </w:pPr>
      <w:r>
        <w:t>لیکن کیوں کنفیوژن کیوں ہوتا ہے وضاحت نہیں ہوتی ہے۔</w:t>
      </w:r>
    </w:p>
    <w:p>
      <w:r>
        <w:rPr>
          <w:b/>
        </w:rPr>
        <w:t xml:space="preserve">[50:50] </w:t>
      </w:r>
      <w:r>
        <w:t>logon ke logon ki taqareer mein logon ke article mein logon ki kitabon mein.</w:t>
      </w:r>
    </w:p>
    <w:p>
      <w:pPr>
        <w:jc w:val="right"/>
      </w:pPr>
      <w:r>
        <w:t>لوگوں کے لوگوں کی تقاریر میں لوگوں کے آرٹیکل میں لوگوں کی کتابوں میں۔</w:t>
      </w:r>
    </w:p>
    <w:p>
      <w:r>
        <w:rPr>
          <w:b/>
        </w:rPr>
        <w:t xml:space="preserve">[50:55] </w:t>
      </w:r>
      <w:r>
        <w:t>confusion hi confusion hi confusion hota hai.</w:t>
      </w:r>
    </w:p>
    <w:p>
      <w:pPr>
        <w:jc w:val="right"/>
      </w:pPr>
      <w:r>
        <w:t>کنفیوژن ہی کنفیوژن ہی کنفیوژن ہوتا ہے۔</w:t>
      </w:r>
    </w:p>
    <w:p>
      <w:r>
        <w:rPr>
          <w:b/>
        </w:rPr>
        <w:t xml:space="preserve">[51:00] </w:t>
      </w:r>
      <w:r>
        <w:t>is liye woh samajh mein nahi aati baatein logon ki.</w:t>
      </w:r>
    </w:p>
    <w:p>
      <w:pPr>
        <w:jc w:val="right"/>
      </w:pPr>
      <w:r>
        <w:t>اس لیے وہ سمجھ میں نہیں آتی باتیں لوگوں کی۔</w:t>
      </w:r>
    </w:p>
    <w:p>
      <w:r>
        <w:rPr>
          <w:b/>
        </w:rPr>
        <w:t xml:space="preserve">[51:05] </w:t>
      </w:r>
      <w:r>
        <w:t>lekin quran ek istasna hai quran ka.</w:t>
      </w:r>
    </w:p>
    <w:p>
      <w:pPr>
        <w:jc w:val="right"/>
      </w:pPr>
      <w:r>
        <w:t>لیکن قرآن ایک استثنا ہے قرآن کا۔</w:t>
      </w:r>
    </w:p>
    <w:p>
      <w:r>
        <w:rPr>
          <w:b/>
        </w:rPr>
        <w:t xml:space="preserve">[51:10] </w:t>
      </w:r>
      <w:r>
        <w:t>ke is mein wazahat par excellence hai. wazahat jo hai quran mein par excellence hai. isi liye farmaya ke quran aasan kitaab hai. aasan is silsilay mein. ke is mein wazahat itni zyada hai ke tum is ko is ko parho to parho aur samajhte jao ge. parhte jao ge aur samajhte jao ge. to aasani</w:t>
      </w:r>
    </w:p>
    <w:p>
      <w:pPr>
        <w:jc w:val="right"/>
      </w:pPr>
      <w:r>
        <w:t>کہ اس میں وضاحت پار اکسلا ہے۔ وضاحت جو ہے قرآن میں پار اکسلا ہے۔ اسی لیے فرمایا کہ قرآن آسان کتاب ہے۔ آسان اس سلسلے میں۔ کہ اس میں وضاحت اتنی زیادہ ہے کہ تم اس کو اس کو پڑھو تو پڑھو اور سمجھتے جاؤ گے۔ پڑھتے جاؤ گے اور سمجھتے جاؤ گے۔ تو آسانی</w:t>
      </w:r>
    </w:p>
    <w:p>
      <w:r>
        <w:rPr>
          <w:b/>
        </w:rPr>
        <w:t xml:space="preserve">[51:40] </w:t>
      </w:r>
      <w:r>
        <w:t>ka matlab yahan hai wazahat. aur yeh aik waqea hai. yeh mein ne khud bhi yahi paya hai. ke quran ko parhte jao aur samajhte jao itni wazahat is ke andar hai. lekin samajhne ke liye dekhiye. sirf zaban kaafi nahi hai. yani aap arabi zaban jannay. to yeh sab se pehle ke aap quran ko parhen ge aur samajh jayen ge. quran</w:t>
      </w:r>
    </w:p>
    <w:p>
      <w:pPr>
        <w:jc w:val="right"/>
      </w:pPr>
      <w:r>
        <w:t>کا مطلب یہاں ہے وضاحت۔ اور یہ ایک واقعہ ہے۔ یہ میں نے خود بھی یہی پایا ہے۔ کہ قرآن کو پڑھتے جاؤ اور سمجھتے جاؤ اتنی وضاحت اس کے اندر ہے۔ لیکن سمجھنے کے لیے دیکھئے۔ صرف زبان کافی نہیں ہے۔ یعنی آپ عربی زبان جانیں۔ تو یہ سب سے پہلے کہ آپ قرآن کو پڑھیں گے اور سمجھ جائیں گے۔ قر</w:t>
      </w:r>
    </w:p>
    <w:p>
      <w:r>
        <w:rPr>
          <w:b/>
        </w:rPr>
        <w:t xml:space="preserve">[52:10] </w:t>
      </w:r>
      <w:r>
        <w:t>aani ki baat nahi kisi bhi cheez ko.</w:t>
      </w:r>
    </w:p>
    <w:p>
      <w:pPr>
        <w:jc w:val="right"/>
      </w:pPr>
      <w:r>
        <w:t>آنی کی بات نہیں کسی بھی چیز کو۔</w:t>
      </w:r>
    </w:p>
    <w:p>
      <w:r>
        <w:rPr>
          <w:b/>
        </w:rPr>
        <w:t xml:space="preserve">[52:14] </w:t>
      </w:r>
      <w:r>
        <w:t>aap ek kamre mein baithe hue hain aap ek hall mein taqreer de rahe hain aap sadak par</w:t>
      </w:r>
    </w:p>
    <w:p>
      <w:pPr>
        <w:jc w:val="right"/>
      </w:pPr>
      <w:r>
        <w:t>آپ ایک کمرے میں بیٹھے ہوئے ہیں آپ ایک ہال میں تقریر دے رہے ہیں آپ سڑک پر</w:t>
      </w:r>
    </w:p>
    <w:p>
      <w:r>
        <w:rPr>
          <w:b/>
        </w:rPr>
        <w:t xml:space="preserve">[52:19] </w:t>
      </w:r>
      <w:r>
        <w:t>chal rahe hain koi bhi waqea ho koi bhi waqea ho.</w:t>
      </w:r>
    </w:p>
    <w:p>
      <w:pPr>
        <w:jc w:val="right"/>
      </w:pPr>
      <w:r>
        <w:t>چل رہے ہیں کوئی بھی واقعہ ہو کوئی بھی واقعہ ہو۔</w:t>
      </w:r>
    </w:p>
    <w:p>
      <w:r>
        <w:rPr>
          <w:b/>
        </w:rPr>
        <w:t xml:space="preserve">[52:23] </w:t>
      </w:r>
      <w:r>
        <w:t>to is ke bohat se pehlu hote hain.</w:t>
      </w:r>
    </w:p>
    <w:p>
      <w:pPr>
        <w:jc w:val="right"/>
      </w:pPr>
      <w:r>
        <w:t>تو اس کے بہت سے پہلو ہوتے ہیں۔</w:t>
      </w:r>
    </w:p>
    <w:p>
      <w:r>
        <w:rPr>
          <w:b/>
        </w:rPr>
        <w:t xml:space="preserve">[52:28] </w:t>
      </w:r>
      <w:r>
        <w:t>bohat se pehlu ka jab aap ko pata hota hai.</w:t>
      </w:r>
    </w:p>
    <w:p>
      <w:pPr>
        <w:jc w:val="right"/>
      </w:pPr>
      <w:r>
        <w:t>بہت سے پہلو کا جب آپ کو پتہ ہوتا ہے۔</w:t>
      </w:r>
    </w:p>
    <w:p>
      <w:r>
        <w:rPr>
          <w:b/>
        </w:rPr>
        <w:t xml:space="preserve">[52:32] </w:t>
      </w:r>
      <w:r>
        <w:t>tab ja kar aap samjha kar paate hain kisi cheez ko.</w:t>
      </w:r>
    </w:p>
    <w:p>
      <w:pPr>
        <w:jc w:val="right"/>
      </w:pPr>
      <w:r>
        <w:t>تب جا کر آپ سمجھا کر پاتے ہیں کسی چیز کو۔</w:t>
      </w:r>
    </w:p>
    <w:p>
      <w:r>
        <w:rPr>
          <w:b/>
        </w:rPr>
        <w:t xml:space="preserve">[52:36] </w:t>
      </w:r>
      <w:r>
        <w:t>ek single phenomena ko samjhane ke liye aap ko darjanon. yani</w:t>
      </w:r>
    </w:p>
    <w:p>
      <w:pPr>
        <w:jc w:val="right"/>
      </w:pPr>
      <w:r>
        <w:t>ایک سنگل فیناومینا کو سمجھانے کے لیے آپ کو درجنوں۔ یعنی</w:t>
      </w:r>
    </w:p>
    <w:p>
      <w:r>
        <w:rPr>
          <w:b/>
        </w:rPr>
        <w:t xml:space="preserve">[52:41] </w:t>
      </w:r>
      <w:r>
        <w:t>bohat sare. yani bohat sari cheezon ka ka ka jaan darkar hota hai. to quran ko quran ko samajhne ke liye sirf yeh kaafi nahi hai ke aap zaban jannay. zaban ke janne ke sath sath. aur kya cheez chahiye. aap ke andar bias soch na ho. aap cheezon ko jaisa hai waisa samajh</w:t>
      </w:r>
    </w:p>
    <w:p>
      <w:pPr>
        <w:jc w:val="right"/>
      </w:pPr>
      <w:r>
        <w:t>بہت سارے۔ یعنی بہت ساری چیزوں کا کا کا جان درکار ہوتا ہے۔ تو قرآن کو قرآن کو سمجھنے کے لیے صرف یہ کافی نہیں ہے کہ آپ زبان جانیں۔ زبان کے جاننے کے ساتھ ساتھ۔ اور کیا چیز چاہیے۔ آپ کے اندر باعث سوچ نہ ہو۔ آپ چیزوں کو جیسا ہے ویسا سمج</w:t>
      </w:r>
    </w:p>
    <w:p>
      <w:r>
        <w:rPr>
          <w:b/>
        </w:rPr>
        <w:t xml:space="preserve">[53:11] </w:t>
      </w:r>
      <w:r>
        <w:t>huna jante ho.</w:t>
      </w:r>
    </w:p>
    <w:p>
      <w:pPr>
        <w:jc w:val="right"/>
      </w:pPr>
      <w:r>
        <w:t>ھنا جانتے ہوں۔</w:t>
      </w:r>
    </w:p>
    <w:p>
      <w:r>
        <w:rPr>
          <w:b/>
        </w:rPr>
        <w:t xml:space="preserve">[53:15] </w:t>
      </w:r>
      <w:r>
        <w:t>baais soch jis ke andar hoti hai to is ki soch jo hai aisi ho jati hai jaise</w:t>
      </w:r>
    </w:p>
    <w:p>
      <w:pPr>
        <w:jc w:val="right"/>
      </w:pPr>
      <w:r>
        <w:t>باعث سوچ جس کے اندر ہوتی ہے تو اس کی سوچ جو ہے ایسی ہو جاتی ہے جیسے</w:t>
      </w:r>
    </w:p>
    <w:p>
      <w:r>
        <w:rPr>
          <w:b/>
        </w:rPr>
        <w:t xml:space="preserve">[53:19] </w:t>
      </w:r>
      <w:r>
        <w:t>ke rangeen aankh koi laga le.</w:t>
      </w:r>
    </w:p>
    <w:p>
      <w:pPr>
        <w:jc w:val="right"/>
      </w:pPr>
      <w:r>
        <w:t>کہ رنگین آنکھ کوئی لگا لے۔</w:t>
      </w:r>
    </w:p>
    <w:p>
      <w:r>
        <w:rPr>
          <w:b/>
        </w:rPr>
        <w:t xml:space="preserve">[53:24] </w:t>
      </w:r>
      <w:r>
        <w:t>aap agar ek aankh aisi lagaye hue ho. jo.</w:t>
      </w:r>
    </w:p>
    <w:p>
      <w:pPr>
        <w:jc w:val="right"/>
      </w:pPr>
      <w:r>
        <w:t>آپ اگر ایک آنکھ ایسی لگائے ہوئے ہوں۔ جو۔</w:t>
      </w:r>
    </w:p>
    <w:p>
      <w:r>
        <w:rPr>
          <w:b/>
        </w:rPr>
        <w:t xml:space="preserve">[53:28] </w:t>
      </w:r>
      <w:r>
        <w:t>jis ke jis ke shishe rangeen hain.</w:t>
      </w:r>
    </w:p>
    <w:p>
      <w:pPr>
        <w:jc w:val="right"/>
      </w:pPr>
      <w:r>
        <w:t>جس کے جس کے شیشے رنگین ہیں۔</w:t>
      </w:r>
    </w:p>
    <w:p>
      <w:r>
        <w:rPr>
          <w:b/>
        </w:rPr>
        <w:t xml:space="preserve">[53:32] </w:t>
      </w:r>
      <w:r>
        <w:t>to cheezen aap ko rangeen dikhai dengi.</w:t>
      </w:r>
    </w:p>
    <w:p>
      <w:pPr>
        <w:jc w:val="right"/>
      </w:pPr>
      <w:r>
        <w:t>تو چیزیں آپ کو رنگین دکھائی دیں گی۔</w:t>
      </w:r>
    </w:p>
    <w:p>
      <w:r>
        <w:rPr>
          <w:b/>
        </w:rPr>
        <w:t xml:space="preserve">[53:37] </w:t>
      </w:r>
      <w:r>
        <w:t>to cheezen aap ko rangeen dikhai dengi.</w:t>
      </w:r>
    </w:p>
    <w:p>
      <w:pPr>
        <w:jc w:val="right"/>
      </w:pPr>
      <w:r>
        <w:t>تو چیزیں آپ کو رنگین دکھائی دیں گی۔</w:t>
      </w:r>
    </w:p>
    <w:p>
      <w:r>
        <w:rPr>
          <w:b/>
        </w:rPr>
        <w:t xml:space="preserve">[53:41] </w:t>
      </w:r>
      <w:r>
        <w:t>to ek aadmi ka zehan agar baais zehan hai to cheezen us ko wazeh samajh mein nahi aayen</w:t>
      </w:r>
    </w:p>
    <w:p>
      <w:pPr>
        <w:jc w:val="right"/>
      </w:pPr>
      <w:r>
        <w:t>تو ایک آدمی کا ذہن اگر باعث ذہن ہے تو چیزیں اس کو واضح سمجھ میں نہیں آئیں</w:t>
      </w:r>
    </w:p>
    <w:p>
      <w:r>
        <w:rPr>
          <w:b/>
        </w:rPr>
        <w:t xml:space="preserve">[53:45] </w:t>
      </w:r>
      <w:r>
        <w:t>gi woh apne lehaz se dekhe ga.</w:t>
      </w:r>
    </w:p>
    <w:p>
      <w:pPr>
        <w:jc w:val="right"/>
      </w:pPr>
      <w:r>
        <w:t>گی وہ اپنے لحاظ سے دیکھے گا۔</w:t>
      </w:r>
    </w:p>
    <w:p>
      <w:r>
        <w:rPr>
          <w:b/>
        </w:rPr>
        <w:t xml:space="preserve">[53:49] </w:t>
      </w:r>
      <w:r>
        <w:t>to quran ko samajhne ke liye zaroori hai ke aadmi ke andar.</w:t>
      </w:r>
    </w:p>
    <w:p>
      <w:pPr>
        <w:jc w:val="right"/>
      </w:pPr>
      <w:r>
        <w:t>تو قرآن کو سمجھنے کے لیے ضروری ہے کہ آدمی کے اندر۔</w:t>
      </w:r>
    </w:p>
    <w:p>
      <w:r>
        <w:rPr>
          <w:b/>
        </w:rPr>
        <w:t xml:space="preserve">[53:53] </w:t>
      </w:r>
      <w:r>
        <w:t>baais soch na ho. baais soch.</w:t>
      </w:r>
    </w:p>
    <w:p>
      <w:pPr>
        <w:jc w:val="right"/>
      </w:pPr>
      <w:r>
        <w:t>باعث سوچ نہ ہو۔ باعث سوچ۔</w:t>
      </w:r>
    </w:p>
    <w:p>
      <w:r>
        <w:rPr>
          <w:b/>
        </w:rPr>
        <w:t xml:space="preserve">[53:57] </w:t>
      </w:r>
      <w:r>
        <w:t>aam fehm is ka zinda ho.</w:t>
      </w:r>
    </w:p>
    <w:p>
      <w:pPr>
        <w:jc w:val="right"/>
      </w:pPr>
      <w:r>
        <w:t>عام فہم اس کا زندہ ہو۔</w:t>
      </w:r>
    </w:p>
    <w:p>
      <w:r>
        <w:rPr>
          <w:b/>
        </w:rPr>
        <w:t xml:space="preserve">[54:01] </w:t>
      </w:r>
      <w:r>
        <w:t>aam fehm is ka.</w:t>
      </w:r>
    </w:p>
    <w:p>
      <w:pPr>
        <w:jc w:val="right"/>
      </w:pPr>
      <w:r>
        <w:t>عام فہم اس کا۔</w:t>
      </w:r>
    </w:p>
    <w:p>
      <w:r>
        <w:rPr>
          <w:b/>
        </w:rPr>
        <w:t xml:space="preserve">[54:05] </w:t>
      </w:r>
      <w:r>
        <w:t>khatm na ho gaya ho.</w:t>
      </w:r>
    </w:p>
    <w:p>
      <w:pPr>
        <w:jc w:val="right"/>
      </w:pPr>
      <w:r>
        <w:t>ختم نہ ہو گیا ہو۔</w:t>
      </w:r>
    </w:p>
    <w:p>
      <w:r>
        <w:rPr>
          <w:b/>
        </w:rPr>
        <w:t xml:space="preserve">[54:08] </w:t>
      </w:r>
      <w:r>
        <w:t>is ka aam fehm zinda ho.</w:t>
      </w:r>
    </w:p>
    <w:p>
      <w:pPr>
        <w:jc w:val="right"/>
      </w:pPr>
      <w:r>
        <w:t>اس کا عام فہم زندہ ہو۔</w:t>
      </w:r>
    </w:p>
    <w:p>
      <w:r>
        <w:rPr>
          <w:b/>
        </w:rPr>
        <w:t xml:space="preserve">[54:12] </w:t>
      </w:r>
      <w:r>
        <w:t>is ko kuch عمومی ilm ho.</w:t>
      </w:r>
    </w:p>
    <w:p>
      <w:pPr>
        <w:jc w:val="right"/>
      </w:pPr>
      <w:r>
        <w:t>اس کو کچھ عمومی علم ہو۔</w:t>
      </w:r>
    </w:p>
    <w:p>
      <w:r>
        <w:rPr>
          <w:b/>
        </w:rPr>
        <w:t xml:space="preserve">[54:18] </w:t>
      </w:r>
      <w:r>
        <w:t>عمومی ilm yeh bohat hi zaroori hai.</w:t>
      </w:r>
    </w:p>
    <w:p>
      <w:pPr>
        <w:jc w:val="right"/>
      </w:pPr>
      <w:r>
        <w:t>عمومی علم یہ بہت ہی ضروری ہے۔</w:t>
      </w:r>
    </w:p>
    <w:p>
      <w:r>
        <w:rPr>
          <w:b/>
        </w:rPr>
        <w:t xml:space="preserve">[54:23] </w:t>
      </w:r>
      <w:r>
        <w:t>is ke andar qudrati hikmat ho. qudrati hikmat.</w:t>
      </w:r>
    </w:p>
    <w:p>
      <w:pPr>
        <w:jc w:val="right"/>
      </w:pPr>
      <w:r>
        <w:t>اس کے اندر قدرتی حکمت ہو۔ قدرتی حکمت۔</w:t>
      </w:r>
    </w:p>
    <w:p>
      <w:r>
        <w:rPr>
          <w:b/>
        </w:rPr>
        <w:t xml:space="preserve">[54:28] </w:t>
      </w:r>
      <w:r>
        <w:t>is ne apni conditioning ki ho woh apni conditioning ko deconditioning kiya ho.</w:t>
      </w:r>
    </w:p>
    <w:p>
      <w:pPr>
        <w:jc w:val="right"/>
      </w:pPr>
      <w:r>
        <w:t>اس نے اپنی کنڈیشننگ کی ہو وہ اپنی کنڈیشننگ کو ڈی کنڈیشن کیا ہو۔</w:t>
      </w:r>
    </w:p>
    <w:p>
      <w:r>
        <w:rPr>
          <w:b/>
        </w:rPr>
        <w:t xml:space="preserve">[54:34] </w:t>
      </w:r>
      <w:r>
        <w:t>dekhen har aadmi conditioning ka case hai.</w:t>
      </w:r>
    </w:p>
    <w:p>
      <w:pPr>
        <w:jc w:val="right"/>
      </w:pPr>
      <w:r>
        <w:t>دیکھیں ہر آدمی کنڈیشننگ کا کیس ہے۔</w:t>
      </w:r>
    </w:p>
    <w:p>
      <w:r>
        <w:rPr>
          <w:b/>
        </w:rPr>
        <w:t xml:space="preserve">[54:39] </w:t>
      </w:r>
      <w:r>
        <w:t>to apni conditioning ko de-conditioning karna parta hai.</w:t>
      </w:r>
    </w:p>
    <w:p>
      <w:pPr>
        <w:jc w:val="right"/>
      </w:pPr>
      <w:r>
        <w:t>تو اپنی کنڈیشننگ کو ڈی کنڈیشن کرنا پڑتا ہے۔</w:t>
      </w:r>
    </w:p>
    <w:p>
      <w:r>
        <w:rPr>
          <w:b/>
        </w:rPr>
        <w:t xml:space="preserve">[54:45] </w:t>
      </w:r>
      <w:r>
        <w:t>tab aadmi jaisa hai waisa sochne wala banta hai.</w:t>
      </w:r>
    </w:p>
    <w:p>
      <w:pPr>
        <w:jc w:val="right"/>
      </w:pPr>
      <w:r>
        <w:t>تب آدمی جیسا ہے ویسا سوچنے والا بنتا ہے۔</w:t>
      </w:r>
    </w:p>
    <w:p>
      <w:r>
        <w:rPr>
          <w:b/>
        </w:rPr>
        <w:t xml:space="preserve">[54:50] </w:t>
      </w:r>
      <w:r>
        <w:t>jab tak aap ko jaisa hai waisa sochna na ho to aap samajh nahin sakte quran ko.</w:t>
      </w:r>
    </w:p>
    <w:p>
      <w:pPr>
        <w:jc w:val="right"/>
      </w:pPr>
      <w:r>
        <w:t>جب تک آپ کو جیسا ہے ویسا سوچنا نہ ہو تو آپ سمجھ نہیں سکتے قرآن کو۔</w:t>
      </w:r>
    </w:p>
    <w:p>
      <w:r>
        <w:rPr>
          <w:b/>
        </w:rPr>
        <w:t xml:space="preserve">[54:55] </w:t>
      </w:r>
      <w:r>
        <w:t>quran par jo kitabein likhi gayi hain.</w:t>
      </w:r>
    </w:p>
    <w:p>
      <w:pPr>
        <w:jc w:val="right"/>
      </w:pPr>
      <w:r>
        <w:t>قرآن پر جو کتابیں لکھی گئی ہیں۔</w:t>
      </w:r>
    </w:p>
    <w:p>
      <w:r>
        <w:rPr>
          <w:b/>
        </w:rPr>
        <w:t xml:space="preserve">[55:00] </w:t>
      </w:r>
      <w:r>
        <w:t>is mein bohat si cheezein likhte hain ke 80 uloom jaanna chahiye aadmi ko.</w:t>
      </w:r>
    </w:p>
    <w:p>
      <w:pPr>
        <w:jc w:val="right"/>
      </w:pPr>
      <w:r>
        <w:t>اس میں بہت سی چیزیں لکھتے ہیں کہ 80 علوم جاننا چاہیے آدمی کو۔</w:t>
      </w:r>
    </w:p>
    <w:p>
      <w:r>
        <w:rPr>
          <w:b/>
        </w:rPr>
        <w:t xml:space="preserve">[55:05] </w:t>
      </w:r>
      <w:r>
        <w:t>grammar aur balaghat aur.</w:t>
      </w:r>
    </w:p>
    <w:p>
      <w:pPr>
        <w:jc w:val="right"/>
      </w:pPr>
      <w:r>
        <w:t>گرامر اور بلاغت اور۔</w:t>
      </w:r>
    </w:p>
    <w:p>
      <w:r>
        <w:rPr>
          <w:b/>
        </w:rPr>
        <w:t xml:space="preserve">[55:10] </w:t>
      </w:r>
      <w:r>
        <w:t>tareekh aur waghera waghera.</w:t>
      </w:r>
    </w:p>
    <w:p>
      <w:pPr>
        <w:jc w:val="right"/>
      </w:pPr>
      <w:r>
        <w:t>تاریخ اور وغیرہ وغیرہ۔</w:t>
      </w:r>
    </w:p>
    <w:p>
      <w:r>
        <w:rPr>
          <w:b/>
        </w:rPr>
        <w:t xml:space="preserve">[55:15] </w:t>
      </w:r>
      <w:r>
        <w:t>wo saari 80 kitabein wo saare 80 ilm jo hain mein samajhta hoon ke is ki wo sab relative hain.</w:t>
      </w:r>
    </w:p>
    <w:p>
      <w:pPr>
        <w:jc w:val="right"/>
      </w:pPr>
      <w:r>
        <w:t>وہ ساری 80 کتابیں وہ سارے 80 علم جو ہیں میں سمجھتا ہوں کہ اس کی وہ سب ریلیٹو ہیں۔</w:t>
      </w:r>
    </w:p>
    <w:p>
      <w:r>
        <w:rPr>
          <w:b/>
        </w:rPr>
        <w:t xml:space="preserve">[55:19] </w:t>
      </w:r>
      <w:r>
        <w:t>asal jo hai asal ahmiyat yeh hai ke aap ke andar.</w:t>
      </w:r>
    </w:p>
    <w:p>
      <w:pPr>
        <w:jc w:val="right"/>
      </w:pPr>
      <w:r>
        <w:t>اصل جو ہے اصل اہمیت یہ ہے کہ آپ کے اندر۔</w:t>
      </w:r>
    </w:p>
    <w:p>
      <w:r>
        <w:rPr>
          <w:b/>
        </w:rPr>
        <w:t xml:space="preserve">[55:23] </w:t>
      </w:r>
      <w:r>
        <w:t>baais na ho.</w:t>
      </w:r>
    </w:p>
    <w:p>
      <w:pPr>
        <w:jc w:val="right"/>
      </w:pPr>
      <w:r>
        <w:t>باعث نہ ہو۔</w:t>
      </w:r>
    </w:p>
    <w:p>
      <w:r>
        <w:rPr>
          <w:b/>
        </w:rPr>
        <w:t xml:space="preserve">[55:28] </w:t>
      </w:r>
      <w:r>
        <w:t>aap ke andar aap ka aam fehm zinda ho.</w:t>
      </w:r>
    </w:p>
    <w:p>
      <w:pPr>
        <w:jc w:val="right"/>
      </w:pPr>
      <w:r>
        <w:t>آپ کے اندر آپ کا عام فہم زندہ ہو۔</w:t>
      </w:r>
    </w:p>
    <w:p>
      <w:r>
        <w:rPr>
          <w:b/>
        </w:rPr>
        <w:t xml:space="preserve">[55:32] </w:t>
      </w:r>
      <w:r>
        <w:t>aap ke andar qudrati hikmat ho aap ke andar.</w:t>
      </w:r>
    </w:p>
    <w:p>
      <w:pPr>
        <w:jc w:val="right"/>
      </w:pPr>
      <w:r>
        <w:t>آپ کے اندر قدرتی حکمت ہو آپ کے اندر۔</w:t>
      </w:r>
    </w:p>
    <w:p>
      <w:r>
        <w:rPr>
          <w:b/>
        </w:rPr>
        <w:t xml:space="preserve">[55:36] </w:t>
      </w:r>
      <w:r>
        <w:t>aap ne apni de-conditioning ki ho.</w:t>
      </w:r>
    </w:p>
    <w:p>
      <w:pPr>
        <w:jc w:val="right"/>
      </w:pPr>
      <w:r>
        <w:t>آپ نے اپنی ڈی کنڈیشننگ کی ہو۔</w:t>
      </w:r>
    </w:p>
    <w:p>
      <w:r>
        <w:rPr>
          <w:b/>
        </w:rPr>
        <w:t xml:space="preserve">[55:41] </w:t>
      </w:r>
      <w:r>
        <w:t>aap ko umoomi ilm ho aap ko</w:t>
      </w:r>
    </w:p>
    <w:p>
      <w:pPr>
        <w:jc w:val="right"/>
      </w:pPr>
      <w:r>
        <w:t>آپ کو عمومی علم ہو۔ آپ کو</w:t>
      </w:r>
    </w:p>
    <w:p>
      <w:r>
        <w:rPr>
          <w:b/>
        </w:rPr>
        <w:t xml:space="preserve">[55:45] </w:t>
      </w:r>
      <w:r>
        <w:t>tareekh ke baray mein bhi kuch pata ho.</w:t>
      </w:r>
    </w:p>
    <w:p>
      <w:pPr>
        <w:jc w:val="right"/>
      </w:pPr>
      <w:r>
        <w:t>تاریخ کے بارے میں بھی کچھ پتہ ہو۔</w:t>
      </w:r>
    </w:p>
    <w:p>
      <w:r>
        <w:rPr>
          <w:b/>
        </w:rPr>
        <w:t xml:space="preserve">[55:49] </w:t>
      </w:r>
      <w:r>
        <w:t>jab yeh sab ho tab bhi aap ka.</w:t>
      </w:r>
    </w:p>
    <w:p>
      <w:pPr>
        <w:jc w:val="right"/>
      </w:pPr>
      <w:r>
        <w:t>جب یہ سب ہو تب بھی آپ کا۔</w:t>
      </w:r>
    </w:p>
    <w:p>
      <w:r>
        <w:rPr>
          <w:b/>
        </w:rPr>
        <w:t xml:space="preserve">[55:53] </w:t>
      </w:r>
      <w:r>
        <w:t>aap aik tayyar zehn bante hain quran ko samajhne ke liye.</w:t>
      </w:r>
    </w:p>
    <w:p>
      <w:pPr>
        <w:jc w:val="right"/>
      </w:pPr>
      <w:r>
        <w:t>آپ ایک تیار ذہن بنتے ہیں قرآن کو سمجھنے کے لیے۔</w:t>
      </w:r>
    </w:p>
    <w:p>
      <w:r>
        <w:rPr>
          <w:b/>
        </w:rPr>
        <w:t xml:space="preserve">[55:56] </w:t>
      </w:r>
      <w:r>
        <w:t>qurani ki baat nahin har kitab ki baat mein kahunga.</w:t>
      </w:r>
    </w:p>
    <w:p>
      <w:pPr>
        <w:jc w:val="right"/>
      </w:pPr>
      <w:r>
        <w:t>قرآنی کی بات نہیں ہر کتاب کی بات میں کہوں گا۔</w:t>
      </w:r>
    </w:p>
    <w:p>
      <w:r>
        <w:rPr>
          <w:b/>
        </w:rPr>
        <w:t xml:space="preserve">[56:00] </w:t>
      </w:r>
      <w:r>
        <w:t>kisi bhi kitab ko.</w:t>
      </w:r>
    </w:p>
    <w:p>
      <w:pPr>
        <w:jc w:val="right"/>
      </w:pPr>
      <w:r>
        <w:t>کسی بھی کتاب کو۔</w:t>
      </w:r>
    </w:p>
    <w:p>
      <w:r>
        <w:rPr>
          <w:b/>
        </w:rPr>
        <w:t xml:space="preserve">[56:04] </w:t>
      </w:r>
      <w:r>
        <w:t>gehrayi ke sath samajhne ke liye zaroori hai ke aap aik tayyar zehn hon.</w:t>
      </w:r>
    </w:p>
    <w:p>
      <w:pPr>
        <w:jc w:val="right"/>
      </w:pPr>
      <w:r>
        <w:t>گہرائی کے ساتھ سمجھنے کے لیے ضروری ہے کہ آپ ایک تیار ذہن ہوں۔</w:t>
      </w:r>
    </w:p>
    <w:p>
      <w:r>
        <w:rPr>
          <w:b/>
        </w:rPr>
        <w:t xml:space="preserve">[56:08] </w:t>
      </w:r>
      <w:r>
        <w:t>aap ke andar wo pas manzar maujood ho.</w:t>
      </w:r>
    </w:p>
    <w:p>
      <w:pPr>
        <w:jc w:val="right"/>
      </w:pPr>
      <w:r>
        <w:t>آپ کے اندر وہ پس منظر موجود ہو۔</w:t>
      </w:r>
    </w:p>
    <w:p>
      <w:r>
        <w:rPr>
          <w:b/>
        </w:rPr>
        <w:t xml:space="preserve">[56:12] </w:t>
      </w:r>
      <w:r>
        <w:t>to quran ko aik martaba agar aap ne parh liya aisi</w:t>
      </w:r>
    </w:p>
    <w:p>
      <w:pPr>
        <w:jc w:val="right"/>
      </w:pPr>
      <w:r>
        <w:t>تو قرآن کو ایک مرتبہ اگر آپ پڑھ لیا ایسی</w:t>
      </w:r>
    </w:p>
    <w:p>
      <w:r>
        <w:rPr>
          <w:b/>
        </w:rPr>
        <w:t xml:space="preserve">[56:15] </w:t>
      </w:r>
      <w:r>
        <w:t>to aap nahin samajh payenge.</w:t>
      </w:r>
    </w:p>
    <w:p>
      <w:pPr>
        <w:jc w:val="right"/>
      </w:pPr>
      <w:r>
        <w:t>تو آپ نہیں سمجھ پائیں گے۔</w:t>
      </w:r>
    </w:p>
    <w:p>
      <w:r>
        <w:rPr>
          <w:b/>
        </w:rPr>
        <w:t xml:space="preserve">[56:20] </w:t>
      </w:r>
      <w:r>
        <w:t>hazrat aisha ke baray mein aata hai.</w:t>
      </w:r>
    </w:p>
    <w:p>
      <w:pPr>
        <w:jc w:val="right"/>
      </w:pPr>
      <w:r>
        <w:t>حضرت عائشہ کے بارے میں آتا ہے۔</w:t>
      </w:r>
    </w:p>
    <w:p>
      <w:r>
        <w:rPr>
          <w:b/>
        </w:rPr>
        <w:t xml:space="preserve">[56:24] </w:t>
      </w:r>
      <w:r>
        <w:t>ke un se bataya gaya ke aik aadmi jo hai rozana quran khatam karta rehta hai.</w:t>
      </w:r>
    </w:p>
    <w:p>
      <w:pPr>
        <w:jc w:val="right"/>
      </w:pPr>
      <w:r>
        <w:t>کہ ان سے بتایا گیا کہ ایک آدمی جو ہے روزانہ قرآن ختم کرتا رہتا ہے۔</w:t>
      </w:r>
    </w:p>
    <w:p>
      <w:r>
        <w:rPr>
          <w:b/>
        </w:rPr>
        <w:t xml:space="preserve">[56:29] </w:t>
      </w:r>
      <w:r>
        <w:t>ek quran rozana khatm karta hai woh.</w:t>
      </w:r>
    </w:p>
    <w:p>
      <w:pPr>
        <w:jc w:val="right"/>
      </w:pPr>
      <w:r>
        <w:t>ایک قرآن روزانہ ختم کرتا ہے وہ۔</w:t>
      </w:r>
    </w:p>
    <w:p>
      <w:r>
        <w:rPr>
          <w:b/>
        </w:rPr>
        <w:t xml:space="preserve">[56:33] </w:t>
      </w:r>
      <w:r>
        <w:t>kuch log kuch log aise hain jo aisa karte hain.</w:t>
      </w:r>
    </w:p>
    <w:p>
      <w:pPr>
        <w:jc w:val="right"/>
      </w:pPr>
      <w:r>
        <w:t>کچھ لوگ کچھ لوگ ایسے ہیں جو ایسا کرتے ہیں۔</w:t>
      </w:r>
    </w:p>
    <w:p>
      <w:r>
        <w:rPr>
          <w:b/>
        </w:rPr>
        <w:t xml:space="preserve">[56:37] </w:t>
      </w:r>
      <w:r>
        <w:t>to aap ne kaha ke.</w:t>
      </w:r>
    </w:p>
    <w:p>
      <w:pPr>
        <w:jc w:val="right"/>
      </w:pPr>
      <w:r>
        <w:t>تو آپ نے کہا کہ۔</w:t>
      </w:r>
    </w:p>
    <w:p>
      <w:r>
        <w:rPr>
          <w:b/>
        </w:rPr>
        <w:t xml:space="preserve">[56:42] </w:t>
      </w:r>
      <w:r>
        <w:t>awlaika qaru wa lam yaqru.</w:t>
      </w:r>
    </w:p>
    <w:p>
      <w:pPr>
        <w:jc w:val="right"/>
      </w:pPr>
      <w:r>
        <w:t>اولئک قرو ولم یقرو۔</w:t>
      </w:r>
    </w:p>
    <w:p>
      <w:r>
        <w:rPr>
          <w:b/>
        </w:rPr>
        <w:t xml:space="preserve">[56:46] </w:t>
      </w:r>
      <w:r>
        <w:t>awlaika qaru wa lam yaqru.</w:t>
      </w:r>
    </w:p>
    <w:p>
      <w:pPr>
        <w:jc w:val="right"/>
      </w:pPr>
      <w:r>
        <w:t>اولئک قرو ولم یقرو۔</w:t>
      </w:r>
    </w:p>
    <w:p>
      <w:r>
        <w:rPr>
          <w:b/>
        </w:rPr>
        <w:t xml:space="preserve">[56:50] </w:t>
      </w:r>
      <w:r>
        <w:t>unhon ne parha magar unhon ne nahi parha.</w:t>
      </w:r>
    </w:p>
    <w:p>
      <w:pPr>
        <w:jc w:val="right"/>
      </w:pPr>
      <w:r>
        <w:t>انہوں نے پڑھا مگر انہوں نے نہیں پڑھا۔</w:t>
      </w:r>
    </w:p>
    <w:p>
      <w:r>
        <w:rPr>
          <w:b/>
        </w:rPr>
        <w:t xml:space="preserve">[56:54] </w:t>
      </w:r>
      <w:r>
        <w:t>yani Hazrat Aisha ko bataya gaya ke kuch log aise hain jo har din ek quran khatm karte hain.</w:t>
      </w:r>
    </w:p>
    <w:p>
      <w:pPr>
        <w:jc w:val="right"/>
      </w:pPr>
      <w:r>
        <w:t>یعنی حضرت عائشہ کو بتایا گیا کہ کچھ لوگ ایسے ہیں جو ہر دن ایک قرآن ختم کرتے ہیں۔</w:t>
      </w:r>
    </w:p>
    <w:p>
      <w:r>
        <w:rPr>
          <w:b/>
        </w:rPr>
        <w:t xml:space="preserve">[56:57] </w:t>
      </w:r>
      <w:r>
        <w:t>har din ek quran.</w:t>
      </w:r>
    </w:p>
    <w:p>
      <w:pPr>
        <w:jc w:val="right"/>
      </w:pPr>
      <w:r>
        <w:t>ہر دن ایک قرآن۔</w:t>
      </w:r>
    </w:p>
    <w:p>
      <w:r>
        <w:rPr>
          <w:b/>
        </w:rPr>
        <w:t xml:space="preserve">[57:01] </w:t>
      </w:r>
      <w:r>
        <w:t>to unhon ne kaha ke awlaika qaru wa lam yaqru.</w:t>
      </w:r>
    </w:p>
    <w:p>
      <w:pPr>
        <w:jc w:val="right"/>
      </w:pPr>
      <w:r>
        <w:t>تو انہوں نے کہا کہ اولئک قرو ولم یقرو۔</w:t>
      </w:r>
    </w:p>
    <w:p>
      <w:r>
        <w:rPr>
          <w:b/>
        </w:rPr>
        <w:t xml:space="preserve">[57:05] </w:t>
      </w:r>
      <w:r>
        <w:t>unhon ne parha magar unhon ne nahi parha.</w:t>
      </w:r>
    </w:p>
    <w:p>
      <w:pPr>
        <w:jc w:val="right"/>
      </w:pPr>
      <w:r>
        <w:t>انہوں نے پڑھا مگر انہوں نے نہیں پڑھا۔</w:t>
      </w:r>
    </w:p>
    <w:p>
      <w:r>
        <w:rPr>
          <w:b/>
        </w:rPr>
        <w:t xml:space="preserve">[57:09] </w:t>
      </w:r>
      <w:r>
        <w:t>kyun dhyan diya nahi. socha nahi.</w:t>
      </w:r>
    </w:p>
    <w:p>
      <w:pPr>
        <w:jc w:val="right"/>
      </w:pPr>
      <w:r>
        <w:t>کیوں دھیان دیا نہیں۔ سوچا نہیں۔</w:t>
      </w:r>
    </w:p>
    <w:p>
      <w:r>
        <w:rPr>
          <w:b/>
        </w:rPr>
        <w:t xml:space="preserve">[57:12] </w:t>
      </w:r>
      <w:r>
        <w:t>thehar thehar kar ke is</w:t>
      </w:r>
    </w:p>
    <w:p>
      <w:pPr>
        <w:jc w:val="right"/>
      </w:pPr>
      <w:r>
        <w:t>ٹھہر ٹھہر کر کے اس</w:t>
      </w:r>
    </w:p>
    <w:p>
      <w:r>
        <w:rPr>
          <w:b/>
        </w:rPr>
        <w:t xml:space="preserve">[57:16] </w:t>
      </w:r>
      <w:r>
        <w:t>par ghor kiya nahi.</w:t>
      </w:r>
    </w:p>
    <w:p>
      <w:pPr>
        <w:jc w:val="right"/>
      </w:pPr>
      <w:r>
        <w:t>پر غور کیا نہیں۔</w:t>
      </w:r>
    </w:p>
    <w:p>
      <w:r>
        <w:rPr>
          <w:b/>
        </w:rPr>
        <w:t xml:space="preserve">[57:20] </w:t>
      </w:r>
      <w:r>
        <w:t>bas aise hi parhte chale gaye parhte chale gaye.</w:t>
      </w:r>
    </w:p>
    <w:p>
      <w:pPr>
        <w:jc w:val="right"/>
      </w:pPr>
      <w:r>
        <w:t>بس ایسے ہی پڑھتے چلے گئے پڑھتے چلے گئے۔</w:t>
      </w:r>
    </w:p>
    <w:p>
      <w:r>
        <w:rPr>
          <w:b/>
        </w:rPr>
        <w:t xml:space="preserve">[57:24] </w:t>
      </w:r>
      <w:r>
        <w:t>to parhne se quran samajh mein nahi aayega.</w:t>
      </w:r>
    </w:p>
    <w:p>
      <w:pPr>
        <w:jc w:val="right"/>
      </w:pPr>
      <w:r>
        <w:t>تو پڑھنے سے قرآن سمجھ میں نہیں آئے گا۔</w:t>
      </w:r>
    </w:p>
    <w:p>
      <w:r>
        <w:rPr>
          <w:b/>
        </w:rPr>
        <w:t xml:space="preserve">[57:28] </w:t>
      </w:r>
      <w:r>
        <w:t>mutalea karna padega mutalea karna padega dhyan dena padega soch bichar karna padega.</w:t>
      </w:r>
    </w:p>
    <w:p>
      <w:pPr>
        <w:jc w:val="right"/>
      </w:pPr>
      <w:r>
        <w:t>مطالعہ کرنا پڑے گا مطالعہ کرنا پڑے گا دھیان دینا پڑے گا سوچ بچار کرنا پڑے گا۔</w:t>
      </w:r>
    </w:p>
    <w:p>
      <w:r>
        <w:rPr>
          <w:b/>
        </w:rPr>
        <w:t xml:space="preserve">[57:32] </w:t>
      </w:r>
      <w:r>
        <w:t>iske liye bhi aap ko tayyar zehan chahiye.</w:t>
      </w:r>
    </w:p>
    <w:p>
      <w:pPr>
        <w:jc w:val="right"/>
      </w:pPr>
      <w:r>
        <w:t>اس کے لیے بھی آپ کو تیار ذہن چاہیے۔</w:t>
      </w:r>
    </w:p>
    <w:p>
      <w:r>
        <w:rPr>
          <w:b/>
        </w:rPr>
        <w:t xml:space="preserve">[57:36] </w:t>
      </w:r>
      <w:r>
        <w:t>tayyar zehan hona chahiye.</w:t>
      </w:r>
    </w:p>
    <w:p>
      <w:pPr>
        <w:jc w:val="right"/>
      </w:pPr>
      <w:r>
        <w:t>تیار ذہن ہونا چاہیے۔</w:t>
      </w:r>
    </w:p>
    <w:p>
      <w:r>
        <w:rPr>
          <w:b/>
        </w:rPr>
        <w:t xml:space="preserve">[57:40] </w:t>
      </w:r>
      <w:r>
        <w:t>to main yeh kahunga ke quran.</w:t>
      </w:r>
    </w:p>
    <w:p>
      <w:pPr>
        <w:jc w:val="right"/>
      </w:pPr>
      <w:r>
        <w:t>تو میں یہ کہوں گا کہ قرآن۔</w:t>
      </w:r>
    </w:p>
    <w:p>
      <w:r>
        <w:rPr>
          <w:b/>
        </w:rPr>
        <w:t xml:space="preserve">[57:45] </w:t>
      </w:r>
      <w:r>
        <w:t>zindagi ki science hai.</w:t>
      </w:r>
    </w:p>
    <w:p>
      <w:pPr>
        <w:jc w:val="right"/>
      </w:pPr>
      <w:r>
        <w:t>زندگی کی سائنس ہے۔</w:t>
      </w:r>
    </w:p>
    <w:p>
      <w:r>
        <w:rPr>
          <w:b/>
        </w:rPr>
        <w:t xml:space="preserve">[57:49] </w:t>
      </w:r>
      <w:r>
        <w:t>quran hum ko.</w:t>
      </w:r>
    </w:p>
    <w:p>
      <w:pPr>
        <w:jc w:val="right"/>
      </w:pPr>
      <w:r>
        <w:t>قرآن ہم کو۔</w:t>
      </w:r>
    </w:p>
    <w:p>
      <w:r>
        <w:rPr>
          <w:b/>
        </w:rPr>
        <w:t xml:space="preserve">[57:52] </w:t>
      </w:r>
      <w:r>
        <w:t>takleeqi mansooba Khuda ka batata hai.</w:t>
      </w:r>
    </w:p>
    <w:p>
      <w:pPr>
        <w:jc w:val="right"/>
      </w:pPr>
      <w:r>
        <w:t>تخلیقی منصوبہ خدا کا بتاتا ہے۔</w:t>
      </w:r>
    </w:p>
    <w:p>
      <w:r>
        <w:rPr>
          <w:b/>
        </w:rPr>
        <w:t xml:space="preserve">[57:56] </w:t>
      </w:r>
      <w:r>
        <w:t>quran hum ko batata hai ke hum kaise dunya mein.</w:t>
      </w:r>
    </w:p>
    <w:p>
      <w:pPr>
        <w:jc w:val="right"/>
      </w:pPr>
      <w:r>
        <w:t>قرآن ہم کو بتاتا ہے کہ ہم کیسے دنیا میں۔</w:t>
      </w:r>
    </w:p>
    <w:p>
      <w:r>
        <w:rPr>
          <w:b/>
        </w:rPr>
        <w:t xml:space="preserve">[58:00] </w:t>
      </w:r>
      <w:r>
        <w:t>masbat soch ke sath rahen.</w:t>
      </w:r>
    </w:p>
    <w:p>
      <w:pPr>
        <w:jc w:val="right"/>
      </w:pPr>
      <w:r>
        <w:t>مثبت سوچ کے ساتھ رہیں۔</w:t>
      </w:r>
    </w:p>
    <w:p>
      <w:r>
        <w:rPr>
          <w:b/>
        </w:rPr>
        <w:t xml:space="preserve">[58:04] </w:t>
      </w:r>
      <w:r>
        <w:t>quran batata hai ke hum kaise muassar mansooba bandi karen.</w:t>
      </w:r>
    </w:p>
    <w:p>
      <w:pPr>
        <w:jc w:val="right"/>
      </w:pPr>
      <w:r>
        <w:t>قرآن بتاتا ہے کہ ہم کیسے مؤثر منصوبہ بندی کریں۔</w:t>
      </w:r>
    </w:p>
    <w:p>
      <w:r>
        <w:rPr>
          <w:b/>
        </w:rPr>
        <w:t xml:space="preserve">[58:08] </w:t>
      </w:r>
      <w:r>
        <w:t>apne kamon ki.</w:t>
      </w:r>
    </w:p>
    <w:p>
      <w:pPr>
        <w:jc w:val="right"/>
      </w:pPr>
      <w:r>
        <w:t>اپنے کاموں کی۔</w:t>
      </w:r>
    </w:p>
    <w:p>
      <w:r>
        <w:rPr>
          <w:b/>
        </w:rPr>
        <w:t xml:space="preserve">[58:12] </w:t>
      </w:r>
      <w:r>
        <w:t>quran batata hai ke dunya mein jo.</w:t>
      </w:r>
    </w:p>
    <w:p>
      <w:pPr>
        <w:jc w:val="right"/>
      </w:pPr>
      <w:r>
        <w:t>قرآن بتاتا ہے کہ دنیا میں جو۔</w:t>
      </w:r>
    </w:p>
    <w:p>
      <w:r>
        <w:rPr>
          <w:b/>
        </w:rPr>
        <w:t xml:space="preserve">[58:16] </w:t>
      </w:r>
      <w:r>
        <w:t>narazgiyan hoti hain.</w:t>
      </w:r>
    </w:p>
    <w:p>
      <w:pPr>
        <w:jc w:val="right"/>
      </w:pPr>
      <w:r>
        <w:t>ناراضگیاں ہوتی ہیں۔</w:t>
      </w:r>
    </w:p>
    <w:p>
      <w:r>
        <w:rPr>
          <w:b/>
        </w:rPr>
        <w:t xml:space="preserve">[58:20] </w:t>
      </w:r>
      <w:r>
        <w:t>jo bohran aata hai. to is ko hum kaise manage karen. quran batata hai ke dunya mein. dost se kaise muamla karo dushman se kaise muamla karo. quran yeh batata hai ke kis tarah se. society mein raho kis tarah family mein raho. kamyabi ke sath. rasool Allah ne dunya ka sab se</w:t>
      </w:r>
    </w:p>
    <w:p>
      <w:pPr>
        <w:jc w:val="right"/>
      </w:pPr>
      <w:r>
        <w:t>جو بحران آتا ہے۔ تو اس کو ہم کیسے منیج کریں۔ قرآن بتاتا ہے کہ دنیا میں۔ دوست سے کیسے معاملہ کرو دشمن سے کیسے معاملہ کرو۔ قرآن یہ بتاتا ہے کہ کس طرح سے۔ سوسائٹی میں رہو کس طرح فیملی میں رہو۔ کامیابی کے ساتھ۔ رسول اللہ نے دنیا کا سب سے</w:t>
      </w:r>
    </w:p>
    <w:p>
      <w:r>
        <w:rPr>
          <w:b/>
        </w:rPr>
        <w:t xml:space="preserve">[58:50] </w:t>
      </w:r>
      <w:r>
        <w:t>zyada kamyab insan ban kar ke.</w:t>
      </w:r>
    </w:p>
    <w:p>
      <w:pPr>
        <w:jc w:val="right"/>
      </w:pPr>
      <w:r>
        <w:t>زیادہ کامیاب انسان بن کر کے۔</w:t>
      </w:r>
    </w:p>
    <w:p>
      <w:r>
        <w:rPr>
          <w:b/>
        </w:rPr>
        <w:t xml:space="preserve">[58:54] </w:t>
      </w:r>
      <w:r>
        <w:t>ek model khara kar diya hai model.</w:t>
      </w:r>
    </w:p>
    <w:p>
      <w:pPr>
        <w:jc w:val="right"/>
      </w:pPr>
      <w:r>
        <w:t>ایک ماڈل کھڑا کر دیا ہے ماڈل۔</w:t>
      </w:r>
    </w:p>
    <w:p>
      <w:r>
        <w:rPr>
          <w:b/>
        </w:rPr>
        <w:t xml:space="preserve">[58:59] </w:t>
      </w:r>
      <w:r>
        <w:t>doctor michael hart ne yahi kaha ke rasool Allah jo thay woh sab se zyada kamyab insan thay.</w:t>
      </w:r>
    </w:p>
    <w:p>
      <w:pPr>
        <w:jc w:val="right"/>
      </w:pPr>
      <w:r>
        <w:t>ڈاکٹر مائیکل ہارٹ نے یہی کہا کہ رسول اللہ جو تھے وہ سب سے زیادہ کامیاب انسان تھے۔</w:t>
      </w:r>
    </w:p>
    <w:p>
      <w:r>
        <w:rPr>
          <w:b/>
        </w:rPr>
        <w:t xml:space="preserve">[59:04] </w:t>
      </w:r>
      <w:r>
        <w:t>mein yeh kahunga ke yeh aadhi baat hai.</w:t>
      </w:r>
    </w:p>
    <w:p>
      <w:pPr>
        <w:jc w:val="right"/>
      </w:pPr>
      <w:r>
        <w:t>میں یہ کہوں گا کہ یہ آدھی بات ہے۔</w:t>
      </w:r>
    </w:p>
    <w:p>
      <w:r>
        <w:rPr>
          <w:b/>
        </w:rPr>
        <w:t xml:space="preserve">[59:08] </w:t>
      </w:r>
      <w:r>
        <w:t>sahih baat yeh hai ke rasool Allah ne ek model khara kar diya tareekh mein.</w:t>
      </w:r>
    </w:p>
    <w:p>
      <w:pPr>
        <w:jc w:val="right"/>
      </w:pPr>
      <w:r>
        <w:t>صحیح بات یہ ہے کہ رسول اللہ نے ایک ماڈل کھڑا کر دیا تاریخ میں۔</w:t>
      </w:r>
    </w:p>
    <w:p>
      <w:r>
        <w:rPr>
          <w:b/>
        </w:rPr>
        <w:t xml:space="preserve">[59:13] </w:t>
      </w:r>
      <w:r>
        <w:t>ke agar tum chahte ho kamyabi to is ka tareeqa yeh hai.</w:t>
      </w:r>
    </w:p>
    <w:p>
      <w:pPr>
        <w:jc w:val="right"/>
      </w:pPr>
      <w:r>
        <w:t>کہ اگر تم چاہتے ہو کامیابی تو اس کا طریقہ یہ ہے۔</w:t>
      </w:r>
    </w:p>
    <w:p>
      <w:r>
        <w:rPr>
          <w:b/>
        </w:rPr>
        <w:t xml:space="preserve">[59:18] </w:t>
      </w:r>
      <w:r>
        <w:t>kar ke dikha diya is ko.</w:t>
      </w:r>
    </w:p>
    <w:p>
      <w:pPr>
        <w:jc w:val="right"/>
      </w:pPr>
      <w:r>
        <w:t>کر کے دکھا دیا اس کو۔</w:t>
      </w:r>
    </w:p>
    <w:p>
      <w:r>
        <w:rPr>
          <w:b/>
        </w:rPr>
        <w:t xml:space="preserve">[59:22] </w:t>
      </w:r>
      <w:r>
        <w:t>to quran mein. ideology di gayi hai aur rasool Allah ne is ideology ko. muntaqil kiya apni zindagi mein. to quran jo hai woh. science hai zindagi ki. hum mein se har ek ke liye. aqool qawli haza wastaghfirullaha li walakum ajmaeen.</w:t>
      </w:r>
    </w:p>
    <w:p>
      <w:pPr>
        <w:jc w:val="right"/>
      </w:pPr>
      <w:r>
        <w:t>تو قرآن میں۔ آئیڈیالوجی دی گئی ہے اور رسول اللہ نے اس آئیڈیالوجی کو۔ منتقل کیا اپنی زندگی میں۔ تو قرآن جو ہے وہ۔ سائنس ہے زندگی کی۔ ہم میں سے ہر ایک کے لیے۔ اقول قولیھذا واستغفراللہ علی ویلکم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