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Story of Khadija Part 2 December 25, 2022</w:t>
      </w:r>
    </w:p>
    <w:p>
      <w:r>
        <w:t>https://youtu.be/CT7OATmveus</w:t>
      </w:r>
    </w:p>
    <w:p>
      <w:r>
        <w:rPr>
          <w:b/>
        </w:rPr>
        <w:t xml:space="preserve">[00:10] </w:t>
      </w:r>
      <w:r>
        <w:t>assalam o alaikum. today we will continue the conversation on the story of Hazrat Khadija with Dr. Saniya Hasnain Khan sahib.</w:t>
      </w:r>
    </w:p>
    <w:p>
      <w:pPr>
        <w:jc w:val="right"/>
      </w:pPr>
      <w:r>
        <w:t>السلام علیکم۔ ٹوڈے وی ویل کنٹینیو دی کانورسیشن آن دا سٹوری آف حضرت خدیجہ ود ڈاکٹر ثانیہ حسنین خان صاحب۔</w:t>
      </w:r>
    </w:p>
    <w:p>
      <w:r>
        <w:rPr>
          <w:b/>
        </w:rPr>
        <w:t xml:space="preserve">[00:19] </w:t>
      </w:r>
      <w:r>
        <w:t>as we know that Hazrat Khadija was one of the most prominent and praised women in the history of Islam. she was the wife and companion of prophet and played a pivotal role in the spread of Islam.</w:t>
      </w:r>
    </w:p>
    <w:p>
      <w:pPr>
        <w:jc w:val="right"/>
      </w:pPr>
      <w:r>
        <w:t>ایز وی نو دیٹ حضرت خدیجہ واز ون آف دا موسٹ پرومیننٹ اینڈ پریزڈ وومن ان دا ہسٹری آف اسلام۔ شی واز دا وائف اینڈ کمپینین آف پرافٹ اینڈ پلیڈ اے پیویٹل رول ان دی سپریڈ آف اسلام۔</w:t>
      </w:r>
    </w:p>
    <w:p>
      <w:r>
        <w:rPr>
          <w:b/>
        </w:rPr>
        <w:t xml:space="preserve">[00:34] </w:t>
      </w:r>
      <w:r>
        <w:t>she was one of those women whose influence and exceptional characteristics resonated throughout the ages and among many generations after her.</w:t>
      </w:r>
    </w:p>
    <w:p>
      <w:pPr>
        <w:jc w:val="right"/>
      </w:pPr>
      <w:r>
        <w:t>شی واز ون آف دوز وومن ہوز انفلوئنس اینڈ ایکسیپشنل کریکٹرسٹک ریزونیٹڈ تھرو آؤٹ دی ایجز اینڈ امنگ مینی جنریشنز آفٹر ہر۔</w:t>
      </w:r>
    </w:p>
    <w:p>
      <w:r>
        <w:rPr>
          <w:b/>
        </w:rPr>
        <w:t xml:space="preserve">[00:43] </w:t>
      </w:r>
      <w:r>
        <w:t>to chaliye unhi ki kahani ke bare mein baat cheet karte hain doctor sahib ke sath. assalam o alaikum doctor sahib, kaise hain aap? wa alaikum assalam, alhamdulillah. aap kaise hain?</w:t>
      </w:r>
    </w:p>
    <w:p>
      <w:pPr>
        <w:jc w:val="right"/>
      </w:pPr>
      <w:r>
        <w:t>تو چلیے انہی کی کہانی کے بارے میں بات چیت کرتے ہیں ڈاکٹر صاحب کے ساتھ۔ السلام علیکم ڈاکٹر صاحب، کیسے ہیں آپ؟ وعلیکم السلام، الحمدللہ۔ آپ کیسے ہیں؟</w:t>
      </w:r>
    </w:p>
    <w:p>
      <w:r>
        <w:rPr>
          <w:b/>
        </w:rPr>
        <w:t xml:space="preserve">[00:52] </w:t>
      </w:r>
      <w:r>
        <w:t>alhamdulillah. doctor sahib, pehla part logon ne bohat pasand kiya aur aaj hum inshallah kahani ko aage badhayenge.</w:t>
      </w:r>
    </w:p>
    <w:p>
      <w:pPr>
        <w:jc w:val="right"/>
      </w:pPr>
      <w:r>
        <w:t>الحمدللہ۔ ڈاکٹر صاحب، پہلا پارٹ لوگوں نے بہت پسند کیا اور آج ہم انشاءاللہ کہانی کو آگے بڑھائیں گے۔</w:t>
      </w:r>
    </w:p>
    <w:p>
      <w:r>
        <w:rPr>
          <w:b/>
        </w:rPr>
        <w:t xml:space="preserve">[01:00] </w:t>
      </w:r>
      <w:r>
        <w:t>to doctor sahib, pehla sawal mein is baat ko le kar shuru karna chahunga ke agar hum prophet ki personality ko dekhen to he outshone everyone in terms of character, manliness, modesty, trustworthiness, truthfulness.</w:t>
      </w:r>
    </w:p>
    <w:p>
      <w:pPr>
        <w:jc w:val="right"/>
      </w:pPr>
      <w:r>
        <w:t>تو ڈاکٹر صاحب، پہلا سوال میں اس بات کو لے کر شروع کرنا چاہوں گا کہ اگر ہم پرافٹ کی پرسنیلٹی کو دیکھیں تو ہی آؤٹ شونڈ ایوری ون ان ٹرمز آف کریکٹر، مینلینس، ماڈیسٹی، ٹرسٹ وردینس، ٹروتھ فلنس۔</w:t>
      </w:r>
    </w:p>
    <w:p>
      <w:r>
        <w:rPr>
          <w:b/>
        </w:rPr>
        <w:t xml:space="preserve">[01:16] </w:t>
      </w:r>
      <w:r>
        <w:t>he earned respect and the title trustworthy.</w:t>
      </w:r>
    </w:p>
    <w:p>
      <w:pPr>
        <w:jc w:val="right"/>
      </w:pPr>
      <w:r>
        <w:t>ہی ارنڈ ریسپیکٹ اینڈ دا ٹائٹل ٹرسٹ وردی۔</w:t>
      </w:r>
    </w:p>
    <w:p>
      <w:r>
        <w:rPr>
          <w:b/>
        </w:rPr>
        <w:t xml:space="preserve">[01:20] </w:t>
      </w:r>
      <w:r>
        <w:t>lekin agar hum dekhen prophethood aane se pehle hi khuda ki jo divine inspiration hai un tak pahunchne lagi in the form of true dreams, un ko sache khwab aane lage.</w:t>
      </w:r>
    </w:p>
    <w:p>
      <w:pPr>
        <w:jc w:val="right"/>
      </w:pPr>
      <w:r>
        <w:t>لیکن اگر ہم دیکھیں پرافٹ ہڈ آنے سے پہلے ہی خدا کی جو ڈیوائن انسپیریشن ہے ان تک پہنچنے لگی ان دی فارم آف ٹرو ڈریمز، ان کو سچے خواب آنے لگے۔</w:t>
      </w:r>
    </w:p>
    <w:p>
      <w:r>
        <w:rPr>
          <w:b/>
        </w:rPr>
        <w:t xml:space="preserve">[01:32] </w:t>
      </w:r>
      <w:r>
        <w:t>to main chahunga ke is ke bare mein pehle aap thoda sa bataen. bismillah hir rahman nir rahim. rab ishrah li sadri, wa yassir li amri, wah-ul-uqdatan min lisani,</w:t>
      </w:r>
    </w:p>
    <w:p>
      <w:pPr>
        <w:jc w:val="right"/>
      </w:pPr>
      <w:r>
        <w:t>تو میں چاہوں گا کہ اس کے بارے میں پہلے آپ تھوڑا سا بتائیں۔ بسم اللہ الرحمن الرحیم۔ رب اشرح لی صدری، ویسر لی امری، واحل العقدۃ من لسانی،</w:t>
      </w:r>
    </w:p>
    <w:p>
      <w:r>
        <w:rPr>
          <w:b/>
        </w:rPr>
        <w:t xml:space="preserve">[01:47] </w:t>
      </w:r>
      <w:r>
        <w:t>yaf-qahu qawli.</w:t>
      </w:r>
    </w:p>
    <w:p>
      <w:pPr>
        <w:jc w:val="right"/>
      </w:pPr>
      <w:r>
        <w:t>یفقہ قولی۔</w:t>
      </w:r>
    </w:p>
    <w:p>
      <w:r>
        <w:rPr>
          <w:b/>
        </w:rPr>
        <w:t xml:space="preserve">[01:49] </w:t>
      </w:r>
      <w:r>
        <w:t>haan, jaisa aap ne kaha ke sache khwab aane lage. taqreeban jab prophet 38, 39 years ke hue, 40 saal se kuch pehle, to sache khwab aane lage.</w:t>
      </w:r>
    </w:p>
    <w:p>
      <w:pPr>
        <w:jc w:val="right"/>
      </w:pPr>
      <w:r>
        <w:t>ہاں، جیسا آپ نے کہا کہ سچے خواب آنے لگے۔ تقریباً جب پرافٹ 38، 39 ایئرز کے ہوئے، چالیس سال سے کچھ پہلے، تو سچے خواب آنے لگے۔</w:t>
      </w:r>
    </w:p>
    <w:p>
      <w:r>
        <w:rPr>
          <w:b/>
        </w:rPr>
        <w:t xml:space="preserve">[02:05] </w:t>
      </w:r>
      <w:r>
        <w:t>yani jo khwab prophet sallallahu alaihi wasallam raat ko dekhte the, subah woh sach ho jate the.</w:t>
      </w:r>
    </w:p>
    <w:p>
      <w:pPr>
        <w:jc w:val="right"/>
      </w:pPr>
      <w:r>
        <w:t>یعنی جو خواب پرافٹ صلی اللہ علیہ وسلم رات کو دیکھتے تھے، صبح وہ سچ ہو جاتے تھے۔</w:t>
      </w:r>
    </w:p>
    <w:p>
      <w:r>
        <w:rPr>
          <w:b/>
        </w:rPr>
        <w:t xml:space="preserve">[02:15] </w:t>
      </w:r>
      <w:r>
        <w:t>to yeh bara unique experience tha jo taqreeban chhe mahine chala. to Hazrat Aisha R.A. ne kaha tha is ke baray mein ke jo sab se pehle wahi ka silsila shuru hua, woh yeh sachay khwab hi ke zariye hua.</w:t>
      </w:r>
    </w:p>
    <w:p>
      <w:pPr>
        <w:jc w:val="right"/>
      </w:pPr>
      <w:r>
        <w:t>تو یہ بڑا یونیک ایکسپیرینس تھا جو تقریباً چھ مہینے چلا۔ تو حضرت عائشہ رضی اللہ عنہا نے کہا تھا اس کے بارے میں کہ جو سب سے پہلے وحی کا سلسلہ شروع ہوا، وہ یہ سچے خواب ہی کے ذریعے ہوا۔</w:t>
      </w:r>
    </w:p>
    <w:p>
      <w:r>
        <w:rPr>
          <w:b/>
        </w:rPr>
        <w:t xml:space="preserve">[02:33] </w:t>
      </w:r>
      <w:r>
        <w:t>yani paighambar ke saaray khwab hi sachay hotay hain aur woh wahi ki tarah hotay hain.</w:t>
      </w:r>
    </w:p>
    <w:p>
      <w:pPr>
        <w:jc w:val="right"/>
      </w:pPr>
      <w:r>
        <w:t>یعنی پیغمبر کے سارے خواب ہی سچے ہوتے ہیں اور وہ وحی کی طرح ہوتے ہیں۔</w:t>
      </w:r>
    </w:p>
    <w:p>
      <w:r>
        <w:rPr>
          <w:b/>
        </w:rPr>
        <w:t xml:space="preserve">[02:41] </w:t>
      </w:r>
      <w:r>
        <w:t>balkay aik hadith mein aata hai prophet (PBUH) ne farmaya ke aam aadmiyon ko bhi sachay khwab aa saktay hain.</w:t>
      </w:r>
    </w:p>
    <w:p>
      <w:pPr>
        <w:jc w:val="right"/>
      </w:pPr>
      <w:r>
        <w:t>بلکہ ایک حدیث میں آتا ہے پرافٹ صلی اللہ علیہ وسلم نے فرمایا کہ عام آدمیوں کو بھی سچے خواب آ سکتے ہیں۔</w:t>
      </w:r>
    </w:p>
    <w:p>
      <w:r>
        <w:rPr>
          <w:b/>
        </w:rPr>
        <w:t xml:space="preserve">[02:50] </w:t>
      </w:r>
      <w:r>
        <w:t>ji, aur woh 1/46th of revelation consider kiye jayenge. yani aik bohat hi chhota hissa wahi ka.</w:t>
      </w:r>
    </w:p>
    <w:p>
      <w:pPr>
        <w:jc w:val="right"/>
      </w:pPr>
      <w:r>
        <w:t>جی، اور وہ 146 آف ریولیشن کنسیڈر کیے جائیں گے۔ یعنی ایک بہت ہی چھوٹا حصہ وحی کا۔</w:t>
      </w:r>
    </w:p>
    <w:p>
      <w:r>
        <w:rPr>
          <w:b/>
        </w:rPr>
        <w:t xml:space="preserve">[03:02] </w:t>
      </w:r>
      <w:r>
        <w:t>to yeh sachay khwab ka silsila shuru hogaya, taqreeban chhe mahine tak chala.</w:t>
      </w:r>
    </w:p>
    <w:p>
      <w:pPr>
        <w:jc w:val="right"/>
      </w:pPr>
      <w:r>
        <w:t>تو یہ سچے خواب کا سلسلہ شروع ہوگیا، تقریباً چھ مہینے تک چلا۔</w:t>
      </w:r>
    </w:p>
    <w:p>
      <w:r>
        <w:rPr>
          <w:b/>
        </w:rPr>
        <w:t xml:space="preserve">[03:08] </w:t>
      </w:r>
      <w:r>
        <w:t>to is ke baad prophet ko yeh andaza hua ke ab mujhe ghor o fikr ki zindagi guzarni chahiye. yani tanhai mein Khuda ki yaad,</w:t>
      </w:r>
    </w:p>
    <w:p>
      <w:pPr>
        <w:jc w:val="right"/>
      </w:pPr>
      <w:r>
        <w:t>تو اس کے بعد پرافٹ کو یہ اندازہ ہوا کہ اب مجھے غور و فکر کی زندگی گزارنی چاہیے۔ یعنی تنہائی میں خدا کی یاد،</w:t>
      </w:r>
    </w:p>
    <w:p>
      <w:r>
        <w:rPr>
          <w:b/>
        </w:rPr>
        <w:t xml:space="preserve">[03:23] </w:t>
      </w:r>
      <w:r>
        <w:t>zikr aur ibadat, is ko tahannuth kaha jata tha.</w:t>
      </w:r>
    </w:p>
    <w:p>
      <w:pPr>
        <w:jc w:val="right"/>
      </w:pPr>
      <w:r>
        <w:t>ذکر اور عبادت، اس کو التحنث کہا جاتا تھا۔</w:t>
      </w:r>
    </w:p>
    <w:p>
      <w:r>
        <w:rPr>
          <w:b/>
        </w:rPr>
        <w:t xml:space="preserve">[03:29] </w:t>
      </w:r>
      <w:r>
        <w:t>yani tahannuth ka matlab hai ke burai se, gunah se aadmi bache aur Khuda ki yaad mein apne aap ko lagaye.</w:t>
      </w:r>
    </w:p>
    <w:p>
      <w:pPr>
        <w:jc w:val="right"/>
      </w:pPr>
      <w:r>
        <w:t>یعنی التحنث کا مطلب ہے کہ برائی سے، گناہ سے آدمی بچے اور خدا کی یاد میں اپنے آپ کو لگائے۔</w:t>
      </w:r>
    </w:p>
    <w:p>
      <w:r>
        <w:rPr>
          <w:b/>
        </w:rPr>
        <w:t xml:space="preserve">[03:40] </w:t>
      </w:r>
      <w:r>
        <w:t>yani jo dunyavi kaam hotay hain, party aur ghoomna phirna aur is tarah ki jo cheezain hain, is se bach ke Khuda ki taraf rukh karna</w:t>
      </w:r>
    </w:p>
    <w:p>
      <w:pPr>
        <w:jc w:val="right"/>
      </w:pPr>
      <w:r>
        <w:t>یعنی جو دنیاوی کام ہوتے ہیں، پارٹی اور گھومنا پھرنا اور اس طرح کی جو چیزیں ہیں، اس سے بچ کے خدا کی طرف رخ کرنا</w:t>
      </w:r>
    </w:p>
    <w:p>
      <w:r>
        <w:rPr>
          <w:b/>
        </w:rPr>
        <w:t xml:space="preserve">[03:53] </w:t>
      </w:r>
      <w:r>
        <w:t>. to yeh silsila shuru hua ke Rasool Allah (PBUH) ko khwab aaye, phir aap ki andar yeh kefiyat paida hui ke ab ghor o fikr ki zindagi guzarni hai.</w:t>
      </w:r>
    </w:p>
    <w:p>
      <w:pPr>
        <w:jc w:val="right"/>
      </w:pPr>
      <w:r>
        <w:t>۔ تو یہ سلسلہ شروع ہوا کہ رسول اللہ صلی اللہ علیہ وسلم کو خواب آئے، پھر آپ کی اندر یہ کیفیت پیدا ہوئی کہ اب غور و فکر کی زندگی گزارنی ہے۔</w:t>
      </w:r>
    </w:p>
    <w:p>
      <w:r>
        <w:rPr>
          <w:b/>
        </w:rPr>
        <w:t xml:space="preserve">[04:08] </w:t>
      </w:r>
      <w:r>
        <w:t>aur Hazrat Aisha R.A. ne kaha tha ke Allah put the love of seclusion in the heart of the prophet</w:t>
      </w:r>
    </w:p>
    <w:p>
      <w:pPr>
        <w:jc w:val="right"/>
      </w:pPr>
      <w:r>
        <w:t>اور حضرت عائشہ رضی اللہ عنہا نے کہا تھا کہ اللہ پٹ دا لو آف سیکلوژن ان دی ہارٹ آف دی پرافٹ</w:t>
      </w:r>
    </w:p>
    <w:p>
      <w:r>
        <w:rPr>
          <w:b/>
        </w:rPr>
        <w:t xml:space="preserve">[04:17] </w:t>
      </w:r>
      <w:r>
        <w:t>. ji, yani yeh acha nahi lagta tha ke ghoomein phirein logon ke sath, ho ha karein, balkay khamoshi se baith ke Khuda ki yaad, seclusion.</w:t>
      </w:r>
    </w:p>
    <w:p>
      <w:pPr>
        <w:jc w:val="right"/>
      </w:pPr>
      <w:r>
        <w:t>۔ جی، یعنی یہ اچھا نہیں لگتا تھا کہ گھومیں پھریں لوگوں کے ساتھ، ہوہا کریں، بلکہ خاموشی سے بیٹھ کے خدا کی یاد، سیکلوژن۔</w:t>
      </w:r>
    </w:p>
    <w:p>
      <w:r>
        <w:rPr>
          <w:b/>
        </w:rPr>
        <w:t xml:space="preserve">[04:28] </w:t>
      </w:r>
      <w:r>
        <w:t>to yeh yeh cheez shuru hui. to is tarah se jo peghambaraana zindagi guzarni thi Rasool Allah ko, woh is ki aik tayyari ka marhala tha.</w:t>
      </w:r>
    </w:p>
    <w:p>
      <w:pPr>
        <w:jc w:val="right"/>
      </w:pPr>
      <w:r>
        <w:t>تو یہ یہ چیز شروع ہوئی۔ تو اس طرح سے جو پیغمبرانہ زندگی گزارنی تھی رسول اللہ کو، وہ اس کی ایک تیاری کا مرحلہ تھا۔</w:t>
      </w:r>
    </w:p>
    <w:p>
      <w:r>
        <w:rPr>
          <w:b/>
        </w:rPr>
        <w:t xml:space="preserve">[04:39] </w:t>
      </w:r>
      <w:r>
        <w:t>to is tarah se Rasool Allah aik tarah se man of mission ban gaye. ji, aur yeh aik tayyari ka silsila tha jo aage ja ke aur mazeed is mein izafa hona tha.</w:t>
      </w:r>
    </w:p>
    <w:p>
      <w:pPr>
        <w:jc w:val="right"/>
      </w:pPr>
      <w:r>
        <w:t>تو اس طرح سے رسول اللہ ایک طریقے سے مین آف مشن بن گئے۔ جی، اور یہ ایک تیاری کا سلسلہ تھا جو آگے جا کے اور مزید اس میں اضافہ ہونا تھا۔</w:t>
      </w:r>
    </w:p>
    <w:p>
      <w:r>
        <w:rPr>
          <w:b/>
        </w:rPr>
        <w:t xml:space="preserve">[04:50] </w:t>
      </w:r>
      <w:r>
        <w:t>to doctor sahib, jaisay aap ne abhi bataya ke love of seclusion was bestowed upon him, and it was this seclusion that took him to cave hira, where he used to contemplate.</w:t>
      </w:r>
    </w:p>
    <w:p>
      <w:pPr>
        <w:jc w:val="right"/>
      </w:pPr>
      <w:r>
        <w:t>تو ڈاکٹر صاحب، جیسے آپ نے ابھی بتایا کہ لو آف سیکلوژن واز بسٹورڈ اپون ہم، اینڈ اٹ واز دس سیکلوژن دیٹ ٹوک ہم ٹو کیو ہیرا، ویر ہی یوز ٹو کانٹمپلیٹ۔</w:t>
      </w:r>
    </w:p>
    <w:p>
      <w:r>
        <w:rPr>
          <w:b/>
        </w:rPr>
        <w:t xml:space="preserve">[05:02] </w:t>
      </w:r>
      <w:r>
        <w:t>he used to spend a lot of time in search of truth. to is ke baray mein bhi batayein</w:t>
      </w:r>
    </w:p>
    <w:p>
      <w:pPr>
        <w:jc w:val="right"/>
      </w:pPr>
      <w:r>
        <w:t>ہی یوز ٹو سپینڈ ا لاٹ آف ٹائم ان سرچ آف ٹرتھ۔ تو اس کے بارے میں بھی بتائیں</w:t>
      </w:r>
    </w:p>
    <w:p>
      <w:r>
        <w:rPr>
          <w:b/>
        </w:rPr>
        <w:t xml:space="preserve">[05:08] </w:t>
      </w:r>
      <w:r>
        <w:t>doctor sahib, jo waqt woh bataya karte thay. haan, to jab yeh kefiyat hui Rasool Allah (PBUH) ki to Hazrat Khadija R.A. se kaha prophet ne ke ab mein ghor o fikr ki zindagi guzarna chahta hoon.</w:t>
      </w:r>
    </w:p>
    <w:p>
      <w:pPr>
        <w:jc w:val="right"/>
      </w:pPr>
      <w:r>
        <w:t>ڈاکٹر صاحب، جو وقت وہ بتایا کرتے تھے۔ ہاں، تو جب یہ کیفیت ہوئی رسول اللہ صلی اللہ علیہ وسلم کی تو حضرت خدیجہ رضی اللہ عنہا سے کہا پرافٹ نے کہ اب میں غور و فکر کی زندگی گزارنا چاہتا ہوں۔</w:t>
      </w:r>
    </w:p>
    <w:p>
      <w:r>
        <w:rPr>
          <w:b/>
        </w:rPr>
        <w:t xml:space="preserve">[05:24] </w:t>
      </w:r>
      <w:r>
        <w:t>ji, aur tanhai mein Khuda ki yaad karna chahta hoon. I need some time to reflect</w:t>
      </w:r>
    </w:p>
    <w:p>
      <w:pPr>
        <w:jc w:val="right"/>
      </w:pPr>
      <w:r>
        <w:t>جی، اور تنہائی میں خدا کی یاد کرنا چاہتا ہوں۔ ائی نیڈ سم ٹائم ٹو ریفلیکٹ</w:t>
      </w:r>
    </w:p>
    <w:p>
      <w:r>
        <w:rPr>
          <w:b/>
        </w:rPr>
        <w:t xml:space="preserve">[05:31] </w:t>
      </w:r>
      <w:r>
        <w:t>, I want some time to worship, contemplate, and reflect on the higher realities.</w:t>
      </w:r>
    </w:p>
    <w:p>
      <w:pPr>
        <w:jc w:val="right"/>
      </w:pPr>
      <w:r>
        <w:t>، ائی وانٹ سم ٹائم ٹو ورشپ، کانٹمپلیٹ، اینڈ ریفلیکٹ ان دا ہائیر ریلیٹیز۔</w:t>
      </w:r>
    </w:p>
    <w:p>
      <w:r>
        <w:rPr>
          <w:b/>
        </w:rPr>
        <w:t xml:space="preserve">[05:43] </w:t>
      </w:r>
      <w:r>
        <w:t>to Hazrat Khadija ne is ko pasand kiya aur encourage kiya.</w:t>
      </w:r>
    </w:p>
    <w:p>
      <w:pPr>
        <w:jc w:val="right"/>
      </w:pPr>
      <w:r>
        <w:t>تو حضرت خدیجہ نے اس کو پسند کیا اور انکریج کیا۔</w:t>
      </w:r>
    </w:p>
    <w:p>
      <w:r>
        <w:rPr>
          <w:b/>
        </w:rPr>
        <w:t xml:space="preserve">[05:47] </w:t>
      </w:r>
      <w:r>
        <w:t>kaha ke bohat achi baat hai, aap zaroor aisa karein. aur kuch saman diya, kapray, kuch blanket, kuch khanay peenay ka saman, kuch pani waghera, aur phir rawana kar diya.</w:t>
      </w:r>
    </w:p>
    <w:p>
      <w:pPr>
        <w:jc w:val="right"/>
      </w:pPr>
      <w:r>
        <w:t>کہا کہ بہت اچھی بات ہے، آپ ضرور ایسا کریں۔ اور کچھ سامان دیا، کپڑے، کچھ بلینکٹ، کچھ کھانے پینے کا سامان، کچھ پانی وغیرہ، اور پھر روانہ کر دیا۔</w:t>
      </w:r>
    </w:p>
    <w:p>
      <w:r>
        <w:rPr>
          <w:b/>
        </w:rPr>
        <w:t xml:space="preserve">[06:05] </w:t>
      </w:r>
      <w:r>
        <w:t>ji, to prophet us waqt ghare hira pasand ki thi, unhon ne baith baith ke Khuda ki yaad karne ke liye.</w:t>
      </w:r>
    </w:p>
    <w:p>
      <w:pPr>
        <w:jc w:val="right"/>
      </w:pPr>
      <w:r>
        <w:t>جی، تو پرافٹ اس وقت غیر حرا پسند کی تھی، انہوں نے بیٹھ بیٹھ کے خدا کی یاد کرنے کے لیے۔</w:t>
      </w:r>
    </w:p>
    <w:p>
      <w:r>
        <w:rPr>
          <w:b/>
        </w:rPr>
        <w:t xml:space="preserve">[06:13] </w:t>
      </w:r>
      <w:r>
        <w:t>aik to woh oonchai pe hai, bilkul hi alag thalag hai. ji,</w:t>
      </w:r>
    </w:p>
    <w:p>
      <w:pPr>
        <w:jc w:val="right"/>
      </w:pPr>
      <w:r>
        <w:t>ایک تو وہ اونچائی پہ ہے، بالکل ہی الگ تھلگ ہے۔ جی،</w:t>
      </w:r>
    </w:p>
    <w:p>
      <w:r>
        <w:rPr>
          <w:b/>
        </w:rPr>
        <w:t xml:space="preserve">[06:17] </w:t>
      </w:r>
      <w:r>
        <w:t>aur doosra yeh ke wahan se Kaaba nazar aata tha. abhi bhi shayad aata ho, ab to bohat buildings ban gayi hain, lekin aik waqt tha ke Kaaba nazar aata tha.</w:t>
      </w:r>
    </w:p>
    <w:p>
      <w:pPr>
        <w:jc w:val="right"/>
      </w:pPr>
      <w:r>
        <w:t>اور دوسرا یہ کہ وہاں سے کعبہ نظر آتا تھا۔ ابھی بھی شاید آتا ہو، اب تو بہت بلڈنگز بن گئی ہیں، لیکن ایک وقت تھا کہ کعبہ نظر آتا تھا۔</w:t>
      </w:r>
    </w:p>
    <w:p>
      <w:r>
        <w:rPr>
          <w:b/>
        </w:rPr>
        <w:t xml:space="preserve">[06:27] </w:t>
      </w:r>
      <w:r>
        <w:t>to phir wahan woh baithte thay, khamoshi se Khuda ka zikr karte thay, yaad karte thay, aur zameen o asman ki jo banawat hai, is pe ghor o fikr karte thay ke kaun hai khaliq, kaun hai malik, kis ne hamein paida kiya hai, zindagi ka maqsad kya hai.</w:t>
      </w:r>
    </w:p>
    <w:p>
      <w:pPr>
        <w:jc w:val="right"/>
      </w:pPr>
      <w:r>
        <w:t>تو پھر وہاں وہ بیٹھتے تھے، خاموشی سے خدا کا ذکر کرتے تھے، یاد کرتے تھے، اور زمین و آسمان کی جو بناوٹ ہے، اس پہ غور و فکر کرتے تھے کہ کون ہے خالق، کون ہے مالک، کس نے ہمیں پیدا کیا ہے، زندگی کا مقصد کیا ہے۔</w:t>
      </w:r>
    </w:p>
    <w:p>
      <w:r>
        <w:rPr>
          <w:b/>
        </w:rPr>
        <w:t xml:space="preserve">[06:45] </w:t>
      </w:r>
      <w:r>
        <w:t>to kabhi kabhi chand din, kabhi ek hafte, kabhi ek hafte se zyada, kabhi kabhi poore mahine wahan baithte the, aur jab zaroorat hoti thi saman ki, khane peene ka saman jo kam ho jata tha, to wo wapas ja ke late the ghar se.</w:t>
      </w:r>
    </w:p>
    <w:p>
      <w:pPr>
        <w:jc w:val="right"/>
      </w:pPr>
      <w:r>
        <w:t>تو کبھی کبھی چند دن، کبھی ایک ہفتے، کبھی ایک ہفتے سے زیادہ، کبھی کبھی پورے مہینے وہاں بیٹھتے تھے، اور جب ضرورت ہوتی تھی سامان کی، کھانے پینے کا سامان جو کم ہو جاتا تھا، تو وہ واپس جا کے لاتے تھے گھر سے۔</w:t>
      </w:r>
    </w:p>
    <w:p>
      <w:r>
        <w:rPr>
          <w:b/>
        </w:rPr>
        <w:t xml:space="preserve">[07:01] </w:t>
      </w:r>
      <w:r>
        <w:t>ji, yani jo is zamane mein ibrahimic way of worship baqi thi, Hazrat Ibrahim aleh salam ka laya hua deen, to wo kisi soorat mein baqi tha.</w:t>
      </w:r>
    </w:p>
    <w:p>
      <w:pPr>
        <w:jc w:val="right"/>
      </w:pPr>
      <w:r>
        <w:t>جی، یعنی جو اس زمانے میں ابراہیمک وے آف ورشپ باقی تھی، حضرت ابراہیم علیہ السلام کا لایا ہوا دین، تو وہ کسی صورت میں باقی تھا۔</w:t>
      </w:r>
    </w:p>
    <w:p>
      <w:r>
        <w:rPr>
          <w:b/>
        </w:rPr>
        <w:t xml:space="preserve">[07:12] </w:t>
      </w:r>
      <w:r>
        <w:t>to wahi namaz ki kuch soorat nahi thi, aur jo ibadat hain, wo unki koi soorat is waqt nahi thi. Lekin jo Hazrat Ibrahim aleh salam ki batai hui baatein thin, wo kisi had tak Makkah mein is waqt thin.</w:t>
      </w:r>
    </w:p>
    <w:p>
      <w:pPr>
        <w:jc w:val="right"/>
      </w:pPr>
      <w:r>
        <w:t>تو وہی نماز کی کچھ صورت نہیں تھی، اور جو عبادات ہیں، وہ ان کی کوئی صورت اس وقت نہیں تھی۔ لیکن جو حضرت ابراہیم علیہ السلام کی بتائی ہوئی باتیں تھیں، وہ کسی حد تک مکہ میں اس وقت تھیں۔</w:t>
      </w:r>
    </w:p>
    <w:p>
      <w:r>
        <w:rPr>
          <w:b/>
        </w:rPr>
        <w:t xml:space="preserve">[07:26] </w:t>
      </w:r>
      <w:r>
        <w:t>kaha jata hai ke jo prophet ke dada the, Abdul Muttalib, wo itikaf kiya karte the Ramadan mein. Ji, to yani is se pata chalta hai ke kuch ibadat ki sooraten baqi rahi hongi.</w:t>
      </w:r>
    </w:p>
    <w:p>
      <w:pPr>
        <w:jc w:val="right"/>
      </w:pPr>
      <w:r>
        <w:t>کہا جاتا ہے کہ جو پرافٹ کے دادا تھے، عبدالمطلب، وہ اعتکاف کیا کرتے تھے رمضان میں۔ جی، تو یعنی اس سے پتہ چلتا ہے کہ کچھ عبادت کی صورتیں باقی رہی ہوں گی۔</w:t>
      </w:r>
    </w:p>
    <w:p>
      <w:r>
        <w:rPr>
          <w:b/>
        </w:rPr>
        <w:t xml:space="preserve">[07:41] </w:t>
      </w:r>
      <w:r>
        <w:t>to hamesha Hazrat Khadija Razi Allahu Anha ne encourage kiya, kabhi koi negative baat nahi kahi ke kyun aap jate hain, ek ek mahina wahan guzarte hain. Bahut hi encourage kiya, bahut hi support unhone kiya.</w:t>
      </w:r>
    </w:p>
    <w:p>
      <w:pPr>
        <w:jc w:val="right"/>
      </w:pPr>
      <w:r>
        <w:t>تو ہمیشہ حضرت خدیجہ رضی اللہ عنہا نے انکریج کیا، کبھی کوئی نیگیٹیو بات نہیں کہی کہ کیوں آپ جاتے ہیں، ایک ایک مہینہ وہاں گزارتے ہیں۔ بہت ہی انکریج کیا، بہت ہی سپورٹ انہوں نے کیا۔</w:t>
      </w:r>
    </w:p>
    <w:p>
      <w:r>
        <w:rPr>
          <w:b/>
        </w:rPr>
        <w:t xml:space="preserve">[07:52] </w:t>
      </w:r>
      <w:r>
        <w:t>to yeh</w:t>
      </w:r>
    </w:p>
    <w:p>
      <w:pPr>
        <w:jc w:val="right"/>
      </w:pPr>
      <w:r>
        <w:t>تو یہ</w:t>
      </w:r>
    </w:p>
    <w:p>
      <w:r>
        <w:rPr>
          <w:b/>
        </w:rPr>
        <w:t xml:space="preserve">[07:57] </w:t>
      </w:r>
      <w:r>
        <w:t>jo ghare Hira thi, wo uski jo size hai, wo six feet by 12 feet hai. Ji, yani ek chota sa kamra samajh le</w:t>
      </w:r>
    </w:p>
    <w:p>
      <w:pPr>
        <w:jc w:val="right"/>
      </w:pPr>
      <w:r>
        <w:t>جو غیر حرا تھی، وہ اس کی جو سائز ہے، وہ سکس فٹ بائے 12 فٹ ہے۔ جی، یعنی ایک چھوٹا سا کمرہ سمجھ ل</w:t>
      </w:r>
    </w:p>
    <w:p>
      <w:r>
        <w:rPr>
          <w:b/>
        </w:rPr>
        <w:t xml:space="preserve">[08:06] </w:t>
      </w:r>
      <w:r>
        <w:t>in. To bada ideal wo jagah thi ke wahan baithein aur zikr karein aur Khuda ki yaad mein apna waqt guzarein. To yeh silsila taqreeban paanch saal chala.</w:t>
      </w:r>
    </w:p>
    <w:p>
      <w:pPr>
        <w:jc w:val="right"/>
      </w:pPr>
      <w:r>
        <w:t>یں۔ تو بڑا آئیڈیل وہ جگہ تھی کہ وہاں بیٹھیں اور ذکر کریں اور خدا کی یاد میں اپنا وقت گزاریں۔ تو یہ سلسلہ تقریباً پانچ سال چلا۔</w:t>
      </w:r>
    </w:p>
    <w:p>
      <w:r>
        <w:rPr>
          <w:b/>
        </w:rPr>
        <w:t xml:space="preserve">[08:17] </w:t>
      </w:r>
      <w:r>
        <w:t>ji, to yeh darasal jo paanch saal ka yeh period tha, yeh ek tarah se Allah taala Hazrat Muhammad Sallallahu Alaihi Wasallam ko tayyar kar rahe the.</w:t>
      </w:r>
    </w:p>
    <w:p>
      <w:pPr>
        <w:jc w:val="right"/>
      </w:pPr>
      <w:r>
        <w:t>جی، تو یہ دراصل جو پانچ سال کا یہ پیریڈ تھا، یہ ایک طریقے سے اللہ تعالی حضرت محمد صلی اللہ علیہ وسلم کو تیار کر رہے تھے۔</w:t>
      </w:r>
    </w:p>
    <w:p>
      <w:r>
        <w:rPr>
          <w:b/>
        </w:rPr>
        <w:t xml:space="preserve">[08:29] </w:t>
      </w:r>
      <w:r>
        <w:t>ek preparatory period tha taake jab wahi aaye, farishta aaye, Khuda ki ayat le ke, to wo tayyar rahein.</w:t>
      </w:r>
    </w:p>
    <w:p>
      <w:pPr>
        <w:jc w:val="right"/>
      </w:pPr>
      <w:r>
        <w:t>ایک پریپریٹری پیریڈ تھا تاکہ جب وحی آئے، فرشتہ آئے، خدا کی آیات لے کے، تو وہ تیار رہیں۔</w:t>
      </w:r>
    </w:p>
    <w:p>
      <w:r>
        <w:rPr>
          <w:b/>
        </w:rPr>
        <w:t xml:space="preserve">[08:39] </w:t>
      </w:r>
      <w:r>
        <w:t>achanak nahi. Yani yeh jo baat hai, yeh paighambaron ke liye bhi hai, aam insano ke liye bhi hai ke wo bhi isi tarah ki tayyari karein, tabhi gehri baatein samajh saken gi.</w:t>
      </w:r>
    </w:p>
    <w:p>
      <w:pPr>
        <w:jc w:val="right"/>
      </w:pPr>
      <w:r>
        <w:t>اچانک نہیں۔ یعنی یہ جو بات ہے، یہ پیغمبروں کے لیے بھی ہے، عام انسانوں کے لیے بھی ہے کہ وہ بھی اسی طرح کی تیاری کریں، تبھی گہری باتیں سمجھ سکیں گے۔</w:t>
      </w:r>
    </w:p>
    <w:p>
      <w:r>
        <w:rPr>
          <w:b/>
        </w:rPr>
        <w:t xml:space="preserve">[08:51] </w:t>
      </w:r>
      <w:r>
        <w:t>to yeh ek preparatory period thi, aur isi ki wajah se unke andar talash-e-haq ki ek kaifiyat paida hui aur jaagane lagi, aur phir baatein aur wazeh hone lagin.</w:t>
      </w:r>
    </w:p>
    <w:p>
      <w:pPr>
        <w:jc w:val="right"/>
      </w:pPr>
      <w:r>
        <w:t>تو یہ ایک پریپریٹری پیریڈ تھی، اور اسی کی وجہ سے ان کے اندر تلاش حق کی ایک کیفیت پیدا ہوئی اور جاگنے لگی، اور پھر باتیں اور واضح ہونے لگیں۔</w:t>
      </w:r>
    </w:p>
    <w:p>
      <w:r>
        <w:rPr>
          <w:b/>
        </w:rPr>
        <w:t xml:space="preserve">[09:05] </w:t>
      </w:r>
      <w:r>
        <w:t>aur Doctor Sahab, phir yeh paanch saal ka jo preparatory period aap ne bataya, uske baad wo lamha, wo year aata hai 610 AD, when prophet was at the age of 40 years, and it was the ninth month of Ramadan,</w:t>
      </w:r>
    </w:p>
    <w:p>
      <w:pPr>
        <w:jc w:val="right"/>
      </w:pPr>
      <w:r>
        <w:t>اور ڈاکٹر صاحب، پھر یہ پانچ سال کا جو پریپریٹری پیریڈ آپ نے بتایا، اس کے بعد وہ لمحہ، وہ ایئر آتا ہے 610 اے ڈی، وین پرافٹ واز ایٹ دی ایج آف 40 ایئرز، اینڈ اٹ واز دی نائنتھ منتھ آف رمضان،</w:t>
      </w:r>
    </w:p>
    <w:p>
      <w:r>
        <w:rPr>
          <w:b/>
        </w:rPr>
        <w:t xml:space="preserve">[09:20] </w:t>
      </w:r>
      <w:r>
        <w:t>jab pehli wahi, first revelation aati hai. To uske bare mein bataein Doctor Sahab, phir kya hota hai? To prophet aksar wahan jaya karte the, ghare Hira mein, jaise abhi zikr hua.</w:t>
      </w:r>
    </w:p>
    <w:p>
      <w:pPr>
        <w:jc w:val="right"/>
      </w:pPr>
      <w:r>
        <w:t>جب پہلی وحی، فرسٹ ریولیشن آتی ہے۔ تو اس کے بارے میں بتائیں ڈاکٹر صاحب، پھر کیا ہوتا ہے؟ تو پرافٹ اکثر وہاں جایا کرتے تھے، غیر حرا میں، جیسے ابھی ذکر ہوا۔</w:t>
      </w:r>
    </w:p>
    <w:p>
      <w:r>
        <w:rPr>
          <w:b/>
        </w:rPr>
        <w:t xml:space="preserve">[09:35] </w:t>
      </w:r>
      <w:r>
        <w:t>to ek baar ka waqia hai, subah sawere ka waqt tha, aur prophet so rahe the, neend aa gayi thi. To prophet ko mehsoos hua ke koi unko utha raha hai.</w:t>
      </w:r>
    </w:p>
    <w:p>
      <w:pPr>
        <w:jc w:val="right"/>
      </w:pPr>
      <w:r>
        <w:t>تو ایک بار کا واقعہ ہے، صبح سویرے کا وقت تھا، اور پرافٹ سو رہے تھے، نیند آ گئی تھی۔ تو پرافٹ کو محسوس ہوا کہ کوئی ان کو اٹھا رہا ہے۔</w:t>
      </w:r>
    </w:p>
    <w:p>
      <w:r>
        <w:rPr>
          <w:b/>
        </w:rPr>
        <w:t xml:space="preserve">[09:50] </w:t>
      </w:r>
      <w:r>
        <w:t>to jab aankh khuli to ek insaan khada hua tha, woh darasal farishte jibril the, insaan ki soorat</w:t>
      </w:r>
    </w:p>
    <w:p>
      <w:pPr>
        <w:jc w:val="right"/>
      </w:pPr>
      <w:r>
        <w:t>تو جب آنکھ کھلی تو ایک انسان کھڑا ہوا تھا، وہ دراصل فرشتے جبرائیل تھے، انسان کی صورت</w:t>
      </w:r>
    </w:p>
    <w:p>
      <w:r>
        <w:rPr>
          <w:b/>
        </w:rPr>
        <w:t xml:space="preserve">[09:57] </w:t>
      </w:r>
      <w:r>
        <w:t>mein. Ji, to jibril ne kaha, "iqra ya Muhammad, read o Muhammad."</w:t>
      </w:r>
    </w:p>
    <w:p>
      <w:pPr>
        <w:jc w:val="right"/>
      </w:pPr>
      <w:r>
        <w:t>میں۔ جی، تو جبرائیل نے کہا، "اقرأ یا محمد، ریڈ او محمد۔"</w:t>
      </w:r>
    </w:p>
    <w:p>
      <w:r>
        <w:rPr>
          <w:b/>
        </w:rPr>
        <w:t xml:space="preserve">[10:03] </w:t>
      </w:r>
      <w:r>
        <w:t>جی، تو پرافٹ نے کہا، "ما انا بقارین، I don't know how to read."</w:t>
      </w:r>
    </w:p>
    <w:p>
      <w:pPr>
        <w:jc w:val="right"/>
      </w:pPr>
      <w:r>
        <w:t>جی، تو پرافٹ نے کہا، "ما انا بقارین، آئی ڈونٹ نو ہاؤ ٹو ریڈ۔"</w:t>
      </w:r>
    </w:p>
    <w:p>
      <w:r>
        <w:rPr>
          <w:b/>
        </w:rPr>
        <w:t xml:space="preserve">[10:09] </w:t>
      </w:r>
      <w:r>
        <w:t>to jibril ne gale lagaya prophet ko aur dabaya, kaafi zor se dabaya, balkay kitabon mein aata hai</w:t>
      </w:r>
    </w:p>
    <w:p>
      <w:pPr>
        <w:jc w:val="right"/>
      </w:pPr>
      <w:r>
        <w:t>تو جبرائیل نے گلے لگایا پرافٹ کو اور دبایا، کافی زور سے دبایا، بلکہ کتابوں میں آتا ہے</w:t>
      </w:r>
    </w:p>
    <w:p>
      <w:r>
        <w:rPr>
          <w:b/>
        </w:rPr>
        <w:t xml:space="preserve">[10:18] </w:t>
      </w:r>
      <w:r>
        <w:t>ke un ko takleef hone lagi.</w:t>
      </w:r>
    </w:p>
    <w:p>
      <w:pPr>
        <w:jc w:val="right"/>
      </w:pPr>
      <w:r>
        <w:t>کہ ان کو تکلیف ہونے لگی۔</w:t>
      </w:r>
    </w:p>
    <w:p>
      <w:r>
        <w:rPr>
          <w:b/>
        </w:rPr>
        <w:t xml:space="preserve">[10:20] </w:t>
      </w:r>
      <w:r>
        <w:t>phir dobara aise hi kiya, dobara gale laga ke dabaya, phir teesri baar kiya. Ji, phir uske baad jo verses thin, chapter number 96 ki,</w:t>
      </w:r>
    </w:p>
    <w:p>
      <w:pPr>
        <w:jc w:val="right"/>
      </w:pPr>
      <w:r>
        <w:t>پھر دوبارہ ایسے ہی کیا، دوبارہ گلے لگا کے دبایا، پھر تیسری بار کیا۔ جی، پھر اس کے بعد جو ورسز تھیں، چیپٹر نمبر 96 کی،</w:t>
      </w:r>
    </w:p>
    <w:p>
      <w:r>
        <w:rPr>
          <w:b/>
        </w:rPr>
        <w:t xml:space="preserve">[10:33] </w:t>
      </w:r>
      <w:r>
        <w:t>"Iqra bismi rabbika alladhi khalaq", wo chand verses jo pehli verses thin, wo reveal huin unke upar, prophet ke upar.</w:t>
      </w:r>
    </w:p>
    <w:p>
      <w:pPr>
        <w:jc w:val="right"/>
      </w:pPr>
      <w:r>
        <w:t>"اقرأ بسم ربک الذی خلق"، وہ چند ورسز جو پہلی ورسز تھیں، وہ ریویل ہوئیں ان کے اوپر، پرافٹ کے اوپر۔</w:t>
      </w:r>
    </w:p>
    <w:p>
      <w:r>
        <w:rPr>
          <w:b/>
        </w:rPr>
        <w:t xml:space="preserve">[10:42] </w:t>
      </w:r>
      <w:r>
        <w:t>to is tarah se Quran ka aaghaz hua. Lekin yeh jo tajruba tha, yeh bahut hi mushkil</w:t>
      </w:r>
    </w:p>
    <w:p>
      <w:pPr>
        <w:jc w:val="right"/>
      </w:pPr>
      <w:r>
        <w:t>تو اس طرح سے قرآن کا آغاز ہوا۔ لیکن یہ جو تجربہ تھا، یہ بہت ہی مشکل</w:t>
      </w:r>
    </w:p>
    <w:p>
      <w:r>
        <w:rPr>
          <w:b/>
        </w:rPr>
        <w:t xml:space="preserve">[10:48] </w:t>
      </w:r>
      <w:r>
        <w:t>tha. Ji, chunke jab wahi aati thi to prophet ne baad mein bataya ke aisa lagta tha ke unke upar koi bahut bada bojh rakha hua hai.</w:t>
      </w:r>
    </w:p>
    <w:p>
      <w:pPr>
        <w:jc w:val="right"/>
      </w:pPr>
      <w:r>
        <w:t>تھا۔ جی، چونکہ جب وحی آتی تھی تو پرافٹ نے بعد میں بتایا کہ ایسا لگتا تھا کہ ان کے اوپر کوئی بہت بڑا بوجھ رکھا ہوا ہے۔</w:t>
      </w:r>
    </w:p>
    <w:p>
      <w:r>
        <w:rPr>
          <w:b/>
        </w:rPr>
        <w:t xml:space="preserve">[10:56] </w:t>
      </w:r>
      <w:r>
        <w:t>ji, matlab yeh wahi ka aana koi mamooli baat nahi, bahut hi ghair mamooli cheez thi yeh. To wo aur pehli baar yeh tajruba, to wo bahut hi ghabra gaye aur dar gaye, aur bahut pareshani ki haalat mein wo ghar ki taraf rukh kiya unhone aur seedhe Hazrat Khadija ke paas pahunche.</w:t>
      </w:r>
    </w:p>
    <w:p>
      <w:pPr>
        <w:jc w:val="right"/>
      </w:pPr>
      <w:r>
        <w:t>جی، مطلب یہ وحی کا آنا کوئی معمولی بات نہیں، بہت ہی غیر معمولی چیز تھی یہ۔ تو وہ اور پہلی بار یہ تجربہ، تو وہ بہت ہی گھبرا گئے اور ڈر گئے، اور بہت پریشانی کی حالت میں وہ گھر کی طرف رخ کیا انہوں نے اور سیدھے حضرت خدیجہ کے پاس پہنچے۔</w:t>
      </w:r>
    </w:p>
    <w:p>
      <w:r>
        <w:rPr>
          <w:b/>
        </w:rPr>
        <w:t xml:space="preserve">[11:14] </w:t>
      </w:r>
      <w:r>
        <w:t>ji, ji, ji. Aur phir Doctor Sahab, kyunke itne zyada ghabraye hue the, aur kitabon mein aata bhi hai ke he was frightened and trembling when he reached home, lekin Hazrat Khadija ne unko kafi comfort kara, kafi console kiya.</w:t>
      </w:r>
    </w:p>
    <w:p>
      <w:pPr>
        <w:jc w:val="right"/>
      </w:pPr>
      <w:r>
        <w:t>جی، جی، جی۔ اور پھر ڈاکٹر صاحب، کیونکہ اتنے زیادہ گھبرائے ہوئے تھے، اور کتابوں میں آتا بھی ہے کہ ہی واز فرائٹنڈ اینڈ ٹریمبلنگ وین ہی ریچڈ ہوم، لیکن حضرت خدیجہ نے ان کو کافی کمفرٹ کرا، کافی کنسول کیا۔</w:t>
      </w:r>
    </w:p>
    <w:p>
      <w:r>
        <w:rPr>
          <w:b/>
        </w:rPr>
        <w:t xml:space="preserve">[11:27] </w:t>
      </w:r>
      <w:r>
        <w:t>to is qisse ke bare mein bhi bataiye Doctor Sahab. To wo seedhe ghar pahunche Hazrat Khadija ke paas, aur he was shaking and trembling and sweating, bahut hi he was frightened,</w:t>
      </w:r>
    </w:p>
    <w:p>
      <w:pPr>
        <w:jc w:val="right"/>
      </w:pPr>
      <w:r>
        <w:t>تو اس قصے کے بارے میں بھی بتائیے ڈاکٹر صاحب۔ تو وہ سیدھے گھر پہنچے حضرت خدیجہ کے پاس، اور ہی واز شیکنگ اینڈ ٹریمبلنگ اینڈ سویٹنگ، بہت ہی ہی واز فرائٹنڈ،</w:t>
      </w:r>
    </w:p>
    <w:p>
      <w:r>
        <w:rPr>
          <w:b/>
        </w:rPr>
        <w:t xml:space="preserve">[11:42] </w:t>
      </w:r>
      <w:r>
        <w:t>bahut hi zyada ghabraye hue, trembling with fear, aise jaise kuch ho gaya ho. Ji, bahut hi zyada ghabraye hue pahunche aur Hazrat Khadija se kaha, "Zammluni, zammluni, qomuni qomuni." To jab Khadija ne dekha ke yeh bahut hi pareshan hai,</w:t>
      </w:r>
    </w:p>
    <w:p>
      <w:pPr>
        <w:jc w:val="right"/>
      </w:pPr>
      <w:r>
        <w:t>بہت ہی زیادہ گھبرائے ہوئے، ٹریمبلنگ ود فیئر، ایسے جیسے کچھ کیا ہو گیا۔ جی، بہت ہی زیادہ گھبرائے ہوئے پہنچے اور حضرت خدیجہ سے کہا، "زملونی، زملونی، قومی قومی۔" تو جب خدیجہ نے دیکھا کہ یہ بہت ہی پریشان ہے،</w:t>
      </w:r>
    </w:p>
    <w:p>
      <w:r>
        <w:rPr>
          <w:b/>
        </w:rPr>
        <w:t xml:space="preserve">[12:00] </w:t>
      </w:r>
      <w:r>
        <w:t>so she embraced him and kambal waghera diya.</w:t>
      </w:r>
    </w:p>
    <w:p>
      <w:pPr>
        <w:jc w:val="right"/>
      </w:pPr>
      <w:r>
        <w:t>سو شی ایمبریزڈ ہمم اور کمبل وغیرہ دیا۔</w:t>
      </w:r>
    </w:p>
    <w:p>
      <w:r>
        <w:rPr>
          <w:b/>
        </w:rPr>
        <w:t xml:space="preserve">[12:05] </w:t>
      </w:r>
      <w:r>
        <w:t>to hazrat muhammad salle allaho aleh wasallam ne kaha ke main ne is shakhs ko dekha hai jis jis ko main khwab mein dekhta tha, woh mere paas aaya tha. ji, to is ka matlab hai ke jibril ko insani shakal mein khwab mein dekhte rahe honge.</w:t>
      </w:r>
    </w:p>
    <w:p>
      <w:pPr>
        <w:jc w:val="right"/>
      </w:pPr>
      <w:r>
        <w:t>تو حضرت محمد صلی اللہ علیہ وسلم نے کہا کہ میں نے اس شخص کو دیکھا ہے جس جس کو میں خواب میں دیکھتا تھا، وہ میرے پاس آیا تھا۔ جی، تو اس کا مطلب ہے کہ جبرائیل کو انسانی شکل میں خواب میں دیکھتے رہے ہوں گے۔</w:t>
      </w:r>
    </w:p>
    <w:p>
      <w:r>
        <w:rPr>
          <w:b/>
        </w:rPr>
        <w:t xml:space="preserve">[12:18] </w:t>
      </w:r>
      <w:r>
        <w:t>ji, to bole hazrat khadijah se, "qaala li khadijah ya khadijah, maali laqad khashitu ala nafsi ke mujhe kya ho gaya hai?" ji, ke meri jaani to nahi nikal jayegi, main to apni matlab meri jaani nikal</w:t>
      </w:r>
    </w:p>
    <w:p>
      <w:pPr>
        <w:jc w:val="right"/>
      </w:pPr>
      <w:r>
        <w:t>جی، تو بولے حضرت خدیجہ سے، "قال لخدیجہ یا خدیجہ، مالی لقد خشیت علی نفسی کہ مجھے کیا ہو گیا ہے؟" جی، کہ میری جانی تو نہیں نکل جائے گی، میں تو اپنی مطلب میری جانی نکل</w:t>
      </w:r>
    </w:p>
    <w:p>
      <w:r>
        <w:rPr>
          <w:b/>
        </w:rPr>
        <w:t xml:space="preserve">[12:33] </w:t>
      </w:r>
      <w:r>
        <w:t>jayegi, aisa lagta hai mujhe. to us waqt hazrat khadijah ne bada achha response diya aur bahut hi achhe alfaaz bole aur bada comforting words taake jo ghabrahat thi woh khatam ho.</w:t>
      </w:r>
    </w:p>
    <w:p>
      <w:pPr>
        <w:jc w:val="right"/>
      </w:pPr>
      <w:r>
        <w:t>جائے گی، ایسا لگتا ہے مجھے۔ تو اس وقت حضرت خدیجہ نے بڑا اچھا رسپانس دیا اور بہت ہی اچھے الفاظ بولے اور بڑا کمفرٹنگ ورڈز تاکہ جو گھبراہٹ تھی وہ ختم ہو۔</w:t>
      </w:r>
    </w:p>
    <w:p>
      <w:r>
        <w:rPr>
          <w:b/>
        </w:rPr>
        <w:t xml:space="preserve">[12:49] </w:t>
      </w:r>
      <w:r>
        <w:t>hazrat khadijah boli, "kalla, of course not, no way, abshir, these are good tidings,</w:t>
      </w:r>
    </w:p>
    <w:p>
      <w:pPr>
        <w:jc w:val="right"/>
      </w:pPr>
      <w:r>
        <w:t>حضرت خدیجہ بولی، "کلا، اف کورس ناٹ، نو وے، ابشر، دیز آر گڈ ٹائڈنگز،</w:t>
      </w:r>
    </w:p>
    <w:p>
      <w:r>
        <w:rPr>
          <w:b/>
        </w:rPr>
        <w:t xml:space="preserve">[12:59] </w:t>
      </w:r>
      <w:r>
        <w:t>fawallah, la yakhzeeki allaho abadan." ke "do you think allah will disgrace a person like you?" aur phir bahut hi achhe alfaaz mein kaha,</w:t>
      </w:r>
    </w:p>
    <w:p>
      <w:pPr>
        <w:jc w:val="right"/>
      </w:pPr>
      <w:r>
        <w:t>فواللہ، لا یخزیک اللہ ابدا۔" کہ "ڈیو یو تھنک اللہ ول ڈسکریس اے پرسن لائک یو؟" اور پھر بہت ہی اچھے الفاظ میں کہا،</w:t>
      </w:r>
    </w:p>
    <w:p>
      <w:r>
        <w:rPr>
          <w:b/>
        </w:rPr>
        <w:t xml:space="preserve">[13:13] </w:t>
      </w:r>
      <w:r>
        <w:t>"fawallah, innaka latasilu ar-rahmah, you are someone who always maintains the good relations, maintains good relations with the kith and kin."</w:t>
      </w:r>
    </w:p>
    <w:p>
      <w:pPr>
        <w:jc w:val="right"/>
      </w:pPr>
      <w:r>
        <w:t>"فواللہ، انک لتصیل الرحمہ، یو آر سم ون ہو الویز مینٹین دا گڈ ریلیشنز، مینٹینز گڈ ریلیشنز ود دا کتھ اینڈ کن۔"</w:t>
      </w:r>
    </w:p>
    <w:p>
      <w:r>
        <w:rPr>
          <w:b/>
        </w:rPr>
        <w:t xml:space="preserve">[13:25] </w:t>
      </w:r>
      <w:r>
        <w:t>ji, wa tasadduq al-hadith, "you only speak the words of truth, wa tahmilu al-qilla, you always help the needy, the poor, wa taksibu al-madooma, you give money to the penniless, to the deprived,</w:t>
      </w:r>
    </w:p>
    <w:p>
      <w:pPr>
        <w:jc w:val="right"/>
      </w:pPr>
      <w:r>
        <w:t>جی، و تصدق الحدیث، "یو اونلی سپیک دا ورڈز آف ٹرتھ، و تحمل القل، یو الویز ہیلپ دا نیڈی، دا پور، و تکسب المعدوم، یو گیو منی ٹو دا پینیلس، ٹو دا ڈیپرائوڈ،</w:t>
      </w:r>
    </w:p>
    <w:p>
      <w:r>
        <w:rPr>
          <w:b/>
        </w:rPr>
        <w:t xml:space="preserve">[13:47] </w:t>
      </w:r>
      <w:r>
        <w:t>wa tuqri al-dayfa, and you serve your guests honorably,</w:t>
      </w:r>
    </w:p>
    <w:p>
      <w:pPr>
        <w:jc w:val="right"/>
      </w:pPr>
      <w:r>
        <w:t>و تقری الضیف، اینڈ یو سرو یور گیسٹس آنریبلی،</w:t>
      </w:r>
    </w:p>
    <w:p>
      <w:r>
        <w:rPr>
          <w:b/>
        </w:rPr>
        <w:t xml:space="preserve">[13:54] </w:t>
      </w:r>
      <w:r>
        <w:t>wa tu'eenu ala nawa'ib al-haqq, and you are always with those who are in truth." yaani sachche logon ke saath dete hain aap.</w:t>
      </w:r>
    </w:p>
    <w:p>
      <w:pPr>
        <w:jc w:val="right"/>
      </w:pPr>
      <w:r>
        <w:t>و تعین علی نوائب الحق، اینڈ یو آر الویز ود دوز ہو آر ان ٹرتھ۔" یعنی سچے لوگوں کے ساتھ دیتے ہیں آپ۔</w:t>
      </w:r>
    </w:p>
    <w:p>
      <w:r>
        <w:rPr>
          <w:b/>
        </w:rPr>
        <w:t xml:space="preserve">[14:03] </w:t>
      </w:r>
      <w:r>
        <w:t>to yeh jo bade achhe alfaaz bolein hazrat khadijah, to is se thoda itminan hua. ji, aur jo ghabrahat thi woh khatam hui.</w:t>
      </w:r>
    </w:p>
    <w:p>
      <w:pPr>
        <w:jc w:val="right"/>
      </w:pPr>
      <w:r>
        <w:t>تو یہ جو بڑے اچھے الفاظ بولیں حضرت خدیجہ، تو اس سے تھوڑا اطمینان ہوا۔ جی، اور جو گھبراہٹ تھی وہ ختم ہوئی۔</w:t>
      </w:r>
    </w:p>
    <w:p>
      <w:r>
        <w:rPr>
          <w:b/>
        </w:rPr>
        <w:t xml:space="preserve">[14:14] </w:t>
      </w:r>
      <w:r>
        <w:t>ji, aur rasool allah ke saath pandrah saal reh rahi se reh rahi thi</w:t>
      </w:r>
    </w:p>
    <w:p>
      <w:pPr>
        <w:jc w:val="right"/>
      </w:pPr>
      <w:r>
        <w:t>جی، اور رسول اللہ کے ساتھ پندرہ سال رہ رہی سے رہ رہی تھیں</w:t>
      </w:r>
    </w:p>
    <w:p>
      <w:r>
        <w:rPr>
          <w:b/>
        </w:rPr>
        <w:t xml:space="preserve">[14:19] </w:t>
      </w:r>
      <w:r>
        <w:t>hazrat khadijah, to un ko pata tha ke yeh kis kis tarah ki shakhsiyat hain. aur un ki shakhsiyat ko dekha to is ke mutabiq bahut hi critical mauqe pe unhon ne aise alfaaz bol ke rasool allah ko thodi himmat badhai aur comfort un ke andar paida hua.</w:t>
      </w:r>
    </w:p>
    <w:p>
      <w:pPr>
        <w:jc w:val="right"/>
      </w:pPr>
      <w:r>
        <w:t>حضرت خدیجہ، تو ان کو پتہ تھا کہ یہ کس کس طرح کی شخصیت ہیں۔ اور ان کی شخصیت کو دیکھا تو اس کے مطابق بہت ہی کریٹیکل موقع پہ انہوں نے ایسے الفاظ بول کے رسول اللہ کو تھوڑی ہمت بڑھائی اور کمفرٹ ان کے اندر پیدا ہوا۔</w:t>
      </w:r>
    </w:p>
    <w:p>
      <w:r>
        <w:rPr>
          <w:b/>
        </w:rPr>
        <w:t xml:space="preserve">[14:36] </w:t>
      </w:r>
      <w:r>
        <w:t>ji, yaqeenan. aur doctor sahab, kyunke yeh bahut hi ek unique experience tha, pehli dafa prophet ko yeh aisa experience</w:t>
      </w:r>
    </w:p>
    <w:p>
      <w:pPr>
        <w:jc w:val="right"/>
      </w:pPr>
      <w:r>
        <w:t>جی، یقینا۔ اور ڈاکٹر صاحب، کیونکہ یہ بہت ہی ایک یونیک ایکسپیرینس تھا، پہلی دفعہ پرافٹ کو یہ ایسا ایکسپیرینس</w:t>
      </w:r>
    </w:p>
    <w:p>
      <w:r>
        <w:rPr>
          <w:b/>
        </w:rPr>
        <w:t xml:space="preserve">[14:45] </w:t>
      </w:r>
      <w:r>
        <w:t>hua, to hazrat khadijah ne is ke baad phir yeh decide kiya ke woh apne cousin warqa bin nofil, jo ke christian the us waqt, un ke paas jayen.</w:t>
      </w:r>
    </w:p>
    <w:p>
      <w:pPr>
        <w:jc w:val="right"/>
      </w:pPr>
      <w:r>
        <w:t>ہوا، تو حضرت خدیجہ نے اس کے بعد پھر یہ ڈیسائیڈ کیا کہ وہ اپنے کزن ورقہ بن نوفل، جو کہ کرسچن تھے اس وقت، ان کے پاس جائیں۔</w:t>
      </w:r>
    </w:p>
    <w:p>
      <w:r>
        <w:rPr>
          <w:b/>
        </w:rPr>
        <w:t xml:space="preserve">[14:57] </w:t>
      </w:r>
      <w:r>
        <w:t>woh bible bhi jante the, torah bhi jante the, aur he was a learned man, old man, but he was blind. to un ki mulaqat phir apne cousin warqa bin nofil se hoti hai.</w:t>
      </w:r>
    </w:p>
    <w:p>
      <w:pPr>
        <w:jc w:val="right"/>
      </w:pPr>
      <w:r>
        <w:t>وہ بائبل بھی جانتے تھے، تورات بھی جانتے تھے، اور ہی واز ا لرنڈ مین، اولڈ مین، بٹ ہی واز بلائنڈ۔ تو ان کی ملاقات پھر اپنے کزن ورقہ بن نوفل سے ہوتی ہے۔</w:t>
      </w:r>
    </w:p>
    <w:p>
      <w:r>
        <w:rPr>
          <w:b/>
        </w:rPr>
        <w:t xml:space="preserve">[15:07] </w:t>
      </w:r>
      <w:r>
        <w:t>to is meeting ke bare mein bataen doctor sahab. haan, to prophet ko unhon ne kaha ke aap rest</w:t>
      </w:r>
    </w:p>
    <w:p>
      <w:pPr>
        <w:jc w:val="right"/>
      </w:pPr>
      <w:r>
        <w:t>تو اس میٹنگ کے بارے میں بتائیں ڈاکٹر صاحب۔ ہاں، تو پرافٹ کو انہوں نے کہا کہ آپ ر</w:t>
      </w:r>
    </w:p>
    <w:p>
      <w:r>
        <w:rPr>
          <w:b/>
        </w:rPr>
        <w:t xml:space="preserve">[15:14] </w:t>
      </w:r>
      <w:r>
        <w:t>karein. ji, to woh let gaye. aur kitabon mein aata hai ke hazrat khadijah ne chadar odhi aur ghar se bahar nikli usi waqt aur seedhe gayeen warqa bin nofil ke haan.</w:t>
      </w:r>
    </w:p>
    <w:p>
      <w:pPr>
        <w:jc w:val="right"/>
      </w:pPr>
      <w:r>
        <w:t>یسٹ کریے۔ جی، تو وہ لیٹ گئے۔ اور کتابوں میں آتا ہے کہ حضرت خدیجہ نے چادر اوڑی اور گھر سے باہر نکلی اسی وقت اور سیدھے گئیں ورقہ ابن نوفل کے ہاں۔</w:t>
      </w:r>
    </w:p>
    <w:p>
      <w:r>
        <w:rPr>
          <w:b/>
        </w:rPr>
        <w:t xml:space="preserve">[15:27] </w:t>
      </w:r>
      <w:r>
        <w:t>jaisa aap ne bataya ke he was a christian and he was a very learned scholar. ji, unhon ne bible bhi padhi thi aur jiwish text waghera bhi padha hua tha.</w:t>
      </w:r>
    </w:p>
    <w:p>
      <w:pPr>
        <w:jc w:val="right"/>
      </w:pPr>
      <w:r>
        <w:t>جیسا آپ نے بتایا کہ ہی واز ا کرسچن اینڈ ہی واز ا ویری لرنڈ سکالر۔ جی، انہوں نے بائبل بھی پڑھی تھی اور جیوش ٹیکسٹ وغیرہ بھی پڑھا ہوا تھا۔</w:t>
      </w:r>
    </w:p>
    <w:p>
      <w:r>
        <w:rPr>
          <w:b/>
        </w:rPr>
        <w:t xml:space="preserve">[15:36] </w:t>
      </w:r>
      <w:r>
        <w:t>to kafi knowledgeable the, old bhi the woh kafi.</w:t>
      </w:r>
    </w:p>
    <w:p>
      <w:pPr>
        <w:jc w:val="right"/>
      </w:pPr>
      <w:r>
        <w:t>تو کافی نالج ایبل تھے، اولڈ بھی تھے وہ کافی۔</w:t>
      </w:r>
    </w:p>
    <w:p>
      <w:r>
        <w:rPr>
          <w:b/>
        </w:rPr>
        <w:t xml:space="preserve">[15:40] </w:t>
      </w:r>
      <w:r>
        <w:t>to un ke paas ja ke sari baatein bataen jo rasool allah ne batai thi unhein. to nofil, warqa bin nofil ne kaha ke qasam hai us zaat ki jis ke qabze mein meri jaan hai, agar tum ne sach kaha to yeh wahi farishta hai jo musa ke paas aaya tha aur muhammad ke paas woh aa chuka hai aur beshak woh is ummat ke nabi honge.</w:t>
      </w:r>
    </w:p>
    <w:p>
      <w:pPr>
        <w:jc w:val="right"/>
      </w:pPr>
      <w:r>
        <w:t>تو ان کے پاس جا کے ساری باتیں بتائیں جو رسول اللہ نے بتائی تھیں انہیں۔ تو نوفل، ورقہ بن نوفل نے کہا کہ قسم ہے اس ذات کی جس کے قبضے میں میری جان ہے، اگر تم نے سچ کہا تو یہ وہی فرشتہ ہے جو موسیٰ کے پاس آیا تھا اور محمد کے پاس وہ آ چکا ہے اور بے شک وہ اس امت کے نبی ہوں گے۔</w:t>
      </w:r>
    </w:p>
    <w:p>
      <w:r>
        <w:rPr>
          <w:b/>
        </w:rPr>
        <w:t xml:space="preserve">[16:04] </w:t>
      </w:r>
      <w:r>
        <w:t>to yeh baatein jab hazrat khadijah ko pata chalin to phir wapas aayin ghar aur ghar wapas aa ke phir rasool allah ko saath le gayeen.</w:t>
      </w:r>
    </w:p>
    <w:p>
      <w:pPr>
        <w:jc w:val="right"/>
      </w:pPr>
      <w:r>
        <w:t>تو یہ باتیں جب حضرت خدیجہ کو پتہ چلیں تو پھر واپس آئیں گھر اور گھر واپس آ کے پھر رسول اللہ کو ساتھ لے گئیں۔</w:t>
      </w:r>
    </w:p>
    <w:p>
      <w:r>
        <w:rPr>
          <w:b/>
        </w:rPr>
        <w:t xml:space="preserve">[16:15] </w:t>
      </w:r>
      <w:r>
        <w:t>to warqa bin nofil ne sari baat rasool allah ki zubani suni jo waqea pesh aaya tha ghar mein aur kaha ke aap ko jhutlaya jayega, aap ko takleef pahunchai jayegi, hatta ke aap ke saath jang ki jayegi.</w:t>
      </w:r>
    </w:p>
    <w:p>
      <w:pPr>
        <w:jc w:val="right"/>
      </w:pPr>
      <w:r>
        <w:t>تو ورقہ بن نوفل نے ساری بات رسول اللہ کی زبانی سنی جو واقعہ پیش آیا تھا غار میں اور کہا کہ آپ کو جھٹلایا جائے گا، آپ کو تکلیف پہنچائی جائے گی، حتی کہ آپ کے ساتھ جنگ کی جائے گی۔</w:t>
      </w:r>
    </w:p>
    <w:p>
      <w:r>
        <w:rPr>
          <w:b/>
        </w:rPr>
        <w:t xml:space="preserve">[16:31] </w:t>
      </w:r>
      <w:r>
        <w:t>agar main us waqt tak zinda raha to main aap ka saath doonga. to prophet ne kaha, "kya mere log mujhe mere shehar se, makkah se nikal denge?" to warqa ne kaha ke koi bhi paighambar aisa nahi aaya jis ke saath us ki qaum ne dushmani dushmani na ki ho.</w:t>
      </w:r>
    </w:p>
    <w:p>
      <w:pPr>
        <w:jc w:val="right"/>
      </w:pPr>
      <w:r>
        <w:t>اگر میں اس وقت تک زندہ رہا تو میں آپ کا ساتھ دوں گا۔ تو پرافٹ نے کہا، "کیا میرے لوگ مجھے میرے شہر سے، مکہ سے نکال دیں گے؟" تو ورقہ نے کہا کہ کوئی بھی پیغمبر ایسا نہیں آیا جس کے ساتھ اس کی قوم نے دشمن دشمنی نہ کی ہو۔</w:t>
      </w:r>
    </w:p>
    <w:p>
      <w:r>
        <w:rPr>
          <w:b/>
        </w:rPr>
        <w:t xml:space="preserve">[16:52] </w:t>
      </w:r>
      <w:r>
        <w:t>yaani jo qaum hoti hai, us ki woh dushman ban jati hai.</w:t>
      </w:r>
    </w:p>
    <w:p>
      <w:pPr>
        <w:jc w:val="right"/>
      </w:pPr>
      <w:r>
        <w:t>یعنی جو قوم ہوتی ہے، اس کی وہ دشمن بن جاتی ہے۔</w:t>
      </w:r>
    </w:p>
    <w:p>
      <w:r>
        <w:rPr>
          <w:b/>
        </w:rPr>
        <w:t xml:space="preserve">[16:58] </w:t>
      </w:r>
      <w:r>
        <w:t>to warqa chunke blind the aur old the to un ki death ho gayi. lekin un ki jo yeh baat thi, jo prediction tha, ji, yeh baad mein sahi sabit hua.</w:t>
      </w:r>
    </w:p>
    <w:p>
      <w:pPr>
        <w:jc w:val="right"/>
      </w:pPr>
      <w:r>
        <w:t>تو ورقہ چونکہ بلائنڈ تھے اور اولڈ تھے تو ان کی ڈیتھ ہو گئی۔ لیکن ان کی جو یہ بات تھی، جو پریڈکشن تھا، جی، یہ بعد میں صحیح ثابت ہوا۔</w:t>
      </w:r>
    </w:p>
    <w:p>
      <w:r>
        <w:rPr>
          <w:b/>
        </w:rPr>
        <w:t xml:space="preserve">[17:09] </w:t>
      </w:r>
      <w:r>
        <w:t>aur yeh jante hue ke Warqa ne aisi baatein predict ki hain, Hazrat Khadija ne saath diya Rasool Allah ka sari zindagi.</w:t>
      </w:r>
    </w:p>
    <w:p>
      <w:pPr>
        <w:jc w:val="right"/>
      </w:pPr>
      <w:r>
        <w:t>اور یہ جانتے ہوئے کہ ورقہ نے ایسی باتیں پریڈکٹ کی ہیں، حضرت خدیجہ نے ساتھ دیا رسول اللہ کا ساری زندگی۔</w:t>
      </w:r>
    </w:p>
    <w:p>
      <w:r>
        <w:rPr>
          <w:b/>
        </w:rPr>
        <w:t xml:space="preserve">[17:18] </w:t>
      </w:r>
      <w:r>
        <w:t>ji, ji. Doctor sahib, ek comment padhna chahunga agla sawal puchne se pehle.</w:t>
      </w:r>
    </w:p>
    <w:p>
      <w:pPr>
        <w:jc w:val="right"/>
      </w:pPr>
      <w:r>
        <w:t>جی، جی۔ ڈاکٹر صاحب، ایک کمنٹ پڑھنا چاہوں گا اگلا سوال پوچھنے سے پہلے۔</w:t>
      </w:r>
    </w:p>
    <w:p>
      <w:r>
        <w:rPr>
          <w:b/>
        </w:rPr>
        <w:t xml:space="preserve">[17:25] </w:t>
      </w:r>
      <w:r>
        <w:t>yeh Satish Bhatia ji ne bheja hai Punjab se, Amritsar se. Unhone likha hai ke aap sab ko mera salam. Aap jo yeh dawat ka kaam kar rahe hain, woh bahut badhiya kaam hai.</w:t>
      </w:r>
    </w:p>
    <w:p>
      <w:pPr>
        <w:jc w:val="right"/>
      </w:pPr>
      <w:r>
        <w:t>یہ ستیش بھاٹیا جی نے بھیجا ہے پنجاب سے، امرتسر سے۔ انہوں نے لکھا ہے کہ آپ سب کو میرا سلام۔ آپ جو یہ دعوت کا کام کر رہے ہیں، وہ بہت بڑھیا کام ہے۔</w:t>
      </w:r>
    </w:p>
    <w:p>
      <w:r>
        <w:rPr>
          <w:b/>
        </w:rPr>
        <w:t xml:space="preserve">[17:37] </w:t>
      </w:r>
      <w:r>
        <w:t>mere jaise kitne hi log hain jo sachai aur deen ki raah raah ko apnana chahte hain, aur jo meri talash thi, woh aap ke paas aa kar khatam ho gayi.</w:t>
      </w:r>
    </w:p>
    <w:p>
      <w:pPr>
        <w:jc w:val="right"/>
      </w:pPr>
      <w:r>
        <w:t>میرے جیسے کتنے ہی لوگ ہیں جو سچائی اور دین کی راہ راہ کو اپنانا چاہتے ہیں، اور جو میری تلاش تھی، وہ آپ کے پاس آ کر ختم ہوگئی۔</w:t>
      </w:r>
    </w:p>
    <w:p>
      <w:r>
        <w:rPr>
          <w:b/>
        </w:rPr>
        <w:t xml:space="preserve">[17:47] </w:t>
      </w:r>
      <w:r>
        <w:t>bahut kuch seekhne ko milt</w:t>
      </w:r>
    </w:p>
    <w:p>
      <w:pPr>
        <w:jc w:val="right"/>
      </w:pPr>
      <w:r>
        <w:t>بہت کچھ سیکھنے کو ملت</w:t>
      </w:r>
    </w:p>
    <w:p>
      <w:r>
        <w:rPr>
          <w:b/>
        </w:rPr>
        <w:t xml:space="preserve">[17:49] </w:t>
      </w:r>
      <w:r>
        <w:t>a hai mujhe har Sunday live dekh kar aap ki aur Doctor sahib ki yeh sab baatein Allah ke bare mein main sunta hoon. Allah aap par rehmat kare aur aap ke deen ko aur badhaye, aur hum sabhi logon ko deen sikhane ke liye kuch naya seekhne ko milta rahe.</w:t>
      </w:r>
    </w:p>
    <w:p>
      <w:pPr>
        <w:jc w:val="right"/>
      </w:pPr>
      <w:r>
        <w:t>ا ہے مجھے ہر سنڈے لائیو دیکھ کر آپ کی اور ڈاکٹر صاحب کی یہ سب باتیں اللہ کے بارے میں میں سنتا ہوں۔ اللہ آپ پر رحمت کرے اور آپ کے دین کو اور بڑھائے، اور ہم سبھی لوگوں کو دین سکھانے کے لیے کچھ نیا سیکھنے کو ملتا رہے۔</w:t>
      </w:r>
    </w:p>
    <w:p>
      <w:r>
        <w:rPr>
          <w:b/>
        </w:rPr>
        <w:t xml:space="preserve">[18:06] </w:t>
      </w:r>
      <w:r>
        <w:t>ameen. Doctor sahib, iske baad phir second revelation aati hai, to uske bare mein bhi bataye hum sab ko. To jo pehla revelation tha, uske baad kafi gap reh</w:t>
      </w:r>
    </w:p>
    <w:p>
      <w:pPr>
        <w:jc w:val="right"/>
      </w:pPr>
      <w:r>
        <w:t>آمین۔ ڈاکٹر صاحب، اس کے بعد پھر سیکنڈ ریولیشن آتی ہے، تو اس کے بارے میں بھی بتائیں ہم سب کو۔ تو جو پہلا ریولیشن تھا، اس کے بعد کافی گیپ رہ</w:t>
      </w:r>
    </w:p>
    <w:p>
      <w:r>
        <w:rPr>
          <w:b/>
        </w:rPr>
        <w:t xml:space="preserve">[18:19] </w:t>
      </w:r>
      <w:r>
        <w:t>a. Ji, kuch logon ka kehna hai jo seerat ki kitabon mein ke woh teen saal ka gap raha, kuch log kam bhi batate hain.</w:t>
      </w:r>
    </w:p>
    <w:p>
      <w:pPr>
        <w:jc w:val="right"/>
      </w:pPr>
      <w:r>
        <w:t>ا۔ جی، کچھ لوگوں کا کہنا ہے جو سیرت کی کتابوں میں کہ وہ تین سال کا گیپ رہا، کچھ لوگ کم بھی بتاتے ہیں۔</w:t>
      </w:r>
    </w:p>
    <w:p>
      <w:r>
        <w:rPr>
          <w:b/>
        </w:rPr>
        <w:t xml:space="preserve">[18:27] </w:t>
      </w:r>
      <w:r>
        <w:t>to lekin beharhaal ek lamba gap raha doosri revelation mein. To ek baar Prophet ne dekha ke aasman ki taraf, yani Prophet saw Jibrael in his full angelic form, ji, yani original form</w:t>
      </w:r>
    </w:p>
    <w:p>
      <w:pPr>
        <w:jc w:val="right"/>
      </w:pPr>
      <w:r>
        <w:t>تو لیکن بہرحال ایک لمبا گیپ رہا دوسری ریولیشن میں۔ تو ایک بار پرافٹ نے دیکھا کہ آسمان کی طرف، یعنی پرافٹ سو جبرائیل ان ہز فل اینجلک فارم، جی، یعنی اوریجنل فارم</w:t>
      </w:r>
    </w:p>
    <w:p>
      <w:r>
        <w:rPr>
          <w:b/>
        </w:rPr>
        <w:t xml:space="preserve">[18:47] </w:t>
      </w:r>
      <w:r>
        <w:t>. To woh Jibrael baithe hue the ek throne pe, he was sitting on a throne, and his wings were covering the entire horizon.</w:t>
      </w:r>
    </w:p>
    <w:p>
      <w:pPr>
        <w:jc w:val="right"/>
      </w:pPr>
      <w:r>
        <w:t>۔ تو وہ جبرائیل بیٹھے ہوئے تھے ایک تھرون پہ، ہی واز سٹنگ ان اے تھرون، اینڈ ہز ونگز وار کورنگ دا انٹائر ہورائزن۔</w:t>
      </w:r>
    </w:p>
    <w:p>
      <w:r>
        <w:rPr>
          <w:b/>
        </w:rPr>
        <w:t xml:space="preserve">[18:58] </w:t>
      </w:r>
      <w:r>
        <w:t>ji, yani ek bada ajeeb manzar hoga, aap tasawwur kar sakein, ek bahut badi chidiya jo poore aasman ko dhak le. Ji, to aisi koi surat jab unhone dekhi to phir ghabra gaye.</w:t>
      </w:r>
    </w:p>
    <w:p>
      <w:pPr>
        <w:jc w:val="right"/>
      </w:pPr>
      <w:r>
        <w:t>جی، یعنی ایک بڑا عجیب منظر ہوگا، آپ تصور کر سکیں، ایک بہت بڑی چڑیا جو پورے آسمان کو ڈھک لے۔ جی، تو ایسی کوئی صورت جب انہوں نے دیکھی تو پھر گھبرا گئے۔</w:t>
      </w:r>
    </w:p>
    <w:p>
      <w:r>
        <w:rPr>
          <w:b/>
        </w:rPr>
        <w:t xml:space="preserve">[19:09] </w:t>
      </w:r>
      <w:r>
        <w:t>ji,</w:t>
      </w:r>
    </w:p>
    <w:p>
      <w:pPr>
        <w:jc w:val="right"/>
      </w:pPr>
      <w:r>
        <w:t>جی،</w:t>
      </w:r>
    </w:p>
    <w:p>
      <w:r>
        <w:rPr>
          <w:b/>
        </w:rPr>
        <w:t xml:space="preserve">[19:10] </w:t>
      </w:r>
      <w:r>
        <w:t>aur phir woh wapas ghar ki taraf aaye. Yani jab first revelation, when he got the first revelation, he ran to Khadija, and now when the second revelation is about to come, he ran to Khadija.</w:t>
      </w:r>
    </w:p>
    <w:p>
      <w:pPr>
        <w:jc w:val="right"/>
      </w:pPr>
      <w:r>
        <w:t>اور پھر وہ واپس گھر کی طرف آئے۔ یعنی جب فرسٹ ریولیشن، وین ہی گاٹ دا فرسٹ ریولیشن، ہی رین ٹو خدیجہ، اینڈ ناؤ وین دا سیکنڈ ریولیشن از اباؤٹ ٹو کم، ہی رین ٹو خدیجہ۔</w:t>
      </w:r>
    </w:p>
    <w:p>
      <w:r>
        <w:rPr>
          <w:b/>
        </w:rPr>
        <w:t xml:space="preserve">[19:23] </w:t>
      </w:r>
      <w:r>
        <w:t>to wapas gaye. Ji, aur phir wahi کیفیت ho gayi, ghabrahat aur shaking and trembling wali کیفیت. To phir wahi kaha unhone, "zamaluni, zamaluni" ke mujhe cover kar do, mujhe cover kar do.</w:t>
      </w:r>
    </w:p>
    <w:p>
      <w:pPr>
        <w:jc w:val="right"/>
      </w:pPr>
      <w:r>
        <w:t>تو واپس گئے۔ جی، اور پھر وہی کیفیت ہوگئی، گھبراہٹ اور شیکنگ اینڈ ٹریمبلنگ والی کیفیت۔ تو پھر وہی کہا انہوں نے، "زملونی، زملونی" کہ مجھے کور کر دو، مجھے کور کر دو۔</w:t>
      </w:r>
    </w:p>
    <w:p>
      <w:r>
        <w:rPr>
          <w:b/>
        </w:rPr>
        <w:t xml:space="preserve">[19:36] </w:t>
      </w:r>
      <w:r>
        <w:t>to phir jab Hazrat Khadija ne dekha ke itne pareshan hain to phir unhone bahut achhe alfaaz bole.</w:t>
      </w:r>
    </w:p>
    <w:p>
      <w:pPr>
        <w:jc w:val="right"/>
      </w:pPr>
      <w:r>
        <w:t>تو پھر جب حضرت خدیجہ نے دیکھا کہ اتنے پریشان ہیں تو پھر انہوں نے بہت اچھے الفاظ بولے۔</w:t>
      </w:r>
    </w:p>
    <w:p>
      <w:r>
        <w:rPr>
          <w:b/>
        </w:rPr>
        <w:t xml:space="preserve">[19:45] </w:t>
      </w:r>
      <w:r>
        <w:t>aur phir us waqt Surah number 74, yani Surah Al-Muddathir, nazil hui, "Ya ayyuhal muddathir, qum fa anzir wa rabbaka fakabbir" ke ae kapde mein lapete hue insan, khade ho aur "get up and warn people" ji, and proclaim the glory of your Lord.</w:t>
      </w:r>
    </w:p>
    <w:p>
      <w:pPr>
        <w:jc w:val="right"/>
      </w:pPr>
      <w:r>
        <w:t>اور پھر اس وقت سورہ نمبر 74، یعنی سورہ المدثر، نازل ہوئی، "یا ایہا المدثر، قم فانزر وربک فکبر" کہ اے کپڑے میں لپٹے ہوئے انسان، کھڑے ہو اور "گیٹ اپ اینڈ وان پیپل" جی، اینڈ پروکلیم دا گلوری اف یور لارڈ۔</w:t>
      </w:r>
    </w:p>
    <w:p>
      <w:r>
        <w:rPr>
          <w:b/>
        </w:rPr>
        <w:t xml:space="preserve">[20:06] </w:t>
      </w:r>
      <w:r>
        <w:t>to jab yeh Surah nazil hui jis mein hukum diya gaya ke ab tum ko logon ko aagah karna hai aur is message ko convey karna hai, to Prophet ne sab se pehle Hazrat Khadija se kaha ke "you are the first one, I am calling to this message" ji.</w:t>
      </w:r>
    </w:p>
    <w:p>
      <w:pPr>
        <w:jc w:val="right"/>
      </w:pPr>
      <w:r>
        <w:t>تو جب یہ سورت نازل ہوئی جس میں حکم دیا گیا کہ اب تم کو لوگوں کو آگاہ کرنا ہے اور اس میسج کو کنوے کرنا ہے، تو پرافٹ نے سب سے پہلے حضرت خدیجہ سے کہا کہ "یو آر دا فرسٹ ون، آئی ایم کالنگ ٹو دس میسج" جی۔</w:t>
      </w:r>
    </w:p>
    <w:p>
      <w:r>
        <w:rPr>
          <w:b/>
        </w:rPr>
        <w:t xml:space="preserve">[20:25] </w:t>
      </w:r>
      <w:r>
        <w:t>to Hazrat Khadija ne kaha hai ke "I am the first one to accept this message" ji.</w:t>
      </w:r>
    </w:p>
    <w:p>
      <w:pPr>
        <w:jc w:val="right"/>
      </w:pPr>
      <w:r>
        <w:t>تو حضرت خدیجہ نے کہا ہے کہ "آئی ایم دا فرسٹ ون ٹو ایکسیپٹ دس میسج" جی۔</w:t>
      </w:r>
    </w:p>
    <w:p>
      <w:r>
        <w:rPr>
          <w:b/>
        </w:rPr>
        <w:t xml:space="preserve">[20:30] </w:t>
      </w:r>
      <w:r>
        <w:t>to is tarike se Hazrat Khadija sab se pehli shakhs hain jo ji, jinhone Islam qabool kiya. Aur ek main lecture sun raha tha Doctor Omar Suleiman ka, unhone kuch das pandrah baatein batayi thi jis mein Hazrat Khadija ne sab se pehli baar kya</w:t>
      </w:r>
    </w:p>
    <w:p>
      <w:pPr>
        <w:jc w:val="right"/>
      </w:pPr>
      <w:r>
        <w:t>تو اس طریقے سے حضرت خدیجہ سب سے پہلی شخص ہیں جو جی، جنہوں نے اسلام قبول کیا۔ اور ایک میں لیکچر سن رہا تھا ڈاکٹر عمر سلیمان کا، انہوں نے کچھ دس پندرہ باتیں بتائی تھیں جس میں حضرت خدیجہ نے سب سے پہلی بار کیا</w:t>
      </w:r>
    </w:p>
    <w:p>
      <w:r>
        <w:rPr>
          <w:b/>
        </w:rPr>
        <w:t xml:space="preserve">[20:49] </w:t>
      </w:r>
      <w:r>
        <w:t>ji, maslan "the the Prophet did his first wudu with Khadija" achha, and "the Prophet performed his first namaz with Khadija" ji, and "the Prophet performed his first tawaf with Khadija" ji.</w:t>
      </w:r>
    </w:p>
    <w:p>
      <w:pPr>
        <w:jc w:val="right"/>
      </w:pPr>
      <w:r>
        <w:t>جی، مثلاً "دا دا پرافٹ ڈیڈ ہز فرسٹ وضو ود خدیجہ" اچھا، اینڈ "دا پرافٹ پرفارمڈ ہز فرسٹ نماز ود خدیجہ" جی، اینڈ "دا پرافٹ پرفارمڈ ہز فرسٹ طواف ود خدیجہ" جی۔</w:t>
      </w:r>
    </w:p>
    <w:p>
      <w:r>
        <w:rPr>
          <w:b/>
        </w:rPr>
        <w:t xml:space="preserve">[21:04] </w:t>
      </w:r>
      <w:r>
        <w:t>aisi bahut sari cheezein hain, ek lambi list hai ke yeh sab cheezein. To</w:t>
      </w:r>
    </w:p>
    <w:p>
      <w:pPr>
        <w:jc w:val="right"/>
      </w:pPr>
      <w:r>
        <w:t>ایسی بہت ساری چیزیں ہیں، ایک لمبی لسٹ ہے کہ یہ سب چیزیں۔ تو</w:t>
      </w:r>
    </w:p>
    <w:p>
      <w:r>
        <w:rPr>
          <w:b/>
        </w:rPr>
        <w:t xml:space="preserve">[21:09] </w:t>
      </w:r>
      <w:r>
        <w:t>Hazrat Khadija ko jab Rasool Allah Sallallahu Alaihi Wasallam ne bataya ji, to unhone without any hesitation, koi hichkichahat nahi, koi second thought nahi, foran kaha ke main aap ke message ko accept karti hoon.</w:t>
      </w:r>
    </w:p>
    <w:p>
      <w:pPr>
        <w:jc w:val="right"/>
      </w:pPr>
      <w:r>
        <w:t>حضرت خدیجہ کو جب رسول اللہ صلی اللہ علیہ وسلم نے بتایا جی، تو انہوں نے ودا آؤٹ اینی ہیزیٹیشن، کوئی ہچکچاہٹ نہیں، کوئی سیکنڈ تھاٹ نہیں، فوراً کہا کہ میں آپ کے میسج کو ایکسیپٹ کرتی ہوں۔</w:t>
      </w:r>
    </w:p>
    <w:p>
      <w:r>
        <w:rPr>
          <w:b/>
        </w:rPr>
        <w:t xml:space="preserve">[21:25] </w:t>
      </w:r>
      <w:r>
        <w:t>aur iske baad Hazrat Khadija ne kaha ke aap pareshan lag rahe hain aur bistar bichhaya ke aap aaram kar lein.</w:t>
      </w:r>
    </w:p>
    <w:p>
      <w:pPr>
        <w:jc w:val="right"/>
      </w:pPr>
      <w:r>
        <w:t>اور اس کے بعد حضرت خدیجہ نے کہا کہ آپ پریشان لگ رہے ہیں اور بستر بچھایا کہ آپ آرام کر لیں۔</w:t>
      </w:r>
    </w:p>
    <w:p>
      <w:r>
        <w:rPr>
          <w:b/>
        </w:rPr>
        <w:t xml:space="preserve">[21:35] </w:t>
      </w:r>
      <w:r>
        <w:t>to us waqt Rasool Allah ne kaha ke "la rahat ba'da al-yawm" ke aaj ke baad koi rahat nahi ji.</w:t>
      </w:r>
    </w:p>
    <w:p>
      <w:pPr>
        <w:jc w:val="right"/>
      </w:pPr>
      <w:r>
        <w:t>تو اس وقت رسول اللہ نے کہا کہ "لا راحت بعد اليوم" کہ آج کے بعد کوئی راحت نہیں جی۔</w:t>
      </w:r>
    </w:p>
    <w:p>
      <w:r>
        <w:rPr>
          <w:b/>
        </w:rPr>
        <w:t xml:space="preserve">[21:43] </w:t>
      </w:r>
      <w:r>
        <w:t>matlab ab woh aaram ka zamana gaya ji, ab to ek Allah Ta'ala ne hamein ek mission diya hai, hamare hamare upar ek bhaari zimmedari aaid ki hai, ab hamein logon ko yeh message pahunchana hai.</w:t>
      </w:r>
    </w:p>
    <w:p>
      <w:pPr>
        <w:jc w:val="right"/>
      </w:pPr>
      <w:r>
        <w:t>مطلب اب وہ آرام کا زمانہ گیا جی، اب تو ایک اللہ تعالی نے ہمیں ایک مشن دیا ہے، ہمارے ہمارے اوپر ایک بھاری ذمہ داری عائد کی ہے، اب ہمیں لوگوں کو یہ میسج پہنچانا ہے۔</w:t>
      </w:r>
    </w:p>
    <w:p>
      <w:r>
        <w:rPr>
          <w:b/>
        </w:rPr>
        <w:t xml:space="preserve">[21:59] </w:t>
      </w:r>
      <w:r>
        <w:t>to ab ab to aaram ka waqt khatm hogaya. aur yahi waqia yahi hua ji ke is ke baad jo pareshaniyon ka saamna karna pada, sari zindagi taqreeban unhi halaat se guzre.</w:t>
      </w:r>
    </w:p>
    <w:p>
      <w:pPr>
        <w:jc w:val="right"/>
      </w:pPr>
      <w:r>
        <w:t>تو اب اب تو آرام کا وقت ختم ہوگیا۔ اور یہی واقعہ یہی ہوا جی کہ اس کے بعد جو پریشانیوں کا سامنا کرنا پڑا، ساری زندگی تقریباً انہی حالات سے گزرے۔</w:t>
      </w:r>
    </w:p>
    <w:p>
      <w:r>
        <w:rPr>
          <w:b/>
        </w:rPr>
        <w:t xml:space="preserve">[22:11] </w:t>
      </w:r>
      <w:r>
        <w:t>aur doctor sahib, yeh jo baatein bataein aap ne, is se yeh bilkul zahir bhi hota hai ke kyun Hazrat Khadija had a special place in the heart of Prophet, because right from the beginning, she supported Prophet just at the time when he needed her the most</w:t>
      </w:r>
    </w:p>
    <w:p>
      <w:pPr>
        <w:jc w:val="right"/>
      </w:pPr>
      <w:r>
        <w:t>اور ڈاکٹر صاحب، یہ جو باتیں بتائیں آپ نے، اس سے یہ بالکل ظاہر بھی ہوتا ہے کہ کیوں حضرت خدیجہ ہیڈ ا سپیشل پلیس ان دی ہارٹ اف پرافٹ، کیونکہ رائٹ فرام دا بگننگ، شی سپورٹڈ پرافٹ جسٹ ایٹ دا ٹائم وین ہی نیڈڈ ہر دا موسٹ</w:t>
      </w:r>
    </w:p>
    <w:p>
      <w:r>
        <w:rPr>
          <w:b/>
        </w:rPr>
        <w:t xml:space="preserve">[22:27] </w:t>
      </w:r>
      <w:r>
        <w:t>. doctor sahib, phir yeh hota hai ke jaise aap ne bataya ke in ko kaha gaya ke ab now proclaim the truth, aur Prophet ne wahi karna shuru kiya, lekin bohat ziyada opposition aaya Quraish se.</w:t>
      </w:r>
    </w:p>
    <w:p>
      <w:pPr>
        <w:jc w:val="right"/>
      </w:pPr>
      <w:r>
        <w:t>۔ ڈاکٹر صاحب، پھر یہ ہوتا ہے کہ جیسے آپ نے بتایا کہ ان کو کہا گیا کہ اب ناؤ پروکلیم دا ٹرتھ، اور پرافٹ نے وہی کرنا شروع کیا، لیکن بہت زیادہ اپوزیشن آیا قریش سے۔</w:t>
      </w:r>
    </w:p>
    <w:p>
      <w:r>
        <w:rPr>
          <w:b/>
        </w:rPr>
        <w:t xml:space="preserve">[22:39] </w:t>
      </w:r>
      <w:r>
        <w:t>aur doctor sahib, jaise hum jante hain history mein ke Quraish had a very high status among other Arabs, primarily because you know, they lived closer to Kaaba, they were the caretakers of the Kaaba</w:t>
      </w:r>
    </w:p>
    <w:p>
      <w:pPr>
        <w:jc w:val="right"/>
      </w:pPr>
      <w:r>
        <w:t>اور ڈاکٹر صاحب، جیسے ہم جانتے ہیں ہسٹری میں کہ قریش ہیڈ ا ویری ہائی سٹیٹس امنگ ادر عربز، پرائمیرلی بیکاز یو نو، دے لیوڈ کلوزر ٹو کعبہ، دے وار دا کیئر ٹیکرز اف دی کعبہ</w:t>
      </w:r>
    </w:p>
    <w:p>
      <w:r>
        <w:rPr>
          <w:b/>
        </w:rPr>
        <w:t xml:space="preserve">[22:53] </w:t>
      </w:r>
      <w:r>
        <w:t>. to isi liye Arabs bohat ziyada mante the Quraish ko, aur wahi Quraish ab opposition mein the Prophet ke, kyun ke woh dekh rahe the ke baqi tribes ke jo log hain, woh follow kar rahe hain Prophet ko.</w:t>
      </w:r>
    </w:p>
    <w:p>
      <w:pPr>
        <w:jc w:val="right"/>
      </w:pPr>
      <w:r>
        <w:t>۔ تو اسی لیے عربز بہت زیادہ مانتے تھے قریش کو، اور وہی قریش اب اپوزیشن میں تھے پرافٹ کے، کیونکہ وہ دیکھ رہے تھے کہ باقی ٹرائبز کے جو لوگ ہیں، وہ فالو کر رہے ہیں پرافٹ کو۔</w:t>
      </w:r>
    </w:p>
    <w:p>
      <w:r>
        <w:rPr>
          <w:b/>
        </w:rPr>
        <w:t xml:space="preserve">[23:06] </w:t>
      </w:r>
      <w:r>
        <w:t>lekin jis tareeqe se ek suraj ko aap haath se nahi chupa sakte, usi tareeqe se sachai ko bhi aap chupa nahi sakte. lekin doctor sahib, opposition bohat hi strong tha.</w:t>
      </w:r>
    </w:p>
    <w:p>
      <w:pPr>
        <w:jc w:val="right"/>
      </w:pPr>
      <w:r>
        <w:t>لیکن جس طریقے سے ایک سورج کو آپ ہاتھ سے نہیں چھپا سکتے، اسی طریقے سے سچائی کو بھی آپ چھپا نہیں سکتے۔ لیکن ڈاکٹر صاحب، اپوزیشن بہت ہی سٹرونگ تھا۔</w:t>
      </w:r>
    </w:p>
    <w:p>
      <w:r>
        <w:rPr>
          <w:b/>
        </w:rPr>
        <w:t xml:space="preserve">[23:18] </w:t>
      </w:r>
      <w:r>
        <w:t>to is ke bare mein bataein doctor sahib.</w:t>
      </w:r>
    </w:p>
    <w:p>
      <w:pPr>
        <w:jc w:val="right"/>
      </w:pPr>
      <w:r>
        <w:t>تو اس کے بارے میں بتائیں ڈاکٹر صاحب۔</w:t>
      </w:r>
    </w:p>
    <w:p>
      <w:r>
        <w:rPr>
          <w:b/>
        </w:rPr>
        <w:t xml:space="preserve">[23:22] </w:t>
      </w:r>
      <w:r>
        <w:t>darasal Makkah mein shirk tha, yaani bohat sare Khudaon ko manna ji, aur un ki jo tijarat thi, woh isi pe chal rahi thi ke log aate the aur charhawa charhate the, un ka business bhi chalta tha.</w:t>
      </w:r>
    </w:p>
    <w:p>
      <w:pPr>
        <w:jc w:val="right"/>
      </w:pPr>
      <w:r>
        <w:t>دراصل مکہ میں شرک تھا، یعنی بہت سارے خداؤں کو ماننا جی، اور ان کی جو تجارت تھی، وہ اسی پہ چل رہی تھی کہ لوگ آتے تھے اور چڑھاوا چڑھاتے تھے، ان کا بزنس بھی چلتا تھا۔</w:t>
      </w:r>
    </w:p>
    <w:p>
      <w:r>
        <w:rPr>
          <w:b/>
        </w:rPr>
        <w:t xml:space="preserve">[23:41] </w:t>
      </w:r>
      <w:r>
        <w:t>to jab Rasool Allah sal Allah alayhi wasallam ne tauheed ka paigham diya ji, to un ko laga ke yeh is ki wajah se to hamara jo business hai, woh khatm ho jayega.</w:t>
      </w:r>
    </w:p>
    <w:p>
      <w:pPr>
        <w:jc w:val="right"/>
      </w:pPr>
      <w:r>
        <w:t>تو جب رسول اللہ صلی اللہ علیہ وسلم نے توحید کا پیغام دیا جی، تو ان کو لگا کہ یہ اس کی وجہ سے تو ہمارا جو بزنس ہے، وہ ختم ہو جائے گا۔</w:t>
      </w:r>
    </w:p>
    <w:p>
      <w:r>
        <w:rPr>
          <w:b/>
        </w:rPr>
        <w:t xml:space="preserve">[23:53] </w:t>
      </w:r>
      <w:r>
        <w:t>to woh sab against ho gaye ji, khaas tor se Quraish, jo wahan ke strong tribe thi aur powerful tribe thi, aur un ko leadership bhi hasil thi.</w:t>
      </w:r>
    </w:p>
    <w:p>
      <w:pPr>
        <w:jc w:val="right"/>
      </w:pPr>
      <w:r>
        <w:t>تو وہ سب اگینسٹ ہو گئے جی، خاص طور سے قریش، جو وہاں کے سٹرونگ ٹرائب تھی اور پاور فل ٹرائب تھی، اور ان کو لیڈرشپ بھی حاصل تھی۔</w:t>
      </w:r>
    </w:p>
    <w:p>
      <w:r>
        <w:rPr>
          <w:b/>
        </w:rPr>
        <w:t xml:space="preserve">[24:04] </w:t>
      </w:r>
      <w:r>
        <w:t>to Quraish ke jo leaders the, woh against ho gaye ji, to tarah tarah se sat</w:t>
      </w:r>
    </w:p>
    <w:p>
      <w:pPr>
        <w:jc w:val="right"/>
      </w:pPr>
      <w:r>
        <w:t>تو قریش کے جو لیڈرز تھے، وہ اگینسٹ ہو گئے جی، تو طرح طرح سے ست</w:t>
      </w:r>
    </w:p>
    <w:p>
      <w:r>
        <w:rPr>
          <w:b/>
        </w:rPr>
        <w:t xml:space="preserve">[24:10] </w:t>
      </w:r>
      <w:r>
        <w:t>ane lage. is ki baatein aap ne suni hongi ke Rasool Allah sal Allah alayhi wasallam jate the logon ko batane to pathar marte the ji, aur kaante bichate the, aur tarah tarah ke satate the.</w:t>
      </w:r>
    </w:p>
    <w:p>
      <w:pPr>
        <w:jc w:val="right"/>
      </w:pPr>
      <w:r>
        <w:t>انے لگے۔ اس کی باتیں آپ نے سنی ہوں گی کہ رسول اللہ صلی اللہ علیہ وسلم جاتے تھے لوگوں کو بتانے تو پتھر مارتے تھے جی، اور کانٹے بچھاتے تھے، اور طرح طرح کے ستاتے تھے۔</w:t>
      </w:r>
    </w:p>
    <w:p>
      <w:r>
        <w:rPr>
          <w:b/>
        </w:rPr>
        <w:t xml:space="preserve">[24:21] </w:t>
      </w:r>
      <w:r>
        <w:t>yaani koi din aisa nahi hota tha, agar aap kitaab parhein jaise Maulana ki kitaab hai Seerat-e-Rasool ji, to is mein Maulana ne bilkul saada andaaz mein Seerat ke waqiat likhe</w:t>
      </w:r>
    </w:p>
    <w:p>
      <w:pPr>
        <w:jc w:val="right"/>
      </w:pPr>
      <w:r>
        <w:t>یعنی کوئی دن ایسا نہیں ہوتا تھا، اگر آپ کتاب پڑھیں جیسے مولانا کی کتاب ہے سیرت رسول جی، تو اس میں مولانا نے بالکل سادہ انداز میں سیرت کے واقعات لکھے</w:t>
      </w:r>
    </w:p>
    <w:p>
      <w:r>
        <w:rPr>
          <w:b/>
        </w:rPr>
        <w:t xml:space="preserve">[24:35] </w:t>
      </w:r>
      <w:r>
        <w:t>hain. to is mein Maulana ne likha hai ke shayad koi din aisa nahi hota tha ke Rasool Allah wapas jayein ghar mein aur un ke badan se kahin khoon na beh raha ho.</w:t>
      </w:r>
    </w:p>
    <w:p>
      <w:pPr>
        <w:jc w:val="right"/>
      </w:pPr>
      <w:r>
        <w:t>ہیں۔ تو اس میں مولانا نے لکھا ہے کہ شاید کوئی دن ایسا نہیں ہوتا تھا کہ رسول اللہ واپس جائیں گھر میں اور ان کے بدن سے کہیں خون نہ بہہ رہا ہو۔</w:t>
      </w:r>
    </w:p>
    <w:p>
      <w:r>
        <w:rPr>
          <w:b/>
        </w:rPr>
        <w:t xml:space="preserve">[24:44] </w:t>
      </w:r>
      <w:r>
        <w:t>pathar marte the, satate the, lekin Rasool Allah sal Allah alayhi wasallam koi jawab nahi dete the, bas apni baat jo paigham pohanchana tha, woh pohanchate the. jab ghar pohnchte the to apne marham patti karte the ji.</w:t>
      </w:r>
    </w:p>
    <w:p>
      <w:pPr>
        <w:jc w:val="right"/>
      </w:pPr>
      <w:r>
        <w:t>پتھر مارتے تھے، ستاتے تھے، لیکن رسول اللہ صلی اللہ علیہ وسلم کوئی جواب نہیں دیتے تھے، بس اپنی بات جو پیغام پہنچانا تھا، وہ پہنچاتے تھے۔ جب گھر پہنچتے تھے تو اپنے مرہم پٹی کرتے تھے جی۔</w:t>
      </w:r>
    </w:p>
    <w:p>
      <w:r>
        <w:rPr>
          <w:b/>
        </w:rPr>
        <w:t xml:space="preserve">[24:57] </w:t>
      </w:r>
      <w:r>
        <w:t>to ek din woh marham patti kar rahe the to Fatima choti thi ji, to Fatima rone lagi</w:t>
      </w:r>
    </w:p>
    <w:p>
      <w:pPr>
        <w:jc w:val="right"/>
      </w:pPr>
      <w:r>
        <w:t>تو ایک دن وہ مرہم پٹی کر رہے تھے تو فاطمہ چھوٹی تھی جی، تو فاطمہ رونے لگی</w:t>
      </w:r>
    </w:p>
    <w:p>
      <w:r>
        <w:rPr>
          <w:b/>
        </w:rPr>
        <w:t xml:space="preserve">[25:04] </w:t>
      </w:r>
      <w:r>
        <w:t>ji dekh ke ke yeh takleef. to Prophet ne kaha, "chup raho beti, chup raho, tumhare father ka contact Allah se hai ji." to woh thori chup rahi hoen.</w:t>
      </w:r>
    </w:p>
    <w:p>
      <w:pPr>
        <w:jc w:val="right"/>
      </w:pPr>
      <w:r>
        <w:t>جی دیکھ کے کہ یہ تکلیف۔ تو پرافٹ نے کہا، "چپ رہو بیٹی، چپ رہو، تمہارے فادر کا کانٹیکٹ اللہ سے ہے جی۔" تو وہ تھوڑی چپ رہی ہوئیں۔</w:t>
      </w:r>
    </w:p>
    <w:p>
      <w:r>
        <w:rPr>
          <w:b/>
        </w:rPr>
        <w:t xml:space="preserve">[25:16] </w:t>
      </w:r>
      <w:r>
        <w:t>to is tareeqe se bohat hi tarah tarah se sataya, tarah tarah se pareshan kiya.</w:t>
      </w:r>
    </w:p>
    <w:p>
      <w:pPr>
        <w:jc w:val="right"/>
      </w:pPr>
      <w:r>
        <w:t>تو اس طریقے سے بہت ہی طرح طرح سے ستایا، طرح طرح سے پریشان کیا۔</w:t>
      </w:r>
    </w:p>
    <w:p>
      <w:r>
        <w:rPr>
          <w:b/>
        </w:rPr>
        <w:t xml:space="preserve">[25:24] </w:t>
      </w:r>
      <w:r>
        <w:t>lekin chunke woh tribal society thi, tribal age tha, to Prophet ke jo protect kar rahe the, woh un ke uncle the Abu Talib, un ke protection mein the ji.</w:t>
      </w:r>
    </w:p>
    <w:p>
      <w:pPr>
        <w:jc w:val="right"/>
      </w:pPr>
      <w:r>
        <w:t>لیکن چونکہ وہ ٹرائبل سوسائٹی تھی، ٹرائبل ایج تھا، تو پرافٹ کے جو پروٹیکٹ کر رہے تھے، وہ ان کے انکل تھے ابو طالب، ان کے پروٹیکشن میں تھے جی۔</w:t>
      </w:r>
    </w:p>
    <w:p>
      <w:r>
        <w:rPr>
          <w:b/>
        </w:rPr>
        <w:t xml:space="preserve">[25:37] </w:t>
      </w:r>
      <w:r>
        <w:t>koi bhi shakhs agar kisi kisi tribe ke protection mein nahi hai to us ke sath koi bhi ziyadti ki ja sakti</w:t>
      </w:r>
    </w:p>
    <w:p>
      <w:pPr>
        <w:jc w:val="right"/>
      </w:pPr>
      <w:r>
        <w:t>کوئی بھی شخص اگر کسی کسی ٹرائب کے پروٹیکشن میں نہیں ہے تو اس کے ساتھ کوئی بھی زیادتی کی جا سکتی</w:t>
      </w:r>
    </w:p>
    <w:p>
      <w:r>
        <w:rPr>
          <w:b/>
        </w:rPr>
        <w:t xml:space="preserve">[25:45] </w:t>
      </w:r>
      <w:r>
        <w:t>thi ji, lekin woh bas halka phulka hi woh karte rahe, koi bohat hi bara qadam nahi uthaya is ki wajah se. lekin woh Quraish bohat ne bohat pareshan kiya ji, yaani jo kaam karna chahte the Rasool Allah, us ko karne nahi diya, aur jo log saathi bante the, un ko satate the ji.</w:t>
      </w:r>
    </w:p>
    <w:p>
      <w:pPr>
        <w:jc w:val="right"/>
      </w:pPr>
      <w:r>
        <w:t>تھی جی، لیکن وہ بس ہلکا پھلکا ہی وہ کرتے رہے، کوئی بہت ہی بڑا قدم نہیں اٹھایا اس کی وجہ سے۔ لیکن وہ قریش بہت نے بہت پریشان کیا جی، یعنی جو کام کرنا چاہتے تھے رسول اللہ، اس کو کرنے نہیں دیا، اور جو لوگ ساتھی بنتے تھے، ان کو ستاتے تھے جی۔</w:t>
      </w:r>
    </w:p>
    <w:p>
      <w:r>
        <w:rPr>
          <w:b/>
        </w:rPr>
        <w:t xml:space="preserve">[26:03] </w:t>
      </w:r>
      <w:r>
        <w:t>aur yeh halat hoti thi ke namaz parhne ke liye Kaaba mein jate the to wahan sat</w:t>
      </w:r>
    </w:p>
    <w:p>
      <w:pPr>
        <w:jc w:val="right"/>
      </w:pPr>
      <w:r>
        <w:t>اور یہ حالت ہوتی تھی کہ نماز پڑھنے کے لیے کعبہ میں جاتے تھے تو وہاں ست</w:t>
      </w:r>
    </w:p>
    <w:p>
      <w:r>
        <w:rPr>
          <w:b/>
        </w:rPr>
        <w:t xml:space="preserve">[26:10] </w:t>
      </w:r>
      <w:r>
        <w:t>ate the, wahan maar peet shuru kar dete the, ya koi cheez ko kooda kar ke phenk diya un ke upar, tarah tarah ki takleef. to yeh ek silsila lamba chala ke lekin phir bhi Rasool Allah sal Allah alayhi wasallam ne jo paigham tha, logon tak pohanchaya.</w:t>
      </w:r>
    </w:p>
    <w:p>
      <w:pPr>
        <w:jc w:val="right"/>
      </w:pPr>
      <w:r>
        <w:t>اتے تھے، وہاں مار پیٹ شروع کر دیتے تھے، یا کوئی چیز کو کوڑا کر کے پھینک دیا ان کے اوپر، طرح طرح کی تکلیف۔ تو یہ ایک سلسلہ لمبا چلا کہ لیکن پھر بھی رسول اللہ صلی اللہ علیہ وسلم نے جو پیغام تھا، لوگوں تک پہنچایا۔</w:t>
      </w:r>
    </w:p>
    <w:p>
      <w:r>
        <w:rPr>
          <w:b/>
        </w:rPr>
        <w:t xml:space="preserve">[26:27] </w:t>
      </w:r>
      <w:r>
        <w:t>chunke wahan wahan par fairs hote the ji, bazarein lagti theen ji, Makkah mein log aate the Hajj ke dauran bhi, aur us zamane mein bhi Hajj hota tha</w:t>
      </w:r>
    </w:p>
    <w:p>
      <w:pPr>
        <w:jc w:val="right"/>
      </w:pPr>
      <w:r>
        <w:t>چونکہ وہاں وہاں پر فیئرز ہوتے تھے جی، بازاریں لگتی تھیں جی، مکہ میں لوگ آتے تھے حج کے دوران بھی، اور اس زمانے میں بھی حج ہوتا تھا</w:t>
      </w:r>
    </w:p>
    <w:p>
      <w:r>
        <w:rPr>
          <w:b/>
        </w:rPr>
        <w:t xml:space="preserve">[26:39] </w:t>
      </w:r>
      <w:r>
        <w:t>ji, aur waise bhi. to tents mein ja ke logon ko batana, jo naye log aate the bahar se, un ko batate the. to jab dekhte the yeh Quraish ke yeh kuch ja ke bata rahe hain to pathar se marte the, kabhi kisi tarah satate the.</w:t>
      </w:r>
    </w:p>
    <w:p>
      <w:pPr>
        <w:jc w:val="right"/>
      </w:pPr>
      <w:r>
        <w:t>جی، اور ویسے بھی۔ تو ٹینٹس میں جا کے لوگوں کو بتانا، جو نئے لوگ آتے تھے باہر سے، ان کو بتاتے تھے۔ تو جب دیکھتے تھے یہ قریش کہ یہ کچھ جا کے بتا رہے ہیں تو پتھر سے مارتے تھے، کبھی کسی طرح ستاتے تھے۔</w:t>
      </w:r>
    </w:p>
    <w:p>
      <w:r>
        <w:rPr>
          <w:b/>
        </w:rPr>
        <w:t xml:space="preserve">[26:54] </w:t>
      </w:r>
      <w:r>
        <w:t>to yeh aik bohat hi bara lamba silsila chala jis mein makkah ke logon ne bohat sataya rasool Allah sal Allah alaihi wasallam ko aur saahibiyon ko</w:t>
      </w:r>
    </w:p>
    <w:p>
      <w:pPr>
        <w:jc w:val="right"/>
      </w:pPr>
      <w:r>
        <w:t>تو یہ ایک بہت ہی بڑا لمبا سلسلہ چلا جس میں مکہ کے لوگوں نے بہت ستایا رسول اللہ صلی اللہ علیہ وسلم کو اور ساتھیوں کو</w:t>
      </w:r>
    </w:p>
    <w:p>
      <w:r>
        <w:rPr>
          <w:b/>
        </w:rPr>
        <w:t xml:space="preserve">[27:02] </w:t>
      </w:r>
      <w:r>
        <w:t>jee. aur doctor sahib, lekin kyunke rasool Allah ne sabr ikhtiyar kiya, aur aap ne jis tarah bataya ke woh camp mein jaya karte thay, and he used to avail this gathering as an opportunity to convey the message of God to people who used to come for those fairs and Hajj ke douran.</w:t>
      </w:r>
    </w:p>
    <w:p>
      <w:pPr>
        <w:jc w:val="right"/>
      </w:pPr>
      <w:r>
        <w:t>جی۔ اور ڈاکٹر صاحب، لیکن کیونکہ رسول اللہ نے صبر اختیار کیا، اور آپ نے جس طرح بتایا کہ وہ کیمپ میں جایا کرتے تھے، اینڈ ہی یوز ٹو اویل دس گیدرنگ ایز این اپرچونیٹی ٹو کنوے دی میسج اف گاڈ ٹو پیپل ہو یوز ٹو کم فار دوز فیئرز اینڈ حج کے دوران۔</w:t>
      </w:r>
    </w:p>
    <w:p>
      <w:r>
        <w:rPr>
          <w:b/>
        </w:rPr>
        <w:t xml:space="preserve">[27:22] </w:t>
      </w:r>
      <w:r>
        <w:t>lekin phir yeh hua doctor sahib ke despite the opposition, despite the hurdles, Prophet ki following barhti chali gayi, log aur zyada un ki taraf attract hone lagay.</w:t>
      </w:r>
    </w:p>
    <w:p>
      <w:pPr>
        <w:jc w:val="right"/>
      </w:pPr>
      <w:r>
        <w:t>لیکن پھر یہ ہوا ڈاکٹر صاحب کہ ڈسپائٹ دی اپوزیشن، ڈسپائٹ دی ہرڈلز، پرافٹ کی فالونگ بڑھتی چلی گئی، لوگ اور زیادہ ان کی طرف اٹریکٹ ہونے لگے۔</w:t>
      </w:r>
    </w:p>
    <w:p>
      <w:r>
        <w:rPr>
          <w:b/>
        </w:rPr>
        <w:t xml:space="preserve">[27:35] </w:t>
      </w:r>
      <w:r>
        <w:t>so is time pe phir unhon ne decide kiya that we definitely need to take a strong and a definitive step to put an end to the efforts of the Prophet.</w:t>
      </w:r>
    </w:p>
    <w:p>
      <w:pPr>
        <w:jc w:val="right"/>
      </w:pPr>
      <w:r>
        <w:t>سو اس ٹائم پہ پھر انہوں نے ڈیسائیڈ کیا دیٹ وی ڈیفینیٹلی نیڈ ٹو ٹیک ا سٹرونگ اینڈ ا ڈیفینیٹیو سٹیپ ٹو پٹ این اینڈ ٹو دی ایفرٹس اف دا پرافٹ۔</w:t>
      </w:r>
    </w:p>
    <w:p>
      <w:r>
        <w:rPr>
          <w:b/>
        </w:rPr>
        <w:t xml:space="preserve">[27:46] </w:t>
      </w:r>
      <w:r>
        <w:t>aur</w:t>
      </w:r>
    </w:p>
    <w:p>
      <w:pPr>
        <w:jc w:val="right"/>
      </w:pPr>
      <w:r>
        <w:t>اور</w:t>
      </w:r>
    </w:p>
    <w:p>
      <w:r>
        <w:rPr>
          <w:b/>
        </w:rPr>
        <w:t xml:space="preserve">[27:47] </w:t>
      </w:r>
      <w:r>
        <w:t>is douran phir Abu Jahl jo thay, unhon ne lead kiya aur unhon ne kaha ke hum Bano Hashim jo clan hai, us ko poora boycott karein ge in terms of business, relation, food and water.</w:t>
      </w:r>
    </w:p>
    <w:p>
      <w:pPr>
        <w:jc w:val="right"/>
      </w:pPr>
      <w:r>
        <w:t>اس دوران پھر ابوجہل جو تھے، انہوں نے لیڈ کیا اور انہوں نے کہا کہ ہم بانو ہشم جو کلائنٹ ہے، اس کو پورا بائیکاٹ کریں گے ان ٹرمز اف بزنس، ریلیشن، فوڈ اینڈ واٹر۔</w:t>
      </w:r>
    </w:p>
    <w:p>
      <w:r>
        <w:rPr>
          <w:b/>
        </w:rPr>
        <w:t xml:space="preserve">[27:59] </w:t>
      </w:r>
      <w:r>
        <w:t>to doctor sahib, yeh aik teen saal ka period hua 616 AD to 619 AD jis ko boycott kaha jata hai.</w:t>
      </w:r>
    </w:p>
    <w:p>
      <w:pPr>
        <w:jc w:val="right"/>
      </w:pPr>
      <w:r>
        <w:t>تو ڈاکٹر صاحب، یہ ایک تین سال کا پیریڈ ہوا 616 اے ڈی ٹو 619 اے ڈی جس کو بائیکاٹ کہا جاتا ہے۔</w:t>
      </w:r>
    </w:p>
    <w:p>
      <w:r>
        <w:rPr>
          <w:b/>
        </w:rPr>
        <w:t xml:space="preserve">[28:08] </w:t>
      </w:r>
      <w:r>
        <w:t>to is ke baray mein batayein doctor sahib. ah</w:t>
      </w:r>
    </w:p>
    <w:p>
      <w:pPr>
        <w:jc w:val="right"/>
      </w:pPr>
      <w:r>
        <w:t>تو اس کے بارے میں بتائیں ڈاکٹر صاحب۔ اہ</w:t>
      </w:r>
    </w:p>
    <w:p>
      <w:r>
        <w:rPr>
          <w:b/>
        </w:rPr>
        <w:t xml:space="preserve">[28:14] </w:t>
      </w:r>
      <w:r>
        <w:t>darasal jaise aap ne kaha hai ke ah mission barhne laga jee to Quraish ne aur ziyadatiyan bhi barha dein.</w:t>
      </w:r>
    </w:p>
    <w:p>
      <w:pPr>
        <w:jc w:val="right"/>
      </w:pPr>
      <w:r>
        <w:t>دراصل جیسے آپ نے کہا ہے کہ اہ مشن بڑھنے لگا جی تو قریش نے اور زیادتیاں بھی بڑھا دیں۔</w:t>
      </w:r>
    </w:p>
    <w:p>
      <w:r>
        <w:rPr>
          <w:b/>
        </w:rPr>
        <w:t xml:space="preserve">[28:24] </w:t>
      </w:r>
      <w:r>
        <w:t>to jo Abu Talib thay, uncle Prophet ke jo supporter thay, ah unhon ne mehsoos kiya ke khatra bohat barh raha hai jee.</w:t>
      </w:r>
    </w:p>
    <w:p>
      <w:pPr>
        <w:jc w:val="right"/>
      </w:pPr>
      <w:r>
        <w:t>تو جو ابو طالب تھے، انکل پرافٹ کے جو سپورٹر تھے، اہ انہوں نے محسوس کیا کہ خطرہ بہت بڑھ رہا ہے جی۔</w:t>
      </w:r>
    </w:p>
    <w:p>
      <w:r>
        <w:rPr>
          <w:b/>
        </w:rPr>
        <w:t xml:space="preserve">[28:33] </w:t>
      </w:r>
      <w:r>
        <w:t>to Abu Talib ne ah khandan ke logon ko Bano Hashim aur Bano Muttalib ke logon ko bulaya aur jama kiya aur bataya ke ah abhi tak to mein khud hifazat karta tha jee apne bhatijay ki Muhammad ki, lekin ab aisa lagta hai ke aap sab ko mil ke Prophet ki hifazat karni hogi jee</w:t>
      </w:r>
    </w:p>
    <w:p>
      <w:pPr>
        <w:jc w:val="right"/>
      </w:pPr>
      <w:r>
        <w:t>تو ابو طالب نے اہ خاندان کے لوگوں کو بنو ہاشم اور بنو مطلب کے لوگوں کو بلایا اور جمع کیا اور بتایا کہ اہ ابھی تک تو میں خود حفاظت کرتا تھا جی اپنے بھتیجے کی محمد کی، لیکن اب ایسا لگتا ہے کہ آپ سب کو مل کے پرافٹ کی حفاظت کرنی ہوگی جی</w:t>
      </w:r>
    </w:p>
    <w:p>
      <w:r>
        <w:rPr>
          <w:b/>
        </w:rPr>
        <w:t xml:space="preserve">[29:02] </w:t>
      </w:r>
      <w:r>
        <w:t>warna yeh Quraish koi bohat hi sakht ah qadam na uthaayein. to saare jo ah tribe ke log thay, ah Bano Hashim jo Prophet ki family thi aur Bano Muttalib,</w:t>
      </w:r>
    </w:p>
    <w:p>
      <w:pPr>
        <w:jc w:val="right"/>
      </w:pPr>
      <w:r>
        <w:t>ورنہ یہ قریش کوئی بہت ہی سخت اہ قدم نہ اٹھائیں۔ تو سارے جو اہ ٹرائب کے لوگ تھے، اہ بنو ہاشم جو پرافٹ کی فیملی تھی اور بنو مطلب،</w:t>
      </w:r>
    </w:p>
    <w:p>
      <w:r>
        <w:rPr>
          <w:b/>
        </w:rPr>
        <w:t xml:space="preserve">[29:18] </w:t>
      </w:r>
      <w:r>
        <w:t>in logon ne kaha ke haan hum sab mil ke Prophet ki ko support karein ge. sab ne is baat ko sirf aik aadmi ne nahi yeh baat maani jo ah Abu Lahab tha</w:t>
      </w:r>
    </w:p>
    <w:p>
      <w:pPr>
        <w:jc w:val="right"/>
      </w:pPr>
      <w:r>
        <w:t>ان لوگوں نے کہا کہ ہاں ہم سب مل کے پرافٹ کی کو سپورٹ کریں گے۔ سب نے اس بات کو صرف ایک ادمی نے نہیں یہ بات مانی جو اہ ابو لہب تھا</w:t>
      </w:r>
    </w:p>
    <w:p>
      <w:r>
        <w:rPr>
          <w:b/>
        </w:rPr>
        <w:t xml:space="preserve">[29:31] </w:t>
      </w:r>
      <w:r>
        <w:t>jee halanke woh bhi Prophet ka uncle tha jee jee jee lekin us ne is baat ko agree nahi kiya. baqi sab ne is is baat ko kaha ke hum ah support karein ge aur we will stand by his side.</w:t>
      </w:r>
    </w:p>
    <w:p>
      <w:pPr>
        <w:jc w:val="right"/>
      </w:pPr>
      <w:r>
        <w:t>جی حالانکہ وہ بھی پرافٹ کا انکل تھا جی جی جی لیکن اس نے اس بات کو ایگری نہیں کیا۔ باقی سب نے اس اس بات کو کہا کہ ہم اہ سپورٹ کریں گے اور وی ویل اسٹینڈ بائی ہز سائیڈ۔</w:t>
      </w:r>
    </w:p>
    <w:p>
      <w:r>
        <w:rPr>
          <w:b/>
        </w:rPr>
        <w:t xml:space="preserve">[29:47] </w:t>
      </w:r>
      <w:r>
        <w:t>to isi douran ah Hazrat Umar R.A. aur Hazrat Hamza R.A. dono ah Rasool Allah ke follower ban gaye to yeh dono bohat hi strong log thay jee</w:t>
      </w:r>
    </w:p>
    <w:p>
      <w:pPr>
        <w:jc w:val="right"/>
      </w:pPr>
      <w:r>
        <w:t>تو اسی دوران اہ حضرت عمر رضی اللہ عنہ اور حضرت حمزہ رضی اللہ عنہ دونوں اہ رسول اللہ کے فالوور بن گئے تو یہ دونوں بہت ہی سٹرونگ لوگ تھے جی</w:t>
      </w:r>
    </w:p>
    <w:p>
      <w:r>
        <w:rPr>
          <w:b/>
        </w:rPr>
        <w:t xml:space="preserve">[29:59] </w:t>
      </w:r>
      <w:r>
        <w:t>unki wajah se Prophet ke group mein bohat yani taqwiyat paida hui aur Makkah ke log phir bohat ghabrane lagay jee ke is tarah se yeh jo ah log barh rahe hain is se to bohat yani un ke liye masla paida ho jayega.</w:t>
      </w:r>
    </w:p>
    <w:p>
      <w:pPr>
        <w:jc w:val="right"/>
      </w:pPr>
      <w:r>
        <w:t>ان کی وجہ سے پرافٹ کے گروپ میں بہت یعنی تقویت پیدا ہوئی اور مکہ کے لوگ پھر بہت گھبرانے لگے جی کہ اس طریقے سے یہ جو اہ لوگ بڑھ رہے ہیں اس سے تو بہت یعنی ان کے لیے مسئلہ پیدا ہو جائے گا۔</w:t>
      </w:r>
    </w:p>
    <w:p>
      <w:r>
        <w:rPr>
          <w:b/>
        </w:rPr>
        <w:t xml:space="preserve">[30:16] </w:t>
      </w:r>
      <w:r>
        <w:t>to unhon ne chaha ke koi bohat hi bara iqdamm karein jee aur phir aik valley mein Quraish ke log jama hue aur unhon ne kaha ke hamein kuch karna hoga.</w:t>
      </w:r>
    </w:p>
    <w:p>
      <w:pPr>
        <w:jc w:val="right"/>
      </w:pPr>
      <w:r>
        <w:t>تو انہوں نے چاہا کہ کوئی بہت ہی بڑا اقدام کریں جی اور پھر ایک ویلی میں قریش کے لوگ جمع ہوئے اور انہوں نے کہا کہ ہمیں کچھ کرنا ہوگا۔</w:t>
      </w:r>
    </w:p>
    <w:p>
      <w:r>
        <w:rPr>
          <w:b/>
        </w:rPr>
        <w:t xml:space="preserve">[30:28] </w:t>
      </w:r>
      <w:r>
        <w:t>to yeh tajweez pesh ki ah Abu Lahab waghera ne ke in ka complete boycott kiya jaye jee yani poore khandan ka jo support kar rahe hain ah un ke poore khandan ka boycott kiya jaye Abu ah Bano Hashim aur Bano Muttalib</w:t>
      </w:r>
    </w:p>
    <w:p>
      <w:pPr>
        <w:jc w:val="right"/>
      </w:pPr>
      <w:r>
        <w:t>تو یہ تجویز پیش کی اہ ابو لہب وغیرہ نے کہ ان کا کمپلیٹ بائیکاٹ کیا جائے جی یعنی پورے خاندان کا جو سپورٹ کر رہے ہیں اہ ان کے پورے خاندان کا بائیکاٹ کیا جائے ابو اہ بنو ہاشم اور بنو مطلب</w:t>
      </w:r>
    </w:p>
    <w:p>
      <w:r>
        <w:rPr>
          <w:b/>
        </w:rPr>
        <w:t xml:space="preserve">[30:45] </w:t>
      </w:r>
      <w:r>
        <w:t>. to phir aik saheefa banaya gaya, aik document banaya gaya jee jis mein ah likha gaya ke ah Bano Hashim aur Bano Muttalib ke saare logon ka boycott jab tak rahega jab tak ke woh support khatam na kar dein.</w:t>
      </w:r>
    </w:p>
    <w:p>
      <w:pPr>
        <w:jc w:val="right"/>
      </w:pPr>
      <w:r>
        <w:t>۔ تو پھر ایک صحیفہ بنایا گیا، ایک ڈاکومنٹ بنایا گیا جی جس میں اہ لکھا گیا کہ اہ بنو ہاشم اور بنو مطلب کے سارے لوگوں کا بائیکاٹ جب تک رہے گا جب تک کہ وہ سپورٹ ختم نہ کر دیں۔</w:t>
      </w:r>
    </w:p>
    <w:p>
      <w:r>
        <w:rPr>
          <w:b/>
        </w:rPr>
        <w:t xml:space="preserve">[31:02] </w:t>
      </w:r>
      <w:r>
        <w:t>to is mein yeh saare ah clauses thay ke no body will visit them, no body will do any business with them, no body will lend any money to them, and no body will provide any food to them, and no body will do any kind of ah show any kind of kindness to them.</w:t>
      </w:r>
    </w:p>
    <w:p>
      <w:pPr>
        <w:jc w:val="right"/>
      </w:pPr>
      <w:r>
        <w:t>تو اس میں یہ سارے اہ کلازز تھے کہ نو بڈی ویل وزٹ دیم، نو بڈی ویل ڈو اینی بزنس ود دیم، نو بڈی ویل لینڈ اینی منی ٹو دیم، اینڈ نو بڈی ویل پرووائیڈ اینی فوڈ ٹو دیم، اینڈ نو بڈی ویل ڈو اینی کائنڈ اف اہ شو اینی کائنڈ اف کائنڈنس ٹو دیم۔</w:t>
      </w:r>
    </w:p>
    <w:p>
      <w:r>
        <w:rPr>
          <w:b/>
        </w:rPr>
        <w:t xml:space="preserve">[31:22] </w:t>
      </w:r>
      <w:r>
        <w:t>to is tarah ke bohat hi sakht clauses thay. to woh aik kaghaz pe likh ke woh jo document tha, saheefa, us ko ah Kaba ki wall par laga</w:t>
      </w:r>
    </w:p>
    <w:p>
      <w:pPr>
        <w:jc w:val="right"/>
      </w:pPr>
      <w:r>
        <w:t>تو اس طرح کے بہت ہی سخت کلازز تھے۔ تو وہ ایک کاغذ پہ لکھ کے وہ جو ڈاکومنٹ تھا، صحیفہ، اس کو اہ کعبہ کی وال پر لگ</w:t>
      </w:r>
    </w:p>
    <w:p>
      <w:r>
        <w:rPr>
          <w:b/>
        </w:rPr>
        <w:t xml:space="preserve">[31:32] </w:t>
      </w:r>
      <w:r>
        <w:t>diya gaya jee. to is ki wajah se ah saare jo khandan ke log thay, Prophet ke ah bachay, boorhay, jawan, aurtein, sab ko nikal ke Makkah se bahar jana pada.</w:t>
      </w:r>
    </w:p>
    <w:p>
      <w:pPr>
        <w:jc w:val="right"/>
      </w:pPr>
      <w:r>
        <w:t>ا دیا گیا جی۔ تو اس کی وجہ سے اہ سارے جو خاندان کے لوگ تھے، پرافٹ کے اہ بچے، بوڑھے، جوان، عورتیں، سب کو نکل کے مکہ سے باہر جانا پڑا۔</w:t>
      </w:r>
    </w:p>
    <w:p>
      <w:r>
        <w:rPr>
          <w:b/>
        </w:rPr>
        <w:t xml:space="preserve">[31:44] </w:t>
      </w:r>
      <w:r>
        <w:t>aik jagah thi jo ke Abu Talib ka aik land tha, outside Makkah, us ko Shib Abu Talib kaha jata hai. to wahan par aik ghetto bana diya hmm ah ke aap yahan se nikal nahi sakte, na koi wahan ja sakta</w:t>
      </w:r>
    </w:p>
    <w:p>
      <w:pPr>
        <w:jc w:val="right"/>
      </w:pPr>
      <w:r>
        <w:t>ایک جگہ تھی جو کہ ابو طالب کا ایک لینڈ تھا، اؤٹ سائیڈ مکہ، اس کو شیب ابو طالب کہا جاتا ہے۔ تو وہاں پر ایک گھیٹو بنا دیا ہمم اہ کہ آپ یہاں سے نکل نہیں سکتے، نہ کوئی وہاں جا سکتا</w:t>
      </w:r>
    </w:p>
    <w:p>
      <w:r>
        <w:rPr>
          <w:b/>
        </w:rPr>
        <w:t xml:space="preserve">[32:00] </w:t>
      </w:r>
      <w:r>
        <w:t>jee. aur itni sakhti thi ke agar koi khane wali ki cheez bhi laye to us ko bhi agar yeh Quraish ke log dekh lete thay to us ko marte thay aur chheen lete thay aur satate thay.</w:t>
      </w:r>
    </w:p>
    <w:p>
      <w:pPr>
        <w:jc w:val="right"/>
      </w:pPr>
      <w:r>
        <w:t>جی۔ اور اتنی سختی تھی کہ اگر کوئی کھانے والی کی چیز بھی لائے تو اس کو بھی اگر یہ قریش کے لوگ دیکھ لیتے تھے تو اس کو مارتے تھے اور چھین لیتے تھے اور ستاتے تھے۔</w:t>
      </w:r>
    </w:p>
    <w:p>
      <w:r>
        <w:rPr>
          <w:b/>
        </w:rPr>
        <w:t xml:space="preserve">[32:11] </w:t>
      </w:r>
      <w:r>
        <w:t>to ah ah yeh taqreeban teen saal silsila chala. ah technically Khadijah could have avoided this</w:t>
      </w:r>
    </w:p>
    <w:p>
      <w:pPr>
        <w:jc w:val="right"/>
      </w:pPr>
      <w:r>
        <w:t>تو اہ اہ یہ تقریباً تین سال سلسلہ چلا۔ اہ ٹیکنیکلی خدیجہ کڈ ہیو اوائیڈڈ دس</w:t>
      </w:r>
    </w:p>
    <w:p>
      <w:r>
        <w:rPr>
          <w:b/>
        </w:rPr>
        <w:t xml:space="preserve">[32:24] </w:t>
      </w:r>
      <w:r>
        <w:t>boycott ji chunkay woh in do tribes mein in ka is say nahi thi, in ka toh alag tribe tha lekin she insisted to be with the prophet yani voluntarily she participated in the boycott.</w:t>
      </w:r>
    </w:p>
    <w:p>
      <w:pPr>
        <w:jc w:val="right"/>
      </w:pPr>
      <w:r>
        <w:t>بائیکاٹ جی چونکہ وہ ان دو اہ ٹرائبز میں ان کا اس سے نہیں تھی، ان کا تو الگ ٹرائب تھا لیکن شی انسسٹڈ ٹو بی ود دا پرافٹ یعنی والنٹیریلی شی پارٹیسپیٹڈ ان دا بائیکاٹ۔</w:t>
      </w:r>
    </w:p>
    <w:p>
      <w:r>
        <w:rPr>
          <w:b/>
        </w:rPr>
        <w:t xml:space="preserve">[32:38] </w:t>
      </w:r>
      <w:r>
        <w:t>toh yeh Hazrat Khadija ki yani she could have stayed in the comfort of ji her home and could have supported from there lekin unhonay insist kiya kay nahi mein bhi saath mein rahoongi.</w:t>
      </w:r>
    </w:p>
    <w:p>
      <w:pPr>
        <w:jc w:val="right"/>
      </w:pPr>
      <w:r>
        <w:t>تو یہ حضرت خدیجہ کی یعنی شی کڈ ہیو اسٹیڈ ان دا کمفرٹ اف جی ہر ہوم اینڈ کڈ ہیو سپورٹڈ فرام دیر لیکن انہوں نے انسسٹ کیا کہ نہیں میں بھی ساتھ میں رہوں گی۔</w:t>
      </w:r>
    </w:p>
    <w:p>
      <w:r>
        <w:rPr>
          <w:b/>
        </w:rPr>
        <w:t xml:space="preserve">[32:51] </w:t>
      </w:r>
      <w:r>
        <w:t>aur poore boycott kay jo poora season tha asal mein kya tha kay yeh boycott toh bohat hi sakht tha yani log khatam ho jatay, koi bach</w:t>
      </w:r>
    </w:p>
    <w:p>
      <w:pPr>
        <w:jc w:val="right"/>
      </w:pPr>
      <w:r>
        <w:t>اور پورے بائیکاٹ کے جو پورا سیزن تھا اصل میں کیا تھا کہ یہ بائیکاٹ تو بہت ہی سخت تھا یعنی لوگ ختم ہو جاتے، کوئی بچ</w:t>
      </w:r>
    </w:p>
    <w:p>
      <w:r>
        <w:rPr>
          <w:b/>
        </w:rPr>
        <w:t xml:space="preserve">[33:01] </w:t>
      </w:r>
      <w:r>
        <w:t>ta nahi lekin wahan aik tradition tha ah Makkah mein kay kuch mahinay aisay hotay thay jis jin ko hurmat ka mahina kaha jata tha kay is mein hostilities khatam ho jati theen, koi larai nahi, koi jhagda nahi.</w:t>
      </w:r>
    </w:p>
    <w:p>
      <w:pPr>
        <w:jc w:val="right"/>
      </w:pPr>
      <w:r>
        <w:t>تا نہیں لیکن وہاں ایک ٹریڈیشن تھا اہ مکہ میں کہ کچھ مہینے ایسے ہوتے تھے جس جن کو حرمت کا مہینہ کہا جاتا تھا کہ اس میں ہاسٹیلیٹیز ختم ہو جاتی تھیں، کوئی لڑائی نہیں، کوئی جھگڑا نہیں۔</w:t>
      </w:r>
    </w:p>
    <w:p>
      <w:r>
        <w:rPr>
          <w:b/>
        </w:rPr>
        <w:t xml:space="preserve">[33:13] </w:t>
      </w:r>
      <w:r>
        <w:t>toh in in mahinon ah ki ki wajah say woh taqreeban chaar mahinay thay ah Zulqada, Zulhijjah aur Muharram aur Rajab</w:t>
      </w:r>
    </w:p>
    <w:p>
      <w:pPr>
        <w:jc w:val="right"/>
      </w:pPr>
      <w:r>
        <w:t>تو ان ان مہینوں اہ کی کی وجہ سے وہ تقریباً چار مہینے تھے اہ ذوالقعدہ، ذوالحجہ اور محرم اور رجب</w:t>
      </w:r>
    </w:p>
    <w:p>
      <w:r>
        <w:rPr>
          <w:b/>
        </w:rPr>
        <w:t xml:space="preserve">[33:24] </w:t>
      </w:r>
      <w:r>
        <w:t>ji. Toh yeh jo chaar mahinay hotay thay in mein woh log wapas ghar jatay thay aur apnay ghar ki safai kartay thay, jo jaalay waaray lag gay hain us ko saaf soof kartay thay, thora bohat business kartay thay.</w:t>
      </w:r>
    </w:p>
    <w:p>
      <w:pPr>
        <w:jc w:val="right"/>
      </w:pPr>
      <w:r>
        <w:t>جی۔ تو یہ جو چار مہینے ہوتے تھے ان میں وہ لوگ واپس گھر جاتے تھے اور اپنے گھر کی صفائی کرتے تھے، جو جالے وارے لگ گئے ہیں اس کو صاف صوف کرتے تھے، تھوڑا بہت بزنس کرتے تھے۔</w:t>
      </w:r>
    </w:p>
    <w:p>
      <w:r>
        <w:rPr>
          <w:b/>
        </w:rPr>
        <w:t xml:space="preserve">[33:34] </w:t>
      </w:r>
      <w:r>
        <w:t>toh isi ki wajah say woh ah kisi had tak baqi rahay ji warna is tarah say isolate kar diya tha ah kay woh log bach nahi saktay thay.</w:t>
      </w:r>
    </w:p>
    <w:p>
      <w:pPr>
        <w:jc w:val="right"/>
      </w:pPr>
      <w:r>
        <w:t>تو اسی کی وجہ سے وہ اہ کسی حد تک باقی رہے جی ورنہ اس طرح سے ائیسولیٹ کر دیا تھا اہ کہ وہ لوگ بچ نہیں سکتے تھے۔</w:t>
      </w:r>
    </w:p>
    <w:p>
      <w:r>
        <w:rPr>
          <w:b/>
        </w:rPr>
        <w:t xml:space="preserve">[33:44] </w:t>
      </w:r>
      <w:r>
        <w:t>aur ah Hazrat Khadija taqreeban 60 saal ki theen us waqt</w:t>
      </w:r>
    </w:p>
    <w:p>
      <w:pPr>
        <w:jc w:val="right"/>
      </w:pPr>
      <w:r>
        <w:t>اور اہ حضرت خدیجہ تقریباً 60 سال کی تھیں اس وقت</w:t>
      </w:r>
    </w:p>
    <w:p>
      <w:r>
        <w:rPr>
          <w:b/>
        </w:rPr>
        <w:t xml:space="preserve">[33:50] </w:t>
      </w:r>
      <w:r>
        <w:t>ji is kay bawajood woh wahan raheen aur bohat hi takleef uthai. Hadees mein aata hai kay ah kabhi kabhi farishtay insaan ki shakal mein atay hain, insanon say baat kartay hain ji.</w:t>
      </w:r>
    </w:p>
    <w:p>
      <w:pPr>
        <w:jc w:val="right"/>
      </w:pPr>
      <w:r>
        <w:t>جی اس کے باوجود وہ وہاں رہیں اور بہت ہی تکلیف اٹھائی۔ حدیث میں اتا ہے کہ اہ کبھی کبھی فرشتے انسان کی شکل میں اتے ہیں، انسانوں سے بات کرتے ہیں جی۔</w:t>
      </w:r>
    </w:p>
    <w:p>
      <w:r>
        <w:rPr>
          <w:b/>
        </w:rPr>
        <w:t xml:space="preserve">[34:02] </w:t>
      </w:r>
      <w:r>
        <w:t>toh aik baar ah Hazrat Khadija kay tent kay paas Jibrael aaye ji insaan ki shakal mein ji unhein pata nahi tha kay yeh Jibrael hai aur poocha kay kya haal chaal hai?</w:t>
      </w:r>
    </w:p>
    <w:p>
      <w:pPr>
        <w:jc w:val="right"/>
      </w:pPr>
      <w:r>
        <w:t>تو ایک بار اہ حضرت خدیجہ کے ٹینٹ کے پاس جبرائیل ائے جی انسان کی شکل میں جی انہیں پتہ نہیں تھا کہ یہ جبرائیل ہے اور پوچھا کہ کیا حال چال ہے؟</w:t>
      </w:r>
    </w:p>
    <w:p>
      <w:r>
        <w:rPr>
          <w:b/>
        </w:rPr>
        <w:t xml:space="preserve">[34:13] </w:t>
      </w:r>
      <w:r>
        <w:t>koi complaint nahi ki ji bas Rasool Allah ki tareef ki aur Allah taala ki tareef ki aur koi complaint nahi</w:t>
      </w:r>
    </w:p>
    <w:p>
      <w:pPr>
        <w:jc w:val="right"/>
      </w:pPr>
      <w:r>
        <w:t>کوئی کمپلینٹ نہیں کی جی بس رسول اللہ کی تعریف کی اور اللہ تعالی کی تعریف کی اور کوئی کمپلینٹ نہیں</w:t>
      </w:r>
    </w:p>
    <w:p>
      <w:r>
        <w:rPr>
          <w:b/>
        </w:rPr>
        <w:t xml:space="preserve">[34:20] </w:t>
      </w:r>
      <w:r>
        <w:t>ki ji. Toh is tarah ki jo un ki shakhsiyat thi ji woh bohat hi exemplary ah koi koi bhi ah ah complaint ka jumla nahi kay kahan mein yahan phans gayi, mein bilawaja yahan aa kay phans gayi, mein toh yani koi aisi baat nahi hai.</w:t>
      </w:r>
    </w:p>
    <w:p>
      <w:pPr>
        <w:jc w:val="right"/>
      </w:pPr>
      <w:r>
        <w:t>کی جی۔ تو اس طرح کی جو ان کی شخصیت تھی جی وہ بہت ہی ایگزیمپلری اہ کوئی کوئی بھی اہ اہ کمپلینٹ کا جملہ نہیں کہ کہاں میں یہاں پھنس گئی، میں بلاوجہ یہاں ا کے پھنس گئی، میں تو یعنی کوئی ایسی بات نہیں ہے۔</w:t>
      </w:r>
    </w:p>
    <w:p>
      <w:r>
        <w:rPr>
          <w:b/>
        </w:rPr>
        <w:t xml:space="preserve">[34:39] </w:t>
      </w:r>
      <w:r>
        <w:t>ah</w:t>
      </w:r>
    </w:p>
    <w:p>
      <w:pPr>
        <w:jc w:val="right"/>
      </w:pPr>
      <w:r>
        <w:t>اہ</w:t>
      </w:r>
    </w:p>
    <w:p>
      <w:r>
        <w:rPr>
          <w:b/>
        </w:rPr>
        <w:t xml:space="preserve">[34:40] </w:t>
      </w:r>
      <w:r>
        <w:t>toh phir yeh ah ah teen saal ki muddat kay aas paas woh jo صحیfa tha us mein deemak lag gayi aur woh deemak say woh poora sahi</w:t>
      </w:r>
    </w:p>
    <w:p>
      <w:pPr>
        <w:jc w:val="right"/>
      </w:pPr>
      <w:r>
        <w:t>تو پھر یہ اہ اہ تین سال کی مدت کے اس پاس وہ جو صحیفہ تھا اس میں دیمک لگ گئی اور وہ دیمک سے وہ پورا صح</w:t>
      </w:r>
    </w:p>
    <w:p>
      <w:r>
        <w:rPr>
          <w:b/>
        </w:rPr>
        <w:t xml:space="preserve">[34:52] </w:t>
      </w:r>
      <w:r>
        <w:t>fa urr gaya ji. Toh us ki wajah say woh woh boycott khatam hua aur phir woh log ghar wapas aaye yani jo kitabein hain Sirat ki us mein agar aap parhein ah yeh jo narrations hain they are very painful regarding this three years of boycott yani bachon kay liye khanay ko nahi hota tha, pani ko rotay thay.</w:t>
      </w:r>
    </w:p>
    <w:p>
      <w:pPr>
        <w:jc w:val="right"/>
      </w:pPr>
      <w:r>
        <w:t>یفہ اڑ گیا جی۔ تو اس کی وجہ سے وہ وہ بائیکاٹ ختم ہوا اور پھر وہ لوگ گھر واپس ائے یعنی جو کتابیں ہیں سیرت کی اس میں اگر آپ پڑھیں اہ یہ جو نیریشنز ہیں دے ار ویری پین فل ریگارڈنگ دس تھری ایئرز اف بائیکاٹ یعنی بچوں کے لیے کھانے کو نہیں ہوتا تھا، پانی کو روتے تھے۔</w:t>
      </w:r>
    </w:p>
    <w:p>
      <w:r>
        <w:rPr>
          <w:b/>
        </w:rPr>
        <w:t xml:space="preserve">[35:12] </w:t>
      </w:r>
      <w:r>
        <w:t>hmm Fatima ji</w:t>
      </w:r>
    </w:p>
    <w:p>
      <w:pPr>
        <w:jc w:val="right"/>
      </w:pPr>
      <w:r>
        <w:t>ہمم فاطمہ جی</w:t>
      </w:r>
    </w:p>
    <w:p>
      <w:r>
        <w:rPr>
          <w:b/>
        </w:rPr>
        <w:t xml:space="preserve">[35:25] </w:t>
      </w:r>
      <w:r>
        <w:t>bohat hi sakht halaat thay ji ji Doctor Sahab ah mein kahoon ga kay is mein aik bohat bara sabak milta hai.</w:t>
      </w:r>
    </w:p>
    <w:p>
      <w:pPr>
        <w:jc w:val="right"/>
      </w:pPr>
      <w:r>
        <w:t>بہت ہی سخت حالات تھے جی جی ڈاکٹر صاحب اہ میں کہوں گا کہ اس میں ایک بہت بڑا سبق ملتا ہے۔</w:t>
      </w:r>
    </w:p>
    <w:p>
      <w:r>
        <w:rPr>
          <w:b/>
        </w:rPr>
        <w:t xml:space="preserve">[35:36] </w:t>
      </w:r>
      <w:r>
        <w:t>aap nay bohat hi emotionally bohat hi acha aik jawab diya. Hamein baatein seekhnay ko mil rahi hain aap say ah kay kis tarah say Doctor Sahab ah ah itni hostility, itna ziyada opposition, itni sakhtiyan lekin us kay baad bhi Doctor Sahab aap dainkhay kay Rasool Allah aur aur Sahaba nay koi violent response nahi diya.</w:t>
      </w:r>
    </w:p>
    <w:p>
      <w:pPr>
        <w:jc w:val="right"/>
      </w:pPr>
      <w:r>
        <w:t>آپ نے بہت ہی ایموشنلی بہت ہی اچھا ایک جواب دیا۔ ہمیں باتیں سیکھنے کو مل رہی ہیں آپ سے اہ کہ کس طریقے سے ڈاکٹر صاحب اہ اہ اتنی ہاسٹیلیٹی، اتنا زیادہ اپوزیشن، اتنی سختیاں لیکن اس کے بعد بھی ڈاکٹر صاحب آپ دیکھیں کہ رسول اللہ اور اور صحابہ نے کوئی وائلنٹ رسپانس نہیں دیا۔</w:t>
      </w:r>
    </w:p>
    <w:p>
      <w:r>
        <w:rPr>
          <w:b/>
        </w:rPr>
        <w:t xml:space="preserve">[35:58] </w:t>
      </w:r>
      <w:r>
        <w:t>unhonay kya kiya? He they turned towards God in dua and to call.</w:t>
      </w:r>
    </w:p>
    <w:p>
      <w:pPr>
        <w:jc w:val="right"/>
      </w:pPr>
      <w:r>
        <w:t>انہوں نے کیا کیا؟ ہی دے ٹرن ٹورڈز گاڈ ان دعا اینڈ توکل۔</w:t>
      </w:r>
    </w:p>
    <w:p>
      <w:r>
        <w:rPr>
          <w:b/>
        </w:rPr>
        <w:t xml:space="preserve">[36:03] </w:t>
      </w:r>
      <w:r>
        <w:t>aaj kay agar mahol say dainkhay kay kisi ko koi kuch keh day verbally bhi toh baat hathapai tak aa jati hai lekin yahan pe hum dekh rahay hain Rasool Allah ki zindagi say itna bara sabak kay itni sakhtiyan kar dein, life threatening sakhtiyan lekin tab bhi ah ah prophet continued with his dawah process despite so much of opposition</w:t>
      </w:r>
    </w:p>
    <w:p>
      <w:pPr>
        <w:jc w:val="right"/>
      </w:pPr>
      <w:r>
        <w:t>آج کے اگر ماحول سے دیکھیں کہ کسی کو کوئی کچھ کہہ دے وربلی بھی تو بات ہاتھا پائی تک آ جاتی ہے لیکن یہاں پہ ہم دیکھ رہے ہیں رسول اللہ کی زندگی سے اتنا بڑا سبق کہ اتنی سختیاں کر دیں، لائف تھریٹننگ سختیاں لیکن تب بھی آہ آہ پرافٹ کنٹینیوڈ ود ہز دعوی پروسیس ڈسپائٹ سو مچ اف اپوزیشن</w:t>
      </w:r>
    </w:p>
    <w:p>
      <w:r>
        <w:rPr>
          <w:b/>
        </w:rPr>
        <w:t xml:space="preserve">[36:26] </w:t>
      </w:r>
      <w:r>
        <w:t>۔ Maulana Wahiduddin Khan Sahab ah ah us ko kehtay thay kay unhonay aik principle diya ah ah positive status quoism. Toh woh kehtay thay kay ah positive status quoism koi cowardice nahi hai, us ka matlab yeh nahi hai kay aap situation ko as it is accept kar rahay hain but it is actually like carving out a non confrontational approach and concentrating your positive energy in utilizing and availing of opportunities</w:t>
      </w:r>
    </w:p>
    <w:p>
      <w:pPr>
        <w:jc w:val="right"/>
      </w:pPr>
      <w:r>
        <w:t>۔ مولانا وحید الدین خان صاحب آہ آہ اس کو کہتے تھے کہ انہوں نے ایک پرنسپل دیا آہ آہ پوزیٹیو سٹیٹس کوئزم۔ تو وہ کہتے تھے کہ آہ پوزیٹیو سٹیٹس کوئزم کوئی کاورڈیس نہیں ہے، اس کا مطلب یہ نہیں ہے کہ آپ سچویشن کو ایز اٹ از ایکسیپٹ کر رہے ہیں بٹ اٹ از ایکچولی لائک کارونگ آؤٹ ا نان کانفرنٹیشنل اپروچ اینڈ کنسنٹریٹنگ یور پوزیٹیو انرجی ان یوٹیلائزنگ اینڈ اویلنگ اف اپرچونیٹیز</w:t>
      </w:r>
    </w:p>
    <w:p>
      <w:r>
        <w:rPr>
          <w:b/>
        </w:rPr>
        <w:t xml:space="preserve">[36:54] </w:t>
      </w:r>
      <w:r>
        <w:t>۔ ah kyunkay jab aap ah positive rehtay hain, aap ka response negative nahi hota hai toh aap ka mind sab say ziyada creative hota hai and that is when ah you convert ah a negative to a positive.</w:t>
      </w:r>
    </w:p>
    <w:p>
      <w:pPr>
        <w:jc w:val="right"/>
      </w:pPr>
      <w:r>
        <w:t>۔ آہ کیونکہ جب آپ آہ پوزیٹیو رہتے ہیں، آپ کا رسپانس نیگیٹیو نہیں ہوتا ہے تو آپ کا مائنڈ سب سے زیادہ کریٹیو ہوتا ہے اینڈ دیٹ از وین آہ یو کنورٹ آہ ا نیگیٹیو ٹو ا پوزیٹیو۔</w:t>
      </w:r>
    </w:p>
    <w:p>
      <w:r>
        <w:rPr>
          <w:b/>
        </w:rPr>
        <w:t xml:space="preserve">[37:07] </w:t>
      </w:r>
      <w:r>
        <w:t>ah toh positive status quoism is a planned course of action, woh kaha kartay thay aur yahi hamein Rasool Allah ki zindagi say milta hai. Doctor Sahab jaisay aap nay bayan kiya kay kitna ziyada sakhtiyan theen, khanay peenay kay liye nahi tha</w:t>
      </w:r>
    </w:p>
    <w:p>
      <w:pPr>
        <w:jc w:val="right"/>
      </w:pPr>
      <w:r>
        <w:t>آہ تو پوزیٹیو سٹیٹس کوئزم از ا پلانڈ کورس اف ایکشن، وہ کہا کرتے تھے اور یہی ہمیں رسول اللہ کی زندگی سے ملتا ہے۔ ڈاکٹر صاحب جیسے آپ نے بیان کیا کہ کتنا زیادہ سختیاں تھیں، کھانے پینے کے لیے نہیں تھا</w:t>
      </w:r>
    </w:p>
    <w:p>
      <w:r>
        <w:rPr>
          <w:b/>
        </w:rPr>
        <w:t xml:space="preserve">[37:21] </w:t>
      </w:r>
      <w:r>
        <w:t>lekin dainkhay kay us kay baad phir kaisay ah situation jo hai woh positively aagay barhti hai. Ah Doctor Sahab aik comment parhna chahoon ga, yeh bheja hai Miss Fareeda Kamran nay Pakistan say, unhonay likha hai: "My most favorite couple Prophet Muhammad and Hazrat Khadija, their is so much to learn from her, she was the queen of Islam."</w:t>
      </w:r>
    </w:p>
    <w:p>
      <w:pPr>
        <w:jc w:val="right"/>
      </w:pPr>
      <w:r>
        <w:t>لیکن دیکھیں کہ اس کے بعد پھر کیسے آہ سچویشن جو ہے وہ پوزیٹیولی آگے بڑھتی ہے۔ آہ ڈاکٹر صاحب ایک کمنٹ پڑھنا چاہوں گا، یہ بھیجا ہے مس فریدہ کامران نے پاکستان سے، انہوں نے لکھا ہے: "مائی موسٹ فیوریٹ کپل پرافٹ محمد اینڈ حضرت خدیجہ، دیر از سو مچ ٹو لرن فرام ہر، شی واز دا کوئین اف اسلام۔"</w:t>
      </w:r>
    </w:p>
    <w:p>
      <w:r>
        <w:rPr>
          <w:b/>
        </w:rPr>
        <w:t xml:space="preserve">[37:43] </w:t>
      </w:r>
      <w:r>
        <w:t>ah Doctor Sahab, ah Muhammad Ibn Ishaq jo prophet kay biographer hain, unhonay ah is baat ka aik zikr kiya hai kay ah phir kuch waqt guzra, us kay baad Jibrael aaye prophet kay paas aur unhonay aa kay kaha kay Allah taala nay salam bheja hai ah Hazrat Khadija kay liye aur unhonay kaha kay jab woh aaye toh mera salam bhi un ko kahiyega.</w:t>
      </w:r>
    </w:p>
    <w:p>
      <w:pPr>
        <w:jc w:val="right"/>
      </w:pPr>
      <w:r>
        <w:t>آہ ڈاکٹر صاحب، آہ محمد ابن عشاق جو پرافٹ کے بائیوگرافر ہیں، انہوں نے آہ اس بات کا ایک ذکر کیا ہے کہ آہ پھر کچھ وقت گزرا، اس کے بعد جبرائیل آئے پرافٹ کے پاس اور انہوں نے ا کے کہا کہ اللہ تعالی نے سلام بھیجا ہے آہ حضرت خدیجہ کے لیے اور انہوں نے کہا کہ جب وہ ائے تو میرا سلام بھی ان کو کہیے گا۔</w:t>
      </w:r>
    </w:p>
    <w:p>
      <w:r>
        <w:rPr>
          <w:b/>
        </w:rPr>
        <w:t xml:space="preserve">[38:07] </w:t>
      </w:r>
      <w:r>
        <w:t>to doctor sahib, yeh bohat hi zabardast aik</w:t>
      </w:r>
    </w:p>
    <w:p>
      <w:pPr>
        <w:jc w:val="right"/>
      </w:pPr>
      <w:r>
        <w:t>تو ڈاکٹر صاحب، یہ بہت ہی زبردست ایک</w:t>
      </w:r>
    </w:p>
    <w:p>
      <w:r>
        <w:rPr>
          <w:b/>
        </w:rPr>
        <w:t xml:space="preserve">[38:11] </w:t>
      </w:r>
      <w:r>
        <w:t>incident hai, is ke bare mein aap hamein bataein. haan, yeh to bohat hi yani aisa to shayad waqea kahin pesh nahin aaya ho. nahin, nahin ji ji.</w:t>
      </w:r>
    </w:p>
    <w:p>
      <w:pPr>
        <w:jc w:val="right"/>
      </w:pPr>
      <w:r>
        <w:t>انسیڈنٹ ہے، اس کے بارے میں آپ ہمیں بتائیں۔ ہاں، یہ تو بہت ہی یعنی ایسا تو شاید واقعہ کہیں پیش نہیں آیا ہو۔ نہیں، نہیں جی جی۔</w:t>
      </w:r>
    </w:p>
    <w:p>
      <w:r>
        <w:rPr>
          <w:b/>
        </w:rPr>
        <w:t xml:space="preserve">[38:19] </w:t>
      </w:r>
      <w:r>
        <w:t>to aik bar prophet Muhammad sallallahu alaihi wasallam baithe hue the to Jibrael aaye un ke paas. ji, us waqt Khadijah Razi Allahu Anha sath mein nahin theen, kahin gayi hui theen.</w:t>
      </w:r>
    </w:p>
    <w:p>
      <w:pPr>
        <w:jc w:val="right"/>
      </w:pPr>
      <w:r>
        <w:t>تو ایک بار پرافٹ محمد صلی اللہ علیہ وسلم بیٹھے ہوئے تھے تو جبرائیل آئے ان کے پاس۔ جی، اس وقت خدیجہ رضی اللہ عنہا ساتھ میں نہیں تھیں، کہیں گئی ہوئی تھیں۔</w:t>
      </w:r>
    </w:p>
    <w:p>
      <w:r>
        <w:rPr>
          <w:b/>
        </w:rPr>
        <w:t xml:space="preserve">[38:30] </w:t>
      </w:r>
      <w:r>
        <w:t>ji, to ah Jibrael ne kaha Rasool Allah se ke: "Ya Rasool Allah, hathi Khadijah"</w:t>
      </w:r>
    </w:p>
    <w:p>
      <w:pPr>
        <w:jc w:val="right"/>
      </w:pPr>
      <w:r>
        <w:t>جی، تو آہ جبرائیل نے کہا رسول اللہ سے کہ: "یا رسول اللہ،ھذی خدیجہ"</w:t>
      </w:r>
    </w:p>
    <w:p>
      <w:r>
        <w:rPr>
          <w:b/>
        </w:rPr>
        <w:t xml:space="preserve">[38:41] </w:t>
      </w:r>
      <w:r>
        <w:t>ke: "Ae Allah ke Rasool, Khadijah aa rahi hain." ji, chunke door se dekh liya unhon ne. ji, farishta to dekh sakta tha. to kaha ke: "waqt atat ma'a in'aam fihi adam aw ta'am aw sharab,</w:t>
      </w:r>
    </w:p>
    <w:p>
      <w:pPr>
        <w:jc w:val="right"/>
      </w:pPr>
      <w:r>
        <w:t>کہ: "اے خدا کے رسول، خدیجہ آ رہی ہیں۔" جی، چونکہ دور سے دیکھ لیا انہوں نے۔ جی، فرشتہ تو دیکھ سکتا تھا۔ تو کہا کہ: "وقت اتت معہ انعام فیہ ادام او طعام او شراب،</w:t>
      </w:r>
    </w:p>
    <w:p>
      <w:r>
        <w:rPr>
          <w:b/>
        </w:rPr>
        <w:t xml:space="preserve">[39:00] </w:t>
      </w:r>
      <w:r>
        <w:t>she is coming carrying a dish which has some soup, some food and some drink." faitha hi atat fa'qra alayha salam min rabbiha wa minni,</w:t>
      </w:r>
    </w:p>
    <w:p>
      <w:pPr>
        <w:jc w:val="right"/>
      </w:pPr>
      <w:r>
        <w:t>شی از کمنگ کیرنگ اے ڈش وچ ہیز سم سوپ، سم فوڈ اینڈ سم ڈرنک۔" فاذا ہی اتتک فقرا علیہ السلام من ربہا ومنی،</w:t>
      </w:r>
    </w:p>
    <w:p>
      <w:r>
        <w:rPr>
          <w:b/>
        </w:rPr>
        <w:t xml:space="preserve">[39:16] </w:t>
      </w:r>
      <w:r>
        <w:t>when she comes to you, tell her that Allah sends his salams to you. ji, and also give Khadijah my salams, wa bashirha bibait fil jannati bin qasab,</w:t>
      </w:r>
    </w:p>
    <w:p>
      <w:pPr>
        <w:jc w:val="right"/>
      </w:pPr>
      <w:r>
        <w:t>وین شی کمز ٹو یو، ٹیل ہر دیٹ اللہ سینڈز ہز سلامز ٹو یو۔ جی، اینڈ السو گیو خدیجہ مائی سلامز، وبشرہ ببیت فی الجنہ بن قصب،</w:t>
      </w:r>
    </w:p>
    <w:p>
      <w:r>
        <w:rPr>
          <w:b/>
        </w:rPr>
        <w:t xml:space="preserve">[39:32] </w:t>
      </w:r>
      <w:r>
        <w:t>and give her the glad tidings of a home in paradise made of pearls, la sakhab fihi wa la nasab,</w:t>
      </w:r>
    </w:p>
    <w:p>
      <w:pPr>
        <w:jc w:val="right"/>
      </w:pPr>
      <w:r>
        <w:t>اینڈ گیو ہر دا گلیڈ ٹائڈنگز اف اے ہوم ان پیراڈائز میڈ اف پرلز، لا سخبہ فیہ ولا نصب،</w:t>
      </w:r>
    </w:p>
    <w:p>
      <w:r>
        <w:rPr>
          <w:b/>
        </w:rPr>
        <w:t xml:space="preserve">[39:44] </w:t>
      </w:r>
      <w:r>
        <w:t>there be no noise and no discomfort." to jab Khadijah aaeen to Rasool Allah ne kaha ke: "yahan par Jibrael hain, woh dekh to nahin sakti theen Jibrael ko" aur kaha ke: "woh tumhare liye Allah ka salam lae hain." ji, Allah ne tumhein salam bheja hai aur woh khud bhi salam de rahe hain tumhein.</w:t>
      </w:r>
    </w:p>
    <w:p>
      <w:pPr>
        <w:jc w:val="right"/>
      </w:pPr>
      <w:r>
        <w:t>دیر بی نو نوائس اینڈ نو ڈسکمفرٹ۔ تو جب خدیجہ آئیں تو رسول اللہ نے کہا کہ: "یہاں پر جبرائیل ہیں، وہ دیکھ تو نہیں سکتی تھیں جبرائیل کو" اور کہا کہ: "وہ تمہارے لیے اللہ کا سلام لائے ہیں۔" جی، اللہ نے تمہیں سلام بھیجا ہے اور وہ خود بھی سلام دے رہے ہیں تمہیں۔</w:t>
      </w:r>
    </w:p>
    <w:p>
      <w:r>
        <w:rPr>
          <w:b/>
        </w:rPr>
        <w:t xml:space="preserve">[40:07] </w:t>
      </w:r>
      <w:r>
        <w:t>to Hazrat Khadijah muskuraien aur boleen: "innal lahas salam wa alal Jibraelis salam" ke Allah hi sari salamti ka sar chashma hai.</w:t>
      </w:r>
    </w:p>
    <w:p>
      <w:pPr>
        <w:jc w:val="right"/>
      </w:pPr>
      <w:r>
        <w:t>تو حضرت خدیجہ مسکرائیں اور بولیں: "ان اللہ السلام وعلی جبرائیل السلام" کہ اللہ ہی ساری سلامتی کا سرچشمہ ہے۔</w:t>
      </w:r>
    </w:p>
    <w:p>
      <w:r>
        <w:rPr>
          <w:b/>
        </w:rPr>
        <w:t xml:space="preserve">[40:19] </w:t>
      </w:r>
      <w:r>
        <w:t>ji, aur mera bhi salam Jibrael ke liye: "wa alaykas salam wa rahmatullah" aur ae Allah ke Rasool, aap ke upar Allah ki rehmat aur salamti ho</w:t>
      </w:r>
    </w:p>
    <w:p>
      <w:pPr>
        <w:jc w:val="right"/>
      </w:pPr>
      <w:r>
        <w:t>جی، اور میرا بھی سلام جبرائیل کے لیے: "وعلیک السلام ورحمۃ اللہ" اور اے خدا کے رسول، آپ کے اوپر خدا کی رحمت اور سلامتی ہو</w:t>
      </w:r>
    </w:p>
    <w:p>
      <w:r>
        <w:rPr>
          <w:b/>
        </w:rPr>
        <w:t xml:space="preserve">[40:29] </w:t>
      </w:r>
      <w:r>
        <w:t>. to yeh to bohat hi ah alag tarah ka experience raha hoga aur scholars ka kehna hai ke jo ah pearls ka zikr aaya us mein ke ghar hoga motiyon ka, chunke Khadijah ke jo bhi bohat hi besh qeemat pearls aur jewelry thi, she gave them away for the cause of Islam</w:t>
      </w:r>
    </w:p>
    <w:p>
      <w:pPr>
        <w:jc w:val="right"/>
      </w:pPr>
      <w:r>
        <w:t>۔ تو یہ تو بہت ہی آہ الگ طرح کا ایکسپیرینس رہا ہوگا اور سکالرز کا کہنا ہے کہ جو آہ پرلز کا ذکر آیا اس میں کہ گھر ہوگا موتیوں کا، چونکہ خدیجہ کے جو بھی بہت ہی بیش قیمت پرلز اور جیولری تھی، شی گیو دیم اوے فار دا کاز اف اف اسلام</w:t>
      </w:r>
    </w:p>
    <w:p>
      <w:r>
        <w:rPr>
          <w:b/>
        </w:rPr>
        <w:t xml:space="preserve">[40:51] </w:t>
      </w:r>
      <w:r>
        <w:t>. to is ka thoda sa hawala hai aur kuch scholars ka yeh bhi kehna hai ke yeh jo salam Allah taala ki taraf se aaya, this was a sign that her time was near, hmm her time was wrapping up, hmm and she will die soon.</w:t>
      </w:r>
    </w:p>
    <w:p>
      <w:pPr>
        <w:jc w:val="right"/>
      </w:pPr>
      <w:r>
        <w:t>۔ تو اس کا تھوڑا سا حوالہ ہے اور کچھ سکالرز کا یہ بھی کہنا ہے کہ یہ جو سلام اللہ تعالی کی طرف سے آیا، دس واز ا سائن دیٹ ہر ٹائم واز نیئر، ہمم ہر ٹائم واز ریپنگ اپ، ہمم اینڈ شی ویل ڈائی سون۔</w:t>
      </w:r>
    </w:p>
    <w:p>
      <w:r>
        <w:rPr>
          <w:b/>
        </w:rPr>
        <w:t xml:space="preserve">[41:07] </w:t>
      </w:r>
      <w:r>
        <w:t>o ji, to aise hi hua ke is ke baad chunke jo yeh ah zamana tha ah ah boycott ka, yeh bohat hi sakht tha to</w:t>
      </w:r>
    </w:p>
    <w:p>
      <w:pPr>
        <w:jc w:val="right"/>
      </w:pPr>
      <w:r>
        <w:t>او جی، تو ایسے ہی ہوا کہ اس کے بعد چونکہ جو یہ آہ زمانہ تھا آہ آہ بائیکاٹ کا، یہ بہت ہی سخت تھا تو</w:t>
      </w:r>
    </w:p>
    <w:p>
      <w:r>
        <w:rPr>
          <w:b/>
        </w:rPr>
        <w:t xml:space="preserve">[41:19] </w:t>
      </w:r>
      <w:r>
        <w:t>ah bimar ho gayi theen kafi ah kafi takleef mein raheen, bimar ho gayeen ah aur Abu Talib bhi bohat bimar rahe.</w:t>
      </w:r>
    </w:p>
    <w:p>
      <w:pPr>
        <w:jc w:val="right"/>
      </w:pPr>
      <w:r>
        <w:t>آہ بیمار ہو گئی تھیں کافی آہ کافی تکلیف میں رہیں، بیمار ہو گئیں آہ اور ابو طالب بھی بہت بیمار رہے۔</w:t>
      </w:r>
    </w:p>
    <w:p>
      <w:r>
        <w:rPr>
          <w:b/>
        </w:rPr>
        <w:t xml:space="preserve">[41:29] </w:t>
      </w:r>
      <w:r>
        <w:t>ji, to yeh baharhal yeh jo waqea salam wala hai, ji yeh bohat hi unique hai. ji, bilkul doctor sahib, in fact I want to share that I also when I first read this incident, I would say that every cell in my body was thrilled.</w:t>
      </w:r>
    </w:p>
    <w:p>
      <w:pPr>
        <w:jc w:val="right"/>
      </w:pPr>
      <w:r>
        <w:t>جی، تو یہ بہرحال یہ جو واقعہ سلام والا ہے، جی یہ بہت ہی یونیک ہے۔ جی، بالکل ڈاکٹر صاحب، ان فیکٹ میں شیئر کرنا چاہوں گا کہ میں نے بھی جب پہلی مرتبہ یہ انسیڈنٹ پڑھا تو آئی وڈ سے دیٹ ایوری سیل ان مائی باڈی واز تھرلڈ۔</w:t>
      </w:r>
    </w:p>
    <w:p>
      <w:r>
        <w:rPr>
          <w:b/>
        </w:rPr>
        <w:t xml:space="preserve">[41:47] </w:t>
      </w:r>
      <w:r>
        <w:t>I mean jab koi bara aadmi ya koi respectable aadmi aap ko salam kare ya hello kare to aap ko bohat acha lagta hai lekin yahan pe Rabbul Alameen, ah the Lord of the universe and of mankind, woh salam bhej rahe hain aur un ke sath Jibrael Alaihis salam salam bhej rahe hain.</w:t>
      </w:r>
    </w:p>
    <w:p>
      <w:pPr>
        <w:jc w:val="right"/>
      </w:pPr>
      <w:r>
        <w:t>آئی مین جب کوئی بڑا آدمی یا کوئی ریسپیکٹیبل آدمی آپ کو سلام کرے یا ہیلو کرے تو آپ کو بہت اچھا لگتا ہے لیکن یہاں پہ رب العالمین، آہ دا لارڈ اف دا یونیورس اینڈ اف مین کائنڈ، وہ سلام بھیج رہے ہیں اور ان کے ساتھ جبرائیل علیہ السلام سلام بھیج رہے ہیں۔</w:t>
      </w:r>
    </w:p>
    <w:p>
      <w:r>
        <w:rPr>
          <w:b/>
        </w:rPr>
        <w:t xml:space="preserve">[42:03] </w:t>
      </w:r>
      <w:r>
        <w:t>to is se pata chalta hai ke Hazrat Khadijah kitni special thi and spiritually un ka status kitna high hoga ke Allah taala ki taraf se salam aa raha hai.</w:t>
      </w:r>
    </w:p>
    <w:p>
      <w:pPr>
        <w:jc w:val="right"/>
      </w:pPr>
      <w:r>
        <w:t>تو اس سے پتہ چلتا ہے کہ حضرت خدیجہ کتنی سپیشل تھی اینڈ سپرچولی ان کا سٹیٹس کتنا ہائی ہوگا کہ اللہ تعالی کی طرف سے سلام آ رہا ہے۔</w:t>
      </w:r>
    </w:p>
    <w:p>
      <w:r>
        <w:rPr>
          <w:b/>
        </w:rPr>
        <w:t xml:space="preserve">[42:14] </w:t>
      </w:r>
      <w:r>
        <w:t>ah to yeh bohat hi thrilling ah thrilling incident ah milne ko milta hai. doctor sahib, aik comment parhna chahunga, yeh Imran Ahmed sahib ne bheja hai Delhi se, unhon ne likha hai: "Mashallah, bohat important and inspirational talk.</w:t>
      </w:r>
    </w:p>
    <w:p>
      <w:pPr>
        <w:jc w:val="right"/>
      </w:pPr>
      <w:r>
        <w:t>آہ تو یہ بہت ہی تھرلنگ آہ تھرلنگ انسیڈنٹ آہ مل پڑھنے کو ملتا ہے۔ ڈاکٹر صاحب، ایک کمنٹ پڑھنا چاہوں گا، یہ عمران احمد صاحب نے بھیجا ہے دلی سے، انہوں نے لکھا ہے: "ماشاءاللہ، بہت امپورٹنٹ اینڈ انسپیریشنل ٹاک۔</w:t>
      </w:r>
    </w:p>
    <w:p>
      <w:r>
        <w:rPr>
          <w:b/>
        </w:rPr>
        <w:t xml:space="preserve">[42:30] </w:t>
      </w:r>
      <w:r>
        <w:t>aisa lagta hai ke Rasool Allah ko Hazrat Khadijah ka sath milna Allah taala ki scheme ka hissa tha jis ke baghair prophetic mission ki kamyabi bohat mushkil thi." yeh</w:t>
      </w:r>
    </w:p>
    <w:p>
      <w:pPr>
        <w:jc w:val="right"/>
      </w:pPr>
      <w:r>
        <w:t>ایسا لگتا ہے کہ رسول اللہ کو حضرت خدیجہ کا ساتھ ملنا اللہ تعالی کی سکیم کا حصہ تھا جس کے بغیر پرافیٹک مشن کی کامیابی بہت مشکل تھی۔" یہ</w:t>
      </w:r>
    </w:p>
    <w:p>
      <w:r>
        <w:rPr>
          <w:b/>
        </w:rPr>
        <w:t xml:space="preserve">[42:43] </w:t>
      </w:r>
      <w:r>
        <w:t>aik woman ke supporting kirdaar ke example bhi hai. yeh story tamam ummat ke liye aur especially women ke liye aik misali namuna ki hesiyat rakhta hai.</w:t>
      </w:r>
    </w:p>
    <w:p>
      <w:pPr>
        <w:jc w:val="right"/>
      </w:pPr>
      <w:r>
        <w:t>ایک وومن کے سپورٹنگ کردار کے ایگزامپل بھی ہے۔ یہ سٹوری تمام امت کے لیے اور اسپیشلی وومن کے لیے ایک مثالی نمونہ کی حیثیت رکھتا ہے۔</w:t>
      </w:r>
    </w:p>
    <w:p>
      <w:r>
        <w:rPr>
          <w:b/>
        </w:rPr>
        <w:t xml:space="preserve">[42:55] </w:t>
      </w:r>
      <w:r>
        <w:t>jazak Allah doctor sahib.</w:t>
      </w:r>
    </w:p>
    <w:p>
      <w:pPr>
        <w:jc w:val="right"/>
      </w:pPr>
      <w:r>
        <w:t>جزاک اللہ ڈاکٹر صاحب۔</w:t>
      </w:r>
    </w:p>
    <w:p>
      <w:r>
        <w:rPr>
          <w:b/>
        </w:rPr>
        <w:t xml:space="preserve">[42:58] </w:t>
      </w:r>
      <w:r>
        <w:t>ah doctor sahib, is ke baad phir ah ah woh saal aata hai 619 AD ah jab ah Rasool Allah loses both the lamps of you know his life, Hazrat Khadijah and ah his uncle ah Abu Talib, and he was the protector and guardian like a fortress ah for Prophet Muhammad.</w:t>
      </w:r>
    </w:p>
    <w:p>
      <w:pPr>
        <w:jc w:val="right"/>
      </w:pPr>
      <w:r>
        <w:t>آہ ڈاکٹر صاحب، اس کے بعد پھر آہ آہ وہ سال آتا ہے 619 اے ڈی آہ جب آہ رسول اللہ لوزز بوتھ دی لیمپس اف یو نو ہز لائف، حضرت خدیجہ اینڈ آہ ہز انکل آہ ابو طالب، اینڈ ہی واز دا پروٹیکٹر اینڈ گارڈین لائک ا فورٹریس آہ فار پرافٹ محمد۔</w:t>
      </w:r>
    </w:p>
    <w:p>
      <w:r>
        <w:rPr>
          <w:b/>
        </w:rPr>
        <w:t xml:space="preserve">[43:21] </w:t>
      </w:r>
      <w:r>
        <w:t>to is ko year of sorrow kaha gaya hai. to is ke bare mein doctor sahib hum sab ko bataein.</w:t>
      </w:r>
    </w:p>
    <w:p>
      <w:pPr>
        <w:jc w:val="right"/>
      </w:pPr>
      <w:r>
        <w:t>تو اس کو ایئر اف سورو کہا گیا ہے۔ تو اس کے بارے میں ڈاکٹر صاحب ہم سب کو بتائیں۔</w:t>
      </w:r>
    </w:p>
    <w:p>
      <w:r>
        <w:rPr>
          <w:b/>
        </w:rPr>
        <w:t xml:space="preserve">[43:26] </w:t>
      </w:r>
      <w:r>
        <w:t>haan, jaise maine abhi zikr kiya tha ke ah jo teen saal the boycott ke woh bohat hi sakht the. ji, aur yeh log dono old age mein the.</w:t>
      </w:r>
    </w:p>
    <w:p>
      <w:pPr>
        <w:jc w:val="right"/>
      </w:pPr>
      <w:r>
        <w:t>ہاں، جیسے میں نے ابھی ذکر کیا تھا کہ آہ جو تین سال تھے بائیکاٹ کے وہ بہت ہی سخت تھے۔ جی، اور یہ لوگ دونوں اولڈ ایج میں تھے۔</w:t>
      </w:r>
    </w:p>
    <w:p>
      <w:r>
        <w:rPr>
          <w:b/>
        </w:rPr>
        <w:t xml:space="preserve">[43:36] </w:t>
      </w:r>
      <w:r>
        <w:t>ji,</w:t>
      </w:r>
    </w:p>
    <w:p>
      <w:pPr>
        <w:jc w:val="right"/>
      </w:pPr>
      <w:r>
        <w:t>جی،</w:t>
      </w:r>
    </w:p>
    <w:p>
      <w:r>
        <w:rPr>
          <w:b/>
        </w:rPr>
        <w:t xml:space="preserve">[43:37] </w:t>
      </w:r>
      <w:r>
        <w:t>aah abu talib aah bhi bhi beemar ho gaye aur un ki death ho gayi. aah jaise hi woh boycott khatam hua, us ke kuch arsay ke baad death ho gayi.</w:t>
      </w:r>
    </w:p>
    <w:p>
      <w:pPr>
        <w:jc w:val="right"/>
      </w:pPr>
      <w:r>
        <w:t>آہ ابو طالب آہ بھی بھی بیمار ہو گئے اور ان کی ڈیتھ ہو گئی۔ آہ جیسے ہی وہ بائیکاٹ ختم ہوا، اس کے کچھ عرصے کے بعد ڈیتھ ہو گئی۔</w:t>
      </w:r>
    </w:p>
    <w:p>
      <w:r>
        <w:rPr>
          <w:b/>
        </w:rPr>
        <w:t xml:space="preserve">[43:48] </w:t>
      </w:r>
      <w:r>
        <w:t>ji, aur aah hazrat khadija bhi bohat beemar theen, kafi wazan bhi kam ho gaya tha. balkay kitabon mein aata hai ke she was she was fair skin, hmm yani complexion un ka fair tha.</w:t>
      </w:r>
    </w:p>
    <w:p>
      <w:pPr>
        <w:jc w:val="right"/>
      </w:pPr>
      <w:r>
        <w:t>جی، اور آہ حضرت خدیجہ بھی بہت بیمار تھیں، کافی وزن بھی کم ہو گیا تھا۔ بلکہ کتابوں میں آتا ہے کہ شی وار شی واز فیئر سکن، ہمم یعنی کمپلیکشن ان کا فیئر تھا۔</w:t>
      </w:r>
    </w:p>
    <w:p>
      <w:r>
        <w:rPr>
          <w:b/>
        </w:rPr>
        <w:t xml:space="preserve">[44:01] </w:t>
      </w:r>
      <w:r>
        <w:t>ji, lekin wahan jab boycott mein ke ke douran dark ho gayi thi un ki skin. ji,</w:t>
      </w:r>
    </w:p>
    <w:p>
      <w:pPr>
        <w:jc w:val="right"/>
      </w:pPr>
      <w:r>
        <w:t>جی، لیکن وہاں جب بائیکاٹ میں کے کے دوران ڈارک ہو گئی تھی ان کی سکن۔ جی،</w:t>
      </w:r>
    </w:p>
    <w:p>
      <w:r>
        <w:rPr>
          <w:b/>
        </w:rPr>
        <w:t xml:space="preserve">[44:07] </w:t>
      </w:r>
      <w:r>
        <w:t>aur kamzor ho gayi theen, weight bohat kam ho gaya tha. ji, to woh bhi is ke baad beemar raheen, kuch mahine bedan raheen, and she passed away.</w:t>
      </w:r>
    </w:p>
    <w:p>
      <w:pPr>
        <w:jc w:val="right"/>
      </w:pPr>
      <w:r>
        <w:t>اور کمزور ہو گئی تھیں، ویٹ بہت کم ہو گیا تھا۔ جی، تو وہ بھی اس کے بعد بیمار رہیں، کچھ مہینے بیڈن رہیں، اینڈ شی پاسڈ اوے۔</w:t>
      </w:r>
    </w:p>
    <w:p>
      <w:r>
        <w:rPr>
          <w:b/>
        </w:rPr>
        <w:t xml:space="preserve">[44:16] </w:t>
      </w:r>
      <w:r>
        <w:t>to yeh bohat hi aah aah yani abu talib jo sab se baray supporter thay, ji un ka jana rasool Allah ke liye bohat hi dushwari aah ka saman aagay aah bana.</w:t>
      </w:r>
    </w:p>
    <w:p>
      <w:pPr>
        <w:jc w:val="right"/>
      </w:pPr>
      <w:r>
        <w:t>تو یہ بہت ہی آہ آہ یعنی ابو طالب جو سب سے بڑے سپورٹر تھے، جی ان کا جانا رسول اللہ کے لیے بہت ہی دشواری آہ کا سامان آگے آہ بنا۔</w:t>
      </w:r>
    </w:p>
    <w:p>
      <w:r>
        <w:rPr>
          <w:b/>
        </w:rPr>
        <w:t xml:space="preserve">[44:31] </w:t>
      </w:r>
      <w:r>
        <w:t>chounkay jo saray log thay quraish ke, woh bilkul aah aah yani dushmani unhon ne khullam khulla dushmani shuru kar di.</w:t>
      </w:r>
    </w:p>
    <w:p>
      <w:pPr>
        <w:jc w:val="right"/>
      </w:pPr>
      <w:r>
        <w:t>چونکہ جو سارے لوگ تھے قریش کے، وہ بالکل آہ آہ یعنی دشمنی انہوں نے کھلم کھلا دشمنی شروع کر دی۔</w:t>
      </w:r>
    </w:p>
    <w:p>
      <w:r>
        <w:rPr>
          <w:b/>
        </w:rPr>
        <w:t xml:space="preserve">[44:42] </w:t>
      </w:r>
      <w:r>
        <w:t>aur hazrat khadija jo ke aik emotional supporter ke tor par theen, un ka jana to bohat hi yani he was totally devastated, bohat hi aah takleef deh.</w:t>
      </w:r>
    </w:p>
    <w:p>
      <w:pPr>
        <w:jc w:val="right"/>
      </w:pPr>
      <w:r>
        <w:t>اور حضرت خدیجہ جو کہ ایک ایموشنل سپورٹر کے طور پر تھیں، ان کا جانا تو بہت ہی یعنی ہی واز ٹوٹلی ڈیوسٹیٹڈ، بہت ہی آہ تکلیف دہ۔</w:t>
      </w:r>
    </w:p>
    <w:p>
      <w:r>
        <w:rPr>
          <w:b/>
        </w:rPr>
        <w:t xml:space="preserve">[44:55] </w:t>
      </w:r>
      <w:r>
        <w:t>aur prophet ne khud apne hathon se hazrat khadija ko bury kiya.</w:t>
      </w:r>
    </w:p>
    <w:p>
      <w:pPr>
        <w:jc w:val="right"/>
      </w:pPr>
      <w:r>
        <w:t>اور پرافٹ نے خود اپنے ہاتھوں سے حضرت خدیجہ کو بری کیا۔</w:t>
      </w:r>
    </w:p>
    <w:p>
      <w:r>
        <w:rPr>
          <w:b/>
        </w:rPr>
        <w:t xml:space="preserve">[45:00] </w:t>
      </w:r>
      <w:r>
        <w:t>ji, yani khud qabar mein utray apne hathon se. yani aah aah jis shakhs ne rasool Allah ke sath diya, and she believed in him, she comforted him, and she was always on her his side throughout her life, and he was burying with his own hand.</w:t>
      </w:r>
    </w:p>
    <w:p>
      <w:pPr>
        <w:jc w:val="right"/>
      </w:pPr>
      <w:r>
        <w:t>جی، یعنی خود قبر میں اترے اپنے ہاتھوں سے۔ یعنی آہ آہ جس شخص نے رسول اللہ کے ساتھ دیا، اینڈ شی بیلیوڈ ان ہم، شی کمفرٹڈ ہم، اینڈ شی واز الویز ان ہر ہز سائیڈ تھرو آؤٹ ہر لائف، اینڈ ہی واز برینگ ود ہز اون ہینڈ۔</w:t>
      </w:r>
    </w:p>
    <w:p>
      <w:r>
        <w:rPr>
          <w:b/>
        </w:rPr>
        <w:t xml:space="preserve">[45:19] </w:t>
      </w:r>
      <w:r>
        <w:t>to kya kefiyat rahi hogi? aah bohat hi yani painful aah narrations hain is ke baray mein jo kitabon mein hain. aah</w:t>
      </w:r>
    </w:p>
    <w:p>
      <w:pPr>
        <w:jc w:val="right"/>
      </w:pPr>
      <w:r>
        <w:t>تو کیا کیفیت رہی ہوگی؟ آہ بہت ہی یعنی پین فل آہ نیریشنز ہیں اس کے بارے میں جو کتابوں میں ہیں۔ آہ</w:t>
      </w:r>
    </w:p>
    <w:p>
      <w:r>
        <w:rPr>
          <w:b/>
        </w:rPr>
        <w:t xml:space="preserve">[45:30] </w:t>
      </w:r>
      <w:r>
        <w:t>to us waqt aah jo sahaba thay, jab dekha unhon ne aah rasool Allah ki halat jis qadar un ko aah kitabon mein aata hai min shiddat huzni, yani jo shadeed un ko aah takleef pohnchi thi hazrat khadija ki death ki wajah se, to bilkul devastated ho gaye thay.</w:t>
      </w:r>
    </w:p>
    <w:p>
      <w:pPr>
        <w:jc w:val="right"/>
      </w:pPr>
      <w:r>
        <w:t>تو اس وقت آہ جو صحابہ تھے، جب دیکھا انہوں نے آہ رسول اللہ کی حالت جس قدر ان کو آہ کتابوں میں آتا ہے من شدت حزنی، یعنی جو شدید ان کو آہ تکلیف پہنچی تھی حضرت خدیجہ کی ڈیتھ کی وجہ سے، تو بالکل اسٹیٹڈ ہو گئے تھے۔</w:t>
      </w:r>
    </w:p>
    <w:p>
      <w:r>
        <w:rPr>
          <w:b/>
        </w:rPr>
        <w:t xml:space="preserve">[45:50] </w:t>
      </w:r>
      <w:r>
        <w:t>to sahaba soch rahe thay ke lagta hai ke rasool Allah ki bhi jaldi wafat ho jaye, aisi kefiyat ho gayi thi. to aksar ghar mein raha karte thay, nikaltay nahi thay bahar, aur ronay ki awaz aati thi.</w:t>
      </w:r>
    </w:p>
    <w:p>
      <w:pPr>
        <w:jc w:val="right"/>
      </w:pPr>
      <w:r>
        <w:t>تو صحابہ سوچ رہے تھے کہ لگتا ہے کہ رسول اللہ کی بھی جلدی وفات ہو جائے، ایسی کیفیت ہو گئی تھی۔ تو اکثر گھر میں رہا کرتے تھے، نکلتے نہیں تھے باہر، اور رونے کی آواز آتی تھی۔</w:t>
      </w:r>
    </w:p>
    <w:p>
      <w:r>
        <w:rPr>
          <w:b/>
        </w:rPr>
        <w:t xml:space="preserve">[46:01] </w:t>
      </w:r>
      <w:r>
        <w:t>aur bachon ko khas tor se fatima ko console karte thay.</w:t>
      </w:r>
    </w:p>
    <w:p>
      <w:pPr>
        <w:jc w:val="right"/>
      </w:pPr>
      <w:r>
        <w:t>اور بچوں کو خاص طور سے فاطمہ کو کنسول کرتے تھے۔</w:t>
      </w:r>
    </w:p>
    <w:p>
      <w:r>
        <w:rPr>
          <w:b/>
        </w:rPr>
        <w:t xml:space="preserve">[46:05] </w:t>
      </w:r>
      <w:r>
        <w:t>to yeh yeh bohat hi takleef deh aah waqt tha rasool Allah sallay Allah alayhi wasallam ki zindagi ka ke jo do do sab se baray supporter thay, wohi chalay gaye.</w:t>
      </w:r>
    </w:p>
    <w:p>
      <w:pPr>
        <w:jc w:val="right"/>
      </w:pPr>
      <w:r>
        <w:t>تو یہ یہ بہت ہی تکلیف دہ آہ وقت تھا رسول اللہ صلی اللہ علیہ وسلم کی زندگی کا کہ جو دو دو سب سے بڑے سپورٹر تھے، وہی چلے گئے۔</w:t>
      </w:r>
    </w:p>
    <w:p>
      <w:r>
        <w:rPr>
          <w:b/>
        </w:rPr>
        <w:t xml:space="preserve">[46:15] </w:t>
      </w:r>
      <w:r>
        <w:t>ji, abu talib aur hazrat khadija razi Allah anha. ji, acha doctor sahib, hazrat ayesha ki kafi sayings hain hazrat khadija ko le kar.</w:t>
      </w:r>
    </w:p>
    <w:p>
      <w:pPr>
        <w:jc w:val="right"/>
      </w:pPr>
      <w:r>
        <w:t>جی، ابو طالب اور حضرت خدیجہ رضی اللہ عنہا۔ جی، اچھا ڈاکٹر صاحب، حضرت عائشہ کی کافی سینگز ہیں حضرت خدیجہ کو کو لے کر۔</w:t>
      </w:r>
    </w:p>
    <w:p>
      <w:r>
        <w:rPr>
          <w:b/>
        </w:rPr>
        <w:t xml:space="preserve">[46:25] </w:t>
      </w:r>
      <w:r>
        <w:t>to kuch aap hamein bataiye is ke baray mein bhi. aah hazrat ayesha razi Allah anha ki kai sayings hain hazrat khadi</w:t>
      </w:r>
    </w:p>
    <w:p>
      <w:pPr>
        <w:jc w:val="right"/>
      </w:pPr>
      <w:r>
        <w:t>تو کچھ آپ ہمیں بتائیے اس کے بارے میں بھی۔ آہ حضرت عائشہ رضی اللہ عنہا کی کئی سینگز ہیں حضرت خدی</w:t>
      </w:r>
    </w:p>
    <w:p>
      <w:r>
        <w:rPr>
          <w:b/>
        </w:rPr>
        <w:t xml:space="preserve">[46:34] </w:t>
      </w:r>
      <w:r>
        <w:t>ja ke baray mein. ji, aah balkay unhon ne kaha ke ke mujhe kisi aur aurat pe itna rashk nahi tha jitna hazrat khadija ke upar tha.</w:t>
      </w:r>
    </w:p>
    <w:p>
      <w:pPr>
        <w:jc w:val="right"/>
      </w:pPr>
      <w:r>
        <w:t>جہ کے بارے میں۔ جی، آہ بلکہ انہوں نے کہا کہ کہ مجھے کسی اور عورت پہ اتنا رشک نہیں تھا جتنا حضرت خدیجہ کے اوپر تھا۔</w:t>
      </w:r>
    </w:p>
    <w:p>
      <w:r>
        <w:rPr>
          <w:b/>
        </w:rPr>
        <w:t xml:space="preserve">[46:45] </w:t>
      </w:r>
      <w:r>
        <w:t>unhon ne kaha hai ke 13 saal mein koi aisa din nahi guzra. ji, ke prophet ne hazrat khadija ka zikr na kiya ho. yani he would not leave his house, his home without mentioning</w:t>
      </w:r>
    </w:p>
    <w:p>
      <w:pPr>
        <w:jc w:val="right"/>
      </w:pPr>
      <w:r>
        <w:t>انہوں نے کہا ہے کہ 13 سال میں کوئی ایسا دن نہیں گزرا۔ جی، کہ پرافٹ نے حضرت خدیجہ کا ذکر نہ کیا ہو۔ یعنی ہی وڈ ناٹ لیو ہز ہاؤس، ہز ہوم ودا آؤٹ مینشننگ</w:t>
      </w:r>
    </w:p>
    <w:p>
      <w:r>
        <w:rPr>
          <w:b/>
        </w:rPr>
        <w:t xml:space="preserve">[46:59] </w:t>
      </w:r>
      <w:r>
        <w:t>khadija. hmm to har roz hazrat khadija ka zikr kiya karte thay. aik din kuch bohat ziyada tareef ki. ji to us din hazrat ayesha se raha nahi gaya.</w:t>
      </w:r>
    </w:p>
    <w:p>
      <w:pPr>
        <w:jc w:val="right"/>
      </w:pPr>
      <w:r>
        <w:t>خدیجہ۔ ہمم تو ہر روز حضرت خدیجہ کا ذکر کیا کرتے تھے۔ ایک دن کچھ بہت زیادہ تعریف کی۔ جی تو اس دن حضرت عائشہ سے رہا نہیں گیا۔</w:t>
      </w:r>
    </w:p>
    <w:p>
      <w:r>
        <w:rPr>
          <w:b/>
        </w:rPr>
        <w:t xml:space="preserve">[47:12] </w:t>
      </w:r>
      <w:r>
        <w:t>woh boleen: "hasn't Allah given you someone better than this old and toothless toothless lady of Quraish?" hmm toothless woman of Quraish.</w:t>
      </w:r>
    </w:p>
    <w:p>
      <w:pPr>
        <w:jc w:val="right"/>
      </w:pPr>
      <w:r>
        <w:t>وہ بولیں: "ہیزنٹ اللہ گیون یو سم ون بیٹر دین دس اولڈ اینڈ ٹوتھ لیس ٹوتھ لیس لیڈی اف قریش؟" ہمم ٹوتھ لیس وومن اف قریش۔</w:t>
      </w:r>
    </w:p>
    <w:p>
      <w:r>
        <w:rPr>
          <w:b/>
        </w:rPr>
        <w:t xml:space="preserve">[47:23] </w:t>
      </w:r>
      <w:r>
        <w:t>hmm to yeh sun ke rasool Allah ko bara zabardast ghussa aa gaya.</w:t>
      </w:r>
    </w:p>
    <w:p>
      <w:pPr>
        <w:jc w:val="right"/>
      </w:pPr>
      <w:r>
        <w:t>ہمم تو یہ سن کے رسول اللہ کو بڑا زبردست غصہ آ گیا۔</w:t>
      </w:r>
    </w:p>
    <w:p>
      <w:r>
        <w:rPr>
          <w:b/>
        </w:rPr>
        <w:t xml:space="preserve">[47:28] </w:t>
      </w:r>
      <w:r>
        <w:t>hmm yani un ka chehra lal ho gaya aur rongtay kharay ho gaye. hazrat ayesha batati hain ke aisi kefiyat sirf jab hoti thi jab quran nazil hota tha.</w:t>
      </w:r>
    </w:p>
    <w:p>
      <w:pPr>
        <w:jc w:val="right"/>
      </w:pPr>
      <w:r>
        <w:t>ہمم یعنی ان کا چہرہ لال ہو گیا اور رونگٹے کھڑے ہوگئے۔ حضرت عائشہ بتاتی ہیں کہ ایسی کیفیت صرف جب ہوتی تھی جب قرآن نازل ہوتا تھا۔</w:t>
      </w:r>
    </w:p>
    <w:p>
      <w:r>
        <w:rPr>
          <w:b/>
        </w:rPr>
        <w:t xml:space="preserve">[47:38] </w:t>
      </w:r>
      <w:r>
        <w:t>yani as if the quran is revealing on him. to bohat hi ghussa ho gaye lekin unhon ne aik lafz bhi hazrat ayesha ko nahi kaha, sirf khadija ke baray mein kuch baatein kaheen.</w:t>
      </w:r>
    </w:p>
    <w:p>
      <w:pPr>
        <w:jc w:val="right"/>
      </w:pPr>
      <w:r>
        <w:t>یعنی ایز اف دا قرآن از ریویلنگ ان ہم۔ تو بہت ہی غصہ ہو گئے لیکن انہوں نے ایک لفظ بھی حضرت عائشہ کو نہیں کہا، صرف خدیجہ کے بارے میں کچھ باتیں کہیں۔</w:t>
      </w:r>
    </w:p>
    <w:p>
      <w:r>
        <w:rPr>
          <w:b/>
        </w:rPr>
        <w:t xml:space="preserve">[47:50] </w:t>
      </w:r>
      <w:r>
        <w:t>kaha ke ke Allah ne koi kisi ko replace nahi kiya.</w:t>
      </w:r>
    </w:p>
    <w:p>
      <w:pPr>
        <w:jc w:val="right"/>
      </w:pPr>
      <w:r>
        <w:t>کہا کہ کہ اللہ نے کوئی کسی کو ریپلیس نہیں کیا۔</w:t>
      </w:r>
    </w:p>
    <w:p>
      <w:r>
        <w:rPr>
          <w:b/>
        </w:rPr>
        <w:t xml:space="preserve">[47:57] </w:t>
      </w:r>
      <w:r>
        <w:t>aah aah allah did not replace her with someone better. ji aur phir kaha hai ke qad amant bi aza kafar bi naas ke she believed in me when people rejected me.</w:t>
      </w:r>
    </w:p>
    <w:p>
      <w:pPr>
        <w:jc w:val="right"/>
      </w:pPr>
      <w:r>
        <w:t>آہ آہ اللہ ڈیڈ ناٹ ریپلیس ہر ود سم ون بیٹر۔ جی اور پھر کہا ہے کہ قد امنت بی ازا کفر بی الناس کہ شی بیلیوڈ ان می وین پیپل ریجیکٹڈ می۔</w:t>
      </w:r>
    </w:p>
    <w:p>
      <w:r>
        <w:rPr>
          <w:b/>
        </w:rPr>
        <w:t xml:space="preserve">[48:12] </w:t>
      </w:r>
      <w:r>
        <w:t>wa sadqat sadqatni aza kadhabni naas. she considered me a truthful. she considered me truthful when others denied me.</w:t>
      </w:r>
    </w:p>
    <w:p>
      <w:pPr>
        <w:jc w:val="right"/>
      </w:pPr>
      <w:r>
        <w:t>وصدقت صدقتنی ازا کذبنی الناس۔ شی کنسیڈرڈ می ا ٹروتھ فل۔ شی کنسیڈرڈ می ٹروتھ فل وین ادر ڈینائیڈ می۔</w:t>
      </w:r>
    </w:p>
    <w:p>
      <w:r>
        <w:rPr>
          <w:b/>
        </w:rPr>
        <w:t xml:space="preserve">[48:24] </w:t>
      </w:r>
      <w:r>
        <w:t>when others considered me a liar.</w:t>
      </w:r>
    </w:p>
    <w:p>
      <w:pPr>
        <w:jc w:val="right"/>
      </w:pPr>
      <w:r>
        <w:t>وین ادر کنسیڈرڈ می ا لیئر۔</w:t>
      </w:r>
    </w:p>
    <w:p>
      <w:r>
        <w:rPr>
          <w:b/>
        </w:rPr>
        <w:t xml:space="preserve">[48:27] </w:t>
      </w:r>
      <w:r>
        <w:t>wastani bimaleha aza harmani naas. she spent her wealth on me when people deprived me.</w:t>
      </w:r>
    </w:p>
    <w:p>
      <w:pPr>
        <w:jc w:val="right"/>
      </w:pPr>
      <w:r>
        <w:t>واستنی بمالہا ازا حرمنی الناس۔ شی سپینٹ ہر ویلتھ ان می وین پیپل ڈیپرائیوڈ می۔</w:t>
      </w:r>
    </w:p>
    <w:p>
      <w:r>
        <w:rPr>
          <w:b/>
        </w:rPr>
        <w:t xml:space="preserve">[48:35] </w:t>
      </w:r>
      <w:r>
        <w:t>when people held back. warzuqtni allah waladaha aza harmani auladun nisa ke allah taala ne is ke zariye mujhe aulad di aur kisi ke zariye mujhe aulad nahi di</w:t>
      </w:r>
    </w:p>
    <w:p>
      <w:pPr>
        <w:jc w:val="right"/>
      </w:pPr>
      <w:r>
        <w:t>وین پیپل ہیلڈ بیک۔ ورضقنی اللہ ولدہا ازا حرمنی اولاد النساء کہ اللہ تعالی نے اس کے ذریعے مجھے اولاد دی اور کسی کے ذریعے مجھے اولاد نہیں دی</w:t>
      </w:r>
    </w:p>
    <w:p>
      <w:r>
        <w:rPr>
          <w:b/>
        </w:rPr>
        <w:t xml:space="preserve">[48:48] </w:t>
      </w:r>
      <w:r>
        <w:t>. ji to jab yeh baatein suni Hazrat Aisha R.A. ne to maafi mangi unhon ne aur kaha ke aindah kabhi mein aisi ji zabaan se apni baat nahi nikalun gi.</w:t>
      </w:r>
    </w:p>
    <w:p>
      <w:pPr>
        <w:jc w:val="right"/>
      </w:pPr>
      <w:r>
        <w:t>۔ جی تو جب یہ باتیں سنی حضرت عائشہ رضی اللہ عنہ نے تو معافی مانگی انہوں نے اور کہا کہ ائندہ کبھی میں ایسی جی زبان سے اپنی بات نہیں نکالوں گی۔</w:t>
      </w:r>
    </w:p>
    <w:p>
      <w:r>
        <w:rPr>
          <w:b/>
        </w:rPr>
        <w:t xml:space="preserve">[48:59] </w:t>
      </w:r>
      <w:r>
        <w:t>ji aur kabhi bhi agar koi slaughter waghera hoti koi sheep to prophet kuch hissa rakh liya karte the ek taraf aur Khadijah ke doston ke bhejte the.</w:t>
      </w:r>
    </w:p>
    <w:p>
      <w:pPr>
        <w:jc w:val="right"/>
      </w:pPr>
      <w:r>
        <w:t>جی اور کبھی بھی اگر کوئی سلاٹر وغیرہ ہوتی کوئی شیپ تو پرافٹ کچھ حصہ رکھ لیا کرتے تھے ایک طرف اور خدیجہ کے دوستوں کے بھیجتے تھے۔</w:t>
      </w:r>
    </w:p>
    <w:p>
      <w:r>
        <w:rPr>
          <w:b/>
        </w:rPr>
        <w:t xml:space="preserve">[49:08] </w:t>
      </w:r>
      <w:r>
        <w:t>ji</w:t>
      </w:r>
    </w:p>
    <w:p>
      <w:pPr>
        <w:jc w:val="right"/>
      </w:pPr>
      <w:r>
        <w:t>جی</w:t>
      </w:r>
    </w:p>
    <w:p>
      <w:r>
        <w:rPr>
          <w:b/>
        </w:rPr>
        <w:t xml:space="preserve">[49:09] </w:t>
      </w:r>
      <w:r>
        <w:t>aur jo Hazrat Khadijah ki behan thi Haleemah kabhi woh aati theen aur nok karti theen darwaze pe to pehchan jaate the chunke un ka nok aur Hazrat Khadijah ka ek jaisa tha.</w:t>
      </w:r>
    </w:p>
    <w:p>
      <w:pPr>
        <w:jc w:val="right"/>
      </w:pPr>
      <w:r>
        <w:t>اور جو حضرت خدیجہ کی بہن تھی حالہ کبھی وہ آتی تھیں اور نوک کرتی تھیں دروازے پہ تو پہچان جاتے تھے چونکہ ان کا نوک اور حضرت خدیجہ کا ایک جیسا تھا۔</w:t>
      </w:r>
    </w:p>
    <w:p>
      <w:r>
        <w:rPr>
          <w:b/>
        </w:rPr>
        <w:t xml:space="preserve">[49:19] </w:t>
      </w:r>
      <w:r>
        <w:t>ji aur awaaz bhi ek jaisi thi. to woh kaafi der tak baith ke ghanton Hazrat Khadijah ke baad baatein karte the. ek baar ek old lady aayi.</w:t>
      </w:r>
    </w:p>
    <w:p>
      <w:pPr>
        <w:jc w:val="right"/>
      </w:pPr>
      <w:r>
        <w:t>جی اور آواز بھی ایک جیسی تھی۔ تو وہ کافی دیر تک بیٹھ کے گھنٹوں حضرت خدیجہ کے بعد باتیں کرتے تھے۔ ایک بار ایک اولڈ لیڈی آئی۔</w:t>
      </w:r>
    </w:p>
    <w:p>
      <w:r>
        <w:rPr>
          <w:b/>
        </w:rPr>
        <w:t xml:space="preserve">[49:30] </w:t>
      </w:r>
      <w:r>
        <w:t>aah kuch aisi hi thi woh ghareeb kuch maangne aayi thi. hmm to Rasool Allah S.A.W. is ki bari khatir karne lage. hmm bohat hi izzat karne lage.</w:t>
      </w:r>
    </w:p>
    <w:p>
      <w:pPr>
        <w:jc w:val="right"/>
      </w:pPr>
      <w:r>
        <w:t>آہ کچھ ایسی ہی تھی وہ غریب کچھ مانگنے آئی تھی۔ ہمم تو رسول اللہ صلی اللہ علیہ وسلم اس کی بڑی خاطر کرنے لگے۔ ہمم بہت ہی عزت کرنے لگے۔</w:t>
      </w:r>
    </w:p>
    <w:p>
      <w:r>
        <w:rPr>
          <w:b/>
        </w:rPr>
        <w:t xml:space="preserve">[49:39] </w:t>
      </w:r>
      <w:r>
        <w:t>to aah bohat hi ikraam karne lage. to Hazrat Aisha baithi hui theen to unhon ne kaha hai ke aap is ka is old lady ka itna khayal kar rahe hain yaani aap kuch de dein woh chali jayegi.</w:t>
      </w:r>
    </w:p>
    <w:p>
      <w:pPr>
        <w:jc w:val="right"/>
      </w:pPr>
      <w:r>
        <w:t>تو آہ بہت ہی اکرام کرنے لگے۔ تو حضرت عائشہ بیٹھی ہوئی تھیں تو انہوں نے کہا ہے کہ آپ اس کا اس اولڈ لیڈی کا اتنا خیال کر رہے ہیں یعنی آپ کچھ دے دیں وہ چلی جائے گی۔</w:t>
      </w:r>
    </w:p>
    <w:p>
      <w:r>
        <w:rPr>
          <w:b/>
        </w:rPr>
        <w:t xml:space="preserve">[49:51] </w:t>
      </w:r>
      <w:r>
        <w:t>to Rasool Allah ne kaha hai ke Hazrat Khadijah Khadijah ke zamane mein yeh aaya karti thi. ji aur Hazrat Khadijah bhi is ka bohat bohat izzat karti thi.</w:t>
      </w:r>
    </w:p>
    <w:p>
      <w:pPr>
        <w:jc w:val="right"/>
      </w:pPr>
      <w:r>
        <w:t>تو رسول اللہ نے کہا ہے کہ حضرت خدیجہ خدیجہ کے زمانے میں یہ آیا کرتی تھی۔ جی اور حضرت خدیجہ بھی اس کا بہت بہت عزت کرتی تھی۔</w:t>
      </w:r>
    </w:p>
    <w:p>
      <w:r>
        <w:rPr>
          <w:b/>
        </w:rPr>
        <w:t xml:space="preserve">[50:00] </w:t>
      </w:r>
      <w:r>
        <w:t>ji yaani koi bhi cheez jis ka ta'alluq Hazrat Khadijah se tha to Rasool Allah ke liye woh bohat hi qeemti thi. ji</w:t>
      </w:r>
    </w:p>
    <w:p>
      <w:pPr>
        <w:jc w:val="right"/>
      </w:pPr>
      <w:r>
        <w:t>جی یعنی کوئی بھی چیز جس کا تعلق حضرت خدیجہ سے تھا تو رسول اللہ کے لیے وہ بہت ہی قیمتی تھی۔ جی</w:t>
      </w:r>
    </w:p>
    <w:p>
      <w:r>
        <w:rPr>
          <w:b/>
        </w:rPr>
        <w:t xml:space="preserve">[50:08] </w:t>
      </w:r>
      <w:r>
        <w:t>jab Makkah fateh ho gaya yaani saari hostilities khatam ho gayeen saare jo dushman the woh dost hi ban gaye to prophet aaye wahan se Madinah se Makkah aur oont pe baithe hue the.</w:t>
      </w:r>
    </w:p>
    <w:p>
      <w:pPr>
        <w:jc w:val="right"/>
      </w:pPr>
      <w:r>
        <w:t>جب مکہ فتح ہو گیا یعنی ساری ہاسٹیلیٹیز ختم ہوگئیں سارے جو دشمن تھے وہ دوست ہی بن گئے تو پرافٹ آئے وہاں سے مدینہ سے مکہ اور اونٹ پہ بیٹھے ہوئے تھے۔</w:t>
      </w:r>
    </w:p>
    <w:p>
      <w:r>
        <w:rPr>
          <w:b/>
        </w:rPr>
        <w:t xml:space="preserve">[50:21] </w:t>
      </w:r>
      <w:r>
        <w:t>hmm to sab log samajhte the sab log chahte the ke un ke ghar mein thehrein. hmm aur khaas taur se jo barhe businessman the woh samajh rahe the ke hamare ghar mein thehrenge barhe houses the un ke to poochte the ke aein tanzil aein tanzil kahan</w:t>
      </w:r>
    </w:p>
    <w:p>
      <w:pPr>
        <w:jc w:val="right"/>
      </w:pPr>
      <w:r>
        <w:t>ہمم تو سب لوگ سمجھتے تھے سب لوگ چاہتے تھے کہ ان کے گھر میں ٹھہریں۔ ہمم اور خاص طور سے جو بڑے بزنس مین تھے وہ سمجھ رہے تھے کہ ہمارے گھر میں ٹھہریں گے بڑے ہاؤسز تھے ان کے تو پوچھتے تھے کہ ائین تنزل ائین تنزل کہاں</w:t>
      </w:r>
    </w:p>
    <w:p>
      <w:r>
        <w:rPr>
          <w:b/>
        </w:rPr>
        <w:t xml:space="preserve">[50:37] </w:t>
      </w:r>
      <w:r>
        <w:t>rukengay aap kahan rukengay to prophet koi jawab nahi dete the to aap tasawwur nahi kar sakte ke kahan ruke woh. hmm he pitched his tent next to Khadijah's grave.</w:t>
      </w:r>
    </w:p>
    <w:p>
      <w:pPr>
        <w:jc w:val="right"/>
      </w:pPr>
      <w:r>
        <w:t>رکیں گے آپ کہاں رکیں گے تو پرافٹ کوئی جواب نہیں دیتے تھے تو آپ تصور نہیں کر سکتے کہ کہاں رکے وہ۔ ہمم ہی پچڈ ہز ٹینٹ نیکسٹ ٹو خدیجہ گریو۔</w:t>
      </w:r>
    </w:p>
    <w:p>
      <w:r>
        <w:rPr>
          <w:b/>
        </w:rPr>
        <w:t xml:space="preserve">[50:46] </w:t>
      </w:r>
      <w:r>
        <w:t>hmm yaani is qadar mohabbat thi Rasool Allah ko Hazrat Khadijah se ke is ka tasawwur nahi kiya ja sakta.</w:t>
      </w:r>
    </w:p>
    <w:p>
      <w:pPr>
        <w:jc w:val="right"/>
      </w:pPr>
      <w:r>
        <w:t>ہمم یعنی اس قدر محبت تھی رسول اللہ کو حضرت خدیجہ سے کہ اس کا تصور نہیں کیا جا سکتا۔</w:t>
      </w:r>
    </w:p>
    <w:p>
      <w:r>
        <w:rPr>
          <w:b/>
        </w:rPr>
        <w:t xml:space="preserve">[50:56] </w:t>
      </w:r>
      <w:r>
        <w:t>ji aur ek baar Rasool Allah ne kaha tha ke wallah inni qad ruziqt hubba yaani aah Khadijah ki mohabbat mujhe pila di gayi thi.</w:t>
      </w:r>
    </w:p>
    <w:p>
      <w:pPr>
        <w:jc w:val="right"/>
      </w:pPr>
      <w:r>
        <w:t>جی اور ایک بار رسول اللہ نے کہا تھا کہ واللہ انی قد رزقت حبہ یعنی آہ خدیجہ کی محبت مجھے پلا دی گئی تھی۔</w:t>
      </w:r>
    </w:p>
    <w:p>
      <w:r>
        <w:rPr>
          <w:b/>
        </w:rPr>
        <w:t xml:space="preserve">[51:08] </w:t>
      </w:r>
      <w:r>
        <w:t>hmm aah her love had been nurtured in my heart by Allah himself. hmm to is tarah ki is tarah ka khaas ta'alluq tha Rasool Allah ka aah Hazrat Khadijah se.</w:t>
      </w:r>
    </w:p>
    <w:p>
      <w:pPr>
        <w:jc w:val="right"/>
      </w:pPr>
      <w:r>
        <w:t>ہمم آہ ہر لو ہیڈ بین نرچرڈ ان مائی ہارٹ بائی اللہ ہم سیلف۔ ہمم تو اس طرح کی اس طرح کا خاص تعلق تھا رسول اللہ کا آہ حضرت خدیجہ سے۔</w:t>
      </w:r>
    </w:p>
    <w:p>
      <w:r>
        <w:rPr>
          <w:b/>
        </w:rPr>
        <w:t xml:space="preserve">[51:21] </w:t>
      </w:r>
      <w:r>
        <w:t>hmm ke woh is ki misaal nahi milti. ji bilkul</w:t>
      </w:r>
    </w:p>
    <w:p>
      <w:pPr>
        <w:jc w:val="right"/>
      </w:pPr>
      <w:r>
        <w:t>ہمم کہ وہ اس کی مثال نہیں ملتی۔ جی بالکل</w:t>
      </w:r>
    </w:p>
    <w:p>
      <w:r>
        <w:rPr>
          <w:b/>
        </w:rPr>
        <w:t xml:space="preserve">[51:25] </w:t>
      </w:r>
      <w:r>
        <w:t>aur doctor sahib jaise aap ne bataya to express the aah same kindness that Hazrat Khadijah did aah to some of the people and prophet followed the same even after her.</w:t>
      </w:r>
    </w:p>
    <w:p>
      <w:pPr>
        <w:jc w:val="right"/>
      </w:pPr>
      <w:r>
        <w:t>اور ڈاکٹر صاحب جیسے آپ نے بتایا ٹو ایکسپریس دی آہ سیم کائنڈنس دیٹ حضرت خدیجہ ڈیڈ آہ ٹو سم اف دا پیپل اینڈ پرافٹ فالوڈ دا سیم ایون افٹر ہر۔</w:t>
      </w:r>
    </w:p>
    <w:p>
      <w:r>
        <w:rPr>
          <w:b/>
        </w:rPr>
        <w:t xml:space="preserve">[51:36] </w:t>
      </w:r>
      <w:r>
        <w:t>aah showed that you know how much he remembered her how much he loved her. aah to waqai yeh bohat bari misaal hai doctor sahib jo hamein milti hai un ki zindagi se.</w:t>
      </w:r>
    </w:p>
    <w:p>
      <w:pPr>
        <w:jc w:val="right"/>
      </w:pPr>
      <w:r>
        <w:t>آہ شورڈ دیٹ یو نو ہاؤ مچ ہی ریممبرڈ ہر ہاؤ مچ ہی لوڈ ہر۔ آہ تو واقعی یہ بہت بڑی مثال ہے ڈاکٹر صاحب جو ہمیں ملتی ہے ان کی زندگی سے۔</w:t>
      </w:r>
    </w:p>
    <w:p>
      <w:r>
        <w:rPr>
          <w:b/>
        </w:rPr>
        <w:t xml:space="preserve">[51:46] </w:t>
      </w:r>
      <w:r>
        <w:t>doctor sahib aakhri sawal poochne se pehle ek comment parhna chahunga jo Sheri Nagar se bheja hai Miss Karutolin ne unhon ne likha hai very informative and enlightened conversation that Hazrat Khadijah has many credits to her and she is supposed to be a role model for us aah as what Maulana Wahiduddin Khan sahib would always focus on</w:t>
      </w:r>
    </w:p>
    <w:p>
      <w:pPr>
        <w:jc w:val="right"/>
      </w:pPr>
      <w:r>
        <w:t>ڈاکٹر صاحب آخری سوال پوچھنے سے پہلے ایک کمنٹ پڑھنا چاہوں گا جو شیری نگر سے بھیجا ہے مس کروتولین نے انہوں نے لکھا ہے ویری انفارمیٹیو اینڈ انلائٹنڈ کانورسیشن دیٹ حضرت خدیجہ ہیز مینی کریڈٹس ٹو ہر اینڈ شی سپوز ٹو بی ا رول ماڈل فار اس آہ از واٹ مولانا وحید الدین خان صاحب وڈ الویز فوکس ان</w:t>
      </w:r>
    </w:p>
    <w:p>
      <w:r>
        <w:rPr>
          <w:b/>
        </w:rPr>
        <w:t xml:space="preserve">[52:07] </w:t>
      </w:r>
      <w:r>
        <w:t>in addition to be the first one to accept the message of God without any hesitation Hazrat Khadijah encouraged and extended full support and cooperated with the prophet in carrying out the full journey of his prophethood.</w:t>
      </w:r>
    </w:p>
    <w:p>
      <w:pPr>
        <w:jc w:val="right"/>
      </w:pPr>
      <w:r>
        <w:t>ان ایڈیشن ٹو بی دا فرسٹ ون ٹو ایکسیپٹ دی میسج اف گاڈ ودا آؤٹ اینی ہیسیٹیشن حضرت خدیجہ انکریج اینڈ ایکسٹینڈڈ فل سپورٹ اینڈ کوپریٹڈ ودا پرافٹ ان کیرنگ آؤٹ دا فل جرنی اف ہز پرافٹ ہڈ۔</w:t>
      </w:r>
    </w:p>
    <w:p>
      <w:r>
        <w:rPr>
          <w:b/>
        </w:rPr>
        <w:t xml:space="preserve">[52:24] </w:t>
      </w:r>
      <w:r>
        <w:t>har role is undoubtedly exemplary.</w:t>
      </w:r>
    </w:p>
    <w:p>
      <w:pPr>
        <w:jc w:val="right"/>
      </w:pPr>
      <w:r>
        <w:t>ہر رول از ان ڈاؤٹڈلی ایگزیمپلری۔</w:t>
      </w:r>
    </w:p>
    <w:p>
      <w:r>
        <w:rPr>
          <w:b/>
        </w:rPr>
        <w:t xml:space="preserve">[52:27] </w:t>
      </w:r>
      <w:r>
        <w:t>one take away from this conversation today is that seclusion and being away from the worldly life is necessary to discover and comprehend the creation plan of God.</w:t>
      </w:r>
    </w:p>
    <w:p>
      <w:pPr>
        <w:jc w:val="right"/>
      </w:pPr>
      <w:r>
        <w:t>ون ٹیک اوے فرام دس کانورسیشن ٹوڈے از دیٹ سیکلوژن اینڈ بینگ اوے فرام دی ورلڈلی لائف از نیسیسری ٹو ڈسکور اینڈ کمپرینڈ دا کریشن پلان اف گاڈ۔</w:t>
      </w:r>
    </w:p>
    <w:p>
      <w:r>
        <w:rPr>
          <w:b/>
        </w:rPr>
        <w:t xml:space="preserve">[52:39] </w:t>
      </w:r>
      <w:r>
        <w:t>one has to find time to ponder over the creator and the purpose of his creation. many historical and spiritual incidents were unfolded by doctor sahib.</w:t>
      </w:r>
    </w:p>
    <w:p>
      <w:pPr>
        <w:jc w:val="right"/>
      </w:pPr>
      <w:r>
        <w:t>ون ہیز ٹو فائنڈ ٹائم ٹو پونڈر اوور دا کریٹر اینڈ دا پرپس اف ہز کریشن۔ مینی ہسٹوریکل اینڈ سپرچول انسیڈنٹس وار ان فولڈڈ بائے ڈاکٹر صاحب۔</w:t>
      </w:r>
    </w:p>
    <w:p>
      <w:r>
        <w:rPr>
          <w:b/>
        </w:rPr>
        <w:t xml:space="preserve">[52:51] </w:t>
      </w:r>
      <w:r>
        <w:t>thank you for sharing this. it is really an inspirational conversati</w:t>
      </w:r>
    </w:p>
    <w:p>
      <w:pPr>
        <w:jc w:val="right"/>
      </w:pPr>
      <w:r>
        <w:t>تھینک یو فار شیئرنگ دس۔ اٹ از ریلی اینڈ انسپیریشنل کانورسی</w:t>
      </w:r>
    </w:p>
    <w:p>
      <w:r>
        <w:rPr>
          <w:b/>
        </w:rPr>
        <w:t xml:space="preserve">[52:56] </w:t>
      </w:r>
      <w:r>
        <w:t>on. doctor sahib aakhri sawal mera yahi hai ke ah prophet muhammad always ah praised and loved hazrat khadijah jaisa aap ne aaj bataya bhi you know for her exemplary character and ah for her great personality.</w:t>
      </w:r>
    </w:p>
    <w:p>
      <w:pPr>
        <w:jc w:val="right"/>
      </w:pPr>
      <w:r>
        <w:t>شن۔ ڈاکٹر صاحب آخری سوال میرا یہی ہے کہ آہ پرافٹ محمد الویز آہ پریزڈ اینڈ لوڈ حضرت خدیجہ جیسا آپ نے آج بتایا بھی یو نو فار ہر ایگزیمپلری کریکٹر اینڈ آہ فار ہر گریٹ پرسنیلٹی۔</w:t>
      </w:r>
    </w:p>
    <w:p>
      <w:r>
        <w:rPr>
          <w:b/>
        </w:rPr>
        <w:t xml:space="preserve">[53:11] </w:t>
      </w:r>
      <w:r>
        <w:t>and he also included her among the four praised women of all times ah hazrat asia and hazrat maryam and his daughter ah hazrat ah fatima.</w:t>
      </w:r>
    </w:p>
    <w:p>
      <w:pPr>
        <w:jc w:val="right"/>
      </w:pPr>
      <w:r>
        <w:t>اینڈ ہی السو انکلوڈڈ ہر امنگ دا فور پریزڈ وومن اف ال ٹائمز آہ حضرت اسیہ اینڈ حضرت مریم اینڈ ہز ڈاٹر آہ حضرت آہ فاطمہ۔</w:t>
      </w:r>
    </w:p>
    <w:p>
      <w:r>
        <w:rPr>
          <w:b/>
        </w:rPr>
        <w:t xml:space="preserve">[53:23] </w:t>
      </w:r>
      <w:r>
        <w:t>ah and we all know from the history of hazrat khadijah that how knowledgeable and you know she was a very wise lady ah which also sort of ah ah manifested in her thriving business.</w:t>
      </w:r>
    </w:p>
    <w:p>
      <w:pPr>
        <w:jc w:val="right"/>
      </w:pPr>
      <w:r>
        <w:t>آہ اینڈ وی ال نو فرام دا ہسٹری اف حضرت خدیجہ دیٹ ہاؤ نالج ایبل اینڈ یو نو شی واز ا ویری وائز لیڈی آہ وچ السو سورٹ اف آہ آہ مینیفیسٹڈ ان ہر تھرائیونگ بزنس۔</w:t>
      </w:r>
    </w:p>
    <w:p>
      <w:r>
        <w:rPr>
          <w:b/>
        </w:rPr>
        <w:t xml:space="preserve">[53:35] </w:t>
      </w:r>
      <w:r>
        <w:t>to doctor sahib aakhri sawal yahi hai ke un ki zindagi se present generation ko kya sabak milta hai is ke bare mein aap bataein. ji haan bohat sari baatein hain jo hum seekh sakte hain.</w:t>
      </w:r>
    </w:p>
    <w:p>
      <w:pPr>
        <w:jc w:val="right"/>
      </w:pPr>
      <w:r>
        <w:t>تو ڈاکٹر صاحب آخری سوال یہی ہے کہ ان کی زندگی سے پریزنٹ جنریشن کو کیا سبق ملتا ہے اس کے بارے میں آپ بتائیں۔ جی ہاں بہت ساری باتیں ہیں جو ہم سیکھ سکتے ہیں۔</w:t>
      </w:r>
    </w:p>
    <w:p>
      <w:r>
        <w:rPr>
          <w:b/>
        </w:rPr>
        <w:t xml:space="preserve">[53:47] </w:t>
      </w:r>
      <w:r>
        <w:t>ji</w:t>
      </w:r>
    </w:p>
    <w:p>
      <w:pPr>
        <w:jc w:val="right"/>
      </w:pPr>
      <w:r>
        <w:t>جی</w:t>
      </w:r>
    </w:p>
    <w:p>
      <w:r>
        <w:rPr>
          <w:b/>
        </w:rPr>
        <w:t xml:space="preserve">[53:48] </w:t>
      </w:r>
      <w:r>
        <w:t>ah sab se pehli cheez to jo aam taur se log jante hain aur jis ka charcha rehta hai ke she was a business woman. ji ke unhone apne father ka business sambhala aur is ko bohat hi aur ah is pe le gaye.</w:t>
      </w:r>
    </w:p>
    <w:p>
      <w:pPr>
        <w:jc w:val="right"/>
      </w:pPr>
      <w:r>
        <w:t>آہ سب سے پہلی چیز تو جو عام طور سے لوگ جانتے ہیں اور جس کا چرچہ رہتا ہے کہ شی واز اے بزنس وومن۔ جی کہ انہوں نے اپنے فادر کا بزنس سنبھالا اور اس کو بہت ہی اور آہ اس پہ لے گئے۔</w:t>
      </w:r>
    </w:p>
    <w:p>
      <w:r>
        <w:rPr>
          <w:b/>
        </w:rPr>
        <w:t xml:space="preserve">[54:00] </w:t>
      </w:r>
      <w:r>
        <w:t>to</w:t>
      </w:r>
    </w:p>
    <w:p>
      <w:pPr>
        <w:jc w:val="right"/>
      </w:pPr>
      <w:r>
        <w:t>تو</w:t>
      </w:r>
    </w:p>
    <w:p>
      <w:r>
        <w:rPr>
          <w:b/>
        </w:rPr>
        <w:t xml:space="preserve">[54:01] </w:t>
      </w:r>
      <w:r>
        <w:t>yeh to ek bohat hi motivating khas taur se khawateen ke liye aam taur se yeh samjha jata hai yeh taassur hai yeh tasawwur hai ke islam mein auraton ka bas yeh hai ke woh ghar mein rahen.</w:t>
      </w:r>
    </w:p>
    <w:p>
      <w:pPr>
        <w:jc w:val="right"/>
      </w:pPr>
      <w:r>
        <w:t>یہ تو ایک بہت ہی موٹیویٹنگ خاص طور سے خواتین کے لیے عام طور سے یہ سمجھا جاتا ہے یہ تاثر ہے یہ تصور ہے کہ اسلام میں عورتوں کا بس یہ ہے کہ وہ گھر میں رہیں۔</w:t>
      </w:r>
    </w:p>
    <w:p>
      <w:r>
        <w:rPr>
          <w:b/>
        </w:rPr>
        <w:t xml:space="preserve">[54:12] </w:t>
      </w:r>
      <w:r>
        <w:t>ji aur parda karein aur bachon ko sambhalein. to yahan to yeh bohat hi bari misaal hai ke prophet ki wife ne khud business kiya aur bohat hi bara business kiya.</w:t>
      </w:r>
    </w:p>
    <w:p>
      <w:pPr>
        <w:jc w:val="right"/>
      </w:pPr>
      <w:r>
        <w:t>جی اور پردہ کریں اور بچوں کو سنبھالیں۔ تو یہاں تو یہ بہت ہی بڑی مثال ہے کہ پرافٹ کی وائف نے خود بزنس کیا اور بہت ہی بڑا بزنس کیا۔</w:t>
      </w:r>
    </w:p>
    <w:p>
      <w:r>
        <w:rPr>
          <w:b/>
        </w:rPr>
        <w:t xml:space="preserve">[54:23] </w:t>
      </w:r>
      <w:r>
        <w:t>ah yeh to khair ek point hai jo bohat hi logon ko pata hai aur aam taur se is ka charcha hota rehta hai.</w:t>
      </w:r>
    </w:p>
    <w:p>
      <w:pPr>
        <w:jc w:val="right"/>
      </w:pPr>
      <w:r>
        <w:t>آہ یہ تو خیر ایک پوائنٹ ہے جو بہت ہی لوگوں کو پتہ ہے اور عام طور سے اس کا چرچہ ہوتا رہتا ہے۔</w:t>
      </w:r>
    </w:p>
    <w:p>
      <w:r>
        <w:rPr>
          <w:b/>
        </w:rPr>
        <w:t xml:space="preserve">[54:31] </w:t>
      </w:r>
      <w:r>
        <w:t>ah lekin dekhna yeh bhi chahiye ke jo business kar ke is paise ko kamaya use kahan kharch kiya. ji bohat important baat hai. sab se bari baat to yahi hai ke ya apne upar kharch kiya.</w:t>
      </w:r>
    </w:p>
    <w:p>
      <w:pPr>
        <w:jc w:val="right"/>
      </w:pPr>
      <w:r>
        <w:t>آہ لیکن دیکھنا یہ بھی چاہیے کہ جو بزنس کر کے اس پیسے کو کمایا اسے کہاں خرچ کیا۔ جی بہت امپورٹنٹ بات ہے۔ سب سے بڑی بات تو یہی ہے کہ یا اپنے اوپر خرچ کیا۔</w:t>
      </w:r>
    </w:p>
    <w:p>
      <w:r>
        <w:rPr>
          <w:b/>
        </w:rPr>
        <w:t xml:space="preserve">[54:41] </w:t>
      </w:r>
      <w:r>
        <w:t>ji ya ya deen ke upar kharch kiya. ji ji yani she spent every penny for the cause of</w:t>
      </w:r>
    </w:p>
    <w:p>
      <w:pPr>
        <w:jc w:val="right"/>
      </w:pPr>
      <w:r>
        <w:t>جی یا یا دین کے اوپر خرچ کیا۔ جی جی یعنی شی سپینٹ ایوری پینی فار دا کاز اف</w:t>
      </w:r>
    </w:p>
    <w:p>
      <w:r>
        <w:rPr>
          <w:b/>
        </w:rPr>
        <w:t xml:space="preserve">[54:48] </w:t>
      </w:r>
      <w:r>
        <w:t>God. ji ab aap tasawwur kariye ke a a person who was richest hmm woman in mecca was penniless at one point of time.</w:t>
      </w:r>
    </w:p>
    <w:p>
      <w:pPr>
        <w:jc w:val="right"/>
      </w:pPr>
      <w:r>
        <w:t>گاڈ۔ جی اب آپ تصور کریے کہ اے اے پرسن ہو واز رچسٹ ہمم وومن ان مکہ واز پینی لیس ایٹ ون پوائنٹ اف ٹائم۔</w:t>
      </w:r>
    </w:p>
    <w:p>
      <w:r>
        <w:rPr>
          <w:b/>
        </w:rPr>
        <w:t xml:space="preserve">[55:00] </w:t>
      </w:r>
      <w:r>
        <w:t>one of time yani jab yeh hua ah boycott to jo basic necessities ki cheezein hain woh bhi nahi thi un ke paas.</w:t>
      </w:r>
    </w:p>
    <w:p>
      <w:pPr>
        <w:jc w:val="right"/>
      </w:pPr>
      <w:r>
        <w:t>ون اف ٹائم یعنی جب یہ ہوا آہ بائیکاٹ تو جو بیسک نیسیسٹیز کی چیزیں ہیں وہ بھی نہیں تھیں ان کے پاس۔</w:t>
      </w:r>
    </w:p>
    <w:p>
      <w:r>
        <w:rPr>
          <w:b/>
        </w:rPr>
        <w:t xml:space="preserve">[55:09] </w:t>
      </w:r>
      <w:r>
        <w:t>hmm</w:t>
      </w:r>
    </w:p>
    <w:p>
      <w:pPr>
        <w:jc w:val="right"/>
      </w:pPr>
      <w:r>
        <w:t>ہمم</w:t>
      </w:r>
    </w:p>
    <w:p>
      <w:r>
        <w:rPr>
          <w:b/>
        </w:rPr>
        <w:t xml:space="preserve">[55:10] </w:t>
      </w:r>
      <w:r>
        <w:t>yani kitabon mein aata hai ke the only possession she had at one point of time during boycott was a mug and a bucket.</w:t>
      </w:r>
    </w:p>
    <w:p>
      <w:pPr>
        <w:jc w:val="right"/>
      </w:pPr>
      <w:r>
        <w:t>یعنی کتابوں میں آتا ہے کہ دا اونلی پوزیشن شی ہیڈ ایٹ ون پوائنٹ اف ٹائم ڈیورنگ بائیکاٹ واز اے مگ اینڈ اے بکٹ۔</w:t>
      </w:r>
    </w:p>
    <w:p>
      <w:r>
        <w:rPr>
          <w:b/>
        </w:rPr>
        <w:t xml:space="preserve">[55:19] </w:t>
      </w:r>
      <w:r>
        <w:t>donon lakri ki hoti thi is zamane mein mug ya jug aur ek bucket. ji to jo mug tha woh kisi wajah se gir gaya woh toot gaya.</w:t>
      </w:r>
    </w:p>
    <w:p>
      <w:pPr>
        <w:jc w:val="right"/>
      </w:pPr>
      <w:r>
        <w:t>دونوں لکڑی کی ہوتی تھی اس زمانے میں مگ یا جگ اور ایک بکٹ۔ جی تو جو مگ تھا وہ کسی وجہ سے گر گیا وہ ٹوٹ گیا۔</w:t>
      </w:r>
    </w:p>
    <w:p>
      <w:r>
        <w:rPr>
          <w:b/>
        </w:rPr>
        <w:t xml:space="preserve">[55:28] </w:t>
      </w:r>
      <w:r>
        <w:t>hmm to she could not afford to buy a new mug. new mug. hmm to ek carpenter</w:t>
      </w:r>
    </w:p>
    <w:p>
      <w:pPr>
        <w:jc w:val="right"/>
      </w:pPr>
      <w:r>
        <w:t>ہمم تو شی کڈ ناٹ افورڈ ٹو بائے اے نیو مگ۔ نیو مگ۔ ہمم تو ایک کارپنٹر</w:t>
      </w:r>
    </w:p>
    <w:p>
      <w:r>
        <w:rPr>
          <w:b/>
        </w:rPr>
        <w:t xml:space="preserve">[55:36] </w:t>
      </w:r>
      <w:r>
        <w:t>guzar raha tha un ke tent ke paas se carpenter guzra to us ko dikhaya ke yeh is ko zara jod do ho sakta hai jud sakta hai yeh. ji to us ne kisi tareeqe se us ko jod ke bana diya.</w:t>
      </w:r>
    </w:p>
    <w:p>
      <w:pPr>
        <w:jc w:val="right"/>
      </w:pPr>
      <w:r>
        <w:t>گزر رہا تھا ان کے ٹینٹ کے پاس سے کارپنٹر گزرا تو اس کو دکھایا کہ یہ اس کو ذرا جوڑ دو ہو سکتا ہے جڑ سکتا ہے یہ۔ جی تو اس نے کسی طریقے سے اس کو جوڑ کے بنا دیا۔</w:t>
      </w:r>
    </w:p>
    <w:p>
      <w:r>
        <w:rPr>
          <w:b/>
        </w:rPr>
        <w:t xml:space="preserve">[55:46] </w:t>
      </w:r>
      <w:r>
        <w:t>hmm yani richest woman. hmm ek zamane mein aaj yeh halat hai ke woh ek ek mug nahi khareed sakti. ji us ki wajah yeh hai ke she spent entire wealth for the cause of islam.</w:t>
      </w:r>
    </w:p>
    <w:p>
      <w:pPr>
        <w:jc w:val="right"/>
      </w:pPr>
      <w:r>
        <w:t>ہمم یعنی رچسٹ وومن۔ ہمم ایک زمانے میں آج یہ حالت ہے کہ وہ ایک ایک مگ نہیں خرید سکتی۔ جی اس کی وجہ یہ ہے کہ شی سپینٹ انٹائر ویلتھ فار دی کاز اف اسلام۔</w:t>
      </w:r>
    </w:p>
    <w:p>
      <w:r>
        <w:rPr>
          <w:b/>
        </w:rPr>
        <w:t xml:space="preserve">[55:58] </w:t>
      </w:r>
      <w:r>
        <w:t>hmm yeh sab se bari point hai ke aap paise ko kahan kharch karein. ji</w:t>
      </w:r>
    </w:p>
    <w:p>
      <w:pPr>
        <w:jc w:val="right"/>
      </w:pPr>
      <w:r>
        <w:t>ہمم یہ سب سے بڑی پوائنٹ ہے کہ آپ پیسے کو کہاں خرچ کریں۔ جی</w:t>
      </w:r>
    </w:p>
    <w:p>
      <w:r>
        <w:rPr>
          <w:b/>
        </w:rPr>
        <w:t xml:space="preserve">[56:03] </w:t>
      </w:r>
      <w:r>
        <w:t>yani aah sajawat mein aur dikhawa culture mein jo aaj kal ho raha hai. hmm aur aah aah sari jo duniyavi lawazimat hain us pe kharch karein ya deen ke kaam mein kharch karein to sab se bara sabak mere khayal se yahi milta hai hamein ke Hazrat Khadija ne business ki woh to theek hai.</w:t>
      </w:r>
    </w:p>
    <w:p>
      <w:pPr>
        <w:jc w:val="right"/>
      </w:pPr>
      <w:r>
        <w:t>یعنی آہ سجاوٹ میں اور دکھاوا کلچر میں جو آج کل ہو رہا ہے۔ ہمم اور آہ آہ ساری جو دنیاوی لوازمات ہیں اس پہ خرچ کریں یا دین کے کام میں خرچ کریں تو سب سے بڑا سبق میرے خیال سے یہی ملتا ہے ہمیں کہ حضرت خدیجہ نے بزنس کی وہ تو ٹھیک ہے۔</w:t>
      </w:r>
    </w:p>
    <w:p>
      <w:r>
        <w:rPr>
          <w:b/>
        </w:rPr>
        <w:t xml:space="preserve">[56:23] </w:t>
      </w:r>
      <w:r>
        <w:t>hmm aur bohat aah maal o dolat kamaya lekin is paise ko kharch kahan kiya.</w:t>
      </w:r>
    </w:p>
    <w:p>
      <w:pPr>
        <w:jc w:val="right"/>
      </w:pPr>
      <w:r>
        <w:t>ہمم اور بہت آہ مال و دولت کمایا لیکن اس پیسے کو خرچ کہاں کیا۔</w:t>
      </w:r>
    </w:p>
    <w:p>
      <w:r>
        <w:rPr>
          <w:b/>
        </w:rPr>
        <w:t xml:space="preserve">[56:29] </w:t>
      </w:r>
      <w:r>
        <w:t>hmm aur jo ek aur point hai jo woh bhi bohat hi aham hai ke she was the spiritual partner of the prophet. hmm jisko Maulana kehte hain.</w:t>
      </w:r>
    </w:p>
    <w:p>
      <w:pPr>
        <w:jc w:val="right"/>
      </w:pPr>
      <w:r>
        <w:t>ہمم اور جو ایک اور پوائنٹ ہے جو وہ بھی بہت ہی اہم ہے کہ شی واز دا سپرچول پارٹنر اف دی پرافٹ۔ ہمم جس کو مولانا کہتے ہیں۔</w:t>
      </w:r>
    </w:p>
    <w:p>
      <w:r>
        <w:rPr>
          <w:b/>
        </w:rPr>
        <w:t xml:space="preserve">[56:38] </w:t>
      </w:r>
      <w:r>
        <w:t>Maulana kehte hain na ke aap log kitchen partner bane hue hain har waqt khane peene ki baat karte hain. ji spiritual partner baniye. to yeh bohat hi yani aala darje aah ki misaal hamein milti hai Rasool Allah ki zindagi se ke woh aah Hazrat Khadija unki spiritual partner theen bal</w:t>
      </w:r>
    </w:p>
    <w:p>
      <w:pPr>
        <w:jc w:val="right"/>
      </w:pPr>
      <w:r>
        <w:t>مولانا کہتے ہیں نا کہ آپ لوگ کچن پارٹنر بنے ہوئے ہیں ہر وقت کھانے پینے کی بات کرتے ہیں۔ جی سپرچول پارٹنر بنیے۔ تو یہ بہت ہی یعنی اعلی درجے آہ کی مثال ہمیں ملتی ہے رسول اللہ کی زندگی سے کہ وہ آہ حضرت خدیجہ ان کی سپرچول پارٹنر تھیں بال</w:t>
      </w:r>
    </w:p>
    <w:p>
      <w:r>
        <w:rPr>
          <w:b/>
        </w:rPr>
        <w:t xml:space="preserve">[56:57] </w:t>
      </w:r>
      <w:r>
        <w:t>kal day one se yani jab shattered halat mein pahunche hain. aah pehli wahi ke baad to kis tarah se aah Hazrat Khadija Razi Allah Anha ne unko aah comfort kiya aur kitne achhe alfaaz bole golden words mein bayan ki baatein to yeh yeh yani aah aah yeh bohat zaroori hai ke man of mission ke liye ke aah aah spiritual partner bane iska spouse.</w:t>
      </w:r>
    </w:p>
    <w:p>
      <w:pPr>
        <w:jc w:val="right"/>
      </w:pPr>
      <w:r>
        <w:t>کل ڈے ون سے یعنی جب شیٹرڈ حالت میں پہنچے ہیں۔ آہ پہلی وحی کے بعد تو کس طرح سے آہ حضرت خدیجہ رضی اللہ عنہ نے ان کو آہ کمفرٹ کیا اور کتنے اچھے الفاظ بولے گولڈن ورڈز میں بیان کی باتیں تو یہ یہ یعنی آہ آہ یہ بہت ضروری ہے کہ مین اف مشن کے لیے کہ آہ آہ سپرچول پارٹنر بنے اس کا سپاؤس۔</w:t>
      </w:r>
    </w:p>
    <w:p>
      <w:r>
        <w:rPr>
          <w:b/>
        </w:rPr>
        <w:t xml:space="preserve">[57:24] </w:t>
      </w:r>
      <w:r>
        <w:t>ji tabhi woh aah aah is raaste pe chal sak sakta hai jo aah jis raaste pe chalne ki zaroorat hai to</w:t>
      </w:r>
    </w:p>
    <w:p>
      <w:pPr>
        <w:jc w:val="right"/>
      </w:pPr>
      <w:r>
        <w:t>جی تبھی وہ آہ آہ اس راستے پہ چل سک چل سکتا ہے جو آہ جس راستے پہ چلنے کی ضرورت ہے تو</w:t>
      </w:r>
    </w:p>
    <w:p>
      <w:r>
        <w:rPr>
          <w:b/>
        </w:rPr>
        <w:t xml:space="preserve">[57:33] </w:t>
      </w:r>
      <w:r>
        <w:t>yeh sab baatein aur baqi kai sari cheezein dekhi ja sakti hain jaise confidence unke andar jo tha. ji Rasool Allah ke liye jo confidence tha aur jis tarah se ghar wapas aaye aur unhone motivate kiya.</w:t>
      </w:r>
    </w:p>
    <w:p>
      <w:pPr>
        <w:jc w:val="right"/>
      </w:pPr>
      <w:r>
        <w:t>یہ سب باتیں اور باقی کئی ساری چیزیں دیکھی جا سکتی ہیں جیسے کانفیڈنس ان کے اندر جو تھا۔ جی رسول اللہ کے لیے جو کانفیڈنس تھا اور جس طرح سے گھر واپس آئے اور انہوں نے موٹیویٹ کیا۔</w:t>
      </w:r>
    </w:p>
    <w:p>
      <w:r>
        <w:rPr>
          <w:b/>
        </w:rPr>
        <w:t xml:space="preserve">[57:46] </w:t>
      </w:r>
      <w:r>
        <w:t>ji yeh bhi bohat aham cheez hai. aa</w:t>
      </w:r>
    </w:p>
    <w:p>
      <w:pPr>
        <w:jc w:val="right"/>
      </w:pPr>
      <w:r>
        <w:t>جی یہ بھی بہت اہم چیز ہے۔ آ</w:t>
      </w:r>
    </w:p>
    <w:p>
      <w:r>
        <w:rPr>
          <w:b/>
        </w:rPr>
        <w:t xml:space="preserve">[57:49] </w:t>
      </w:r>
      <w:r>
        <w:t>ha aise hi aah she was an intellectual chuki jo baatein unhone kaheen aur is hangami halat halat ke mauqe pe.</w:t>
      </w:r>
    </w:p>
    <w:p>
      <w:pPr>
        <w:jc w:val="right"/>
      </w:pPr>
      <w:r>
        <w:t>ہ ایسے ہی آہ شی واز این انٹلیکچول چونکہ جو باتیں انہوں نے کہیں اور اس ہنگامی حالات حالت کے موقع پہ۔</w:t>
      </w:r>
    </w:p>
    <w:p>
      <w:r>
        <w:rPr>
          <w:b/>
        </w:rPr>
        <w:t xml:space="preserve">[57:57] </w:t>
      </w:r>
      <w:r>
        <w:t>hmm woh is se lagta hai ke she was a learned person. ji yani jab Maulana hamesha kehte the ke aap apni study badhaiye. hmm study study ke upar kyun</w:t>
      </w:r>
    </w:p>
    <w:p>
      <w:pPr>
        <w:jc w:val="right"/>
      </w:pPr>
      <w:r>
        <w:t>ہمم وہ اس سے لگتا ہے کہ شی واز اے لرنڈ پرسن۔ جی یعنی جب مولانا ہمیشہ کہتے تھے کہ آپ اپنی سٹڈی بڑھائیے۔ ہمم سٹڈی سٹڈی کے اوپر کیوں</w:t>
      </w:r>
    </w:p>
    <w:p>
      <w:r>
        <w:rPr>
          <w:b/>
        </w:rPr>
        <w:t xml:space="preserve">[58:07] </w:t>
      </w:r>
      <w:r>
        <w:t>zor karte the ke woh chahte the ke logon ke aah ke ke gehrai se baaton ko samjhein aur ek aur cheez milti hai ke ke Hazrat Khadija ke jo friends the yani always have good friends yeh bhi ek bohat achhi hamein chuki Warqa bin Naufal ke paas gayeen jo scholar the.</w:t>
      </w:r>
    </w:p>
    <w:p>
      <w:pPr>
        <w:jc w:val="right"/>
      </w:pPr>
      <w:r>
        <w:t>زور کرتے تھے کہ وہ چاہتے تھے کہ لوگوں کے آہ کہ کہ گہرائی سے باتوں کو سمجھیں اور ایک اور چیز ملتی ہے کہ کہ حضرت خدیجہ کے جو فرینڈز تھے یعنی الویز ہیو گڈ فرینڈز یہ بھی ایک بہت اچھی ہمیں چونکہ ورقہ بن نوفل کے پاس گئیں جو اسکالر تھے۔</w:t>
      </w:r>
    </w:p>
    <w:p>
      <w:r>
        <w:rPr>
          <w:b/>
        </w:rPr>
        <w:t xml:space="preserve">[58:25] </w:t>
      </w:r>
      <w:r>
        <w:t>ji to is se pata chalta hai ke matlab friends bhi aise hon jo like minded hon. ji</w:t>
      </w:r>
    </w:p>
    <w:p>
      <w:pPr>
        <w:jc w:val="right"/>
      </w:pPr>
      <w:r>
        <w:t>جی تو اس سے پتہ چلتا ہے کہ مطلب فرینڈز بھی ایسے ہوں جو لائک مائنڈڈ ہوں۔ جی</w:t>
      </w:r>
    </w:p>
    <w:p>
      <w:r>
        <w:rPr>
          <w:b/>
        </w:rPr>
        <w:t xml:space="preserve">[58:31] </w:t>
      </w:r>
      <w:r>
        <w:t>ek jo mission se jiska ta'alluq hai woh aise aise logon ko saath rakhe ho hawale nahi ke party ho rahi hai yeh ho raha hai ghoomna phirna balkeh ek ek meaningful aur like minded log hon to yeh sab bohat hi courage thi unke andar jo boycott mein gayeen saath mein haalanki woh avoid kar sakti thi.</w:t>
      </w:r>
    </w:p>
    <w:p>
      <w:pPr>
        <w:jc w:val="right"/>
      </w:pPr>
      <w:r>
        <w:t>ایک جو مشن سے جس کا تعلق ہے وہ ایسے ایسے لوگوں کو ساتھ رکھے ہو حوالے نہیں کہ پارٹی ہو رہی ہے یہ ہو رہا ہے گھومنا پھرنا بلکہ ایک ایک میننگ فل اور لائک مائنڈڈ لوگ ہوں تو یہ سب بہت ہی کریج تھی ان کے اندر جو بائیکاٹ میں گئیں ساتھ میں حالانکہ وہ اوائڈ کر سکتی تھی۔</w:t>
      </w:r>
    </w:p>
    <w:p>
      <w:r>
        <w:rPr>
          <w:b/>
        </w:rPr>
        <w:t xml:space="preserve">[58:50] </w:t>
      </w:r>
      <w:r>
        <w:t>hmm aur wahan teen saal kis tarah se guzara aur kindness chuki bohat hi khayal karti thi jo log ghareeb the jo destitute the to</w:t>
      </w:r>
    </w:p>
    <w:p>
      <w:pPr>
        <w:jc w:val="right"/>
      </w:pPr>
      <w:r>
        <w:t>ہمم اور وہاں تین سال کس طرح سے گزارا اور کائنڈنس چونکہ بہت ہی خیال کرتی تھی جو لوگ غریب تھے جو ڈیسٹٹیوٹ تھے تو</w:t>
      </w:r>
    </w:p>
    <w:p>
      <w:r>
        <w:rPr>
          <w:b/>
        </w:rPr>
        <w:t xml:space="preserve">[59:02] </w:t>
      </w:r>
      <w:r>
        <w:t>this was the reason that prophet declared her as the greatest woman of all time. ji yaqeenan ji jazak Allah Doctor Sahab aaj ka talk waqai mein bohat hi aah roohani bhara talk tha aap ne bohat sari baatein Hazrat Khadija ki zindagi se bataeen aur ek practical model bhi hum sab ko diya ke hamein kaise apni zindagi bitani chahiye.</w:t>
      </w:r>
    </w:p>
    <w:p>
      <w:pPr>
        <w:jc w:val="right"/>
      </w:pPr>
      <w:r>
        <w:t>دس واز دا ریزن دیٹ پرافٹ ڈیکلیئرڈ ہر ایز دا گریٹسٹ وومن اف ال ٹائم۔ جی یقینا جی جزاک اللہ ڈاکٹر صاحب آج کا ٹاک واقعی میں بہت ہی آہ روحانی بھرا ٹاک تھا آپ نے بہت ساری باتیں حضرت خدیجہ کی زندگی سے بتائیں اور ایک پریکٹیکل ماڈل بھی ہم سب کو دیا کہ ہمیں کیسے اپنی زندگی بتانی چاہیے۔</w:t>
      </w:r>
    </w:p>
    <w:p>
      <w:r>
        <w:rPr>
          <w:b/>
        </w:rPr>
        <w:t xml:space="preserve">[59:25] </w:t>
      </w:r>
      <w:r>
        <w:t>aah woh hamein Hazrat Khadija ki life se aah milta hai</w:t>
      </w:r>
    </w:p>
    <w:p>
      <w:pPr>
        <w:jc w:val="right"/>
      </w:pPr>
      <w:r>
        <w:t>آہ وہ ہمیں حضرت خدیجہ کی لائف سے آہ ملتا ہے</w:t>
      </w:r>
    </w:p>
    <w:p>
      <w:r>
        <w:rPr>
          <w:b/>
        </w:rPr>
        <w:t xml:space="preserve">[59:29] </w:t>
      </w:r>
      <w:r>
        <w:t>to jazak Allah Doctor Sahab aah mein ne personally to khoob aah is session se faida uthaya and I am sure the viewers are watching this program they also benefited from today's session.</w:t>
      </w:r>
    </w:p>
    <w:p>
      <w:pPr>
        <w:jc w:val="right"/>
      </w:pPr>
      <w:r>
        <w:t>تو جزاک اللہ ڈاکٹر صاحب آہ میں نے پرسنلی تو خوب آہ اس سیشن سے فائدہ اٹھایا اینڈ آئی ایم شور دا ویوورز ار واچنگ دس پروگرام دے السو بینیفٹڈ فرام ٹوڈے سیشن۔</w:t>
      </w:r>
    </w:p>
    <w:p>
      <w:r>
        <w:rPr>
          <w:b/>
        </w:rPr>
        <w:t xml:space="preserve">[59:40] </w:t>
      </w:r>
      <w:r>
        <w:t>aah so before we end today's session there is one important release. aah this is a book of Maulana Wahiduddin Khan sahib Introducing Islam a simple introduction to Islam this is a translation of Maulana Wahiduddin Khan sahib urdu book Sirat e Mustaqeem</w:t>
      </w:r>
    </w:p>
    <w:p>
      <w:pPr>
        <w:jc w:val="right"/>
      </w:pPr>
      <w:r>
        <w:t>آہ سو بیفور وی اینڈ ٹوڈے سیشن دیر از ون امپورٹنٹ ریلیز۔ آہ دس از ا بک اف مولانا وحید الدین خان صاحب انٹروڈیوسنگ اسلام ا سمپل انٹروڈکشن ٹو اسلام دس از ا ٹرانسلیشن اف مولانا وحید الدین خان صاحب اردو بک صراط مستقیم</w:t>
      </w:r>
    </w:p>
    <w:p>
      <w:r>
        <w:rPr>
          <w:b/>
        </w:rPr>
        <w:t xml:space="preserve">[59:59] </w:t>
      </w:r>
      <w:r>
        <w:t>this has been translated by Professor Fareeda Khanum. aah is book ko hum revised version mein naye andaaz mein aaj phir se launch karne ja rahe hain to mein Doctor Sani Hasnain Khan sahib ko kahunga ke woh is kitab ko launch karein.</w:t>
      </w:r>
    </w:p>
    <w:p>
      <w:pPr>
        <w:jc w:val="right"/>
      </w:pPr>
      <w:r>
        <w:t>دس ہیز بین ٹرانسلیٹڈ بائے پروفیسر فریدہ خانم۔ آہ اس بک کو ہم ریوائز ورژن میں نئے انداز میں آج پھر سے لانچ کرنے جا رہے ہیں تو میں ڈاکٹر ثانی حسنین خان صاحب کو کہوں گا کہ وہ اس کتاب کو لانچ کریں۔</w:t>
      </w:r>
    </w:p>
    <w:p>
      <w:r>
        <w:rPr>
          <w:b/>
        </w:rPr>
        <w:t xml:space="preserve">[1:00:20] </w:t>
      </w:r>
      <w:r>
        <w:t>Bismillah Rehman e Rahim mujhe behad khushi ho rahi hai is kitab ko launch karte hue Introducing Islam a simple introduction to Islam yeh ek kitab bari tareekhi kitab hai is lihaaz se ke Maulana ne jab kitabein yahan publish karna shuru kiya aah to paanch kitabein choti choti likheen</w:t>
      </w:r>
    </w:p>
    <w:p>
      <w:pPr>
        <w:jc w:val="right"/>
      </w:pPr>
      <w:r>
        <w:t>بسم اللہ الرحمن الرحیم مجھے بے حد خوشی ہو رہی ہے اس کتاب کو لانچ کرتے ہوئے انٹروڈیوسنگ اسلام ا سمپل انٹروڈکشن ٹو اسلام یہ ایک کتاب بڑی تاریخی کتاب ہے اس لحاظ سے کہ مولانا نے جب کتابیں یہاں پبلش کرنا شروع کیں آہ تو پانچ کتابیں چھوٹی چھوٹی لکھیں</w:t>
      </w:r>
    </w:p>
    <w:p>
      <w:r>
        <w:rPr>
          <w:b/>
        </w:rPr>
        <w:t xml:space="preserve">[1:00:46] </w:t>
      </w:r>
      <w:r>
        <w:t>is ka naam tha aah Sachcha Rasta aah aah The Way to Find God The Teachings of Islam The Good Life Hayat Hayat e Tayyaba The Garden of Paradise Bagh e Jannat The Fire of Hell Nar e Jahannum to yeh paanch kitabon ka Maulana ne ek set banaya tha jis ko kaha jata tha ta'arufi set ji introductory set</w:t>
      </w:r>
    </w:p>
    <w:p>
      <w:pPr>
        <w:jc w:val="right"/>
      </w:pPr>
      <w:r>
        <w:t>اس کا نام تھا آہ سچا راستہ آہ آہ دا وے ٹو فائنڈ گاڈ دا ٹیچنگز اف اسلام دا گڈ لائف حیات حیات طیبہ دا گارڈن اف پیراڈائز باغ جنت دا فائر اف ہیل نار جہنم تو یہ پانچ کتابوں کا مولانا نے ایک سیٹ بنایا تھا جس کو کہا جاتا تھا تعارفی سیٹ جی انٹروڈکٹری سیٹ</w:t>
      </w:r>
    </w:p>
    <w:p>
      <w:r>
        <w:rPr>
          <w:b/>
        </w:rPr>
        <w:t xml:space="preserve">[1:01:12] </w:t>
      </w:r>
      <w:r>
        <w:t>to woh patli patli kitabein theen phir woh us ko combine kar ke kitab bana di gayi Sirat e Mustaqeem to yeh earliest kitabon mein se early eighties ki ji phir Apa ne us ko translate karna shuru kiya mere khayal se pehli kitab jo Apa ne translate ki thi woh yahi thi Sachcha Rasta acha The Way to Find God phir Teachings of Islam phir Good Life phir yeh kitab ki</w:t>
      </w:r>
    </w:p>
    <w:p>
      <w:pPr>
        <w:jc w:val="right"/>
      </w:pPr>
      <w:r>
        <w:t>تو وہ پتلی پتلی کتابیں تھیں پھر وہ اس کو کمبائن کر کے کتاب بنا دی گئی صراط مستقیم تو یہ ارلیسٹ کتابوں میں سے ارلی ایٹیز کی جی پھر اپا نے اس کو ٹرانسلیٹ کرنا شروع کیا میرے خیال سے پہلی کتاب جو اپا نے ٹرانسلیٹ کی تھی وہ یہی تھی سچا راستہ اچھا دا وے ٹو فائنڈ گاڈ پھر ٹیچنگ اف اسلام پھر گڈ لائف پھر یہ کتاب کی</w:t>
      </w:r>
    </w:p>
    <w:p>
      <w:r>
        <w:rPr>
          <w:b/>
        </w:rPr>
        <w:t xml:space="preserve">[1:01:36] </w:t>
      </w:r>
      <w:r>
        <w:t>soorat mein aur yeh bohat hi maqbool hui kitab aur bohat hi umda hai ek ek basic introduction Islam ka aur bohat hi simple andaaz mein aur bohat chhote chhote mazmoon ek ek safhe ke ya ek safhe se bhi kam aur jo is mein aakhri hissa hai aah aah aakhri nahi balkeh Good Life aah teesra hissa woh aah Quran ke verses ka compilation hai</w:t>
      </w:r>
    </w:p>
    <w:p>
      <w:pPr>
        <w:jc w:val="right"/>
      </w:pPr>
      <w:r>
        <w:t>صورت میں اور یہ بہت ہی مقبول ہوئی کتاب اور بہت ہی عمدہ ہے ایک ایک بیسک انٹروڈکشن اسلام کا اور بہت ہی سمپل انداز میں اور بہت چھوٹے چھوٹے مضمون ایک ایک صفحے کے یا ایک صفحے سے بھی کم اور جو اس میں اخری حصہ ہے آہ آہ آخری نہیں بلکہ گڈ لائف آہ تیسرا حصہ وہ آہ قران کے ورسز کا کمپائلیشن ہے</w:t>
      </w:r>
    </w:p>
    <w:p>
      <w:r>
        <w:rPr>
          <w:b/>
        </w:rPr>
        <w:t xml:space="preserve">[1:02:05] </w:t>
      </w:r>
      <w:r>
        <w:t>woh bhi bohat umda hai bohat achha compilation hai jis se sari basic teachings Islam ki pata chal jaati hain to yeh ek kitab aisi hai ke is ko aap gift kar sakte hain kisi ko aah bohat hi presentable bhi hai aur bohat hi saada simple aur bohat hi meaningful is ke andar jo is ke content hain bohat hi achhe hain ek chhoti kitab hai koi bhi is ko aasani se padh sakta hai</w:t>
      </w:r>
    </w:p>
    <w:p>
      <w:pPr>
        <w:jc w:val="right"/>
      </w:pPr>
      <w:r>
        <w:t>وہ بھی بہت عمدہ ہے بہت اچھا کمپائلیشن ہے جس سے ساری بیسک ٹیچنگز اسلام کی پتہ چل جاتی ہیں تو یہ ایک کتاب ایسی ہے کہ اس کو اپ گفٹ کر سکتے ہیں کسی کو آہ بہت ہی پریزنٹیبل بھی ہے اور بہت ہی سادہ سمپل اور بہت ہی میننگ فل اس کے اندر جو اس کے کنٹینٹ ہیں بہت ہی اچھے ہیں ایک چھوٹی کتاب ہے کوئی بھی اس کو اسانی سے پڑھ سکتا ہے</w:t>
      </w:r>
    </w:p>
    <w:p>
      <w:r>
        <w:rPr>
          <w:b/>
        </w:rPr>
        <w:t xml:space="preserve">[1:02:31] </w:t>
      </w:r>
      <w:r>
        <w:t>to Allah Tala jaza khair khair de jin logon ne is ki publishing mein hissa liya wa akhir da'awana alhamdulillah rabbil alameen ji jazak Allah Doctor Sahab so you can buy this book from www.goodwordbooks.com or you can also download it from cpsglobal.org or jaise Doctor Sahab ne kaha ke yeh aap gift kar sakte hain to bohat se logon ke sawal hote hain Islam ko le kar khaas kar jo itna zyada media mein it</w:t>
      </w:r>
    </w:p>
    <w:p>
      <w:pPr>
        <w:jc w:val="right"/>
      </w:pPr>
      <w:r>
        <w:t>تو اللہ تعالی جزا خیر خیر دے جن لوگوں نے اس کی پبلشنگ میں حصہ لیا واخر دعوانا الحمدللہ رب العالمین جی جزاک اللہ ڈاکٹر صاحب سو یو کین بائے دس بک فرام ڈبلیو ڈبلیو ڈبلیو ڈاٹ گڈ ورڈ بکس ڈاٹ کام اور یو کین السو ڈاؤن لوڈ اٹ فرام سی پی ایس گلوبل ڈاٹ او ار جی اور جیسے ڈاکٹر صاحب نے کہا کہ یہ اپ گفٹ کر سکتے ہیں تو بہت سے لوگوں کے سوال ہوتے ہیں اسلام کو لے کر خاص کر جو اتنا زیادہ میڈیا میں ات</w:t>
      </w:r>
    </w:p>
    <w:p>
      <w:r>
        <w:rPr>
          <w:b/>
        </w:rPr>
        <w:t xml:space="preserve">[1:03:00] </w:t>
      </w:r>
      <w:r>
        <w:t>hai to mein kahunga ke yeh das is da best response that all of us can give koi bhi agar hum se pooche to us ko hum yeh kitab gift ke taur par de sakte hain aur is mein un ko sare jawab mil jayenge ek qr code bhi hai download karne ke liye ji to ah yeh yahan pe ji bohat acha hai ah waqai mein bohat hi beautiful kitab hai ah so with this we will end today session thank you we will be back next sunday 10:30 am</w:t>
      </w:r>
    </w:p>
    <w:p>
      <w:pPr>
        <w:jc w:val="right"/>
      </w:pPr>
      <w:r>
        <w:t>ا ہے تو میں کہوں گا کہ یہ دس از دا بیسٹ رسپانس دیٹ ال اف اس کین گیو کوئی بھی اگر ہم سے پوچھے تو اس کو ہم یہ کتاب گفٹ کے طور پر دے سکتے ہیں اور اس میں ان کو سارے جواب مل جائیں گے ایک کیو ار کوڈ بھی ہے ڈاؤن لوڈ کرنے کے لیے جی تو آہ یہ یہاں پہ جی بہت اچھا ہے آہ واقعی میں بہت ہی بیوٹی فل کتاب ہے آہ سو ود دس وی ویل اینڈ ٹوڈے سیشن تھینک یو وی ویل بی بیک نیکسٹ سنڈے 10:30 اے ایم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