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Quran in Punjabi October 15, 2017</w:t>
      </w:r>
    </w:p>
    <w:p>
      <w:r>
        <w:t>https://www.youtube.com/watch?v=sCVoqC2Zq08</w:t>
      </w:r>
    </w:p>
    <w:p>
      <w:r>
        <w:rPr>
          <w:b/>
        </w:rPr>
        <w:t xml:space="preserve">[00:14] </w:t>
      </w:r>
      <w:r>
        <w:t>bismillah ir rehman ir rahim</w:t>
      </w:r>
    </w:p>
    <w:p>
      <w:pPr>
        <w:jc w:val="right"/>
      </w:pPr>
      <w:r>
        <w:t>بسم اللہ الرحمن الرحیم</w:t>
      </w:r>
    </w:p>
    <w:p>
      <w:r>
        <w:rPr>
          <w:b/>
        </w:rPr>
        <w:t xml:space="preserve">[00:17] </w:t>
      </w:r>
      <w:r>
        <w:t>wa salla allahu ala an nabiyyi al karim</w:t>
      </w:r>
    </w:p>
    <w:p>
      <w:pPr>
        <w:jc w:val="right"/>
      </w:pPr>
      <w:r>
        <w:t>وصلى الله على النبي الکریم</w:t>
      </w:r>
    </w:p>
    <w:p>
      <w:r>
        <w:rPr>
          <w:b/>
        </w:rPr>
        <w:t xml:space="preserve">[00:22] </w:t>
      </w:r>
      <w:r>
        <w:t>rab ishrah li sadri</w:t>
      </w:r>
    </w:p>
    <w:p>
      <w:pPr>
        <w:jc w:val="right"/>
      </w:pPr>
      <w:r>
        <w:t>رب اشرح لی صدری</w:t>
      </w:r>
    </w:p>
    <w:p>
      <w:r>
        <w:rPr>
          <w:b/>
        </w:rPr>
        <w:t xml:space="preserve">[00:25] </w:t>
      </w:r>
      <w:r>
        <w:t>wa yassir li amri</w:t>
      </w:r>
    </w:p>
    <w:p>
      <w:pPr>
        <w:jc w:val="right"/>
      </w:pPr>
      <w:r>
        <w:t>ویسر لی امری</w:t>
      </w:r>
    </w:p>
    <w:p>
      <w:r>
        <w:rPr>
          <w:b/>
        </w:rPr>
        <w:t xml:space="preserve">[00:27] </w:t>
      </w:r>
      <w:r>
        <w:t>wah ul uqdata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[00:30] </w:t>
      </w:r>
      <w:r>
        <w:t>Yafqahu qauli.</w:t>
      </w:r>
    </w:p>
    <w:p>
      <w:pPr>
        <w:jc w:val="right"/>
      </w:pPr>
      <w:r>
        <w:t>یفقہ قولی.</w:t>
      </w:r>
    </w:p>
    <w:p>
      <w:r>
        <w:rPr>
          <w:b/>
        </w:rPr>
        <w:t xml:space="preserve">[00:32] </w:t>
      </w:r>
      <w:r>
        <w:t>aaj</w:t>
      </w:r>
    </w:p>
    <w:p>
      <w:pPr>
        <w:jc w:val="right"/>
      </w:pPr>
      <w:r>
        <w:t>آج</w:t>
      </w:r>
    </w:p>
    <w:p>
      <w:r>
        <w:rPr>
          <w:b/>
        </w:rPr>
        <w:t xml:space="preserve">[00:37] </w:t>
      </w:r>
      <w:r>
        <w:t>pandrah october do hazar satrah</w:t>
      </w:r>
    </w:p>
    <w:p>
      <w:pPr>
        <w:jc w:val="right"/>
      </w:pPr>
      <w:r>
        <w:t>پندرہ اکتوبر دو ہزار سترہ کی تاریخ ہے۔</w:t>
      </w:r>
    </w:p>
    <w:p>
      <w:r>
        <w:rPr>
          <w:b/>
        </w:rPr>
        <w:t xml:space="preserve">[00:45] </w:t>
      </w:r>
      <w:r>
        <w:t>mere hath mein yeh aaj ka Times of India hai, is ka supplement.</w:t>
      </w:r>
    </w:p>
    <w:p>
      <w:pPr>
        <w:jc w:val="right"/>
      </w:pPr>
      <w:r>
        <w:t>میرے ہاتھ میں یہ آج کا ٹائمز آف انڈیا ہے، اس کا سپلیمنٹ۔</w:t>
      </w:r>
    </w:p>
    <w:p>
      <w:r>
        <w:rPr>
          <w:b/>
        </w:rPr>
        <w:t xml:space="preserve">[00:57] </w:t>
      </w:r>
      <w:r>
        <w:t>is mein poore page ki coverage hai.</w:t>
      </w:r>
    </w:p>
    <w:p>
      <w:pPr>
        <w:jc w:val="right"/>
      </w:pPr>
      <w:r>
        <w:t>اس میں پورے پیج کی کوریج ہے۔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