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End of Human History | June 11, 2007</w:t>
      </w:r>
    </w:p>
    <w:p>
      <w:r>
        <w:t>https://www.youtube.com/watch?v=7-6Bj-77doE</w:t>
      </w:r>
    </w:p>
    <w:p>
      <w:r>
        <w:rPr>
          <w:b/>
        </w:rPr>
        <w:t xml:space="preserve">[00:10] </w:t>
      </w:r>
      <w:r>
        <w:t>bismillah rahman rahim, wa salli Allahu ala nabiyyi al-karim. Rabbi ishrah li sadri, wa yassir li amri, wah-lul uqdatan min lisani, yafqahu qawli. The theme for today's talk is the end of history, the end of hi</w:t>
      </w:r>
    </w:p>
    <w:p>
      <w:pPr>
        <w:jc w:val="right"/>
      </w:pPr>
      <w:r>
        <w:t>بسم اللہ الرحمن الرحیم، وصلی اللہ علی النبی الکریم۔ رب اشرح لی صدری، ویسر لی امری، واحل العقدۃ من لسانی، یفقہ قولی۔ دا تھیم فار ٹوڈے ٹاک از دا اینڈ آف ہسٹری، دا اینڈ آف ہی</w:t>
      </w:r>
    </w:p>
    <w:p>
      <w:r>
        <w:rPr>
          <w:b/>
        </w:rPr>
        <w:t xml:space="preserve">[00:40] </w:t>
      </w:r>
      <w:r>
        <w:t>From history.</w:t>
      </w:r>
    </w:p>
    <w:p>
      <w:pPr>
        <w:jc w:val="right"/>
      </w:pPr>
      <w:r>
        <w:t>ومن ہسٹری۔</w:t>
      </w:r>
    </w:p>
    <w:p>
      <w:r>
        <w:rPr>
          <w:b/>
        </w:rPr>
        <w:t xml:space="preserve">[00:55] </w:t>
      </w:r>
      <w:r>
        <w:t>Recently, recent changes in world climate are every day in the news.</w:t>
      </w:r>
    </w:p>
    <w:p>
      <w:pPr>
        <w:jc w:val="right"/>
      </w:pPr>
      <w:r>
        <w:t>ریسنٹلی، ریسنٹ چینجز ان ورلڈ کلائمیٹ آر ایوری ڈے ان دا نیوز۔</w:t>
      </w:r>
    </w:p>
    <w:p>
      <w:r>
        <w:rPr>
          <w:b/>
        </w:rPr>
        <w:t xml:space="preserve">[01:10] </w:t>
      </w:r>
      <w:r>
        <w:t>Every day we find in media some new news about the, about this danger.</w:t>
      </w:r>
    </w:p>
    <w:p>
      <w:pPr>
        <w:jc w:val="right"/>
      </w:pPr>
      <w:r>
        <w:t>ایوری ڈے وی فائنڈ ان میڈیا سم نیو نیوز اباؤٹ دا، اباؤٹ دس ڈینجر۔</w:t>
      </w:r>
    </w:p>
    <w:p>
      <w:r>
        <w:rPr>
          <w:b/>
        </w:rPr>
        <w:t xml:space="preserve">[01:20] </w:t>
      </w:r>
      <w:r>
        <w:t>Scientific community is continuously warning us that we have little time.</w:t>
      </w:r>
    </w:p>
    <w:p>
      <w:pPr>
        <w:jc w:val="right"/>
      </w:pPr>
      <w:r>
        <w:t>سائنٹیفک کمیونٹی از کنٹینیوسلی وارننگ اس دیٹ وی ہیو لٹل ٹائم۔</w:t>
      </w:r>
    </w:p>
    <w:p>
      <w:r>
        <w:rPr>
          <w:b/>
        </w:rPr>
        <w:t xml:space="preserve">[01:30] </w:t>
      </w:r>
      <w:r>
        <w:t>They say that up to 2015</w:t>
      </w:r>
    </w:p>
    <w:p>
      <w:pPr>
        <w:jc w:val="right"/>
      </w:pPr>
      <w:r>
        <w:t>دے سے دیٹ اپ ٹو 2015</w:t>
      </w:r>
    </w:p>
    <w:p>
      <w:r>
        <w:rPr>
          <w:b/>
        </w:rPr>
        <w:t xml:space="preserve">[01:41] </w:t>
      </w:r>
      <w:r>
        <w:t>, that is only after eight years, the whole, the whole life support system will be jeopardized. It is very dangerous. We have only eight years. I think that this is the most dangerous news ever anyone have heard in</w:t>
      </w:r>
    </w:p>
    <w:p>
      <w:pPr>
        <w:jc w:val="right"/>
      </w:pPr>
      <w:r>
        <w:t>، دیٹ از اونلی افٹر ایٹ ایئرز، دا ہول، دا ہول لائف سپورٹ سسٹم ول بی جبرڈائزڈ۔ اٹ از ویری ڈینجرس۔ وی ہیو اونلی ایٹ ایئرز۔ ائی تھنک دیٹ دس از دا موسٹ ڈینجرس نیوز ایور اینی ون ہیو ہارڈ ان</w:t>
      </w:r>
    </w:p>
    <w:p>
      <w:r>
        <w:rPr>
          <w:b/>
        </w:rPr>
        <w:t xml:space="preserve">[02:11] </w:t>
      </w:r>
      <w:r>
        <w:t>This world.</w:t>
      </w:r>
    </w:p>
    <w:p>
      <w:pPr>
        <w:jc w:val="right"/>
      </w:pPr>
      <w:r>
        <w:t>دس ورلڈ۔</w:t>
      </w:r>
    </w:p>
    <w:p>
      <w:r>
        <w:rPr>
          <w:b/>
        </w:rPr>
        <w:t xml:space="preserve">[02:21] </w:t>
      </w:r>
      <w:r>
        <w:t>But according to my experience, everyone is happy.</w:t>
      </w:r>
    </w:p>
    <w:p>
      <w:pPr>
        <w:jc w:val="right"/>
      </w:pPr>
      <w:r>
        <w:t>بٹ اکارڈنگ ٹو مائی ایکسپیرینس، ایوری ون از ہیپی۔</w:t>
      </w:r>
    </w:p>
    <w:p>
      <w:r>
        <w:rPr>
          <w:b/>
        </w:rPr>
        <w:t xml:space="preserve">[02:32] </w:t>
      </w:r>
      <w:r>
        <w:t>I don't find anyone who, who took it as a concern, except scientific community.</w:t>
      </w:r>
    </w:p>
    <w:p>
      <w:pPr>
        <w:jc w:val="right"/>
      </w:pPr>
      <w:r>
        <w:t>ائی ڈونٹ فائنڈ اینی ون ہو، ہو ٹوک اٹ ایز اے کنسرن، ایکسیپٹ سائنٹیفک کمیونٹی۔</w:t>
      </w:r>
    </w:p>
    <w:p>
      <w:r>
        <w:rPr>
          <w:b/>
        </w:rPr>
        <w:t xml:space="preserve">[02:43] </w:t>
      </w:r>
      <w:r>
        <w:t>Only scientific community is in anxiety.</w:t>
      </w:r>
    </w:p>
    <w:p>
      <w:pPr>
        <w:jc w:val="right"/>
      </w:pPr>
      <w:r>
        <w:t>اونلی سائنٹیفک کمیونٹی از ان اینگزائٹی۔</w:t>
      </w:r>
    </w:p>
    <w:p>
      <w:r>
        <w:rPr>
          <w:b/>
        </w:rPr>
        <w:t xml:space="preserve">[02:50] </w:t>
      </w:r>
      <w:r>
        <w:t>Every day they warn us.</w:t>
      </w:r>
    </w:p>
    <w:p>
      <w:pPr>
        <w:jc w:val="right"/>
      </w:pPr>
      <w:r>
        <w:t>ایوری ڈے دے وارن اس۔</w:t>
      </w:r>
    </w:p>
    <w:p>
      <w:r>
        <w:rPr>
          <w:b/>
        </w:rPr>
        <w:t xml:space="preserve">[02:58] </w:t>
      </w:r>
      <w:r>
        <w:t>So it is very very dangerous situation.</w:t>
      </w:r>
    </w:p>
    <w:p>
      <w:pPr>
        <w:jc w:val="right"/>
      </w:pPr>
      <w:r>
        <w:t>سو اٹ از ویری ویری ڈینجرس سچویشن۔</w:t>
      </w:r>
    </w:p>
    <w:p>
      <w:r>
        <w:rPr>
          <w:b/>
        </w:rPr>
        <w:t xml:space="preserve">[03:05] </w:t>
      </w:r>
      <w:r>
        <w:t>You know, recently there was a meeting in Berlin, in the capital city of</w:t>
      </w:r>
    </w:p>
    <w:p>
      <w:pPr>
        <w:jc w:val="right"/>
      </w:pPr>
      <w:r>
        <w:t>یو نو، ریسنٹلی دیر واز ا میٹنگ ان برلن، ان دا کیپیٹل سٹی اف</w:t>
      </w:r>
    </w:p>
    <w:p>
      <w:r>
        <w:rPr>
          <w:b/>
        </w:rPr>
        <w:t xml:space="preserve">[03:13] </w:t>
      </w:r>
      <w:r>
        <w:t>Germany, FG8, that is Group of Eight most developed conditions.</w:t>
      </w:r>
    </w:p>
    <w:p>
      <w:pPr>
        <w:jc w:val="right"/>
      </w:pPr>
      <w:r>
        <w:t>جرمنی، اف جی ایٹ، دیٹ از گروپ اف ایٹ موسٹ ڈیولپڈ کنڈیشنز۔</w:t>
      </w:r>
    </w:p>
    <w:p>
      <w:r>
        <w:rPr>
          <w:b/>
        </w:rPr>
        <w:t xml:space="preserve">[03:23] </w:t>
      </w:r>
      <w:r>
        <w:t>So all the heads of the, of these nations participated in this conference.</w:t>
      </w:r>
    </w:p>
    <w:p>
      <w:pPr>
        <w:jc w:val="right"/>
      </w:pPr>
      <w:r>
        <w:t>سو ال دا ہیڈز اف دا، اف دیز نیشنز پارٹیسپیٹڈ ان دس کانفرنس۔</w:t>
      </w:r>
    </w:p>
    <w:p>
      <w:r>
        <w:rPr>
          <w:b/>
        </w:rPr>
        <w:t xml:space="preserve">[03:33] </w:t>
      </w:r>
      <w:r>
        <w:t>According to the media report, the most occupied item</w:t>
      </w:r>
    </w:p>
    <w:p>
      <w:pPr>
        <w:jc w:val="right"/>
      </w:pPr>
      <w:r>
        <w:t>اکارڈنگ ٹو دا میڈیا رپورٹ، دا موسٹ اکوپائیڈ ائٹم</w:t>
      </w:r>
    </w:p>
    <w:p>
      <w:r>
        <w:rPr>
          <w:b/>
        </w:rPr>
        <w:t xml:space="preserve">[03:44] </w:t>
      </w:r>
      <w:r>
        <w:t>If the agenda was global warming.</w:t>
      </w:r>
    </w:p>
    <w:p>
      <w:pPr>
        <w:jc w:val="right"/>
      </w:pPr>
      <w:r>
        <w:t>اف دی ایجنڈا واز گلوبل وارمنگ۔</w:t>
      </w:r>
    </w:p>
    <w:p>
      <w:r>
        <w:rPr>
          <w:b/>
        </w:rPr>
        <w:t xml:space="preserve">[03:54] </w:t>
      </w:r>
      <w:r>
        <w:t>But, but in vain there was no result.</w:t>
      </w:r>
    </w:p>
    <w:p>
      <w:pPr>
        <w:jc w:val="right"/>
      </w:pPr>
      <w:r>
        <w:t>بٹ، بٹ ان وین دیر واز نو رزلٹ۔</w:t>
      </w:r>
    </w:p>
    <w:p>
      <w:r>
        <w:rPr>
          <w:b/>
        </w:rPr>
        <w:t xml:space="preserve">[04:04] </w:t>
      </w:r>
      <w:r>
        <w:t>So, Times of India in its issue June 10 have published a report about this G8 conference.</w:t>
      </w:r>
    </w:p>
    <w:p>
      <w:pPr>
        <w:jc w:val="right"/>
      </w:pPr>
      <w:r>
        <w:t>سو ٹائمز اف انڈیا ان اٹس ایشو جون 10 ہیو پبلش ا رپورٹ اباؤٹ دس جی ایٹ کانفرنس</w:t>
      </w:r>
    </w:p>
    <w:p>
      <w:r>
        <w:rPr>
          <w:b/>
        </w:rPr>
        <w:t xml:space="preserve">[04:14] </w:t>
      </w:r>
      <w:r>
        <w:t>.</w:t>
      </w:r>
    </w:p>
    <w:p>
      <w:pPr>
        <w:jc w:val="right"/>
      </w:pPr>
      <w:r>
        <w:t>۔</w:t>
      </w:r>
    </w:p>
    <w:p>
      <w:r>
        <w:rPr>
          <w:b/>
        </w:rPr>
        <w:t xml:space="preserve">[04:20] </w:t>
      </w:r>
      <w:r>
        <w:t>The caption is "Too Broke to Save the World".</w:t>
      </w:r>
    </w:p>
    <w:p>
      <w:pPr>
        <w:jc w:val="right"/>
      </w:pPr>
      <w:r>
        <w:t>دا کیپشن از "ٹو بروک ٹو سیو دا ورلڈ"۔</w:t>
      </w:r>
    </w:p>
    <w:p>
      <w:r>
        <w:rPr>
          <w:b/>
        </w:rPr>
        <w:t xml:space="preserve">[04:25] </w:t>
      </w:r>
      <w:r>
        <w:t>"Too broke to save the world."</w:t>
      </w:r>
    </w:p>
    <w:p>
      <w:pPr>
        <w:jc w:val="right"/>
      </w:pPr>
      <w:r>
        <w:t>"ٹو بروک ٹو سیو دا ورلڈ"۔</w:t>
      </w:r>
    </w:p>
    <w:p>
      <w:r>
        <w:rPr>
          <w:b/>
        </w:rPr>
        <w:t xml:space="preserve">[04:30] </w:t>
      </w:r>
      <w:r>
        <w:t>It means that too helpless to save the world.</w:t>
      </w:r>
    </w:p>
    <w:p>
      <w:pPr>
        <w:jc w:val="right"/>
      </w:pPr>
      <w:r>
        <w:t>اٹ مینز دیٹ ٹو ہیلپلیس ٹو سیو دا ورلڈ۔</w:t>
      </w:r>
    </w:p>
    <w:p>
      <w:r>
        <w:rPr>
          <w:b/>
        </w:rPr>
        <w:t xml:space="preserve">[04:35] </w:t>
      </w:r>
      <w:r>
        <w:t>Everyone is helpless.</w:t>
      </w:r>
    </w:p>
    <w:p>
      <w:pPr>
        <w:jc w:val="right"/>
      </w:pPr>
      <w:r>
        <w:t>ایوری ون از ہیلپلیس۔</w:t>
      </w:r>
    </w:p>
    <w:p>
      <w:r>
        <w:rPr>
          <w:b/>
        </w:rPr>
        <w:t xml:space="preserve">[04:40] </w:t>
      </w:r>
      <w:r>
        <w:t>Scientific community is helpless.</w:t>
      </w:r>
    </w:p>
    <w:p>
      <w:pPr>
        <w:jc w:val="right"/>
      </w:pPr>
      <w:r>
        <w:t>سائنٹیفک کمیونٹی از ہیلپلیس۔</w:t>
      </w:r>
    </w:p>
    <w:p>
      <w:r>
        <w:rPr>
          <w:b/>
        </w:rPr>
        <w:t xml:space="preserve">[04:45] </w:t>
      </w:r>
      <w:r>
        <w:t>all the books are helpless. Who can fight with the nature? No one is so powerful to fight the nature. So it is not very simple. It is very very important. According to my experience, it is a</w:t>
      </w:r>
    </w:p>
    <w:p>
      <w:pPr>
        <w:jc w:val="right"/>
      </w:pPr>
      <w:r>
        <w:t>ال دا بکس ار ہیلپلیس۔ ہو کین فائٹ ود دا نیچر؟ نو ون از سو پاورفل ٹو فائٹ دا نیچر۔ سو اٹ از ناٹ ویری سمپل۔ اٹ از ویری ویری امپورٹنٹ۔ اکارڈنگ ٹو مائی ایکسپیرینس، اٹ از ا</w:t>
      </w:r>
    </w:p>
    <w:p>
      <w:r>
        <w:rPr>
          <w:b/>
        </w:rPr>
        <w:t xml:space="preserve">[05:15] </w:t>
      </w:r>
      <w:r>
        <w:t>Divine warning.</w:t>
      </w:r>
    </w:p>
    <w:p>
      <w:pPr>
        <w:jc w:val="right"/>
      </w:pPr>
      <w:r>
        <w:t>ڈیوائن وارننگ۔</w:t>
      </w:r>
    </w:p>
    <w:p>
      <w:r>
        <w:rPr>
          <w:b/>
        </w:rPr>
        <w:t xml:space="preserve">[05:23] </w:t>
      </w:r>
      <w:r>
        <w:t>It is a sign that God has rejected our civilization.</w:t>
      </w:r>
    </w:p>
    <w:p>
      <w:pPr>
        <w:jc w:val="right"/>
      </w:pPr>
      <w:r>
        <w:t>اٹ از ا سائن دیٹ گاڈ ہیز ریجیکٹڈ اور سیولائزیشن۔</w:t>
      </w:r>
    </w:p>
    <w:p>
      <w:r>
        <w:rPr>
          <w:b/>
        </w:rPr>
        <w:t xml:space="preserve">[05:30] </w:t>
      </w:r>
      <w:r>
        <w:t>Why? Because man has lost.</w:t>
      </w:r>
    </w:p>
    <w:p>
      <w:pPr>
        <w:jc w:val="right"/>
      </w:pPr>
      <w:r>
        <w:t>وائی؟ بیکاز مین ہیز لاسٹ ایل او ایس ٹی۔</w:t>
      </w:r>
    </w:p>
    <w:p>
      <w:r>
        <w:rPr>
          <w:b/>
        </w:rPr>
        <w:t xml:space="preserve">[05:38] </w:t>
      </w:r>
      <w:r>
        <w:t>Man has lost his justification to, to, to stay poor</w:t>
      </w:r>
    </w:p>
    <w:p>
      <w:pPr>
        <w:jc w:val="right"/>
      </w:pPr>
      <w:r>
        <w:t>مین ہیز لاسٹ ہز جسٹیفیکیشن ٹو، ٹو، ٹو سٹے بور</w:t>
      </w:r>
    </w:p>
    <w:p>
      <w:r>
        <w:rPr>
          <w:b/>
        </w:rPr>
        <w:t xml:space="preserve">[05:45] </w:t>
      </w:r>
      <w:r>
        <w:t>On this planet earth.</w:t>
      </w:r>
    </w:p>
    <w:p>
      <w:pPr>
        <w:jc w:val="right"/>
      </w:pPr>
      <w:r>
        <w:t>ان دس پلینٹ ارتھ۔</w:t>
      </w:r>
    </w:p>
    <w:p>
      <w:r>
        <w:rPr>
          <w:b/>
        </w:rPr>
        <w:t xml:space="preserve">[05:51] </w:t>
      </w:r>
      <w:r>
        <w:t>Man has lost his justification to stay on this earth.</w:t>
      </w:r>
    </w:p>
    <w:p>
      <w:pPr>
        <w:jc w:val="right"/>
      </w:pPr>
      <w:r>
        <w:t>مین ہیز لاسٹ ہز جسٹیفیکیشن ٹو سٹے ان دس ارتھ۔</w:t>
      </w:r>
    </w:p>
    <w:p>
      <w:r>
        <w:rPr>
          <w:b/>
        </w:rPr>
        <w:t xml:space="preserve">[05:57] </w:t>
      </w:r>
      <w:r>
        <w:t>Why? It is a very very sincere issue.</w:t>
      </w:r>
    </w:p>
    <w:p>
      <w:pPr>
        <w:jc w:val="right"/>
      </w:pPr>
      <w:r>
        <w:t>وائی؟ اٹ از ا ویری ویری سنسیر ایشو۔</w:t>
      </w:r>
    </w:p>
    <w:p>
      <w:r>
        <w:rPr>
          <w:b/>
        </w:rPr>
        <w:t xml:space="preserve">[06:03] </w:t>
      </w:r>
      <w:r>
        <w:t>We have to link it with the creation plan of God.</w:t>
      </w:r>
    </w:p>
    <w:p>
      <w:pPr>
        <w:jc w:val="right"/>
      </w:pPr>
      <w:r>
        <w:t>وی ہیو ٹو لنک اٹ ود دا کریشن پلان اف گاڈ۔</w:t>
      </w:r>
    </w:p>
    <w:p>
      <w:r>
        <w:rPr>
          <w:b/>
        </w:rPr>
        <w:t xml:space="preserve">[06:09] </w:t>
      </w:r>
      <w:r>
        <w:t>Otherwise, we can't, we cannot understand.</w:t>
      </w:r>
    </w:p>
    <w:p>
      <w:pPr>
        <w:jc w:val="right"/>
      </w:pPr>
      <w:r>
        <w:t>ادروائز وی کان، وی کاناٹ انڈرسٹینڈ</w:t>
      </w:r>
    </w:p>
    <w:p>
      <w:r>
        <w:rPr>
          <w:b/>
        </w:rPr>
        <w:t xml:space="preserve">[06:15] </w:t>
      </w:r>
      <w:r>
        <w:t>the seriousness of the issue and the nature of this issue. So according to my analysis, this problem is directly linked with the creation plan of God. I will try to give some detail</w:t>
      </w:r>
    </w:p>
    <w:p>
      <w:pPr>
        <w:jc w:val="right"/>
      </w:pPr>
      <w:r>
        <w:t>دا سیریسنس اف دی ایشو اینڈ دا نیچر اف دس ایشو۔ سو اکارڈنگ ٹو مائی انالیسز، دس پرابلم از ڈائریکٹلی لنکڈ ود دی کریشن پلان اف گاڈ۔ ائی ویل ٹرائی ٹو گیو سم ڈیٹیل</w:t>
      </w:r>
    </w:p>
    <w:p>
      <w:r>
        <w:rPr>
          <w:b/>
        </w:rPr>
        <w:t xml:space="preserve">[06:45] </w:t>
      </w:r>
      <w:r>
        <w:t>of the creation plan.</w:t>
      </w:r>
    </w:p>
    <w:p>
      <w:pPr>
        <w:jc w:val="right"/>
      </w:pPr>
      <w:r>
        <w:t>اف دا کریشن پلان۔</w:t>
      </w:r>
    </w:p>
    <w:p>
      <w:r>
        <w:rPr>
          <w:b/>
        </w:rPr>
        <w:t xml:space="preserve">[06:56] </w:t>
      </w:r>
      <w:r>
        <w:t>You know, God created Adam as first man and Eve as first lady.</w:t>
      </w:r>
    </w:p>
    <w:p>
      <w:pPr>
        <w:jc w:val="right"/>
      </w:pPr>
      <w:r>
        <w:t>یو نو، گاڈ کریٹڈ ادم ایز فرسٹ مین اینڈ ایو ایز فرسٹ لیڈی۔</w:t>
      </w:r>
    </w:p>
    <w:p>
      <w:r>
        <w:rPr>
          <w:b/>
        </w:rPr>
        <w:t xml:space="preserve">[07:06] </w:t>
      </w:r>
      <w:r>
        <w:t>They were settled in Paradise.</w:t>
      </w:r>
    </w:p>
    <w:p>
      <w:pPr>
        <w:jc w:val="right"/>
      </w:pPr>
      <w:r>
        <w:t>دے ویر سیٹلڈ ان پیراڈائز۔</w:t>
      </w:r>
    </w:p>
    <w:p>
      <w:r>
        <w:rPr>
          <w:b/>
        </w:rPr>
        <w:t xml:space="preserve">[07:16] </w:t>
      </w:r>
      <w:r>
        <w:t>God said, "فقلا منہا رغدا حیث شیطما".</w:t>
      </w:r>
    </w:p>
    <w:p>
      <w:pPr>
        <w:jc w:val="right"/>
      </w:pPr>
      <w:r>
        <w:t>گاڈ سیڈ، "فقلا منہا رغدا حیث شیطما"۔</w:t>
      </w:r>
    </w:p>
    <w:p>
      <w:r>
        <w:rPr>
          <w:b/>
        </w:rPr>
        <w:t xml:space="preserve">[07:26] </w:t>
      </w:r>
      <w:r>
        <w:t>We are free, enjoy all those things, but don't approach to this tree.</w:t>
      </w:r>
    </w:p>
    <w:p>
      <w:pPr>
        <w:jc w:val="right"/>
      </w:pPr>
      <w:r>
        <w:t>وی ار فری، انجوائے ال دوز تھنگز، بٹ ڈونٹ اپروچ ٹو دس ٹری۔</w:t>
      </w:r>
    </w:p>
    <w:p>
      <w:r>
        <w:rPr>
          <w:b/>
        </w:rPr>
        <w:t xml:space="preserve">[07:36] </w:t>
      </w:r>
      <w:r>
        <w:t>There was a forbidden tree and God said to Adam,</w:t>
      </w:r>
    </w:p>
    <w:p>
      <w:pPr>
        <w:jc w:val="right"/>
      </w:pPr>
      <w:r>
        <w:t>دیر واز ا فابڈنٹری اینڈ گاڈ سیڈ ٹو ادم،</w:t>
      </w:r>
    </w:p>
    <w:p>
      <w:r>
        <w:rPr>
          <w:b/>
        </w:rPr>
        <w:t xml:space="preserve">[07:47] </w:t>
      </w:r>
      <w:r>
        <w:t>"Don't approach to this tree and don't eat" and "don't eat the fruit of this tree".</w:t>
      </w:r>
    </w:p>
    <w:p>
      <w:pPr>
        <w:jc w:val="right"/>
      </w:pPr>
      <w:r>
        <w:t>"ڈونٹ اپروچ ٹو دس ٹری اینڈ ڈونٹ ایٹ" اینڈ "ڈونٹ ایٹ دا فروٹ اف دس ٹری"۔</w:t>
      </w:r>
    </w:p>
    <w:p>
      <w:r>
        <w:rPr>
          <w:b/>
        </w:rPr>
        <w:t xml:space="preserve">[07:57] </w:t>
      </w:r>
      <w:r>
        <w:t>"Don't eat the fruit of this tree".</w:t>
      </w:r>
    </w:p>
    <w:p>
      <w:pPr>
        <w:jc w:val="right"/>
      </w:pPr>
      <w:r>
        <w:t>"ڈونٹ ایٹ دا فروٹ اف دس ٹری"۔</w:t>
      </w:r>
    </w:p>
    <w:p>
      <w:r>
        <w:rPr>
          <w:b/>
        </w:rPr>
        <w:t xml:space="preserve">[08:07] </w:t>
      </w:r>
      <w:r>
        <w:t>But Adam was overpowered by his temptation.</w:t>
      </w:r>
    </w:p>
    <w:p>
      <w:pPr>
        <w:jc w:val="right"/>
      </w:pPr>
      <w:r>
        <w:t>بٹ ادم واز اوور پاورڈ بائی ہز ٹیمٹیشن</w:t>
      </w:r>
    </w:p>
    <w:p>
      <w:r>
        <w:rPr>
          <w:b/>
        </w:rPr>
        <w:t xml:space="preserve">[08:17] </w:t>
      </w:r>
      <w:r>
        <w:t>And he ate the fruit of that forbidden tree.</w:t>
      </w:r>
    </w:p>
    <w:p>
      <w:pPr>
        <w:jc w:val="right"/>
      </w:pPr>
      <w:r>
        <w:t>اینڈ ہی ایٹ دا فروٹ اف دیٹ فابڈنٹری۔</w:t>
      </w:r>
    </w:p>
    <w:p>
      <w:r>
        <w:rPr>
          <w:b/>
        </w:rPr>
        <w:t xml:space="preserve">[08:27] </w:t>
      </w:r>
      <w:r>
        <w:t>After this, God said, "Go from paradise."</w:t>
      </w:r>
    </w:p>
    <w:p>
      <w:pPr>
        <w:jc w:val="right"/>
      </w:pPr>
      <w:r>
        <w:t>افٹر دس، گاڈ سیڈ، "گو فرام پیراڈائز"۔</w:t>
      </w:r>
    </w:p>
    <w:p>
      <w:r>
        <w:rPr>
          <w:b/>
        </w:rPr>
        <w:t xml:space="preserve">[08:38] </w:t>
      </w:r>
      <w:r>
        <w:t>the way, the God, that God threw them in</w:t>
      </w:r>
    </w:p>
    <w:p>
      <w:pPr>
        <w:jc w:val="right"/>
      </w:pPr>
      <w:r>
        <w:t>دین دے وار، دین دے گاڈ، دیٹ گاڈ تھرو دیم ان</w:t>
      </w:r>
    </w:p>
    <w:p>
      <w:r>
        <w:rPr>
          <w:b/>
        </w:rPr>
        <w:t xml:space="preserve">[08:48] </w:t>
      </w:r>
      <w:r>
        <w:t>this planet Earth. God settled them in this planet Earth and said that, "Now you have to prepare yourself". You have to prove your deservingness. So this pl</w:t>
      </w:r>
    </w:p>
    <w:p>
      <w:pPr>
        <w:jc w:val="right"/>
      </w:pPr>
      <w:r>
        <w:t>دس پلینٹ ارتھ۔ گاڈ سیٹل دیم ان دس پلینٹ ارتھ اینڈ سیڈ دیٹ، "ناؤ یو ہیو ٹو پریپیئر یور سیلف"۔ یو ہیو ٹو پروف یور ڈیزرویشن۔ سو دس پل</w:t>
      </w:r>
    </w:p>
    <w:p>
      <w:r>
        <w:rPr>
          <w:b/>
        </w:rPr>
        <w:t xml:space="preserve">[09:18] </w:t>
      </w:r>
      <w:r>
        <w:t>and earth is a preparatory ground. Preparatory ground.</w:t>
      </w:r>
    </w:p>
    <w:p>
      <w:pPr>
        <w:jc w:val="right"/>
      </w:pPr>
      <w:r>
        <w:t>ینٹ ارتھ از ا پریپریٹری گراؤنڈ۔ پریپریٹری گراؤنڈ۔</w:t>
      </w:r>
    </w:p>
    <w:p>
      <w:r>
        <w:rPr>
          <w:b/>
        </w:rPr>
        <w:t xml:space="preserve">[09:28] </w:t>
      </w:r>
      <w:r>
        <w:t>We are here only for one purpose, that we must prepare our self to be a deserving candidate for paradise.</w:t>
      </w:r>
    </w:p>
    <w:p>
      <w:pPr>
        <w:jc w:val="right"/>
      </w:pPr>
      <w:r>
        <w:t>وی ار ہیر اونلی فار ون پرپس، دیٹ وی مسٹ پریپیئر اور سیلف ٹو بی ا ڈیزرونگ کینڈیڈیٹ فار پیراڈائز۔</w:t>
      </w:r>
    </w:p>
    <w:p>
      <w:r>
        <w:rPr>
          <w:b/>
        </w:rPr>
        <w:t xml:space="preserve">[09:38] </w:t>
      </w:r>
      <w:r>
        <w:t>So all those things, all those items</w:t>
      </w:r>
    </w:p>
    <w:p>
      <w:pPr>
        <w:jc w:val="right"/>
      </w:pPr>
      <w:r>
        <w:t>سو ال دوز تھنگز، ال دوز ائٹمز</w:t>
      </w:r>
    </w:p>
    <w:p>
      <w:r>
        <w:rPr>
          <w:b/>
        </w:rPr>
        <w:t xml:space="preserve">[09:49] </w:t>
      </w:r>
      <w:r>
        <w:t>we find in this earth is not as a reward, is not as a right.</w:t>
      </w:r>
    </w:p>
    <w:p>
      <w:pPr>
        <w:jc w:val="right"/>
      </w:pPr>
      <w:r>
        <w:t>وی فائنڈ ان دس ارتھ از ناٹ ایز ا ریوارڈ، از ناٹ ایز ا رائٹ۔</w:t>
      </w:r>
    </w:p>
    <w:p>
      <w:r>
        <w:rPr>
          <w:b/>
        </w:rPr>
        <w:t xml:space="preserve">[09:59] </w:t>
      </w:r>
      <w:r>
        <w:t>All these things are provided to us only to give facilities to prepare ourself.</w:t>
      </w:r>
    </w:p>
    <w:p>
      <w:pPr>
        <w:jc w:val="right"/>
      </w:pPr>
      <w:r>
        <w:t>ال دیز تھنگز ار پرووائیڈڈ ٹو اس اونلی ٹو گیو فیسلیٹیز ٹو پریپیئر اور سیلف۔</w:t>
      </w:r>
    </w:p>
    <w:p>
      <w:r>
        <w:rPr>
          <w:b/>
        </w:rPr>
        <w:t xml:space="preserve">[10:09] </w:t>
      </w:r>
      <w:r>
        <w:t>So all these things are facilities rather than reward.</w:t>
      </w:r>
    </w:p>
    <w:p>
      <w:pPr>
        <w:jc w:val="right"/>
      </w:pPr>
      <w:r>
        <w:t>سو ال دیز تھنگز ار فیسلیٹیز رادر دین ریوارڈ۔</w:t>
      </w:r>
    </w:p>
    <w:p>
      <w:r>
        <w:rPr>
          <w:b/>
        </w:rPr>
        <w:t xml:space="preserve">[10:19] </w:t>
      </w:r>
      <w:r>
        <w:t>So we have to prepare ourself.</w:t>
      </w:r>
    </w:p>
    <w:p>
      <w:pPr>
        <w:jc w:val="right"/>
      </w:pPr>
      <w:r>
        <w:t>سو وی ہیو ٹو پریپیئر اور سیلف۔</w:t>
      </w:r>
    </w:p>
    <w:p>
      <w:r>
        <w:rPr>
          <w:b/>
        </w:rPr>
        <w:t xml:space="preserve">[10:27] </w:t>
      </w:r>
      <w:r>
        <w:t>All the life support system and family and society, all those things that are available on this planet</w:t>
      </w:r>
    </w:p>
    <w:p>
      <w:pPr>
        <w:jc w:val="right"/>
      </w:pPr>
      <w:r>
        <w:t>ال دا لائف سپورٹ سسٹم اینڈ فیملی اینڈ سوسائٹی، ال دوز تھنگز دیٹ ار اویلیبل ان دس پلینٹ</w:t>
      </w:r>
    </w:p>
    <w:p>
      <w:r>
        <w:rPr>
          <w:b/>
        </w:rPr>
        <w:t xml:space="preserve">[10:34] </w:t>
      </w:r>
      <w:r>
        <w:t>Earth is only for preparation.</w:t>
      </w:r>
    </w:p>
    <w:p>
      <w:pPr>
        <w:jc w:val="right"/>
      </w:pPr>
      <w:r>
        <w:t>ارتھ از اونلی فار پریپریشن۔</w:t>
      </w:r>
    </w:p>
    <w:p>
      <w:r>
        <w:rPr>
          <w:b/>
        </w:rPr>
        <w:t xml:space="preserve">[10:42] </w:t>
      </w:r>
      <w:r>
        <w:t>It is for us, it is a preparatory period.</w:t>
      </w:r>
    </w:p>
    <w:p>
      <w:pPr>
        <w:jc w:val="right"/>
      </w:pPr>
      <w:r>
        <w:t>اٹ از فار اس، اٹ از ا پریپریٹری پیریڈ۔</w:t>
      </w:r>
    </w:p>
    <w:p>
      <w:r>
        <w:rPr>
          <w:b/>
        </w:rPr>
        <w:t xml:space="preserve">[10:49] </w:t>
      </w:r>
      <w:r>
        <w:t>But man altered the divine plan.</w:t>
      </w:r>
    </w:p>
    <w:p>
      <w:pPr>
        <w:jc w:val="right"/>
      </w:pPr>
      <w:r>
        <w:t>بٹ مین الٹرڈ دا ڈیوائن پلان۔</w:t>
      </w:r>
    </w:p>
    <w:p>
      <w:r>
        <w:rPr>
          <w:b/>
        </w:rPr>
        <w:t xml:space="preserve">[11:00] </w:t>
      </w:r>
      <w:r>
        <w:t>He said, "No, this earth is for enjoy."</w:t>
      </w:r>
    </w:p>
    <w:p>
      <w:pPr>
        <w:jc w:val="right"/>
      </w:pPr>
      <w:r>
        <w:t>ہی سیڈ، "نو، دس ارتھ از فار انجوائے"۔</w:t>
      </w:r>
    </w:p>
    <w:p>
      <w:r>
        <w:rPr>
          <w:b/>
        </w:rPr>
        <w:t xml:space="preserve">[11:11] </w:t>
      </w:r>
      <w:r>
        <w:t>They formulated that, "Eat, drink and be merry".</w:t>
      </w:r>
    </w:p>
    <w:p>
      <w:pPr>
        <w:jc w:val="right"/>
      </w:pPr>
      <w:r>
        <w:t>دے فارمولیٹڈ دیٹ، "ایٹ، ڈرنک اینڈ بی میری"۔</w:t>
      </w:r>
    </w:p>
    <w:p>
      <w:r>
        <w:rPr>
          <w:b/>
        </w:rPr>
        <w:t xml:space="preserve">[11:22] </w:t>
      </w:r>
      <w:r>
        <w:t>God's formula was, "Prepare yourself for paradise."</w:t>
      </w:r>
    </w:p>
    <w:p>
      <w:pPr>
        <w:jc w:val="right"/>
      </w:pPr>
      <w:r>
        <w:t>گاڈز فارمولا واز، "پریپیئر یور سیلف فار پیراڈائز"۔</w:t>
      </w:r>
    </w:p>
    <w:p>
      <w:r>
        <w:rPr>
          <w:b/>
        </w:rPr>
        <w:t xml:space="preserve">[11:33] </w:t>
      </w:r>
      <w:r>
        <w:t>Stay in this earth and prepare yourself for paradise.</w:t>
      </w:r>
    </w:p>
    <w:p>
      <w:pPr>
        <w:jc w:val="right"/>
      </w:pPr>
      <w:r>
        <w:t>سٹے ان دس ارتھ اینڈ پریپیئر یور سیلف فار پیراڈائز۔</w:t>
      </w:r>
    </w:p>
    <w:p>
      <w:r>
        <w:rPr>
          <w:b/>
        </w:rPr>
        <w:t xml:space="preserve">[11:44] </w:t>
      </w:r>
      <w:r>
        <w:t>But man adopted a new theory, a new formula, that was, "eat, drink and be merry".</w:t>
      </w:r>
    </w:p>
    <w:p>
      <w:pPr>
        <w:jc w:val="right"/>
      </w:pPr>
      <w:r>
        <w:t>بٹ مین اڈاپٹڈ ا نیو تھیوری، ا نیو فارمولا، دیٹ واز، "ایٹ، ڈرنک اینڈ بی میری"۔</w:t>
      </w:r>
    </w:p>
    <w:p>
      <w:r>
        <w:rPr>
          <w:b/>
        </w:rPr>
        <w:t xml:space="preserve">[11:55] </w:t>
      </w:r>
      <w:r>
        <w:t>so according to this formula, they created a whole civilization. or modern civilization is only expression of this formula. so man tried to accumulate all kind of comfort, all kind</w:t>
      </w:r>
    </w:p>
    <w:p>
      <w:pPr>
        <w:jc w:val="right"/>
      </w:pPr>
      <w:r>
        <w:t>سو اکارڈنگ ٹو دس فارمولا، دے کریٹڈ ا ہول سیولائزیشن۔ اور ماڈرن سیولائزیشن از اونلی ان ایکسپریشن اف دس فارمولا۔ سو مین ٹرائیڈ ٹو اکمولیٹ ال کائنڈ اف کمفرٹ، ال کائن</w:t>
      </w:r>
    </w:p>
    <w:p>
      <w:r>
        <w:rPr>
          <w:b/>
        </w:rPr>
        <w:t xml:space="preserve">[12:25] </w:t>
      </w:r>
      <w:r>
        <w:t>"the" of luxury, all kind of desire.</w:t>
      </w:r>
    </w:p>
    <w:p>
      <w:pPr>
        <w:jc w:val="right"/>
      </w:pPr>
      <w:r>
        <w:t>ڈ اف لگزری، ال کائنڈ اف ڈیزائر۔</w:t>
      </w:r>
    </w:p>
    <w:p>
      <w:r>
        <w:rPr>
          <w:b/>
        </w:rPr>
        <w:t xml:space="preserve">[12:32] </w:t>
      </w:r>
      <w:r>
        <w:t>So the present world is not meant for this purpose.</w:t>
      </w:r>
    </w:p>
    <w:p>
      <w:pPr>
        <w:jc w:val="right"/>
      </w:pPr>
      <w:r>
        <w:t>سو دا پریزنٹ ورلڈ از ناٹ مینٹ فار دس پرپس۔</w:t>
      </w:r>
    </w:p>
    <w:p>
      <w:r>
        <w:rPr>
          <w:b/>
        </w:rPr>
        <w:t xml:space="preserve">[12:40] </w:t>
      </w:r>
      <w:r>
        <w:t>It was a deviation from the God's plan.</w:t>
      </w:r>
    </w:p>
    <w:p>
      <w:pPr>
        <w:jc w:val="right"/>
      </w:pPr>
      <w:r>
        <w:t>اٹ واز ا ڈیوی ایشن فرام دا گاڈز پلان۔</w:t>
      </w:r>
    </w:p>
    <w:p>
      <w:r>
        <w:rPr>
          <w:b/>
        </w:rPr>
        <w:t xml:space="preserve">[12:48] </w:t>
      </w:r>
      <w:r>
        <w:t>present earth was meant only</w:t>
      </w:r>
    </w:p>
    <w:p>
      <w:pPr>
        <w:jc w:val="right"/>
      </w:pPr>
      <w:r>
        <w:t>پریزنٹ ارتھ واز مینٹ اونلی</w:t>
      </w:r>
    </w:p>
    <w:p>
      <w:r>
        <w:rPr>
          <w:b/>
        </w:rPr>
        <w:t xml:space="preserve">[12:55] </w:t>
      </w:r>
      <w:r>
        <w:t>for preparation.</w:t>
      </w:r>
    </w:p>
    <w:p>
      <w:pPr>
        <w:jc w:val="right"/>
      </w:pPr>
      <w:r>
        <w:t>فار پریپریشن۔</w:t>
      </w:r>
    </w:p>
    <w:p>
      <w:r>
        <w:rPr>
          <w:b/>
        </w:rPr>
        <w:t xml:space="preserve">[13:03] </w:t>
      </w:r>
      <w:r>
        <w:t>For us, it was a preparatory period.</w:t>
      </w:r>
    </w:p>
    <w:p>
      <w:pPr>
        <w:jc w:val="right"/>
      </w:pPr>
      <w:r>
        <w:t>فار اس، اٹ واز ا پریپریٹری پیریڈ۔</w:t>
      </w:r>
    </w:p>
    <w:p>
      <w:r>
        <w:rPr>
          <w:b/>
        </w:rPr>
        <w:t xml:space="preserve">[13:11] </w:t>
      </w:r>
      <w:r>
        <w:t>All those things that were provided for us only to give us opportunities, like life support system, water</w:t>
      </w:r>
    </w:p>
    <w:p>
      <w:pPr>
        <w:jc w:val="right"/>
      </w:pPr>
      <w:r>
        <w:t>ال دوز تھنگ دیٹ ویر پرووائیڈ فار اس اونلی ٹو گیو اس اپرچونیٹیز، لائک لائف سپورٹ سسٹم، واٹر</w:t>
      </w:r>
    </w:p>
    <w:p>
      <w:r>
        <w:rPr>
          <w:b/>
        </w:rPr>
        <w:t xml:space="preserve">[13:20] </w:t>
      </w:r>
      <w:r>
        <w:t>and light and</w:t>
      </w:r>
    </w:p>
    <w:p>
      <w:pPr>
        <w:jc w:val="right"/>
      </w:pPr>
      <w:r>
        <w:t>اینڈ لائٹ اینڈ</w:t>
      </w:r>
    </w:p>
    <w:p>
      <w:r>
        <w:rPr>
          <w:b/>
        </w:rPr>
        <w:t xml:space="preserve">[13:28] </w:t>
      </w:r>
      <w:r>
        <w:t>oxygen, and then peace and society and family.</w:t>
      </w:r>
    </w:p>
    <w:p>
      <w:pPr>
        <w:jc w:val="right"/>
      </w:pPr>
      <w:r>
        <w:t>اکسیجن، اینڈ دین پیس اینڈ سوسائٹی اینڈ فیملی۔</w:t>
      </w:r>
    </w:p>
    <w:p>
      <w:r>
        <w:rPr>
          <w:b/>
        </w:rPr>
        <w:t xml:space="preserve">[13:38] </w:t>
      </w:r>
      <w:r>
        <w:t>All these things were not bursting.</w:t>
      </w:r>
    </w:p>
    <w:p>
      <w:pPr>
        <w:jc w:val="right"/>
      </w:pPr>
      <w:r>
        <w:t>ال دیز تھنگز ویر ناٹ برسنگ۔</w:t>
      </w:r>
    </w:p>
    <w:p>
      <w:r>
        <w:rPr>
          <w:b/>
        </w:rPr>
        <w:t xml:space="preserve">[13:48] </w:t>
      </w:r>
      <w:r>
        <w:t>No, all these things were facilities, facilities to give us</w:t>
      </w:r>
    </w:p>
    <w:p>
      <w:pPr>
        <w:jc w:val="right"/>
      </w:pPr>
      <w:r>
        <w:t>نو، ال دیز تھنگز ویر فیسلیٹیز، فیسلیٹیز ٹو گیو اس</w:t>
      </w:r>
    </w:p>
    <w:p>
      <w:r>
        <w:rPr>
          <w:b/>
        </w:rPr>
        <w:t xml:space="preserve">[13:58] </w:t>
      </w:r>
      <w:r>
        <w:t>opportunity to prepare ourself.</w:t>
      </w:r>
    </w:p>
    <w:p>
      <w:pPr>
        <w:jc w:val="right"/>
      </w:pPr>
      <w:r>
        <w:t>اپرچونیٹی ٹو پریپیئر اور سیلف۔</w:t>
      </w:r>
    </w:p>
    <w:p>
      <w:r>
        <w:rPr>
          <w:b/>
        </w:rPr>
        <w:t xml:space="preserve">[14:06] </w:t>
      </w:r>
      <w:r>
        <w:t>So God's formula was, "Prepare yourself for paradise."</w:t>
      </w:r>
    </w:p>
    <w:p>
      <w:pPr>
        <w:jc w:val="right"/>
      </w:pPr>
      <w:r>
        <w:t>سو گاڈز فارمولا واز، "پریپیئر یور سیلف فار پیراڈائز"۔</w:t>
      </w:r>
    </w:p>
    <w:p>
      <w:r>
        <w:rPr>
          <w:b/>
        </w:rPr>
        <w:t xml:space="preserve">[14:15] </w:t>
      </w:r>
      <w:r>
        <w:t>And man invented, and man invented a new formula, "eat, drink and be merry".</w:t>
      </w:r>
    </w:p>
    <w:p>
      <w:pPr>
        <w:jc w:val="right"/>
      </w:pPr>
      <w:r>
        <w:t>اینڈ مین انوینٹڈ، اینڈ مین انوینٹڈ ا نیو فارمولا، "ایٹ، ڈرنک اینڈ بی میری"۔</w:t>
      </w:r>
    </w:p>
    <w:p>
      <w:r>
        <w:rPr>
          <w:b/>
        </w:rPr>
        <w:t xml:space="preserve">[14:23] </w:t>
      </w:r>
      <w:r>
        <w:t>So God waited up to thousand and thousand years</w:t>
      </w:r>
    </w:p>
    <w:p>
      <w:pPr>
        <w:jc w:val="right"/>
      </w:pPr>
      <w:r>
        <w:t>سو گاڈ ویٹڈ اپ ٹو تھاؤزنڈ اینڈ تھاؤزنڈ ایئرز</w:t>
      </w:r>
    </w:p>
    <w:p>
      <w:r>
        <w:rPr>
          <w:b/>
        </w:rPr>
        <w:t xml:space="preserve">[14:31] </w:t>
      </w:r>
      <w:r>
        <w:t>So that may, so that man may reassess the situation.</w:t>
      </w:r>
    </w:p>
    <w:p>
      <w:pPr>
        <w:jc w:val="right"/>
      </w:pPr>
      <w:r>
        <w:t>سو دیٹ می، سو دیٹ مین می ری اسس دا سچویشن۔</w:t>
      </w:r>
    </w:p>
    <w:p>
      <w:r>
        <w:rPr>
          <w:b/>
        </w:rPr>
        <w:t xml:space="preserve">[14:39] </w:t>
      </w:r>
      <w:r>
        <w:t>Man may revise himself and change his lifestyle and follow the divine path.</w:t>
      </w:r>
    </w:p>
    <w:p>
      <w:pPr>
        <w:jc w:val="right"/>
      </w:pPr>
      <w:r>
        <w:t>مین می ریوائز ہم سیلف اینڈ چینج ہز لائف سٹائل اینڈ فالو دا ڈیوائن پاتھ۔</w:t>
      </w:r>
    </w:p>
    <w:p>
      <w:r>
        <w:rPr>
          <w:b/>
        </w:rPr>
        <w:t xml:space="preserve">[14:47] </w:t>
      </w:r>
      <w:r>
        <w:t>But men fail.</w:t>
      </w:r>
    </w:p>
    <w:p>
      <w:pPr>
        <w:jc w:val="right"/>
      </w:pPr>
      <w:r>
        <w:t>بٹ مین فیل۔</w:t>
      </w:r>
    </w:p>
    <w:p>
      <w:r>
        <w:rPr>
          <w:b/>
        </w:rPr>
        <w:t xml:space="preserve">[14:55] </w:t>
      </w:r>
      <w:r>
        <w:t>Only some exceptions were there.</w:t>
      </w:r>
    </w:p>
    <w:p>
      <w:pPr>
        <w:jc w:val="right"/>
      </w:pPr>
      <w:r>
        <w:t>اونلی سم ایکسیپشنز ویر دیر۔</w:t>
      </w:r>
    </w:p>
    <w:p>
      <w:r>
        <w:rPr>
          <w:b/>
        </w:rPr>
        <w:t xml:space="preserve">[15:03] </w:t>
      </w:r>
      <w:r>
        <w:t>Only some individuals, not the society, not the nation, not the humanity.</w:t>
      </w:r>
    </w:p>
    <w:p>
      <w:pPr>
        <w:jc w:val="right"/>
      </w:pPr>
      <w:r>
        <w:t>اونلی سم انڈیویجولز، ناٹ دا سوسائٹی، ناٹ دا نیشن، ناٹ دا ہیومینٹی۔</w:t>
      </w:r>
    </w:p>
    <w:p>
      <w:r>
        <w:rPr>
          <w:b/>
        </w:rPr>
        <w:t xml:space="preserve">[15:11] </w:t>
      </w:r>
      <w:r>
        <w:t>Only some individuals exceptionally adapted the divine formula.</w:t>
      </w:r>
    </w:p>
    <w:p>
      <w:pPr>
        <w:jc w:val="right"/>
      </w:pPr>
      <w:r>
        <w:t>اونلی سم انڈیویجولز ایکسیپشنلی اڈاپٹڈ دا ڈیوائن فارمولا۔</w:t>
      </w:r>
    </w:p>
    <w:p>
      <w:r>
        <w:rPr>
          <w:b/>
        </w:rPr>
        <w:t xml:space="preserve">[15:19] </w:t>
      </w:r>
      <w:r>
        <w:t>They tried to prepare themselves for paradise.</w:t>
      </w:r>
    </w:p>
    <w:p>
      <w:pPr>
        <w:jc w:val="right"/>
      </w:pPr>
      <w:r>
        <w:t>دے ٹرائیڈ ٹو پریپیئر دیم سیلف فار پیراڈائز۔</w:t>
      </w:r>
    </w:p>
    <w:p>
      <w:r>
        <w:rPr>
          <w:b/>
        </w:rPr>
        <w:t xml:space="preserve">[15:27] </w:t>
      </w:r>
      <w:r>
        <w:t>But the majority followed</w:t>
      </w:r>
    </w:p>
    <w:p>
      <w:pPr>
        <w:jc w:val="right"/>
      </w:pPr>
      <w:r>
        <w:t>بٹ دا میجورٹی فالوڈ</w:t>
      </w:r>
    </w:p>
    <w:p>
      <w:r>
        <w:rPr>
          <w:b/>
        </w:rPr>
        <w:t xml:space="preserve">[15:36] </w:t>
      </w:r>
      <w:r>
        <w:t>Another formula, that was, "eat, drink and be merry".</w:t>
      </w:r>
    </w:p>
    <w:p>
      <w:pPr>
        <w:jc w:val="right"/>
      </w:pPr>
      <w:r>
        <w:t>انادر فارمولا، دیٹ واز، "ایٹ، ڈرنک اینڈ بی میری"۔</w:t>
      </w:r>
    </w:p>
    <w:p>
      <w:r>
        <w:rPr>
          <w:b/>
        </w:rPr>
        <w:t xml:space="preserve">[15:46] </w:t>
      </w:r>
      <w:r>
        <w:t>So after long time, they now they lost the justice, the justification to stay here.</w:t>
      </w:r>
    </w:p>
    <w:p>
      <w:pPr>
        <w:jc w:val="right"/>
      </w:pPr>
      <w:r>
        <w:t>سو افٹر لانگ ٹائم، دے ناؤ دے لاسٹ دا جسٹس، دا جسٹیفیکیشن ٹو سٹے ہیر۔</w:t>
      </w:r>
    </w:p>
    <w:p>
      <w:r>
        <w:rPr>
          <w:b/>
        </w:rPr>
        <w:t xml:space="preserve">[15:56] </w:t>
      </w:r>
      <w:r>
        <w:t>So, I think</w:t>
      </w:r>
    </w:p>
    <w:p>
      <w:pPr>
        <w:jc w:val="right"/>
      </w:pPr>
      <w:r>
        <w:t>سو ائی تھن</w:t>
      </w:r>
    </w:p>
    <w:p>
      <w:r>
        <w:rPr>
          <w:b/>
        </w:rPr>
        <w:t xml:space="preserve">[16:06] </w:t>
      </w:r>
      <w:r>
        <w:t>کہ that it is not some present global warming is not a simple thing.</w:t>
      </w:r>
    </w:p>
    <w:p>
      <w:pPr>
        <w:jc w:val="right"/>
      </w:pPr>
      <w:r>
        <w:t>ک دیٹ اٹ از ناٹ سم پریزنٹ گلوبل وارمنگ از ناٹ ا سمپل تھنگ۔</w:t>
      </w:r>
    </w:p>
    <w:p>
      <w:r>
        <w:rPr>
          <w:b/>
        </w:rPr>
        <w:t xml:space="preserve">[16:16] </w:t>
      </w:r>
      <w:r>
        <w:t>It is a God's rejection, it is a rejection from God and it is irreversible.</w:t>
      </w:r>
    </w:p>
    <w:p>
      <w:pPr>
        <w:jc w:val="right"/>
      </w:pPr>
      <w:r>
        <w:t>اٹ از ا گاڈز ریجیکشن، اٹ از ا ریجیکشن فرام گاڈ اینڈ اٹ از اریورس ایبل۔</w:t>
      </w:r>
    </w:p>
    <w:p>
      <w:r>
        <w:rPr>
          <w:b/>
        </w:rPr>
        <w:t xml:space="preserve">[16:26] </w:t>
      </w:r>
      <w:r>
        <w:t>Now the time is to</w:t>
      </w:r>
    </w:p>
    <w:p>
      <w:pPr>
        <w:jc w:val="right"/>
      </w:pPr>
      <w:r>
        <w:t>ناؤ دا ٹائم از ٹو</w:t>
      </w:r>
    </w:p>
    <w:p>
      <w:r>
        <w:rPr>
          <w:b/>
        </w:rPr>
        <w:t xml:space="preserve">[16:36] </w:t>
      </w:r>
      <w:r>
        <w:t>reassess. now the time is to revise our ideology, to change in our lifestyle, to reassess the whole situation. there is no other option for us. so this is the, I think</w:t>
      </w:r>
    </w:p>
    <w:p>
      <w:pPr>
        <w:jc w:val="right"/>
      </w:pPr>
      <w:r>
        <w:t>ری اسس۔ ناؤ دا ٹائم از ٹو ریوائز اور ائیڈیالوجی، ٹو چینج ان اور لائف سٹائل، ٹو ری اسس دا ہول سچویشن۔ دیر از نو ادر اپشن فار اس۔ سو دس از دا، ائی تھن</w:t>
      </w:r>
    </w:p>
    <w:p>
      <w:r>
        <w:rPr>
          <w:b/>
        </w:rPr>
        <w:t xml:space="preserve">[17:06] </w:t>
      </w:r>
      <w:r>
        <w:t>کہ that global warming is a global warning, a divine warning.</w:t>
      </w:r>
    </w:p>
    <w:p>
      <w:pPr>
        <w:jc w:val="right"/>
      </w:pPr>
      <w:r>
        <w:t>ک دیٹ گلوبل وارمنگ از ا گلوبل وارننگ، ا ڈیوائن وارننگ۔</w:t>
      </w:r>
    </w:p>
    <w:p>
      <w:r>
        <w:rPr>
          <w:b/>
        </w:rPr>
        <w:t xml:space="preserve">[17:14] </w:t>
      </w:r>
      <w:r>
        <w:t>And maybe it is the final call. Final call.</w:t>
      </w:r>
    </w:p>
    <w:p>
      <w:pPr>
        <w:jc w:val="right"/>
      </w:pPr>
      <w:r>
        <w:t>اینڈ می بی اٹ از دا فائنل کال۔ فائنل کال۔</w:t>
      </w:r>
    </w:p>
    <w:p>
      <w:r>
        <w:rPr>
          <w:b/>
        </w:rPr>
        <w:t xml:space="preserve">[17:22] </w:t>
      </w:r>
      <w:r>
        <w:t>Now let us know what is the option before us.</w:t>
      </w:r>
    </w:p>
    <w:p>
      <w:pPr>
        <w:jc w:val="right"/>
      </w:pPr>
      <w:r>
        <w:t>ناؤ لیٹ اس نو واٹ از دا اپشن بیفور اس۔</w:t>
      </w:r>
    </w:p>
    <w:p>
      <w:r>
        <w:rPr>
          <w:b/>
        </w:rPr>
        <w:t xml:space="preserve">[17:30] </w:t>
      </w:r>
      <w:r>
        <w:t>What we have to do</w:t>
      </w:r>
    </w:p>
    <w:p>
      <w:pPr>
        <w:jc w:val="right"/>
      </w:pPr>
      <w:r>
        <w:t>واٹ وی ہیو ٹو ڈو</w:t>
      </w:r>
    </w:p>
    <w:p>
      <w:r>
        <w:rPr>
          <w:b/>
        </w:rPr>
        <w:t xml:space="preserve">[17:38] </w:t>
      </w:r>
      <w:r>
        <w:t>.</w:t>
      </w:r>
    </w:p>
    <w:p>
      <w:pPr>
        <w:jc w:val="right"/>
      </w:pPr>
      <w:r>
        <w:t>۔</w:t>
      </w:r>
    </w:p>
    <w:p>
      <w:r>
        <w:rPr>
          <w:b/>
        </w:rPr>
        <w:t xml:space="preserve">[17:48] </w:t>
      </w:r>
      <w:r>
        <w:t>I think that the only option before us is to prepare ourself for paradise.</w:t>
      </w:r>
    </w:p>
    <w:p>
      <w:pPr>
        <w:jc w:val="right"/>
      </w:pPr>
      <w:r>
        <w:t>ائی تھنک دیٹ دا اونلی اپشن بیفور اس از ٹو پریپیئر اور سیلف فار پیراڈائز۔</w:t>
      </w:r>
    </w:p>
    <w:p>
      <w:r>
        <w:rPr>
          <w:b/>
        </w:rPr>
        <w:t xml:space="preserve">[17:59] </w:t>
      </w:r>
      <w:r>
        <w:t>And what is that preparation? First of all, we have to discover God, the Creator</w:t>
      </w:r>
    </w:p>
    <w:p>
      <w:pPr>
        <w:jc w:val="right"/>
      </w:pPr>
      <w:r>
        <w:t>اینڈ واٹ از دیٹ پریپریشن؟ فرسٹ اف ال، وی ہیو ٹو ڈسکور گاڈ، دا کریٹر</w:t>
      </w:r>
    </w:p>
    <w:p>
      <w:r>
        <w:rPr>
          <w:b/>
        </w:rPr>
        <w:t xml:space="preserve">[18:09] </w:t>
      </w:r>
      <w:r>
        <w:t>.</w:t>
      </w:r>
    </w:p>
    <w:p>
      <w:pPr>
        <w:jc w:val="right"/>
      </w:pPr>
      <w:r>
        <w:t>۔</w:t>
      </w:r>
    </w:p>
    <w:p>
      <w:r>
        <w:rPr>
          <w:b/>
        </w:rPr>
        <w:t xml:space="preserve">[18:15] </w:t>
      </w:r>
      <w:r>
        <w:t>This is the first condition.</w:t>
      </w:r>
    </w:p>
    <w:p>
      <w:pPr>
        <w:jc w:val="right"/>
      </w:pPr>
      <w:r>
        <w:t>دس از دا فرسٹ کنڈیشن۔</w:t>
      </w:r>
    </w:p>
    <w:p>
      <w:r>
        <w:rPr>
          <w:b/>
        </w:rPr>
        <w:t xml:space="preserve">[18:21] </w:t>
      </w:r>
      <w:r>
        <w:t>There is a hadith, "Kuntu kanzan makhfiyyan, fa ahbabtu an u'rafa, fa khalaqtul khalqa."</w:t>
      </w:r>
    </w:p>
    <w:p>
      <w:pPr>
        <w:jc w:val="right"/>
      </w:pPr>
      <w:r>
        <w:t>دیر از ا حدیث، "کنت کنز مخفیہ ارت ان عرفہ و خلقت الخلق"۔</w:t>
      </w:r>
    </w:p>
    <w:p>
      <w:r>
        <w:rPr>
          <w:b/>
        </w:rPr>
        <w:t xml:space="preserve">[18:27] </w:t>
      </w:r>
      <w:r>
        <w:t>I was a hidden treasure.</w:t>
      </w:r>
    </w:p>
    <w:p>
      <w:pPr>
        <w:jc w:val="right"/>
      </w:pPr>
      <w:r>
        <w:t>ائی واز ا ہڈن ٹریزر۔</w:t>
      </w:r>
    </w:p>
    <w:p>
      <w:r>
        <w:rPr>
          <w:b/>
        </w:rPr>
        <w:t xml:space="preserve">[18:34] </w:t>
      </w:r>
      <w:r>
        <w:t>Then I wanted to be known. So I</w:t>
      </w:r>
    </w:p>
    <w:p>
      <w:pPr>
        <w:jc w:val="right"/>
      </w:pPr>
      <w:r>
        <w:t>دین ائی وانٹڈ ٹو بی نون۔ سو ائی</w:t>
      </w:r>
    </w:p>
    <w:p>
      <w:r>
        <w:rPr>
          <w:b/>
        </w:rPr>
        <w:t xml:space="preserve">[18:40] </w:t>
      </w:r>
      <w:r>
        <w:t>created mankind. It means that God created man, God created the world, God created everything. But for us, it is unseen. It is beyond our capacity to see it like</w:t>
      </w:r>
    </w:p>
    <w:p>
      <w:pPr>
        <w:jc w:val="right"/>
      </w:pPr>
      <w:r>
        <w:t>کریٹڈ مین کائنڈ۔ اٹ مینز دیٹ گاڈ کریٹڈ مین، گاڈ کریٹڈ دا ورلڈ، گاڈ کریٹڈ ایوری تھنگ۔ بٹ فار اس، اٹ از ان سین۔ اٹ از بیان اور کپیسٹی ٹو سی اٹ لائک</w:t>
      </w:r>
    </w:p>
    <w:p>
      <w:r>
        <w:rPr>
          <w:b/>
        </w:rPr>
        <w:t xml:space="preserve">[19:10] </w:t>
      </w:r>
      <w:r>
        <w:t>other things. We can see Himalayan mountain, we can see seas and oceans, but we cannot see God. But at the same time, God has given us mind. Mind. Although through this eye, we can</w:t>
      </w:r>
    </w:p>
    <w:p>
      <w:pPr>
        <w:jc w:val="right"/>
      </w:pPr>
      <w:r>
        <w:t>ادر تھنگز۔ وی کین سی ہمالین ماؤنٹین، وی کین سی سیز اینڈ اوشنز، بٹ وی کین ناٹ سی گاڈ۔ بٹ ایٹ دا سیم ٹائم، گاڈ ہیز گیون اس مائن۔ مائن۔ الدو تھرو دس ائی، وی ک</w:t>
      </w:r>
    </w:p>
    <w:p>
      <w:r>
        <w:rPr>
          <w:b/>
        </w:rPr>
        <w:t xml:space="preserve">[19:40] </w:t>
      </w:r>
      <w:r>
        <w:t>You cannot see God, but by using our mind, we can see God.</w:t>
      </w:r>
    </w:p>
    <w:p>
      <w:pPr>
        <w:jc w:val="right"/>
      </w:pPr>
      <w:r>
        <w:t>ین ناٹ سی گاڈ، بٹ بائی یوزنگ اور مائن، وی کین سی گاڈ۔</w:t>
      </w:r>
    </w:p>
    <w:p>
      <w:r>
        <w:rPr>
          <w:b/>
        </w:rPr>
        <w:t xml:space="preserve">[19:48] </w:t>
      </w:r>
      <w:r>
        <w:t>We can realize God, we can discover God.</w:t>
      </w:r>
    </w:p>
    <w:p>
      <w:pPr>
        <w:jc w:val="right"/>
      </w:pPr>
      <w:r>
        <w:t>وی کین ریلائز گاڈ، وی کین ڈسکور گاڈ۔</w:t>
      </w:r>
    </w:p>
    <w:p>
      <w:r>
        <w:rPr>
          <w:b/>
        </w:rPr>
        <w:t xml:space="preserve">[19:56] </w:t>
      </w:r>
      <w:r>
        <w:t>So this is the first condition.</w:t>
      </w:r>
    </w:p>
    <w:p>
      <w:pPr>
        <w:jc w:val="right"/>
      </w:pPr>
      <w:r>
        <w:t>سو دس از دا فرسٹ کنڈیشن۔</w:t>
      </w:r>
    </w:p>
    <w:p>
      <w:r>
        <w:rPr>
          <w:b/>
        </w:rPr>
        <w:t xml:space="preserve">[20:05] </w:t>
      </w:r>
      <w:r>
        <w:t>We have to contemplate</w:t>
      </w:r>
    </w:p>
    <w:p>
      <w:pPr>
        <w:jc w:val="right"/>
      </w:pPr>
      <w:r>
        <w:t>وی ہیو ٹو کنٹیمپلیٹ</w:t>
      </w:r>
    </w:p>
    <w:p>
      <w:r>
        <w:rPr>
          <w:b/>
        </w:rPr>
        <w:t xml:space="preserve">[20:13] </w:t>
      </w:r>
      <w:r>
        <w:t>.</w:t>
      </w:r>
    </w:p>
    <w:p>
      <w:pPr>
        <w:jc w:val="right"/>
      </w:pPr>
      <w:r>
        <w:t>۔</w:t>
      </w:r>
    </w:p>
    <w:p>
      <w:r>
        <w:rPr>
          <w:b/>
        </w:rPr>
        <w:t xml:space="preserve">[20:19] </w:t>
      </w:r>
      <w:r>
        <w:t>We have to ponder over the nature, over the creation.</w:t>
      </w:r>
    </w:p>
    <w:p>
      <w:pPr>
        <w:jc w:val="right"/>
      </w:pPr>
      <w:r>
        <w:t>وی ہیو ٹو پونڈر اوور دی نیچر، اوور دی کریشن۔</w:t>
      </w:r>
    </w:p>
    <w:p>
      <w:r>
        <w:rPr>
          <w:b/>
        </w:rPr>
        <w:t xml:space="preserve">[20:25] </w:t>
      </w:r>
      <w:r>
        <w:t>Also, we have to study the revealed books.</w:t>
      </w:r>
    </w:p>
    <w:p>
      <w:pPr>
        <w:jc w:val="right"/>
      </w:pPr>
      <w:r>
        <w:t>السو، وی ہیو ٹو اسٹڈی دا ریویل بکس۔</w:t>
      </w:r>
    </w:p>
    <w:p>
      <w:r>
        <w:rPr>
          <w:b/>
        </w:rPr>
        <w:t xml:space="preserve">[20:31] </w:t>
      </w:r>
      <w:r>
        <w:t>We have to study Quran and Hadith literature.</w:t>
      </w:r>
    </w:p>
    <w:p>
      <w:pPr>
        <w:jc w:val="right"/>
      </w:pPr>
      <w:r>
        <w:t>وی ہیو ٹو اسٹڈی قران اینڈ حدیث لٹریچر۔</w:t>
      </w:r>
    </w:p>
    <w:p>
      <w:r>
        <w:rPr>
          <w:b/>
        </w:rPr>
        <w:t xml:space="preserve">[20:37] </w:t>
      </w:r>
      <w:r>
        <w:t>So after observation,</w:t>
      </w:r>
    </w:p>
    <w:p>
      <w:pPr>
        <w:jc w:val="right"/>
      </w:pPr>
      <w:r>
        <w:t>سو افٹر ابزرویشن،</w:t>
      </w:r>
    </w:p>
    <w:p>
      <w:r>
        <w:rPr>
          <w:b/>
        </w:rPr>
        <w:t xml:space="preserve">[20:44] </w:t>
      </w:r>
      <w:r>
        <w:t>اور after study, اور after contemplation, we have to discover God through our mind.</w:t>
      </w:r>
    </w:p>
    <w:p>
      <w:pPr>
        <w:jc w:val="right"/>
      </w:pPr>
      <w:r>
        <w:t>اور افٹر اسٹڈی، اور افٹر کنٹیمپلیشن، وی ہیو ٹو ڈسکور گاڈ تھرو اور مائن۔</w:t>
      </w:r>
    </w:p>
    <w:p>
      <w:r>
        <w:rPr>
          <w:b/>
        </w:rPr>
        <w:t xml:space="preserve">[20:51] </w:t>
      </w:r>
      <w:r>
        <w:t>This is the first condition.</w:t>
      </w:r>
    </w:p>
    <w:p>
      <w:pPr>
        <w:jc w:val="right"/>
      </w:pPr>
      <w:r>
        <w:t>دس از دا فرسٹ کنڈیشن۔</w:t>
      </w:r>
    </w:p>
    <w:p>
      <w:r>
        <w:rPr>
          <w:b/>
        </w:rPr>
        <w:t xml:space="preserve">[20:59] </w:t>
      </w:r>
      <w:r>
        <w:t>This is called marifah, or iman, or faith.</w:t>
      </w:r>
    </w:p>
    <w:p>
      <w:pPr>
        <w:jc w:val="right"/>
      </w:pPr>
      <w:r>
        <w:t>دس از کالڈ معرفہ، اور ایمان، اور فیتھ۔</w:t>
      </w:r>
    </w:p>
    <w:p>
      <w:r>
        <w:rPr>
          <w:b/>
        </w:rPr>
        <w:t xml:space="preserve">[21:06] </w:t>
      </w:r>
      <w:r>
        <w:t>Faith is not simply a recitation. Faith means</w:t>
      </w:r>
    </w:p>
    <w:p>
      <w:pPr>
        <w:jc w:val="right"/>
      </w:pPr>
      <w:r>
        <w:t>فیتھ از ناٹ سمپلی ا ریسیٹیشن۔ فیتھ مینز</w:t>
      </w:r>
    </w:p>
    <w:p>
      <w:r>
        <w:rPr>
          <w:b/>
        </w:rPr>
        <w:t xml:space="preserve">[21:14] </w:t>
      </w:r>
      <w:r>
        <w:t>discovery.</w:t>
      </w:r>
    </w:p>
    <w:p>
      <w:pPr>
        <w:jc w:val="right"/>
      </w:pPr>
      <w:r>
        <w:t>ڈسکوری۔</w:t>
      </w:r>
    </w:p>
    <w:p>
      <w:r>
        <w:rPr>
          <w:b/>
        </w:rPr>
        <w:t xml:space="preserve">[21:22] </w:t>
      </w:r>
      <w:r>
        <w:t>Faith means realization.</w:t>
      </w:r>
    </w:p>
    <w:p>
      <w:pPr>
        <w:jc w:val="right"/>
      </w:pPr>
      <w:r>
        <w:t>فیتھ مینز ریلائزیشن۔</w:t>
      </w:r>
    </w:p>
    <w:p>
      <w:r>
        <w:rPr>
          <w:b/>
        </w:rPr>
        <w:t xml:space="preserve">[21:29] </w:t>
      </w:r>
      <w:r>
        <w:t>So first of all, we have to concentrate our mind on this issue.</w:t>
      </w:r>
    </w:p>
    <w:p>
      <w:pPr>
        <w:jc w:val="right"/>
      </w:pPr>
      <w:r>
        <w:t>سو فرسٹ اف ال، وی ہیو ٹو کنسنٹریٹ اور مائن ان دس ایشو۔</w:t>
      </w:r>
    </w:p>
    <w:p>
      <w:r>
        <w:rPr>
          <w:b/>
        </w:rPr>
        <w:t xml:space="preserve">[21:37] </w:t>
      </w:r>
      <w:r>
        <w:t>Who created this universe? Who is who created myself? We have to go to these questions.</w:t>
      </w:r>
    </w:p>
    <w:p>
      <w:pPr>
        <w:jc w:val="right"/>
      </w:pPr>
      <w:r>
        <w:t>ہو کریٹڈ دس یونیورس؟ ہو از ہو کریٹڈ مائی سیلف؟ وی ہیو ٹو گو ٹو دیز کوسچنز</w:t>
      </w:r>
    </w:p>
    <w:p>
      <w:r>
        <w:rPr>
          <w:b/>
        </w:rPr>
        <w:t xml:space="preserve">[21:45] </w:t>
      </w:r>
      <w:r>
        <w:t>so that we may discover God Almighty, the creator of the universe. So after this discovery, this discovery is not a very simple. This discovery, if it is true discovery, it will change your personality. It will bring about a</w:t>
      </w:r>
    </w:p>
    <w:p>
      <w:pPr>
        <w:jc w:val="right"/>
      </w:pPr>
      <w:r>
        <w:t>سو دیٹ وی می ڈسکور گاڈ المائٹی، دا کریٹر اف دا یونیورس۔ سو افٹر دس ڈسکوری، دس ڈسکوری از ناٹ ا ویری سمپل۔ دس ڈسکوری، اف اٹ از ٹرو ڈسکوری، اٹ ویل چینج یور پرسنیلٹی۔ اٹ ویل برنگ اباؤٹ ا</w:t>
      </w:r>
    </w:p>
    <w:p>
      <w:r>
        <w:rPr>
          <w:b/>
        </w:rPr>
        <w:t xml:space="preserve">[22:15] </w:t>
      </w:r>
      <w:r>
        <w:t>revolution in our mind.</w:t>
      </w:r>
    </w:p>
    <w:p>
      <w:pPr>
        <w:jc w:val="right"/>
      </w:pPr>
      <w:r>
        <w:t>ریولوشن ان اور مائن۔</w:t>
      </w:r>
    </w:p>
    <w:p>
      <w:r>
        <w:rPr>
          <w:b/>
        </w:rPr>
        <w:t xml:space="preserve">[22:22] </w:t>
      </w:r>
      <w:r>
        <w:t>So if we discover God, we will discover all other things.</w:t>
      </w:r>
    </w:p>
    <w:p>
      <w:pPr>
        <w:jc w:val="right"/>
      </w:pPr>
      <w:r>
        <w:t>سو اف وی ڈسکور گاڈ، وی ویل ڈسکور ال ادر تھنگز۔</w:t>
      </w:r>
    </w:p>
    <w:p>
      <w:r>
        <w:rPr>
          <w:b/>
        </w:rPr>
        <w:t xml:space="preserve">[22:30] </w:t>
      </w:r>
      <w:r>
        <w:t>God is the central idea.</w:t>
      </w:r>
    </w:p>
    <w:p>
      <w:pPr>
        <w:jc w:val="right"/>
      </w:pPr>
      <w:r>
        <w:t>گاڈ از دا سینٹرل ائیڈیا۔</w:t>
      </w:r>
    </w:p>
    <w:p>
      <w:r>
        <w:rPr>
          <w:b/>
        </w:rPr>
        <w:t xml:space="preserve">[22:37] </w:t>
      </w:r>
      <w:r>
        <w:t>If God is discovered, everything is dis</w:t>
      </w:r>
    </w:p>
    <w:p>
      <w:pPr>
        <w:jc w:val="right"/>
      </w:pPr>
      <w:r>
        <w:t>اف گاڈ از ڈسکورڈ، ایوری تھنگ از ڈس</w:t>
      </w:r>
    </w:p>
    <w:p>
      <w:r>
        <w:rPr>
          <w:b/>
        </w:rPr>
        <w:t xml:space="preserve">[22:45] </w:t>
      </w:r>
      <w:r>
        <w:t>cord.</w:t>
      </w:r>
    </w:p>
    <w:p>
      <w:pPr>
        <w:jc w:val="right"/>
      </w:pPr>
      <w:r>
        <w:t>کورڈ۔</w:t>
      </w:r>
    </w:p>
    <w:p>
      <w:r>
        <w:rPr>
          <w:b/>
        </w:rPr>
        <w:t xml:space="preserve">[22:55] </w:t>
      </w:r>
      <w:r>
        <w:t>So discovery of discovery of God is discovery of everything.</w:t>
      </w:r>
    </w:p>
    <w:p>
      <w:pPr>
        <w:jc w:val="right"/>
      </w:pPr>
      <w:r>
        <w:t>سو ڈسکوری اف ڈسکوری اف گاڈ از ڈسکوری اف ایوری تھنگ۔</w:t>
      </w:r>
    </w:p>
    <w:p>
      <w:r>
        <w:rPr>
          <w:b/>
        </w:rPr>
        <w:t xml:space="preserve">[23:05] </w:t>
      </w:r>
      <w:r>
        <w:t>So after this discovery, we will see that the whole life is changed. One</w:t>
      </w:r>
    </w:p>
    <w:p>
      <w:pPr>
        <w:jc w:val="right"/>
      </w:pPr>
      <w:r>
        <w:t>سو افٹر دس ڈسکوری، وی ویل سی دیٹ دا ہول لائف از چینج۔ ون</w:t>
      </w:r>
    </w:p>
    <w:p>
      <w:r>
        <w:rPr>
          <w:b/>
        </w:rPr>
        <w:t xml:space="preserve">[23:15] </w:t>
      </w:r>
      <w:r>
        <w:t>who discovers God, his thinking is changed, his behavior is changed, his moral values are changed, his activities are changed.</w:t>
      </w:r>
    </w:p>
    <w:p>
      <w:pPr>
        <w:jc w:val="right"/>
      </w:pPr>
      <w:r>
        <w:t>ہو ڈسکورز گاڈ، ہز تھنکنگ از چینج، ہز بیہیویئر از چینج، ہز ماڈل ویلیوز ار چینج، ہز ایکٹیویٹیز ار چینج۔</w:t>
      </w:r>
    </w:p>
    <w:p>
      <w:r>
        <w:rPr>
          <w:b/>
        </w:rPr>
        <w:t xml:space="preserve">[23:30] </w:t>
      </w:r>
      <w:r>
        <w:t>So this is what is required.</w:t>
      </w:r>
    </w:p>
    <w:p>
      <w:pPr>
        <w:jc w:val="right"/>
      </w:pPr>
      <w:r>
        <w:t>سو دس از واٹ از ریکوائرڈ۔</w:t>
      </w:r>
    </w:p>
    <w:p>
      <w:r>
        <w:rPr>
          <w:b/>
        </w:rPr>
        <w:t xml:space="preserve">[23:45] </w:t>
      </w:r>
      <w:r>
        <w:t>people are busy to accumulate consumer items and comfortable items and luxurious items. it is, it is quite unwanted</w:t>
      </w:r>
    </w:p>
    <w:p>
      <w:pPr>
        <w:jc w:val="right"/>
      </w:pPr>
      <w:r>
        <w:t>پیپل ار بزی ٹو اکمولیٹ کنزیومر ائٹمز اینڈ کمفرٹیبل ائٹمز اینڈ لگزریس ائٹمز۔ اٹ از، اٹ از کوائٹ ان وانٹڈ اک</w:t>
      </w:r>
    </w:p>
    <w:p>
      <w:r>
        <w:rPr>
          <w:b/>
        </w:rPr>
        <w:t xml:space="preserve">[24:15] </w:t>
      </w:r>
      <w:r>
        <w:t>according to the creation plan of God.</w:t>
      </w:r>
    </w:p>
    <w:p>
      <w:pPr>
        <w:jc w:val="right"/>
      </w:pPr>
      <w:r>
        <w:t>ارڈنگ ٹو دا کریشن پلان اف گاڈ۔</w:t>
      </w:r>
    </w:p>
    <w:p>
      <w:r>
        <w:rPr>
          <w:b/>
        </w:rPr>
        <w:t xml:space="preserve">[24:26] </w:t>
      </w:r>
      <w:r>
        <w:t>According to the creation plan of God, you are not here to to live our life of happiness, to enjoy.</w:t>
      </w:r>
    </w:p>
    <w:p>
      <w:pPr>
        <w:jc w:val="right"/>
      </w:pPr>
      <w:r>
        <w:t>اکارڈنگ ٹو دا کریشن پلان اف گاڈ، یو ار ناٹ ہیر ٹو ٹو لیو اور لائف اف ہیپینس، ٹو انجوائے۔</w:t>
      </w:r>
    </w:p>
    <w:p>
      <w:r>
        <w:rPr>
          <w:b/>
        </w:rPr>
        <w:t xml:space="preserve">[24:37] </w:t>
      </w:r>
      <w:r>
        <w:t>No, all kind of luxury, all kind of comfort</w:t>
      </w:r>
    </w:p>
    <w:p>
      <w:pPr>
        <w:jc w:val="right"/>
      </w:pPr>
      <w:r>
        <w:t>نو، ال کائنڈ اف لگزری، ال کائنڈ اف کمفرٹ</w:t>
      </w:r>
    </w:p>
    <w:p>
      <w:r>
        <w:rPr>
          <w:b/>
        </w:rPr>
        <w:t xml:space="preserve">[24:47] </w:t>
      </w:r>
      <w:r>
        <w:t>is in the paradise, not here.</w:t>
      </w:r>
    </w:p>
    <w:p>
      <w:pPr>
        <w:jc w:val="right"/>
      </w:pPr>
      <w:r>
        <w:t>از ان دا پیراڈائز، ناٹ ہیر۔</w:t>
      </w:r>
    </w:p>
    <w:p>
      <w:r>
        <w:rPr>
          <w:b/>
        </w:rPr>
        <w:t xml:space="preserve">[24:57] </w:t>
      </w:r>
      <w:r>
        <w:t>So you have to know the real, the real, real issue before death.</w:t>
      </w:r>
    </w:p>
    <w:p>
      <w:pPr>
        <w:jc w:val="right"/>
      </w:pPr>
      <w:r>
        <w:t>سو یو ہیو ٹو نو دا ریل، دا ریل، ریل ایشو بیفور ڈیتھ۔</w:t>
      </w:r>
    </w:p>
    <w:p>
      <w:r>
        <w:rPr>
          <w:b/>
        </w:rPr>
        <w:t xml:space="preserve">[25:08] </w:t>
      </w:r>
      <w:r>
        <w:t>God has divided, God has created</w:t>
      </w:r>
    </w:p>
    <w:p>
      <w:pPr>
        <w:jc w:val="right"/>
      </w:pPr>
      <w:r>
        <w:t>گاڈ ہیز ڈیوائیڈڈ، گاڈ ہیز کریٹڈ</w:t>
      </w:r>
    </w:p>
    <w:p>
      <w:r>
        <w:rPr>
          <w:b/>
        </w:rPr>
        <w:t xml:space="preserve">[25:18] </w:t>
      </w:r>
      <w:r>
        <w:t>as a as an eternal being, but he divided our life into two parts, pre-death period</w:t>
      </w:r>
    </w:p>
    <w:p>
      <w:pPr>
        <w:jc w:val="right"/>
      </w:pPr>
      <w:r>
        <w:t>اس ایز اے ایز اے ایٹرنل بینگ، بٹ ہی ڈیوائیڈڈ اور لائف انٹو ٹو پارٹس، پری ڈیتھ پیریڈ</w:t>
      </w:r>
    </w:p>
    <w:p>
      <w:r>
        <w:rPr>
          <w:b/>
        </w:rPr>
        <w:t xml:space="preserve">[25:28] </w:t>
      </w:r>
      <w:r>
        <w:t>and post-death period.</w:t>
      </w:r>
    </w:p>
    <w:p>
      <w:pPr>
        <w:jc w:val="right"/>
      </w:pPr>
      <w:r>
        <w:t>اینڈ پوسٹ ڈیتھ پیریڈ۔</w:t>
      </w:r>
    </w:p>
    <w:p>
      <w:r>
        <w:rPr>
          <w:b/>
        </w:rPr>
        <w:t xml:space="preserve">[25:39] </w:t>
      </w:r>
      <w:r>
        <w:t>So we are here only to prepare ourself as a deserving candidate for paradise.</w:t>
      </w:r>
    </w:p>
    <w:p>
      <w:pPr>
        <w:jc w:val="right"/>
      </w:pPr>
      <w:r>
        <w:t>سو وی ار ہیر اونلی ٹو پریپیئر اور سیلف ایز اے ڈیزرونگ کینڈیڈیٹ فار پیراڈائز۔</w:t>
      </w:r>
    </w:p>
    <w:p>
      <w:r>
        <w:rPr>
          <w:b/>
        </w:rPr>
        <w:t xml:space="preserve">[25:50] </w:t>
      </w:r>
      <w:r>
        <w:t>بات میں فیل۔ All men and women, with few exceptions, all men and women, with few exceptions, are engaged to accumulate luxury comforts and happiness and consumer goods. They are engaged in a</w:t>
      </w:r>
    </w:p>
    <w:p>
      <w:pPr>
        <w:jc w:val="right"/>
      </w:pPr>
      <w:r>
        <w:t>بٹ مین فیل۔ ال مین اینڈ وومن ود فیو ایکسیپشنز۔ ال مین اینڈ وومن ود فیو ایکسیپشنز ار انگیجڈ ٹو ٹو اکمولیٹ لگزری کمفرٹس اینڈ ہیپینس اینڈ کنزیومر گڈز۔ دے ار انگیجڈ ان ا</w:t>
      </w:r>
    </w:p>
    <w:p>
      <w:r>
        <w:rPr>
          <w:b/>
        </w:rPr>
        <w:t xml:space="preserve">[26:20] </w:t>
      </w:r>
      <w:r>
        <w:t>outing, in shopping.</w:t>
      </w:r>
    </w:p>
    <w:p>
      <w:pPr>
        <w:jc w:val="right"/>
      </w:pPr>
      <w:r>
        <w:t>ؤٹنگ، ان شاپنگ۔</w:t>
      </w:r>
    </w:p>
    <w:p>
      <w:r>
        <w:rPr>
          <w:b/>
        </w:rPr>
        <w:t xml:space="preserve">[26:24] </w:t>
      </w:r>
      <w:r>
        <w:t>All these things are not wanted by God.</w:t>
      </w:r>
    </w:p>
    <w:p>
      <w:pPr>
        <w:jc w:val="right"/>
      </w:pPr>
      <w:r>
        <w:t>ال دیز تھنگز ار ناٹ وانٹڈ بائی گاڈ۔</w:t>
      </w:r>
    </w:p>
    <w:p>
      <w:r>
        <w:rPr>
          <w:b/>
        </w:rPr>
        <w:t xml:space="preserve">[26:28] </w:t>
      </w:r>
      <w:r>
        <w:t>So God waited up to up to a long time.</w:t>
      </w:r>
    </w:p>
    <w:p>
      <w:pPr>
        <w:jc w:val="right"/>
      </w:pPr>
      <w:r>
        <w:t>سو گاڈ ویٹڈ اپ ٹو اپ ٹو ا لانگ ٹائم۔</w:t>
      </w:r>
    </w:p>
    <w:p>
      <w:r>
        <w:rPr>
          <w:b/>
        </w:rPr>
        <w:t xml:space="preserve">[26:33] </w:t>
      </w:r>
      <w:r>
        <w:t>Then he rejected.</w:t>
      </w:r>
    </w:p>
    <w:p>
      <w:pPr>
        <w:jc w:val="right"/>
      </w:pPr>
      <w:r>
        <w:t>دین ہی ریجیکٹڈ۔</w:t>
      </w:r>
    </w:p>
    <w:p>
      <w:r>
        <w:rPr>
          <w:b/>
        </w:rPr>
        <w:t xml:space="preserve">[26:37] </w:t>
      </w:r>
      <w:r>
        <w:t>Now man is a rejected.</w:t>
      </w:r>
    </w:p>
    <w:p>
      <w:pPr>
        <w:jc w:val="right"/>
      </w:pPr>
      <w:r>
        <w:t>ناؤ مین از اے ریجیکٹڈ۔</w:t>
      </w:r>
    </w:p>
    <w:p>
      <w:r>
        <w:rPr>
          <w:b/>
        </w:rPr>
        <w:t xml:space="preserve">[26:41] </w:t>
      </w:r>
      <w:r>
        <w:t>Now man is a rejected lot.</w:t>
      </w:r>
    </w:p>
    <w:p>
      <w:pPr>
        <w:jc w:val="right"/>
      </w:pPr>
      <w:r>
        <w:t>ناؤ مین از اے ریجیکٹڈ لاٹ۔</w:t>
      </w:r>
    </w:p>
    <w:p>
      <w:r>
        <w:rPr>
          <w:b/>
        </w:rPr>
        <w:t xml:space="preserve">[26:46] </w:t>
      </w:r>
      <w:r>
        <w:t>Now our civilization is a rejected</w:t>
      </w:r>
    </w:p>
    <w:p>
      <w:pPr>
        <w:jc w:val="right"/>
      </w:pPr>
      <w:r>
        <w:t>ناؤ اور سولائزیشن از اے ریجیکٹڈ</w:t>
      </w:r>
    </w:p>
    <w:p>
      <w:r>
        <w:rPr>
          <w:b/>
        </w:rPr>
        <w:t xml:space="preserve">[26:50] </w:t>
      </w:r>
      <w:r>
        <w:t>lot.</w:t>
      </w:r>
    </w:p>
    <w:p>
      <w:pPr>
        <w:jc w:val="right"/>
      </w:pPr>
      <w:r>
        <w:t>لاٹ۔</w:t>
      </w:r>
    </w:p>
    <w:p>
      <w:r>
        <w:rPr>
          <w:b/>
        </w:rPr>
        <w:t xml:space="preserve">[26:58] </w:t>
      </w:r>
      <w:r>
        <w:t>This I am saying because in the Quran and in the Hadith, this was foretold.</w:t>
      </w:r>
    </w:p>
    <w:p>
      <w:pPr>
        <w:jc w:val="right"/>
      </w:pPr>
      <w:r>
        <w:t>دس ائی ایم سینگ بیکاز ان دی قران اینڈ ان دی حدیث، دس واز فور ٹولڈ۔</w:t>
      </w:r>
    </w:p>
    <w:p>
      <w:r>
        <w:rPr>
          <w:b/>
        </w:rPr>
        <w:t xml:space="preserve">[27:06] </w:t>
      </w:r>
      <w:r>
        <w:t>Global warming is not new for religious literatures.</w:t>
      </w:r>
    </w:p>
    <w:p>
      <w:pPr>
        <w:jc w:val="right"/>
      </w:pPr>
      <w:r>
        <w:t>گلوبل وارمنگ از ناٹ نیو فار ریلیجیس لٹریچرز۔</w:t>
      </w:r>
    </w:p>
    <w:p>
      <w:r>
        <w:rPr>
          <w:b/>
        </w:rPr>
        <w:t xml:space="preserve">[27:14] </w:t>
      </w:r>
      <w:r>
        <w:t>If you read Hadith literature, you will find</w:t>
      </w:r>
    </w:p>
    <w:p>
      <w:pPr>
        <w:jc w:val="right"/>
      </w:pPr>
      <w:r>
        <w:t>اف یو ریڈ حدیث لٹریچر، یو ویل فائنڈ</w:t>
      </w:r>
    </w:p>
    <w:p>
      <w:r>
        <w:rPr>
          <w:b/>
        </w:rPr>
        <w:t xml:space="preserve">[27:22] </w:t>
      </w:r>
      <w:r>
        <w:t>that there are dozens of hadith in which the Prophet of Islam has warned, has foretold that</w:t>
      </w:r>
    </w:p>
    <w:p>
      <w:pPr>
        <w:jc w:val="right"/>
      </w:pPr>
      <w:r>
        <w:t>دیٹ دیر ار ڈزنز اف حدیث ان وچ دا پرافٹ اف اسلام ہیز وارن، ہیز فور ٹولڈ دیٹ</w:t>
      </w:r>
    </w:p>
    <w:p>
      <w:r>
        <w:rPr>
          <w:b/>
        </w:rPr>
        <w:t xml:space="preserve">[27:37] </w:t>
      </w:r>
      <w:r>
        <w:t>In the latter days before Doomsday, sun will be very near.</w:t>
      </w:r>
    </w:p>
    <w:p>
      <w:pPr>
        <w:jc w:val="right"/>
      </w:pPr>
      <w:r>
        <w:t>ان دا لیٹر ڈیز بیفور ڈومز ڈے، سن ویل بی ویری نیئر۔</w:t>
      </w:r>
    </w:p>
    <w:p>
      <w:r>
        <w:rPr>
          <w:b/>
        </w:rPr>
        <w:t xml:space="preserve">[27:52] </w:t>
      </w:r>
      <w:r>
        <w:t>Although, according to my, according to my knowledge, I can say that it is not in, it is</w:t>
      </w:r>
    </w:p>
    <w:p>
      <w:pPr>
        <w:jc w:val="right"/>
      </w:pPr>
      <w:r>
        <w:t>الدو اکارڈنگ ٹو مائی، اکارڈنگ ٹو مائی نالج، ائی کین سی دیٹ اٹ از ناٹ ان، اٹ از</w:t>
      </w:r>
    </w:p>
    <w:p>
      <w:r>
        <w:rPr>
          <w:b/>
        </w:rPr>
        <w:t xml:space="preserve">[27:59] </w:t>
      </w:r>
      <w:r>
        <w:t>Not in literal sense.</w:t>
      </w:r>
    </w:p>
    <w:p>
      <w:pPr>
        <w:jc w:val="right"/>
      </w:pPr>
      <w:r>
        <w:t>ناٹ ان لٹریر سینس۔</w:t>
      </w:r>
    </w:p>
    <w:p>
      <w:r>
        <w:rPr>
          <w:b/>
        </w:rPr>
        <w:t xml:space="preserve">[28:05] </w:t>
      </w:r>
      <w:r>
        <w:t>Here, sun means its temperature, its heat.</w:t>
      </w:r>
    </w:p>
    <w:p>
      <w:pPr>
        <w:jc w:val="right"/>
      </w:pPr>
      <w:r>
        <w:t>ہیر سن مینز اٹس ٹمپریچر، اٹس ہیٹ۔</w:t>
      </w:r>
    </w:p>
    <w:p>
      <w:r>
        <w:rPr>
          <w:b/>
        </w:rPr>
        <w:t xml:space="preserve">[28:11] </w:t>
      </w:r>
      <w:r>
        <w:t>Due to some reason, its heat will be increased.</w:t>
      </w:r>
    </w:p>
    <w:p>
      <w:pPr>
        <w:jc w:val="right"/>
      </w:pPr>
      <w:r>
        <w:t>ڈیو ٹو سم ریزن، اٹس ہیٹ ویل بی انکریزڈ۔</w:t>
      </w:r>
    </w:p>
    <w:p>
      <w:r>
        <w:rPr>
          <w:b/>
        </w:rPr>
        <w:t xml:space="preserve">[28:17] </w:t>
      </w:r>
      <w:r>
        <w:t>sun will not come to</w:t>
      </w:r>
    </w:p>
    <w:p>
      <w:pPr>
        <w:jc w:val="right"/>
      </w:pPr>
      <w:r>
        <w:t>سن ویل ناٹ کم ٹو</w:t>
      </w:r>
    </w:p>
    <w:p>
      <w:r>
        <w:rPr>
          <w:b/>
        </w:rPr>
        <w:t xml:space="preserve">[28:23] </w:t>
      </w:r>
      <w:r>
        <w:t>as, but its heat will be increased. That is the curse in which you are facing today. Every one knows that temperature is rising, rising, rising. It's very difficult time for living</w:t>
      </w:r>
    </w:p>
    <w:p>
      <w:pPr>
        <w:jc w:val="right"/>
      </w:pPr>
      <w:r>
        <w:t>اس، بٹ اٹس ہیٹ ویل بی انکریزڈ۔ دیر از دا کیس ان وچ یو ار فیسنگ ٹوڈے۔ ایوری ون نوز دیٹ ٹمپریچر از رائزنگ، رائزنگ، رائزنگ۔ اٹس ویری ڈیفیکلٹ ٹائم فار لیونگ ک</w:t>
      </w:r>
    </w:p>
    <w:p>
      <w:r>
        <w:rPr>
          <w:b/>
        </w:rPr>
        <w:t xml:space="preserve">[28:53] </w:t>
      </w:r>
      <w:r>
        <w:t>reaches.</w:t>
      </w:r>
    </w:p>
    <w:p>
      <w:pPr>
        <w:jc w:val="right"/>
      </w:pPr>
      <w:r>
        <w:t>ریچرز۔</w:t>
      </w:r>
    </w:p>
    <w:p>
      <w:r>
        <w:rPr>
          <w:b/>
        </w:rPr>
        <w:t xml:space="preserve">[29:01] </w:t>
      </w:r>
      <w:r>
        <w:t>Many many creatures are dying every day.</w:t>
      </w:r>
    </w:p>
    <w:p>
      <w:pPr>
        <w:jc w:val="right"/>
      </w:pPr>
      <w:r>
        <w:t>مینی مینی کریچرز ار ڈائنگ ایوری ڈے۔</w:t>
      </w:r>
    </w:p>
    <w:p>
      <w:r>
        <w:rPr>
          <w:b/>
        </w:rPr>
        <w:t xml:space="preserve">[29:09] </w:t>
      </w:r>
      <w:r>
        <w:t>All those fragile, all those fragile animals are dying every day.</w:t>
      </w:r>
    </w:p>
    <w:p>
      <w:pPr>
        <w:jc w:val="right"/>
      </w:pPr>
      <w:r>
        <w:t>ال دوز فریجائل، ال دوز فریجائل اینیملز ار ڈائنگ ایوری ڈے۔</w:t>
      </w:r>
    </w:p>
    <w:p>
      <w:r>
        <w:rPr>
          <w:b/>
        </w:rPr>
        <w:t xml:space="preserve">[29:16] </w:t>
      </w:r>
      <w:r>
        <w:t>This is the beginning of death.</w:t>
      </w:r>
    </w:p>
    <w:p>
      <w:pPr>
        <w:jc w:val="right"/>
      </w:pPr>
      <w:r>
        <w:t>دس از دا بگننگ اف ڈیتھ۔</w:t>
      </w:r>
    </w:p>
    <w:p>
      <w:r>
        <w:rPr>
          <w:b/>
        </w:rPr>
        <w:t xml:space="preserve">[29:24] </w:t>
      </w:r>
      <w:r>
        <w:t>So this is not, we cannot ignore it.</w:t>
      </w:r>
    </w:p>
    <w:p>
      <w:pPr>
        <w:jc w:val="right"/>
      </w:pPr>
      <w:r>
        <w:t>سو دس از ناٹ، وی کین ناٹ اگنور اٹ۔</w:t>
      </w:r>
    </w:p>
    <w:p>
      <w:r>
        <w:rPr>
          <w:b/>
        </w:rPr>
        <w:t xml:space="preserve">[29:32] </w:t>
      </w:r>
      <w:r>
        <w:t>At present, people are living like ostriches.</w:t>
      </w:r>
    </w:p>
    <w:p>
      <w:pPr>
        <w:jc w:val="right"/>
      </w:pPr>
      <w:r>
        <w:t>ایٹ پریزنٹ، پیپل ار لیونگ لائک اسٹریچ۔</w:t>
      </w:r>
    </w:p>
    <w:p>
      <w:r>
        <w:rPr>
          <w:b/>
        </w:rPr>
        <w:t xml:space="preserve">[29:40] </w:t>
      </w:r>
      <w:r>
        <w:t>So, "stretch habit" will not do.</w:t>
      </w:r>
    </w:p>
    <w:p>
      <w:pPr>
        <w:jc w:val="right"/>
      </w:pPr>
      <w:r>
        <w:t>سو اسٹریچ ہیبٹ ویل ناٹ ڈو۔</w:t>
      </w:r>
    </w:p>
    <w:p>
      <w:r>
        <w:rPr>
          <w:b/>
        </w:rPr>
        <w:t xml:space="preserve">[29:48] </w:t>
      </w:r>
      <w:r>
        <w:t>I see, it is said that when an ostrich</w:t>
      </w:r>
    </w:p>
    <w:p>
      <w:pPr>
        <w:jc w:val="right"/>
      </w:pPr>
      <w:r>
        <w:t>ائی سی، اٹ از سیڈ دیٹ وین این اسٹریچ</w:t>
      </w:r>
    </w:p>
    <w:p>
      <w:r>
        <w:rPr>
          <w:b/>
        </w:rPr>
        <w:t xml:space="preserve">[29:56] </w:t>
      </w:r>
      <w:r>
        <w:t>feels that a storm is coming, sign the storm is coming, so he puts his head in the,</w:t>
      </w:r>
    </w:p>
    <w:p>
      <w:pPr>
        <w:jc w:val="right"/>
      </w:pPr>
      <w:r>
        <w:t>فیلز دیٹ اے سٹارم از کمنگ، سائن دی سٹارم از کمنگ، سو ہی پٹس ہز ہیڈ ان دا،</w:t>
      </w:r>
    </w:p>
    <w:p>
      <w:r>
        <w:rPr>
          <w:b/>
        </w:rPr>
        <w:t xml:space="preserve">[30:07] </w:t>
      </w:r>
      <w:r>
        <w:t>in the sense.</w:t>
      </w:r>
    </w:p>
    <w:p>
      <w:pPr>
        <w:jc w:val="right"/>
      </w:pPr>
      <w:r>
        <w:t>ان دا سینڈ۔</w:t>
      </w:r>
    </w:p>
    <w:p>
      <w:r>
        <w:rPr>
          <w:b/>
        </w:rPr>
        <w:t xml:space="preserve">[30:17] </w:t>
      </w:r>
      <w:r>
        <w:t>When he feels that sandstorm is coming, there is the, there is the message of death for him.</w:t>
      </w:r>
    </w:p>
    <w:p>
      <w:pPr>
        <w:jc w:val="right"/>
      </w:pPr>
      <w:r>
        <w:t>وین ہی فیلز دیٹ سینڈ سٹارم از کمنگ، دیر از دا، دیر از دا میسج اف ڈیتھ فار ہم۔</w:t>
      </w:r>
    </w:p>
    <w:p>
      <w:r>
        <w:rPr>
          <w:b/>
        </w:rPr>
        <w:t xml:space="preserve">[30:28] </w:t>
      </w:r>
      <w:r>
        <w:t>But instead of facing that sandstorm, he only puts his head in the sand.</w:t>
      </w:r>
    </w:p>
    <w:p>
      <w:pPr>
        <w:jc w:val="right"/>
      </w:pPr>
      <w:r>
        <w:t>بٹ انسٹیڈ اف فیسنگ دیٹ سینڈ سٹارم، ہی اونلی پٹس ہز ہیڈ ان دی سینڈ۔</w:t>
      </w:r>
    </w:p>
    <w:p>
      <w:r>
        <w:rPr>
          <w:b/>
        </w:rPr>
        <w:t xml:space="preserve">[30:38] </w:t>
      </w:r>
      <w:r>
        <w:t>So this is, we cannot afford like having, we cannot afford to do like stretch.</w:t>
      </w:r>
    </w:p>
    <w:p>
      <w:pPr>
        <w:jc w:val="right"/>
      </w:pPr>
      <w:r>
        <w:t>سو دس از، وی کین ناٹ افورڈ لائک ہیونگ، وی کین ناٹ افورڈ ٹو ڈو لائک اسٹریچ۔</w:t>
      </w:r>
    </w:p>
    <w:p>
      <w:r>
        <w:rPr>
          <w:b/>
        </w:rPr>
        <w:t xml:space="preserve">[30:48] </w:t>
      </w:r>
      <w:r>
        <w:t>stretch habit is not affordable</w:t>
      </w:r>
    </w:p>
    <w:p>
      <w:pPr>
        <w:jc w:val="right"/>
      </w:pPr>
      <w:r>
        <w:t>اسٹریچ ہیبٹ از ناٹ افورڈیبل</w:t>
      </w:r>
    </w:p>
    <w:p>
      <w:r>
        <w:rPr>
          <w:b/>
        </w:rPr>
        <w:t xml:space="preserve">[30:58] </w:t>
      </w:r>
      <w:r>
        <w:t>for us.</w:t>
      </w:r>
    </w:p>
    <w:p>
      <w:pPr>
        <w:jc w:val="right"/>
      </w:pPr>
      <w:r>
        <w:t>فار اس۔</w:t>
      </w:r>
    </w:p>
    <w:p>
      <w:r>
        <w:rPr>
          <w:b/>
        </w:rPr>
        <w:t xml:space="preserve">[31:04] </w:t>
      </w:r>
      <w:r>
        <w:t>Stretch is an animal.</w:t>
      </w:r>
    </w:p>
    <w:p>
      <w:pPr>
        <w:jc w:val="right"/>
      </w:pPr>
      <w:r>
        <w:t>اسٹریچ از این اینیمل۔</w:t>
      </w:r>
    </w:p>
    <w:p>
      <w:r>
        <w:rPr>
          <w:b/>
        </w:rPr>
        <w:t xml:space="preserve">[31:10] </w:t>
      </w:r>
      <w:r>
        <w:t>اسٹریچ can afford this because after death, there is no life for اسٹریچ.</w:t>
      </w:r>
    </w:p>
    <w:p>
      <w:pPr>
        <w:jc w:val="right"/>
      </w:pPr>
      <w:r>
        <w:t>اسٹریچ کین افورڈ دس بیکاز افٹر ڈیتھ، دیر از نو لائف فار اسٹریچ۔</w:t>
      </w:r>
    </w:p>
    <w:p>
      <w:r>
        <w:rPr>
          <w:b/>
        </w:rPr>
        <w:t xml:space="preserve">[31:17] </w:t>
      </w:r>
      <w:r>
        <w:t>When an ostrich dies, it dies forever.</w:t>
      </w:r>
    </w:p>
    <w:p>
      <w:pPr>
        <w:jc w:val="right"/>
      </w:pPr>
      <w:r>
        <w:t>وین این اسٹریچ ڈائز، اٹ ڈائز فار ایور۔</w:t>
      </w:r>
    </w:p>
    <w:p>
      <w:r>
        <w:rPr>
          <w:b/>
        </w:rPr>
        <w:t xml:space="preserve">[31:23] </w:t>
      </w:r>
      <w:r>
        <w:t>There is no life after death for a stretch.</w:t>
      </w:r>
    </w:p>
    <w:p>
      <w:pPr>
        <w:jc w:val="right"/>
      </w:pPr>
      <w:r>
        <w:t>دیر از نو لائف افٹر ڈیتھ فار اسٹریچ۔</w:t>
      </w:r>
    </w:p>
    <w:p>
      <w:r>
        <w:rPr>
          <w:b/>
        </w:rPr>
        <w:t xml:space="preserve">[31:29] </w:t>
      </w:r>
      <w:r>
        <w:t>But we, our case is quite different.</w:t>
      </w:r>
    </w:p>
    <w:p>
      <w:pPr>
        <w:jc w:val="right"/>
      </w:pPr>
      <w:r>
        <w:t>بٹ وی، اور کیس از کوائٹ ڈفرنٹ۔</w:t>
      </w:r>
    </w:p>
    <w:p>
      <w:r>
        <w:rPr>
          <w:b/>
        </w:rPr>
        <w:t xml:space="preserve">[31:35] </w:t>
      </w:r>
      <w:r>
        <w:t>aur case is quite different.</w:t>
      </w:r>
    </w:p>
    <w:p>
      <w:pPr>
        <w:jc w:val="right"/>
      </w:pPr>
      <w:r>
        <w:t>اور کیس از کوائٹ ڈفرنٹ۔</w:t>
      </w:r>
    </w:p>
    <w:p>
      <w:r>
        <w:rPr>
          <w:b/>
        </w:rPr>
        <w:t xml:space="preserve">[31:41] </w:t>
      </w:r>
      <w:r>
        <w:t>When man dies, his death is only temporary.</w:t>
      </w:r>
    </w:p>
    <w:p>
      <w:pPr>
        <w:jc w:val="right"/>
      </w:pPr>
      <w:r>
        <w:t>وین مین ڈائز، ہز ڈیتھ از اونلی ٹیمپریری۔</w:t>
      </w:r>
    </w:p>
    <w:p>
      <w:r>
        <w:rPr>
          <w:b/>
        </w:rPr>
        <w:t xml:space="preserve">[31:47] </w:t>
      </w:r>
      <w:r>
        <w:t>Just after death, he, he is revived in the, in the world hereafter.</w:t>
      </w:r>
    </w:p>
    <w:p>
      <w:pPr>
        <w:jc w:val="right"/>
      </w:pPr>
      <w:r>
        <w:t>جسٹ افٹر ڈیتھ، ہی، ہی از ریوائیوڈ ان دی، ان دی ورلڈ ہیر افٹر۔</w:t>
      </w:r>
    </w:p>
    <w:p>
      <w:r>
        <w:rPr>
          <w:b/>
        </w:rPr>
        <w:t xml:space="preserve">[31:53] </w:t>
      </w:r>
      <w:r>
        <w:t>So we cannot afford</w:t>
      </w:r>
    </w:p>
    <w:p>
      <w:pPr>
        <w:jc w:val="right"/>
      </w:pPr>
      <w:r>
        <w:t>سو وی کین ناٹ افورڈ</w:t>
      </w:r>
    </w:p>
    <w:p>
      <w:r>
        <w:rPr>
          <w:b/>
        </w:rPr>
        <w:t xml:space="preserve">[31:59] </w:t>
      </w:r>
      <w:r>
        <w:t>stretch-like behavior.</w:t>
      </w:r>
    </w:p>
    <w:p>
      <w:pPr>
        <w:jc w:val="right"/>
      </w:pPr>
      <w:r>
        <w:t>اسٹریچ لائک بیہیویئر۔</w:t>
      </w:r>
    </w:p>
    <w:p>
      <w:r>
        <w:rPr>
          <w:b/>
        </w:rPr>
        <w:t xml:space="preserve">[32:05] </w:t>
      </w:r>
      <w:r>
        <w:t>We have to know the gravity of the, of the situation.</w:t>
      </w:r>
    </w:p>
    <w:p>
      <w:pPr>
        <w:jc w:val="right"/>
      </w:pPr>
      <w:r>
        <w:t>وی ہیو ٹو نو دا گریوٹی اف دا، اف دا سچویشن۔</w:t>
      </w:r>
    </w:p>
    <w:p>
      <w:r>
        <w:rPr>
          <w:b/>
        </w:rPr>
        <w:t xml:space="preserve">[32:11] </w:t>
      </w:r>
      <w:r>
        <w:t>So we have to refashion our life.</w:t>
      </w:r>
    </w:p>
    <w:p>
      <w:pPr>
        <w:jc w:val="right"/>
      </w:pPr>
      <w:r>
        <w:t>سو وی ہیو ٹو ری فیشن اور لائف۔</w:t>
      </w:r>
    </w:p>
    <w:p>
      <w:r>
        <w:rPr>
          <w:b/>
        </w:rPr>
        <w:t xml:space="preserve">[32:17] </w:t>
      </w:r>
      <w:r>
        <w:t>It is very very dangerous issue.</w:t>
      </w:r>
    </w:p>
    <w:p>
      <w:pPr>
        <w:jc w:val="right"/>
      </w:pPr>
      <w:r>
        <w:t>اٹ از ویری ویری ڈینجرس ایشو۔</w:t>
      </w:r>
    </w:p>
    <w:p>
      <w:r>
        <w:rPr>
          <w:b/>
        </w:rPr>
        <w:t xml:space="preserve">[32:23] </w:t>
      </w:r>
      <w:r>
        <w:t>If you read the really</w:t>
      </w:r>
    </w:p>
    <w:p>
      <w:pPr>
        <w:jc w:val="right"/>
      </w:pPr>
      <w:r>
        <w:t>اف یو ریڈ دا ریلی</w:t>
      </w:r>
    </w:p>
    <w:p>
      <w:r>
        <w:rPr>
          <w:b/>
        </w:rPr>
        <w:t xml:space="preserve">[32:29] </w:t>
      </w:r>
      <w:r>
        <w:t>جیسے لٹریچر، you will find that in every religious literature, there are predictions.</w:t>
      </w:r>
    </w:p>
    <w:p>
      <w:pPr>
        <w:jc w:val="right"/>
      </w:pPr>
      <w:r>
        <w:t>جیس لٹریچر، یو ویل فائنڈ دیٹ ان ایوری ریلیجیس لٹریچر، دیر ار پریڈکشنز۔</w:t>
      </w:r>
    </w:p>
    <w:p>
      <w:r>
        <w:rPr>
          <w:b/>
        </w:rPr>
        <w:t xml:space="preserve">[32:46] </w:t>
      </w:r>
      <w:r>
        <w:t>In almost every religious literature, there, there is a prediction that in later days, someone will,</w:t>
      </w:r>
    </w:p>
    <w:p>
      <w:pPr>
        <w:jc w:val="right"/>
      </w:pPr>
      <w:r>
        <w:t>ان الموسٹ ایوری ریلیجیس لٹریچر، دیر، دیر از اے پریڈکشن دیٹ ان لیٹر ڈیز، سم ون ویل،</w:t>
      </w:r>
    </w:p>
    <w:p>
      <w:r>
        <w:rPr>
          <w:b/>
        </w:rPr>
        <w:t xml:space="preserve">[33:02] </w:t>
      </w:r>
      <w:r>
        <w:t>Someone will come and he will solve all the issues.</w:t>
      </w:r>
    </w:p>
    <w:p>
      <w:pPr>
        <w:jc w:val="right"/>
      </w:pPr>
      <w:r>
        <w:t>سم ون ویل کم اینڈ ہی ویل سالو ال دا ایشوز۔</w:t>
      </w:r>
    </w:p>
    <w:p>
      <w:r>
        <w:rPr>
          <w:b/>
        </w:rPr>
        <w:t xml:space="preserve">[33:10] </w:t>
      </w:r>
      <w:r>
        <w:t>So people are waiting that mysterious person.</w:t>
      </w:r>
    </w:p>
    <w:p>
      <w:pPr>
        <w:jc w:val="right"/>
      </w:pPr>
      <w:r>
        <w:t>سو پیپل ار ویٹنگ دیٹ مسٹیریس پرسن۔</w:t>
      </w:r>
    </w:p>
    <w:p>
      <w:r>
        <w:rPr>
          <w:b/>
        </w:rPr>
        <w:t xml:space="preserve">[33:17] </w:t>
      </w:r>
      <w:r>
        <w:t>in every religion: Buddhism, Jainism, Hinduism, Christianity, Judaism, and also Islam.</w:t>
      </w:r>
    </w:p>
    <w:p>
      <w:pPr>
        <w:jc w:val="right"/>
      </w:pPr>
      <w:r>
        <w:t>ان ایوری ریلیجن: بدھزم، جینزم، ہندوازم، کرسچینٹی، جڈائزم، اینڈ السو اسلام۔</w:t>
      </w:r>
    </w:p>
    <w:p>
      <w:r>
        <w:rPr>
          <w:b/>
        </w:rPr>
        <w:t xml:space="preserve">[33:25] </w:t>
      </w:r>
      <w:r>
        <w:t>even in, e</w:t>
      </w:r>
    </w:p>
    <w:p>
      <w:pPr>
        <w:jc w:val="right"/>
      </w:pPr>
      <w:r>
        <w:t>ایون ان، ای</w:t>
      </w:r>
    </w:p>
    <w:p>
      <w:r>
        <w:rPr>
          <w:b/>
        </w:rPr>
        <w:t xml:space="preserve">[33:32] </w:t>
      </w:r>
      <w:r>
        <w:t>one in Baha'ism.</w:t>
      </w:r>
    </w:p>
    <w:p>
      <w:pPr>
        <w:jc w:val="right"/>
      </w:pPr>
      <w:r>
        <w:t>ون ان بہائیزم۔</w:t>
      </w:r>
    </w:p>
    <w:p>
      <w:r>
        <w:rPr>
          <w:b/>
        </w:rPr>
        <w:t xml:space="preserve">[33:44] </w:t>
      </w:r>
      <w:r>
        <w:t>In every religion, there is a belief according to their scriptures that someday, a very, a very</w:t>
      </w:r>
    </w:p>
    <w:p>
      <w:pPr>
        <w:jc w:val="right"/>
      </w:pPr>
      <w:r>
        <w:t>ان ایوری ریلیجن، دیر از اے بیلیف اکارڈنگ ٹو دیر سکرپچرز دیٹ سم ڈے، ا ویری، ا ویری</w:t>
      </w:r>
    </w:p>
    <w:p>
      <w:r>
        <w:rPr>
          <w:b/>
        </w:rPr>
        <w:t xml:space="preserve">[33:56] </w:t>
      </w:r>
      <w:r>
        <w:t>اسٹیج پرسنلٹی ویل ایمرج اینڈ دس پرسنلٹی ویل سالو آل دا پرابلمز۔</w:t>
      </w:r>
    </w:p>
    <w:p>
      <w:pPr>
        <w:jc w:val="right"/>
      </w:pPr>
      <w:r>
        <w:t>اسٹیج پرسنیلٹی ویل ایمرج اینڈ دس پرسنیلٹی ویل سالو ال دا پرابلمز۔</w:t>
      </w:r>
    </w:p>
    <w:p>
      <w:r>
        <w:rPr>
          <w:b/>
        </w:rPr>
        <w:t xml:space="preserve">[34:07] </w:t>
      </w:r>
      <w:r>
        <w:t>But I think that all these things are simply dream.</w:t>
      </w:r>
    </w:p>
    <w:p>
      <w:pPr>
        <w:jc w:val="right"/>
      </w:pPr>
      <w:r>
        <w:t>بٹ ائی تھنک دیٹ ال دیز تھنگز ار سمپلی ڈریم۔</w:t>
      </w:r>
    </w:p>
    <w:p>
      <w:r>
        <w:rPr>
          <w:b/>
        </w:rPr>
        <w:t xml:space="preserve">[34:18] </w:t>
      </w:r>
      <w:r>
        <w:t>People are waiting.</w:t>
      </w:r>
    </w:p>
    <w:p>
      <w:pPr>
        <w:jc w:val="right"/>
      </w:pPr>
      <w:r>
        <w:t>پیپل ار ویٹنگ۔</w:t>
      </w:r>
    </w:p>
    <w:p>
      <w:r>
        <w:rPr>
          <w:b/>
        </w:rPr>
        <w:t xml:space="preserve">[34:28] </w:t>
      </w:r>
      <w:r>
        <w:t>There is a line in the Persian: "مردے از غیب برو ائے دو کار بے کنت۔" Someone will appear</w:t>
      </w:r>
    </w:p>
    <w:p>
      <w:pPr>
        <w:jc w:val="right"/>
      </w:pPr>
      <w:r>
        <w:t>دیر از اے لائن ان دا پرشین: "مردے از غیب برو ائے دو کار بے کنت۔" سم ون ویل اپیئر</w:t>
      </w:r>
    </w:p>
    <w:p>
      <w:r>
        <w:rPr>
          <w:b/>
        </w:rPr>
        <w:t xml:space="preserve">[34:38] </w:t>
      </w:r>
      <w:r>
        <w:t>And he will do all the things mysteriously.</w:t>
      </w:r>
    </w:p>
    <w:p>
      <w:pPr>
        <w:jc w:val="right"/>
      </w:pPr>
      <w:r>
        <w:t>اینڈ ہی ویل ڈو ال دا تھنگز مسٹیریسلی۔</w:t>
      </w:r>
    </w:p>
    <w:p>
      <w:r>
        <w:rPr>
          <w:b/>
        </w:rPr>
        <w:t xml:space="preserve">[34:49] </w:t>
      </w:r>
      <w:r>
        <w:t>But I don't believe that anyone is coming with mysterious powers, with miraculous powers.</w:t>
      </w:r>
    </w:p>
    <w:p>
      <w:pPr>
        <w:jc w:val="right"/>
      </w:pPr>
      <w:r>
        <w:t>بٹ ائی ڈونٹ بیلیو دیٹ اینی ون از کمنگ ود مسٹیریس پاورز، ود میریکولس پاورز۔</w:t>
      </w:r>
    </w:p>
    <w:p>
      <w:r>
        <w:rPr>
          <w:b/>
        </w:rPr>
        <w:t xml:space="preserve">[34:59] </w:t>
      </w:r>
      <w:r>
        <w:t>Now, the history is heading to its end</w:t>
      </w:r>
    </w:p>
    <w:p>
      <w:pPr>
        <w:jc w:val="right"/>
      </w:pPr>
      <w:r>
        <w:t>ناؤ، دا ہسٹری از ہیڈنگ ٹو اٹس اینڈ</w:t>
      </w:r>
    </w:p>
    <w:p>
      <w:r>
        <w:rPr>
          <w:b/>
        </w:rPr>
        <w:t xml:space="preserve">[35:09] </w:t>
      </w:r>
      <w:r>
        <w:t>.</w:t>
      </w:r>
    </w:p>
    <w:p>
      <w:pPr>
        <w:jc w:val="right"/>
      </w:pPr>
      <w:r>
        <w:t>۔</w:t>
      </w:r>
    </w:p>
    <w:p>
      <w:r>
        <w:rPr>
          <w:b/>
        </w:rPr>
        <w:t xml:space="preserve">[35:17] </w:t>
      </w:r>
      <w:r>
        <w:t>All the signs indicate that history is heading to its end.</w:t>
      </w:r>
    </w:p>
    <w:p>
      <w:pPr>
        <w:jc w:val="right"/>
      </w:pPr>
      <w:r>
        <w:t>ال دا سائنز انڈیکیٹ دیٹ ہسٹری از ہیڈنگ ٹو اٹس اینڈ۔</w:t>
      </w:r>
    </w:p>
    <w:p>
      <w:r>
        <w:rPr>
          <w:b/>
        </w:rPr>
        <w:t xml:space="preserve">[35:24] </w:t>
      </w:r>
      <w:r>
        <w:t>You see, when there is no, when there is no water on this earth, when there is no</w:t>
      </w:r>
    </w:p>
    <w:p>
      <w:pPr>
        <w:jc w:val="right"/>
      </w:pPr>
      <w:r>
        <w:t>یو سی، وین دیر از نو، وین دیر از نو واٹر ان دس ارتھ، وین دیر از نو</w:t>
      </w:r>
    </w:p>
    <w:p>
      <w:r>
        <w:rPr>
          <w:b/>
        </w:rPr>
        <w:t xml:space="preserve">[35:32] </w:t>
      </w:r>
      <w:r>
        <w:t>life support system in this Earth,</w:t>
      </w:r>
    </w:p>
    <w:p>
      <w:pPr>
        <w:jc w:val="right"/>
      </w:pPr>
      <w:r>
        <w:t>لائف سپورٹ سسٹم ان دس ارتھ،</w:t>
      </w:r>
    </w:p>
    <w:p>
      <w:r>
        <w:rPr>
          <w:b/>
        </w:rPr>
        <w:t xml:space="preserve">[35:40] </w:t>
      </w:r>
      <w:r>
        <w:t>When there is no balance, present balance.</w:t>
      </w:r>
    </w:p>
    <w:p>
      <w:pPr>
        <w:jc w:val="right"/>
      </w:pPr>
      <w:r>
        <w:t>وین دیر از نو بیلنس، پریزنٹ بیلنس۔</w:t>
      </w:r>
    </w:p>
    <w:p>
      <w:r>
        <w:rPr>
          <w:b/>
        </w:rPr>
        <w:t xml:space="preserve">[35:55] </w:t>
      </w:r>
      <w:r>
        <w:t>So how you can live in this, in this earth? So people are waiting for some mysterious person and,</w:t>
      </w:r>
    </w:p>
    <w:p>
      <w:pPr>
        <w:jc w:val="right"/>
      </w:pPr>
      <w:r>
        <w:t>سو ہاؤ یو کین لیو ان دس، ان دس ارتھ؟ سو پیپل ار ویٹنگ فار سم مسٹیریس پرسن اینڈ،</w:t>
      </w:r>
    </w:p>
    <w:p>
      <w:r>
        <w:rPr>
          <w:b/>
        </w:rPr>
        <w:t xml:space="preserve">[36:10] </w:t>
      </w:r>
      <w:r>
        <w:t>And time is running.</w:t>
      </w:r>
    </w:p>
    <w:p>
      <w:pPr>
        <w:jc w:val="right"/>
      </w:pPr>
      <w:r>
        <w:t>اینڈ ٹائم از رننگ۔</w:t>
      </w:r>
    </w:p>
    <w:p>
      <w:r>
        <w:rPr>
          <w:b/>
        </w:rPr>
        <w:t xml:space="preserve">[36:17] </w:t>
      </w:r>
      <w:r>
        <w:t>Time is running out.</w:t>
      </w:r>
    </w:p>
    <w:p>
      <w:pPr>
        <w:jc w:val="right"/>
      </w:pPr>
      <w:r>
        <w:t>ٹائم از رننگ اؤٹ۔</w:t>
      </w:r>
    </w:p>
    <w:p>
      <w:r>
        <w:rPr>
          <w:b/>
        </w:rPr>
        <w:t xml:space="preserve">[36:23] </w:t>
      </w:r>
      <w:r>
        <w:t>Time is running out.</w:t>
      </w:r>
    </w:p>
    <w:p>
      <w:pPr>
        <w:jc w:val="right"/>
      </w:pPr>
      <w:r>
        <w:t>ٹائم از رننگ اؤٹ۔</w:t>
      </w:r>
    </w:p>
    <w:p>
      <w:r>
        <w:rPr>
          <w:b/>
        </w:rPr>
        <w:t xml:space="preserve">[36:29] </w:t>
      </w:r>
      <w:r>
        <w:t>I don't think that any mysterious person is coming, any miraculous personality is coming.</w:t>
      </w:r>
    </w:p>
    <w:p>
      <w:pPr>
        <w:jc w:val="right"/>
      </w:pPr>
      <w:r>
        <w:t>ائی ڈونٹ تھنک دیٹ اینی مسٹیریس پرسن از کمنگ، اینی میریکولس پرسنیلٹی از کمنگ۔</w:t>
      </w:r>
    </w:p>
    <w:p>
      <w:r>
        <w:rPr>
          <w:b/>
        </w:rPr>
        <w:t xml:space="preserve">[36:35] </w:t>
      </w:r>
      <w:r>
        <w:t>No, we have to understand the</w:t>
      </w:r>
    </w:p>
    <w:p>
      <w:pPr>
        <w:jc w:val="right"/>
      </w:pPr>
      <w:r>
        <w:t>نو، وی ہیو ٹو انڈرسٹینڈ دا</w:t>
      </w:r>
    </w:p>
    <w:p>
      <w:r>
        <w:rPr>
          <w:b/>
        </w:rPr>
        <w:t xml:space="preserve">[36:41] </w:t>
      </w:r>
      <w:r>
        <w:t>gravity of the situation. I think there is no other option for us. We cannot wait for a mysterious personality. No, time is running out. So we have to o</w:t>
      </w:r>
    </w:p>
    <w:p>
      <w:pPr>
        <w:jc w:val="right"/>
      </w:pPr>
      <w:r>
        <w:t>گریوٹی اف دا سچویشن۔ ائی تھنک دیر از نو ادر اپشن فار اس۔ وی کین ناٹ ویٹ فار ا مسٹیریس پرسنیلٹی۔ نو، ٹائم از رننگ اؤٹ۔ سو وی ہیو ٹو او</w:t>
      </w:r>
    </w:p>
    <w:p>
      <w:r>
        <w:rPr>
          <w:b/>
        </w:rPr>
        <w:t xml:space="preserve">[37:11] </w:t>
      </w:r>
      <w:r>
        <w:t>One.</w:t>
      </w:r>
    </w:p>
    <w:p>
      <w:pPr>
        <w:jc w:val="right"/>
      </w:pPr>
      <w:r>
        <w:t>یک۔</w:t>
      </w:r>
    </w:p>
    <w:p>
      <w:r>
        <w:rPr>
          <w:b/>
        </w:rPr>
        <w:t xml:space="preserve">[37:18] </w:t>
      </w:r>
      <w:r>
        <w:t>We have to awake.</w:t>
      </w:r>
    </w:p>
    <w:p>
      <w:pPr>
        <w:jc w:val="right"/>
      </w:pPr>
      <w:r>
        <w:t>وی ہیو ٹو اویک۔</w:t>
      </w:r>
    </w:p>
    <w:p>
      <w:r>
        <w:rPr>
          <w:b/>
        </w:rPr>
        <w:t xml:space="preserve">[37:26] </w:t>
      </w:r>
      <w:r>
        <w:t>So it is very important to know that this world was not created as a blessing for us.</w:t>
      </w:r>
    </w:p>
    <w:p>
      <w:pPr>
        <w:jc w:val="right"/>
      </w:pPr>
      <w:r>
        <w:t>سو اٹ از ویری امپورٹنٹ ٹو نو دیٹ دس ورلڈ واز ناٹ کریٹڈ ایز اے بلیسنگ فار اس۔</w:t>
      </w:r>
    </w:p>
    <w:p>
      <w:r>
        <w:rPr>
          <w:b/>
        </w:rPr>
        <w:t xml:space="preserve">[37:33] </w:t>
      </w:r>
      <w:r>
        <w:t>This world was not created for us to live here with to, to, to acquire plea</w:t>
      </w:r>
    </w:p>
    <w:p>
      <w:pPr>
        <w:jc w:val="right"/>
      </w:pPr>
      <w:r>
        <w:t>دس ورلڈ واز ناٹ کریٹڈ فار اس ٹو لیو ہیر ود ٹو، ٹو، ٹو اکوائر پلی</w:t>
      </w:r>
    </w:p>
    <w:p>
      <w:r>
        <w:rPr>
          <w:b/>
        </w:rPr>
        <w:t xml:space="preserve">[37:41] </w:t>
      </w:r>
      <w:r>
        <w:t>rather, to enjoy.</w:t>
      </w:r>
    </w:p>
    <w:p>
      <w:pPr>
        <w:jc w:val="right"/>
      </w:pPr>
      <w:r>
        <w:t>ژر، ٹو انجوائے۔</w:t>
      </w:r>
    </w:p>
    <w:p>
      <w:r>
        <w:rPr>
          <w:b/>
        </w:rPr>
        <w:t xml:space="preserve">[37:48] </w:t>
      </w:r>
      <w:r>
        <w:t>No, the world was not meant for these purposes.</w:t>
      </w:r>
    </w:p>
    <w:p>
      <w:pPr>
        <w:jc w:val="right"/>
      </w:pPr>
      <w:r>
        <w:t>نو، دا ورلڈ واز ناٹ مینٹ فار دیز پرپسز۔</w:t>
      </w:r>
    </w:p>
    <w:p>
      <w:r>
        <w:rPr>
          <w:b/>
        </w:rPr>
        <w:t xml:space="preserve">[37:56] </w:t>
      </w:r>
      <w:r>
        <w:t>This world was a prepare, this world was a preparatory ground.</w:t>
      </w:r>
    </w:p>
    <w:p>
      <w:pPr>
        <w:jc w:val="right"/>
      </w:pPr>
      <w:r>
        <w:t>دس ورلڈ واز ا پریپیئر، دس ورلڈ واز ا پریپریٹری گراؤنڈ۔</w:t>
      </w:r>
    </w:p>
    <w:p>
      <w:r>
        <w:rPr>
          <w:b/>
        </w:rPr>
        <w:t xml:space="preserve">[38:03] </w:t>
      </w:r>
      <w:r>
        <w:t>All those things that are, that are available on this planet, only they are only the facilitator and preparatory</w:t>
      </w:r>
    </w:p>
    <w:p>
      <w:pPr>
        <w:jc w:val="right"/>
      </w:pPr>
      <w:r>
        <w:t>ال دوز تھنگز دیٹ ار، دیٹ ار اویلیبل ان دس پلینٹ، اونلی دے ار اونلی دا فیسلیٹیٹ اور پریپریٹری</w:t>
      </w:r>
    </w:p>
    <w:p>
      <w:r>
        <w:rPr>
          <w:b/>
        </w:rPr>
        <w:t xml:space="preserve">[38:11] </w:t>
      </w:r>
      <w:r>
        <w:t>, or preparation. All those things which we see in this earth were only to facilitate our preparation. So we have to rethink. We have to redefine. We have to rediscover. And</w:t>
      </w:r>
    </w:p>
    <w:p>
      <w:pPr>
        <w:jc w:val="right"/>
      </w:pPr>
      <w:r>
        <w:t>، اور پریپریشن۔ ال دوز تھنگز وچ وی سی ان دس ارتھ ویر اونلی ٹو فیسلیٹیٹ اور پریپریشن۔ سو وی ہیو ٹو ری تھنک۔ وی ہیو ٹو ری ڈیفائن۔ وی ہیو ٹو ری ڈسکور۔ اد</w:t>
      </w:r>
    </w:p>
    <w:p>
      <w:r>
        <w:rPr>
          <w:b/>
        </w:rPr>
        <w:t xml:space="preserve">[38:41] </w:t>
      </w:r>
      <w:r>
        <w:t>Revise, we will serve, we will suffer.</w:t>
      </w:r>
    </w:p>
    <w:p>
      <w:pPr>
        <w:jc w:val="right"/>
      </w:pPr>
      <w:r>
        <w:t>روائز، وی ویل سرف، وی ویل سفر۔</w:t>
      </w:r>
    </w:p>
    <w:p>
      <w:r>
        <w:rPr>
          <w:b/>
        </w:rPr>
        <w:t xml:space="preserve">[38:51] </w:t>
      </w:r>
      <w:r>
        <w:t>We will, we will, we will pay very heavy price for this ignorance.</w:t>
      </w:r>
    </w:p>
    <w:p>
      <w:pPr>
        <w:jc w:val="right"/>
      </w:pPr>
      <w:r>
        <w:t>وی ویل، وی ویل، وی ویل پے ویری ہیوی پرائس فار دس اگنورنس۔</w:t>
      </w:r>
    </w:p>
    <w:p>
      <w:r>
        <w:rPr>
          <w:b/>
        </w:rPr>
        <w:t xml:space="preserve">[39:01] </w:t>
      </w:r>
      <w:r>
        <w:t>The first thing is required to understand</w:t>
      </w:r>
    </w:p>
    <w:p>
      <w:pPr>
        <w:jc w:val="right"/>
      </w:pPr>
      <w:r>
        <w:t>دا فرسٹ تھنگ از ریکوائرڈ ٹو انڈرسٹینڈ</w:t>
      </w:r>
    </w:p>
    <w:p>
      <w:r>
        <w:rPr>
          <w:b/>
        </w:rPr>
        <w:t xml:space="preserve">[39:11] </w:t>
      </w:r>
      <w:r>
        <w:t>that we are not here. We are here not for enjoyment. We are here not for enjoyment. We are here only to prepare our self. No, what is preparation? Preparation means to prepa</w:t>
      </w:r>
    </w:p>
    <w:p>
      <w:pPr>
        <w:jc w:val="right"/>
      </w:pPr>
      <w:r>
        <w:t>دیٹ وی ار ناٹ ہیر۔ وی ار ہیر ناٹ فار انجوائمنٹ۔ وی ار ہیر ناٹ فار انجوائمنٹ۔ وی ار ہیر اونلی ٹو پریپیئر اور سیلف۔ نو، واٹ از پریپریشن؟ پریپریشن مینز ٹو پریپی</w:t>
      </w:r>
    </w:p>
    <w:p>
      <w:r>
        <w:rPr>
          <w:b/>
        </w:rPr>
        <w:t xml:space="preserve">[39:41] </w:t>
      </w:r>
      <w:r>
        <w:t>re our personality, to discover the truth, to, to live with divine principles, to save us from temptations</w:t>
      </w:r>
    </w:p>
    <w:p>
      <w:pPr>
        <w:jc w:val="right"/>
      </w:pPr>
      <w:r>
        <w:t>ئر اور پرسنیلٹی، ٹو ڈسکور دا ٹروتھ، ٹو، ٹو لیو ود ڈیوائن پرنسپلز، ٹو سیو اس فرام ٹیمپٹیشنز</w:t>
      </w:r>
    </w:p>
    <w:p>
      <w:r>
        <w:rPr>
          <w:b/>
        </w:rPr>
        <w:t xml:space="preserve">[40:12] </w:t>
      </w:r>
      <w:r>
        <w:t>.</w:t>
      </w:r>
    </w:p>
    <w:p>
      <w:pPr>
        <w:jc w:val="right"/>
      </w:pPr>
      <w:r>
        <w:t>۔</w:t>
      </w:r>
    </w:p>
    <w:p>
      <w:r>
        <w:rPr>
          <w:b/>
        </w:rPr>
        <w:t xml:space="preserve">[40:18] </w:t>
      </w:r>
      <w:r>
        <w:t>aur case is just like Adam.</w:t>
      </w:r>
    </w:p>
    <w:p>
      <w:pPr>
        <w:jc w:val="right"/>
      </w:pPr>
      <w:r>
        <w:t>اور کیس از جسٹ لائک ادم۔</w:t>
      </w:r>
    </w:p>
    <w:p>
      <w:r>
        <w:rPr>
          <w:b/>
        </w:rPr>
        <w:t xml:space="preserve">[40:24] </w:t>
      </w:r>
      <w:r>
        <w:t>Adam was told that don't approach to this tree, but he was overpowered by his temptation and</w:t>
      </w:r>
    </w:p>
    <w:p>
      <w:pPr>
        <w:jc w:val="right"/>
      </w:pPr>
      <w:r>
        <w:t>ادم واز ٹولڈ دیٹ ڈونٹ اپروچ ٹو دس ٹری، بٹ ہی واز اوور پاورڈ بائے ہز ٹیمپٹیشن اینڈ</w:t>
      </w:r>
    </w:p>
    <w:p>
      <w:r>
        <w:rPr>
          <w:b/>
        </w:rPr>
        <w:t xml:space="preserve">[40:30] </w:t>
      </w:r>
      <w:r>
        <w:t>He ate the fruit of that forbidden tree.</w:t>
      </w:r>
    </w:p>
    <w:p>
      <w:pPr>
        <w:jc w:val="right"/>
      </w:pPr>
      <w:r>
        <w:t>ہی ایٹ دا فروٹ اف دیٹ فاربیڈن ٹری۔</w:t>
      </w:r>
    </w:p>
    <w:p>
      <w:r>
        <w:rPr>
          <w:b/>
        </w:rPr>
        <w:t xml:space="preserve">[40:36] </w:t>
      </w:r>
      <w:r>
        <w:t>Then he was thrown to this earth</w:t>
      </w:r>
    </w:p>
    <w:p>
      <w:pPr>
        <w:jc w:val="right"/>
      </w:pPr>
      <w:r>
        <w:t>دین ہی واز تھرون ٹو دس ارتھ</w:t>
      </w:r>
    </w:p>
    <w:p>
      <w:r>
        <w:rPr>
          <w:b/>
        </w:rPr>
        <w:t xml:space="preserve">[40:43] </w:t>
      </w:r>
      <w:r>
        <w:t>. Now, it is very very serious matter. First time, Adam was thrown to this planet earth, but now, if man commit the same sin, if man remitted the same sin, then he will, then he will be that there is no other pl</w:t>
      </w:r>
    </w:p>
    <w:p>
      <w:pPr>
        <w:jc w:val="right"/>
      </w:pPr>
      <w:r>
        <w:t>۔ ناؤ، اٹ از ویری ویری سیریس میٹر۔ فرسٹ ٹائم، ادم واز تھرون ٹو دس پلینٹ ارتھ، بٹ ناؤ، اف مین کمیٹڈ دا سیم سن، اف مین ریمیٹڈ دا سیم سن، دین ہی ویل، دین ہی ویل بی دیٹ دیر از نو ادر پل</w:t>
      </w:r>
    </w:p>
    <w:p>
      <w:r>
        <w:rPr>
          <w:b/>
        </w:rPr>
        <w:t xml:space="preserve">[41:13] </w:t>
      </w:r>
      <w:r>
        <w:t>and earth for him.</w:t>
      </w:r>
    </w:p>
    <w:p>
      <w:pPr>
        <w:jc w:val="right"/>
      </w:pPr>
      <w:r>
        <w:t>ینٹ ارتھ فار ہم۔</w:t>
      </w:r>
    </w:p>
    <w:p>
      <w:r>
        <w:rPr>
          <w:b/>
        </w:rPr>
        <w:t xml:space="preserve">[41:18] </w:t>
      </w:r>
      <w:r>
        <w:t>Deen there is no other planet earth for him.</w:t>
      </w:r>
    </w:p>
    <w:p>
      <w:pPr>
        <w:jc w:val="right"/>
      </w:pPr>
      <w:r>
        <w:t>دین دیر از نو ادر پلینٹ ارتھ فار ہم۔</w:t>
      </w:r>
    </w:p>
    <w:p>
      <w:r>
        <w:rPr>
          <w:b/>
        </w:rPr>
        <w:t xml:space="preserve">[41:23] </w:t>
      </w:r>
      <w:r>
        <w:t>The other planet is hell.</w:t>
      </w:r>
    </w:p>
    <w:p>
      <w:pPr>
        <w:jc w:val="right"/>
      </w:pPr>
      <w:r>
        <w:t>دا ادر پلینٹ از ہیل۔</w:t>
      </w:r>
    </w:p>
    <w:p>
      <w:r>
        <w:rPr>
          <w:b/>
        </w:rPr>
        <w:t xml:space="preserve">[41:28] </w:t>
      </w:r>
      <w:r>
        <w:t>Adam committed a sin.</w:t>
      </w:r>
    </w:p>
    <w:p>
      <w:pPr>
        <w:jc w:val="right"/>
      </w:pPr>
      <w:r>
        <w:t>ادم کمیٹڈ ا سن۔</w:t>
      </w:r>
    </w:p>
    <w:p>
      <w:r>
        <w:rPr>
          <w:b/>
        </w:rPr>
        <w:t xml:space="preserve">[41:33] </w:t>
      </w:r>
      <w:r>
        <w:t>Adam was overpowered by his temptations and he was thrown to this planet Earth.</w:t>
      </w:r>
    </w:p>
    <w:p>
      <w:pPr>
        <w:jc w:val="right"/>
      </w:pPr>
      <w:r>
        <w:t>ادم واز اوور پاورڈ بائے ہز ٹیمپٹیشنز اینڈ ہی واز تھرون ٹو دس پلینٹ ارتھ۔</w:t>
      </w:r>
    </w:p>
    <w:p>
      <w:r>
        <w:rPr>
          <w:b/>
        </w:rPr>
        <w:t xml:space="preserve">[41:38] </w:t>
      </w:r>
      <w:r>
        <w:t>But now, the generation of</w:t>
      </w:r>
    </w:p>
    <w:p>
      <w:pPr>
        <w:jc w:val="right"/>
      </w:pPr>
      <w:r>
        <w:t>بٹ ناؤ، دا جنریشن اف</w:t>
      </w:r>
    </w:p>
    <w:p>
      <w:r>
        <w:rPr>
          <w:b/>
        </w:rPr>
        <w:t xml:space="preserve">[41:43] </w:t>
      </w:r>
      <w:r>
        <w:t>Adam, we all are generation of Adam.</w:t>
      </w:r>
    </w:p>
    <w:p>
      <w:pPr>
        <w:jc w:val="right"/>
      </w:pPr>
      <w:r>
        <w:t>ادم، وی ال ار جنریشن اف ادم۔</w:t>
      </w:r>
    </w:p>
    <w:p>
      <w:r>
        <w:rPr>
          <w:b/>
        </w:rPr>
        <w:t xml:space="preserve">[41:49] </w:t>
      </w:r>
      <w:r>
        <w:t>If we committed that kind of sin, if we were overpowered by our temptations, then there is</w:t>
      </w:r>
    </w:p>
    <w:p>
      <w:pPr>
        <w:jc w:val="right"/>
      </w:pPr>
      <w:r>
        <w:t>اف وی ریمیٹڈ دیٹ کائنڈ اف سن، اف وی وار اوور پاورڈ بائے اور ٹیمپٹیشنز، دین دیر از</w:t>
      </w:r>
    </w:p>
    <w:p>
      <w:r>
        <w:rPr>
          <w:b/>
        </w:rPr>
        <w:t xml:space="preserve">[41:55] </w:t>
      </w:r>
      <w:r>
        <w:t>No other planet Earth for us.</w:t>
      </w:r>
    </w:p>
    <w:p>
      <w:pPr>
        <w:jc w:val="right"/>
      </w:pPr>
      <w:r>
        <w:t>نو ادر پلینٹ ارتھ فار اس۔</w:t>
      </w:r>
    </w:p>
    <w:p>
      <w:r>
        <w:rPr>
          <w:b/>
        </w:rPr>
        <w:t xml:space="preserve">[42:01] </w:t>
      </w:r>
      <w:r>
        <w:t>Other world for us is hell.</w:t>
      </w:r>
    </w:p>
    <w:p>
      <w:pPr>
        <w:jc w:val="right"/>
      </w:pPr>
      <w:r>
        <w:t>ادر ورلڈ فار اس از ہیل۔</w:t>
      </w:r>
    </w:p>
    <w:p>
      <w:r>
        <w:rPr>
          <w:b/>
        </w:rPr>
        <w:t xml:space="preserve">[42:07] </w:t>
      </w:r>
      <w:r>
        <w:t>This is very very serious matter.</w:t>
      </w:r>
    </w:p>
    <w:p>
      <w:pPr>
        <w:jc w:val="right"/>
      </w:pPr>
      <w:r>
        <w:t>دس از ویری ویری سیریس میٹر۔</w:t>
      </w:r>
    </w:p>
    <w:p>
      <w:r>
        <w:rPr>
          <w:b/>
        </w:rPr>
        <w:t xml:space="preserve">[42:13] </w:t>
      </w:r>
      <w:r>
        <w:t>Very very dangerous matter.</w:t>
      </w:r>
    </w:p>
    <w:p>
      <w:pPr>
        <w:jc w:val="right"/>
      </w:pPr>
      <w:r>
        <w:t>ویری ویری ڈینجرس میٹر۔</w:t>
      </w:r>
    </w:p>
    <w:p>
      <w:r>
        <w:rPr>
          <w:b/>
        </w:rPr>
        <w:t xml:space="preserve">[42:19] </w:t>
      </w:r>
      <w:r>
        <w:t>From this planet Earth, there is no journey towards any other planet.</w:t>
      </w:r>
    </w:p>
    <w:p>
      <w:pPr>
        <w:jc w:val="right"/>
      </w:pPr>
      <w:r>
        <w:t>فرام دس پلینٹ ارتھ، دیر از نو جرنی ٹورڈز اینی ادر پلینٹ۔</w:t>
      </w:r>
    </w:p>
    <w:p>
      <w:r>
        <w:rPr>
          <w:b/>
        </w:rPr>
        <w:t xml:space="preserve">[42:25] </w:t>
      </w:r>
      <w:r>
        <w:t>Adam was forgiven.</w:t>
      </w:r>
    </w:p>
    <w:p>
      <w:pPr>
        <w:jc w:val="right"/>
      </w:pPr>
      <w:r>
        <w:t>ادم واز فارگیون۔</w:t>
      </w:r>
    </w:p>
    <w:p>
      <w:r>
        <w:rPr>
          <w:b/>
        </w:rPr>
        <w:t xml:space="preserve">[42:31] </w:t>
      </w:r>
      <w:r>
        <w:t>But the second sin, but the second sin committed by man will not be forgiven.</w:t>
      </w:r>
    </w:p>
    <w:p>
      <w:pPr>
        <w:jc w:val="right"/>
      </w:pPr>
      <w:r>
        <w:t>بٹ دا سیکنڈ سن، بٹ دا سیکنڈ سن کمیٹڈ بائے مین ویل ناٹ بی فارگیون۔</w:t>
      </w:r>
    </w:p>
    <w:p>
      <w:r>
        <w:rPr>
          <w:b/>
        </w:rPr>
        <w:t xml:space="preserve">[42:37] </w:t>
      </w:r>
      <w:r>
        <w:t>Forgiveness, forgiveness was a</w:t>
      </w:r>
    </w:p>
    <w:p>
      <w:pPr>
        <w:jc w:val="right"/>
      </w:pPr>
      <w:r>
        <w:t>فارگیونس، فارگیونس واز ای</w:t>
      </w:r>
    </w:p>
    <w:p>
      <w:r>
        <w:rPr>
          <w:b/>
        </w:rPr>
        <w:t xml:space="preserve">[42:43] </w:t>
      </w:r>
      <w:r>
        <w:t>at the time of first sin, but if the, but if the second sin, there is no forgiveness.</w:t>
      </w:r>
    </w:p>
    <w:p>
      <w:pPr>
        <w:jc w:val="right"/>
      </w:pPr>
      <w:r>
        <w:t>ٹ دا ٹائم اف فرسٹ سن، بٹ اف دا، بٹ اف دا سیکنڈ سن، دیر از نو فارگیونس۔</w:t>
      </w:r>
    </w:p>
    <w:p>
      <w:r>
        <w:rPr>
          <w:b/>
        </w:rPr>
        <w:t xml:space="preserve">[42:51] </w:t>
      </w:r>
      <w:r>
        <w:t>is very very clear in the Quran.</w:t>
      </w:r>
    </w:p>
    <w:p>
      <w:pPr>
        <w:jc w:val="right"/>
      </w:pPr>
      <w:r>
        <w:t>از ویری ویری کلیئر ان دا قران۔</w:t>
      </w:r>
    </w:p>
    <w:p>
      <w:r>
        <w:rPr>
          <w:b/>
        </w:rPr>
        <w:t xml:space="preserve">[42:58] </w:t>
      </w:r>
      <w:r>
        <w:t>When after the committed first sin, Adam said, "Oh God, forgive me." When, when Adam committed the first</w:t>
      </w:r>
    </w:p>
    <w:p>
      <w:pPr>
        <w:jc w:val="right"/>
      </w:pPr>
      <w:r>
        <w:t>وین افٹر دا کمیٹڈ فرسٹ سن، ادم سیڈ، "او گاڈ، فارگیو می۔" وین، وین ادم کمیٹڈ دا فرسٹ</w:t>
      </w:r>
    </w:p>
    <w:p>
      <w:r>
        <w:rPr>
          <w:b/>
        </w:rPr>
        <w:t xml:space="preserve">[43:06] </w:t>
      </w:r>
      <w:r>
        <w:t>سن، he prayed,</w:t>
      </w:r>
    </w:p>
    <w:p>
      <w:pPr>
        <w:jc w:val="right"/>
      </w:pPr>
      <w:r>
        <w:t>سن، ہی پریڈ،</w:t>
      </w:r>
    </w:p>
    <w:p>
      <w:r>
        <w:rPr>
          <w:b/>
        </w:rPr>
        <w:t xml:space="preserve">[43:13] </w:t>
      </w:r>
      <w:r>
        <w:t>"O God, forgive me." So God said, "Yes, I will forgive you."</w:t>
      </w:r>
    </w:p>
    <w:p>
      <w:pPr>
        <w:jc w:val="right"/>
      </w:pPr>
      <w:r>
        <w:t>"او گاڈ، فارگیو می۔" سو گاڈ سیڈ، "ایس، ائی ویل فارگیو می۔</w:t>
      </w:r>
    </w:p>
    <w:p>
      <w:r>
        <w:rPr>
          <w:b/>
        </w:rPr>
        <w:t xml:space="preserve">[43:24] </w:t>
      </w:r>
      <w:r>
        <w:t>Go to the planet Earth and try again to prepare yourself to be, to find reentry</w:t>
      </w:r>
    </w:p>
    <w:p>
      <w:pPr>
        <w:jc w:val="right"/>
      </w:pPr>
      <w:r>
        <w:t>گو ٹو دا پلینٹ ارتھ اینڈ ٹرائی اگین ٹو پریپیئر یور سیلف ٹو بی، ٹو فائنڈ ری انٹری</w:t>
      </w:r>
    </w:p>
    <w:p>
      <w:r>
        <w:rPr>
          <w:b/>
        </w:rPr>
        <w:t xml:space="preserve">[43:34] </w:t>
      </w:r>
      <w:r>
        <w:t>in the Paradise." So Adam was sent here. But</w:t>
      </w:r>
    </w:p>
    <w:p>
      <w:pPr>
        <w:jc w:val="right"/>
      </w:pPr>
      <w:r>
        <w:t>ان دا پیراڈائز۔" سو ادم واز سینڈ ہیر۔ بٹ</w:t>
      </w:r>
    </w:p>
    <w:p>
      <w:r>
        <w:rPr>
          <w:b/>
        </w:rPr>
        <w:t xml:space="preserve">[43:44] </w:t>
      </w:r>
      <w:r>
        <w:t>Again, there is a verse in the Quran that after, after the, but in the, in the here</w:t>
      </w:r>
    </w:p>
    <w:p>
      <w:pPr>
        <w:jc w:val="right"/>
      </w:pPr>
      <w:r>
        <w:t>اگین، دیر از اے ورس ان دا قران دیٹ افٹر، افٹر دا، بٹ ان دا، ان دا ہیر</w:t>
      </w:r>
    </w:p>
    <w:p>
      <w:r>
        <w:rPr>
          <w:b/>
        </w:rPr>
        <w:t xml:space="preserve">[43:54] </w:t>
      </w:r>
      <w:r>
        <w:t>After, in the hereafter, some people will say that, "Oh God, we committed sin.</w:t>
      </w:r>
    </w:p>
    <w:p>
      <w:pPr>
        <w:jc w:val="right"/>
      </w:pPr>
      <w:r>
        <w:t>افٹر، ان دا ہیر افٹر، سم پیپل ویل سی دیٹ، "او گاڈ، وی کمیٹڈ سن۔</w:t>
      </w:r>
    </w:p>
    <w:p>
      <w:r>
        <w:rPr>
          <w:b/>
        </w:rPr>
        <w:t xml:space="preserve">[44:04] </w:t>
      </w:r>
      <w:r>
        <w:t>We were overpowered by our temptations.</w:t>
      </w:r>
    </w:p>
    <w:p>
      <w:pPr>
        <w:jc w:val="right"/>
      </w:pPr>
      <w:r>
        <w:t>وی وار اوور پاورڈ بائے اور ٹیمپٹیشنز۔</w:t>
      </w:r>
    </w:p>
    <w:p>
      <w:r>
        <w:rPr>
          <w:b/>
        </w:rPr>
        <w:t xml:space="preserve">[44:14] </w:t>
      </w:r>
      <w:r>
        <w:t>"So give us, so send us again to the, to this planet and we will do good deeds."</w:t>
      </w:r>
    </w:p>
    <w:p>
      <w:pPr>
        <w:jc w:val="right"/>
      </w:pPr>
      <w:r>
        <w:t>سو گیو اس، سو سینڈ اس اگین ٹو دا، ٹو دس پلینٹ اینڈ وی ویل ڈو گڈ ڈیڈ۔"</w:t>
      </w:r>
    </w:p>
    <w:p>
      <w:r>
        <w:rPr>
          <w:b/>
        </w:rPr>
        <w:t xml:space="preserve">[44:25] </w:t>
      </w:r>
      <w:r>
        <w:t>But God will say that there is no, we will not be given second chance.</w:t>
      </w:r>
    </w:p>
    <w:p>
      <w:pPr>
        <w:jc w:val="right"/>
      </w:pPr>
      <w:r>
        <w:t>بٹ گاڈ ویل سے دیٹ دیر نو، وی ویل ناٹ بی گیون سیکنڈ چانس۔</w:t>
      </w:r>
    </w:p>
    <w:p>
      <w:r>
        <w:rPr>
          <w:b/>
        </w:rPr>
        <w:t xml:space="preserve">[44:36] </w:t>
      </w:r>
      <w:r>
        <w:t>You will not, you will not be given second chance.</w:t>
      </w:r>
    </w:p>
    <w:p>
      <w:pPr>
        <w:jc w:val="right"/>
      </w:pPr>
      <w:r>
        <w:t>یو ویل ناٹ، یو ویل ناٹ بی گیون سیکنڈ چانس۔</w:t>
      </w:r>
    </w:p>
    <w:p>
      <w:r>
        <w:rPr>
          <w:b/>
        </w:rPr>
        <w:t xml:space="preserve">[44:46] </w:t>
      </w:r>
      <w:r>
        <w:t>No, there is nothing for you except either hell or paradise.</w:t>
      </w:r>
    </w:p>
    <w:p>
      <w:pPr>
        <w:jc w:val="right"/>
      </w:pPr>
      <w:r>
        <w:t>نو، دیر از نتھنگ فار یو ایکسیپٹ ایدر ہیل اور پیراڈائز۔</w:t>
      </w:r>
    </w:p>
    <w:p>
      <w:r>
        <w:rPr>
          <w:b/>
        </w:rPr>
        <w:t xml:space="preserve">[44:53] </w:t>
      </w:r>
      <w:r>
        <w:t>So this is for us, is the second chance.</w:t>
      </w:r>
    </w:p>
    <w:p>
      <w:pPr>
        <w:jc w:val="right"/>
      </w:pPr>
      <w:r>
        <w:t>سو دس از فار اس، از دا سیکنڈ چانس۔</w:t>
      </w:r>
    </w:p>
    <w:p>
      <w:r>
        <w:rPr>
          <w:b/>
        </w:rPr>
        <w:t xml:space="preserve">[44:59] </w:t>
      </w:r>
      <w:r>
        <w:t>After this, there is no third chance.</w:t>
      </w:r>
    </w:p>
    <w:p>
      <w:pPr>
        <w:jc w:val="right"/>
      </w:pPr>
      <w:r>
        <w:t>افٹر دس، دیر از نو تھرڈ چانس۔</w:t>
      </w:r>
    </w:p>
    <w:p>
      <w:r>
        <w:rPr>
          <w:b/>
        </w:rPr>
        <w:t xml:space="preserve">[45:06] </w:t>
      </w:r>
      <w:r>
        <w:t>For Adam, it was first chance and for us, it is second chance.</w:t>
      </w:r>
    </w:p>
    <w:p>
      <w:pPr>
        <w:jc w:val="right"/>
      </w:pPr>
      <w:r>
        <w:t>فار ادم، اٹ واز فرسٹ چانس اینڈ فار اس، اٹ از سیکنڈ چانس۔</w:t>
      </w:r>
    </w:p>
    <w:p>
      <w:r>
        <w:rPr>
          <w:b/>
        </w:rPr>
        <w:t xml:space="preserve">[45:12] </w:t>
      </w:r>
      <w:r>
        <w:t>After second chance, there is no third chance.</w:t>
      </w:r>
    </w:p>
    <w:p>
      <w:pPr>
        <w:jc w:val="right"/>
      </w:pPr>
      <w:r>
        <w:t>افٹر سیکنڈ چانس، دیر از نو تھرڈ چانس۔</w:t>
      </w:r>
    </w:p>
    <w:p>
      <w:r>
        <w:rPr>
          <w:b/>
        </w:rPr>
        <w:t xml:space="preserve">[45:19] </w:t>
      </w:r>
      <w:r>
        <w:t>After this second chance, we have to enter into, into the world, in the, in the world hereafter.</w:t>
      </w:r>
    </w:p>
    <w:p>
      <w:pPr>
        <w:jc w:val="right"/>
      </w:pPr>
      <w:r>
        <w:t>افٹر دس سیکنڈ چانس، وی ہیو ٹو انٹر انٹو، انٹو دا ورلڈ، ان دا، ان دا ورلڈ ہیر افٹر۔</w:t>
      </w:r>
    </w:p>
    <w:p>
      <w:r>
        <w:rPr>
          <w:b/>
        </w:rPr>
        <w:t xml:space="preserve">[45:30] </w:t>
      </w:r>
      <w:r>
        <w:t>This very very, very very dangerous position, very very serious position.</w:t>
      </w:r>
    </w:p>
    <w:p>
      <w:pPr>
        <w:jc w:val="right"/>
      </w:pPr>
      <w:r>
        <w:t>دس ویری ویری، ویری ویری ڈینجرس پوزیشن، ویری ویری سیریس پوزیشن۔</w:t>
      </w:r>
    </w:p>
    <w:p>
      <w:r>
        <w:rPr>
          <w:b/>
        </w:rPr>
        <w:t xml:space="preserve">[45:41] </w:t>
      </w:r>
      <w:r>
        <w:t>This very very serious position.</w:t>
      </w:r>
    </w:p>
    <w:p>
      <w:pPr>
        <w:jc w:val="right"/>
      </w:pPr>
      <w:r>
        <w:t>دس ویری ویری سیریس پوزیشن۔</w:t>
      </w:r>
    </w:p>
    <w:p>
      <w:r>
        <w:rPr>
          <w:b/>
        </w:rPr>
        <w:t xml:space="preserve">[45:52] </w:t>
      </w:r>
      <w:r>
        <w:t>So the, so we have to rethink.</w:t>
      </w:r>
    </w:p>
    <w:p>
      <w:pPr>
        <w:jc w:val="right"/>
      </w:pPr>
      <w:r>
        <w:t>سو دا، سو وی ہیو ٹو ری تھنک۔</w:t>
      </w:r>
    </w:p>
    <w:p>
      <w:r>
        <w:rPr>
          <w:b/>
        </w:rPr>
        <w:t xml:space="preserve">[46:00] </w:t>
      </w:r>
      <w:r>
        <w:t>We have to redesign.</w:t>
      </w:r>
    </w:p>
    <w:p>
      <w:pPr>
        <w:jc w:val="right"/>
      </w:pPr>
      <w:r>
        <w:t>وی ہیو ٹو ری ڈیزائن۔</w:t>
      </w:r>
    </w:p>
    <w:p>
      <w:r>
        <w:rPr>
          <w:b/>
        </w:rPr>
        <w:t xml:space="preserve">[46:07] </w:t>
      </w:r>
      <w:r>
        <w:t>We have to reassess the whole matter.</w:t>
      </w:r>
    </w:p>
    <w:p>
      <w:pPr>
        <w:jc w:val="right"/>
      </w:pPr>
      <w:r>
        <w:t>وی ہیو ٹو ری اسس دا ہول میٹر۔</w:t>
      </w:r>
    </w:p>
    <w:p>
      <w:r>
        <w:rPr>
          <w:b/>
        </w:rPr>
        <w:t xml:space="preserve">[46:15] </w:t>
      </w:r>
      <w:r>
        <w:t>And the crucial point is that we must know that we are here</w:t>
      </w:r>
    </w:p>
    <w:p>
      <w:pPr>
        <w:jc w:val="right"/>
      </w:pPr>
      <w:r>
        <w:t>اینڈ دا کروشل پوائنٹ از دیٹ وی مسٹ نو دیٹ وی ار ہیر</w:t>
      </w:r>
    </w:p>
    <w:p>
      <w:r>
        <w:rPr>
          <w:b/>
        </w:rPr>
        <w:t xml:space="preserve">[46:22] </w:t>
      </w:r>
      <w:r>
        <w:t>not to enjoy.</w:t>
      </w:r>
    </w:p>
    <w:p>
      <w:pPr>
        <w:jc w:val="right"/>
      </w:pPr>
      <w:r>
        <w:t>ناٹ ٹو انجوائے۔</w:t>
      </w:r>
    </w:p>
    <w:p>
      <w:r>
        <w:rPr>
          <w:b/>
        </w:rPr>
        <w:t xml:space="preserve">[46:28] </w:t>
      </w:r>
      <w:r>
        <w:t>We are here not to live in luxury.</w:t>
      </w:r>
    </w:p>
    <w:p>
      <w:pPr>
        <w:jc w:val="right"/>
      </w:pPr>
      <w:r>
        <w:t>وی ار ہیر ناٹ ٹو لیو ان لگزری۔</w:t>
      </w:r>
    </w:p>
    <w:p>
      <w:r>
        <w:rPr>
          <w:b/>
        </w:rPr>
        <w:t xml:space="preserve">[46:34] </w:t>
      </w:r>
      <w:r>
        <w:t>We are here not to find a happy life.</w:t>
      </w:r>
    </w:p>
    <w:p>
      <w:pPr>
        <w:jc w:val="right"/>
      </w:pPr>
      <w:r>
        <w:t>وی ار ہیر ناٹ ٹو فائنڈ ا ہیپی لائف۔</w:t>
      </w:r>
    </w:p>
    <w:p>
      <w:r>
        <w:rPr>
          <w:b/>
        </w:rPr>
        <w:t xml:space="preserve">[46:40] </w:t>
      </w:r>
      <w:r>
        <w:t>No, this world is not meant for this purpose.</w:t>
      </w:r>
    </w:p>
    <w:p>
      <w:pPr>
        <w:jc w:val="right"/>
      </w:pPr>
      <w:r>
        <w:t>نو، دس ورلڈ از ناٹ مینٹ فار دس پرپس۔</w:t>
      </w:r>
    </w:p>
    <w:p>
      <w:r>
        <w:rPr>
          <w:b/>
        </w:rPr>
        <w:t xml:space="preserve">[46:46] </w:t>
      </w:r>
      <w:r>
        <w:t>The only purpose for which this world was created</w:t>
      </w:r>
    </w:p>
    <w:p>
      <w:pPr>
        <w:jc w:val="right"/>
      </w:pPr>
      <w:r>
        <w:t>دا اونلی پرپس فار وچ دس ورلڈ واز کریٹڈ</w:t>
      </w:r>
    </w:p>
    <w:p>
      <w:r>
        <w:rPr>
          <w:b/>
        </w:rPr>
        <w:t xml:space="preserve">[46:52] </w:t>
      </w:r>
      <w:r>
        <w:t>is that it is a preparatory ground. preparatory ground. It gives us, so it gives us all those facilities by availing which we can prepare our self. So all these things are as a facility rather than blessing. All</w:t>
      </w:r>
    </w:p>
    <w:p>
      <w:pPr>
        <w:jc w:val="right"/>
      </w:pPr>
      <w:r>
        <w:t>از دیٹ اٹ از ا پریپریٹری گراؤنڈ۔ پریپریٹری گراؤنڈ۔ اٹ گیوز اس، سو اٹ گیوز اس ال دوز فیسلیٹیز بائی اویلنگ وچ وی کین پریپیئر اور سیلف۔ سو ال دیز تھنگز ار ایز ا فیسلیٹی رادر دین بلیسنگ۔ ال</w:t>
      </w:r>
    </w:p>
    <w:p>
      <w:r>
        <w:rPr>
          <w:b/>
        </w:rPr>
        <w:t xml:space="preserve">[47:22] </w:t>
      </w:r>
      <w:r>
        <w:t>Those things we find here is as a facility and not as a blessing.</w:t>
      </w:r>
    </w:p>
    <w:p>
      <w:pPr>
        <w:jc w:val="right"/>
      </w:pPr>
      <w:r>
        <w:t>دوز تھنگز وی فائنڈ ہیر از ایز ا فیسلیٹی اینڈ ناٹ ایز ا بلیسنگ۔</w:t>
      </w:r>
    </w:p>
    <w:p>
      <w:r>
        <w:rPr>
          <w:b/>
        </w:rPr>
        <w:t xml:space="preserve">[47:30] </w:t>
      </w:r>
      <w:r>
        <w:t>All these things are for, for, for one purpose: to give us life, to give us strength, to</w:t>
      </w:r>
    </w:p>
    <w:p>
      <w:pPr>
        <w:jc w:val="right"/>
      </w:pPr>
      <w:r>
        <w:t>ال دیز تھنگز ار فار، فار، فار ون پرپس: ٹو گیو اس لائف، ٹو گیو اس سٹرینتھ، ٹو</w:t>
      </w:r>
    </w:p>
    <w:p>
      <w:r>
        <w:rPr>
          <w:b/>
        </w:rPr>
        <w:t xml:space="preserve">[47:37] </w:t>
      </w:r>
      <w:r>
        <w:t>Give us health.</w:t>
      </w:r>
    </w:p>
    <w:p>
      <w:pPr>
        <w:jc w:val="right"/>
      </w:pPr>
      <w:r>
        <w:t>گیو اس ہیلتھ۔</w:t>
      </w:r>
    </w:p>
    <w:p>
      <w:r>
        <w:rPr>
          <w:b/>
        </w:rPr>
        <w:t xml:space="preserve">[47:45] </w:t>
      </w:r>
      <w:r>
        <w:t>All those things</w:t>
      </w:r>
    </w:p>
    <w:p>
      <w:pPr>
        <w:jc w:val="right"/>
      </w:pPr>
      <w:r>
        <w:t>ال دوز تھ</w:t>
      </w:r>
    </w:p>
    <w:p>
      <w:r>
        <w:rPr>
          <w:b/>
        </w:rPr>
        <w:t xml:space="preserve">[47:53] </w:t>
      </w:r>
      <w:r>
        <w:t>things that are available on this planet Earth are only facilities and not blessing.</w:t>
      </w:r>
    </w:p>
    <w:p>
      <w:pPr>
        <w:jc w:val="right"/>
      </w:pPr>
      <w:r>
        <w:t>نگز دیٹ ار اویلیبل ان دس پلینٹ ارتھ ار اونلی فیسلیٹیز اینڈ ناٹ بلیسنگ۔</w:t>
      </w:r>
    </w:p>
    <w:p>
      <w:r>
        <w:rPr>
          <w:b/>
        </w:rPr>
        <w:t xml:space="preserve">[48:03] </w:t>
      </w:r>
      <w:r>
        <w:t>What I mean by facility? It is that these things are only for one purpose: to give us</w:t>
      </w:r>
    </w:p>
    <w:p>
      <w:pPr>
        <w:jc w:val="right"/>
      </w:pPr>
      <w:r>
        <w:t>واٹ ائی مین بائی فیسلیٹی؟ اٹ از دیٹ دیز تھنگز ار اونلی فار ون پرپس: ٹو گیو اس</w:t>
      </w:r>
    </w:p>
    <w:p>
      <w:r>
        <w:rPr>
          <w:b/>
        </w:rPr>
        <w:t xml:space="preserve">[48:13] </w:t>
      </w:r>
      <w:r>
        <w:t>health, to give us peace</w:t>
      </w:r>
    </w:p>
    <w:p>
      <w:pPr>
        <w:jc w:val="right"/>
      </w:pPr>
      <w:r>
        <w:t>ہیلتھ، ٹو گیو اس پیس</w:t>
      </w:r>
    </w:p>
    <w:p>
      <w:r>
        <w:rPr>
          <w:b/>
        </w:rPr>
        <w:t xml:space="preserve">[48:23] </w:t>
      </w:r>
      <w:r>
        <w:t>, to give us opportunity, to give us thinking material, to give us lesson, to give us time to work.</w:t>
      </w:r>
    </w:p>
    <w:p>
      <w:pPr>
        <w:jc w:val="right"/>
      </w:pPr>
      <w:r>
        <w:t>، ٹو گیو اس اپرچونیٹی، ٹو گیو اس تھنکنگ مٹیریل، ٹو گیو اس لیسن، ٹو گیو اس ٹائم ٹو ورک۔</w:t>
      </w:r>
    </w:p>
    <w:p>
      <w:r>
        <w:rPr>
          <w:b/>
        </w:rPr>
        <w:t xml:space="preserve">[48:39] </w:t>
      </w:r>
      <w:r>
        <w:t>So all these things are only facilities: time, energy, life, life support system.</w:t>
      </w:r>
    </w:p>
    <w:p>
      <w:pPr>
        <w:jc w:val="right"/>
      </w:pPr>
      <w:r>
        <w:t>سو ال دیز تھنگز ار اونلی فیسلیٹیز: ٹائم، انرجی، لائف، لائف سپورٹ سسٹم۔</w:t>
      </w:r>
    </w:p>
    <w:p>
      <w:r>
        <w:rPr>
          <w:b/>
        </w:rPr>
        <w:t xml:space="preserve">[48:54] </w:t>
      </w:r>
      <w:r>
        <w:t>All these things are like facilities.</w:t>
      </w:r>
    </w:p>
    <w:p>
      <w:pPr>
        <w:jc w:val="right"/>
      </w:pPr>
      <w:r>
        <w:t>ال دیز تھنگز ار لائک فیسلیٹیز۔</w:t>
      </w:r>
    </w:p>
    <w:p>
      <w:r>
        <w:rPr>
          <w:b/>
        </w:rPr>
        <w:t xml:space="preserve">[48:59] </w:t>
      </w:r>
      <w:r>
        <w:t>You know, when a student enters the examination hall, there are many many facilities.</w:t>
      </w:r>
    </w:p>
    <w:p>
      <w:pPr>
        <w:jc w:val="right"/>
      </w:pPr>
      <w:r>
        <w:t>یو نو، وین ا سٹوڈنٹ انٹرز دا ایگزامینیشن ہال، دیر مینی مینی فیسلیٹیز۔</w:t>
      </w:r>
    </w:p>
    <w:p>
      <w:r>
        <w:rPr>
          <w:b/>
        </w:rPr>
        <w:t xml:space="preserve">[49:04] </w:t>
      </w:r>
      <w:r>
        <w:t>There are so many facilities.</w:t>
      </w:r>
    </w:p>
    <w:p>
      <w:pPr>
        <w:jc w:val="right"/>
      </w:pPr>
      <w:r>
        <w:t>دیر ار سو مینی فیسلیٹیز۔</w:t>
      </w:r>
    </w:p>
    <w:p>
      <w:r>
        <w:rPr>
          <w:b/>
        </w:rPr>
        <w:t xml:space="preserve">[49:09] </w:t>
      </w:r>
      <w:r>
        <w:t>There are chairs, there are tables, there are waters.</w:t>
      </w:r>
    </w:p>
    <w:p>
      <w:pPr>
        <w:jc w:val="right"/>
      </w:pPr>
      <w:r>
        <w:t>دیر ار چیئرز، دیر ار ٹیبلز، دیر ار واٹرز۔</w:t>
      </w:r>
    </w:p>
    <w:p>
      <w:r>
        <w:rPr>
          <w:b/>
        </w:rPr>
        <w:t xml:space="preserve">[49:14] </w:t>
      </w:r>
      <w:r>
        <w:t>There are different facilities.</w:t>
      </w:r>
    </w:p>
    <w:p>
      <w:pPr>
        <w:jc w:val="right"/>
      </w:pPr>
      <w:r>
        <w:t>دیر ار ڈفرنٹ فیسلیٹیز۔</w:t>
      </w:r>
    </w:p>
    <w:p>
      <w:r>
        <w:rPr>
          <w:b/>
        </w:rPr>
        <w:t xml:space="preserve">[49:19] </w:t>
      </w:r>
      <w:r>
        <w:t>But these, but these</w:t>
      </w:r>
    </w:p>
    <w:p>
      <w:pPr>
        <w:jc w:val="right"/>
      </w:pPr>
      <w:r>
        <w:t>بٹ دیز، بٹ دیز</w:t>
      </w:r>
    </w:p>
    <w:p>
      <w:r>
        <w:rPr>
          <w:b/>
        </w:rPr>
        <w:t xml:space="preserve">[49:24] </w:t>
      </w:r>
      <w:r>
        <w:t>Facilities are not to provide pleasure, to provide comfort to students.</w:t>
      </w:r>
    </w:p>
    <w:p>
      <w:pPr>
        <w:jc w:val="right"/>
      </w:pPr>
      <w:r>
        <w:t>فیسلیٹیز ار ناٹ ٹو پرووائیڈ پلیژر، ٹو پرووائیڈ کمفرٹ ٹو سٹوڈنٹس۔</w:t>
      </w:r>
    </w:p>
    <w:p>
      <w:r>
        <w:rPr>
          <w:b/>
        </w:rPr>
        <w:t xml:space="preserve">[49:35] </w:t>
      </w:r>
      <w:r>
        <w:t>No, these facilities are only to give him chance, to give time, to give him peace, so that</w:t>
      </w:r>
    </w:p>
    <w:p>
      <w:pPr>
        <w:jc w:val="right"/>
      </w:pPr>
      <w:r>
        <w:t>نو، دیز فیسلیٹیز ار اونلی ٹو گیو ہم چانس، ٹو گیو ٹائم، ٹو گیو ہم پیس، سو دیٹ</w:t>
      </w:r>
    </w:p>
    <w:p>
      <w:r>
        <w:rPr>
          <w:b/>
        </w:rPr>
        <w:t xml:space="preserve">[49:46] </w:t>
      </w:r>
      <w:r>
        <w:t>He may, he may,</w:t>
      </w:r>
    </w:p>
    <w:p>
      <w:pPr>
        <w:jc w:val="right"/>
      </w:pPr>
      <w:r>
        <w:t>ہی میں، ہی میں،</w:t>
      </w:r>
    </w:p>
    <w:p>
      <w:r>
        <w:rPr>
          <w:b/>
        </w:rPr>
        <w:t xml:space="preserve">[49:57] </w:t>
      </w:r>
      <w:r>
        <w:t>he may do, do his work. he may fulfill his papers. to the only purpose for a student when he is in examination hall is to avail all those opportunities and and</w:t>
      </w:r>
    </w:p>
    <w:p>
      <w:pPr>
        <w:jc w:val="right"/>
      </w:pPr>
      <w:r>
        <w:t>ہی می ڈو، ڈو ہز ورک۔ ہی می فلفل ہز پیپرز۔ تو دا اونلی پرپس فار ا سٹوڈنٹ وین ہی از ان ایگزامینیشن ہال از ٹو اویل ال دوز اپرچونیٹیز اینڈ اینڈ</w:t>
      </w:r>
    </w:p>
    <w:p>
      <w:r>
        <w:rPr>
          <w:b/>
        </w:rPr>
        <w:t xml:space="preserve">[50:27] </w:t>
      </w:r>
      <w:r>
        <w:t>clarify his papers. That's all.</w:t>
      </w:r>
    </w:p>
    <w:p>
      <w:pPr>
        <w:jc w:val="right"/>
      </w:pPr>
      <w:r>
        <w:t>کلیریفائی ہز پیپرز۔ دیٹس ال۔</w:t>
      </w:r>
    </w:p>
    <w:p>
      <w:r>
        <w:rPr>
          <w:b/>
        </w:rPr>
        <w:t xml:space="preserve">[50:35] </w:t>
      </w:r>
      <w:r>
        <w:t>So all those facilities which are here on this Earth, in this world are simply facilities and not blessings.</w:t>
      </w:r>
    </w:p>
    <w:p>
      <w:pPr>
        <w:jc w:val="right"/>
      </w:pPr>
      <w:r>
        <w:t>سو ال دوز فیسلیٹیز وچ ار ہیر ان دس ارتھ، ان دس ورلڈ ار سمپلی فیسلیٹیز اینڈ ناٹ بلیسنگز۔</w:t>
      </w:r>
    </w:p>
    <w:p>
      <w:r>
        <w:rPr>
          <w:b/>
        </w:rPr>
        <w:t xml:space="preserve">[50:42] </w:t>
      </w:r>
      <w:r>
        <w:t>We are not, we are not told to go to jungle.</w:t>
      </w:r>
    </w:p>
    <w:p>
      <w:pPr>
        <w:jc w:val="right"/>
      </w:pPr>
      <w:r>
        <w:t>وی ار ناٹ، وی ار ناٹ ٹولڈ ٹو گو ٹو جنگل۔</w:t>
      </w:r>
    </w:p>
    <w:p>
      <w:r>
        <w:rPr>
          <w:b/>
        </w:rPr>
        <w:t xml:space="preserve">[50:50] </w:t>
      </w:r>
      <w:r>
        <w:t>We are not told to go to</w:t>
      </w:r>
    </w:p>
    <w:p>
      <w:pPr>
        <w:jc w:val="right"/>
      </w:pPr>
      <w:r>
        <w:t>وی ار ناٹ ٹولڈ ٹو گو ٹو</w:t>
      </w:r>
    </w:p>
    <w:p>
      <w:r>
        <w:rPr>
          <w:b/>
        </w:rPr>
        <w:t xml:space="preserve">[50:58] </w:t>
      </w:r>
      <w:r>
        <w:t>mountain.</w:t>
      </w:r>
    </w:p>
    <w:p>
      <w:pPr>
        <w:jc w:val="right"/>
      </w:pPr>
      <w:r>
        <w:t>ماؤنٹن۔</w:t>
      </w:r>
    </w:p>
    <w:p>
      <w:r>
        <w:rPr>
          <w:b/>
        </w:rPr>
        <w:t xml:space="preserve">[51:04] </w:t>
      </w:r>
      <w:r>
        <w:t>No, this kind of rahbaniyat is not required by God.</w:t>
      </w:r>
    </w:p>
    <w:p>
      <w:pPr>
        <w:jc w:val="right"/>
      </w:pPr>
      <w:r>
        <w:t>نو، دس کائنڈ اف رہبانیت از ناٹ ریکوائرڈ بائی گاڈ۔</w:t>
      </w:r>
    </w:p>
    <w:p>
      <w:r>
        <w:rPr>
          <w:b/>
        </w:rPr>
        <w:t xml:space="preserve">[51:10] </w:t>
      </w:r>
      <w:r>
        <w:t>We can utilize all those things which are here in this world, but as a need, not as</w:t>
      </w:r>
    </w:p>
    <w:p>
      <w:pPr>
        <w:jc w:val="right"/>
      </w:pPr>
      <w:r>
        <w:t>وی کین یوٹیلائز ال دوز تھنگز وچ ار ہیر ان دس ورلڈ، بٹ ایز اے نیڈ، ناٹ ایز</w:t>
      </w:r>
    </w:p>
    <w:p>
      <w:r>
        <w:rPr>
          <w:b/>
        </w:rPr>
        <w:t xml:space="preserve">[51:16] </w:t>
      </w:r>
      <w:r>
        <w:t>A, not as a pleasure.</w:t>
      </w:r>
    </w:p>
    <w:p>
      <w:pPr>
        <w:jc w:val="right"/>
      </w:pPr>
      <w:r>
        <w:t>اے، ناٹ ایز اے پلیژر۔</w:t>
      </w:r>
    </w:p>
    <w:p>
      <w:r>
        <w:rPr>
          <w:b/>
        </w:rPr>
        <w:t xml:space="preserve">[51:22] </w:t>
      </w:r>
      <w:r>
        <w:t>For example, if you</w:t>
      </w:r>
    </w:p>
    <w:p>
      <w:pPr>
        <w:jc w:val="right"/>
      </w:pPr>
      <w:r>
        <w:t>فار ایگزیمپل، اف یو</w:t>
      </w:r>
    </w:p>
    <w:p>
      <w:r>
        <w:rPr>
          <w:b/>
        </w:rPr>
        <w:t xml:space="preserve">[51:28] </w:t>
      </w:r>
      <w:r>
        <w:t>are, if you are living in a house, you are using a car, you are using a telephone.</w:t>
      </w:r>
    </w:p>
    <w:p>
      <w:pPr>
        <w:jc w:val="right"/>
      </w:pPr>
      <w:r>
        <w:t>ار، اف یو ار لیونگ ان ا ہاؤس، یو ار یوزنگ ا کار، یو ار یوزنگ ا ٹیلی فون۔</w:t>
      </w:r>
    </w:p>
    <w:p>
      <w:r>
        <w:rPr>
          <w:b/>
        </w:rPr>
        <w:t xml:space="preserve">[51:38] </w:t>
      </w:r>
      <w:r>
        <w:t>So all these things are facility, facilities item.</w:t>
      </w:r>
    </w:p>
    <w:p>
      <w:pPr>
        <w:jc w:val="right"/>
      </w:pPr>
      <w:r>
        <w:t>سو ال دیز تھنگز ار فیسلیٹی، فیسلیٹیز ائٹم۔</w:t>
      </w:r>
    </w:p>
    <w:p>
      <w:r>
        <w:rPr>
          <w:b/>
        </w:rPr>
        <w:t xml:space="preserve">[51:49] </w:t>
      </w:r>
      <w:r>
        <w:t>If you are using these things to prepare yourself for,</w:t>
      </w:r>
    </w:p>
    <w:p>
      <w:pPr>
        <w:jc w:val="right"/>
      </w:pPr>
      <w:r>
        <w:t>اف یو ار یوزنگ دیز تھنگز ٹو پریپیئر یور سیلف فار،</w:t>
      </w:r>
    </w:p>
    <w:p>
      <w:r>
        <w:rPr>
          <w:b/>
        </w:rPr>
        <w:t xml:space="preserve">[52:00] </w:t>
      </w:r>
      <w:r>
        <w:t>for paradise, for purifying your soul, then it is, it is lawful.</w:t>
      </w:r>
    </w:p>
    <w:p>
      <w:pPr>
        <w:jc w:val="right"/>
      </w:pPr>
      <w:r>
        <w:t>فار پیراڈائز، فار پیریفائنگ یور سول، دین اٹ از، اٹ از لا فل۔</w:t>
      </w:r>
    </w:p>
    <w:p>
      <w:r>
        <w:rPr>
          <w:b/>
        </w:rPr>
        <w:t xml:space="preserve">[52:06] </w:t>
      </w:r>
      <w:r>
        <w:t>Then you are allowed.</w:t>
      </w:r>
    </w:p>
    <w:p>
      <w:pPr>
        <w:jc w:val="right"/>
      </w:pPr>
      <w:r>
        <w:t>دین یو ار الاؤڈ۔</w:t>
      </w:r>
    </w:p>
    <w:p>
      <w:r>
        <w:rPr>
          <w:b/>
        </w:rPr>
        <w:t xml:space="preserve">[52:12] </w:t>
      </w:r>
      <w:r>
        <w:t>You are not required to go to mountain.</w:t>
      </w:r>
    </w:p>
    <w:p>
      <w:pPr>
        <w:jc w:val="right"/>
      </w:pPr>
      <w:r>
        <w:t>یو ار ناٹ ریکوائرڈ ٹو گو ٹو ماؤنٹن۔</w:t>
      </w:r>
    </w:p>
    <w:p>
      <w:r>
        <w:rPr>
          <w:b/>
        </w:rPr>
        <w:t xml:space="preserve">[52:18] </w:t>
      </w:r>
      <w:r>
        <w:t>You are not required to go to, to, to jungle.</w:t>
      </w:r>
    </w:p>
    <w:p>
      <w:pPr>
        <w:jc w:val="right"/>
      </w:pPr>
      <w:r>
        <w:t>یو ار ناٹ ریکوائرڈ ٹو گو ٹو، ٹو، ٹو جنگل۔</w:t>
      </w:r>
    </w:p>
    <w:p>
      <w:r>
        <w:rPr>
          <w:b/>
        </w:rPr>
        <w:t xml:space="preserve">[52:24] </w:t>
      </w:r>
      <w:r>
        <w:t>No, you can, you can</w:t>
      </w:r>
    </w:p>
    <w:p>
      <w:pPr>
        <w:jc w:val="right"/>
      </w:pPr>
      <w:r>
        <w:t>نو، یو کین، یو کین</w:t>
      </w:r>
    </w:p>
    <w:p>
      <w:r>
        <w:rPr>
          <w:b/>
        </w:rPr>
        <w:t xml:space="preserve">[52:30] </w:t>
      </w:r>
      <w:r>
        <w:t>utilize all those things which are available on this earth, but for one purpose, that is to prepare ourself.</w:t>
      </w:r>
    </w:p>
    <w:p>
      <w:pPr>
        <w:jc w:val="right"/>
      </w:pPr>
      <w:r>
        <w:t>یوٹیلائز ال دوز تھنگز وچ ار اویلیبل ان دس ارتھ، بٹ فار ون پرپس، دیٹ از ٹو پریپیئر اور سیلف۔</w:t>
      </w:r>
    </w:p>
    <w:p>
      <w:r>
        <w:rPr>
          <w:b/>
        </w:rPr>
        <w:t xml:space="preserve">[52:37] </w:t>
      </w:r>
      <w:r>
        <w:t>Then it is quite lawful for you.</w:t>
      </w:r>
    </w:p>
    <w:p>
      <w:pPr>
        <w:jc w:val="right"/>
      </w:pPr>
      <w:r>
        <w:t>دین اٹ از کوائٹ لا فل فار یو۔</w:t>
      </w:r>
    </w:p>
    <w:p>
      <w:r>
        <w:rPr>
          <w:b/>
        </w:rPr>
        <w:t xml:space="preserve">[52:43] </w:t>
      </w:r>
      <w:r>
        <w:t>We created a civilization.</w:t>
      </w:r>
    </w:p>
    <w:p>
      <w:pPr>
        <w:jc w:val="right"/>
      </w:pPr>
      <w:r>
        <w:t>وی کریٹڈ ا سیولائزیشن۔</w:t>
      </w:r>
    </w:p>
    <w:p>
      <w:r>
        <w:rPr>
          <w:b/>
        </w:rPr>
        <w:t xml:space="preserve">[52:49] </w:t>
      </w:r>
      <w:r>
        <w:t>It was our dream.</w:t>
      </w:r>
    </w:p>
    <w:p>
      <w:pPr>
        <w:jc w:val="right"/>
      </w:pPr>
      <w:r>
        <w:t>اٹ واز اور ڈریم۔</w:t>
      </w:r>
    </w:p>
    <w:p>
      <w:r>
        <w:rPr>
          <w:b/>
        </w:rPr>
        <w:t xml:space="preserve">[52:55] </w:t>
      </w:r>
      <w:r>
        <w:t>It was man's dream</w:t>
      </w:r>
    </w:p>
    <w:p>
      <w:pPr>
        <w:jc w:val="right"/>
      </w:pPr>
      <w:r>
        <w:t>اٹ واز مین ڈریم</w:t>
      </w:r>
    </w:p>
    <w:p>
      <w:r>
        <w:rPr>
          <w:b/>
        </w:rPr>
        <w:t xml:space="preserve">[53:02] </w:t>
      </w:r>
      <w:r>
        <w:t>.</w:t>
      </w:r>
    </w:p>
    <w:p>
      <w:pPr>
        <w:jc w:val="right"/>
      </w:pPr>
      <w:r>
        <w:t>۔</w:t>
      </w:r>
    </w:p>
    <w:p>
      <w:r>
        <w:rPr>
          <w:b/>
        </w:rPr>
        <w:t xml:space="preserve">[53:08] </w:t>
      </w:r>
      <w:r>
        <w:t>Man wanted to build a beautiful world to live in.</w:t>
      </w:r>
    </w:p>
    <w:p>
      <w:pPr>
        <w:jc w:val="right"/>
      </w:pPr>
      <w:r>
        <w:t>مین وانٹڈ ٹو بلڈ ا بیوٹی فل ورلڈ ٹو لیو ان۔</w:t>
      </w:r>
    </w:p>
    <w:p>
      <w:r>
        <w:rPr>
          <w:b/>
        </w:rPr>
        <w:t xml:space="preserve">[53:14] </w:t>
      </w:r>
      <w:r>
        <w:t>So he created, so he create civilization.</w:t>
      </w:r>
    </w:p>
    <w:p>
      <w:pPr>
        <w:jc w:val="right"/>
      </w:pPr>
      <w:r>
        <w:t>سو ہی کریٹڈ، سو ہی کریٹ سیولائزیشن۔</w:t>
      </w:r>
    </w:p>
    <w:p>
      <w:r>
        <w:rPr>
          <w:b/>
        </w:rPr>
        <w:t xml:space="preserve">[53:20] </w:t>
      </w:r>
      <w:r>
        <w:t>What is civilization? Civilization means to provide all those good things for you.</w:t>
      </w:r>
    </w:p>
    <w:p>
      <w:pPr>
        <w:jc w:val="right"/>
      </w:pPr>
      <w:r>
        <w:t>واٹ از سیولائزیشن؟ سیولائزیشن مینز ٹو پرووائیڈ ال دوز گڈ تھنگز فار یو۔</w:t>
      </w:r>
    </w:p>
    <w:p>
      <w:r>
        <w:rPr>
          <w:b/>
        </w:rPr>
        <w:t xml:space="preserve">[53:26] </w:t>
      </w:r>
      <w:r>
        <w:t>All those things that are, the</w:t>
      </w:r>
    </w:p>
    <w:p>
      <w:pPr>
        <w:jc w:val="right"/>
      </w:pPr>
      <w:r>
        <w:t>ال دوز تھنگز دیٹ ار، دی</w:t>
      </w:r>
    </w:p>
    <w:p>
      <w:r>
        <w:rPr>
          <w:b/>
        </w:rPr>
        <w:t xml:space="preserve">[53:32] </w:t>
      </w:r>
      <w:r>
        <w:t>ٹ all those comfortable things for you.</w:t>
      </w:r>
    </w:p>
    <w:p>
      <w:pPr>
        <w:jc w:val="right"/>
      </w:pPr>
      <w:r>
        <w:t>ٹ ال دوز کمفرٹیبل تھنگز فار یو۔</w:t>
      </w:r>
    </w:p>
    <w:p>
      <w:r>
        <w:rPr>
          <w:b/>
        </w:rPr>
        <w:t xml:space="preserve">[53:39] </w:t>
      </w:r>
      <w:r>
        <w:t>But this was not the creation plan of God.</w:t>
      </w:r>
    </w:p>
    <w:p>
      <w:pPr>
        <w:jc w:val="right"/>
      </w:pPr>
      <w:r>
        <w:t>بٹ دس واز ناٹ دا کریشن پلان اف گاڈ۔</w:t>
      </w:r>
    </w:p>
    <w:p>
      <w:r>
        <w:rPr>
          <w:b/>
        </w:rPr>
        <w:t xml:space="preserve">[53:47] </w:t>
      </w:r>
      <w:r>
        <w:t>So now, after waiting thousand and thousand years, after waiting thousand and thousand years, God has decided to</w:t>
      </w:r>
    </w:p>
    <w:p>
      <w:pPr>
        <w:jc w:val="right"/>
      </w:pPr>
      <w:r>
        <w:t>سو ناو، افٹر ویٹنگ تھاؤزنڈ اینڈ تھاؤزنڈ ایئرز، افٹر ویٹنگ تھاؤزنڈ اینڈ تھاؤزنڈ ایئرز، گاڈ ہیز ڈیسائیڈڈ ٹو</w:t>
      </w:r>
    </w:p>
    <w:p>
      <w:r>
        <w:rPr>
          <w:b/>
        </w:rPr>
        <w:t xml:space="preserve">[53:54] </w:t>
      </w:r>
      <w:r>
        <w:t>liquidate all these things.</w:t>
      </w:r>
    </w:p>
    <w:p>
      <w:pPr>
        <w:jc w:val="right"/>
      </w:pPr>
      <w:r>
        <w:t>لیکویڈیٹ ال دیز تھنگز۔</w:t>
      </w:r>
    </w:p>
    <w:p>
      <w:r>
        <w:rPr>
          <w:b/>
        </w:rPr>
        <w:t xml:space="preserve">[54:02] </w:t>
      </w:r>
      <w:r>
        <w:t>Yuman sama kehte hain ye sijill al-kutub.</w:t>
      </w:r>
    </w:p>
    <w:p>
      <w:pPr>
        <w:jc w:val="right"/>
      </w:pPr>
      <w:r>
        <w:t>یومن سما کہتے ہیں یہ سجل الکتب۔</w:t>
      </w:r>
    </w:p>
    <w:p>
      <w:r>
        <w:rPr>
          <w:b/>
        </w:rPr>
        <w:t xml:space="preserve">[54:12] </w:t>
      </w:r>
      <w:r>
        <w:t>So God has decided to liquidate all these things because man failed.</w:t>
      </w:r>
    </w:p>
    <w:p>
      <w:pPr>
        <w:jc w:val="right"/>
      </w:pPr>
      <w:r>
        <w:t>سو گاڈ ہیز ڈیسائیڈڈ ٹو لیکویڈیٹ ال دیز تھنگز بیکاز مین فیلڈ۔</w:t>
      </w:r>
    </w:p>
    <w:p>
      <w:r>
        <w:rPr>
          <w:b/>
        </w:rPr>
        <w:t xml:space="preserve">[54:23] </w:t>
      </w:r>
      <w:r>
        <w:t>main failed to, to, to follow the creation plan of God.</w:t>
      </w:r>
    </w:p>
    <w:p>
      <w:pPr>
        <w:jc w:val="right"/>
      </w:pPr>
      <w:r>
        <w:t>مین فیلڈ ٹو، ٹو، ٹو فالو دا کریشن پلان اف گاڈ۔</w:t>
      </w:r>
    </w:p>
    <w:p>
      <w:r>
        <w:rPr>
          <w:b/>
        </w:rPr>
        <w:t xml:space="preserve">[54:33] </w:t>
      </w:r>
      <w:r>
        <w:t>man failed to follow the creation plan of God. He adopted his own agenda that was eat, drink and be merry. So this agenda was rejected by God. This world was not created for this purpose. This is the</w:t>
      </w:r>
    </w:p>
    <w:p>
      <w:pPr>
        <w:jc w:val="right"/>
      </w:pPr>
      <w:r>
        <w:t>مین فیلڈ ٹو فالو دا کریشن پلان اف گاڈ۔ ہی اڈاپٹڈ ہز اون ایجنڈا دیٹ واز ہی ڈرنک اینڈ بی میری۔ سو دس ایجنڈا واز ریجیکٹڈ بائی گاڈ۔ دس ورلڈ واز ناٹ کریٹڈ فار دس پرپس۔ دس از دا</w:t>
      </w:r>
    </w:p>
    <w:p>
      <w:r>
        <w:rPr>
          <w:b/>
        </w:rPr>
        <w:t xml:space="preserve">[55:03] </w:t>
      </w:r>
      <w:r>
        <w:t>Most important lesson from the phenomena that is called global warming.</w:t>
      </w:r>
    </w:p>
    <w:p>
      <w:pPr>
        <w:jc w:val="right"/>
      </w:pPr>
      <w:r>
        <w:t>موسٹ امپورٹنٹ لیسن فرام دا فینامنا دیٹ از کالڈ گلوبل وارمنگ۔</w:t>
      </w:r>
    </w:p>
    <w:p>
      <w:r>
        <w:rPr>
          <w:b/>
        </w:rPr>
        <w:t xml:space="preserve">[55:10] </w:t>
      </w:r>
      <w:r>
        <w:t>So, global warming is a global warning.</w:t>
      </w:r>
    </w:p>
    <w:p>
      <w:pPr>
        <w:jc w:val="right"/>
      </w:pPr>
      <w:r>
        <w:t>سو گلوبل وارمنگ از ا گلوبل وارننگ۔</w:t>
      </w:r>
    </w:p>
    <w:p>
      <w:r>
        <w:rPr>
          <w:b/>
        </w:rPr>
        <w:t xml:space="preserve">[55:16] </w:t>
      </w:r>
      <w:r>
        <w:t>It is a divine warning.</w:t>
      </w:r>
    </w:p>
    <w:p>
      <w:pPr>
        <w:jc w:val="right"/>
      </w:pPr>
      <w:r>
        <w:t>اٹ از ا ڈیوائن وارن۔</w:t>
      </w:r>
    </w:p>
    <w:p>
      <w:r>
        <w:rPr>
          <w:b/>
        </w:rPr>
        <w:t xml:space="preserve">[55:22] </w:t>
      </w:r>
      <w:r>
        <w:t>It is a divine warning.</w:t>
      </w:r>
    </w:p>
    <w:p>
      <w:pPr>
        <w:jc w:val="right"/>
      </w:pPr>
      <w:r>
        <w:t>اٹ از ا ڈیوائن وارننگ۔</w:t>
      </w:r>
    </w:p>
    <w:p>
      <w:r>
        <w:rPr>
          <w:b/>
        </w:rPr>
        <w:t xml:space="preserve">[55:29] </w:t>
      </w:r>
      <w:r>
        <w:t>We have to listen those voices from God.</w:t>
      </w:r>
    </w:p>
    <w:p>
      <w:pPr>
        <w:jc w:val="right"/>
      </w:pPr>
      <w:r>
        <w:t>وی ہیو ٹو لسن دوز وائسز فرام گاڈ۔</w:t>
      </w:r>
    </w:p>
    <w:p>
      <w:r>
        <w:rPr>
          <w:b/>
        </w:rPr>
        <w:t xml:space="preserve">[55:35] </w:t>
      </w:r>
      <w:r>
        <w:t>We have to understand those indications from God.</w:t>
      </w:r>
    </w:p>
    <w:p>
      <w:pPr>
        <w:jc w:val="right"/>
      </w:pPr>
      <w:r>
        <w:t>وی ہیو ٹو انڈرسٹینڈ دوز انڈیکیشنز فرام گاڈ۔</w:t>
      </w:r>
    </w:p>
    <w:p>
      <w:r>
        <w:rPr>
          <w:b/>
        </w:rPr>
        <w:t xml:space="preserve">[55:43] </w:t>
      </w:r>
      <w:r>
        <w:t>And we have to refashion our life.</w:t>
      </w:r>
    </w:p>
    <w:p>
      <w:pPr>
        <w:jc w:val="right"/>
      </w:pPr>
      <w:r>
        <w:t>اینڈ وی ہیو ٹو ری فیشن اور لائف۔</w:t>
      </w:r>
    </w:p>
    <w:p>
      <w:r>
        <w:rPr>
          <w:b/>
        </w:rPr>
        <w:t xml:space="preserve">[55:51] </w:t>
      </w:r>
      <w:r>
        <w:t>We have to redesign our life.</w:t>
      </w:r>
    </w:p>
    <w:p>
      <w:pPr>
        <w:jc w:val="right"/>
      </w:pPr>
      <w:r>
        <w:t>وی ہیو ٹو ری ڈیزائن اور لائف۔</w:t>
      </w:r>
    </w:p>
    <w:p>
      <w:r>
        <w:rPr>
          <w:b/>
        </w:rPr>
        <w:t xml:space="preserve">[55:58] </w:t>
      </w:r>
      <w:r>
        <w:t>We have to reassess our life because the time is running out.</w:t>
      </w:r>
    </w:p>
    <w:p>
      <w:pPr>
        <w:jc w:val="right"/>
      </w:pPr>
      <w:r>
        <w:t>وی ہیو ٹو ری اسس اور لائف بیکاز دا ٹائم از رننگ اؤٹ</w:t>
      </w:r>
    </w:p>
    <w:p>
      <w:r>
        <w:rPr>
          <w:b/>
        </w:rPr>
        <w:t xml:space="preserve">[56:06] </w:t>
      </w:r>
      <w:r>
        <w:t>. so only one message I can give you that understand that follow the creation plan of, follow the creation plan of God and find entry into paradise. Astaghfirullah al-ali al-waqt al-jameen. Aqoolu qawli hadha wa astaghfirullah al-ali al-waqt al-jameen.</w:t>
      </w:r>
    </w:p>
    <w:p>
      <w:pPr>
        <w:jc w:val="right"/>
      </w:pPr>
      <w:r>
        <w:t>۔ سو اونلی ون میسج ائی کین گیو یو دیٹ انڈرسٹینڈ دیٹ فالو دا کریشن پلان اف، فالو دا کریشن پلان اف گاڈ اینڈ فائنڈ انٹری انٹو پیراڈائز۔ استغفراللہ العلی ورکم اجمعین۔ اقول قولھذا واستغفراللہ العلی ورکم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