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Universal Brotherhood and Islam June 7, 2007 Maulana Wahiduddin Khan</w:t>
      </w:r>
    </w:p>
    <w:p>
      <w:r>
        <w:t>https://www.youtube.com/watch?v=kHXdf1eu6IM</w:t>
      </w:r>
    </w:p>
    <w:p>
      <w:r>
        <w:rPr>
          <w:b/>
        </w:rPr>
        <w:t xml:space="preserve">[00:09] </w:t>
      </w:r>
      <w:r>
        <w:t>bismillah-ir-rehman-ir-reheem, wa salla Allahu ala an-nabiyyi al-kareem. rabb-ishrah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 qahu qawli.</w:t>
      </w:r>
    </w:p>
    <w:p>
      <w:pPr>
        <w:jc w:val="right"/>
      </w:pPr>
      <w:r>
        <w:t>یفقہ قولی۔</w:t>
      </w:r>
    </w:p>
    <w:p>
      <w:r>
        <w:rPr>
          <w:b/>
        </w:rPr>
        <w:t xml:space="preserve">[00:32] </w:t>
      </w:r>
      <w:r>
        <w:t>the topic for this morning is universal brotherhood and islam.</w:t>
      </w:r>
    </w:p>
    <w:p>
      <w:pPr>
        <w:jc w:val="right"/>
      </w:pPr>
      <w:r>
        <w:t>The topic for this morning is universal brotherhood and Islam.</w:t>
      </w:r>
    </w:p>
    <w:p>
      <w:r>
        <w:rPr>
          <w:b/>
        </w:rPr>
        <w:t xml:space="preserve">[00:46] </w:t>
      </w:r>
      <w:r>
        <w:t>yesterday i happened to meet a scholar. he was a humanist.</w:t>
      </w:r>
    </w:p>
    <w:p>
      <w:pPr>
        <w:jc w:val="right"/>
      </w:pPr>
      <w:r>
        <w:t>Yesterday I happened to meet a scholar. He was a humanist.</w:t>
      </w:r>
    </w:p>
    <w:p>
      <w:r>
        <w:rPr>
          <w:b/>
        </w:rPr>
        <w:t xml:space="preserve">[00:57] </w:t>
      </w:r>
      <w:r>
        <w:t>he said that i have read islam, and i can say that</w:t>
      </w:r>
    </w:p>
    <w:p>
      <w:pPr>
        <w:jc w:val="right"/>
      </w:pPr>
      <w:r>
        <w:t>He said that I have read Islam, and I can say that</w:t>
      </w:r>
    </w:p>
    <w:p>
      <w:r>
        <w:rPr>
          <w:b/>
        </w:rPr>
        <w:t xml:space="preserve">[01:09] </w:t>
      </w:r>
      <w:r>
        <w:t>in islam there is no concept of</w:t>
      </w:r>
    </w:p>
    <w:p>
      <w:pPr>
        <w:jc w:val="right"/>
      </w:pPr>
      <w:r>
        <w:t>in Islam there is no concept of</w:t>
      </w:r>
    </w:p>
    <w:p>
      <w:r>
        <w:rPr>
          <w:b/>
        </w:rPr>
        <w:t xml:space="preserve">[01:19] </w:t>
      </w:r>
      <w:r>
        <w:t>universal brotherhood.</w:t>
      </w:r>
    </w:p>
    <w:p>
      <w:pPr>
        <w:jc w:val="right"/>
      </w:pPr>
      <w:r>
        <w:t>universal brotherhood.</w:t>
      </w:r>
    </w:p>
    <w:p>
      <w:r>
        <w:rPr>
          <w:b/>
        </w:rPr>
        <w:t xml:space="preserve">[01:23] </w:t>
      </w:r>
      <w:r>
        <w:t>he said that according to my study, islam believes in muslim brotherhood.</w:t>
      </w:r>
    </w:p>
    <w:p>
      <w:pPr>
        <w:jc w:val="right"/>
      </w:pPr>
      <w:r>
        <w:t>He said that according to my study, Islam believes in Muslim brotherhood.</w:t>
      </w:r>
    </w:p>
    <w:p>
      <w:r>
        <w:rPr>
          <w:b/>
        </w:rPr>
        <w:t xml:space="preserve">[01:36] </w:t>
      </w:r>
      <w:r>
        <w:t>he said that</w:t>
      </w:r>
    </w:p>
    <w:p>
      <w:pPr>
        <w:jc w:val="right"/>
      </w:pPr>
      <w:r>
        <w:t>He said that</w:t>
      </w:r>
    </w:p>
    <w:p>
      <w:r>
        <w:rPr>
          <w:b/>
        </w:rPr>
        <w:t xml:space="preserve">[01:40] </w:t>
      </w:r>
      <w:r>
        <w:t>the greatest jamaat of present muslims, a well-known jamaat, they claim that they are the greatest organization,</w:t>
      </w:r>
    </w:p>
    <w:p>
      <w:pPr>
        <w:jc w:val="right"/>
      </w:pPr>
      <w:r>
        <w:t>the greatest Jamaat of present Muslims, a well-known Jamaat, they claim that they are the greatest organization,</w:t>
      </w:r>
    </w:p>
    <w:p>
      <w:r>
        <w:rPr>
          <w:b/>
        </w:rPr>
        <w:t xml:space="preserve">[01:58] </w:t>
      </w:r>
      <w:r>
        <w:t>and it is a universal organization according to their claim. in their principle there is ikram-e-muslim but not ikram-e-insan.</w:t>
      </w:r>
    </w:p>
    <w:p>
      <w:pPr>
        <w:jc w:val="right"/>
      </w:pPr>
      <w:r>
        <w:t>and it is a universal organization according to their claim. In their principle there is Ikram-e-Muslim but not Ikram-e-Insan.</w:t>
      </w:r>
    </w:p>
    <w:p>
      <w:r>
        <w:rPr>
          <w:b/>
        </w:rPr>
        <w:t xml:space="preserve">[02:14] </w:t>
      </w:r>
      <w:r>
        <w:t>any respect to muslims is there, but there is no reference of respect to human being.</w:t>
      </w:r>
    </w:p>
    <w:p>
      <w:pPr>
        <w:jc w:val="right"/>
      </w:pPr>
      <w:r>
        <w:t>Any respect to Muslims is there, but there is no reference of respect to human being.</w:t>
      </w:r>
    </w:p>
    <w:p>
      <w:r>
        <w:rPr>
          <w:b/>
        </w:rPr>
        <w:t xml:space="preserve">[02:26] </w:t>
      </w:r>
      <w:r>
        <w:t>I said that if you want to know what is Islam, first of all you have to detach Muslims from Islam.</w:t>
      </w:r>
    </w:p>
    <w:p>
      <w:pPr>
        <w:jc w:val="right"/>
      </w:pPr>
      <w:r>
        <w:t>I said that if you want to know what is Islam, first of all you have to detach Muslims from Islam.</w:t>
      </w:r>
    </w:p>
    <w:p>
      <w:r>
        <w:rPr>
          <w:b/>
        </w:rPr>
        <w:t xml:space="preserve">[02:43] </w:t>
      </w:r>
      <w:r>
        <w:t>You have to differentiate between Islam and Muslims.</w:t>
      </w:r>
    </w:p>
    <w:p>
      <w:pPr>
        <w:jc w:val="right"/>
      </w:pPr>
      <w:r>
        <w:t>You have to differentiate between Islam and Muslims.</w:t>
      </w:r>
    </w:p>
    <w:p>
      <w:r>
        <w:rPr>
          <w:b/>
        </w:rPr>
        <w:t xml:space="preserve">[02:50] </w:t>
      </w:r>
      <w:r>
        <w:t>You have to judge Muslims in the light of Islamic teachings and not vice versa. So first of all you have to determine what is your subject.</w:t>
      </w:r>
    </w:p>
    <w:p>
      <w:pPr>
        <w:jc w:val="right"/>
      </w:pPr>
      <w:r>
        <w:t>You have to judge Muslims in the light of Islamic teachings and not vice versa. So first of all you have to determine what is your subject.</w:t>
      </w:r>
    </w:p>
    <w:p>
      <w:r>
        <w:rPr>
          <w:b/>
        </w:rPr>
        <w:t xml:space="preserve">[03:11] </w:t>
      </w:r>
      <w:r>
        <w:t>Is it to know Muslims or is it to know Islam? So he said that, "No, I want to know about Islam." Then I said that your concept is quite baseless.</w:t>
      </w:r>
    </w:p>
    <w:p>
      <w:pPr>
        <w:jc w:val="right"/>
      </w:pPr>
      <w:r>
        <w:t>Is it to know Muslims or is it to know Islam? So he said that, "No, I want to know about Islam." Then I said that your concept is quite baseless.</w:t>
      </w:r>
    </w:p>
    <w:p>
      <w:r>
        <w:rPr>
          <w:b/>
        </w:rPr>
        <w:t xml:space="preserve">[03:38] </w:t>
      </w:r>
      <w:r>
        <w:t>Contrary to your concept, Islam is a religion that cravely believes, that greatly believes in brotherhood, in universal brotherhood.</w:t>
      </w:r>
    </w:p>
    <w:p>
      <w:pPr>
        <w:jc w:val="right"/>
      </w:pPr>
      <w:r>
        <w:t>Contrary to your concept, Islam is a religion that cravely believes, that greatly believes in brotherhood, in universal brotherhood.</w:t>
      </w:r>
    </w:p>
    <w:p>
      <w:r>
        <w:rPr>
          <w:b/>
        </w:rPr>
        <w:t xml:space="preserve">[03:57] </w:t>
      </w:r>
      <w:r>
        <w:t>So</w:t>
      </w:r>
    </w:p>
    <w:p>
      <w:pPr>
        <w:jc w:val="right"/>
      </w:pPr>
      <w:r>
        <w:t>So</w:t>
      </w:r>
    </w:p>
    <w:p>
      <w:r>
        <w:rPr>
          <w:b/>
        </w:rPr>
        <w:t xml:space="preserve">[04:01] </w:t>
      </w:r>
      <w:r>
        <w:t>the fact is that I have also studied Islam from its original sources.</w:t>
      </w:r>
    </w:p>
    <w:p>
      <w:pPr>
        <w:jc w:val="right"/>
      </w:pPr>
      <w:r>
        <w:t>the fact is that I have also studied Islam from its original sources.</w:t>
      </w:r>
    </w:p>
    <w:p>
      <w:r>
        <w:rPr>
          <w:b/>
        </w:rPr>
        <w:t xml:space="preserve">[04:11] </w:t>
      </w:r>
      <w:r>
        <w:t>Islam is my subject. I have studied all those sources that are</w:t>
      </w:r>
    </w:p>
    <w:p>
      <w:pPr>
        <w:jc w:val="right"/>
      </w:pPr>
      <w:r>
        <w:t>Islam is my subject. I have studied all those sources that are</w:t>
      </w:r>
    </w:p>
    <w:p>
      <w:r>
        <w:rPr>
          <w:b/>
        </w:rPr>
        <w:t xml:space="preserve">[04:28] </w:t>
      </w:r>
      <w:r>
        <w:t>Islamic source, that are believed to be Islamic scriptures like Quran and Hadith and Life of the Prophet, Life of the Sahaba.</w:t>
      </w:r>
    </w:p>
    <w:p>
      <w:pPr>
        <w:jc w:val="right"/>
      </w:pPr>
      <w:r>
        <w:t>Islamic source, that are believed to be Islamic scriptures like Quran and Hadith and Life of the Prophet, Life of the Sahaba.</w:t>
      </w:r>
    </w:p>
    <w:p>
      <w:r>
        <w:rPr>
          <w:b/>
        </w:rPr>
        <w:t xml:space="preserve">[04:41] </w:t>
      </w:r>
      <w:r>
        <w:t>So according to my study,</w:t>
      </w:r>
    </w:p>
    <w:p>
      <w:pPr>
        <w:jc w:val="right"/>
      </w:pPr>
      <w:r>
        <w:t>So according to my study,</w:t>
      </w:r>
    </w:p>
    <w:p>
      <w:r>
        <w:rPr>
          <w:b/>
        </w:rPr>
        <w:t xml:space="preserve">[04:49] </w:t>
      </w:r>
      <w:r>
        <w:t>universal brotherhood is the second most important part of Islam.</w:t>
      </w:r>
    </w:p>
    <w:p>
      <w:pPr>
        <w:jc w:val="right"/>
      </w:pPr>
      <w:r>
        <w:t>universal brotherhood is the second most important part of Islam.</w:t>
      </w:r>
    </w:p>
    <w:p>
      <w:r>
        <w:rPr>
          <w:b/>
        </w:rPr>
        <w:t xml:space="preserve">[04:59] </w:t>
      </w:r>
      <w:r>
        <w:t>You know,</w:t>
      </w:r>
    </w:p>
    <w:p>
      <w:pPr>
        <w:jc w:val="right"/>
      </w:pPr>
      <w:r>
        <w:t>You know,</w:t>
      </w:r>
    </w:p>
    <w:p>
      <w:r>
        <w:rPr>
          <w:b/>
        </w:rPr>
        <w:t xml:space="preserve">[05:04] </w:t>
      </w:r>
      <w:r>
        <w:t>there are two basic principles in Islam: Tawhid and</w:t>
      </w:r>
    </w:p>
    <w:p>
      <w:pPr>
        <w:jc w:val="right"/>
      </w:pPr>
      <w:r>
        <w:t>there are two basic principles in Islam: Tawhid and</w:t>
      </w:r>
    </w:p>
    <w:p>
      <w:r>
        <w:rPr>
          <w:b/>
        </w:rPr>
        <w:t xml:space="preserve">[05:15] </w:t>
      </w:r>
      <w:r>
        <w:t>Musawwat Bani Adam.</w:t>
      </w:r>
    </w:p>
    <w:p>
      <w:pPr>
        <w:jc w:val="right"/>
      </w:pPr>
      <w:r>
        <w:t>Musawwat Bani Adam.</w:t>
      </w:r>
    </w:p>
    <w:p>
      <w:r>
        <w:rPr>
          <w:b/>
        </w:rPr>
        <w:t xml:space="preserve">[05:20] </w:t>
      </w:r>
      <w:r>
        <w:t>These two principles are basic principles of Islam. Tawhid means</w:t>
      </w:r>
    </w:p>
    <w:p>
      <w:pPr>
        <w:jc w:val="right"/>
      </w:pPr>
      <w:r>
        <w:t>These two principles are basic principles of Islam. Tawhid means</w:t>
      </w:r>
    </w:p>
    <w:p>
      <w:r>
        <w:rPr>
          <w:b/>
        </w:rPr>
        <w:t xml:space="preserve">[05:29] </w:t>
      </w:r>
      <w:r>
        <w:t>Oneness of God, and Musawwat Bani Adam means</w:t>
      </w:r>
    </w:p>
    <w:p>
      <w:pPr>
        <w:jc w:val="right"/>
      </w:pPr>
      <w:r>
        <w:t>Oneness of God, and Musawwat Bani Adam means</w:t>
      </w:r>
    </w:p>
    <w:p>
      <w:r>
        <w:rPr>
          <w:b/>
        </w:rPr>
        <w:t xml:space="preserve">[05:38] </w:t>
      </w:r>
      <w:r>
        <w:t>believing in equality of human being or Oneness of Man. So I can say that these two principles are Oneness of God and Oneness of Man.</w:t>
      </w:r>
    </w:p>
    <w:p>
      <w:pPr>
        <w:jc w:val="right"/>
      </w:pPr>
      <w:r>
        <w:t>believing in equality of human being or Oneness of Man. So I can say that these two principles are Oneness of God and Oneness of Man.</w:t>
      </w:r>
    </w:p>
    <w:p>
      <w:r>
        <w:rPr>
          <w:b/>
        </w:rPr>
        <w:t xml:space="preserve">[05:55] </w:t>
      </w:r>
      <w:r>
        <w:t>All the teachings are under these two principles.</w:t>
      </w:r>
    </w:p>
    <w:p>
      <w:pPr>
        <w:jc w:val="right"/>
      </w:pPr>
      <w:r>
        <w:t>All the teachings are under these two principles.</w:t>
      </w:r>
    </w:p>
    <w:p>
      <w:r>
        <w:rPr>
          <w:b/>
        </w:rPr>
        <w:t xml:space="preserve">[06:05] </w:t>
      </w:r>
      <w:r>
        <w:t>If you take a copy of the Quran,</w:t>
      </w:r>
    </w:p>
    <w:p>
      <w:pPr>
        <w:jc w:val="right"/>
      </w:pPr>
      <w:r>
        <w:t>If you take a copy of the Quran,</w:t>
      </w:r>
    </w:p>
    <w:p>
      <w:r>
        <w:rPr>
          <w:b/>
        </w:rPr>
        <w:t xml:space="preserve">[06:12] </w:t>
      </w:r>
      <w:r>
        <w:t>you know there are 114 chapters in the Quran. 114 chapters in the Quran.</w:t>
      </w:r>
    </w:p>
    <w:p>
      <w:pPr>
        <w:jc w:val="right"/>
      </w:pPr>
      <w:r>
        <w:t>you know there are 114 chapters in the Quran. 114 chapters in the Quran.</w:t>
      </w:r>
    </w:p>
    <w:p>
      <w:r>
        <w:rPr>
          <w:b/>
        </w:rPr>
        <w:t xml:space="preserve">[06:26] </w:t>
      </w:r>
      <w:r>
        <w:t>So the first verse, the very first verse tells us, tells us, the very first verse tells us</w:t>
      </w:r>
    </w:p>
    <w:p>
      <w:pPr>
        <w:jc w:val="right"/>
      </w:pPr>
      <w:r>
        <w:t>So the first verse, the very first verse tells us, tells us, the very first verse tells us</w:t>
      </w:r>
    </w:p>
    <w:p>
      <w:r>
        <w:rPr>
          <w:b/>
        </w:rPr>
        <w:t xml:space="preserve">[06:41] </w:t>
      </w:r>
      <w:r>
        <w:t>that, "Alhamdulillahi Rabbil Alameen." This is the first verse of the Quran, and this verse tells us that God is Rabbul Alameen,</w:t>
      </w:r>
    </w:p>
    <w:p>
      <w:pPr>
        <w:jc w:val="right"/>
      </w:pPr>
      <w:r>
        <w:t>that, "Alhamdulillahi Rabbil Alameen." This is the first verse of the Quran, and this verse tells us that God is Rabbul Alameen,</w:t>
      </w:r>
    </w:p>
    <w:p>
      <w:r>
        <w:rPr>
          <w:b/>
        </w:rPr>
        <w:t xml:space="preserve">[06:56] </w:t>
      </w:r>
      <w:r>
        <w:t>Lord of the mankind.</w:t>
      </w:r>
    </w:p>
    <w:p>
      <w:pPr>
        <w:jc w:val="right"/>
      </w:pPr>
      <w:r>
        <w:t>Lord of the mankind.</w:t>
      </w:r>
    </w:p>
    <w:p>
      <w:r>
        <w:rPr>
          <w:b/>
        </w:rPr>
        <w:t xml:space="preserve">[07:00] </w:t>
      </w:r>
      <w:r>
        <w:t>In Quran there is no such word as Rabbul Muslimeen. So God is not Rabbul Muslimeen.</w:t>
      </w:r>
    </w:p>
    <w:p>
      <w:pPr>
        <w:jc w:val="right"/>
      </w:pPr>
      <w:r>
        <w:t>In Quran there is no such word as Rabbul Muslimeen. So God is not Rabbul Muslimeen.</w:t>
      </w:r>
    </w:p>
    <w:p>
      <w:r>
        <w:rPr>
          <w:b/>
        </w:rPr>
        <w:t xml:space="preserve">[07:12] </w:t>
      </w:r>
      <w:r>
        <w:t>God Almighty is Rabbul Alameen. Alhamdulillahi Rabbil Alameen. These are the first verses of the Quran.</w:t>
      </w:r>
    </w:p>
    <w:p>
      <w:pPr>
        <w:jc w:val="right"/>
      </w:pPr>
      <w:r>
        <w:t>God Almighty is Rabbul Alameen. Alhamdulillahi Rabbil Alameen. These are the first verses of the Quran.</w:t>
      </w:r>
    </w:p>
    <w:p>
      <w:r>
        <w:rPr>
          <w:b/>
        </w:rPr>
        <w:t xml:space="preserve">[07:24] </w:t>
      </w:r>
      <w:r>
        <w:t>Then the last chapter, that is An-Nas.</w:t>
      </w:r>
    </w:p>
    <w:p>
      <w:pPr>
        <w:jc w:val="right"/>
      </w:pPr>
      <w:r>
        <w:t>Then the last chapter, that is An-Nas.</w:t>
      </w:r>
    </w:p>
    <w:p>
      <w:r>
        <w:rPr>
          <w:b/>
        </w:rPr>
        <w:t xml:space="preserve">[07:31] </w:t>
      </w:r>
      <w:r>
        <w:t>In the last chapter also the same principle is mentioned in these verses: "Qul aoozu birabbin nas."</w:t>
      </w:r>
    </w:p>
    <w:p>
      <w:pPr>
        <w:jc w:val="right"/>
      </w:pPr>
      <w:r>
        <w:t>In the last chapter also the same principle is mentioned in these verses: "Qul اعوذ برب الناس."</w:t>
      </w:r>
    </w:p>
    <w:p>
      <w:r>
        <w:rPr>
          <w:b/>
        </w:rPr>
        <w:t xml:space="preserve">[07:42] </w:t>
      </w:r>
      <w:r>
        <w:t>Rabbul Nas, in the first chapter God was mentioned as Rabbul Alameen, and in the last chapter God is mentioned as Rabbul Nas.</w:t>
      </w:r>
    </w:p>
    <w:p>
      <w:pPr>
        <w:jc w:val="right"/>
      </w:pPr>
      <w:r>
        <w:t>Rabbul Nas, in the first chapter God was mentioned as Rabbul Alameen, and in the last chapter God is mentioned as Rabbul Nas.</w:t>
      </w:r>
    </w:p>
    <w:p>
      <w:r>
        <w:rPr>
          <w:b/>
        </w:rPr>
        <w:t xml:space="preserve">[07:56] </w:t>
      </w:r>
      <w:r>
        <w:t>Both verses are, both verses have the same meaning, that is Lord of, Lord of mankind.</w:t>
      </w:r>
    </w:p>
    <w:p>
      <w:pPr>
        <w:jc w:val="right"/>
      </w:pPr>
      <w:r>
        <w:t>Both verses are, both verses have the same meaning, that is Lord of, Lord of mankind.</w:t>
      </w:r>
    </w:p>
    <w:p>
      <w:r>
        <w:rPr>
          <w:b/>
        </w:rPr>
        <w:t xml:space="preserve">[08:08] </w:t>
      </w:r>
      <w:r>
        <w:t>So here you can see that universality is interwoven in the whole fabric of Islamic religion.</w:t>
      </w:r>
    </w:p>
    <w:p>
      <w:pPr>
        <w:jc w:val="right"/>
      </w:pPr>
      <w:r>
        <w:t>So here you can see that universality is interwoven in the whole fabric of Islamic religion.</w:t>
      </w:r>
    </w:p>
    <w:p>
      <w:r>
        <w:rPr>
          <w:b/>
        </w:rPr>
        <w:t xml:space="preserve">[08:20] </w:t>
      </w:r>
      <w:r>
        <w:t>Then</w:t>
      </w:r>
    </w:p>
    <w:p>
      <w:pPr>
        <w:jc w:val="right"/>
      </w:pPr>
      <w:r>
        <w:t>Then</w:t>
      </w:r>
    </w:p>
    <w:p>
      <w:r>
        <w:rPr>
          <w:b/>
        </w:rPr>
        <w:t xml:space="preserve">[08:25] </w:t>
      </w:r>
      <w:r>
        <w:t>first of all, dealing with this sub, dealing with this subject, first of all we have to evolve an ideology, ideology of universal brotherhood.</w:t>
      </w:r>
    </w:p>
    <w:p>
      <w:pPr>
        <w:jc w:val="right"/>
      </w:pPr>
      <w:r>
        <w:t>first of all, dealing with this sub, dealing with this subject, first of all we have to evolve an ideology, ideology of universal brotherhood.</w:t>
      </w:r>
    </w:p>
    <w:p>
      <w:r>
        <w:rPr>
          <w:b/>
        </w:rPr>
        <w:t xml:space="preserve">[08:42] </w:t>
      </w:r>
      <w:r>
        <w:t>So what is that ideology? According to my experience there are two basic ideologies.</w:t>
      </w:r>
    </w:p>
    <w:p>
      <w:pPr>
        <w:jc w:val="right"/>
      </w:pPr>
      <w:r>
        <w:t>So what is that ideology? According to my experience there are two basic ideologies.</w:t>
      </w:r>
    </w:p>
    <w:p>
      <w:r>
        <w:rPr>
          <w:b/>
        </w:rPr>
        <w:t xml:space="preserve">[08:54] </w:t>
      </w:r>
      <w:r>
        <w:t>One is based on monism and the second is based on monotheism. So the ideology based on monism believes that the whole cosmos is one and the same.</w:t>
      </w:r>
    </w:p>
    <w:p>
      <w:pPr>
        <w:jc w:val="right"/>
      </w:pPr>
      <w:r>
        <w:t>One is based on monism and the second is based on monotheism. So the ideology based on monism believes that the whole cosmos is one and the same.</w:t>
      </w:r>
    </w:p>
    <w:p>
      <w:r>
        <w:rPr>
          <w:b/>
        </w:rPr>
        <w:t xml:space="preserve">[09:15] </w:t>
      </w:r>
      <w:r>
        <w:t>Everyone is a part of the same reality. So they believe that there is no two entities like God or, and man or creator and creature.</w:t>
      </w:r>
    </w:p>
    <w:p>
      <w:pPr>
        <w:jc w:val="right"/>
      </w:pPr>
      <w:r>
        <w:t>Everyone is a part of the same reality. So they believe that there is no two entities like God or, and man or creator and creature.</w:t>
      </w:r>
    </w:p>
    <w:p>
      <w:r>
        <w:rPr>
          <w:b/>
        </w:rPr>
        <w:t xml:space="preserve">[09:30] </w:t>
      </w:r>
      <w:r>
        <w:t>All are like an ocean, like an ocean. This is called Aduitvad. So Aduitvad and monism is one and the same.</w:t>
      </w:r>
    </w:p>
    <w:p>
      <w:pPr>
        <w:jc w:val="right"/>
      </w:pPr>
      <w:r>
        <w:t>All are like an ocean, like an ocean. This is called Aduitvad. So Aduitvad and monism is one and the same.</w:t>
      </w:r>
    </w:p>
    <w:p>
      <w:r>
        <w:rPr>
          <w:b/>
        </w:rPr>
        <w:t xml:space="preserve">[09:48] </w:t>
      </w:r>
      <w:r>
        <w:t>So, but not this, this is not the Islamic ideology. So about this ideology Swami Vivekananda has said that, that this concept is a very beautiful concept.</w:t>
      </w:r>
    </w:p>
    <w:p>
      <w:pPr>
        <w:jc w:val="right"/>
      </w:pPr>
      <w:r>
        <w:t>So, but not this, this is not the Islamic ideology. So about this ideology Swami Vivekananda has said that, that this concept is a very beautiful concept.</w:t>
      </w:r>
    </w:p>
    <w:p>
      <w:r>
        <w:rPr>
          <w:b/>
        </w:rPr>
        <w:t xml:space="preserve">[10:12] </w:t>
      </w:r>
      <w:r>
        <w:t>He says in his letters you can see letter number 175, 175.</w:t>
      </w:r>
    </w:p>
    <w:p>
      <w:pPr>
        <w:jc w:val="right"/>
      </w:pPr>
      <w:r>
        <w:t>He says in his letters you can see letter number 175, 175.</w:t>
      </w:r>
    </w:p>
    <w:p>
      <w:r>
        <w:rPr>
          <w:b/>
        </w:rPr>
        <w:t xml:space="preserve">[10:24] </w:t>
      </w:r>
      <w:r>
        <w:t>So in this letter Swami Vivekananda he was a great Indian scholar and very well-known or popularly, popularly accepted, accepted scholar.</w:t>
      </w:r>
    </w:p>
    <w:p>
      <w:pPr>
        <w:jc w:val="right"/>
      </w:pPr>
      <w:r>
        <w:t>So in this letter Swami Vivekananda he was a great Indian scholar and very well-known or popularly, popularly accepted, accepted scholar.</w:t>
      </w:r>
    </w:p>
    <w:p>
      <w:r>
        <w:rPr>
          <w:b/>
        </w:rPr>
        <w:t xml:space="preserve">[10:38] </w:t>
      </w:r>
      <w:r>
        <w:t>So Swami Vivekananda</w:t>
      </w:r>
    </w:p>
    <w:p>
      <w:pPr>
        <w:jc w:val="right"/>
      </w:pPr>
      <w:r>
        <w:t>So Swami Vivekananda</w:t>
      </w:r>
    </w:p>
    <w:p>
      <w:r>
        <w:rPr>
          <w:b/>
        </w:rPr>
        <w:t xml:space="preserve">[10:43] </w:t>
      </w:r>
      <w:r>
        <w:t>observes in his letter number 175 that monism or Aduitvad is a very beautiful idea, but it never translated into practice.</w:t>
      </w:r>
    </w:p>
    <w:p>
      <w:pPr>
        <w:jc w:val="right"/>
      </w:pPr>
      <w:r>
        <w:t>observes in his letter number 175 that monism or Aduitvad is a very beautiful idea, but it never translated into practice.</w:t>
      </w:r>
    </w:p>
    <w:p>
      <w:r>
        <w:rPr>
          <w:b/>
        </w:rPr>
        <w:t xml:space="preserve">[11:01] </w:t>
      </w:r>
      <w:r>
        <w:t>This idea was never translated into practice. According to him when we believe that all the, the whole existence is, is a manifestation, the whole existence is a manifestation of a single, single reality.</w:t>
      </w:r>
    </w:p>
    <w:p>
      <w:pPr>
        <w:jc w:val="right"/>
      </w:pPr>
      <w:r>
        <w:t>This idea was never translated into practice. According to him when we believe that all the, the whole existence is, is a manifestation, the whole existence is a manifestation of a single, single reality.</w:t>
      </w:r>
    </w:p>
    <w:p>
      <w:r>
        <w:rPr>
          <w:b/>
        </w:rPr>
        <w:t xml:space="preserve">[11:28] </w:t>
      </w:r>
      <w:r>
        <w:t>There is no difference between God and man, between man and animal, man and stars. No difference.</w:t>
      </w:r>
    </w:p>
    <w:p>
      <w:pPr>
        <w:jc w:val="right"/>
      </w:pPr>
      <w:r>
        <w:t>There is no difference between God and man, between man and animal, man and stars. No difference.</w:t>
      </w:r>
    </w:p>
    <w:p>
      <w:r>
        <w:rPr>
          <w:b/>
        </w:rPr>
        <w:t xml:space="preserve">[11:38] </w:t>
      </w:r>
      <w:r>
        <w:t>All are one and the same. So according to him it is a very beautiful idea and gives us a Oneness of, it gives us a sense of Oneness.</w:t>
      </w:r>
    </w:p>
    <w:p>
      <w:pPr>
        <w:jc w:val="right"/>
      </w:pPr>
      <w:r>
        <w:t>All are one and the same. So according to him it is a very beautiful idea and gives us a Oneness of, it gives us a sense of Oneness.</w:t>
      </w:r>
    </w:p>
    <w:p>
      <w:r>
        <w:rPr>
          <w:b/>
        </w:rPr>
        <w:t xml:space="preserve">[11:51] </w:t>
      </w:r>
      <w:r>
        <w:t>But he says that although it seems to be a very beautiful idea, but this idea never translated into practice.</w:t>
      </w:r>
    </w:p>
    <w:p>
      <w:pPr>
        <w:jc w:val="right"/>
      </w:pPr>
      <w:r>
        <w:t>But he says that although it seems to be a very beautiful idea, but this idea never translated into practice.</w:t>
      </w:r>
    </w:p>
    <w:p>
      <w:r>
        <w:rPr>
          <w:b/>
        </w:rPr>
        <w:t xml:space="preserve">[12:05] </w:t>
      </w:r>
      <w:r>
        <w:t>He says that, and he at the same time he acknowledges Islam, the Islamic concept, that Islam was able to translate this idea into practice.</w:t>
      </w:r>
    </w:p>
    <w:p>
      <w:pPr>
        <w:jc w:val="right"/>
      </w:pPr>
      <w:r>
        <w:t>He says that, and he at the same time he acknowledges Islam, the Islamic concept, that Islam was able to translate this idea into practice.</w:t>
      </w:r>
    </w:p>
    <w:p>
      <w:r>
        <w:rPr>
          <w:b/>
        </w:rPr>
        <w:t xml:space="preserve">[12:22] </w:t>
      </w:r>
      <w:r>
        <w:t>So acknowledging Islam he says that in the same letter that if ever any religion approached to this equality,</w:t>
      </w:r>
    </w:p>
    <w:p>
      <w:pPr>
        <w:jc w:val="right"/>
      </w:pPr>
      <w:r>
        <w:t>So acknowledging Islam he says that in the same letter that if ever any religion approached to this equality,</w:t>
      </w:r>
    </w:p>
    <w:p>
      <w:r>
        <w:rPr>
          <w:b/>
        </w:rPr>
        <w:t xml:space="preserve">[12:39] </w:t>
      </w:r>
      <w:r>
        <w:t>if ever any religion approached to this equality it is Islam and Islam alone.</w:t>
      </w:r>
    </w:p>
    <w:p>
      <w:pPr>
        <w:jc w:val="right"/>
      </w:pPr>
      <w:r>
        <w:t>if ever any religion approached to this equality it is Islam and Islam alone.</w:t>
      </w:r>
    </w:p>
    <w:p>
      <w:r>
        <w:rPr>
          <w:b/>
        </w:rPr>
        <w:t xml:space="preserve">[12:49] </w:t>
      </w:r>
      <w:r>
        <w:t>So Islam was the only religion that was, that was that successfully established a society of equality.</w:t>
      </w:r>
    </w:p>
    <w:p>
      <w:pPr>
        <w:jc w:val="right"/>
      </w:pPr>
      <w:r>
        <w:t>So Islam was the only religion that was, that was that successfully established a society of equality.</w:t>
      </w:r>
    </w:p>
    <w:p>
      <w:r>
        <w:rPr>
          <w:b/>
        </w:rPr>
        <w:t xml:space="preserve">[13:04] </w:t>
      </w:r>
      <w:r>
        <w:t>Islam was the only religion that successfully established an equal society, a universal brotherhood.</w:t>
      </w:r>
    </w:p>
    <w:p>
      <w:pPr>
        <w:jc w:val="right"/>
      </w:pPr>
      <w:r>
        <w:t>Islam was the only religion that successfully established an equal society, a universal brotherhood.</w:t>
      </w:r>
    </w:p>
    <w:p>
      <w:r>
        <w:rPr>
          <w:b/>
        </w:rPr>
        <w:t xml:space="preserve">[13:17] </w:t>
      </w:r>
      <w:r>
        <w:t>Now it is not very simple. The reason is between ideology.</w:t>
      </w:r>
    </w:p>
    <w:p>
      <w:pPr>
        <w:jc w:val="right"/>
      </w:pPr>
      <w:r>
        <w:t>Now it is not very simple. The reason is between ideology.</w:t>
      </w:r>
    </w:p>
    <w:p>
      <w:r>
        <w:rPr>
          <w:b/>
        </w:rPr>
        <w:t xml:space="preserve">[13:26] </w:t>
      </w:r>
      <w:r>
        <w:t>The ideology of monism is a, why Islam was able to establish a universal brotherhood, a society where,</w:t>
      </w:r>
    </w:p>
    <w:p>
      <w:pPr>
        <w:jc w:val="right"/>
      </w:pPr>
      <w:r>
        <w:t>The ideology of monism is a, why Islam was able to establish a universal brotherhood, a society where,</w:t>
      </w:r>
    </w:p>
    <w:p>
      <w:r>
        <w:rPr>
          <w:b/>
        </w:rPr>
        <w:t xml:space="preserve">[13:43] </w:t>
      </w:r>
      <w:r>
        <w:t>a society of universal brotherhood. He adopted the ideology of monotheism, that is Tawhid.</w:t>
      </w:r>
    </w:p>
    <w:p>
      <w:pPr>
        <w:jc w:val="right"/>
      </w:pPr>
      <w:r>
        <w:t>a society of universal brotherhood. He adopted the ideology of monotheism, that is Tawhid.</w:t>
      </w:r>
    </w:p>
    <w:p>
      <w:r>
        <w:rPr>
          <w:b/>
        </w:rPr>
        <w:t xml:space="preserve">[13:55] </w:t>
      </w:r>
      <w:r>
        <w:t>Monotheism, that is Tawhid. You see the, the issue of universal brotherhood is an issue between man and man.</w:t>
      </w:r>
    </w:p>
    <w:p>
      <w:pPr>
        <w:jc w:val="right"/>
      </w:pPr>
      <w:r>
        <w:t>Monotheism, that is Tawhid. You see the, the issue of universal brotherhood is an issue between man and man.</w:t>
      </w:r>
    </w:p>
    <w:p>
      <w:r>
        <w:rPr>
          <w:b/>
        </w:rPr>
        <w:t xml:space="preserve">[14:08] </w:t>
      </w:r>
      <w:r>
        <w:t>It is man versus man issue and not man versus God issue. So Aduitvad or monism claim that God and man are one and the same.</w:t>
      </w:r>
    </w:p>
    <w:p>
      <w:pPr>
        <w:jc w:val="right"/>
      </w:pPr>
      <w:r>
        <w:t>It is man versus man issue and not man versus God issue. So Aduitvad or monism claim that God and man are one and the same.</w:t>
      </w:r>
    </w:p>
    <w:p>
      <w:r>
        <w:rPr>
          <w:b/>
        </w:rPr>
        <w:t xml:space="preserve">[14:27] </w:t>
      </w:r>
      <w:r>
        <w:t>Creator and creature both are one and the same. There is no creator and no creature. There is no God, no man.</w:t>
      </w:r>
    </w:p>
    <w:p>
      <w:pPr>
        <w:jc w:val="right"/>
      </w:pPr>
      <w:r>
        <w:t>Creator and creature both are one and the same. There is no creator and no creature. There is no God, no man.</w:t>
      </w:r>
    </w:p>
    <w:p>
      <w:r>
        <w:rPr>
          <w:b/>
        </w:rPr>
        <w:t xml:space="preserve">[14:36] </w:t>
      </w:r>
      <w:r>
        <w:t>All are part of the same substance. So according to their claim there is no difference between man and God.</w:t>
      </w:r>
    </w:p>
    <w:p>
      <w:pPr>
        <w:jc w:val="right"/>
      </w:pPr>
      <w:r>
        <w:t>All are part of the same substance. So according to their claim there is no difference between man and God.</w:t>
      </w:r>
    </w:p>
    <w:p>
      <w:r>
        <w:rPr>
          <w:b/>
        </w:rPr>
        <w:t xml:space="preserve">[14:50] </w:t>
      </w:r>
      <w:r>
        <w:t>But the question is that, that the issue of universal brotherhood is, is between man and man and not between man and God.</w:t>
      </w:r>
    </w:p>
    <w:p>
      <w:pPr>
        <w:jc w:val="right"/>
      </w:pPr>
      <w:r>
        <w:t>But the question is that, that the issue of universal brotherhood is, is between man and man and not between man and God.</w:t>
      </w:r>
    </w:p>
    <w:p>
      <w:r>
        <w:rPr>
          <w:b/>
        </w:rPr>
        <w:t xml:space="preserve">[15:07] </w:t>
      </w:r>
      <w:r>
        <w:t>We want to establish a society based on the concept of universal brotherhood. But this concept or this issue is not between man and God.</w:t>
      </w:r>
    </w:p>
    <w:p>
      <w:pPr>
        <w:jc w:val="right"/>
      </w:pPr>
      <w:r>
        <w:t>We want to establish a society based on the concept of universal brotherhood. But this concept or this issue is not between man and God.</w:t>
      </w:r>
    </w:p>
    <w:p>
      <w:r>
        <w:rPr>
          <w:b/>
        </w:rPr>
        <w:t xml:space="preserve">[15:21] </w:t>
      </w:r>
      <w:r>
        <w:t>God is not, God is not part of society. God is not a part of our society.</w:t>
      </w:r>
    </w:p>
    <w:p>
      <w:pPr>
        <w:jc w:val="right"/>
      </w:pPr>
      <w:r>
        <w:t>God is not, God is not part of society. God is not a part of our society.</w:t>
      </w:r>
    </w:p>
    <w:p>
      <w:r>
        <w:rPr>
          <w:b/>
        </w:rPr>
        <w:t xml:space="preserve">[15:30] </w:t>
      </w:r>
      <w:r>
        <w:t>So the question is not between man and God. All the question is between man and man, between man and man.</w:t>
      </w:r>
    </w:p>
    <w:p>
      <w:pPr>
        <w:jc w:val="right"/>
      </w:pPr>
      <w:r>
        <w:t>So the question is not between man and God. All the question is between man and man, between man and man.</w:t>
      </w:r>
    </w:p>
    <w:p>
      <w:r>
        <w:rPr>
          <w:b/>
        </w:rPr>
        <w:t xml:space="preserve">[15:41] </w:t>
      </w:r>
      <w:r>
        <w:t>So the issue is between man and man and not between man and God. So this kind of ideology is quite irrelevant.</w:t>
      </w:r>
    </w:p>
    <w:p>
      <w:pPr>
        <w:jc w:val="right"/>
      </w:pPr>
      <w:r>
        <w:t>So the issue is between man and man and not between man and God. So this kind of ideology is quite irrelevant.</w:t>
      </w:r>
    </w:p>
    <w:p>
      <w:r>
        <w:rPr>
          <w:b/>
        </w:rPr>
        <w:t xml:space="preserve">[15:52] </w:t>
      </w:r>
      <w:r>
        <w:t>The ideology of monism is quite irrelevant in this respect. I would agree that monism seems to be a very beautiful ideology, but it is irrelevant because the question is not to establish equality between man and God.</w:t>
      </w:r>
    </w:p>
    <w:p>
      <w:pPr>
        <w:jc w:val="right"/>
      </w:pPr>
      <w:r>
        <w:t>The ideology of monism is quite irrelevant in this respect. I would agree that monism seems to be a very beautiful ideology, but it is irrelevant because the question is not to establish equality between man and God.</w:t>
      </w:r>
    </w:p>
    <w:p>
      <w:r>
        <w:rPr>
          <w:b/>
        </w:rPr>
        <w:t xml:space="preserve">[16:20] </w:t>
      </w:r>
      <w:r>
        <w:t>The question is to establish equality between man and man because man is part of our society.</w:t>
      </w:r>
    </w:p>
    <w:p>
      <w:pPr>
        <w:jc w:val="right"/>
      </w:pPr>
      <w:r>
        <w:t>The question is to establish equality between man and man because man is part of our society.</w:t>
      </w:r>
    </w:p>
    <w:p>
      <w:r>
        <w:rPr>
          <w:b/>
        </w:rPr>
        <w:t xml:space="preserve">[16:31] </w:t>
      </w:r>
      <w:r>
        <w:t>God is not a part of our society. So it is, maybe it is, I can say there is a, there is a purely a philosophical idea.</w:t>
      </w:r>
    </w:p>
    <w:p>
      <w:pPr>
        <w:jc w:val="right"/>
      </w:pPr>
      <w:r>
        <w:t>God is not a part of our society. So it is, maybe it is, I can say there is a, there is a purely a philosophical idea.</w:t>
      </w:r>
    </w:p>
    <w:p>
      <w:r>
        <w:rPr>
          <w:b/>
        </w:rPr>
        <w:t xml:space="preserve">[16:46] </w:t>
      </w:r>
      <w:r>
        <w:t>It is not a practical idea. Aduitvad or monism are purely a philosophical idea.</w:t>
      </w:r>
    </w:p>
    <w:p>
      <w:pPr>
        <w:jc w:val="right"/>
      </w:pPr>
      <w:r>
        <w:t>It is not a practical idea. Aduitvad or monism are purely a philosophical idea.</w:t>
      </w:r>
    </w:p>
    <w:p>
      <w:r>
        <w:rPr>
          <w:b/>
        </w:rPr>
        <w:t xml:space="preserve">[16:56] </w:t>
      </w:r>
      <w:r>
        <w:t>It has nothing to do with the, with the, with the universal brotherhood.</w:t>
      </w:r>
    </w:p>
    <w:p>
      <w:pPr>
        <w:jc w:val="right"/>
      </w:pPr>
      <w:r>
        <w:t>It has nothing to do with the, with the, with the universal brotherhood.</w:t>
      </w:r>
    </w:p>
    <w:p>
      <w:r>
        <w:rPr>
          <w:b/>
        </w:rPr>
        <w:t xml:space="preserve">[17:07] </w:t>
      </w:r>
      <w:r>
        <w:t>As for the philosophical idea maybe it is a beautiful idea, but as far as the universal, the universal brotherhood is concerned it has no relevance to this issue.</w:t>
      </w:r>
    </w:p>
    <w:p>
      <w:pPr>
        <w:jc w:val="right"/>
      </w:pPr>
      <w:r>
        <w:t>As for the philosophical idea maybe it is a beautiful idea, but as far as the universal, the universal brotherhood is concerned it has no relevance to this issue.</w:t>
      </w:r>
    </w:p>
    <w:p>
      <w:r>
        <w:rPr>
          <w:b/>
        </w:rPr>
        <w:t xml:space="preserve">[17:26] </w:t>
      </w:r>
      <w:r>
        <w:t>But the ideology of monotheism is quite relevant to this issue. What is monotheism?</w:t>
      </w:r>
    </w:p>
    <w:p>
      <w:pPr>
        <w:jc w:val="right"/>
      </w:pPr>
      <w:r>
        <w:t>But the ideology of monotheism is quite relevant to this issue. What is monotheism?</w:t>
      </w:r>
    </w:p>
    <w:p>
      <w:r>
        <w:rPr>
          <w:b/>
        </w:rPr>
        <w:t xml:space="preserve">[17:35] </w:t>
      </w:r>
      <w:r>
        <w:t>It is Tawhid. Monotheism means that monotheism believes in duality, in duality.</w:t>
      </w:r>
    </w:p>
    <w:p>
      <w:pPr>
        <w:jc w:val="right"/>
      </w:pPr>
      <w:r>
        <w:t>It is Tawhid. Monotheism means that monotheism believes in duality, in duality.</w:t>
      </w:r>
    </w:p>
    <w:p>
      <w:r>
        <w:rPr>
          <w:b/>
        </w:rPr>
        <w:t xml:space="preserve">[17:49] </w:t>
      </w:r>
      <w:r>
        <w:t>Duality means God and man are two separate entities. God is the creator and man is the creature.</w:t>
      </w:r>
    </w:p>
    <w:p>
      <w:pPr>
        <w:jc w:val="right"/>
      </w:pPr>
      <w:r>
        <w:t>Duality means God and man are two separate entities. God is the creator and man is the creature.</w:t>
      </w:r>
    </w:p>
    <w:p>
      <w:r>
        <w:rPr>
          <w:b/>
        </w:rPr>
        <w:t xml:space="preserve">[18:02] </w:t>
      </w:r>
      <w:r>
        <w:t>So God and man are not one and the same. Both are quite different. So according to Tawhid or monotheism</w:t>
      </w:r>
    </w:p>
    <w:p>
      <w:pPr>
        <w:jc w:val="right"/>
      </w:pPr>
      <w:r>
        <w:t>So God and man are not one and the same. Both are quite different. So according to Tawhid or monotheism</w:t>
      </w:r>
    </w:p>
    <w:p>
      <w:r>
        <w:rPr>
          <w:b/>
        </w:rPr>
        <w:t xml:space="preserve">[18:17] </w:t>
      </w:r>
      <w:r>
        <w:t>the, the, the reality is based on duality, duality and not Oneness.</w:t>
      </w:r>
    </w:p>
    <w:p>
      <w:pPr>
        <w:jc w:val="right"/>
      </w:pPr>
      <w:r>
        <w:t>the, the, the reality is based on duality, duality and not Oneness.</w:t>
      </w:r>
    </w:p>
    <w:p>
      <w:r>
        <w:rPr>
          <w:b/>
        </w:rPr>
        <w:t xml:space="preserve">[18:30] </w:t>
      </w:r>
      <w:r>
        <w:t>So God is quite different. God is a separate being. We are separate and God is separate. God is creator and we are creature.</w:t>
      </w:r>
    </w:p>
    <w:p>
      <w:pPr>
        <w:jc w:val="right"/>
      </w:pPr>
      <w:r>
        <w:t>So God is quite different. God is a separate being. We are separate and God is separate. God is creator and we are creature.</w:t>
      </w:r>
    </w:p>
    <w:p>
      <w:r>
        <w:rPr>
          <w:b/>
        </w:rPr>
        <w:t xml:space="preserve">[18:47] </w:t>
      </w:r>
      <w:r>
        <w:t>So according to this, so the, the concept of monotheism is quite relevant to our issue.</w:t>
      </w:r>
    </w:p>
    <w:p>
      <w:pPr>
        <w:jc w:val="right"/>
      </w:pPr>
      <w:r>
        <w:t>So according to this, so the, the concept of monotheism is quite relevant to our issue.</w:t>
      </w:r>
    </w:p>
    <w:p>
      <w:r>
        <w:rPr>
          <w:b/>
        </w:rPr>
        <w:t xml:space="preserve">[18:59] </w:t>
      </w:r>
      <w:r>
        <w:t>So when we see, when I see that the ideology of, when I, I, I, I say that in Islam the ideology of universal brotherhood is based on a monotheistic concept.</w:t>
      </w:r>
    </w:p>
    <w:p>
      <w:pPr>
        <w:jc w:val="right"/>
      </w:pPr>
      <w:r>
        <w:t>So when we see, when I see that the ideology of, when I, I, I, I say that in Islam the ideology of universal brotherhood is based on a monotheistic concept.</w:t>
      </w:r>
    </w:p>
    <w:p>
      <w:r>
        <w:rPr>
          <w:b/>
        </w:rPr>
        <w:t xml:space="preserve">[19:20] </w:t>
      </w:r>
      <w:r>
        <w:t>So it is very relevant to the issue,</w:t>
      </w:r>
    </w:p>
    <w:p>
      <w:pPr>
        <w:jc w:val="right"/>
      </w:pPr>
      <w:r>
        <w:t>So it is very relevant to the issue,</w:t>
      </w:r>
    </w:p>
    <w:p>
      <w:r>
        <w:rPr>
          <w:b/>
        </w:rPr>
        <w:t xml:space="preserve">[19:26] </w:t>
      </w:r>
      <w:r>
        <w:t>very relevant to the issue.</w:t>
      </w:r>
    </w:p>
    <w:p>
      <w:pPr>
        <w:jc w:val="right"/>
      </w:pPr>
      <w:r>
        <w:t>very relevant to the issue.</w:t>
      </w:r>
    </w:p>
    <w:p>
      <w:r>
        <w:rPr>
          <w:b/>
        </w:rPr>
        <w:t xml:space="preserve">[19:30] </w:t>
      </w:r>
      <w:r>
        <w:t>From this ideology we derive two principles: Oneness of God and Oneness of man. God as a creator is one and man as a creature is also one.</w:t>
      </w:r>
    </w:p>
    <w:p>
      <w:pPr>
        <w:jc w:val="right"/>
      </w:pPr>
      <w:r>
        <w:t>From this ideology we derive two principles: Oneness of God and Oneness of man. God as a creator is one and man as a creature is also one.</w:t>
      </w:r>
    </w:p>
    <w:p>
      <w:r>
        <w:rPr>
          <w:b/>
        </w:rPr>
        <w:t xml:space="preserve">[19:47] </w:t>
      </w:r>
      <w:r>
        <w:t>So here,</w:t>
      </w:r>
    </w:p>
    <w:p>
      <w:pPr>
        <w:jc w:val="right"/>
      </w:pPr>
      <w:r>
        <w:t>So here,</w:t>
      </w:r>
    </w:p>
    <w:p>
      <w:r>
        <w:rPr>
          <w:b/>
        </w:rPr>
        <w:t xml:space="preserve">[19:51] </w:t>
      </w:r>
      <w:r>
        <w:t>so according to this ideology we, we, we, we can evolve a very relevant formula, a very, very relevant ideology that God is one and mankind is also one.</w:t>
      </w:r>
    </w:p>
    <w:p>
      <w:pPr>
        <w:jc w:val="right"/>
      </w:pPr>
      <w:r>
        <w:t>so according to this ideology we, we, we, we can evolve a very relevant formula, a very, very relevant ideology that God is one and mankind is also one.</w:t>
      </w:r>
    </w:p>
    <w:p>
      <w:r>
        <w:rPr>
          <w:b/>
        </w:rPr>
        <w:t xml:space="preserve">[20:16] </w:t>
      </w:r>
      <w:r>
        <w:t>Then there is a very relevant Hadith: "Ittaqullah haesamaakun wa ashiri nas bikhulqin hasanin." It means that this gives us the picture of a believer.</w:t>
      </w:r>
    </w:p>
    <w:p>
      <w:pPr>
        <w:jc w:val="right"/>
      </w:pPr>
      <w:r>
        <w:t>Then there is a very relevant Hadith: "Ittaqullah haesamaakun wa ashiri nas bikhulqin hasanin." It means that this gives us the picture of a believer.</w:t>
      </w:r>
    </w:p>
    <w:p>
      <w:r>
        <w:rPr>
          <w:b/>
        </w:rPr>
        <w:t xml:space="preserve">[20:39] </w:t>
      </w:r>
      <w:r>
        <w:t>This Hadith gives us the, the true picture of a believer.</w:t>
      </w:r>
    </w:p>
    <w:p>
      <w:pPr>
        <w:jc w:val="right"/>
      </w:pPr>
      <w:r>
        <w:t>This Hadith gives us the, the true picture of a believer.</w:t>
      </w:r>
    </w:p>
    <w:p>
      <w:r>
        <w:rPr>
          <w:b/>
        </w:rPr>
        <w:t xml:space="preserve">[20:49] </w:t>
      </w:r>
      <w:r>
        <w:t>And according to this, according to this definition a Mumin is one who believes in Oneness of God and he believes that I am accountable to God.</w:t>
      </w:r>
    </w:p>
    <w:p>
      <w:pPr>
        <w:jc w:val="right"/>
      </w:pPr>
      <w:r>
        <w:t>And according to this, according to this definition a Mumin is one who believes in Oneness of God and he believes that I am accountable to God.</w:t>
      </w:r>
    </w:p>
    <w:p>
      <w:r>
        <w:rPr>
          <w:b/>
        </w:rPr>
        <w:t xml:space="preserve">[21:09] </w:t>
      </w:r>
      <w:r>
        <w:t>"Ittaqullah haesamaakun." Mumin is one who believes that I am accountable to God. "Ashiri nas bikhulqin hasanin." Then Mumin is one who adopts friendly behavior to all mankind.</w:t>
      </w:r>
    </w:p>
    <w:p>
      <w:pPr>
        <w:jc w:val="right"/>
      </w:pPr>
      <w:r>
        <w:t>"Ittaqullah haesamaakun." Mumin is one who believes that I am accountable to God. "Ashiri nas bikhulqin hasanin." Then Mumin is one who adopts friendly behavior to all mankind.</w:t>
      </w:r>
    </w:p>
    <w:p>
      <w:r>
        <w:rPr>
          <w:b/>
        </w:rPr>
        <w:t xml:space="preserve">[21:31] </w:t>
      </w:r>
      <w:r>
        <w:t>These are two basic principles of Islam</w:t>
      </w:r>
    </w:p>
    <w:p>
      <w:pPr>
        <w:jc w:val="right"/>
      </w:pPr>
      <w:r>
        <w:t>These are two basic principles of Islam</w:t>
      </w:r>
    </w:p>
    <w:p>
      <w:r>
        <w:rPr>
          <w:b/>
        </w:rPr>
        <w:t xml:space="preserve">[21:38] </w:t>
      </w:r>
      <w:r>
        <w:t>that you are accountable to God and then you have to adopt friendly behavior towards all mankind.</w:t>
      </w:r>
    </w:p>
    <w:p>
      <w:pPr>
        <w:jc w:val="right"/>
      </w:pPr>
      <w:r>
        <w:t>that you are accountable to God and then you have to adopt friendly behavior towards all mankind.</w:t>
      </w:r>
    </w:p>
    <w:p>
      <w:r>
        <w:rPr>
          <w:b/>
        </w:rPr>
        <w:t xml:space="preserve">[21:50] </w:t>
      </w:r>
      <w:r>
        <w:t>This is the, this is the, these are the, these are very practical formulas. And due to this practical formula Islam was, Islam successfully,</w:t>
      </w:r>
    </w:p>
    <w:p>
      <w:pPr>
        <w:jc w:val="right"/>
      </w:pPr>
      <w:r>
        <w:t>This is the, this is the, these are the, these are very practical formulas. And due to this practical formula Islam was, Islam successfully,</w:t>
      </w:r>
    </w:p>
    <w:p>
      <w:r>
        <w:rPr>
          <w:b/>
        </w:rPr>
        <w:t xml:space="preserve">[22:05] </w:t>
      </w:r>
      <w:r>
        <w:t>Islam, Islam was able to establish a society of, a society on an equal basis as acknowledged by Swami Vivekananda and all and, and other scholars and historians.</w:t>
      </w:r>
    </w:p>
    <w:p>
      <w:pPr>
        <w:jc w:val="right"/>
      </w:pPr>
      <w:r>
        <w:t>Islam, Islam was able to establish a society of, a society on an equal basis as acknowledged by Swami Vivekananda and all and, and other scholars and historians.</w:t>
      </w:r>
    </w:p>
    <w:p>
      <w:r>
        <w:rPr>
          <w:b/>
        </w:rPr>
        <w:t xml:space="preserve">[22:27] </w:t>
      </w:r>
      <w:r>
        <w:t>So I can say that Tawhid is the only practical ideology</w:t>
      </w:r>
    </w:p>
    <w:p>
      <w:pPr>
        <w:jc w:val="right"/>
      </w:pPr>
      <w:r>
        <w:t>So I can say that Tawhid is the only practical ideology</w:t>
      </w:r>
    </w:p>
    <w:p>
      <w:r>
        <w:rPr>
          <w:b/>
        </w:rPr>
        <w:t xml:space="preserve">[22:41] </w:t>
      </w:r>
      <w:r>
        <w:t>by which we can establish a society on the basis of</w:t>
      </w:r>
    </w:p>
    <w:p>
      <w:pPr>
        <w:jc w:val="right"/>
      </w:pPr>
      <w:r>
        <w:t>by which we can establish a society on the basis of</w:t>
      </w:r>
    </w:p>
    <w:p>
      <w:r>
        <w:rPr>
          <w:b/>
        </w:rPr>
        <w:t xml:space="preserve">[22:48] </w:t>
      </w:r>
      <w:r>
        <w:t>universal brotherhood. Then I would like to refer to a very relevant verse from the Quran.</w:t>
      </w:r>
    </w:p>
    <w:p>
      <w:pPr>
        <w:jc w:val="right"/>
      </w:pPr>
      <w:r>
        <w:t>universal brotherhood. Then I would like to refer to a very relevant verse from the Quran.</w:t>
      </w:r>
    </w:p>
    <w:p>
      <w:r>
        <w:rPr>
          <w:b/>
        </w:rPr>
        <w:t xml:space="preserve">[23:02] </w:t>
      </w:r>
      <w:r>
        <w:t>Quran says that: "Khalqakum min nafs-in wahida." God created you from a single soul.</w:t>
      </w:r>
    </w:p>
    <w:p>
      <w:pPr>
        <w:jc w:val="right"/>
      </w:pPr>
      <w:r>
        <w:t>Quran says that: "خَلَقَكُمْ مِنْ نَفْسٍ وَاحِدَةٍ." God created you from a single soul.</w:t>
      </w:r>
    </w:p>
    <w:p>
      <w:r>
        <w:rPr>
          <w:b/>
        </w:rPr>
        <w:t xml:space="preserve">[23:17] </w:t>
      </w:r>
      <w:r>
        <w:t>God created you from a single soul. This verse was revealed in the first quarter of the 7th century.</w:t>
      </w:r>
    </w:p>
    <w:p>
      <w:pPr>
        <w:jc w:val="right"/>
      </w:pPr>
      <w:r>
        <w:t>God created you from a single soul. This verse was revealed in the first quarter of the 7th century.</w:t>
      </w:r>
    </w:p>
    <w:p>
      <w:r>
        <w:rPr>
          <w:b/>
        </w:rPr>
        <w:t xml:space="preserve">[23:31] </w:t>
      </w:r>
      <w:r>
        <w:t>God created you from a single soul.</w:t>
      </w:r>
    </w:p>
    <w:p>
      <w:pPr>
        <w:jc w:val="right"/>
      </w:pPr>
      <w:r>
        <w:t>God created you from a single soul.</w:t>
      </w:r>
    </w:p>
    <w:p>
      <w:r>
        <w:rPr>
          <w:b/>
        </w:rPr>
        <w:t xml:space="preserve">[23:39] </w:t>
      </w:r>
      <w:r>
        <w:t>So this verse was revealed in the Quran in the, in the first quarter of the 7th century.</w:t>
      </w:r>
    </w:p>
    <w:p>
      <w:pPr>
        <w:jc w:val="right"/>
      </w:pPr>
      <w:r>
        <w:t>So this verse was revealed in the Quran in the, in the first quarter of the 7th century.</w:t>
      </w:r>
    </w:p>
    <w:p>
      <w:r>
        <w:rPr>
          <w:b/>
        </w:rPr>
        <w:t xml:space="preserve">[23:47] </w:t>
      </w:r>
      <w:r>
        <w:t>But now it is an established fact. Now it is a scientifically established fact.</w:t>
      </w:r>
    </w:p>
    <w:p>
      <w:pPr>
        <w:jc w:val="right"/>
      </w:pPr>
      <w:r>
        <w:t>But now it is an established fact. Now it is a scientifically established fact.</w:t>
      </w:r>
    </w:p>
    <w:p>
      <w:r>
        <w:rPr>
          <w:b/>
        </w:rPr>
        <w:t xml:space="preserve">[23:57] </w:t>
      </w:r>
      <w:r>
        <w:t>And this proves the veracity of the Quran. This proves that Quran is the Book of God.</w:t>
      </w:r>
    </w:p>
    <w:p>
      <w:pPr>
        <w:jc w:val="right"/>
      </w:pPr>
      <w:r>
        <w:t>And this proves the veracity of the Quran. This proves that Quran is the Book of God.</w:t>
      </w:r>
    </w:p>
    <w:p>
      <w:r>
        <w:rPr>
          <w:b/>
        </w:rPr>
        <w:t xml:space="preserve">[24:06] </w:t>
      </w:r>
      <w:r>
        <w:t>Here I would like to, to give you,</w:t>
      </w:r>
    </w:p>
    <w:p>
      <w:pPr>
        <w:jc w:val="right"/>
      </w:pPr>
      <w:r>
        <w:t>Here I would like to, to give you,</w:t>
      </w:r>
    </w:p>
    <w:p>
      <w:r>
        <w:rPr>
          <w:b/>
        </w:rPr>
        <w:t xml:space="preserve">[24:14] </w:t>
      </w:r>
      <w:r>
        <w:t>here I, I, I, I would like to refer to this magazine. This is Newsweek magazine of New York.</w:t>
      </w:r>
    </w:p>
    <w:p>
      <w:pPr>
        <w:jc w:val="right"/>
      </w:pPr>
      <w:r>
        <w:t>here I, I, I, I would like to refer to this magazine. This is Newsweek magazine of New York.</w:t>
      </w:r>
    </w:p>
    <w:p>
      <w:r>
        <w:rPr>
          <w:b/>
        </w:rPr>
        <w:t xml:space="preserve">[24:27] </w:t>
      </w:r>
      <w:r>
        <w:t>New, Newsweek magazine of New York. It is, the issue is of</w:t>
      </w:r>
    </w:p>
    <w:p>
      <w:pPr>
        <w:jc w:val="right"/>
      </w:pPr>
      <w:r>
        <w:t>New, Newsweek magazine of New York. It is, the issue is of</w:t>
      </w:r>
    </w:p>
    <w:p>
      <w:r>
        <w:rPr>
          <w:b/>
        </w:rPr>
        <w:t xml:space="preserve">[24:36] </w:t>
      </w:r>
      <w:r>
        <w:t>January 11, 1988. It was published on January 11, 1988.</w:t>
      </w:r>
    </w:p>
    <w:p>
      <w:pPr>
        <w:jc w:val="right"/>
      </w:pPr>
      <w:r>
        <w:t>January 11, 1988. It was published on January 11, 1988.</w:t>
      </w:r>
    </w:p>
    <w:p>
      <w:r>
        <w:rPr>
          <w:b/>
        </w:rPr>
        <w:t xml:space="preserve">[24:51] </w:t>
      </w:r>
      <w:r>
        <w:t>This, this is a very important issue. You know in the 1980s</w:t>
      </w:r>
    </w:p>
    <w:p>
      <w:pPr>
        <w:jc w:val="right"/>
      </w:pPr>
      <w:r>
        <w:t>This, this is a very important issue. You know in the 1980s</w:t>
      </w:r>
    </w:p>
    <w:p>
      <w:r>
        <w:rPr>
          <w:b/>
        </w:rPr>
        <w:t xml:space="preserve">[25:01] </w:t>
      </w:r>
      <w:r>
        <w:t>the, some, some American scholars and some American universities conducted a very important survey</w:t>
      </w:r>
    </w:p>
    <w:p>
      <w:pPr>
        <w:jc w:val="right"/>
      </w:pPr>
      <w:r>
        <w:t>the, some, some American scholars and some American universities conducted a very important survey</w:t>
      </w:r>
    </w:p>
    <w:p>
      <w:r>
        <w:rPr>
          <w:b/>
        </w:rPr>
        <w:t xml:space="preserve">[25:14] </w:t>
      </w:r>
      <w:r>
        <w:t>in the 1980s</w:t>
      </w:r>
    </w:p>
    <w:p>
      <w:pPr>
        <w:jc w:val="right"/>
      </w:pPr>
      <w:r>
        <w:t>in the 1980s</w:t>
      </w:r>
    </w:p>
    <w:p>
      <w:r>
        <w:rPr>
          <w:b/>
        </w:rPr>
        <w:t xml:space="preserve">[25:16] </w:t>
      </w:r>
      <w:r>
        <w:t>that was they, they wanted to know the origin of the human race</w:t>
      </w:r>
    </w:p>
    <w:p>
      <w:pPr>
        <w:jc w:val="right"/>
      </w:pPr>
      <w:r>
        <w:t>that was they, they wanted to know the origin of the human race</w:t>
      </w:r>
    </w:p>
    <w:p>
      <w:r>
        <w:rPr>
          <w:b/>
        </w:rPr>
        <w:t xml:space="preserve">[25:26] </w:t>
      </w:r>
      <w:r>
        <w:t>by the, by the, by the,</w:t>
      </w:r>
    </w:p>
    <w:p>
      <w:pPr>
        <w:jc w:val="right"/>
      </w:pPr>
      <w:r>
        <w:t>by the, by the, by the,</w:t>
      </w:r>
    </w:p>
    <w:p>
      <w:r>
        <w:rPr>
          <w:b/>
        </w:rPr>
        <w:t xml:space="preserve">[25:30] </w:t>
      </w:r>
      <w:r>
        <w:t>by, by DNA principles and by, through molecular biology.</w:t>
      </w:r>
    </w:p>
    <w:p>
      <w:pPr>
        <w:jc w:val="right"/>
      </w:pPr>
      <w:r>
        <w:t>by, by DNA principles and by, through molecular biology.</w:t>
      </w:r>
    </w:p>
    <w:p>
      <w:r>
        <w:rPr>
          <w:b/>
        </w:rPr>
        <w:t xml:space="preserve">[25:36] </w:t>
      </w:r>
      <w:r>
        <w:t>Molecular, molecular biology is a very new discipline in science. So they wanted to know about the genesis of mankind.</w:t>
      </w:r>
    </w:p>
    <w:p>
      <w:pPr>
        <w:jc w:val="right"/>
      </w:pPr>
      <w:r>
        <w:t>Molecular, molecular biology is a very new discipline in science. So they wanted to know about the genesis of mankind.</w:t>
      </w:r>
    </w:p>
    <w:p>
      <w:r>
        <w:rPr>
          <w:b/>
        </w:rPr>
        <w:t xml:space="preserve">[25:49] </w:t>
      </w:r>
      <w:r>
        <w:t>So this, their, their, the result of their survey was published in some journals, some American journals.</w:t>
      </w:r>
    </w:p>
    <w:p>
      <w:pPr>
        <w:jc w:val="right"/>
      </w:pPr>
      <w:r>
        <w:t>So this, their, their, the result of their survey was published in some journals, some American journals.</w:t>
      </w:r>
    </w:p>
    <w:p>
      <w:r>
        <w:rPr>
          <w:b/>
        </w:rPr>
        <w:t xml:space="preserve">[26:03] </w:t>
      </w:r>
      <w:r>
        <w:t>In this issue, this, the paper has published</w:t>
      </w:r>
    </w:p>
    <w:p>
      <w:pPr>
        <w:jc w:val="right"/>
      </w:pPr>
      <w:r>
        <w:t>In this issue, this, the paper has published</w:t>
      </w:r>
    </w:p>
    <w:p>
      <w:r>
        <w:rPr>
          <w:b/>
        </w:rPr>
        <w:t xml:space="preserve">[26:10] </w:t>
      </w:r>
      <w:r>
        <w:t>that the result of that survey. So this, this survey shows us that all humankind, all men and women have a common ancestor,</w:t>
      </w:r>
    </w:p>
    <w:p>
      <w:pPr>
        <w:jc w:val="right"/>
      </w:pPr>
      <w:r>
        <w:t>that the result of that survey. So this, this survey shows us that all humankind, all men and women have a common ancestor,</w:t>
      </w:r>
    </w:p>
    <w:p>
      <w:r>
        <w:rPr>
          <w:b/>
        </w:rPr>
        <w:t xml:space="preserve">[26:32] </w:t>
      </w:r>
      <w:r>
        <w:t>common ancestor. All are biological brothers and biological sisters. Through biological studies, through, according to molecular biology it is established by a scientific method that all human beings have a common ancestor.</w:t>
      </w:r>
    </w:p>
    <w:p>
      <w:pPr>
        <w:jc w:val="right"/>
      </w:pPr>
      <w:r>
        <w:t>common ancestor. All are biological brothers and biological sisters. Through biological studies, through, according to molecular biology it is established by a scientific method that all human beings have a common ancestor.</w:t>
      </w:r>
    </w:p>
    <w:p>
      <w:r>
        <w:rPr>
          <w:b/>
        </w:rPr>
        <w:t xml:space="preserve">[27:01] </w:t>
      </w:r>
      <w:r>
        <w:t>This was declared in the Quran in, in the first quarter of the 7th century that God created man.</w:t>
      </w:r>
    </w:p>
    <w:p>
      <w:pPr>
        <w:jc w:val="right"/>
      </w:pPr>
      <w:r>
        <w:t>This was declared in the Quran in, in the first quarter of the 7th century that God created man.</w:t>
      </w:r>
    </w:p>
    <w:p>
      <w:r>
        <w:rPr>
          <w:b/>
        </w:rPr>
        <w:t xml:space="preserve">[27:13] </w:t>
      </w:r>
      <w:r>
        <w:t>God created Adam as the first man and He created Hawwa, Eve as the first woman.</w:t>
      </w:r>
    </w:p>
    <w:p>
      <w:pPr>
        <w:jc w:val="right"/>
      </w:pPr>
      <w:r>
        <w:t>God created Adam as the first man and He created Hawwa, Eve as the first woman.</w:t>
      </w:r>
    </w:p>
    <w:p>
      <w:r>
        <w:rPr>
          <w:b/>
        </w:rPr>
        <w:t xml:space="preserve">[27:23] </w:t>
      </w:r>
      <w:r>
        <w:t>So Adam and Eve were, Adam and Hawwa were husband and wife. So they were settled in Paradise.</w:t>
      </w:r>
    </w:p>
    <w:p>
      <w:pPr>
        <w:jc w:val="right"/>
      </w:pPr>
      <w:r>
        <w:t>So Adam and Eve were, Adam and Hawwa were husband and wife. So they were settled in Paradise.</w:t>
      </w:r>
    </w:p>
    <w:p>
      <w:r>
        <w:rPr>
          <w:b/>
        </w:rPr>
        <w:t xml:space="preserve">[27:32] </w:t>
      </w:r>
      <w:r>
        <w:t>This was the first pair and all other men, all the, all the races, all the mankind are only family of this first, family of this first pair.</w:t>
      </w:r>
    </w:p>
    <w:p>
      <w:pPr>
        <w:jc w:val="right"/>
      </w:pPr>
      <w:r>
        <w:t>This was the first pair and all other men, all the, all the races, all the mankind are only family of this first, family of this first pair.</w:t>
      </w:r>
    </w:p>
    <w:p>
      <w:r>
        <w:rPr>
          <w:b/>
        </w:rPr>
        <w:t xml:space="preserve">[27:48] </w:t>
      </w:r>
      <w:r>
        <w:t>So now it is scientifically established that all men and women are, are biological, biological sisters and biological brothers.</w:t>
      </w:r>
    </w:p>
    <w:p>
      <w:pPr>
        <w:jc w:val="right"/>
      </w:pPr>
      <w:r>
        <w:t>So now it is scientifically established that all men and women are, are biological, biological sisters and biological brothers.</w:t>
      </w:r>
    </w:p>
    <w:p>
      <w:r>
        <w:rPr>
          <w:b/>
        </w:rPr>
        <w:t xml:space="preserve">[28:06] </w:t>
      </w:r>
      <w:r>
        <w:t>All men and women are blood brothers and, and blood sisters.</w:t>
      </w:r>
    </w:p>
    <w:p>
      <w:pPr>
        <w:jc w:val="right"/>
      </w:pPr>
      <w:r>
        <w:t>All men and women are blood brothers and, and blood sisters.</w:t>
      </w:r>
    </w:p>
    <w:p>
      <w:r>
        <w:rPr>
          <w:b/>
        </w:rPr>
        <w:t xml:space="preserve">[28:13] </w:t>
      </w:r>
      <w:r>
        <w:t>So this is a, this was mentioned in the Quran as a base towards, towards equality.</w:t>
      </w:r>
    </w:p>
    <w:p>
      <w:pPr>
        <w:jc w:val="right"/>
      </w:pPr>
      <w:r>
        <w:t>So this is a, this was mentioned in the Quran as a base towards, towards equality.</w:t>
      </w:r>
    </w:p>
    <w:p>
      <w:r>
        <w:rPr>
          <w:b/>
        </w:rPr>
        <w:t xml:space="preserve">[28:25] </w:t>
      </w:r>
      <w:r>
        <w:t>In the Quran this was mentioned, this biological similarity.</w:t>
      </w:r>
    </w:p>
    <w:p>
      <w:pPr>
        <w:jc w:val="right"/>
      </w:pPr>
      <w:r>
        <w:t>In the Quran this was mentioned, this biological similarity.</w:t>
      </w:r>
    </w:p>
    <w:p>
      <w:r>
        <w:rPr>
          <w:b/>
        </w:rPr>
        <w:t xml:space="preserve">[28:37] </w:t>
      </w:r>
      <w:r>
        <w:t>Quran declared that as all men and women are biologically one and the same. There is, there is a Hadith: "Al-Khalq wa Ayalullah." The whole mankind is, is a single family,</w:t>
      </w:r>
    </w:p>
    <w:p>
      <w:pPr>
        <w:jc w:val="right"/>
      </w:pPr>
      <w:r>
        <w:t>Quran declared that as all men and women are biologically one and the same. There is, there is a Hadith: "Al-Khalq wa Ayalullah." The whole mankind is, is a single family,</w:t>
      </w:r>
    </w:p>
    <w:p>
      <w:r>
        <w:rPr>
          <w:b/>
        </w:rPr>
        <w:t xml:space="preserve">[28:53] </w:t>
      </w:r>
      <w:r>
        <w:t>a single divine family. So it was declared in the Quran that all mankind is a single family.</w:t>
      </w:r>
    </w:p>
    <w:p>
      <w:pPr>
        <w:jc w:val="right"/>
      </w:pPr>
      <w:r>
        <w:t>a single divine family. So it was declared in the Quran that all mankind is a single family.</w:t>
      </w:r>
    </w:p>
    <w:p>
      <w:r>
        <w:rPr>
          <w:b/>
        </w:rPr>
        <w:t xml:space="preserve">[29:05] </w:t>
      </w:r>
      <w:r>
        <w:t>So this is the base of equality. Now this concept is established by a scientific method.</w:t>
      </w:r>
    </w:p>
    <w:p>
      <w:pPr>
        <w:jc w:val="right"/>
      </w:pPr>
      <w:r>
        <w:t>So this is the base of equality. Now this concept is established by a scientific method.</w:t>
      </w:r>
    </w:p>
    <w:p>
      <w:r>
        <w:rPr>
          <w:b/>
        </w:rPr>
        <w:t xml:space="preserve">[29:17] </w:t>
      </w:r>
      <w:r>
        <w:t>So this new survey has two aspects. One that universal brotherhood is quite natural because biologically all men and women are sisters and brothers.</w:t>
      </w:r>
    </w:p>
    <w:p>
      <w:pPr>
        <w:jc w:val="right"/>
      </w:pPr>
      <w:r>
        <w:t>So this new survey has two aspects. One that universal brotherhood is quite natural because biologically all men and women are sisters and brothers.</w:t>
      </w:r>
    </w:p>
    <w:p>
      <w:r>
        <w:rPr>
          <w:b/>
        </w:rPr>
        <w:t xml:space="preserve">[29:36] </w:t>
      </w:r>
      <w:r>
        <w:t>So they must live as a universal family. So this research, this survey gives us a scientific base towards this ideology.</w:t>
      </w:r>
    </w:p>
    <w:p>
      <w:pPr>
        <w:jc w:val="right"/>
      </w:pPr>
      <w:r>
        <w:t>So they must live as a universal family. So this research, this survey gives us a scientific base towards this ideology.</w:t>
      </w:r>
    </w:p>
    <w:p>
      <w:r>
        <w:rPr>
          <w:b/>
        </w:rPr>
        <w:t xml:space="preserve">[29:53] </w:t>
      </w:r>
      <w:r>
        <w:t>Then at the same time this survey</w:t>
      </w:r>
    </w:p>
    <w:p>
      <w:pPr>
        <w:jc w:val="right"/>
      </w:pPr>
      <w:r>
        <w:t>Then at the same time this survey</w:t>
      </w:r>
    </w:p>
    <w:p>
      <w:r>
        <w:rPr>
          <w:b/>
        </w:rPr>
        <w:t xml:space="preserve">[30:00] </w:t>
      </w:r>
      <w:r>
        <w:t>provides a universe, provides us an evidence that Quran is the Book of God.</w:t>
      </w:r>
    </w:p>
    <w:p>
      <w:pPr>
        <w:jc w:val="right"/>
      </w:pPr>
      <w:r>
        <w:t>provides a universe, provides us an evidence that Quran is the Book of God.</w:t>
      </w:r>
    </w:p>
    <w:p>
      <w:r>
        <w:rPr>
          <w:b/>
        </w:rPr>
        <w:t xml:space="preserve">[30:11] </w:t>
      </w:r>
      <w:r>
        <w:t>It is a scientific evidence that Quran is the Book of God because this, this concept was revealed in the Quran in the 7th century, in the first quarter of the 7th century.</w:t>
      </w:r>
    </w:p>
    <w:p>
      <w:pPr>
        <w:jc w:val="right"/>
      </w:pPr>
      <w:r>
        <w:t>It is a scientific evidence that Quran is the Book of God because this, this concept was revealed in the Quran in the 7th century, in the first quarter of the 7th century.</w:t>
      </w:r>
    </w:p>
    <w:p>
      <w:r>
        <w:rPr>
          <w:b/>
        </w:rPr>
        <w:t xml:space="preserve">[30:28] </w:t>
      </w:r>
      <w:r>
        <w:t>At that time there was no science. There was no, there was no molecular biology. There was no DNA concept. Nothing.</w:t>
      </w:r>
    </w:p>
    <w:p>
      <w:pPr>
        <w:jc w:val="right"/>
      </w:pPr>
      <w:r>
        <w:t>At that time there was no science. There was no, there was no molecular biology. There was no DNA concept. Nothing.</w:t>
      </w:r>
    </w:p>
    <w:p>
      <w:r>
        <w:rPr>
          <w:b/>
        </w:rPr>
        <w:t xml:space="preserve">[30:39] </w:t>
      </w:r>
      <w:r>
        <w:t>The, the before all these disciplines, before all these sciences, before all these discoveries Quran declared that all mankind are, are brothers and sisters to each other.</w:t>
      </w:r>
    </w:p>
    <w:p>
      <w:pPr>
        <w:jc w:val="right"/>
      </w:pPr>
      <w:r>
        <w:t>The, the before all these disciplines, before all these sciences, before all these discoveries Quran declared that all mankind are, are brothers and sisters to each other.</w:t>
      </w:r>
    </w:p>
    <w:p>
      <w:r>
        <w:rPr>
          <w:b/>
        </w:rPr>
        <w:t xml:space="preserve">[30:57] </w:t>
      </w:r>
      <w:r>
        <w:t>All mankinds are brothers and sisters to each other. So present scientific discoveries prove that Quran is the Book of God.</w:t>
      </w:r>
    </w:p>
    <w:p>
      <w:pPr>
        <w:jc w:val="right"/>
      </w:pPr>
      <w:r>
        <w:t>All mankinds are brothers and sisters to each other. So present scientific discoveries prove that Quran is the Book of God.</w:t>
      </w:r>
    </w:p>
    <w:p>
      <w:r>
        <w:rPr>
          <w:b/>
        </w:rPr>
        <w:t xml:space="preserve">[31:10] </w:t>
      </w:r>
      <w:r>
        <w:t>Except God, no one was able to know this fact. At, at, at that time it was a hidden fact. It was a hidden fact.</w:t>
      </w:r>
    </w:p>
    <w:p>
      <w:pPr>
        <w:jc w:val="right"/>
      </w:pPr>
      <w:r>
        <w:t>Except God, no one was able to know this fact. At, at, at that time it was a hidden fact. It was a hidden fact.</w:t>
      </w:r>
    </w:p>
    <w:p>
      <w:r>
        <w:rPr>
          <w:b/>
        </w:rPr>
        <w:t xml:space="preserve">[31:23] </w:t>
      </w:r>
      <w:r>
        <w:t>Because you know there were black people, there were white people.</w:t>
      </w:r>
    </w:p>
    <w:p>
      <w:pPr>
        <w:jc w:val="right"/>
      </w:pPr>
      <w:r>
        <w:t>Because you know there were black people, there were white people.</w:t>
      </w:r>
    </w:p>
    <w:p>
      <w:r>
        <w:rPr>
          <w:b/>
        </w:rPr>
        <w:t xml:space="preserve">[31:31] </w:t>
      </w:r>
      <w:r>
        <w:t>So there are, there, there were differences between man and man. So people were believing that all these, there are, people were believing that there were different ancestors, different families.</w:t>
      </w:r>
    </w:p>
    <w:p>
      <w:pPr>
        <w:jc w:val="right"/>
      </w:pPr>
      <w:r>
        <w:t>So there are, there, there were differences between man and man. So people were believing that all these, there are, people were believing that there were different ancestors, different families.</w:t>
      </w:r>
    </w:p>
    <w:p>
      <w:r>
        <w:rPr>
          <w:b/>
        </w:rPr>
        <w:t xml:space="preserve">[31:51] </w:t>
      </w:r>
      <w:r>
        <w:t>There were, it, it was not understandable to those people that all, all belongs to, to one and same family.</w:t>
      </w:r>
    </w:p>
    <w:p>
      <w:pPr>
        <w:jc w:val="right"/>
      </w:pPr>
      <w:r>
        <w:t>There were, it, it was not understandable to those people that all, all belongs to, to one and same family.</w:t>
      </w:r>
    </w:p>
    <w:p>
      <w:r>
        <w:rPr>
          <w:b/>
        </w:rPr>
        <w:t xml:space="preserve">[32:04] </w:t>
      </w:r>
      <w:r>
        <w:t>Then I would like to say that the whole Islamic system is based on this concept.</w:t>
      </w:r>
    </w:p>
    <w:p>
      <w:pPr>
        <w:jc w:val="right"/>
      </w:pPr>
      <w:r>
        <w:t>Then I would like to say that the whole Islamic system is based on this concept.</w:t>
      </w:r>
    </w:p>
    <w:p>
      <w:r>
        <w:rPr>
          <w:b/>
        </w:rPr>
        <w:t xml:space="preserve">[32:15] </w:t>
      </w:r>
      <w:r>
        <w:t>For example, let us take Salat, Namaz. You know Salat is a very important prayer in Islam.</w:t>
      </w:r>
    </w:p>
    <w:p>
      <w:pPr>
        <w:jc w:val="right"/>
      </w:pPr>
      <w:r>
        <w:t>For example, let us take Salat, Namaz. You know Salat is a very important prayer in Islam.</w:t>
      </w:r>
    </w:p>
    <w:p>
      <w:r>
        <w:rPr>
          <w:b/>
        </w:rPr>
        <w:t xml:space="preserve">[32:29] </w:t>
      </w:r>
      <w:r>
        <w:t>Salat is performed five times every day, every day. Five times every day.</w:t>
      </w:r>
    </w:p>
    <w:p>
      <w:pPr>
        <w:jc w:val="right"/>
      </w:pPr>
      <w:r>
        <w:t>Salat is performed five times every day, every day. Five times every day.</w:t>
      </w:r>
    </w:p>
    <w:p>
      <w:r>
        <w:rPr>
          <w:b/>
        </w:rPr>
        <w:t xml:space="preserve">[32:39] </w:t>
      </w:r>
      <w:r>
        <w:t>And Salat is, is like a rehearsal of universality, a rehearsal of universal brotherhood. You know the, in every Salat,</w:t>
      </w:r>
    </w:p>
    <w:p>
      <w:pPr>
        <w:jc w:val="right"/>
      </w:pPr>
      <w:r>
        <w:t>And Salat is, is like a rehearsal of universality, a rehearsal of universal brotherhood. You know the, in every Salat,</w:t>
      </w:r>
    </w:p>
    <w:p>
      <w:r>
        <w:rPr>
          <w:b/>
        </w:rPr>
        <w:t xml:space="preserve">[32:58] </w:t>
      </w:r>
      <w:r>
        <w:t>in every Namaz the most repeated word is "Allahu Akbar." Without "Allahu Akbar" there is no Salat, no Namaz.</w:t>
      </w:r>
    </w:p>
    <w:p>
      <w:pPr>
        <w:jc w:val="right"/>
      </w:pPr>
      <w:r>
        <w:t>in every Namaz the most repeated word is "Allahu Akbar." Without "Allahu Akbar" there is no Salat, no Namaz.</w:t>
      </w:r>
    </w:p>
    <w:p>
      <w:r>
        <w:rPr>
          <w:b/>
        </w:rPr>
        <w:t xml:space="preserve">[33:11] </w:t>
      </w:r>
      <w:r>
        <w:t>So during 24 hours this word "Allahu Akbar" is repeated no less than 250 times,</w:t>
      </w:r>
    </w:p>
    <w:p>
      <w:pPr>
        <w:jc w:val="right"/>
      </w:pPr>
      <w:r>
        <w:t>So during 24 hours this word "Allahu Akbar" is repeated no less than 250 times,</w:t>
      </w:r>
    </w:p>
    <w:p>
      <w:r>
        <w:rPr>
          <w:b/>
        </w:rPr>
        <w:t xml:space="preserve">[33:26] </w:t>
      </w:r>
      <w:r>
        <w:t>250 times every day, every day. And, and what is the meaning of "Allahu Akbar"?</w:t>
      </w:r>
    </w:p>
    <w:p>
      <w:pPr>
        <w:jc w:val="right"/>
      </w:pPr>
      <w:r>
        <w:t>250 times every day, every day. And, and what is the meaning of "Allahu Akbar"?</w:t>
      </w:r>
    </w:p>
    <w:p>
      <w:r>
        <w:rPr>
          <w:b/>
        </w:rPr>
        <w:t xml:space="preserve">[33:35] </w:t>
      </w:r>
      <w:r>
        <w:t>"Allahu Akbar" means God is great and all others are equal. No one is great other than Allah.</w:t>
      </w:r>
    </w:p>
    <w:p>
      <w:pPr>
        <w:jc w:val="right"/>
      </w:pPr>
      <w:r>
        <w:t>"Allahu Akbar" means God is great and all others are equal. No one is great other than Allah.</w:t>
      </w:r>
    </w:p>
    <w:p>
      <w:r>
        <w:rPr>
          <w:b/>
        </w:rPr>
        <w:t xml:space="preserve">[33:47] </w:t>
      </w:r>
      <w:r>
        <w:t>"Allahu Akbar." God is great and no other is great. So it means that God is great and all others are equal.</w:t>
      </w:r>
    </w:p>
    <w:p>
      <w:pPr>
        <w:jc w:val="right"/>
      </w:pPr>
      <w:r>
        <w:t>"Allahu Akbar." God is great and no other is great. So it means that God is great and all others are equal.</w:t>
      </w:r>
    </w:p>
    <w:p>
      <w:r>
        <w:rPr>
          <w:b/>
        </w:rPr>
        <w:t xml:space="preserve">[34:01] </w:t>
      </w:r>
      <w:r>
        <w:t>So it is the declaration of equality.</w:t>
      </w:r>
    </w:p>
    <w:p>
      <w:pPr>
        <w:jc w:val="right"/>
      </w:pPr>
      <w:r>
        <w:t>So it is the declaration of equality.</w:t>
      </w:r>
    </w:p>
    <w:p>
      <w:r>
        <w:rPr>
          <w:b/>
        </w:rPr>
        <w:t xml:space="preserve">[34:06] </w:t>
      </w:r>
      <w:r>
        <w:t>Every Azan and every Salat is like a declaration of, of equality.</w:t>
      </w:r>
    </w:p>
    <w:p>
      <w:pPr>
        <w:jc w:val="right"/>
      </w:pPr>
      <w:r>
        <w:t>Every Azan and every Salat is like a declaration of, of equality.</w:t>
      </w:r>
    </w:p>
    <w:p>
      <w:r>
        <w:rPr>
          <w:b/>
        </w:rPr>
        <w:t xml:space="preserve">[34:17] </w:t>
      </w:r>
      <w:r>
        <w:t>So every day in the form of Namaz Muslims repeat this lesson.</w:t>
      </w:r>
    </w:p>
    <w:p>
      <w:pPr>
        <w:jc w:val="right"/>
      </w:pPr>
      <w:r>
        <w:t>So every day in the form of Namaz Muslims repeat this lesson.</w:t>
      </w:r>
    </w:p>
    <w:p>
      <w:r>
        <w:rPr>
          <w:b/>
        </w:rPr>
        <w:t xml:space="preserve">[34:28] </w:t>
      </w:r>
      <w:r>
        <w:t>All the Muslims gather in a mosque and they perform Namaz.</w:t>
      </w:r>
    </w:p>
    <w:p>
      <w:pPr>
        <w:jc w:val="right"/>
      </w:pPr>
      <w:r>
        <w:t>All the Muslims gather in a mosque and they perform Namaz.</w:t>
      </w:r>
    </w:p>
    <w:p>
      <w:r>
        <w:rPr>
          <w:b/>
        </w:rPr>
        <w:t xml:space="preserve">[34:38] </w:t>
      </w:r>
      <w:r>
        <w:t>There is no, no rich and no poor. All are, all are equal. If you see when Muslims are performing Namaz you can say that all are equal.</w:t>
      </w:r>
    </w:p>
    <w:p>
      <w:pPr>
        <w:jc w:val="right"/>
      </w:pPr>
      <w:r>
        <w:t>There is no, no rich and no poor. All are, all are equal. If you see when Muslims are performing Namaz you can say that all are equal.</w:t>
      </w:r>
    </w:p>
    <w:p>
      <w:r>
        <w:rPr>
          <w:b/>
        </w:rPr>
        <w:t xml:space="preserve">[34:57] </w:t>
      </w:r>
      <w:r>
        <w:t>There is no difference at all.</w:t>
      </w:r>
    </w:p>
    <w:p>
      <w:pPr>
        <w:jc w:val="right"/>
      </w:pPr>
      <w:r>
        <w:t>There is no difference at all.</w:t>
      </w:r>
    </w:p>
    <w:p>
      <w:r>
        <w:rPr>
          <w:b/>
        </w:rPr>
        <w:t xml:space="preserve">[35:04] </w:t>
      </w:r>
      <w:r>
        <w:t>Poor, rich and poor and leader and followers all are standing in a single row without any difference, without any discrimination.</w:t>
      </w:r>
    </w:p>
    <w:p>
      <w:pPr>
        <w:jc w:val="right"/>
      </w:pPr>
      <w:r>
        <w:t>Poor, rich and poor and leader and followers all are standing in a single row without any difference, without any discrimination.</w:t>
      </w:r>
    </w:p>
    <w:p>
      <w:r>
        <w:rPr>
          <w:b/>
        </w:rPr>
        <w:t xml:space="preserve">[35:20] </w:t>
      </w:r>
      <w:r>
        <w:t>So, and then in the end all the, all the Namazis, all the Muslims say: "Assalamu Alaikum Warahmatullah." "Assalamu Alaikum Warahmatullah." They address by, by these, by these sayings they address the whole mankind.</w:t>
      </w:r>
    </w:p>
    <w:p>
      <w:pPr>
        <w:jc w:val="right"/>
      </w:pPr>
      <w:r>
        <w:t>So, and then in the end all the, all the Namazis, all the Muslims say: "Assalamu Alaikum Warahmatullah." "Assalamu Alaikum Warahmatullah." They address by, by these, by these sayings they address the whole mankind.</w:t>
      </w:r>
    </w:p>
    <w:p>
      <w:r>
        <w:rPr>
          <w:b/>
        </w:rPr>
        <w:t xml:space="preserve">[35:47] </w:t>
      </w:r>
      <w:r>
        <w:t>"Oh people, oh mankind. You are safe from Me. Peace be upon you. Peace be upon you." So you see Salat or Namaz is like a rehearsal of equality.</w:t>
      </w:r>
    </w:p>
    <w:p>
      <w:pPr>
        <w:jc w:val="right"/>
      </w:pPr>
      <w:r>
        <w:t>"Oh people, oh mankind. You are safe from Me. Peace be upon you. Peace be upon you." So you see Salat or Namaz is like a rehearsal of equality.</w:t>
      </w:r>
    </w:p>
    <w:p>
      <w:r>
        <w:rPr>
          <w:b/>
        </w:rPr>
        <w:t xml:space="preserve">[36:07] </w:t>
      </w:r>
      <w:r>
        <w:t>All the parts of Salat is giving a lesson that all men are equal. There is no difference between men and men.</w:t>
      </w:r>
    </w:p>
    <w:p>
      <w:pPr>
        <w:jc w:val="right"/>
      </w:pPr>
      <w:r>
        <w:t>All the parts of Salat is giving a lesson that all men are equal. There is no difference between men and men.</w:t>
      </w:r>
    </w:p>
    <w:p>
      <w:r>
        <w:rPr>
          <w:b/>
        </w:rPr>
        <w:t xml:space="preserve">[36:19] </w:t>
      </w:r>
      <w:r>
        <w:t>Only God is great. Other than God no one is great. All are equal. So this is the daily lesson given by the Salat,</w:t>
      </w:r>
    </w:p>
    <w:p>
      <w:pPr>
        <w:jc w:val="right"/>
      </w:pPr>
      <w:r>
        <w:t>Only God is great. Other than God no one is great. All are equal. So this is the daily lesson given by the Salat,</w:t>
      </w:r>
    </w:p>
    <w:p>
      <w:r>
        <w:rPr>
          <w:b/>
        </w:rPr>
        <w:t xml:space="preserve">[36:34] </w:t>
      </w:r>
      <w:r>
        <w:t>Salat prayer. Then let us take the Hajj.</w:t>
      </w:r>
    </w:p>
    <w:p>
      <w:pPr>
        <w:jc w:val="right"/>
      </w:pPr>
      <w:r>
        <w:t>Salat prayer. Then let us take the Hajj.</w:t>
      </w:r>
    </w:p>
    <w:p>
      <w:r>
        <w:rPr>
          <w:b/>
        </w:rPr>
        <w:t xml:space="preserve">[36:44] </w:t>
      </w:r>
      <w:r>
        <w:t>So if Salat is a daily rehearsal of universality Hajj is an annual, Hajj is the annual rehearsal of the, of the, of the same universality.</w:t>
      </w:r>
    </w:p>
    <w:p>
      <w:pPr>
        <w:jc w:val="right"/>
      </w:pPr>
      <w:r>
        <w:t>So if Salat is a daily rehearsal of universality Hajj is an annual, Hajj is the annual rehearsal of the, of the, of the same universality.</w:t>
      </w:r>
    </w:p>
    <w:p>
      <w:r>
        <w:rPr>
          <w:b/>
        </w:rPr>
        <w:t xml:space="preserve">[37:04] </w:t>
      </w:r>
      <w:r>
        <w:t>You know when, when Muslims from all over the world they, they visit Makkah and perform Hajj.</w:t>
      </w:r>
    </w:p>
    <w:p>
      <w:pPr>
        <w:jc w:val="right"/>
      </w:pPr>
      <w:r>
        <w:t>You know when, when Muslims from all over the world they, they visit Makkah and perform Hajj.</w:t>
      </w:r>
    </w:p>
    <w:p>
      <w:r>
        <w:rPr>
          <w:b/>
        </w:rPr>
        <w:t xml:space="preserve">[37:19] </w:t>
      </w:r>
      <w:r>
        <w:t>So all, all the Muslims, all the Haji say: "Labbayk Allahumma Labbayk." "Oh God I am here." "Oh God I am here." So by this they</w:t>
      </w:r>
    </w:p>
    <w:p>
      <w:pPr>
        <w:jc w:val="right"/>
      </w:pPr>
      <w:r>
        <w:t>So all, all the Muslims, all the Haji say: "Labbayk Allahumma Labbayk." "Oh God I am here." "Oh God I am here." So by this they</w:t>
      </w:r>
    </w:p>
    <w:p>
      <w:r>
        <w:rPr>
          <w:b/>
        </w:rPr>
        <w:t xml:space="preserve">[37:41] </w:t>
      </w:r>
      <w:r>
        <w:t>declare that the same lesson, the same lesson that is called, that is repeated in the, in the, in the Salat as "Allahu Akbar" the same is repeated here also.</w:t>
      </w:r>
    </w:p>
    <w:p>
      <w:pPr>
        <w:jc w:val="right"/>
      </w:pPr>
      <w:r>
        <w:t>declare that the same lesson, the same lesson that is called, that is repeated in the, in the, in the Salat as "Allahu Akbar" the same is repeated here also.</w:t>
      </w:r>
    </w:p>
    <w:p>
      <w:r>
        <w:rPr>
          <w:b/>
        </w:rPr>
        <w:t xml:space="preserve">[37:59] </w:t>
      </w:r>
      <w:r>
        <w:t>God is great. God is great. God is great. And all are equal. So you know when Prophet of Islam was alive he performed Hajj and he gave a lesson.</w:t>
      </w:r>
    </w:p>
    <w:p>
      <w:pPr>
        <w:jc w:val="right"/>
      </w:pPr>
      <w:r>
        <w:t>God is great. God is great. God is great. And all are equal. So you know when Prophet of Islam was alive he performed Hajj and he gave a lesson.</w:t>
      </w:r>
    </w:p>
    <w:p>
      <w:r>
        <w:rPr>
          <w:b/>
        </w:rPr>
        <w:t xml:space="preserve">[38:14] </w:t>
      </w:r>
      <w:r>
        <w:t>He gave a sermon</w:t>
      </w:r>
    </w:p>
    <w:p>
      <w:pPr>
        <w:jc w:val="right"/>
      </w:pPr>
      <w:r>
        <w:t>He gave a sermon</w:t>
      </w:r>
    </w:p>
    <w:p>
      <w:r>
        <w:rPr>
          <w:b/>
        </w:rPr>
        <w:t xml:space="preserve">[38:17] </w:t>
      </w:r>
      <w:r>
        <w:t>which is called "Khutbah Hajjatul Wida."</w:t>
      </w:r>
    </w:p>
    <w:p>
      <w:pPr>
        <w:jc w:val="right"/>
      </w:pPr>
      <w:r>
        <w:t>which is called "Khutbah Hajjatul Wida."</w:t>
      </w:r>
    </w:p>
    <w:p>
      <w:r>
        <w:rPr>
          <w:b/>
        </w:rPr>
        <w:t xml:space="preserve">[38:21] </w:t>
      </w:r>
      <w:r>
        <w:t>In this sermon</w:t>
      </w:r>
    </w:p>
    <w:p>
      <w:pPr>
        <w:jc w:val="right"/>
      </w:pPr>
      <w:r>
        <w:t>In this sermon</w:t>
      </w:r>
    </w:p>
    <w:p>
      <w:r>
        <w:rPr>
          <w:b/>
        </w:rPr>
        <w:t xml:space="preserve">[38:23] </w:t>
      </w:r>
      <w:r>
        <w:t>of Hajj the Prophet of Islam declared:</w:t>
      </w:r>
    </w:p>
    <w:p>
      <w:pPr>
        <w:jc w:val="right"/>
      </w:pPr>
      <w:r>
        <w:t>of Hajj the Prophet of Islam declared:</w:t>
      </w:r>
    </w:p>
    <w:p>
      <w:r>
        <w:rPr>
          <w:b/>
        </w:rPr>
        <w:t xml:space="preserve">[38:28] </w:t>
      </w:r>
      <w:r>
        <w:t>"La fadla li Arabiyin ala Ajamiyin</w:t>
      </w:r>
    </w:p>
    <w:p>
      <w:pPr>
        <w:jc w:val="right"/>
      </w:pPr>
      <w:r>
        <w:t>"La fadla li Arabiyin ala Ajamiyin</w:t>
      </w:r>
    </w:p>
    <w:p>
      <w:r>
        <w:rPr>
          <w:b/>
        </w:rPr>
        <w:t xml:space="preserve">[38:33] </w:t>
      </w:r>
      <w:r>
        <w:t>wala li Ajabiyin ala Arabiyin wala li Aswada ala Ahmara."</w:t>
      </w:r>
    </w:p>
    <w:p>
      <w:pPr>
        <w:jc w:val="right"/>
      </w:pPr>
      <w:r>
        <w:t>wala li Ajabiyin ala Arabiyin wala li Aswada ala Ahmara."</w:t>
      </w:r>
    </w:p>
    <w:p>
      <w:r>
        <w:rPr>
          <w:b/>
        </w:rPr>
        <w:t xml:space="preserve">[38:37] </w:t>
      </w:r>
      <w:r>
        <w:t>"Wala li Ahmara, wala li Aswada."</w:t>
      </w:r>
    </w:p>
    <w:p>
      <w:pPr>
        <w:jc w:val="right"/>
      </w:pPr>
      <w:r>
        <w:t>"Wala li Ahmara, wala li Aswada."</w:t>
      </w:r>
    </w:p>
    <w:p>
      <w:r>
        <w:rPr>
          <w:b/>
        </w:rPr>
        <w:t xml:space="preserve">[38:40] </w:t>
      </w:r>
      <w:r>
        <w:t>He said that no one is superior.</w:t>
      </w:r>
    </w:p>
    <w:p>
      <w:pPr>
        <w:jc w:val="right"/>
      </w:pPr>
      <w:r>
        <w:t>He said that no one is superior.</w:t>
      </w:r>
    </w:p>
    <w:p>
      <w:r>
        <w:rPr>
          <w:b/>
        </w:rPr>
        <w:t xml:space="preserve">[38:45] </w:t>
      </w:r>
      <w:r>
        <w:t>No one is superior. All are equal. Black and white.</w:t>
      </w:r>
    </w:p>
    <w:p>
      <w:pPr>
        <w:jc w:val="right"/>
      </w:pPr>
      <w:r>
        <w:t>No one is superior. All are equal. Black and white.</w:t>
      </w:r>
    </w:p>
    <w:p>
      <w:r>
        <w:rPr>
          <w:b/>
        </w:rPr>
        <w:t xml:space="preserve">[38:52] </w:t>
      </w:r>
      <w:r>
        <w:t>Arabs and non-Arabs. Arabs and non-Arabs. Black and whites. All are equal. All are equal.</w:t>
      </w:r>
    </w:p>
    <w:p>
      <w:pPr>
        <w:jc w:val="right"/>
      </w:pPr>
      <w:r>
        <w:t>Arabs and non-Arabs. Arabs and non-Arabs. Black and whites. All are equal. All are equal.</w:t>
      </w:r>
    </w:p>
    <w:p>
      <w:r>
        <w:rPr>
          <w:b/>
        </w:rPr>
        <w:t xml:space="preserve">[39:03] </w:t>
      </w:r>
      <w:r>
        <w:t>So he declared as a ruler of Arabia at that time Prophet of Islam was the ruler of Arabia. So perhaps this was the first in history that a ruler,</w:t>
      </w:r>
    </w:p>
    <w:p>
      <w:pPr>
        <w:jc w:val="right"/>
      </w:pPr>
      <w:r>
        <w:t>So he declared as a ruler of Arabia at that time Prophet of Islam was the ruler of Arabia. So perhaps this was the first in history that a ruler,</w:t>
      </w:r>
    </w:p>
    <w:p>
      <w:r>
        <w:rPr>
          <w:b/>
        </w:rPr>
        <w:t xml:space="preserve">[39:18] </w:t>
      </w:r>
      <w:r>
        <w:t>a sovereign declared this, this concept. I don't know any other event in the history when an, an established government, a head of the established government at that time in the Arab there was an established government and Prophet of Islam was head of that government.</w:t>
      </w:r>
    </w:p>
    <w:p>
      <w:pPr>
        <w:jc w:val="right"/>
      </w:pPr>
      <w:r>
        <w:t>a sovereign declared this, this concept. I don't know any other event in the history when an, an established government, a head of the established government at that time in the Arab there was an established government and Prophet of Islam was head of that government.</w:t>
      </w:r>
    </w:p>
    <w:p>
      <w:r>
        <w:rPr>
          <w:b/>
        </w:rPr>
        <w:t xml:space="preserve">[39:46] </w:t>
      </w:r>
      <w:r>
        <w:t>So I don't know any head of the state in the history before the Prophet of Islam who declared as a head of, as a head of the state declared that all are equal.</w:t>
      </w:r>
    </w:p>
    <w:p>
      <w:pPr>
        <w:jc w:val="right"/>
      </w:pPr>
      <w:r>
        <w:t>So I don't know any head of the state in the history before the Prophet of Islam who declared as a head of, as a head of the state declared that all are equal.</w:t>
      </w:r>
    </w:p>
    <w:p>
      <w:r>
        <w:rPr>
          <w:b/>
        </w:rPr>
        <w:t xml:space="preserve">[40:01] </w:t>
      </w:r>
      <w:r>
        <w:t>There is no difference at all between black and white, between Arabs and Ajam, between East and West, West.</w:t>
      </w:r>
    </w:p>
    <w:p>
      <w:pPr>
        <w:jc w:val="right"/>
      </w:pPr>
      <w:r>
        <w:t>There is no difference at all between black and white, between Arabs and Ajam, between East and West, West.</w:t>
      </w:r>
    </w:p>
    <w:p>
      <w:r>
        <w:rPr>
          <w:b/>
        </w:rPr>
        <w:t xml:space="preserve">[40:11] </w:t>
      </w:r>
      <w:r>
        <w:t>So perhaps this was the first in the human history that a head of the state declared this concept that is called universal brotherhood, that equality.</w:t>
      </w:r>
    </w:p>
    <w:p>
      <w:pPr>
        <w:jc w:val="right"/>
      </w:pPr>
      <w:r>
        <w:t>So perhaps this was the first in the human history that a head of the state declared this concept that is called universal brotherhood, that equality.</w:t>
      </w:r>
    </w:p>
    <w:p>
      <w:r>
        <w:rPr>
          <w:b/>
        </w:rPr>
        <w:t xml:space="preserve">[40:34] </w:t>
      </w:r>
      <w:r>
        <w:t>Then the very unique part of the Hajj is Waqufi Arafah.</w:t>
      </w:r>
    </w:p>
    <w:p>
      <w:pPr>
        <w:jc w:val="right"/>
      </w:pPr>
      <w:r>
        <w:t>Then the very unique part of the Hajj is Waqufi Arafah.</w:t>
      </w:r>
    </w:p>
    <w:p>
      <w:r>
        <w:rPr>
          <w:b/>
        </w:rPr>
        <w:t xml:space="preserve">[40:44] </w:t>
      </w:r>
      <w:r>
        <w:t>That is called Waqufi Arafah. All the Hajjis gather in the field of Arafat. Arafat is a, is a, is a field, a vast field near a mountain.</w:t>
      </w:r>
    </w:p>
    <w:p>
      <w:pPr>
        <w:jc w:val="right"/>
      </w:pPr>
      <w:r>
        <w:t>That is called Waqufi Arafah. All the Hajjis gather in the field of Arafat. Arafat is a, is a, is a field, a vast field near a mountain.</w:t>
      </w:r>
    </w:p>
    <w:p>
      <w:r>
        <w:rPr>
          <w:b/>
        </w:rPr>
        <w:t xml:space="preserve">[41:01] </w:t>
      </w:r>
      <w:r>
        <w:t>So all the Hajjis from every part of the world they gather here.</w:t>
      </w:r>
    </w:p>
    <w:p>
      <w:pPr>
        <w:jc w:val="right"/>
      </w:pPr>
      <w:r>
        <w:t>So all the Hajjis from every part of the world they gather here.</w:t>
      </w:r>
    </w:p>
    <w:p>
      <w:r>
        <w:rPr>
          <w:b/>
        </w:rPr>
        <w:t xml:space="preserve">[41:10] </w:t>
      </w:r>
      <w:r>
        <w:t>And you know all are clad of a single dress that is white, untethered, untethered white dress.</w:t>
      </w:r>
    </w:p>
    <w:p>
      <w:pPr>
        <w:jc w:val="right"/>
      </w:pPr>
      <w:r>
        <w:t>And you know all are clad of a single dress that is white, untethered, untethered white dress.</w:t>
      </w:r>
    </w:p>
    <w:p>
      <w:r>
        <w:rPr>
          <w:b/>
        </w:rPr>
        <w:t xml:space="preserve">[41:22] </w:t>
      </w:r>
      <w:r>
        <w:t>So all the Hajjis are clad with this untethered white dress. So if you see that scene you will find it's a beautiful demonstration of equality.</w:t>
      </w:r>
    </w:p>
    <w:p>
      <w:pPr>
        <w:jc w:val="right"/>
      </w:pPr>
      <w:r>
        <w:t>So all the Hajjis are clad with this untethered white dress. So if you see that scene you will find it's a beautiful demonstration of equality.</w:t>
      </w:r>
    </w:p>
    <w:p>
      <w:r>
        <w:rPr>
          <w:b/>
        </w:rPr>
        <w:t xml:space="preserve">[41:37] </w:t>
      </w:r>
      <w:r>
        <w:t>Waqufi Arafah, Waqufi Arafah is a very beautiful demonstration of equality.</w:t>
      </w:r>
    </w:p>
    <w:p>
      <w:pPr>
        <w:jc w:val="right"/>
      </w:pPr>
      <w:r>
        <w:t>Waqufi Arafah, Waqufi Arafah is a very beautiful demonstration of equality.</w:t>
      </w:r>
    </w:p>
    <w:p>
      <w:r>
        <w:rPr>
          <w:b/>
        </w:rPr>
        <w:t xml:space="preserve">[41:52] </w:t>
      </w:r>
      <w:r>
        <w:t>More than 25, more than 25 lakhs people performed Hajj in this year.</w:t>
      </w:r>
    </w:p>
    <w:p>
      <w:pPr>
        <w:jc w:val="right"/>
      </w:pPr>
      <w:r>
        <w:t>More than 25, more than 25 lakhs people performed Hajj in this year.</w:t>
      </w:r>
    </w:p>
    <w:p>
      <w:r>
        <w:rPr>
          <w:b/>
        </w:rPr>
        <w:t xml:space="preserve">[42:03] </w:t>
      </w:r>
      <w:r>
        <w:t>And all was, all the Hajjis were clad with this cloth that is untethered white cloth.</w:t>
      </w:r>
    </w:p>
    <w:p>
      <w:pPr>
        <w:jc w:val="right"/>
      </w:pPr>
      <w:r>
        <w:t>And all was, all the Hajjis were clad with this cloth that is untethered white cloth.</w:t>
      </w:r>
    </w:p>
    <w:p>
      <w:r>
        <w:rPr>
          <w:b/>
        </w:rPr>
        <w:t xml:space="preserve">[42:15] </w:t>
      </w:r>
      <w:r>
        <w:t>So everyone looks like the same. There was no difference at all. So it is part of Hajj that all these Hajjis</w:t>
      </w:r>
    </w:p>
    <w:p>
      <w:pPr>
        <w:jc w:val="right"/>
      </w:pPr>
      <w:r>
        <w:t>So everyone looks like the same. There was no difference at all. So it is part of Hajj that all these Hajjis</w:t>
      </w:r>
    </w:p>
    <w:p>
      <w:r>
        <w:rPr>
          <w:b/>
        </w:rPr>
        <w:t xml:space="preserve">[42:31] </w:t>
      </w:r>
      <w:r>
        <w:t>must reach to the Maidan Arafah and stay over there with that, with that uniform.</w:t>
      </w:r>
    </w:p>
    <w:p>
      <w:pPr>
        <w:jc w:val="right"/>
      </w:pPr>
      <w:r>
        <w:t>must reach to the Maidan Arafah and stay over there with that, with that uniform.</w:t>
      </w:r>
    </w:p>
    <w:p>
      <w:r>
        <w:rPr>
          <w:b/>
        </w:rPr>
        <w:t xml:space="preserve">[42:45] </w:t>
      </w:r>
      <w:r>
        <w:t>You may call it a universal uniform, uniform of equality. It is a very beautiful scene.</w:t>
      </w:r>
    </w:p>
    <w:p>
      <w:pPr>
        <w:jc w:val="right"/>
      </w:pPr>
      <w:r>
        <w:t>You may call it a universal uniform, uniform of equality. It is a very beautiful scene.</w:t>
      </w:r>
    </w:p>
    <w:p>
      <w:r>
        <w:rPr>
          <w:b/>
        </w:rPr>
        <w:t xml:space="preserve">[42:58] </w:t>
      </w:r>
      <w:r>
        <w:t>You can see it in picture also. So the whole system of Islam is, is based on, on these two principles: Oneness of God and Oneness of Man.</w:t>
      </w:r>
    </w:p>
    <w:p>
      <w:pPr>
        <w:jc w:val="right"/>
      </w:pPr>
      <w:r>
        <w:t>You can see it in picture also. So the whole system of Islam is, is based on, on these two principles: Oneness of God and Oneness of Man.</w:t>
      </w:r>
    </w:p>
    <w:p>
      <w:r>
        <w:rPr>
          <w:b/>
        </w:rPr>
        <w:t xml:space="preserve">[43:18] </w:t>
      </w:r>
      <w:r>
        <w:t>Oneness of God and Oneness of Man. So</w:t>
      </w:r>
    </w:p>
    <w:p>
      <w:pPr>
        <w:jc w:val="right"/>
      </w:pPr>
      <w:r>
        <w:t>Oneness of God and Oneness of Man. So</w:t>
      </w:r>
    </w:p>
    <w:p>
      <w:r>
        <w:rPr>
          <w:b/>
        </w:rPr>
        <w:t xml:space="preserve">[43:24] </w:t>
      </w:r>
      <w:r>
        <w:t>universal brotherhood is an integral part of Islam.</w:t>
      </w:r>
    </w:p>
    <w:p>
      <w:pPr>
        <w:jc w:val="right"/>
      </w:pPr>
      <w:r>
        <w:t>universal brotherhood is an integral part of Islam.</w:t>
      </w:r>
    </w:p>
    <w:p>
      <w:r>
        <w:rPr>
          <w:b/>
        </w:rPr>
        <w:t xml:space="preserve">[43:33] </w:t>
      </w:r>
      <w:r>
        <w:t>Universal brotherhood is an integral part of Islam.</w:t>
      </w:r>
    </w:p>
    <w:p>
      <w:pPr>
        <w:jc w:val="right"/>
      </w:pPr>
      <w:r>
        <w:t>Universal brotherhood is an integral part of Islam.</w:t>
      </w:r>
    </w:p>
    <w:p>
      <w:r>
        <w:rPr>
          <w:b/>
        </w:rPr>
        <w:t xml:space="preserve">[43:42] </w:t>
      </w:r>
      <w:r>
        <w:t>And all the teachings, all the activities are based on this concept. Then</w:t>
      </w:r>
    </w:p>
    <w:p>
      <w:pPr>
        <w:jc w:val="right"/>
      </w:pPr>
      <w:r>
        <w:t>And all the teachings, all the activities are based on this concept. Then</w:t>
      </w:r>
    </w:p>
    <w:p>
      <w:r>
        <w:rPr>
          <w:b/>
        </w:rPr>
        <w:t xml:space="preserve">[43:55] </w:t>
      </w:r>
      <w:r>
        <w:t>it is like and you know the, the target of Islam is Paradise.</w:t>
      </w:r>
    </w:p>
    <w:p>
      <w:pPr>
        <w:jc w:val="right"/>
      </w:pPr>
      <w:r>
        <w:t>it is like and you know the, the target of Islam is Paradise.</w:t>
      </w:r>
    </w:p>
    <w:p>
      <w:r>
        <w:rPr>
          <w:b/>
        </w:rPr>
        <w:t xml:space="preserve">[44:07] </w:t>
      </w:r>
      <w:r>
        <w:t>Islam inculcates the spirit that everyone must adopt Paradise as his goal.</w:t>
      </w:r>
    </w:p>
    <w:p>
      <w:pPr>
        <w:jc w:val="right"/>
      </w:pPr>
      <w:r>
        <w:t>Islam inculcates the spirit that everyone must adopt Paradise as his goal.</w:t>
      </w:r>
    </w:p>
    <w:p>
      <w:r>
        <w:rPr>
          <w:b/>
        </w:rPr>
        <w:t xml:space="preserve">[44:18] </w:t>
      </w:r>
      <w:r>
        <w:t>And what is the, what is the culture of Paradise? Culture of Paradise is based on, on, on unity, on equality.</w:t>
      </w:r>
    </w:p>
    <w:p>
      <w:pPr>
        <w:jc w:val="right"/>
      </w:pPr>
      <w:r>
        <w:t>And what is the, what is the culture of Paradise? Culture of Paradise is based on, on, on unity, on equality.</w:t>
      </w:r>
    </w:p>
    <w:p>
      <w:r>
        <w:rPr>
          <w:b/>
        </w:rPr>
        <w:t xml:space="preserve">[44:33] </w:t>
      </w:r>
      <w:r>
        <w:t>Everyone would live in Paradise with equal sentiment, equal basis. There is no discrimination.</w:t>
      </w:r>
    </w:p>
    <w:p>
      <w:pPr>
        <w:jc w:val="right"/>
      </w:pPr>
      <w:r>
        <w:t>Everyone would live in Paradise with equal sentiment, equal basis. There is no discrimination.</w:t>
      </w:r>
    </w:p>
    <w:p>
      <w:r>
        <w:rPr>
          <w:b/>
        </w:rPr>
        <w:t xml:space="preserve">[44:44] </w:t>
      </w:r>
      <w:r>
        <w:t>In Paradise there is no discrimination, no inequality. All the people in Paradise will live like a holy family, like a single family.</w:t>
      </w:r>
    </w:p>
    <w:p>
      <w:pPr>
        <w:jc w:val="right"/>
      </w:pPr>
      <w:r>
        <w:t>In Paradise there is no discrimination, no inequality. All the people in Paradise will live like a holy family, like a single family.</w:t>
      </w:r>
    </w:p>
    <w:p>
      <w:r>
        <w:rPr>
          <w:b/>
        </w:rPr>
        <w:t xml:space="preserve">[45:02] </w:t>
      </w:r>
      <w:r>
        <w:t>So Paradise culture is a, is a culture of equality. And this is the, this is the, this is the goal of every believer.</w:t>
      </w:r>
    </w:p>
    <w:p>
      <w:pPr>
        <w:jc w:val="right"/>
      </w:pPr>
      <w:r>
        <w:t>So Paradise culture is a, is a culture of equality. And this is the, this is the, this is the goal of every believer.</w:t>
      </w:r>
    </w:p>
    <w:p>
      <w:r>
        <w:rPr>
          <w:b/>
        </w:rPr>
        <w:t xml:space="preserve">[45:21] </w:t>
      </w:r>
      <w:r>
        <w:t>So according to Islam</w:t>
      </w:r>
    </w:p>
    <w:p>
      <w:pPr>
        <w:jc w:val="right"/>
      </w:pPr>
      <w:r>
        <w:t>So according to Islam</w:t>
      </w:r>
    </w:p>
    <w:p>
      <w:r>
        <w:rPr>
          <w:b/>
        </w:rPr>
        <w:t xml:space="preserve">[45:26] </w:t>
      </w:r>
      <w:r>
        <w:t>the goal of everyone is Paradise. And Paradise is a world of equality. In Paradise there is no difference, no discrimination, no superior and inferior.</w:t>
      </w:r>
    </w:p>
    <w:p>
      <w:pPr>
        <w:jc w:val="right"/>
      </w:pPr>
      <w:r>
        <w:t>the goal of everyone is Paradise. And Paradise is a world of equality. In Paradise there is no difference, no discrimination, no superior and inferior.</w:t>
      </w:r>
    </w:p>
    <w:p>
      <w:r>
        <w:rPr>
          <w:b/>
        </w:rPr>
        <w:t xml:space="preserve">[45:44] </w:t>
      </w:r>
      <w:r>
        <w:t>In Paradise there is no superior, there is no inferior, no king and no follower,</w:t>
      </w:r>
    </w:p>
    <w:p>
      <w:pPr>
        <w:jc w:val="right"/>
      </w:pPr>
      <w:r>
        <w:t>In Paradise there is no superior, there is no inferior, no king and no follower,</w:t>
      </w:r>
    </w:p>
    <w:p>
      <w:r>
        <w:rPr>
          <w:b/>
        </w:rPr>
        <w:t xml:space="preserve">[45:54] </w:t>
      </w:r>
      <w:r>
        <w:t>no inequality of any kind. So Paradise is a dreamland and this dreamland is based on equality, the concept of equality.</w:t>
      </w:r>
    </w:p>
    <w:p>
      <w:pPr>
        <w:jc w:val="right"/>
      </w:pPr>
      <w:r>
        <w:t>no inequality of any kind. So Paradise is a dreamland and this dreamland is based on equality, the concept of equality.</w:t>
      </w:r>
    </w:p>
    <w:p>
      <w:r>
        <w:rPr>
          <w:b/>
        </w:rPr>
        <w:t xml:space="preserve">[46:10] </w:t>
      </w:r>
      <w:r>
        <w:t>So from every aspect Islam is a religion of equality.</w:t>
      </w:r>
    </w:p>
    <w:p>
      <w:pPr>
        <w:jc w:val="right"/>
      </w:pPr>
      <w:r>
        <w:t>So from every aspect Islam is a religion of equality.</w:t>
      </w:r>
    </w:p>
    <w:p>
      <w:r>
        <w:rPr>
          <w:b/>
        </w:rPr>
        <w:t xml:space="preserve">[46:19] </w:t>
      </w:r>
      <w:r>
        <w:t>As I said earlier that only that in Islam that the whole Islamic fabric, the whole Islamic teachings are based on two principles: Oneness of God and Oneness of Man.</w:t>
      </w:r>
    </w:p>
    <w:p>
      <w:pPr>
        <w:jc w:val="right"/>
      </w:pPr>
      <w:r>
        <w:t>As I said earlier that only that in Islam that the whole Islamic fabric, the whole Islamic teachings are based on two principles: Oneness of God and Oneness of Man.</w:t>
      </w:r>
    </w:p>
    <w:p>
      <w:r>
        <w:rPr>
          <w:b/>
        </w:rPr>
        <w:t xml:space="preserve">[46:40] </w:t>
      </w:r>
      <w:r>
        <w:t>This is the Islamic, this is the ideology of Islam. And then I would like to add one more point.</w:t>
      </w:r>
    </w:p>
    <w:p>
      <w:pPr>
        <w:jc w:val="right"/>
      </w:pPr>
      <w:r>
        <w:t>This is the Islamic, this is the ideology of Islam. And then I would like to add one more point.</w:t>
      </w:r>
    </w:p>
    <w:p>
      <w:r>
        <w:rPr>
          <w:b/>
        </w:rPr>
        <w:t xml:space="preserve">[46:53] </w:t>
      </w:r>
      <w:r>
        <w:t>Islam gives us the concept of equality.</w:t>
      </w:r>
    </w:p>
    <w:p>
      <w:pPr>
        <w:jc w:val="right"/>
      </w:pPr>
      <w:r>
        <w:t>Islam gives us the concept of equality.</w:t>
      </w:r>
    </w:p>
    <w:p>
      <w:r>
        <w:rPr>
          <w:b/>
        </w:rPr>
        <w:t xml:space="preserve">[47:02] </w:t>
      </w:r>
      <w:r>
        <w:t>Islam or monotheism or Tawhid gives us the concept of equality. At the same time Islam gives us</w:t>
      </w:r>
    </w:p>
    <w:p>
      <w:pPr>
        <w:jc w:val="right"/>
      </w:pPr>
      <w:r>
        <w:t>Islam or monotheism or Tawhid gives us the concept of equality. At the same time Islam gives us</w:t>
      </w:r>
    </w:p>
    <w:p>
      <w:r>
        <w:rPr>
          <w:b/>
        </w:rPr>
        <w:t xml:space="preserve">[47:20] </w:t>
      </w:r>
      <w:r>
        <w:t>an incentive. Incentive is very, very important. Without incentive any concept is only a philosophy.</w:t>
      </w:r>
    </w:p>
    <w:p>
      <w:pPr>
        <w:jc w:val="right"/>
      </w:pPr>
      <w:r>
        <w:t>an incentive. Incentive is very, very important. Without incentive any concept is only a philosophy.</w:t>
      </w:r>
    </w:p>
    <w:p>
      <w:r>
        <w:rPr>
          <w:b/>
        </w:rPr>
        <w:t xml:space="preserve">[47:33] </w:t>
      </w:r>
      <w:r>
        <w:t>If you say, "Oh people live with, live with, live on the," if you say that, "Oh people live on the concept of equality" so it is less, it is less like some sermon.</w:t>
      </w:r>
    </w:p>
    <w:p>
      <w:pPr>
        <w:jc w:val="right"/>
      </w:pPr>
      <w:r>
        <w:t>If you say, "Oh people live with, live with, live on the," if you say that, "Oh people live on the concept of equality" so it is less, it is less like some sermon.</w:t>
      </w:r>
    </w:p>
    <w:p>
      <w:r>
        <w:rPr>
          <w:b/>
        </w:rPr>
        <w:t xml:space="preserve">[47:51] </w:t>
      </w:r>
      <w:r>
        <w:t>It is like a sermon. You have to give an incentive. And that incentive is that, that you are accountable to God.</w:t>
      </w:r>
    </w:p>
    <w:p>
      <w:pPr>
        <w:jc w:val="right"/>
      </w:pPr>
      <w:r>
        <w:t>It is like a sermon. You have to give an incentive. And that incentive is that, that you are accountable to God.</w:t>
      </w:r>
    </w:p>
    <w:p>
      <w:r>
        <w:rPr>
          <w:b/>
        </w:rPr>
        <w:t xml:space="preserve">[48:08] </w:t>
      </w:r>
      <w:r>
        <w:t>You are accountable to God. So when you think that, "I am accountable to God, I have to follow this principle otherwise I will be punished in the life hereafter."</w:t>
      </w:r>
    </w:p>
    <w:p>
      <w:pPr>
        <w:jc w:val="right"/>
      </w:pPr>
      <w:r>
        <w:t>You are accountable to God. So when you think that, "I am accountable to God, I have to follow this principle otherwise I will be punished in the life hereafter."</w:t>
      </w:r>
    </w:p>
    <w:p>
      <w:r>
        <w:rPr>
          <w:b/>
        </w:rPr>
        <w:t xml:space="preserve">[48:27] </w:t>
      </w:r>
      <w:r>
        <w:t>I have to follow</w:t>
      </w:r>
    </w:p>
    <w:p>
      <w:pPr>
        <w:jc w:val="right"/>
      </w:pPr>
      <w:r>
        <w:t>I have to follow</w:t>
      </w:r>
    </w:p>
    <w:p>
      <w:r>
        <w:rPr>
          <w:b/>
        </w:rPr>
        <w:t xml:space="preserve">[48:31] </w:t>
      </w:r>
      <w:r>
        <w:t>this principle of equality. When God created man on equal basis there is no discrimination, there is no superiority or inferiority.</w:t>
      </w:r>
    </w:p>
    <w:p>
      <w:pPr>
        <w:jc w:val="right"/>
      </w:pPr>
      <w:r>
        <w:t>this principle of equality. When God created man on equal basis there is no discrimination, there is no superiority or inferiority.</w:t>
      </w:r>
    </w:p>
    <w:p>
      <w:r>
        <w:rPr>
          <w:b/>
        </w:rPr>
        <w:t xml:space="preserve">[48:47] </w:t>
      </w:r>
      <w:r>
        <w:t>So if it is, it is the scheme of God I have to follow this scheme. I have to follow this principle. If I deviate from this principle I will be punished in the world hereafter.</w:t>
      </w:r>
    </w:p>
    <w:p>
      <w:pPr>
        <w:jc w:val="right"/>
      </w:pPr>
      <w:r>
        <w:t>So if it is, it is the scheme of God I have to follow this scheme. I have to follow this principle. If I deviate from this principle I will be punished in the world hereafter.</w:t>
      </w:r>
    </w:p>
    <w:p>
      <w:r>
        <w:rPr>
          <w:b/>
        </w:rPr>
        <w:t xml:space="preserve">[49:04] </w:t>
      </w:r>
      <w:r>
        <w:t>So this is, this provides, this belief provides incentive. This belief provides motivation.</w:t>
      </w:r>
    </w:p>
    <w:p>
      <w:pPr>
        <w:jc w:val="right"/>
      </w:pPr>
      <w:r>
        <w:t>So this is, this provides, this belief provides incentive. This belief provides motivation.</w:t>
      </w:r>
    </w:p>
    <w:p>
      <w:r>
        <w:rPr>
          <w:b/>
        </w:rPr>
        <w:t xml:space="preserve">[49:16] </w:t>
      </w:r>
      <w:r>
        <w:t>Motivation. For example in Madinah there was a Muslim, his name was Abu Mas'ud.</w:t>
      </w:r>
    </w:p>
    <w:p>
      <w:pPr>
        <w:jc w:val="right"/>
      </w:pPr>
      <w:r>
        <w:t>Motivation. For example in Madinah there was a Muslim, his name was Abu Mas'ud.</w:t>
      </w:r>
    </w:p>
    <w:p>
      <w:r>
        <w:rPr>
          <w:b/>
        </w:rPr>
        <w:t xml:space="preserve">[49:29] </w:t>
      </w:r>
      <w:r>
        <w:t>So what happened? One day he became angry</w:t>
      </w:r>
    </w:p>
    <w:p>
      <w:pPr>
        <w:jc w:val="right"/>
      </w:pPr>
      <w:r>
        <w:t>So what happened? One day he became angry</w:t>
      </w:r>
    </w:p>
    <w:p>
      <w:r>
        <w:rPr>
          <w:b/>
        </w:rPr>
        <w:t xml:space="preserve">[49:36] </w:t>
      </w:r>
      <w:r>
        <w:t>to his servant and he started beating.</w:t>
      </w:r>
    </w:p>
    <w:p>
      <w:pPr>
        <w:jc w:val="right"/>
      </w:pPr>
      <w:r>
        <w:t>to his servant and he started beating.</w:t>
      </w:r>
    </w:p>
    <w:p>
      <w:r>
        <w:rPr>
          <w:b/>
        </w:rPr>
        <w:t xml:space="preserve">[49:44] </w:t>
      </w:r>
      <w:r>
        <w:t>The Prophet of Islam saw this, the Prophet of Islam saw it and he said: "Alam Aba Mas'ud lallahu akbar alaika minka ala hadal ghulam."</w:t>
      </w:r>
    </w:p>
    <w:p>
      <w:pPr>
        <w:jc w:val="right"/>
      </w:pPr>
      <w:r>
        <w:t>The Prophet of Islam saw this, the Prophet of Islam saw it and he said: "Alam Aba Mas'ud lallahu akbar alaika minka ala hadal ghulam."</w:t>
      </w:r>
    </w:p>
    <w:p>
      <w:r>
        <w:rPr>
          <w:b/>
        </w:rPr>
        <w:t xml:space="preserve">[50:01] </w:t>
      </w:r>
      <w:r>
        <w:t>"Oh Abu Mas'ud you have to know that</w:t>
      </w:r>
    </w:p>
    <w:p>
      <w:pPr>
        <w:jc w:val="right"/>
      </w:pPr>
      <w:r>
        <w:t>"Oh Abu Mas'ud you have to know that</w:t>
      </w:r>
    </w:p>
    <w:p>
      <w:r>
        <w:rPr>
          <w:b/>
        </w:rPr>
        <w:t xml:space="preserve">[50:10] </w:t>
      </w:r>
      <w:r>
        <w:t>God will punish you.</w:t>
      </w:r>
    </w:p>
    <w:p>
      <w:pPr>
        <w:jc w:val="right"/>
      </w:pPr>
      <w:r>
        <w:t>God will punish you.</w:t>
      </w:r>
    </w:p>
    <w:p>
      <w:r>
        <w:rPr>
          <w:b/>
        </w:rPr>
        <w:t xml:space="preserve">[50:16] </w:t>
      </w:r>
      <w:r>
        <w:t>You have to forgive your servant otherwise you have to face the punishment of God." So instantly he stopped and he said, "I was wrong."</w:t>
      </w:r>
    </w:p>
    <w:p>
      <w:pPr>
        <w:jc w:val="right"/>
      </w:pPr>
      <w:r>
        <w:t>You have to forgive your servant otherwise you have to face the punishment of God." So instantly he stopped and he said, "I was wrong."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