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Peace in Islam October 08, 2017</w:t>
      </w:r>
    </w:p>
    <w:p>
      <w:r>
        <w:t>https://www.youtube.com/watch?v=WR06tz90jY4</w:t>
      </w:r>
    </w:p>
    <w:p>
      <w:r>
        <w:rPr>
          <w:b/>
        </w:rPr>
        <w:t xml:space="preserve">[00:14] </w:t>
      </w:r>
      <w:r>
        <w:t>bismillah ir rehman 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 salla allahu ala an nabiyyi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October 8, 2017.</w:t>
      </w:r>
    </w:p>
    <w:p>
      <w:pPr>
        <w:jc w:val="right"/>
      </w:pPr>
      <w:r>
        <w:t>اکتوبر 8، 2017۔</w:t>
      </w:r>
    </w:p>
    <w:p>
      <w:r>
        <w:rPr>
          <w:b/>
        </w:rPr>
        <w:t xml:space="preserve">[00:31] </w:t>
      </w:r>
      <w:r>
        <w:t>i welcome to father victor,</w:t>
      </w:r>
    </w:p>
    <w:p>
      <w:pPr>
        <w:jc w:val="right"/>
      </w:pPr>
      <w:r>
        <w:t>آئی ویلکم ٹو فادر وکٹر،</w:t>
      </w:r>
    </w:p>
    <w:p>
      <w:r>
        <w:rPr>
          <w:b/>
        </w:rPr>
        <w:t xml:space="preserve">[00:37] </w:t>
      </w:r>
      <w:r>
        <w:t>father victor and his students,</w:t>
      </w:r>
    </w:p>
    <w:p>
      <w:pPr>
        <w:jc w:val="right"/>
      </w:pPr>
      <w:r>
        <w:t>فادر وکٹر اینڈ ہز اسٹوڈنٹس،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