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Maulana Wahiduddin Khan | June 16, 2007</w:t>
      </w:r>
    </w:p>
    <w:p>
      <w:r>
        <w:t>https://www.youtube.com/watch?v=MG2XRUY4FBM</w:t>
      </w:r>
    </w:p>
    <w:p>
      <w:r>
        <w:rPr>
          <w:b/>
        </w:rPr>
        <w:t xml:space="preserve">[00:13] </w:t>
      </w:r>
      <w:r>
        <w:t>Greetings to you all. There is a wide spread misconception about Islam. In fact, some time back, Time magazine carried a title on Islam, a religion that sanctions violence. As a result, many people across the world have developed a disease called Islamophobia. That is, they either fear Muslims or hate Muslims. Today, it will be our endeavor to uncover the true face of Islam, and to do the</w:t>
      </w:r>
    </w:p>
    <w:p>
      <w:pPr>
        <w:jc w:val="right"/>
      </w:pPr>
      <w:r>
        <w:t>ग्रीटिंग्स टू यू ऑल। देयर इज़ अ वाइड स्प्रेड मिसकनसेप्शन अबाउट इस्लाम। इनफैक्ट, सम टाइम बैक, टाइम मैगज़ीन कैरिड अ टाइटल ऑन इस्लाम, अ रिलीजन दैट सैंक्शंस वायलेंस। एज अ रिजल्ट, मेनी पीपल अक्रॉस द वर्ल्ड हैव डेवलप्ड अ डिजीज कॉल्ड मुस्लिमोफोबिया। दैट इज़, दे इदर फेयर मुस्लिम्स और हेट मुस्लिम्स। टुडे, इट विल बी आवर एनडेवर टू अनकवर द ट्रू फेस ऑफ इस्लाम, एंड टू डू दै</w:t>
      </w:r>
    </w:p>
    <w:p>
      <w:r>
        <w:rPr>
          <w:b/>
        </w:rPr>
        <w:t xml:space="preserve">[00:43] </w:t>
      </w:r>
      <w:r>
        <w:t>We have with us none other than a well-known Islamic spiritual scholar, Maulana Wahiduddin Khan.</w:t>
      </w:r>
    </w:p>
    <w:p>
      <w:pPr>
        <w:jc w:val="right"/>
      </w:pPr>
      <w:r>
        <w:t>ट, वी हैव विद अस नन अदर देन अ वेल नोन इस्लामिक स्पिरिचुअल स्कॉलर, मुलाना वैदुद्दीन खान।</w:t>
      </w:r>
    </w:p>
    <w:p>
      <w:r>
        <w:rPr>
          <w:b/>
        </w:rPr>
        <w:t xml:space="preserve">[00:48] </w:t>
      </w:r>
      <w:r>
        <w:t>مولانا وحید الدین خان is the president of Islamic Center, New Delhi, and also the founder of Center for</w:t>
      </w:r>
    </w:p>
    <w:p>
      <w:pPr>
        <w:jc w:val="right"/>
      </w:pPr>
      <w:r>
        <w:t>मुलाना वैदुद्दीन खान इज़ द प्रेसिडेंट ऑफ इस्लामिक सेंटर, न्यू दिल्ली, एंड आल्सो द फाउंडर ऑफ सेंटर फॉर</w:t>
      </w:r>
    </w:p>
    <w:p>
      <w:r>
        <w:rPr>
          <w:b/>
        </w:rPr>
        <w:t xml:space="preserve">[00:53] </w:t>
      </w:r>
      <w:r>
        <w:t>peace and spirituality.</w:t>
      </w:r>
    </w:p>
    <w:p>
      <w:pPr>
        <w:jc w:val="right"/>
      </w:pPr>
      <w:r>
        <w:t>पीस एंड स्पिरिचुअलिटी।</w:t>
      </w:r>
    </w:p>
    <w:p>
      <w:r>
        <w:rPr>
          <w:b/>
        </w:rPr>
        <w:t xml:space="preserve">[00:58] </w:t>
      </w:r>
      <w:r>
        <w:t>welcome, Maulana Wahiduddin Khan.</w:t>
      </w:r>
    </w:p>
    <w:p>
      <w:pPr>
        <w:jc w:val="right"/>
      </w:pPr>
      <w:r>
        <w:t>वेलकम, मुलाना वैदुद्दीन खान।</w:t>
      </w:r>
    </w:p>
    <w:p>
      <w:r>
        <w:rPr>
          <w:b/>
        </w:rPr>
        <w:t xml:space="preserve">[01:03] </w:t>
      </w:r>
      <w:r>
        <w:t>مولانا، وائے اِز دیئر سو مچ آف ایکسٹریمِزم اِن اِسلام؟</w:t>
      </w:r>
    </w:p>
    <w:p>
      <w:pPr>
        <w:jc w:val="right"/>
      </w:pPr>
      <w:r>
        <w:t>मुलाना, व्हाई इज़ देयर सो मच ऑफ एक्सट्रीमिज्म इन इस्लाम?</w:t>
      </w:r>
    </w:p>
    <w:p>
      <w:r>
        <w:rPr>
          <w:b/>
        </w:rPr>
        <w:t xml:space="preserve">[01:08] </w:t>
      </w:r>
      <w:r>
        <w:t>in Islam, there is</w:t>
      </w:r>
    </w:p>
    <w:p>
      <w:pPr>
        <w:jc w:val="right"/>
      </w:pPr>
      <w:r>
        <w:t>इन इस्लाम, देयर इज़</w:t>
      </w:r>
    </w:p>
    <w:p>
      <w:r>
        <w:rPr>
          <w:b/>
        </w:rPr>
        <w:t xml:space="preserve">[01:13] </w:t>
      </w:r>
      <w:r>
        <w:t>no extremism.</w:t>
      </w:r>
    </w:p>
    <w:p>
      <w:pPr>
        <w:jc w:val="right"/>
      </w:pPr>
      <w:r>
        <w:t>नो एक्सट्रीमिज्म।</w:t>
      </w:r>
    </w:p>
    <w:p>
      <w:r>
        <w:rPr>
          <w:b/>
        </w:rPr>
        <w:t xml:space="preserve">[01:21] </w:t>
      </w:r>
      <w:r>
        <w:t>Quran says, "La taglu fi deenikum.</w:t>
      </w:r>
    </w:p>
    <w:p>
      <w:pPr>
        <w:jc w:val="right"/>
      </w:pPr>
      <w:r>
        <w:t>कुरान से, "ला तगलू फी दीनिकुम।</w:t>
      </w:r>
    </w:p>
    <w:p>
      <w:r>
        <w:rPr>
          <w:b/>
        </w:rPr>
        <w:t xml:space="preserve">[01:29] </w:t>
      </w:r>
      <w:r>
        <w:t>Don't be extremist in your religion." This is a Quranic verse.</w:t>
      </w:r>
    </w:p>
    <w:p>
      <w:pPr>
        <w:jc w:val="right"/>
      </w:pPr>
      <w:r>
        <w:t>डोंट बी एक्सट्रीमिस्ट इन योर रिलीजन।" दिस इज़ अ कुरानिक वर्स।</w:t>
      </w:r>
    </w:p>
    <w:p>
      <w:r>
        <w:rPr>
          <w:b/>
        </w:rPr>
        <w:t xml:space="preserve">[01:37] </w:t>
      </w:r>
      <w:r>
        <w:t>Then, the Prophet of Islam has said, "Iyyakum wal ghulu fi deen.</w:t>
      </w:r>
    </w:p>
    <w:p>
      <w:pPr>
        <w:jc w:val="right"/>
      </w:pPr>
      <w:r>
        <w:t>देन, द प्रोफेट ऑफ इस्लाम हैज़ सेड, "इयाकुम वल गलू फी दीन।</w:t>
      </w:r>
    </w:p>
    <w:p>
      <w:r>
        <w:rPr>
          <w:b/>
        </w:rPr>
        <w:t xml:space="preserve">[01:45] </w:t>
      </w:r>
      <w:r>
        <w:t>Don't be extremist in your religion." So, as for Islam, as far as the Islam is concerned, it</w:t>
      </w:r>
    </w:p>
    <w:p>
      <w:pPr>
        <w:jc w:val="right"/>
      </w:pPr>
      <w:r>
        <w:t>डोंट बी एक्सट्रीमिस्ट इन योर रिलीजन।" सो, एज फॉर इस्लाम, एज फॉर एज द इस्लाम इज़ कंसर्न, इट</w:t>
      </w:r>
    </w:p>
    <w:p>
      <w:r>
        <w:rPr>
          <w:b/>
        </w:rPr>
        <w:t xml:space="preserve">[01:51] </w:t>
      </w:r>
      <w:r>
        <w:t>is very clear that there is no room for extremism in Islam.</w:t>
      </w:r>
    </w:p>
    <w:p>
      <w:pPr>
        <w:jc w:val="right"/>
      </w:pPr>
      <w:r>
        <w:t>इज़ वेरी क्लियर दैट देयर इज़ नो रूम फॉर एक्सट्रीमिज्म इन इस्लाम।</w:t>
      </w:r>
    </w:p>
    <w:p>
      <w:r>
        <w:rPr>
          <w:b/>
        </w:rPr>
        <w:t xml:space="preserve">[01:57] </w:t>
      </w:r>
      <w:r>
        <w:t>you know, the equivalent word for extremism in Islam is ghulu.</w:t>
      </w:r>
    </w:p>
    <w:p>
      <w:pPr>
        <w:jc w:val="right"/>
      </w:pPr>
      <w:r>
        <w:t>यू नो, द इक्विवेलेंट वर्ड फॉर एक्सट्रीमिज्म इन इस्लाम इज़ गलू।</w:t>
      </w:r>
    </w:p>
    <w:p>
      <w:r>
        <w:rPr>
          <w:b/>
        </w:rPr>
        <w:t xml:space="preserve">[02:03] </w:t>
      </w:r>
      <w:r>
        <w:t>ghulu has the same meaning.</w:t>
      </w:r>
    </w:p>
    <w:p>
      <w:pPr>
        <w:jc w:val="right"/>
      </w:pPr>
      <w:r>
        <w:t>गलू हैज़ द सेम मीनिंग।</w:t>
      </w:r>
    </w:p>
    <w:p>
      <w:r>
        <w:rPr>
          <w:b/>
        </w:rPr>
        <w:t xml:space="preserve">[02:09] </w:t>
      </w:r>
      <w:r>
        <w:t>ghulu means extremism.</w:t>
      </w:r>
    </w:p>
    <w:p>
      <w:pPr>
        <w:jc w:val="right"/>
      </w:pPr>
      <w:r>
        <w:t>गलू मींस एक्सट्रीमिज्म।</w:t>
      </w:r>
    </w:p>
    <w:p>
      <w:r>
        <w:rPr>
          <w:b/>
        </w:rPr>
        <w:t xml:space="preserve">[02:15] </w:t>
      </w:r>
      <w:r>
        <w:t>So, there is a clear teachings in the Quran as well as in Hadith that extremism is not it. Its extremism is against the Islamic scheme. Islam has religion that believes in modesty and tolerance and ad</w:t>
      </w:r>
    </w:p>
    <w:p>
      <w:pPr>
        <w:jc w:val="right"/>
      </w:pPr>
      <w:r>
        <w:t>सो, देयर इज़ अ क्लियर टीचिंग्स इन द कुरान एज वेल एज इन हदीस दैट एक्सट्रीमिज्म इज़ नॉट इट। इट्स एक्सट्रीमिज्म इज़ अगेंस्ट द इस्लामिक स्कीम। इस्लाम है रिलीजन दैट बिलीव्स इन मॉडेस्टी एंड टॉलरेंस एंड एड</w:t>
      </w:r>
    </w:p>
    <w:p>
      <w:r>
        <w:rPr>
          <w:b/>
        </w:rPr>
        <w:t xml:space="preserve">[02:45] </w:t>
      </w:r>
      <w:r>
        <w:t>judgment and peace.</w:t>
      </w:r>
    </w:p>
    <w:p>
      <w:pPr>
        <w:jc w:val="right"/>
      </w:pPr>
      <w:r>
        <w:t>जस्टमेंट एंड पीस।</w:t>
      </w:r>
    </w:p>
    <w:p>
      <w:r>
        <w:rPr>
          <w:b/>
        </w:rPr>
        <w:t xml:space="preserve">[02:51] </w:t>
      </w:r>
      <w:r>
        <w:t>and extremism is quite against these things.</w:t>
      </w:r>
    </w:p>
    <w:p>
      <w:pPr>
        <w:jc w:val="right"/>
      </w:pPr>
      <w:r>
        <w:t>एंड एक्सट्रीमिज्म इज़ क्वाइट अगेंस्ट दीज़ थिंग्स।</w:t>
      </w:r>
    </w:p>
    <w:p>
      <w:r>
        <w:rPr>
          <w:b/>
        </w:rPr>
        <w:t xml:space="preserve">[02:57] </w:t>
      </w:r>
      <w:r>
        <w:t>so, in Islam, there is no extremism.</w:t>
      </w:r>
    </w:p>
    <w:p>
      <w:pPr>
        <w:jc w:val="right"/>
      </w:pPr>
      <w:r>
        <w:t>सो, इन इस्लाम, देयर इज़ नो एक्सट्रीमिज्म।</w:t>
      </w:r>
    </w:p>
    <w:p>
      <w:r>
        <w:rPr>
          <w:b/>
        </w:rPr>
        <w:t xml:space="preserve">[03:04] </w:t>
      </w:r>
      <w:r>
        <w:t>I admit that some Muslims are extremist, especially in our present days, but these Muslims practices are not Islamic teachings.</w:t>
      </w:r>
    </w:p>
    <w:p>
      <w:pPr>
        <w:jc w:val="right"/>
      </w:pPr>
      <w:r>
        <w:t>आई एडमिट दैट सम मुस्लिम्स आर एक्सट्रीमिस्ट, एस्पेशली इन आवर प्रेजेंट डेज, बट दीज़ मुस्लिम्स प्रैक्टिस आर नॉट इस्लामिक टीचिंग्स।</w:t>
      </w:r>
    </w:p>
    <w:p>
      <w:r>
        <w:rPr>
          <w:b/>
        </w:rPr>
        <w:t xml:space="preserve">[03:10] </w:t>
      </w:r>
      <w:r>
        <w:t>Maulana, that these acts of terrorism or suicide bombing that we see</w:t>
      </w:r>
    </w:p>
    <w:p>
      <w:pPr>
        <w:jc w:val="right"/>
      </w:pPr>
      <w:r>
        <w:t>मुलाना, दैट दीज़ एक्ट्स ऑफ टेररिज्म और सुसाइड बॉम्बिंग दैट वी सी</w:t>
      </w:r>
    </w:p>
    <w:p>
      <w:r>
        <w:rPr>
          <w:b/>
        </w:rPr>
        <w:t xml:space="preserve">[03:16] </w:t>
      </w:r>
      <w:r>
        <w:t>around the world, does that mean that Islam sanctions all these acts of violence?</w:t>
      </w:r>
    </w:p>
    <w:p>
      <w:pPr>
        <w:jc w:val="right"/>
      </w:pPr>
      <w:r>
        <w:t>अराउंड द वर्ल्ड, डस दैट मीन दैट इस्लाम सैंक्शंस ऑल दीज़ एक्ट्स ऑफ वायलेंस?</w:t>
      </w:r>
    </w:p>
    <w:p>
      <w:r>
        <w:rPr>
          <w:b/>
        </w:rPr>
        <w:t xml:space="preserve">[03:21] </w:t>
      </w:r>
      <w:r>
        <w:t>you know, suicide is haram in Islam.</w:t>
      </w:r>
    </w:p>
    <w:p>
      <w:pPr>
        <w:jc w:val="right"/>
      </w:pPr>
      <w:r>
        <w:t>यू नो, सुसाइड इज़ हराम इन इस्लाम।</w:t>
      </w:r>
    </w:p>
    <w:p>
      <w:r>
        <w:rPr>
          <w:b/>
        </w:rPr>
        <w:t xml:space="preserve">[03:26] </w:t>
      </w:r>
      <w:r>
        <w:t>there is unlawful in Islam.</w:t>
      </w:r>
    </w:p>
    <w:p>
      <w:pPr>
        <w:jc w:val="right"/>
      </w:pPr>
      <w:r>
        <w:t>देयर इज़ अनलॉफुल इन इस्लाम।</w:t>
      </w:r>
    </w:p>
    <w:p>
      <w:r>
        <w:rPr>
          <w:b/>
        </w:rPr>
        <w:t xml:space="preserve">[03:31] </w:t>
      </w:r>
      <w:r>
        <w:t>no excuse what whatsoever.</w:t>
      </w:r>
    </w:p>
    <w:p>
      <w:pPr>
        <w:jc w:val="right"/>
      </w:pPr>
      <w:r>
        <w:t>नो एक्सक्यूज़ व्हाट व्हाट्सओएवर।</w:t>
      </w:r>
    </w:p>
    <w:p>
      <w:r>
        <w:rPr>
          <w:b/>
        </w:rPr>
        <w:t xml:space="preserve">[03:36] </w:t>
      </w:r>
      <w:r>
        <w:t>no excuse whatsoever permits you to commit suicide.</w:t>
      </w:r>
    </w:p>
    <w:p>
      <w:pPr>
        <w:jc w:val="right"/>
      </w:pPr>
      <w:r>
        <w:t>नो एक्सक्यूज़ व्हाट्सओएवर परमिट्स यू टू कमिट सुसाइड।</w:t>
      </w:r>
    </w:p>
    <w:p>
      <w:r>
        <w:rPr>
          <w:b/>
        </w:rPr>
        <w:t xml:space="preserve">[03:41] </w:t>
      </w:r>
      <w:r>
        <w:t>it is h</w:t>
      </w:r>
    </w:p>
    <w:p>
      <w:pPr>
        <w:jc w:val="right"/>
      </w:pPr>
      <w:r>
        <w:t>इट इज़ ह</w:t>
      </w:r>
    </w:p>
    <w:p>
      <w:r>
        <w:rPr>
          <w:b/>
        </w:rPr>
        <w:t xml:space="preserve">[03:46] </w:t>
      </w:r>
      <w:r>
        <w:t>aram in cap absolute.</w:t>
      </w:r>
    </w:p>
    <w:p>
      <w:pPr>
        <w:jc w:val="right"/>
      </w:pPr>
      <w:r>
        <w:t>राम इन कैप अब्सोल्यूट।</w:t>
      </w:r>
    </w:p>
    <w:p>
      <w:r>
        <w:rPr>
          <w:b/>
        </w:rPr>
        <w:t xml:space="preserve">[03:50] </w:t>
      </w:r>
      <w:r>
        <w:t>it is haram in absolute sense of the word.</w:t>
      </w:r>
    </w:p>
    <w:p>
      <w:pPr>
        <w:jc w:val="right"/>
      </w:pPr>
      <w:r>
        <w:t>इट इज़ हराम इन एब्सोल्यूट सेंस ऑफ द वर्ड।</w:t>
      </w:r>
    </w:p>
    <w:p>
      <w:r>
        <w:rPr>
          <w:b/>
        </w:rPr>
        <w:t xml:space="preserve">[03:55] </w:t>
      </w:r>
      <w:r>
        <w:t>so, present suicide bombing is quite un-Islamic act.</w:t>
      </w:r>
    </w:p>
    <w:p>
      <w:pPr>
        <w:jc w:val="right"/>
      </w:pPr>
      <w:r>
        <w:t>सो, प्रेजेंट सुसाइड बॉम्बिंग इज़ क्वाइट अनइस्लामिक एक्ट।</w:t>
      </w:r>
    </w:p>
    <w:p>
      <w:r>
        <w:rPr>
          <w:b/>
        </w:rPr>
        <w:t xml:space="preserve">[03:59] </w:t>
      </w:r>
      <w:r>
        <w:t>so, those people who are engaged in suicide bombing in the name of Islam, they are committing crime.</w:t>
      </w:r>
    </w:p>
    <w:p>
      <w:pPr>
        <w:jc w:val="right"/>
      </w:pPr>
      <w:r>
        <w:t>सो, दोज़ पीपल हु आर एंगेज्ड इन सुसाइड बॉम्बिंग इन द नेम ऑफ इस्लाम, दे आर कमिटिंग क्राइम।</w:t>
      </w:r>
    </w:p>
    <w:p>
      <w:r>
        <w:rPr>
          <w:b/>
        </w:rPr>
        <w:t xml:space="preserve">[04:04] </w:t>
      </w:r>
      <w:r>
        <w:t>it is not Islam.</w:t>
      </w:r>
    </w:p>
    <w:p>
      <w:pPr>
        <w:jc w:val="right"/>
      </w:pPr>
      <w:r>
        <w:t>इट इज़ नॉट इस्लाम।</w:t>
      </w:r>
    </w:p>
    <w:p>
      <w:r>
        <w:rPr>
          <w:b/>
        </w:rPr>
        <w:t xml:space="preserve">[04:08] </w:t>
      </w:r>
      <w:r>
        <w:t>it is not jihad.</w:t>
      </w:r>
    </w:p>
    <w:p>
      <w:pPr>
        <w:jc w:val="right"/>
      </w:pPr>
      <w:r>
        <w:t>इट इज़ नॉट जिहाद।</w:t>
      </w:r>
    </w:p>
    <w:p>
      <w:r>
        <w:rPr>
          <w:b/>
        </w:rPr>
        <w:t xml:space="preserve">[04:13] </w:t>
      </w:r>
      <w:r>
        <w:t>it has the thing to do with Islam.</w:t>
      </w:r>
    </w:p>
    <w:p>
      <w:pPr>
        <w:jc w:val="right"/>
      </w:pPr>
      <w:r>
        <w:t>इट हैज़ द थिंग टू डू विद इस्लाम।</w:t>
      </w:r>
    </w:p>
    <w:p>
      <w:r>
        <w:rPr>
          <w:b/>
        </w:rPr>
        <w:t xml:space="preserve">[04:17] </w:t>
      </w:r>
      <w:r>
        <w:t>islam, you know, there is only one kind of war in islam. there is defensive war. other than defensive war, there is no war in islam. so, suicide bombing and and gorilla war and proxy war and undeclared war and aggressive war, all these</w:t>
      </w:r>
    </w:p>
    <w:p>
      <w:pPr>
        <w:jc w:val="right"/>
      </w:pPr>
      <w:r>
        <w:t>इस्लाम, यू नो, देयर इज़ ओनली वन काइंड ऑफ वॉर इन इस्लाम। देयर इज़ डिफेंसिव वॉर। अदर देन डिफेंसिव वॉर, देयर इज़ नो वॉर इन इस्लाम। सो, सुसाइड बॉम्बिंग एंड एंड गोरिल्ला वॉर एंड प्रॉक्सी वॉर एंड अनडेक्लेयर्ड वॉर एंड अग्रेसिव वॉर, ऑल दी</w:t>
      </w:r>
    </w:p>
    <w:p>
      <w:r>
        <w:rPr>
          <w:b/>
        </w:rPr>
        <w:t xml:space="preserve">[04:47] </w:t>
      </w:r>
      <w:r>
        <w:t>wars are are unlawful in islam. so, only at the time of aggression, you can go to war. and also, only state is permitted to go to war, not the individuals. there is very clear injunction in the sharia, "ar ra</w:t>
      </w:r>
    </w:p>
    <w:p>
      <w:pPr>
        <w:jc w:val="right"/>
      </w:pPr>
      <w:r>
        <w:t>ज़ वॉर्स आर आर अनलॉफुल इन इस्लाम। सो, ओनली एट द टाइम ऑफ अग्रेशन, यू कैन गो टू वॉर। एंड आल्सो, ओनली स्टेट इज़ परमिटेड टू गो टू वॉर, नॉट द इंडिविजुअल्स। देयर इज़ वेरी क्लियर इंजेक्शन इन द शरिया, "अर र</w:t>
      </w:r>
    </w:p>
    <w:p>
      <w:r>
        <w:rPr>
          <w:b/>
        </w:rPr>
        <w:t xml:space="preserve">[05:17] </w:t>
      </w:r>
      <w:r>
        <w:t>"Hello, little Imam." It means to declare a war is a prerogative of state.</w:t>
      </w:r>
    </w:p>
    <w:p>
      <w:pPr>
        <w:jc w:val="right"/>
      </w:pPr>
      <w:r>
        <w:t>हीलो लिल इमाम।" इट मींस टू डिक्लेयर अ वॉर इज़ अ प्रिरोगेटिव ऑफ स्टेट।</w:t>
      </w:r>
    </w:p>
    <w:p>
      <w:r>
        <w:rPr>
          <w:b/>
        </w:rPr>
        <w:t xml:space="preserve">[05:27] </w:t>
      </w:r>
      <w:r>
        <w:t>so, by seeing all these injunctions in these teachings, you can say that suicide bombing is completely un-Islamic act.</w:t>
      </w:r>
    </w:p>
    <w:p>
      <w:pPr>
        <w:jc w:val="right"/>
      </w:pPr>
      <w:r>
        <w:t>सो, बाय सीइंग ऑल दीज़ इंजंक्शंस इन दीज़ टीचिंग्स, यू कैन से दैट सुसाइड बॉम्बिंग इज़ कंप्लीटली अनइस्लामिक एक्ट।</w:t>
      </w:r>
    </w:p>
    <w:p>
      <w:r>
        <w:rPr>
          <w:b/>
        </w:rPr>
        <w:t xml:space="preserve">[05:37] </w:t>
      </w:r>
      <w:r>
        <w:t>Maulana, all of these acts of violence are done in the name of jihad. so</w:t>
      </w:r>
    </w:p>
    <w:p>
      <w:pPr>
        <w:jc w:val="right"/>
      </w:pPr>
      <w:r>
        <w:t>मुलाना, ऑल ऑफ दीज़ एक्ट्स ऑफ वायलेंस आर डन इन द नेम ऑफ जिहाद। सो</w:t>
      </w:r>
    </w:p>
    <w:p>
      <w:r>
        <w:rPr>
          <w:b/>
        </w:rPr>
        <w:t xml:space="preserve">[05:47] </w:t>
      </w:r>
      <w:r>
        <w:t>, how would you define jihad? what is jihad truly? jihad is an arabic word. literally, it means to strive, to struggle. jihad has nothing to do with fighting or war and violence. no. jihad means peaceful struggle. peaceful struggle. there i</w:t>
      </w:r>
    </w:p>
    <w:p>
      <w:pPr>
        <w:jc w:val="right"/>
      </w:pPr>
      <w:r>
        <w:t>, हाउ वुड यू डिफाइन जिहाद? व्हाट इज़ जिहाद ट्रूली? जिहाद इज़ एन अरबिक वर्ड। लिटरली, इट मींस टू स्ट्राइव, टू स्ट्रगल। जिहाद हैज़ नथिंग टू डू विद फाइटिंग और वॉर एंड वायलेंस। नो। जिहाद मींस पीसफुल स्ट्रगल। पीसफुल स्ट्रगल। देयर इ</w:t>
      </w:r>
    </w:p>
    <w:p>
      <w:r>
        <w:rPr>
          <w:b/>
        </w:rPr>
        <w:t xml:space="preserve">[06:17] </w:t>
      </w:r>
      <w:r>
        <w:t>s a very relevant reference in the quran, "wa jahid hum bihi jihadan kabira." do great jihad with the help of the quran. you know, quran is a book. a book of ideology. it is not sword. so, so, jihad with the help of the quran means ideological ji</w:t>
      </w:r>
    </w:p>
    <w:p>
      <w:pPr>
        <w:jc w:val="right"/>
      </w:pPr>
      <w:r>
        <w:t>ज़ अ वेरी रेलेवेंट रेफरेंस इन द कुरान, "व जाहिद हुम बिही जिहादन कबीरा।" डू ग्रेट जिहाद विद द हेल्प ऑफ द कुरान। यू नो, कुरान इज़ अ बुक। अ बुक ऑफ आइडियोलॉजी। इट इज़ नॉट स्वर्ड। सो, सो, जिहाद विद द हेल्प ऑफ द कुरान मींस आइडियोलॉजिकल जि</w:t>
      </w:r>
    </w:p>
    <w:p>
      <w:r>
        <w:rPr>
          <w:b/>
        </w:rPr>
        <w:t xml:space="preserve">[06:47] </w:t>
      </w:r>
      <w:r>
        <w:t>had. peaceful ideal peaceful ideological jihad is jihad. so, jihad is not a war. jihad is not a violence act. a violence or war. jihad is a peaceful activism. peaceful activism by the power of islamic ideology, by the quran,</w:t>
      </w:r>
    </w:p>
    <w:p>
      <w:pPr>
        <w:jc w:val="right"/>
      </w:pPr>
      <w:r>
        <w:t>हाद। पीसफुल आइडियल पीसफुल आइडियोलॉजिकल जिहाद इज़ जिहाद। सो, जिहाद इज़ नॉट अ वॉर। जिहाद इज़ नॉट अ वायलेंस एक्ट। अ वायलेंस और वॉर। जिहाद इज़ अ पीसफुल एक्टिविज्म। पीसफुल एक्टिविज्म बाय द पावर ऑफ इस्लामिक आइडियोलॉजी, बाय द कुरान,</w:t>
      </w:r>
    </w:p>
    <w:p>
      <w:r>
        <w:rPr>
          <w:b/>
        </w:rPr>
        <w:t xml:space="preserve">[07:17] </w:t>
      </w:r>
      <w:r>
        <w:t>with the with the help of the Quran.</w:t>
      </w:r>
    </w:p>
    <w:p>
      <w:pPr>
        <w:jc w:val="right"/>
      </w:pPr>
      <w:r>
        <w:t>विद द विद द हेल्प ऑफ द कुरान।</w:t>
      </w:r>
    </w:p>
    <w:p>
      <w:r>
        <w:rPr>
          <w:b/>
        </w:rPr>
        <w:t xml:space="preserve">[07:21] </w:t>
      </w:r>
      <w:r>
        <w:t>this is jihad.</w:t>
      </w:r>
    </w:p>
    <w:p>
      <w:pPr>
        <w:jc w:val="right"/>
      </w:pPr>
      <w:r>
        <w:t>दिस इज़ जिहाद।</w:t>
      </w:r>
    </w:p>
    <w:p>
      <w:r>
        <w:rPr>
          <w:b/>
        </w:rPr>
        <w:t xml:space="preserve">[07:25] </w:t>
      </w:r>
      <w:r>
        <w:t>how is it different from qatal?</w:t>
      </w:r>
    </w:p>
    <w:p>
      <w:pPr>
        <w:jc w:val="right"/>
      </w:pPr>
      <w:r>
        <w:t>हाउ इज़ इट डिफरेंट फ्रॉम कताल?</w:t>
      </w:r>
    </w:p>
    <w:p>
      <w:r>
        <w:rPr>
          <w:b/>
        </w:rPr>
        <w:t xml:space="preserve">[07:29] </w:t>
      </w:r>
      <w:r>
        <w:t>yes, qatal means war.</w:t>
      </w:r>
    </w:p>
    <w:p>
      <w:pPr>
        <w:jc w:val="right"/>
      </w:pPr>
      <w:r>
        <w:t>यस, कताल मींस वॉर।</w:t>
      </w:r>
    </w:p>
    <w:p>
      <w:r>
        <w:rPr>
          <w:b/>
        </w:rPr>
        <w:t xml:space="preserve">[07:33] </w:t>
      </w:r>
      <w:r>
        <w:t>jihad means simply peacefully struggle.</w:t>
      </w:r>
    </w:p>
    <w:p>
      <w:pPr>
        <w:jc w:val="right"/>
      </w:pPr>
      <w:r>
        <w:t>जिहाद मींस सिंपली पीसफुली स्ट्रगल।</w:t>
      </w:r>
    </w:p>
    <w:p>
      <w:r>
        <w:rPr>
          <w:b/>
        </w:rPr>
        <w:t xml:space="preserve">[07:36] </w:t>
      </w:r>
      <w:r>
        <w:t>qatal means war.</w:t>
      </w:r>
    </w:p>
    <w:p>
      <w:pPr>
        <w:jc w:val="right"/>
      </w:pPr>
      <w:r>
        <w:t>कताल मींस वॉर।</w:t>
      </w:r>
    </w:p>
    <w:p>
      <w:r>
        <w:rPr>
          <w:b/>
        </w:rPr>
        <w:t xml:space="preserve">[07:40] </w:t>
      </w:r>
      <w:r>
        <w:t>so, in quran, in the quran, there are 6000 and some 100 verses.</w:t>
      </w:r>
    </w:p>
    <w:p>
      <w:pPr>
        <w:jc w:val="right"/>
      </w:pPr>
      <w:r>
        <w:t>सो, इन कुरान, इन द कुरान, देयर आर 6000 एंड सम 100 वर्सेस।</w:t>
      </w:r>
    </w:p>
    <w:p>
      <w:r>
        <w:rPr>
          <w:b/>
        </w:rPr>
        <w:t xml:space="preserve">[07:44] </w:t>
      </w:r>
      <w:r>
        <w:t>and out of these verses, only</w:t>
      </w:r>
    </w:p>
    <w:p>
      <w:pPr>
        <w:jc w:val="right"/>
      </w:pPr>
      <w:r>
        <w:t>एंड आउट ऑफ दीज़ वर्सेस, ओनली</w:t>
      </w:r>
    </w:p>
    <w:p>
      <w:r>
        <w:rPr>
          <w:b/>
        </w:rPr>
        <w:t xml:space="preserve">[07:48] </w:t>
      </w:r>
      <w:r>
        <w:t>some two dozen verses are about qatal.</w:t>
      </w:r>
    </w:p>
    <w:p>
      <w:pPr>
        <w:jc w:val="right"/>
      </w:pPr>
      <w:r>
        <w:t>सम टू डजेंट वर्सेस आर अबाउट कताल।</w:t>
      </w:r>
    </w:p>
    <w:p>
      <w:r>
        <w:rPr>
          <w:b/>
        </w:rPr>
        <w:t xml:space="preserve">[07:54] </w:t>
      </w:r>
      <w:r>
        <w:t>that is less than 1% of the quranic verses.</w:t>
      </w:r>
    </w:p>
    <w:p>
      <w:pPr>
        <w:jc w:val="right"/>
      </w:pPr>
      <w:r>
        <w:t>दैट इज़ लेस देन 1% ऑफ द कुरानिक वर्सेस।</w:t>
      </w:r>
    </w:p>
    <w:p>
      <w:r>
        <w:rPr>
          <w:b/>
        </w:rPr>
        <w:t xml:space="preserve">[08:00] </w:t>
      </w:r>
      <w:r>
        <w:t>so, in these verses, all these verses pertain to defensive war. qatilullazina yeqatilunnakum.</w:t>
      </w:r>
    </w:p>
    <w:p>
      <w:pPr>
        <w:jc w:val="right"/>
      </w:pPr>
      <w:r>
        <w:t>सो, इन दीज़ वर्सेस, ऑल दीज़ वर्सेस परटेंड टू डिफेंसिव वॉर। कातिलुल्लजीना यकातिलुल्लुकुम।</w:t>
      </w:r>
    </w:p>
    <w:p>
      <w:r>
        <w:rPr>
          <w:b/>
        </w:rPr>
        <w:t xml:space="preserve">[08:06] </w:t>
      </w:r>
      <w:r>
        <w:t>so, qatal means defensive war in quranic term.</w:t>
      </w:r>
    </w:p>
    <w:p>
      <w:pPr>
        <w:jc w:val="right"/>
      </w:pPr>
      <w:r>
        <w:t>सो, कताल मींस डिफेंसिव वॉर इन कुरानिक टर्म।</w:t>
      </w:r>
    </w:p>
    <w:p>
      <w:r>
        <w:rPr>
          <w:b/>
        </w:rPr>
        <w:t xml:space="preserve">[08:13] </w:t>
      </w:r>
      <w:r>
        <w:t>so, defensive war is</w:t>
      </w:r>
    </w:p>
    <w:p>
      <w:pPr>
        <w:jc w:val="right"/>
      </w:pPr>
      <w:r>
        <w:t>सो, डिफेंसिव वॉर इज़</w:t>
      </w:r>
    </w:p>
    <w:p>
      <w:r>
        <w:rPr>
          <w:b/>
        </w:rPr>
        <w:t xml:space="preserve">[08:19] </w:t>
      </w:r>
      <w:r>
        <w:t>quite defensive war.</w:t>
      </w:r>
    </w:p>
    <w:p>
      <w:pPr>
        <w:jc w:val="right"/>
      </w:pPr>
      <w:r>
        <w:t>क्वाइट डिफेंसिव वॉर।</w:t>
      </w:r>
    </w:p>
    <w:p>
      <w:r>
        <w:rPr>
          <w:b/>
        </w:rPr>
        <w:t xml:space="preserve">[08:24] </w:t>
      </w:r>
      <w:r>
        <w:t>is lawful in islam.</w:t>
      </w:r>
    </w:p>
    <w:p>
      <w:pPr>
        <w:jc w:val="right"/>
      </w:pPr>
      <w:r>
        <w:t>इज़ लॉफुल इन इस्लाम।</w:t>
      </w:r>
    </w:p>
    <w:p>
      <w:r>
        <w:rPr>
          <w:b/>
        </w:rPr>
        <w:t xml:space="preserve">[08:29] </w:t>
      </w:r>
      <w:r>
        <w:t>but here, i would like to add that before going to war, you must strive through peaceful means</w:t>
      </w:r>
    </w:p>
    <w:p>
      <w:pPr>
        <w:jc w:val="right"/>
      </w:pPr>
      <w:r>
        <w:t>बट हियर, आई वुड लाइक टू ऐड दैट बिफोर गोइंग टू वॉर, यू मस्ट स्ट्राइव थ्रू पीसफुल मींस</w:t>
      </w:r>
    </w:p>
    <w:p>
      <w:r>
        <w:rPr>
          <w:b/>
        </w:rPr>
        <w:t xml:space="preserve">[08:35] </w:t>
      </w:r>
      <w:r>
        <w:t>to dissolve all those issues.</w:t>
      </w:r>
    </w:p>
    <w:p>
      <w:pPr>
        <w:jc w:val="right"/>
      </w:pPr>
      <w:r>
        <w:t>टू डिॉल्व ऑल दोज़ इश्यूज।</w:t>
      </w:r>
    </w:p>
    <w:p>
      <w:r>
        <w:rPr>
          <w:b/>
        </w:rPr>
        <w:t xml:space="preserve">[08:40] </w:t>
      </w:r>
      <w:r>
        <w:t>so, first of all, there is peaceful activism.</w:t>
      </w:r>
    </w:p>
    <w:p>
      <w:pPr>
        <w:jc w:val="right"/>
      </w:pPr>
      <w:r>
        <w:t>सो, फर्स्ट ऑफ ऑल, देयर इज़ पीसफुल एक्टिविज्म।</w:t>
      </w:r>
    </w:p>
    <w:p>
      <w:r>
        <w:rPr>
          <w:b/>
        </w:rPr>
        <w:t xml:space="preserve">[08:45] </w:t>
      </w:r>
      <w:r>
        <w:t>then, in then, in compulsive situation, you are allowed to go to war as a defense.</w:t>
      </w:r>
    </w:p>
    <w:p>
      <w:pPr>
        <w:jc w:val="right"/>
      </w:pPr>
      <w:r>
        <w:t>देन, इन देन, इन कंपल्सिव सिचुएशन, यू आर अलाउड टू गो टू वॉर एज अ डिफेंस।</w:t>
      </w:r>
    </w:p>
    <w:p>
      <w:r>
        <w:rPr>
          <w:b/>
        </w:rPr>
        <w:t xml:space="preserve">[08:50] </w:t>
      </w:r>
      <w:r>
        <w:t>so, what according to you is the solution to palestine problem today?</w:t>
      </w:r>
    </w:p>
    <w:p>
      <w:pPr>
        <w:jc w:val="right"/>
      </w:pPr>
      <w:r>
        <w:t>सो, व्हाट अकॉर्डिंग टू यू इज़ द सॉल्यूशन टू पैलेस्टाइन प्रॉब्लम टुडे?</w:t>
      </w:r>
    </w:p>
    <w:p>
      <w:r>
        <w:rPr>
          <w:b/>
        </w:rPr>
        <w:t xml:space="preserve">[08:58] </w:t>
      </w:r>
      <w:r>
        <w:t>palestine problem is manmade problem.</w:t>
      </w:r>
    </w:p>
    <w:p>
      <w:pPr>
        <w:jc w:val="right"/>
      </w:pPr>
      <w:r>
        <w:t>पैलेस्टाइन प्रॉब्लम इज़ मैनमेड प्रॉब्लम।</w:t>
      </w:r>
    </w:p>
    <w:p>
      <w:r>
        <w:rPr>
          <w:b/>
        </w:rPr>
        <w:t xml:space="preserve">[09:05] </w:t>
      </w:r>
      <w:r>
        <w:t>In 1948, Palestine was partitioned under the any under the international under sanction of international community.</w:t>
      </w:r>
    </w:p>
    <w:p>
      <w:pPr>
        <w:jc w:val="right"/>
      </w:pPr>
      <w:r>
        <w:t>इन 1948, पैलेस्टाइन वाज़ पार्टीशन अंडर दी एनी अंडर दी इंटरनेशनल अंडर सैंक्शन ऑफ इंटरनेशनल कम्युनिटी।</w:t>
      </w:r>
    </w:p>
    <w:p>
      <w:r>
        <w:rPr>
          <w:b/>
        </w:rPr>
        <w:t xml:space="preserve">[09:13] </w:t>
      </w:r>
      <w:r>
        <w:t>so, it was not aggression.</w:t>
      </w:r>
    </w:p>
    <w:p>
      <w:pPr>
        <w:jc w:val="right"/>
      </w:pPr>
      <w:r>
        <w:t>सो, इट वाज़ नॉट अग्रेशन।</w:t>
      </w:r>
    </w:p>
    <w:p>
      <w:r>
        <w:rPr>
          <w:b/>
        </w:rPr>
        <w:t xml:space="preserve">[09:20] </w:t>
      </w:r>
      <w:r>
        <w:t>it was implementation of a decision taken by the international community.</w:t>
      </w:r>
    </w:p>
    <w:p>
      <w:pPr>
        <w:jc w:val="right"/>
      </w:pPr>
      <w:r>
        <w:t>इट वाज़ इंप्लीमेंटेशन ऑफ ए डिसीजन टेकन बाय द इंटरनेशनल कम्युनिटी।</w:t>
      </w:r>
    </w:p>
    <w:p>
      <w:r>
        <w:rPr>
          <w:b/>
        </w:rPr>
        <w:t xml:space="preserve">[09:28] </w:t>
      </w:r>
      <w:r>
        <w:t>So, at that time, I mean in 1948, only 1/3 of the Palestine was given to Israel.</w:t>
      </w:r>
    </w:p>
    <w:p>
      <w:pPr>
        <w:jc w:val="right"/>
      </w:pPr>
      <w:r>
        <w:t>सो, एट दैट टाइम, आई मीन इन 1948, ओनली 1/3 ऑफ द पैलेस्तीन वाज़ गिवन टू टू इजराइल।</w:t>
      </w:r>
    </w:p>
    <w:p>
      <w:r>
        <w:rPr>
          <w:b/>
        </w:rPr>
        <w:t xml:space="preserve">[09:36] </w:t>
      </w:r>
      <w:r>
        <w:t>and 2/3 of the palestine was given to arabs.</w:t>
      </w:r>
    </w:p>
    <w:p>
      <w:pPr>
        <w:jc w:val="right"/>
      </w:pPr>
      <w:r>
        <w:t>एंड 2/3 ऑफ द पैलेस्तीन वाज़ गिवन टू अरब्स।</w:t>
      </w:r>
    </w:p>
    <w:p>
      <w:r>
        <w:rPr>
          <w:b/>
        </w:rPr>
        <w:t xml:space="preserve">[09:43] </w:t>
      </w:r>
      <w:r>
        <w:t>so, according to my</w:t>
      </w:r>
    </w:p>
    <w:p>
      <w:pPr>
        <w:jc w:val="right"/>
      </w:pPr>
      <w:r>
        <w:t>सो, अकॉर्डिंग टू माय</w:t>
      </w:r>
    </w:p>
    <w:p>
      <w:r>
        <w:rPr>
          <w:b/>
        </w:rPr>
        <w:t xml:space="preserve">[09:51] </w:t>
      </w:r>
      <w:r>
        <w:t>opinion, my study, Arabs must have accepted this partition.</w:t>
      </w:r>
    </w:p>
    <w:p>
      <w:pPr>
        <w:jc w:val="right"/>
      </w:pPr>
      <w:r>
        <w:t>ओपिनियन, माय स्टडी, अरब्स मस्ट हैव एक्सेप्ट दिस पार्टीशन।</w:t>
      </w:r>
    </w:p>
    <w:p>
      <w:r>
        <w:rPr>
          <w:b/>
        </w:rPr>
        <w:t xml:space="preserve">[09:57] </w:t>
      </w:r>
      <w:r>
        <w:t>must have accepted this partition.</w:t>
      </w:r>
    </w:p>
    <w:p>
      <w:pPr>
        <w:jc w:val="right"/>
      </w:pPr>
      <w:r>
        <w:t>मस्ट हैव एक्सेप्ट दिस पार्टीशन।</w:t>
      </w:r>
    </w:p>
    <w:p>
      <w:r>
        <w:rPr>
          <w:b/>
        </w:rPr>
        <w:t xml:space="preserve">[10:03] </w:t>
      </w:r>
      <w:r>
        <w:t>Just like Hindu, they have accepted partition in 1948.</w:t>
      </w:r>
    </w:p>
    <w:p>
      <w:pPr>
        <w:jc w:val="right"/>
      </w:pPr>
      <w:r>
        <w:t>जस्ट लाइक हिंदू, दे हैव एक्सेप्टेड पार्टीशन इन 1948।</w:t>
      </w:r>
    </w:p>
    <w:p>
      <w:r>
        <w:rPr>
          <w:b/>
        </w:rPr>
        <w:t xml:space="preserve">[10:10] </w:t>
      </w:r>
      <w:r>
        <w:t>So, according to the situation, it was must for Arabs to accept this partition.</w:t>
      </w:r>
    </w:p>
    <w:p>
      <w:pPr>
        <w:jc w:val="right"/>
      </w:pPr>
      <w:r>
        <w:t>सो, अकॉर्डिंग टू द सिचुएशन, इट वाज़ मस्ट फॉर अरब्स टू एक्सेप्ट दिस पार्टीशन।</w:t>
      </w:r>
    </w:p>
    <w:p>
      <w:r>
        <w:rPr>
          <w:b/>
        </w:rPr>
        <w:t xml:space="preserve">[10:16] </w:t>
      </w:r>
      <w:r>
        <w:t>So, at that time, they were quite in advantageous position.</w:t>
      </w:r>
    </w:p>
    <w:p>
      <w:pPr>
        <w:jc w:val="right"/>
      </w:pPr>
      <w:r>
        <w:t>सो, एट दैट टाइम, दे वेयर क्वाइट इन एडवांटेजियस पोजीशन।</w:t>
      </w:r>
    </w:p>
    <w:p>
      <w:r>
        <w:rPr>
          <w:b/>
        </w:rPr>
        <w:t xml:space="preserve">[10:22] </w:t>
      </w:r>
      <w:r>
        <w:t>2/3 of the Palestine was under their occupation, including Jerusalem, including Masjid Aqsa, including all those best land</w:t>
      </w:r>
    </w:p>
    <w:p>
      <w:pPr>
        <w:jc w:val="right"/>
      </w:pPr>
      <w:r>
        <w:t>2/3 ऑफ द पैलेस्तीन वाज़ अंडर देयर ऑक्यूपेशन, इंक्लूडिंग जेरूसलम, इंक्लूडिंग मस्जिद अकसा, इंक्लूडिंग ऑल दोज़ बेस्ट लैंड</w:t>
      </w:r>
    </w:p>
    <w:p>
      <w:r>
        <w:rPr>
          <w:b/>
        </w:rPr>
        <w:t xml:space="preserve">[10:28] </w:t>
      </w:r>
      <w:r>
        <w:t>of the palestine.</w:t>
      </w:r>
    </w:p>
    <w:p>
      <w:pPr>
        <w:jc w:val="right"/>
      </w:pPr>
      <w:r>
        <w:t>ऑफ द पैलेस्तीन।</w:t>
      </w:r>
    </w:p>
    <w:p>
      <w:r>
        <w:rPr>
          <w:b/>
        </w:rPr>
        <w:t xml:space="preserve">[10:34] </w:t>
      </w:r>
      <w:r>
        <w:t>so, they opted for violence.</w:t>
      </w:r>
    </w:p>
    <w:p>
      <w:pPr>
        <w:jc w:val="right"/>
      </w:pPr>
      <w:r>
        <w:t>सो, दे ऑप्टेड फॉर वायलेंस।</w:t>
      </w:r>
    </w:p>
    <w:p>
      <w:r>
        <w:rPr>
          <w:b/>
        </w:rPr>
        <w:t xml:space="preserve">[10:41] </w:t>
      </w:r>
      <w:r>
        <w:t>although, it was must for it.</w:t>
      </w:r>
    </w:p>
    <w:p>
      <w:pPr>
        <w:jc w:val="right"/>
      </w:pPr>
      <w:r>
        <w:t>आल्दो, इट वाज़ मस्ट फॉर इट।</w:t>
      </w:r>
    </w:p>
    <w:p>
      <w:r>
        <w:rPr>
          <w:b/>
        </w:rPr>
        <w:t xml:space="preserve">[10:47] </w:t>
      </w:r>
      <w:r>
        <w:t>it was they have to</w:t>
      </w:r>
    </w:p>
    <w:p>
      <w:pPr>
        <w:jc w:val="right"/>
      </w:pPr>
      <w:r>
        <w:t>इट वाज़ दे हैव टू</w:t>
      </w:r>
    </w:p>
    <w:p>
      <w:r>
        <w:rPr>
          <w:b/>
        </w:rPr>
        <w:t xml:space="preserve">[10:53] </w:t>
      </w:r>
      <w:r>
        <w:t>They have to accept that that partition.</w:t>
      </w:r>
    </w:p>
    <w:p>
      <w:pPr>
        <w:jc w:val="right"/>
      </w:pPr>
      <w:r>
        <w:t>दे हैव टू एक्सेप्ट दैट दैट पार्टीशन।</w:t>
      </w:r>
    </w:p>
    <w:p>
      <w:r>
        <w:rPr>
          <w:b/>
        </w:rPr>
        <w:t xml:space="preserve">[10:57] </w:t>
      </w:r>
      <w:r>
        <w:t>but, they refused it.</w:t>
      </w:r>
    </w:p>
    <w:p>
      <w:pPr>
        <w:jc w:val="right"/>
      </w:pPr>
      <w:r>
        <w:t>बट, दे रिफ्यूज्ड इट।</w:t>
      </w:r>
    </w:p>
    <w:p>
      <w:r>
        <w:rPr>
          <w:b/>
        </w:rPr>
        <w:t xml:space="preserve">[11:01] </w:t>
      </w:r>
      <w:r>
        <w:t>They refused to accept that partition.</w:t>
      </w:r>
    </w:p>
    <w:p>
      <w:pPr>
        <w:jc w:val="right"/>
      </w:pPr>
      <w:r>
        <w:t>दे रिफ्यूज टू एक्सेप्ट दैट पार्टीशन।</w:t>
      </w:r>
    </w:p>
    <w:p>
      <w:r>
        <w:rPr>
          <w:b/>
        </w:rPr>
        <w:t xml:space="preserve">[11:06] </w:t>
      </w:r>
      <w:r>
        <w:t>and they opted for war.</w:t>
      </w:r>
    </w:p>
    <w:p>
      <w:pPr>
        <w:jc w:val="right"/>
      </w:pPr>
      <w:r>
        <w:t>एंड दे ऑप्टेड फॉर वॉर।</w:t>
      </w:r>
    </w:p>
    <w:p>
      <w:r>
        <w:rPr>
          <w:b/>
        </w:rPr>
        <w:t xml:space="preserve">[11:10] </w:t>
      </w:r>
      <w:r>
        <w:t>And you see, they gain nothing except loss, except destruction.</w:t>
      </w:r>
    </w:p>
    <w:p>
      <w:pPr>
        <w:jc w:val="right"/>
      </w:pPr>
      <w:r>
        <w:t>एंड यू सी, दे गेन नथिंग एक्सेप्ट लॉस, एक्सेप्ट डिस्ट्रक्शन।</w:t>
      </w:r>
    </w:p>
    <w:p>
      <w:r>
        <w:rPr>
          <w:b/>
        </w:rPr>
        <w:t xml:space="preserve">[11:14] </w:t>
      </w:r>
      <w:r>
        <w:t>they gained nothing.</w:t>
      </w:r>
    </w:p>
    <w:p>
      <w:pPr>
        <w:jc w:val="right"/>
      </w:pPr>
      <w:r>
        <w:t>दे गेन नथिंग।</w:t>
      </w:r>
    </w:p>
    <w:p>
      <w:r>
        <w:rPr>
          <w:b/>
        </w:rPr>
        <w:t xml:space="preserve">[11:18] </w:t>
      </w:r>
      <w:r>
        <w:t>so, here, i would like to add one point that islam believes in result.</w:t>
      </w:r>
    </w:p>
    <w:p>
      <w:pPr>
        <w:jc w:val="right"/>
      </w:pPr>
      <w:r>
        <w:t>सो, हियर, आई वुड लाइक टू ऐड वन पॉइंट दैट इस्लाम बिलीव्स इन रिजल्ट।</w:t>
      </w:r>
    </w:p>
    <w:p>
      <w:r>
        <w:rPr>
          <w:b/>
        </w:rPr>
        <w:t xml:space="preserve">[11:23] </w:t>
      </w:r>
      <w:r>
        <w:t>min husne islamil maray tarkhu malayani.</w:t>
      </w:r>
    </w:p>
    <w:p>
      <w:pPr>
        <w:jc w:val="right"/>
      </w:pPr>
      <w:r>
        <w:t>मिन हुसने इस्लामिल मरे तर्कहु मालायानी।</w:t>
      </w:r>
    </w:p>
    <w:p>
      <w:r>
        <w:rPr>
          <w:b/>
        </w:rPr>
        <w:t xml:space="preserve">[11:30] </w:t>
      </w:r>
      <w:r>
        <w:t>it means that you have to see the result.</w:t>
      </w:r>
    </w:p>
    <w:p>
      <w:pPr>
        <w:jc w:val="right"/>
      </w:pPr>
      <w:r>
        <w:t>इट मींस दैट यू हैव टू सी द रिजल्ट।</w:t>
      </w:r>
    </w:p>
    <w:p>
      <w:r>
        <w:rPr>
          <w:b/>
        </w:rPr>
        <w:t xml:space="preserve">[11:38] </w:t>
      </w:r>
      <w:r>
        <w:t>so, here, you can see that what was the result.</w:t>
      </w:r>
    </w:p>
    <w:p>
      <w:pPr>
        <w:jc w:val="right"/>
      </w:pPr>
      <w:r>
        <w:t>सो, हियर, यू कैन सी दैट व्हाट वाज़ द रिजल्ट।</w:t>
      </w:r>
    </w:p>
    <w:p>
      <w:r>
        <w:rPr>
          <w:b/>
        </w:rPr>
        <w:t xml:space="preserve">[11:45] </w:t>
      </w:r>
      <w:r>
        <w:t>result was there there there act there there there option for so called jihad was like counter product</w:t>
      </w:r>
    </w:p>
    <w:p>
      <w:pPr>
        <w:jc w:val="right"/>
      </w:pPr>
      <w:r>
        <w:t>रिजल्ट वाज़ देयर देर देर एक्ट देर देर देर ऑप्शन फॉर सो कॉल्ड जिहाद वाज़ लाइक काउंटर प्रोडक्ट</w:t>
      </w:r>
    </w:p>
    <w:p>
      <w:r>
        <w:rPr>
          <w:b/>
        </w:rPr>
        <w:t xml:space="preserve">[11:53] </w:t>
      </w:r>
      <w:r>
        <w:t>ive. they failed to achieve anything positive. it was completely a a destruction. completely a a it was a it so it was a wrong option. now, again, they have to return to that formula. they</w:t>
      </w:r>
    </w:p>
    <w:p>
      <w:pPr>
        <w:jc w:val="right"/>
      </w:pPr>
      <w:r>
        <w:t>िव। दे फेल्ट टू अचीव एनी थिंग पॉजिटिव। इट वाज़ कंप्लीटली अ अ डिस्ट्रक्शन। कंप्लीटली अ अ इट वाज़ अ इट सो इट वाज़ अ रॉन्ग ऑप्शन। नाउ, अगेन, दे हैव टू रिटर्न टू दैट फार्मूला। दे</w:t>
      </w:r>
    </w:p>
    <w:p>
      <w:r>
        <w:rPr>
          <w:b/>
        </w:rPr>
        <w:t xml:space="preserve">[12:23] </w:t>
      </w:r>
      <w:r>
        <w:t>have to accept the present status quo. otherwise, there is no solution of palestine problem, palestine issue. they have no option again except to accept the status quo in palestine. there is no other option. all other options are disasters. would you recommend the same status quo solution for the kashmi</w:t>
      </w:r>
    </w:p>
    <w:p>
      <w:pPr>
        <w:jc w:val="right"/>
      </w:pPr>
      <w:r>
        <w:t>हैव टू एक्सेप्ट द प्रेजेंट स्टेटस को। अदरवाइज, देयर इज़ नो सॉल्यूशन ऑफ पैलेस्तीन प्रॉब्लम, पैलेस्तीन इशू। दे हैव नो ऑप्शन अगेन एक्सेप्ट टू एक्सेप्ट द स्टेटस को इन पैलेस्टाइन। देयर इज़ नो अदर ऑप्शन। ऑल अदर ऑप्शंस आर डिजास्टर्स। वुड यू रेकमेंड द सेम स्टेटस को सॉल्यूशन फॉर द कश्मी</w:t>
      </w:r>
    </w:p>
    <w:p>
      <w:r>
        <w:rPr>
          <w:b/>
        </w:rPr>
        <w:t xml:space="preserve">[12:53] </w:t>
      </w:r>
      <w:r>
        <w:t>our problem as well today? certainly.</w:t>
      </w:r>
    </w:p>
    <w:p>
      <w:pPr>
        <w:jc w:val="right"/>
      </w:pPr>
      <w:r>
        <w:t>र प्रॉब्लम एज वेल टुडे? सर्टेनली।</w:t>
      </w:r>
    </w:p>
    <w:p>
      <w:r>
        <w:rPr>
          <w:b/>
        </w:rPr>
        <w:t xml:space="preserve">[13:03] </w:t>
      </w:r>
      <w:r>
        <w:t>i have i have suggested that pakistan and kashmiri leaders both must accept the status quo in kashmir.</w:t>
      </w:r>
    </w:p>
    <w:p>
      <w:pPr>
        <w:jc w:val="right"/>
      </w:pPr>
      <w:r>
        <w:t>आई हैव आई हैव सजेस्टेड दैट पाकिस्तान एंड काश्मीरी लीडर्स बोथ मस्ट एक्सेप्ट द स्टेटस को इन काश्मीर।</w:t>
      </w:r>
    </w:p>
    <w:p>
      <w:r>
        <w:rPr>
          <w:b/>
        </w:rPr>
        <w:t xml:space="preserve">[13:13] </w:t>
      </w:r>
      <w:r>
        <w:t>i have said this in 1968. in 1968,</w:t>
      </w:r>
    </w:p>
    <w:p>
      <w:pPr>
        <w:jc w:val="right"/>
      </w:pPr>
      <w:r>
        <w:t>आई हैव सेड दिस इन 1968। इन 1968,</w:t>
      </w:r>
    </w:p>
    <w:p>
      <w:r>
        <w:rPr>
          <w:b/>
        </w:rPr>
        <w:t xml:space="preserve">[13:23] </w:t>
      </w:r>
      <w:r>
        <w:t>that is impossible to change the loc, the line of actual control.</w:t>
      </w:r>
    </w:p>
    <w:p>
      <w:pPr>
        <w:jc w:val="right"/>
      </w:pPr>
      <w:r>
        <w:t>दैट इज़ इंपॉसिबल टू चेंज द एलओसी, द लाइन ऑफ एक्चुअल कंट्रोल।</w:t>
      </w:r>
    </w:p>
    <w:p>
      <w:r>
        <w:rPr>
          <w:b/>
        </w:rPr>
        <w:t xml:space="preserve">[13:29] </w:t>
      </w:r>
      <w:r>
        <w:t>it is impossible for pakistan or for kashmiri leaders.</w:t>
      </w:r>
    </w:p>
    <w:p>
      <w:pPr>
        <w:jc w:val="right"/>
      </w:pPr>
      <w:r>
        <w:t>इट इज़ इंपॉसिबल फॉर पाकिस्तान और फॉर कश्मीरी लीडर्स।</w:t>
      </w:r>
    </w:p>
    <w:p>
      <w:r>
        <w:rPr>
          <w:b/>
        </w:rPr>
        <w:t xml:space="preserve">[13:36] </w:t>
      </w:r>
      <w:r>
        <w:t>so, why you are fighting against impossible?</w:t>
      </w:r>
    </w:p>
    <w:p>
      <w:pPr>
        <w:jc w:val="right"/>
      </w:pPr>
      <w:r>
        <w:t>सो, व्हाई यू आर फाइटिंग अगेंस्ट इंपॉसिबल?</w:t>
      </w:r>
    </w:p>
    <w:p>
      <w:r>
        <w:rPr>
          <w:b/>
        </w:rPr>
        <w:t xml:space="preserve">[13:42] </w:t>
      </w:r>
      <w:r>
        <w:t>there is the best formula of of the best policy is that polity is the art of the possible.</w:t>
      </w:r>
    </w:p>
    <w:p>
      <w:pPr>
        <w:jc w:val="right"/>
      </w:pPr>
      <w:r>
        <w:t>देयर इज़ द बेस्ट फार्मूला ऑफ ऑफ द बेस्ट पॉलिसी इज़ दैट पॉलिटी इज़ द आर्ट ऑफ द पॉसिबल।</w:t>
      </w:r>
    </w:p>
    <w:p>
      <w:r>
        <w:rPr>
          <w:b/>
        </w:rPr>
        <w:t xml:space="preserve">[13:48] </w:t>
      </w:r>
      <w:r>
        <w:t>this is also the islamic formula.</w:t>
      </w:r>
    </w:p>
    <w:p>
      <w:pPr>
        <w:jc w:val="right"/>
      </w:pPr>
      <w:r>
        <w:t>दिस इज़ आल्सो द इस्लामिक फार्मूला।</w:t>
      </w:r>
    </w:p>
    <w:p>
      <w:r>
        <w:rPr>
          <w:b/>
        </w:rPr>
        <w:t xml:space="preserve">[13:55] </w:t>
      </w:r>
      <w:r>
        <w:t>polity is the art of the possible.</w:t>
      </w:r>
    </w:p>
    <w:p>
      <w:pPr>
        <w:jc w:val="right"/>
      </w:pPr>
      <w:r>
        <w:t>पॉलिटी इज़ द आर्ट ऑफ द पॉसिबल।</w:t>
      </w:r>
    </w:p>
    <w:p>
      <w:r>
        <w:rPr>
          <w:b/>
        </w:rPr>
        <w:t xml:space="preserve">[14:00] </w:t>
      </w:r>
      <w:r>
        <w:t>so, you have to opt for possible, not not the impossible.</w:t>
      </w:r>
    </w:p>
    <w:p>
      <w:pPr>
        <w:jc w:val="right"/>
      </w:pPr>
      <w:r>
        <w:t>सो, यू हैव टू ऑप्ट फॉर पॉसिबल, नॉट नॉट द इंपॉसिबल।</w:t>
      </w:r>
    </w:p>
    <w:p>
      <w:r>
        <w:rPr>
          <w:b/>
        </w:rPr>
        <w:t xml:space="preserve">[14:05] </w:t>
      </w:r>
      <w:r>
        <w:t>So, Kashmiri leaders and Pakistan both, they accept they opted for impossible.</w:t>
      </w:r>
    </w:p>
    <w:p>
      <w:pPr>
        <w:jc w:val="right"/>
      </w:pPr>
      <w:r>
        <w:t>सो, कश्मीरी लीडर्स एंड पाकिस्तान बोथ, दे एक्सेप्ट दे ऑप्टेड फॉर इंपॉसिबल।</w:t>
      </w:r>
    </w:p>
    <w:p>
      <w:r>
        <w:rPr>
          <w:b/>
        </w:rPr>
        <w:t xml:space="preserve">[14:10] </w:t>
      </w:r>
      <w:r>
        <w:t>so, now, they have to reassess their position.</w:t>
      </w:r>
    </w:p>
    <w:p>
      <w:pPr>
        <w:jc w:val="right"/>
      </w:pPr>
      <w:r>
        <w:t>सो, नाउ, दे हैव टू रिएसेस देयर पोजीशन।</w:t>
      </w:r>
    </w:p>
    <w:p>
      <w:r>
        <w:rPr>
          <w:b/>
        </w:rPr>
        <w:t xml:space="preserve">[14:15] </w:t>
      </w:r>
      <w:r>
        <w:t>they have to revise their policy.</w:t>
      </w:r>
    </w:p>
    <w:p>
      <w:pPr>
        <w:jc w:val="right"/>
      </w:pPr>
      <w:r>
        <w:t>दे हैव टू रिवाइज देयर पॉलिसी।</w:t>
      </w:r>
    </w:p>
    <w:p>
      <w:r>
        <w:rPr>
          <w:b/>
        </w:rPr>
        <w:t xml:space="preserve">[14:20] </w:t>
      </w:r>
      <w:r>
        <w:t>and they have to accept the status quo. otherwise,</w:t>
      </w:r>
    </w:p>
    <w:p>
      <w:pPr>
        <w:jc w:val="right"/>
      </w:pPr>
      <w:r>
        <w:t>एंड दे हैव टू एक्सेप्ट द स्टेटस को। अदरवाइज,</w:t>
      </w:r>
    </w:p>
    <w:p>
      <w:r>
        <w:rPr>
          <w:b/>
        </w:rPr>
        <w:t xml:space="preserve">[14:25] </w:t>
      </w:r>
      <w:r>
        <w:t>there is no future. they cannot achieve by fighting. so, they have no option except to accept the status quo in kashmir. but, maulana, it is said that the jihad in which muslims indulge themselves in, they usually derive their inspiration from prophet mohammed, who himself fought many wars in his life time. how far is this</w:t>
      </w:r>
    </w:p>
    <w:p>
      <w:pPr>
        <w:jc w:val="right"/>
      </w:pPr>
      <w:r>
        <w:t>देयर इज़ नो फ्यूचर। दे कैन नॉट अचीव बाय फाइटिंग। सो, दे हैव नो ऑप्शन एक्सेप्ट टू एक्सेप्ट द स्टेटस को इन काश्मीर। बट, मुलाना, इट इज़ सेड दैट दी जिहाद इन व्हिच मुस्लिम्स इंडल्ज देमसेल्फ इन, दे यूजुअली डिराइव देयर इंस्पिरेशन फ्रॉम प्रोफेट मोहम्मद, हु हिमसेल्फ फॉट मेनी वॉर्स इन हिज लाइफ टाइम। हाउ फार इज़ दिस</w:t>
      </w:r>
    </w:p>
    <w:p>
      <w:r>
        <w:rPr>
          <w:b/>
        </w:rPr>
        <w:t xml:space="preserve">[14:55] </w:t>
      </w:r>
      <w:r>
        <w:t>true?</w:t>
      </w:r>
    </w:p>
    <w:p>
      <w:pPr>
        <w:jc w:val="right"/>
      </w:pPr>
      <w:r>
        <w:t>ट्रू?</w:t>
      </w:r>
    </w:p>
    <w:p>
      <w:r>
        <w:rPr>
          <w:b/>
        </w:rPr>
        <w:t xml:space="preserve">[14:59] </w:t>
      </w:r>
      <w:r>
        <w:t>it is it is come it is not true.</w:t>
      </w:r>
    </w:p>
    <w:p>
      <w:pPr>
        <w:jc w:val="right"/>
      </w:pPr>
      <w:r>
        <w:t>इट इज़ इट इज़ कम इट इज़ नॉट ट्रू।</w:t>
      </w:r>
    </w:p>
    <w:p>
      <w:r>
        <w:rPr>
          <w:b/>
        </w:rPr>
        <w:t xml:space="preserve">[15:04] </w:t>
      </w:r>
      <w:r>
        <w:t>it is wrong.</w:t>
      </w:r>
    </w:p>
    <w:p>
      <w:pPr>
        <w:jc w:val="right"/>
      </w:pPr>
      <w:r>
        <w:t>इट इज़ रॉन्ग।</w:t>
      </w:r>
    </w:p>
    <w:p>
      <w:r>
        <w:rPr>
          <w:b/>
        </w:rPr>
        <w:t xml:space="preserve">[15:08] </w:t>
      </w:r>
      <w:r>
        <w:t>prophet ali salam never fought any war.</w:t>
      </w:r>
    </w:p>
    <w:p>
      <w:pPr>
        <w:jc w:val="right"/>
      </w:pPr>
      <w:r>
        <w:t>प्रोफेट अली सलाम नेवर फॉट एनी वॉर।</w:t>
      </w:r>
    </w:p>
    <w:p>
      <w:r>
        <w:rPr>
          <w:b/>
        </w:rPr>
        <w:t xml:space="preserve">[15:12] </w:t>
      </w:r>
      <w:r>
        <w:t>He was indulged in fought only he he fought only few wars.</w:t>
      </w:r>
    </w:p>
    <w:p>
      <w:pPr>
        <w:jc w:val="right"/>
      </w:pPr>
      <w:r>
        <w:t>ही वाज़ इंडल्ड इन फॉट ओनली ही ही फॉट ओनली फ्यू वॉर्स।</w:t>
      </w:r>
    </w:p>
    <w:p>
      <w:r>
        <w:rPr>
          <w:b/>
        </w:rPr>
        <w:t xml:space="preserve">[15:17] </w:t>
      </w:r>
      <w:r>
        <w:t>and all these few wars, different defensive war, like Badr, like Uhud, and like Hunayn.</w:t>
      </w:r>
    </w:p>
    <w:p>
      <w:pPr>
        <w:jc w:val="right"/>
      </w:pPr>
      <w:r>
        <w:t>एंड ऑल दीज़ फ्यू वॉर्स डिफरेंट डिफेंसिव वॉर, लाइक बदर, लाइक हुद, एंड लाइक हुनैन।</w:t>
      </w:r>
    </w:p>
    <w:p>
      <w:r>
        <w:rPr>
          <w:b/>
        </w:rPr>
        <w:t xml:space="preserve">[15:21] </w:t>
      </w:r>
      <w:r>
        <w:t>these were defensive wars.</w:t>
      </w:r>
    </w:p>
    <w:p>
      <w:pPr>
        <w:jc w:val="right"/>
      </w:pPr>
      <w:r>
        <w:t>दीज़ वर डिफेंसिव वॉर्स।</w:t>
      </w:r>
    </w:p>
    <w:p>
      <w:r>
        <w:rPr>
          <w:b/>
        </w:rPr>
        <w:t xml:space="preserve">[15:25] </w:t>
      </w:r>
      <w:r>
        <w:t>so, prophet ali salam never started any war.</w:t>
      </w:r>
    </w:p>
    <w:p>
      <w:pPr>
        <w:jc w:val="right"/>
      </w:pPr>
      <w:r>
        <w:t>सो, प्रोफेट अली सलाम नेवर स्टार्टेड एनी वॉर।</w:t>
      </w:r>
    </w:p>
    <w:p>
      <w:r>
        <w:rPr>
          <w:b/>
        </w:rPr>
        <w:t xml:space="preserve">[15:32] </w:t>
      </w:r>
      <w:r>
        <w:t>never, never, never.</w:t>
      </w:r>
    </w:p>
    <w:p>
      <w:pPr>
        <w:jc w:val="right"/>
      </w:pPr>
      <w:r>
        <w:t>नेवर, नेवर, नेवर।</w:t>
      </w:r>
    </w:p>
    <w:p>
      <w:r>
        <w:rPr>
          <w:b/>
        </w:rPr>
        <w:t xml:space="preserve">[15:38] </w:t>
      </w:r>
      <w:r>
        <w:t>his policy was was stated by his his his his his wife ayesha in these words.</w:t>
      </w:r>
    </w:p>
    <w:p>
      <w:pPr>
        <w:jc w:val="right"/>
      </w:pPr>
      <w:r>
        <w:t>हिज पॉलिसी वाज़ वाज़ स्टेटेड बाय हिज हिज हिज हिज हिज वाइफ आयशा इन दीज़ वर्ड्स।</w:t>
      </w:r>
    </w:p>
    <w:p>
      <w:r>
        <w:rPr>
          <w:b/>
        </w:rPr>
        <w:t xml:space="preserve">[15:44] </w:t>
      </w:r>
      <w:r>
        <w:t>these was the general policy of the prophet.</w:t>
      </w:r>
    </w:p>
    <w:p>
      <w:pPr>
        <w:jc w:val="right"/>
      </w:pPr>
      <w:r>
        <w:t>दीज़ वाज़ द जनरल पॉलिसी ऑफ द प्रोफेट।</w:t>
      </w:r>
    </w:p>
    <w:p>
      <w:r>
        <w:rPr>
          <w:b/>
        </w:rPr>
        <w:t xml:space="preserve">[15:50] </w:t>
      </w:r>
      <w:r>
        <w:t>mayra rasulullah sallallahu alaihi wasallam ban amran illatara rahma.</w:t>
      </w:r>
    </w:p>
    <w:p>
      <w:pPr>
        <w:jc w:val="right"/>
      </w:pPr>
      <w:r>
        <w:t>मायरा रसूलल्लाह सल्लल्लाहु अलैहि वसल्लम बन अमरान इल्लतारा रहमा।</w:t>
      </w:r>
    </w:p>
    <w:p>
      <w:r>
        <w:rPr>
          <w:b/>
        </w:rPr>
        <w:t xml:space="preserve">[15:56] </w:t>
      </w:r>
      <w:r>
        <w:t>whenever the prophet had to choose between the two, he always opted for easier option and not the harder option. so, what is easier option and what is harder option? war is harder option and peace is easier option. this was the general policy of the prophet. prophet always opted for peaceful acti</w:t>
      </w:r>
    </w:p>
    <w:p>
      <w:pPr>
        <w:jc w:val="right"/>
      </w:pPr>
      <w:r>
        <w:t>व्हेन एवर द प्रोफेट हैड टू चूज बिटवीन द टू, ही ऑलवेज ऑप्टेड फॉर ईजियर ऑप्शन एंड नॉट द हार्डर ऑप्शन। सो, व्हाट इज ईजियर ऑप्शन एंड व्हाट इज हार्डर ऑप्शन? वॉर इज हार्डर ऑप्शन एंड पीस इज ईजियर ऑप्शन। दिस वाज़ द जनरल पॉलिसी ऑफ द प्रोफेट। प्रोफेट ऑलवेज ऑप्टेड फॉर पीसफुल एक्टि</w:t>
      </w:r>
    </w:p>
    <w:p>
      <w:r>
        <w:rPr>
          <w:b/>
        </w:rPr>
        <w:t xml:space="preserve">[16:26] </w:t>
      </w:r>
      <w:r>
        <w:t>vizm, peaceful method, rather than wireless method. it is wrong to say that prophet fought so much war. not not it is it is incorrect. Maulana, in one he never fought any war except some wars that was defensive war. Maulana, in one of the battle which prophet himsel</w:t>
      </w:r>
    </w:p>
    <w:p>
      <w:pPr>
        <w:jc w:val="right"/>
      </w:pPr>
      <w:r>
        <w:t>विज्म, पीसफुल मेथड, रदर देन वायलेस मेथड। इट इज़ रॉन्ग टू से दैट प्रोफेट फॉट सो मच वॉर। नॉट नॉट इट इज़ इट इज़ इनकरेक्ट। मुलाना, इन वन ही नेवर फॉट एनी वॉर एक्सेप्ट सम वॉर्स दैट वाज़ डिफेंसिव वॉर। मुलाना, इन वन ऑफ दी बैटल व्हिच प्रोफेट हिमसेल्</w:t>
      </w:r>
    </w:p>
    <w:p>
      <w:r>
        <w:rPr>
          <w:b/>
        </w:rPr>
        <w:t xml:space="preserve">[16:56] </w:t>
      </w:r>
      <w:r>
        <w:t>fought, which was called the battle of uhud, muslims lost that battle.</w:t>
      </w:r>
    </w:p>
    <w:p>
      <w:pPr>
        <w:jc w:val="right"/>
      </w:pPr>
      <w:r>
        <w:t>फ फॉट, व्हिच वाज़ कॉल्ड दी बैटल ऑफ उहुद, मुस्लिम्स लॉस्ट दैट बैटल।</w:t>
      </w:r>
    </w:p>
    <w:p>
      <w:r>
        <w:rPr>
          <w:b/>
        </w:rPr>
        <w:t xml:space="preserve">[17:01] </w:t>
      </w:r>
      <w:r>
        <w:t>what was the reason of losing that battle and what lessons can we take from it?</w:t>
      </w:r>
    </w:p>
    <w:p>
      <w:pPr>
        <w:jc w:val="right"/>
      </w:pPr>
      <w:r>
        <w:t>व्हाट वाज़ द रीजन ऑफ लूजिंग दैट बैटल एंड व्हाट लेसंस कैन वी टेक फ्रॉम इट?</w:t>
      </w:r>
    </w:p>
    <w:p>
      <w:r>
        <w:rPr>
          <w:b/>
        </w:rPr>
        <w:t xml:space="preserve">[17:06] </w:t>
      </w:r>
      <w:r>
        <w:t>due to difference.</w:t>
      </w:r>
    </w:p>
    <w:p>
      <w:pPr>
        <w:jc w:val="right"/>
      </w:pPr>
      <w:r>
        <w:t>ड्यू टू डिफरेंस।</w:t>
      </w:r>
    </w:p>
    <w:p>
      <w:r>
        <w:rPr>
          <w:b/>
        </w:rPr>
        <w:t xml:space="preserve">[17:11] </w:t>
      </w:r>
      <w:r>
        <w:t>the reason is given in the quran.</w:t>
      </w:r>
    </w:p>
    <w:p>
      <w:pPr>
        <w:jc w:val="right"/>
      </w:pPr>
      <w:r>
        <w:t>द रीजन इज़ गिवन इन द कुरान।</w:t>
      </w:r>
    </w:p>
    <w:p>
      <w:r>
        <w:rPr>
          <w:b/>
        </w:rPr>
        <w:t xml:space="preserve">[17:16] </w:t>
      </w:r>
      <w:r>
        <w:t>hattada fasiltum watnajtum filam.</w:t>
      </w:r>
    </w:p>
    <w:p>
      <w:pPr>
        <w:jc w:val="right"/>
      </w:pPr>
      <w:r>
        <w:t>हत्तादा फसिलतुम वतनाजतुम फिलम।</w:t>
      </w:r>
    </w:p>
    <w:p>
      <w:r>
        <w:rPr>
          <w:b/>
        </w:rPr>
        <w:t xml:space="preserve">[17:22] </w:t>
      </w:r>
      <w:r>
        <w:t>it means that it was your difference during the war that</w:t>
      </w:r>
    </w:p>
    <w:p>
      <w:pPr>
        <w:jc w:val="right"/>
      </w:pPr>
      <w:r>
        <w:t>इट मींस दैट इट वाज़ योर डिफरेंस ड्यूरिंग द वॉर दैट</w:t>
      </w:r>
    </w:p>
    <w:p>
      <w:r>
        <w:rPr>
          <w:b/>
        </w:rPr>
        <w:t xml:space="preserve">[17:27] </w:t>
      </w:r>
      <w:r>
        <w:t>resulted into into failure.</w:t>
      </w:r>
    </w:p>
    <w:p>
      <w:pPr>
        <w:jc w:val="right"/>
      </w:pPr>
      <w:r>
        <w:t>रिजल्टेड इनटू इनटू फेलियर।</w:t>
      </w:r>
    </w:p>
    <w:p>
      <w:r>
        <w:rPr>
          <w:b/>
        </w:rPr>
        <w:t xml:space="preserve">[17:33] </w:t>
      </w:r>
      <w:r>
        <w:t>so, by this, the lesson is that difference difference is not any not is not an evil.</w:t>
      </w:r>
    </w:p>
    <w:p>
      <w:pPr>
        <w:jc w:val="right"/>
      </w:pPr>
      <w:r>
        <w:t>सो, बाय दिस, द लेसन इज़ दैट डिफरेंस डिफरेंस इज़ नॉट एनी नॉट इज़ नॉट एन इविल।</w:t>
      </w:r>
    </w:p>
    <w:p>
      <w:r>
        <w:rPr>
          <w:b/>
        </w:rPr>
        <w:t xml:space="preserve">[17:39] </w:t>
      </w:r>
      <w:r>
        <w:t>but in during war, difference is becomes evil.</w:t>
      </w:r>
    </w:p>
    <w:p>
      <w:pPr>
        <w:jc w:val="right"/>
      </w:pPr>
      <w:r>
        <w:t>बट इन ड्यूरिंग वॉर, डिफरेंस इज़ बिकम्स इविल।</w:t>
      </w:r>
    </w:p>
    <w:p>
      <w:r>
        <w:rPr>
          <w:b/>
        </w:rPr>
        <w:t xml:space="preserve">[17:45] </w:t>
      </w:r>
      <w:r>
        <w:t>So, these people, these Muslims, indulged in difference during war.</w:t>
      </w:r>
    </w:p>
    <w:p>
      <w:pPr>
        <w:jc w:val="right"/>
      </w:pPr>
      <w:r>
        <w:t>सो, दीज़ पीपल, दीज़ मुस्लिम्स, इंडल्ज इन डिफरेंस ड्यूरिंग वॉर।</w:t>
      </w:r>
    </w:p>
    <w:p>
      <w:r>
        <w:rPr>
          <w:b/>
        </w:rPr>
        <w:t xml:space="preserve">[17:51] </w:t>
      </w:r>
      <w:r>
        <w:t>that was wrong.</w:t>
      </w:r>
    </w:p>
    <w:p>
      <w:pPr>
        <w:jc w:val="right"/>
      </w:pPr>
      <w:r>
        <w:t>दैट वाज़ रॉन्ग।</w:t>
      </w:r>
    </w:p>
    <w:p>
      <w:r>
        <w:rPr>
          <w:b/>
        </w:rPr>
        <w:t xml:space="preserve">[17:57] </w:t>
      </w:r>
      <w:r>
        <w:t>so, other than war, you you may indulge in differences. they are not evil. but but during war, it is unlawful. so, these people, these muslims, engaged in difference during war. that was disastrous. and the result was defeat. Maulana, there is another widely accepted concept among muslims, which is darul ha</w:t>
      </w:r>
    </w:p>
    <w:p>
      <w:pPr>
        <w:jc w:val="right"/>
      </w:pPr>
      <w:r>
        <w:t>सो, अदर देन वॉर, यू यू मे इंडल्ज इन डिफरेंसेस। दे आर नॉट इविल। बट बट ड्यूरिंग वॉर, इट इज़ अनलॉफुल। सो, दीज़ पीपल, दीज़ मुस्लिम्स, इंगेज्ड इन डिफरेंस ड्यूरिंग वॉर। दैट वाज़ डिजास्टर्स। एंड द रिजल्ट वाज़ डिफीट। मुलाना, देयर इज़ अनदर वाइडली एक्सेप्टेड कांसेप्ट अमंग मुस्लिम्स, व्हिच इज़ दारुल ह</w:t>
      </w:r>
    </w:p>
    <w:p>
      <w:r>
        <w:rPr>
          <w:b/>
        </w:rPr>
        <w:t xml:space="preserve">[18:27] </w:t>
      </w:r>
      <w:r>
        <w:t>dar, darul kufr and darul islam.</w:t>
      </w:r>
    </w:p>
    <w:p>
      <w:pPr>
        <w:jc w:val="right"/>
      </w:pPr>
      <w:r>
        <w:t>र्ब, दारुल कुफ्र एंड दारुल इस्लाम।</w:t>
      </w:r>
    </w:p>
    <w:p>
      <w:r>
        <w:rPr>
          <w:b/>
        </w:rPr>
        <w:t xml:space="preserve">[18:32] </w:t>
      </w:r>
      <w:r>
        <w:t>what are these terms?</w:t>
      </w:r>
    </w:p>
    <w:p>
      <w:pPr>
        <w:jc w:val="right"/>
      </w:pPr>
      <w:r>
        <w:t>व्हाट आर दीज़ टर्म्स?</w:t>
      </w:r>
    </w:p>
    <w:p>
      <w:r>
        <w:rPr>
          <w:b/>
        </w:rPr>
        <w:t xml:space="preserve">[18:37] </w:t>
      </w:r>
      <w:r>
        <w:t>these terms are innovative terms.</w:t>
      </w:r>
    </w:p>
    <w:p>
      <w:pPr>
        <w:jc w:val="right"/>
      </w:pPr>
      <w:r>
        <w:t>दीज़ टर्म्स आर इनोवेटिव टर्म्स।</w:t>
      </w:r>
    </w:p>
    <w:p>
      <w:r>
        <w:rPr>
          <w:b/>
        </w:rPr>
        <w:t xml:space="preserve">[18:43] </w:t>
      </w:r>
      <w:r>
        <w:t>at the time of of the prophet or at the time of companions, there were no such terms,</w:t>
      </w:r>
    </w:p>
    <w:p>
      <w:pPr>
        <w:jc w:val="right"/>
      </w:pPr>
      <w:r>
        <w:t>एट द टाइम ऑफ ऑफ द प्रोफेट और एट द टाइम ऑफ कंपैनियंस, देयर वेर नो सच टर्म्स,</w:t>
      </w:r>
    </w:p>
    <w:p>
      <w:r>
        <w:rPr>
          <w:b/>
        </w:rPr>
        <w:t xml:space="preserve">[18:48] </w:t>
      </w:r>
      <w:r>
        <w:t>not at all.</w:t>
      </w:r>
    </w:p>
    <w:p>
      <w:pPr>
        <w:jc w:val="right"/>
      </w:pPr>
      <w:r>
        <w:t>नॉट एट ऑल।</w:t>
      </w:r>
    </w:p>
    <w:p>
      <w:r>
        <w:rPr>
          <w:b/>
        </w:rPr>
        <w:t xml:space="preserve">[18:53] </w:t>
      </w:r>
      <w:r>
        <w:t>all these three terms were innovated during abbasid period.</w:t>
      </w:r>
    </w:p>
    <w:p>
      <w:pPr>
        <w:jc w:val="right"/>
      </w:pPr>
      <w:r>
        <w:t>ऑल दीज़ थ्री टर्म्स वेर इनोवेटेड ड्यूरिंग अब्बासिद पीरियड।</w:t>
      </w:r>
    </w:p>
    <w:p>
      <w:r>
        <w:rPr>
          <w:b/>
        </w:rPr>
        <w:t xml:space="preserve">[18:58] </w:t>
      </w:r>
      <w:r>
        <w:t>abbasid period. so, i am quite against this kind of nomenclature. you have no right to say that this country is darul harb, this country is darul kufr, this country is darul islam. no, you have no right. because prophet of islam or his companions never use these these terms. for example, there were mean there was in mecca, there was the same situ</w:t>
      </w:r>
    </w:p>
    <w:p>
      <w:pPr>
        <w:jc w:val="right"/>
      </w:pPr>
      <w:r>
        <w:t>अब्बासिद पीरियड। सो, आई एम क्वाइट अगेंस्ट दिस काइंड ऑफ नोमेनक्लेचर। यू हैव नो राइट टू से दैट दिस कंट्री इज़ दारुल हर्ब, दिस कंट्री इज़ दारुल कुफ्र, दिस कंट्री इज़ दारुल इस्लाम। नो, यू हैव नो राइट। बिकॉज़ प्रोफेट ऑफ इस्लाम और हिज कंपैनियंस नेवर यूज़ दीज़ दीज़ टर्म्स। फॉर एग्जांपल, देयर वेर मीन देयर वाज़ इन मक्का, देयर वाज़ द सेम सिचु</w:t>
      </w:r>
    </w:p>
    <w:p>
      <w:r>
        <w:rPr>
          <w:b/>
        </w:rPr>
        <w:t xml:space="preserve">[19:28] </w:t>
      </w:r>
      <w:r>
        <w:t>ation. but prophet never said that mecca is darul harb, mecca is darul kufr. no. then, after establishing state, medina was darul islam. but prophet never declared that medina is darul islam. so, we have to call countries in their name. india is india. iran is iran. iran is not darul islam, but iran i</w:t>
      </w:r>
    </w:p>
    <w:p>
      <w:pPr>
        <w:jc w:val="right"/>
      </w:pPr>
      <w:r>
        <w:t>एशन। बट प्रोफेट नेवर सेड दैट मक्का इज़ दारुल हर्ब, मक्का इज़ दारुल कुफ्र। नो। देन, आफ्टर एस्टेब्लिशिंग स्टेट, मदीना वाज़ दारुल इस्लाम। बट प्रोफेट नेवर डिक्लेयर्ड दैट मदीना इज़ दारुल इस्लाम। सो, वी हैव टू कॉल कंट्रीज इन देयर नेम। इंडिया इज़ इंडिया। ईरान इज़ ईरान। ईरान इज़ नॉट दारुल इस्लाम, बट ईरान इ</w:t>
      </w:r>
    </w:p>
    <w:p>
      <w:r>
        <w:rPr>
          <w:b/>
        </w:rPr>
        <w:t xml:space="preserve">[19:58] </w:t>
      </w:r>
      <w:r>
        <w:t>simply iran.</w:t>
      </w:r>
    </w:p>
    <w:p>
      <w:pPr>
        <w:jc w:val="right"/>
      </w:pPr>
      <w:r>
        <w:t>ज़ सिंपली ईरान।</w:t>
      </w:r>
    </w:p>
    <w:p>
      <w:r>
        <w:rPr>
          <w:b/>
        </w:rPr>
        <w:t xml:space="preserve">[20:02] </w:t>
      </w:r>
      <w:r>
        <w:t>pakistan is not darul islam.</w:t>
      </w:r>
    </w:p>
    <w:p>
      <w:pPr>
        <w:jc w:val="right"/>
      </w:pPr>
      <w:r>
        <w:t>पाकिस्तान इज़ नॉट दारुल इस्लाम।</w:t>
      </w:r>
    </w:p>
    <w:p>
      <w:r>
        <w:rPr>
          <w:b/>
        </w:rPr>
        <w:t xml:space="preserve">[20:06] </w:t>
      </w:r>
      <w:r>
        <w:t>pakistan is simply pakistan.</w:t>
      </w:r>
    </w:p>
    <w:p>
      <w:pPr>
        <w:jc w:val="right"/>
      </w:pPr>
      <w:r>
        <w:t>पाकिस्तान इज़ सिंपली पाकिस्तान।</w:t>
      </w:r>
    </w:p>
    <w:p>
      <w:r>
        <w:rPr>
          <w:b/>
        </w:rPr>
        <w:t xml:space="preserve">[20:10] </w:t>
      </w:r>
      <w:r>
        <w:t>so, you have to call every country by its name.</w:t>
      </w:r>
    </w:p>
    <w:p>
      <w:pPr>
        <w:jc w:val="right"/>
      </w:pPr>
      <w:r>
        <w:t>सो, यू हैव टू कॉल एव्री कंट्री बाय इट्स नेम।</w:t>
      </w:r>
    </w:p>
    <w:p>
      <w:r>
        <w:rPr>
          <w:b/>
        </w:rPr>
        <w:t xml:space="preserve">[20:14] </w:t>
      </w:r>
      <w:r>
        <w:t>dont dont adopt a self style nomenclature.</w:t>
      </w:r>
    </w:p>
    <w:p>
      <w:pPr>
        <w:jc w:val="right"/>
      </w:pPr>
      <w:r>
        <w:t>डोंट डोंट अडॉप्ट अ सेल्फ स्टाइल नोमेनक्लेचर।</w:t>
      </w:r>
    </w:p>
    <w:p>
      <w:r>
        <w:rPr>
          <w:b/>
        </w:rPr>
        <w:t xml:space="preserve">[20:17] </w:t>
      </w:r>
      <w:r>
        <w:t>it is self style nomenclature.</w:t>
      </w:r>
    </w:p>
    <w:p>
      <w:pPr>
        <w:jc w:val="right"/>
      </w:pPr>
      <w:r>
        <w:t>इट इज़ सेल्फ स्टाइल नोमेनक्लेचर।</w:t>
      </w:r>
    </w:p>
    <w:p>
      <w:r>
        <w:rPr>
          <w:b/>
        </w:rPr>
        <w:t xml:space="preserve">[20:21] </w:t>
      </w:r>
      <w:r>
        <w:t>you have no right to use these kind these kind of nomenclature.</w:t>
      </w:r>
    </w:p>
    <w:p>
      <w:pPr>
        <w:jc w:val="right"/>
      </w:pPr>
      <w:r>
        <w:t>यू हैव नो राइट टू यूज़ दीज़ काइंड दीज़ काइंड ऑफ नोमेनक्लेचर।</w:t>
      </w:r>
    </w:p>
    <w:p>
      <w:r>
        <w:rPr>
          <w:b/>
        </w:rPr>
        <w:t xml:space="preserve">[20:25] </w:t>
      </w:r>
      <w:r>
        <w:t>moulana, lets talk about spirituality now.</w:t>
      </w:r>
    </w:p>
    <w:p>
      <w:pPr>
        <w:jc w:val="right"/>
      </w:pPr>
      <w:r>
        <w:t>मुलाना, लेट्स टॉक अबाउट स्पिरिचुअलिटी नाउ।</w:t>
      </w:r>
    </w:p>
    <w:p>
      <w:r>
        <w:rPr>
          <w:b/>
        </w:rPr>
        <w:t xml:space="preserve">[20:29] </w:t>
      </w:r>
      <w:r>
        <w:t>what is islamic spirituality as per you?</w:t>
      </w:r>
    </w:p>
    <w:p>
      <w:pPr>
        <w:jc w:val="right"/>
      </w:pPr>
      <w:r>
        <w:t>व्हाट इज़ इस्लामिक स्पिरिचुअलिटी एस पर यू?</w:t>
      </w:r>
    </w:p>
    <w:p>
      <w:r>
        <w:rPr>
          <w:b/>
        </w:rPr>
        <w:t xml:space="preserve">[20:36] </w:t>
      </w:r>
      <w:r>
        <w:t>islamic spirituality is a is a well known concept.</w:t>
      </w:r>
    </w:p>
    <w:p>
      <w:pPr>
        <w:jc w:val="right"/>
      </w:pPr>
      <w:r>
        <w:t>इस्लामिक स्पिरिचुअलिटी इज़ अ इज़ अ वेल नोन कांसेप्ट।</w:t>
      </w:r>
    </w:p>
    <w:p>
      <w:r>
        <w:rPr>
          <w:b/>
        </w:rPr>
        <w:t xml:space="preserve">[20:44] </w:t>
      </w:r>
      <w:r>
        <w:t>all other schools of spirituality believe in in heart based spirituality.</w:t>
      </w:r>
    </w:p>
    <w:p>
      <w:pPr>
        <w:jc w:val="right"/>
      </w:pPr>
      <w:r>
        <w:t>ऑल अदर स्कूल्स ऑफ स्पिरिचुअलिटी बिलीव इन इन हार्ट बेस्ड स्पिरिचुअलिटी।</w:t>
      </w:r>
    </w:p>
    <w:p>
      <w:r>
        <w:rPr>
          <w:b/>
        </w:rPr>
        <w:t xml:space="preserve">[20:51] </w:t>
      </w:r>
      <w:r>
        <w:t>so, it becomes a mysterious</w:t>
      </w:r>
    </w:p>
    <w:p>
      <w:pPr>
        <w:jc w:val="right"/>
      </w:pPr>
      <w:r>
        <w:t>सो, इट बिकम्स अ मिस्टीरियस</w:t>
      </w:r>
    </w:p>
    <w:p>
      <w:r>
        <w:rPr>
          <w:b/>
        </w:rPr>
        <w:t xml:space="preserve">[20:59] </w:t>
      </w:r>
      <w:r>
        <w:t>discipline.</w:t>
      </w:r>
    </w:p>
    <w:p>
      <w:pPr>
        <w:jc w:val="right"/>
      </w:pPr>
      <w:r>
        <w:t>डिसिप्लिन।</w:t>
      </w:r>
    </w:p>
    <w:p>
      <w:r>
        <w:rPr>
          <w:b/>
        </w:rPr>
        <w:t xml:space="preserve">[21:03] </w:t>
      </w:r>
      <w:r>
        <w:t>because by when they when they try to to to achieve spirituality from their heart, they they achieve</w:t>
      </w:r>
    </w:p>
    <w:p>
      <w:pPr>
        <w:jc w:val="right"/>
      </w:pPr>
      <w:r>
        <w:t>बिकॉज़ बाय व्हेन दे व्हेन दे ट्राई टू टू टू अचीव स्पिरिचुअलिटी फ्रॉम देयर हार्ट, दे दे अचीव</w:t>
      </w:r>
    </w:p>
    <w:p>
      <w:r>
        <w:rPr>
          <w:b/>
        </w:rPr>
        <w:t xml:space="preserve">[21:08] </w:t>
      </w:r>
      <w:r>
        <w:t>nothing except ecstacy.</w:t>
      </w:r>
    </w:p>
    <w:p>
      <w:pPr>
        <w:jc w:val="right"/>
      </w:pPr>
      <w:r>
        <w:t>नथिंग एक्सेप्ट एक्सेसी।</w:t>
      </w:r>
    </w:p>
    <w:p>
      <w:r>
        <w:rPr>
          <w:b/>
        </w:rPr>
        <w:t xml:space="preserve">[21:12] </w:t>
      </w:r>
      <w:r>
        <w:t>ecstacy is a mysterious phenomena.</w:t>
      </w:r>
    </w:p>
    <w:p>
      <w:pPr>
        <w:jc w:val="right"/>
      </w:pPr>
      <w:r>
        <w:t>एक्सेसी इज़ अ मिस्टीरियस फिनोमिना।</w:t>
      </w:r>
    </w:p>
    <w:p>
      <w:r>
        <w:rPr>
          <w:b/>
        </w:rPr>
        <w:t xml:space="preserve">[21:16] </w:t>
      </w:r>
      <w:r>
        <w:t>but islamic spirituality is based on mind.</w:t>
      </w:r>
    </w:p>
    <w:p>
      <w:pPr>
        <w:jc w:val="right"/>
      </w:pPr>
      <w:r>
        <w:t>बट इस्लामिक स्पिरिचुअलिटी इज़ बेस्ड ऑन माइंड।</w:t>
      </w:r>
    </w:p>
    <w:p>
      <w:r>
        <w:rPr>
          <w:b/>
        </w:rPr>
        <w:t xml:space="preserve">[21:21] </w:t>
      </w:r>
      <w:r>
        <w:t>so, it is thinking.</w:t>
      </w:r>
    </w:p>
    <w:p>
      <w:pPr>
        <w:jc w:val="right"/>
      </w:pPr>
      <w:r>
        <w:t>सो, इट इज़ थिंकिंग।</w:t>
      </w:r>
    </w:p>
    <w:p>
      <w:r>
        <w:rPr>
          <w:b/>
        </w:rPr>
        <w:t xml:space="preserve">[21:25] </w:t>
      </w:r>
      <w:r>
        <w:t>it is based on thinking.</w:t>
      </w:r>
    </w:p>
    <w:p>
      <w:pPr>
        <w:jc w:val="right"/>
      </w:pPr>
      <w:r>
        <w:t>इट इज़ बेस्ड ऑन थिंकिंग।</w:t>
      </w:r>
    </w:p>
    <w:p>
      <w:r>
        <w:rPr>
          <w:b/>
        </w:rPr>
        <w:t xml:space="preserve">[21:30] </w:t>
      </w:r>
      <w:r>
        <w:t>so, according to my experience, spirituality is nothing but another name of taqwa and taskia and ikhbat.</w:t>
      </w:r>
    </w:p>
    <w:p>
      <w:pPr>
        <w:jc w:val="right"/>
      </w:pPr>
      <w:r>
        <w:t>सो, अकॉर्डिंग टू माय एक्सपीरियंस, स्पिरिचुअलिटी इज़ नथिंग बट अनदर नाम ऑफ तकवा एंड तस्किया एंड इख्बात।</w:t>
      </w:r>
    </w:p>
    <w:p>
      <w:r>
        <w:rPr>
          <w:b/>
        </w:rPr>
        <w:t xml:space="preserve">[21:40] </w:t>
      </w:r>
      <w:r>
        <w:t>so, it means to purify your soul, to purify your mind, to purify your thinking, to purify your personality.</w:t>
      </w:r>
    </w:p>
    <w:p>
      <w:pPr>
        <w:jc w:val="right"/>
      </w:pPr>
      <w:r>
        <w:t>सो, इट मींस टू प्यूरिफाई योर सोल, टू प्यूरिफाई योर माइंड, टू प्यूरिफाई योर थिंकिंग, टू प्यूरिफाई योर पर्सनालिटी।</w:t>
      </w:r>
    </w:p>
    <w:p>
      <w:r>
        <w:rPr>
          <w:b/>
        </w:rPr>
        <w:t xml:space="preserve">[21:50] </w:t>
      </w:r>
      <w:r>
        <w:t>zalika jaza mantaqa.</w:t>
      </w:r>
    </w:p>
    <w:p>
      <w:pPr>
        <w:jc w:val="right"/>
      </w:pPr>
      <w:r>
        <w:t>जालिका जजा मंतका।</w:t>
      </w:r>
    </w:p>
    <w:p>
      <w:r>
        <w:rPr>
          <w:b/>
        </w:rPr>
        <w:t xml:space="preserve">[22:00] </w:t>
      </w:r>
      <w:r>
        <w:t>paradise is for those who purified their soul. so, this is spirituality. in islam, spirituality is not a mysterious phenomena. it is completely known phenomena based on based on intellectual development. please tell us, how can we do this tazzkiya or purification, which you just mentioned? ponder? how can we do purif</w:t>
      </w:r>
    </w:p>
    <w:p>
      <w:pPr>
        <w:jc w:val="right"/>
      </w:pPr>
      <w:r>
        <w:t>पैराडाइस इज़ फॉर दोज़ हु प्यूरिफाइड देयर सोल। सो, दिस इज़ स्पिरिचुअलिटी। इन इस्लाम, स्पिरिचुअलिटी इज़ नॉट अ मिस्टीरियस फिनोमिना। इट इज़ कंप्लीटली नोन फिनोमिना बेस्ड ऑन बेस्ड ऑन इंटेलेक्चुअल डेवलपमेंट। प्लीज टेल अस, हाउ कैन वी डू दिस तस्किया और प्यूरिफिकेशन, व्हिच यू जस्ट मेंशन? पॉडर? हाउ कैन वी डू प्यूरिफ</w:t>
      </w:r>
    </w:p>
    <w:p>
      <w:r>
        <w:rPr>
          <w:b/>
        </w:rPr>
        <w:t xml:space="preserve">[22:30] </w:t>
      </w:r>
      <w:r>
        <w:t>ication or tazzkiya, as you just mentioned? i think the details are given in the quran. the most important thing is that you have to in you have to go to introspection. without introspection, there is no tazzkiya. arabic word for introspection is muhasaba. muhasaba sel</w:t>
      </w:r>
    </w:p>
    <w:p>
      <w:pPr>
        <w:jc w:val="right"/>
      </w:pPr>
      <w:r>
        <w:t>िकेशन और तस्किया, एज यू जस्ट मेंशन? आई थिंक द डिटेल्स आर गिवन इन द कुरान। द मोस्ट इंपॉर्टेंट थिंग इज़ दैट यू हैव टू इन यू हैव टू गो टू इंट्रोस्पेक्शन। विदाउट इंट्रोस्पेक्शन, देयर इज़ नो तस्किया। अरबिक वर्ड फॉर इंट्रोस्पेक्शन इज़ मुहासबा। मुहासबा सेल्</w:t>
      </w:r>
    </w:p>
    <w:p>
      <w:r>
        <w:rPr>
          <w:b/>
        </w:rPr>
        <w:t xml:space="preserve">[23:00] </w:t>
      </w:r>
      <w:r>
        <w:t>f thinking, finding your own fault. so, this is the basis of spirituality and and tazzkiya. so, i think that we can find a principle from that hadith, in which prophet of islam has said that kul mauldi yuldau al fitra fa</w:t>
      </w:r>
    </w:p>
    <w:p>
      <w:pPr>
        <w:jc w:val="right"/>
      </w:pPr>
      <w:r>
        <w:t>फ थिंकिंग, फाइंडिंग योर ओन फॉल्ट। सो, दिस इज़ द बेसिस ऑफ स्पिरिचुअलिटी एंड एंड तस्किया। सो, आई थिंक दैट वी कैन फाइंड अ प्रिंसिपल फ्रॉम दैट हदीस, इन व्हिच प्रोफेट ऑफ इस्लाम हैज़ सेड दैट कुल मौलदी यूलदौल फितरा फ</w:t>
      </w:r>
    </w:p>
    <w:p>
      <w:r>
        <w:rPr>
          <w:b/>
        </w:rPr>
        <w:t xml:space="preserve">[23:30] </w:t>
      </w:r>
      <w:r>
        <w:t>abwahho yawidani w majasani w nasrani.</w:t>
      </w:r>
    </w:p>
    <w:p>
      <w:pPr>
        <w:jc w:val="right"/>
      </w:pPr>
      <w:r>
        <w:t>ाबवाहो य विदानी व मजसानी व नसरानी।</w:t>
      </w:r>
    </w:p>
    <w:p>
      <w:r>
        <w:rPr>
          <w:b/>
        </w:rPr>
        <w:t xml:space="preserve">[23:35] </w:t>
      </w:r>
      <w:r>
        <w:t>it means that every one, every human being is mister condition.</w:t>
      </w:r>
    </w:p>
    <w:p>
      <w:pPr>
        <w:jc w:val="right"/>
      </w:pPr>
      <w:r>
        <w:t>इट मींस दैट एव्री वन, एव्री ह्यूमन बीइंग इज़ मिस्टर कंडीशन।</w:t>
      </w:r>
    </w:p>
    <w:p>
      <w:r>
        <w:rPr>
          <w:b/>
        </w:rPr>
        <w:t xml:space="preserve">[23:41] </w:t>
      </w:r>
      <w:r>
        <w:t>everyone is a case of conditioning.</w:t>
      </w:r>
    </w:p>
    <w:p>
      <w:pPr>
        <w:jc w:val="right"/>
      </w:pPr>
      <w:r>
        <w:t>एवरीवन इज़ अ केस ऑफ कंडीशनिंग।</w:t>
      </w:r>
    </w:p>
    <w:p>
      <w:r>
        <w:rPr>
          <w:b/>
        </w:rPr>
        <w:t xml:space="preserve">[23:46] </w:t>
      </w:r>
      <w:r>
        <w:t>so, here is the starting point.</w:t>
      </w:r>
    </w:p>
    <w:p>
      <w:pPr>
        <w:jc w:val="right"/>
      </w:pPr>
      <w:r>
        <w:t>तो, हियर इज़ द स्टार्टिंग पॉइंट।</w:t>
      </w:r>
    </w:p>
    <w:p>
      <w:r>
        <w:rPr>
          <w:b/>
        </w:rPr>
        <w:t xml:space="preserve">[23:51] </w:t>
      </w:r>
      <w:r>
        <w:t>to, first of all, you have to decondition yourself.</w:t>
      </w:r>
    </w:p>
    <w:p>
      <w:pPr>
        <w:jc w:val="right"/>
      </w:pPr>
      <w:r>
        <w:t>तो, फर्स्ट ऑफ ऑल, यू हैव टू डीकंडीशन योरसेल्फ।</w:t>
      </w:r>
    </w:p>
    <w:p>
      <w:r>
        <w:rPr>
          <w:b/>
        </w:rPr>
        <w:t xml:space="preserve">[23:56] </w:t>
      </w:r>
      <w:r>
        <w:t>when everyone is a case of conditioning,</w:t>
      </w:r>
    </w:p>
    <w:p>
      <w:pPr>
        <w:jc w:val="right"/>
      </w:pPr>
      <w:r>
        <w:t>व्हेन एवरीवन इज़ अ केस ऑफ कंडीशनिंग,</w:t>
      </w:r>
    </w:p>
    <w:p>
      <w:r>
        <w:rPr>
          <w:b/>
        </w:rPr>
        <w:t xml:space="preserve">[24:01] </w:t>
      </w:r>
      <w:r>
        <w:t>then the process of tazzkiya begins from deconditioning. without deconditioning, there is no tazzkiya. Maulana, what is the concept of marifa in islam? the meaning of marifa is realization. realization. that is to discover god, to realize the the signs of god</w:t>
      </w:r>
    </w:p>
    <w:p>
      <w:pPr>
        <w:jc w:val="right"/>
      </w:pPr>
      <w:r>
        <w:t>देन द प्रोसेस ऑफ तस्किया बिगिंस फ्रॉम डीकंडीशनिंग। विदाउट डीकंडीशनिंग, देयर इज़ नो तस्किया। मुलाना, व्हाट इज़ द कांसेप्ट ऑफ मारेफा इन इस्लाम? द मीनिंग ऑफ मारेफा इज़ रियलाइजेशन। रियलाइजेशन। दैट इज़ टू डिस्कवर गॉड, टू रियलाइज द द साइंस ऑफ गॉड</w:t>
      </w:r>
    </w:p>
    <w:p>
      <w:r>
        <w:rPr>
          <w:b/>
        </w:rPr>
        <w:t xml:space="preserve">[24:31] </w:t>
      </w:r>
      <w:r>
        <w:t>—</w:t>
      </w:r>
    </w:p>
    <w:p>
      <w:pPr>
        <w:jc w:val="right"/>
      </w:pPr>
      <w:r>
        <w:t>।</w:t>
      </w:r>
    </w:p>
    <w:p>
      <w:r>
        <w:rPr>
          <w:b/>
        </w:rPr>
        <w:t xml:space="preserve">[24:36] </w:t>
      </w:r>
      <w:r>
        <w:t>so, marefa is not a mysterious word.</w:t>
      </w:r>
    </w:p>
    <w:p>
      <w:pPr>
        <w:jc w:val="right"/>
      </w:pPr>
      <w:r>
        <w:t>सो, मारेफा इज़ नॉट अ मिस्टीरियस वर्ड।</w:t>
      </w:r>
    </w:p>
    <w:p>
      <w:r>
        <w:rPr>
          <w:b/>
        </w:rPr>
        <w:t xml:space="preserve">[24:41] </w:t>
      </w:r>
      <w:r>
        <w:t>it is quite known word.</w:t>
      </w:r>
    </w:p>
    <w:p>
      <w:pPr>
        <w:jc w:val="right"/>
      </w:pPr>
      <w:r>
        <w:t>इट इज़ क्वाइट नोन वर्ड।</w:t>
      </w:r>
    </w:p>
    <w:p>
      <w:r>
        <w:rPr>
          <w:b/>
        </w:rPr>
        <w:t xml:space="preserve">[24:46] </w:t>
      </w:r>
      <w:r>
        <w:t>and that is discovery, realization.</w:t>
      </w:r>
    </w:p>
    <w:p>
      <w:pPr>
        <w:jc w:val="right"/>
      </w:pPr>
      <w:r>
        <w:t>एंड दैट इज़ डिस्कवरी, रियलाइजेशन।</w:t>
      </w:r>
    </w:p>
    <w:p>
      <w:r>
        <w:rPr>
          <w:b/>
        </w:rPr>
        <w:t xml:space="preserve">[24:51] </w:t>
      </w:r>
      <w:r>
        <w:t>so, when you study the quran, when you study the hadith literature, when you ponder over the the</w:t>
      </w:r>
    </w:p>
    <w:p>
      <w:pPr>
        <w:jc w:val="right"/>
      </w:pPr>
      <w:r>
        <w:t>सो, व्हेन यू स्टडी द कुरान, व्हेन यू स्टडी द हदीस लिटरेचर, व्हेन यू पांडर ओवर द द</w:t>
      </w:r>
    </w:p>
    <w:p>
      <w:r>
        <w:rPr>
          <w:b/>
        </w:rPr>
        <w:t xml:space="preserve">[24:56] </w:t>
      </w:r>
      <w:r>
        <w:t>universe, when you contemplate in the world around you, then you you receive</w:t>
      </w:r>
    </w:p>
    <w:p>
      <w:pPr>
        <w:jc w:val="right"/>
      </w:pPr>
      <w:r>
        <w:t>यूनिवर्स, व्हेन यू कंटेंप्लेट इन द वर्ल्ड अराउंड यू, देन यू यू रिसीव</w:t>
      </w:r>
    </w:p>
    <w:p>
      <w:r>
        <w:rPr>
          <w:b/>
        </w:rPr>
        <w:t xml:space="preserve">[25:01] </w:t>
      </w:r>
      <w:r>
        <w:t>inspirations.</w:t>
      </w:r>
    </w:p>
    <w:p>
      <w:pPr>
        <w:jc w:val="right"/>
      </w:pPr>
      <w:r>
        <w:t>इंस्पिरेशंस।</w:t>
      </w:r>
    </w:p>
    <w:p>
      <w:r>
        <w:rPr>
          <w:b/>
        </w:rPr>
        <w:t xml:space="preserve">[25:06] </w:t>
      </w:r>
      <w:r>
        <w:t>then you gain knowledge.</w:t>
      </w:r>
    </w:p>
    <w:p>
      <w:pPr>
        <w:jc w:val="right"/>
      </w:pPr>
      <w:r>
        <w:t>देन यू गेन नॉलेज।</w:t>
      </w:r>
    </w:p>
    <w:p>
      <w:r>
        <w:rPr>
          <w:b/>
        </w:rPr>
        <w:t xml:space="preserve">[25:10] </w:t>
      </w:r>
      <w:r>
        <w:t>and through these knowledge, through these inspirations, you develop your personality.</w:t>
      </w:r>
    </w:p>
    <w:p>
      <w:pPr>
        <w:jc w:val="right"/>
      </w:pPr>
      <w:r>
        <w:t>एंड थ्रू दीज़ नॉलेज, थ्रू दीज़ इंस्पिरेशंस, यू डेवलप योर पर्सनालिटी।</w:t>
      </w:r>
    </w:p>
    <w:p>
      <w:r>
        <w:rPr>
          <w:b/>
        </w:rPr>
        <w:t xml:space="preserve">[25:14] </w:t>
      </w:r>
      <w:r>
        <w:t>that is marefa.</w:t>
      </w:r>
    </w:p>
    <w:p>
      <w:pPr>
        <w:jc w:val="right"/>
      </w:pPr>
      <w:r>
        <w:t>दैट इज़ मारेफा।</w:t>
      </w:r>
    </w:p>
    <w:p>
      <w:r>
        <w:rPr>
          <w:b/>
        </w:rPr>
        <w:t xml:space="preserve">[25:19] </w:t>
      </w:r>
      <w:r>
        <w:t>that is realization.</w:t>
      </w:r>
    </w:p>
    <w:p>
      <w:pPr>
        <w:jc w:val="right"/>
      </w:pPr>
      <w:r>
        <w:t>दैट इज़ रियलाइजेशन।</w:t>
      </w:r>
    </w:p>
    <w:p>
      <w:r>
        <w:rPr>
          <w:b/>
        </w:rPr>
        <w:t xml:space="preserve">[25:23] </w:t>
      </w:r>
      <w:r>
        <w:t>and that is discovery of god.</w:t>
      </w:r>
    </w:p>
    <w:p>
      <w:pPr>
        <w:jc w:val="right"/>
      </w:pPr>
      <w:r>
        <w:t>एंड दैट इज़ डिस्कवरी ऑफ गॉड।</w:t>
      </w:r>
    </w:p>
    <w:p>
      <w:r>
        <w:rPr>
          <w:b/>
        </w:rPr>
        <w:t xml:space="preserve">[25:27] </w:t>
      </w:r>
      <w:r>
        <w:t>maulana, it is said that in the history of islam, there have been three best periods</w:t>
      </w:r>
    </w:p>
    <w:p>
      <w:pPr>
        <w:jc w:val="right"/>
      </w:pPr>
      <w:r>
        <w:t>मुलाना, इट इज़ सेड दैट इन दी हिस्ट्री ऑफ इस्लाम, देयर हैव बीन थ्री बेस्ट पीरियड्स</w:t>
      </w:r>
    </w:p>
    <w:p>
      <w:r>
        <w:rPr>
          <w:b/>
        </w:rPr>
        <w:t xml:space="preserve">[25:32] </w:t>
      </w:r>
      <w:r>
        <w:t>। the first period being the period of prophet mohammad himself, the second period being the period of companions of the prophet, and third period is a period of tabeen. that is companions of the companions. but prophet once said that there will be a time when people will arise and they will spread the word of god. and these people will be ikhwane rasool. what is this ikhwane rasool? who are these people? and does that mean that</w:t>
      </w:r>
    </w:p>
    <w:p>
      <w:pPr>
        <w:jc w:val="right"/>
      </w:pPr>
      <w:r>
        <w:t>। द फर्स्ट पीरियड बीइंग द पीरियड ऑफ प्रोफेट मोहम्मद हिमसेल्फ, द सेकंड पीरियड बीइंग द पीरियड ऑफ कंपैनियंस ऑफ द प्रोफेट, एंड थर्ड पीरियड इज़ अ पीरियड ऑफ ताबीन। दैट इज़ कंपैनियंस ऑफ दी कंपैनियंस। बट प्रोफेट वंस सेड दैट देयर विल बी अ टाइम व्हेन पीपल विल अरोज एंड दे विल स्प्रेड दी वर्ड ऑफ गॉड। एंड दीज़ पीपल विल बी इकवाने रसूल। व्हाट इज़ दिस इकवाने रसूल? हु आर दीज़ पीपल? एंड डस दैट मीन दैट</w:t>
      </w:r>
    </w:p>
    <w:p>
      <w:r>
        <w:rPr>
          <w:b/>
        </w:rPr>
        <w:t xml:space="preserve">[26:02] </w:t>
      </w:r>
      <w:r>
        <w:t>there is a fourth period in the making?</w:t>
      </w:r>
    </w:p>
    <w:p>
      <w:pPr>
        <w:jc w:val="right"/>
      </w:pPr>
      <w:r>
        <w:t>देयर इज़ अ फोर्थ पीरियड इन द मेकिंग?</w:t>
      </w:r>
    </w:p>
    <w:p>
      <w:r>
        <w:rPr>
          <w:b/>
        </w:rPr>
        <w:t xml:space="preserve">[26:07] </w:t>
      </w:r>
      <w:r>
        <w:t>as ikhwanur rasool means brothers of the prophet.</w:t>
      </w:r>
    </w:p>
    <w:p>
      <w:pPr>
        <w:jc w:val="right"/>
      </w:pPr>
      <w:r>
        <w:t>एज इखवानुर रसूल मींस ब्रदर्स ऑफ द प्रोफेट।</w:t>
      </w:r>
    </w:p>
    <w:p>
      <w:r>
        <w:rPr>
          <w:b/>
        </w:rPr>
        <w:t xml:space="preserve">[26:12] </w:t>
      </w:r>
      <w:r>
        <w:t>so, there are two groups.</w:t>
      </w:r>
    </w:p>
    <w:p>
      <w:pPr>
        <w:jc w:val="right"/>
      </w:pPr>
      <w:r>
        <w:t>सो, देयर आर टू ग्रुप्स।</w:t>
      </w:r>
    </w:p>
    <w:p>
      <w:r>
        <w:rPr>
          <w:b/>
        </w:rPr>
        <w:t xml:space="preserve">[26:17] </w:t>
      </w:r>
      <w:r>
        <w:t>one is called in according to the hadith, there are two groups.</w:t>
      </w:r>
    </w:p>
    <w:p>
      <w:pPr>
        <w:jc w:val="right"/>
      </w:pPr>
      <w:r>
        <w:t>वन इज़ कॉल्ड इन अकॉर्डिंग टू द हदीस, देयर आर टू ग्रुप्स।</w:t>
      </w:r>
    </w:p>
    <w:p>
      <w:r>
        <w:rPr>
          <w:b/>
        </w:rPr>
        <w:t xml:space="preserve">[26:22] </w:t>
      </w:r>
      <w:r>
        <w:t>one is called ashabur rasool and the second is called ikhwanur rasool.</w:t>
      </w:r>
    </w:p>
    <w:p>
      <w:pPr>
        <w:jc w:val="right"/>
      </w:pPr>
      <w:r>
        <w:t>वन इज़ कॉल्ड असहाबुर रसूल एंड द सेकंड इज़ कॉल्ड इखवानुर रसूल।</w:t>
      </w:r>
    </w:p>
    <w:p>
      <w:r>
        <w:rPr>
          <w:b/>
        </w:rPr>
        <w:t xml:space="preserve">[26:27] </w:t>
      </w:r>
      <w:r>
        <w:t>so, ashabur rasool means</w:t>
      </w:r>
    </w:p>
    <w:p>
      <w:pPr>
        <w:jc w:val="right"/>
      </w:pPr>
      <w:r>
        <w:t>सो, असहाबुर रसूल मींस</w:t>
      </w:r>
    </w:p>
    <w:p>
      <w:r>
        <w:rPr>
          <w:b/>
        </w:rPr>
        <w:t xml:space="preserve">[26:32] </w:t>
      </w:r>
      <w:r>
        <w:t>companion of the prophets.</w:t>
      </w:r>
    </w:p>
    <w:p>
      <w:pPr>
        <w:jc w:val="right"/>
      </w:pPr>
      <w:r>
        <w:t>कंपैनियन ऑफ द प्रोफेट्स।</w:t>
      </w:r>
    </w:p>
    <w:p>
      <w:r>
        <w:rPr>
          <w:b/>
        </w:rPr>
        <w:t xml:space="preserve">[26:38] </w:t>
      </w:r>
      <w:r>
        <w:t>ikhwan rasool means brothers of the prophet.</w:t>
      </w:r>
    </w:p>
    <w:p>
      <w:pPr>
        <w:jc w:val="right"/>
      </w:pPr>
      <w:r>
        <w:t>इखवान रसूल मींस ब्रदर्स ऑफ द प्रोफेट।</w:t>
      </w:r>
    </w:p>
    <w:p>
      <w:r>
        <w:rPr>
          <w:b/>
        </w:rPr>
        <w:t xml:space="preserve">[26:44] </w:t>
      </w:r>
      <w:r>
        <w:t>according to my study, ikhwan rasool means contemporary believers, those who were contemporary to the prophet of islam.</w:t>
      </w:r>
    </w:p>
    <w:p>
      <w:pPr>
        <w:jc w:val="right"/>
      </w:pPr>
      <w:r>
        <w:t>अकॉर्डिंग टू माय स्टडी, इखवान रसूल मींस कंटेंपररी बिलीवर्स, दोज़ हु वेर कंटेंपररी टू द प्रोफेट ऑफ इस्लाम।</w:t>
      </w:r>
    </w:p>
    <w:p>
      <w:r>
        <w:rPr>
          <w:b/>
        </w:rPr>
        <w:t xml:space="preserve">[26:50] </w:t>
      </w:r>
      <w:r>
        <w:t>so, they were companions.</w:t>
      </w:r>
    </w:p>
    <w:p>
      <w:pPr>
        <w:jc w:val="right"/>
      </w:pPr>
      <w:r>
        <w:t>सो, दे वेर कंपैनियंस।</w:t>
      </w:r>
    </w:p>
    <w:p>
      <w:r>
        <w:rPr>
          <w:b/>
        </w:rPr>
        <w:t xml:space="preserve">[26:56] </w:t>
      </w:r>
      <w:r>
        <w:t>and ikhwan rasools are those who</w:t>
      </w:r>
    </w:p>
    <w:p>
      <w:pPr>
        <w:jc w:val="right"/>
      </w:pPr>
      <w:r>
        <w:t>एंड इखवान रसूल्स आर दोज़ हु</w:t>
      </w:r>
    </w:p>
    <w:p>
      <w:r>
        <w:rPr>
          <w:b/>
        </w:rPr>
        <w:t xml:space="preserve">[27:03] </w:t>
      </w:r>
      <w:r>
        <w:t>who belong to the latter period.</w:t>
      </w:r>
    </w:p>
    <w:p>
      <w:pPr>
        <w:jc w:val="right"/>
      </w:pPr>
      <w:r>
        <w:t>हु बिलोंग टू द लेटर पीरियड।</w:t>
      </w:r>
    </w:p>
    <w:p>
      <w:r>
        <w:rPr>
          <w:b/>
        </w:rPr>
        <w:t xml:space="preserve">[27:10] </w:t>
      </w:r>
      <w:r>
        <w:t>so, i think that the companions are ikhwan rasool perform the work in traditional period.</w:t>
      </w:r>
    </w:p>
    <w:p>
      <w:pPr>
        <w:jc w:val="right"/>
      </w:pPr>
      <w:r>
        <w:t>सो, आई थिंक दैट द कंपैनियंस आर इखवान रसूल परफॉर्म द वर्क इन ट्रेडिशनल पीरियड।</w:t>
      </w:r>
    </w:p>
    <w:p>
      <w:r>
        <w:rPr>
          <w:b/>
        </w:rPr>
        <w:t xml:space="preserve">[27:18] </w:t>
      </w:r>
      <w:r>
        <w:t>according to the hadith literature, there are two special groups in the muslim history.</w:t>
      </w:r>
    </w:p>
    <w:p>
      <w:pPr>
        <w:jc w:val="right"/>
      </w:pPr>
      <w:r>
        <w:t>अकॉर्डिंग टू द हदीस लिटरेचर, देयर आर टू स्पेशल ग्रुप्स इन द मुस्लिम हिस्ट्री।</w:t>
      </w:r>
    </w:p>
    <w:p>
      <w:r>
        <w:rPr>
          <w:b/>
        </w:rPr>
        <w:t xml:space="preserve">[27:25] </w:t>
      </w:r>
      <w:r>
        <w:t>first is ashabur rasool</w:t>
      </w:r>
    </w:p>
    <w:p>
      <w:pPr>
        <w:jc w:val="right"/>
      </w:pPr>
      <w:r>
        <w:t>फर्स्ट इज़ असहाबुर रसूल</w:t>
      </w:r>
    </w:p>
    <w:p>
      <w:r>
        <w:rPr>
          <w:b/>
        </w:rPr>
        <w:t xml:space="preserve">[27:33] </w:t>
      </w:r>
      <w:r>
        <w:t>and the second is ikhwanur rasool.</w:t>
      </w:r>
    </w:p>
    <w:p>
      <w:pPr>
        <w:jc w:val="right"/>
      </w:pPr>
      <w:r>
        <w:t>एंड द सेकंड इज़ इखवानुर रसूल।</w:t>
      </w:r>
    </w:p>
    <w:p>
      <w:r>
        <w:rPr>
          <w:b/>
        </w:rPr>
        <w:t xml:space="preserve">[27:41] </w:t>
      </w:r>
      <w:r>
        <w:t>so, ashabur rasools were the contemporary believers of the prophet of islam.</w:t>
      </w:r>
    </w:p>
    <w:p>
      <w:pPr>
        <w:jc w:val="right"/>
      </w:pPr>
      <w:r>
        <w:t>सो, असहाबुर रसूल्स वेर द कंटेंपररी बिलीवर्स ऑफ द प्रोफेट ऑफ इस्लाम।</w:t>
      </w:r>
    </w:p>
    <w:p>
      <w:r>
        <w:rPr>
          <w:b/>
        </w:rPr>
        <w:t xml:space="preserve">[27:48] </w:t>
      </w:r>
      <w:r>
        <w:t>and ikhwan rasools are those who belong to the latter period of of world history.</w:t>
      </w:r>
    </w:p>
    <w:p>
      <w:pPr>
        <w:jc w:val="right"/>
      </w:pPr>
      <w:r>
        <w:t>एंड इखवान रसूल्स आर दोज़ हु बिलोंग टू द लेटर पीरियड ऑफ ऑफ वर्ल्ड हिस्ट्री।</w:t>
      </w:r>
    </w:p>
    <w:p>
      <w:r>
        <w:rPr>
          <w:b/>
        </w:rPr>
        <w:t xml:space="preserve">[27:56] </w:t>
      </w:r>
      <w:r>
        <w:t>so, i think that ikhwan rasool, i think the difference between the two group is that ashabur rasool</w:t>
      </w:r>
    </w:p>
    <w:p>
      <w:pPr>
        <w:jc w:val="right"/>
      </w:pPr>
      <w:r>
        <w:t>सो, आई थिंक दैट इखवान रसूल, आई थिंक द डिफरेंस बिटवीन द टू ग्रुप इज़ दैट असहाबुर रसूल</w:t>
      </w:r>
    </w:p>
    <w:p>
      <w:r>
        <w:rPr>
          <w:b/>
        </w:rPr>
        <w:t xml:space="preserve">[28:03] </w:t>
      </w:r>
      <w:r>
        <w:t>perform the work in the traditional period of history.</w:t>
      </w:r>
    </w:p>
    <w:p>
      <w:pPr>
        <w:jc w:val="right"/>
      </w:pPr>
      <w:r>
        <w:t>परफॉर्म द वर्क इन द ट्रेडिशनल पीरियड ऑफ हिस्ट्री।</w:t>
      </w:r>
    </w:p>
    <w:p>
      <w:r>
        <w:rPr>
          <w:b/>
        </w:rPr>
        <w:t xml:space="preserve">[28:11] </w:t>
      </w:r>
      <w:r>
        <w:t>because they belong to the seventh century ad.</w:t>
      </w:r>
    </w:p>
    <w:p>
      <w:pPr>
        <w:jc w:val="right"/>
      </w:pPr>
      <w:r>
        <w:t>बिकॉज़ दे बिलोंग टू द सेवंथ सेंचुरी एडी।</w:t>
      </w:r>
    </w:p>
    <w:p>
      <w:r>
        <w:rPr>
          <w:b/>
        </w:rPr>
        <w:t xml:space="preserve">[28:19] </w:t>
      </w:r>
      <w:r>
        <w:t>so, they perform the work in the traditional history of the world.</w:t>
      </w:r>
    </w:p>
    <w:p>
      <w:pPr>
        <w:jc w:val="right"/>
      </w:pPr>
      <w:r>
        <w:t>सो, दे परफॉर्म द वर्क इन द ट्रेडिशनल हिस्ट्री ऑफ द वर्ल्ड।</w:t>
      </w:r>
    </w:p>
    <w:p>
      <w:r>
        <w:rPr>
          <w:b/>
        </w:rPr>
        <w:t xml:space="preserve">[28:26] </w:t>
      </w:r>
      <w:r>
        <w:t>and ikhwan rasool are those who will perform the same the work in the</w:t>
      </w:r>
    </w:p>
    <w:p>
      <w:pPr>
        <w:jc w:val="right"/>
      </w:pPr>
      <w:r>
        <w:t>एंड इखवान रसूल आर दोज़ हु विल परफॉर्म द सेम द वर्क इन द</w:t>
      </w:r>
    </w:p>
    <w:p>
      <w:r>
        <w:rPr>
          <w:b/>
        </w:rPr>
        <w:t xml:space="preserve">[28:34] </w:t>
      </w:r>
      <w:r>
        <w:t>scientific age.</w:t>
      </w:r>
    </w:p>
    <w:p>
      <w:pPr>
        <w:jc w:val="right"/>
      </w:pPr>
      <w:r>
        <w:t>साइंटिफिक एज।</w:t>
      </w:r>
    </w:p>
    <w:p>
      <w:r>
        <w:rPr>
          <w:b/>
        </w:rPr>
        <w:t xml:space="preserve">[28:41] </w:t>
      </w:r>
      <w:r>
        <w:t>so, although the message is the one, both are believers of tauheed, both are have the same message,</w:t>
      </w:r>
    </w:p>
    <w:p>
      <w:pPr>
        <w:jc w:val="right"/>
      </w:pPr>
      <w:r>
        <w:t>सो, ऑल्दो द मैसेज इज़ द वन, बोथ आर बिलीवर्स ऑफ तौहीद, बोथ आर हैव द सेम मैसेज,</w:t>
      </w:r>
    </w:p>
    <w:p>
      <w:r>
        <w:rPr>
          <w:b/>
        </w:rPr>
        <w:t xml:space="preserve">[28:49] </w:t>
      </w:r>
      <w:r>
        <w:t>but the idiom is different.</w:t>
      </w:r>
    </w:p>
    <w:p>
      <w:pPr>
        <w:jc w:val="right"/>
      </w:pPr>
      <w:r>
        <w:t>बट द इडियम इज़ डिफरेंट।</w:t>
      </w:r>
    </w:p>
    <w:p>
      <w:r>
        <w:rPr>
          <w:b/>
        </w:rPr>
        <w:t xml:space="preserve">[28:56] </w:t>
      </w:r>
      <w:r>
        <w:t>they perform in traditional idiom and the ikhwan rasool will perform same the work, but in the in the scientifi</w:t>
      </w:r>
    </w:p>
    <w:p>
      <w:pPr>
        <w:jc w:val="right"/>
      </w:pPr>
      <w:r>
        <w:t>दे परफॉर्म इन ट्रेडिशनल इडियम एंड द इखवान रसूल विल परफॉर्म सेम द वर्क, बट इन द इन द साइंटिफ</w:t>
      </w:r>
    </w:p>
    <w:p>
      <w:r>
        <w:rPr>
          <w:b/>
        </w:rPr>
        <w:t xml:space="preserve">[29:04] </w:t>
      </w:r>
      <w:r>
        <w:t>c idiom.</w:t>
      </w:r>
    </w:p>
    <w:p>
      <w:pPr>
        <w:jc w:val="right"/>
      </w:pPr>
      <w:r>
        <w:t>िक इडियम।</w:t>
      </w:r>
    </w:p>
    <w:p>
      <w:r>
        <w:rPr>
          <w:b/>
        </w:rPr>
        <w:t xml:space="preserve">[29:09] </w:t>
      </w:r>
      <w:r>
        <w:t>these are the difference.</w:t>
      </w:r>
    </w:p>
    <w:p>
      <w:pPr>
        <w:jc w:val="right"/>
      </w:pPr>
      <w:r>
        <w:t>दीज़ आर द डिफरेंस।</w:t>
      </w:r>
    </w:p>
    <w:p>
      <w:r>
        <w:rPr>
          <w:b/>
        </w:rPr>
        <w:t xml:space="preserve">[29:14] </w:t>
      </w:r>
      <w:r>
        <w:t>moulana, in todays modern age or in times to come, can we expect such ikwane rasool to be</w:t>
      </w:r>
    </w:p>
    <w:p>
      <w:pPr>
        <w:jc w:val="right"/>
      </w:pPr>
      <w:r>
        <w:t>मुलाना, इन टुडेज मॉडर्न एज और इन टाइम्स टू कम, कैन वी एक्सपेक्ट सच इकवाने रसूल टू बी</w:t>
      </w:r>
    </w:p>
    <w:p>
      <w:r>
        <w:rPr>
          <w:b/>
        </w:rPr>
        <w:t xml:space="preserve">[29:19] </w:t>
      </w:r>
      <w:r>
        <w:t>as serious or as sincere as the companions of the prophet?</w:t>
      </w:r>
    </w:p>
    <w:p>
      <w:pPr>
        <w:jc w:val="right"/>
      </w:pPr>
      <w:r>
        <w:t>एज सीरियस और एज सिंसियर एज दी कंपैनियंस ऑफ द प्रोफेट?</w:t>
      </w:r>
    </w:p>
    <w:p>
      <w:r>
        <w:rPr>
          <w:b/>
        </w:rPr>
        <w:t xml:space="preserve">[29:24] </w:t>
      </w:r>
      <w:r>
        <w:t>yes, it is it is it is proved in the hadith also.</w:t>
      </w:r>
    </w:p>
    <w:p>
      <w:pPr>
        <w:jc w:val="right"/>
      </w:pPr>
      <w:r>
        <w:t>यस, इट इज़ इट इज़ इट इज़ प्रूव्ड इन द हदीस आल्सो।</w:t>
      </w:r>
    </w:p>
    <w:p>
      <w:r>
        <w:rPr>
          <w:b/>
        </w:rPr>
        <w:t xml:space="preserve">[29:29] </w:t>
      </w:r>
      <w:r>
        <w:t>prophet of islam has said that they were they will be as good as as the ashabur rasool.</w:t>
      </w:r>
    </w:p>
    <w:p>
      <w:pPr>
        <w:jc w:val="right"/>
      </w:pPr>
      <w:r>
        <w:t>प्रोफेट ऑफ इस्लाम हैज़ सेड दैट दे वेर दे विल बी एज गुड एज एज द असहाबुर रसूल।</w:t>
      </w:r>
    </w:p>
    <w:p>
      <w:r>
        <w:rPr>
          <w:b/>
        </w:rPr>
        <w:t xml:space="preserve">[29:34] </w:t>
      </w:r>
      <w:r>
        <w:t>so, i think that it is well established in the hadith that ikhwan rasool are as important group</w:t>
      </w:r>
    </w:p>
    <w:p>
      <w:pPr>
        <w:jc w:val="right"/>
      </w:pPr>
      <w:r>
        <w:t>सो, आई थिंक दैट इट इज़ वेल एस्टैब्लिश्ड इन द हदीस दैट इखवान रसूल आर एज इंपॉर्टेंट ग्रुप</w:t>
      </w:r>
    </w:p>
    <w:p>
      <w:r>
        <w:rPr>
          <w:b/>
        </w:rPr>
        <w:t xml:space="preserve">[29:42] </w:t>
      </w:r>
      <w:r>
        <w:t>as the ashabur rasool.</w:t>
      </w:r>
    </w:p>
    <w:p>
      <w:pPr>
        <w:jc w:val="right"/>
      </w:pPr>
      <w:r>
        <w:t>एज द असहाबुर रसूल।</w:t>
      </w:r>
    </w:p>
    <w:p>
      <w:r>
        <w:rPr>
          <w:b/>
        </w:rPr>
        <w:t xml:space="preserve">[29:49] </w:t>
      </w:r>
      <w:r>
        <w:t>the difference is only in in in time, in age.</w:t>
      </w:r>
    </w:p>
    <w:p>
      <w:pPr>
        <w:jc w:val="right"/>
      </w:pPr>
      <w:r>
        <w:t>द डिफरेंस इज़ ओनली इन इन इन टाइम, इन एज।</w:t>
      </w:r>
    </w:p>
    <w:p>
      <w:r>
        <w:rPr>
          <w:b/>
        </w:rPr>
        <w:t xml:space="preserve">[29:57] </w:t>
      </w:r>
      <w:r>
        <w:t>they both will perform the same duty, same the work, but idiom will be different.</w:t>
      </w:r>
    </w:p>
    <w:p>
      <w:pPr>
        <w:jc w:val="right"/>
      </w:pPr>
      <w:r>
        <w:t>दे बोथ विल परफॉर्म द सेम ड्यूटी, सेम द वर्क, बट इडियम विल बी डिफरेंट।</w:t>
      </w:r>
    </w:p>
    <w:p>
      <w:r>
        <w:rPr>
          <w:b/>
        </w:rPr>
        <w:t xml:space="preserve">[30:05] </w:t>
      </w:r>
      <w:r>
        <w:t>moulana, there is a term which is used in quran, daba.</w:t>
      </w:r>
    </w:p>
    <w:p>
      <w:pPr>
        <w:jc w:val="right"/>
      </w:pPr>
      <w:r>
        <w:t>मुलाना, देयर इज़ अ टर्म व्हिच इज़ यूज़्ड इन कुरान, दाबा।</w:t>
      </w:r>
    </w:p>
    <w:p>
      <w:r>
        <w:rPr>
          <w:b/>
        </w:rPr>
        <w:t xml:space="preserve">[30:11] </w:t>
      </w:r>
      <w:r>
        <w:t>What does Daba means and what is its relevance today?</w:t>
      </w:r>
    </w:p>
    <w:p>
      <w:pPr>
        <w:jc w:val="right"/>
      </w:pPr>
      <w:r>
        <w:t>व्हाट डस दाबा मींस एंड व्हाट इज़ इट्स रेलेवेंस टुडे?</w:t>
      </w:r>
    </w:p>
    <w:p>
      <w:r>
        <w:rPr>
          <w:b/>
        </w:rPr>
        <w:t xml:space="preserve">[30:17] </w:t>
      </w:r>
      <w:r>
        <w:t>daba is an arabic word.</w:t>
      </w:r>
    </w:p>
    <w:p>
      <w:pPr>
        <w:jc w:val="right"/>
      </w:pPr>
      <w:r>
        <w:t>दाबा इज़ एन अरबिक वर्ड।</w:t>
      </w:r>
    </w:p>
    <w:p>
      <w:r>
        <w:rPr>
          <w:b/>
        </w:rPr>
        <w:t xml:space="preserve">[30:23] </w:t>
      </w:r>
      <w:r>
        <w:t>there is a verse in the quran.</w:t>
      </w:r>
    </w:p>
    <w:p>
      <w:pPr>
        <w:jc w:val="right"/>
      </w:pPr>
      <w:r>
        <w:t>देयर इज़ अ वर्स इन द कुरान।</w:t>
      </w:r>
    </w:p>
    <w:p>
      <w:r>
        <w:rPr>
          <w:b/>
        </w:rPr>
        <w:t xml:space="preserve">[30:29] </w:t>
      </w:r>
      <w:r>
        <w:t>so, daba is is</w:t>
      </w:r>
    </w:p>
    <w:p>
      <w:pPr>
        <w:jc w:val="right"/>
      </w:pPr>
      <w:r>
        <w:t>सो, दाबा इज़ इज़</w:t>
      </w:r>
    </w:p>
    <w:p>
      <w:r>
        <w:rPr>
          <w:b/>
        </w:rPr>
        <w:t xml:space="preserve">[30:35] </w:t>
      </w:r>
      <w:r>
        <w:t>A literally the means creeper. Creeper.</w:t>
      </w:r>
    </w:p>
    <w:p>
      <w:pPr>
        <w:jc w:val="right"/>
      </w:pPr>
      <w:r>
        <w:t>अ लिटरली दाबा मींस क्रीपर। क्रीपर।</w:t>
      </w:r>
    </w:p>
    <w:p>
      <w:r>
        <w:rPr>
          <w:b/>
        </w:rPr>
        <w:t xml:space="preserve">[30:40] </w:t>
      </w:r>
      <w:r>
        <w:t>so, i think that daba is not an animal phenomena.</w:t>
      </w:r>
    </w:p>
    <w:p>
      <w:pPr>
        <w:jc w:val="right"/>
      </w:pPr>
      <w:r>
        <w:t>सो, आई थिंक दैट दाबा इज़ नॉट एन एनिमल फिनोमिना।</w:t>
      </w:r>
    </w:p>
    <w:p>
      <w:r>
        <w:rPr>
          <w:b/>
        </w:rPr>
        <w:t xml:space="preserve">[30:45] </w:t>
      </w:r>
      <w:r>
        <w:t>it is a mechanical phenomena.</w:t>
      </w:r>
    </w:p>
    <w:p>
      <w:pPr>
        <w:jc w:val="right"/>
      </w:pPr>
      <w:r>
        <w:t>इट इज़ अ मैकेनिकल फिनोमिना।</w:t>
      </w:r>
    </w:p>
    <w:p>
      <w:r>
        <w:rPr>
          <w:b/>
        </w:rPr>
        <w:t xml:space="preserve">[30:50] </w:t>
      </w:r>
      <w:r>
        <w:t>it is not mentioned in the quran or hadith, but it is my opinion.</w:t>
      </w:r>
    </w:p>
    <w:p>
      <w:pPr>
        <w:jc w:val="right"/>
      </w:pPr>
      <w:r>
        <w:t>इट इज़ नॉट मेंशन इन द कुरान और हदीस, बट इट इज़ माय ओपिनियन।</w:t>
      </w:r>
    </w:p>
    <w:p>
      <w:r>
        <w:rPr>
          <w:b/>
        </w:rPr>
        <w:t xml:space="preserve">[30:55] </w:t>
      </w:r>
      <w:r>
        <w:t>by my own opinion, i can say that daba is not an animal phenomena.</w:t>
      </w:r>
    </w:p>
    <w:p>
      <w:pPr>
        <w:jc w:val="right"/>
      </w:pPr>
      <w:r>
        <w:t>बाय माय ओन ओपिनियन, आई कैन से दैट दाबा इज़ नॉट एन एनिमल फिनोमिना।</w:t>
      </w:r>
    </w:p>
    <w:p>
      <w:r>
        <w:rPr>
          <w:b/>
        </w:rPr>
        <w:t xml:space="preserve">[31:00] </w:t>
      </w:r>
      <w:r>
        <w:t>it is a mechanical phenomena. so,</w:t>
      </w:r>
    </w:p>
    <w:p>
      <w:pPr>
        <w:jc w:val="right"/>
      </w:pPr>
      <w:r>
        <w:t>इट इज़ अ मैकेनिकल फिनोमिना। सो,</w:t>
      </w:r>
    </w:p>
    <w:p>
      <w:r>
        <w:rPr>
          <w:b/>
        </w:rPr>
        <w:t xml:space="preserve">[31:05] </w:t>
      </w:r>
      <w:r>
        <w:t>According to my study, I can say that present multimedia, in perhaps the present multimedia is the.</w:t>
      </w:r>
    </w:p>
    <w:p>
      <w:pPr>
        <w:jc w:val="right"/>
      </w:pPr>
      <w:r>
        <w:t>अकॉर्डिंग टू माय स्टडी, आई कैन से दैट प्रेजेंट मल्टीमीडिया, इन परहेज़ द प्रेजेंट मल्टीमीडिया इज़ दाबा।</w:t>
      </w:r>
    </w:p>
    <w:p>
      <w:r>
        <w:rPr>
          <w:b/>
        </w:rPr>
        <w:t xml:space="preserve">[31:15] </w:t>
      </w:r>
      <w:r>
        <w:t>because multimedia means that spreading a message through the world by by electronic waves.</w:t>
      </w:r>
    </w:p>
    <w:p>
      <w:pPr>
        <w:jc w:val="right"/>
      </w:pPr>
      <w:r>
        <w:t>बिकॉज़ मल्टीमीडिया मींस दैट स्प्रेडिंग अ मैसेज थ्रू द वर्ल्ड बाय बाय इलेक्ट्रॉनिक वेव्स।</w:t>
      </w:r>
    </w:p>
    <w:p>
      <w:r>
        <w:rPr>
          <w:b/>
        </w:rPr>
        <w:t xml:space="preserve">[31:25] </w:t>
      </w:r>
      <w:r>
        <w:t>to, waves of</w:t>
      </w:r>
    </w:p>
    <w:p>
      <w:pPr>
        <w:jc w:val="right"/>
      </w:pPr>
      <w:r>
        <w:t>तो, वेव्स ऑफ</w:t>
      </w:r>
    </w:p>
    <w:p>
      <w:r>
        <w:rPr>
          <w:b/>
        </w:rPr>
        <w:t xml:space="preserve">[31:35] </w:t>
      </w:r>
      <w:r>
        <w:t>daba.</w:t>
      </w:r>
    </w:p>
    <w:p>
      <w:pPr>
        <w:jc w:val="right"/>
      </w:pPr>
      <w:r>
        <w:t>दाबा।</w:t>
      </w:r>
    </w:p>
    <w:p>
      <w:r>
        <w:rPr>
          <w:b/>
        </w:rPr>
        <w:t xml:space="preserve">[31:40] </w:t>
      </w:r>
      <w:r>
        <w:t>So, I think that by the Quran.</w:t>
      </w:r>
    </w:p>
    <w:p>
      <w:pPr>
        <w:jc w:val="right"/>
      </w:pPr>
      <w:r>
        <w:t>सो, आई थिंक दैट दाबा बाय दाबा कुरान।</w:t>
      </w:r>
    </w:p>
    <w:p>
      <w:r>
        <w:rPr>
          <w:b/>
        </w:rPr>
        <w:t xml:space="preserve">[31:44] </w:t>
      </w:r>
      <w:r>
        <w:t>It, I think that the means multimedia.</w:t>
      </w:r>
    </w:p>
    <w:p>
      <w:pPr>
        <w:jc w:val="right"/>
      </w:pPr>
      <w:r>
        <w:t>इट, आई थिंक दैट दाबा मींस मल्टीमीडिया।</w:t>
      </w:r>
    </w:p>
    <w:p>
      <w:r>
        <w:rPr>
          <w:b/>
        </w:rPr>
        <w:t xml:space="preserve">[31:48] </w:t>
      </w:r>
      <w:r>
        <w:t>it is my opinion.</w:t>
      </w:r>
    </w:p>
    <w:p>
      <w:pPr>
        <w:jc w:val="right"/>
      </w:pPr>
      <w:r>
        <w:t>इट इज़ माय ओपिनियन।</w:t>
      </w:r>
    </w:p>
    <w:p>
      <w:r>
        <w:rPr>
          <w:b/>
        </w:rPr>
        <w:t xml:space="preserve">[31:52] </w:t>
      </w:r>
      <w:r>
        <w:t>It is not written in the Quran, but according to my opinion, Dawah means present multimedia.</w:t>
      </w:r>
    </w:p>
    <w:p>
      <w:pPr>
        <w:jc w:val="right"/>
      </w:pPr>
      <w:r>
        <w:t>इट इज़ नॉट रिटन इन द कुरान, बट अकॉर्डिंग टू माय ओपिनियन, दाबा मींस प्रेजेंट मल्टीमीडिया।</w:t>
      </w:r>
    </w:p>
    <w:p>
      <w:r>
        <w:rPr>
          <w:b/>
        </w:rPr>
        <w:t xml:space="preserve">[31:57] </w:t>
      </w:r>
      <w:r>
        <w:t>so, it refers to our responsibility.</w:t>
      </w:r>
    </w:p>
    <w:p>
      <w:pPr>
        <w:jc w:val="right"/>
      </w:pPr>
      <w:r>
        <w:t>सो, इट रेफर्स टू आवर रिस्पांसिबिलिटी।</w:t>
      </w:r>
    </w:p>
    <w:p>
      <w:r>
        <w:rPr>
          <w:b/>
        </w:rPr>
        <w:t xml:space="preserve">[32:01] </w:t>
      </w:r>
      <w:r>
        <w:t>the word da</w:t>
      </w:r>
    </w:p>
    <w:p>
      <w:pPr>
        <w:jc w:val="right"/>
      </w:pPr>
      <w:r>
        <w:t>द वर्ड दा</w:t>
      </w:r>
    </w:p>
    <w:p>
      <w:r>
        <w:rPr>
          <w:b/>
        </w:rPr>
        <w:t xml:space="preserve">[32:05] </w:t>
      </w:r>
      <w:r>
        <w:t>ba refers to our responsibility that the day will come when you will find the age of multimedia, electronic media.</w:t>
      </w:r>
    </w:p>
    <w:p>
      <w:pPr>
        <w:jc w:val="right"/>
      </w:pPr>
      <w:r>
        <w:t>बा रेफर्स टू आवर रिस्पांसिबिलिटी दैट द डे विल कम व्हेन यू विल फाइंड द एज ऑफ मल्टीमीडिया, इलेक्ट्रॉनिक मीडिया।</w:t>
      </w:r>
    </w:p>
    <w:p>
      <w:r>
        <w:rPr>
          <w:b/>
        </w:rPr>
        <w:t xml:space="preserve">[32:13] </w:t>
      </w:r>
      <w:r>
        <w:t>so, you have to you have to avail this opportunity for the work.</w:t>
      </w:r>
    </w:p>
    <w:p>
      <w:pPr>
        <w:jc w:val="right"/>
      </w:pPr>
      <w:r>
        <w:t>सो, यू हैव टू यू हैव टू अवेल दिस ओपोरर्चुनिटी फॉर द वर्क।</w:t>
      </w:r>
    </w:p>
    <w:p>
      <w:r>
        <w:rPr>
          <w:b/>
        </w:rPr>
        <w:t xml:space="preserve">[32:21] </w:t>
      </w:r>
      <w:r>
        <w:t>so, present daba or multimedia is an opportunity.</w:t>
      </w:r>
    </w:p>
    <w:p>
      <w:pPr>
        <w:jc w:val="right"/>
      </w:pPr>
      <w:r>
        <w:t>सो, प्रेजेंट दाबा और मल्टीमीडिया इज़ एन ओपोरर्चुनिटी।</w:t>
      </w:r>
    </w:p>
    <w:p>
      <w:r>
        <w:rPr>
          <w:b/>
        </w:rPr>
        <w:t xml:space="preserve">[32:28] </w:t>
      </w:r>
      <w:r>
        <w:t>and this quranic verse only only reminds us that</w:t>
      </w:r>
    </w:p>
    <w:p>
      <w:pPr>
        <w:jc w:val="right"/>
      </w:pPr>
      <w:r>
        <w:t>एंड दिस कुरानिक वर्स ओनली ओनली रिमाइंड्स अस दैट</w:t>
      </w:r>
    </w:p>
    <w:p>
      <w:r>
        <w:rPr>
          <w:b/>
        </w:rPr>
        <w:t xml:space="preserve">[32:36] </w:t>
      </w:r>
      <w:r>
        <w:t>it is your duty to avail this opportunity for the work, for for international the work. Maulana, what is sufism? is it also a part of islam? there is a different opinion. it is a controversial issue. some scholars think that sufism is is a true expr</w:t>
      </w:r>
    </w:p>
    <w:p>
      <w:pPr>
        <w:jc w:val="right"/>
      </w:pPr>
      <w:r>
        <w:t>इट इज़ योर ड्यूटी टू अवेल दिस ओपोरर्चुनिटी फॉर द वर्क, फॉर फॉर इंटरनेशनल द वर्क। मुलाना, व्हाट इज़ सूफिज्म? इज़ इट आल्सो अ पार्ट ऑफ इस्लाम? देयर इज़ अ डिफरेंट ओपिनियन। इट इज़ अ कंट्रोवर्शियल इशू। सम स्कॉलर्स थिंक दैट सूफिज्म इज़ इज़ अ ट्रू एक्सप्र</w:t>
      </w:r>
    </w:p>
    <w:p>
      <w:r>
        <w:rPr>
          <w:b/>
        </w:rPr>
        <w:t xml:space="preserve">[33:06] </w:t>
      </w:r>
      <w:r>
        <w:t>shion of islam, but i don't think that it is they are right.</w:t>
      </w:r>
    </w:p>
    <w:p>
      <w:pPr>
        <w:jc w:val="right"/>
      </w:pPr>
      <w:r>
        <w:t>ेशन ऑफ इस्लाम, बट आई डोंट थिंक दैट इट इज़ दे आर राइट।</w:t>
      </w:r>
    </w:p>
    <w:p>
      <w:r>
        <w:rPr>
          <w:b/>
        </w:rPr>
        <w:t xml:space="preserve">[33:16] </w:t>
      </w:r>
      <w:r>
        <w:t>because in sufism, present sufism, especially present sufism is is not a is not a true expression of islam.</w:t>
      </w:r>
    </w:p>
    <w:p>
      <w:pPr>
        <w:jc w:val="right"/>
      </w:pPr>
      <w:r>
        <w:t>बिकॉज़ इन सूफिज्म, प्रेजेंट सूफिज्म, एस्पेशली प्रेजेंट सूफिज्म इज़ इज़ नॉट अ इज़ नॉट अ ट्रू एक्सप्रेशन ऑफ इस्लाम।</w:t>
      </w:r>
    </w:p>
    <w:p>
      <w:r>
        <w:rPr>
          <w:b/>
        </w:rPr>
        <w:t xml:space="preserve">[33:27] </w:t>
      </w:r>
      <w:r>
        <w:t>there are so many thing which are which are quite unislamic.</w:t>
      </w:r>
    </w:p>
    <w:p>
      <w:pPr>
        <w:jc w:val="right"/>
      </w:pPr>
      <w:r>
        <w:t>देयर आर सो मेनी थिंग व्हिच आर व्हिच आर क्वाइट अनइस्लामिक।</w:t>
      </w:r>
    </w:p>
    <w:p>
      <w:r>
        <w:rPr>
          <w:b/>
        </w:rPr>
        <w:t xml:space="preserve">[33:37] </w:t>
      </w:r>
      <w:r>
        <w:t>although they they they practice the they practice sufi methods in the name of islam.</w:t>
      </w:r>
    </w:p>
    <w:p>
      <w:pPr>
        <w:jc w:val="right"/>
      </w:pPr>
      <w:r>
        <w:t>ऑल्दो दे दे दे प्रैक्टिस द दे प्रैक्टिस सूफी मेथड्स इन द नेम ऑफ इस्लाम।</w:t>
      </w:r>
    </w:p>
    <w:p>
      <w:r>
        <w:rPr>
          <w:b/>
        </w:rPr>
        <w:t xml:space="preserve">[33:43] </w:t>
      </w:r>
      <w:r>
        <w:t>de called it islamic tasawwuf.</w:t>
      </w:r>
    </w:p>
    <w:p>
      <w:pPr>
        <w:jc w:val="right"/>
      </w:pPr>
      <w:r>
        <w:t>दे कॉल्ड इट इस्लामिक तसव्वुफ।</w:t>
      </w:r>
    </w:p>
    <w:p>
      <w:r>
        <w:rPr>
          <w:b/>
        </w:rPr>
        <w:t xml:space="preserve">[33:49] </w:t>
      </w:r>
      <w:r>
        <w:t>but i think that it is a deviation.</w:t>
      </w:r>
    </w:p>
    <w:p>
      <w:pPr>
        <w:jc w:val="right"/>
      </w:pPr>
      <w:r>
        <w:t>बट आई थिंक दैट इट इज़ अ डिविएशन।</w:t>
      </w:r>
    </w:p>
    <w:p>
      <w:r>
        <w:rPr>
          <w:b/>
        </w:rPr>
        <w:t xml:space="preserve">[33:55] </w:t>
      </w:r>
      <w:r>
        <w:t>de have adopted some thing from outside and added to islam.</w:t>
      </w:r>
    </w:p>
    <w:p>
      <w:pPr>
        <w:jc w:val="right"/>
      </w:pPr>
      <w:r>
        <w:t>दे हैव अडॉप्टेड सम थिंग फ्रॉम आउटसाइड एंड ऐडेड टू इस्लाम।</w:t>
      </w:r>
    </w:p>
    <w:p>
      <w:r>
        <w:rPr>
          <w:b/>
        </w:rPr>
        <w:t xml:space="preserve">[34:01] </w:t>
      </w:r>
      <w:r>
        <w:t>it is not based completely on isla</w:t>
      </w:r>
    </w:p>
    <w:p>
      <w:pPr>
        <w:jc w:val="right"/>
      </w:pPr>
      <w:r>
        <w:t>इट इज़ नॉट बेस्ड कंपलीटली ऑन इस्ला</w:t>
      </w:r>
    </w:p>
    <w:p>
      <w:r>
        <w:rPr>
          <w:b/>
        </w:rPr>
        <w:t xml:space="preserve">[34:07] </w:t>
      </w:r>
      <w:r>
        <w:t>mic teachings. some things are islamic. for example, they perform namaz five time and they they fast in the month of ramzan, etc, etc. it is islam. but at the same time, they have included some more thing from outside. so, it is partially it is islamic and partially</w:t>
      </w:r>
    </w:p>
    <w:p>
      <w:pPr>
        <w:jc w:val="right"/>
      </w:pPr>
      <w:r>
        <w:t>मिक टीचिंग्स। सम थिंग्स आर इस्लामिक। फॉर एग्जांपल, दे परफॉर्म नमाज फाइव टाइम एंड दे दे फास्ट इन द मंथ ऑफ रमजान, एटसेट्रा, एटसेट्रा। इट इज़ इस्लाम। बट एट द सेम टाइम, दे हैव इंक्लूडेड सम मोर थिंग फ्रॉम आउटसाइड। सो, इट इज़ पार्शियली इट इज़ इस्लामिक एंड पार्शियली</w:t>
      </w:r>
    </w:p>
    <w:p>
      <w:r>
        <w:rPr>
          <w:b/>
        </w:rPr>
        <w:t xml:space="preserve">[34:37] </w:t>
      </w:r>
      <w:r>
        <w:t>it is unislamic.</w:t>
      </w:r>
    </w:p>
    <w:p>
      <w:pPr>
        <w:jc w:val="right"/>
      </w:pPr>
      <w:r>
        <w:t>इट इज़ अनइस्लामिक।</w:t>
      </w:r>
    </w:p>
    <w:p>
      <w:r>
        <w:rPr>
          <w:b/>
        </w:rPr>
        <w:t xml:space="preserve">[34:42] </w:t>
      </w:r>
      <w:r>
        <w:t>In according to my study and my experience, Tasawwuf partially it is partially Islamic and partially it is un-Islamic.</w:t>
      </w:r>
    </w:p>
    <w:p>
      <w:pPr>
        <w:jc w:val="right"/>
      </w:pPr>
      <w:r>
        <w:t>इन अकॉर्डिंग टू माय स्टडी एंड माय एक्सपीरियंस, तसव्वुफ पार्शियली इट इज़ पार्शियली इस्लामिक एंड पार्शियली इट इज़ अनइस्लामिक।</w:t>
      </w:r>
    </w:p>
    <w:p>
      <w:r>
        <w:rPr>
          <w:b/>
        </w:rPr>
        <w:t xml:space="preserve">[34:47] </w:t>
      </w:r>
      <w:r>
        <w:t>moulana, that brings us to the concept of ishtehaad.</w:t>
      </w:r>
    </w:p>
    <w:p>
      <w:pPr>
        <w:jc w:val="right"/>
      </w:pPr>
      <w:r>
        <w:t>मुलाना, दैट ब्रिंग्स अस टू द कांसेप्ट ऑफ इश्तेहाद।</w:t>
      </w:r>
    </w:p>
    <w:p>
      <w:r>
        <w:rPr>
          <w:b/>
        </w:rPr>
        <w:t xml:space="preserve">[34:52] </w:t>
      </w:r>
      <w:r>
        <w:t>what is ishtehaad?</w:t>
      </w:r>
    </w:p>
    <w:p>
      <w:pPr>
        <w:jc w:val="right"/>
      </w:pPr>
      <w:r>
        <w:t>व्हाट इज़ इश्तेहाद?</w:t>
      </w:r>
    </w:p>
    <w:p>
      <w:r>
        <w:rPr>
          <w:b/>
        </w:rPr>
        <w:t xml:space="preserve">[34:57] </w:t>
      </w:r>
      <w:r>
        <w:t>ishtehaad literally ishtehaad literally means to strive. to strive.</w:t>
      </w:r>
    </w:p>
    <w:p>
      <w:pPr>
        <w:jc w:val="right"/>
      </w:pPr>
      <w:r>
        <w:t>इश्तेहाद लिटरली इश्तेहाद लिटरली मींस टू स्ट्राइव। टू स्ट्राइव।</w:t>
      </w:r>
    </w:p>
    <w:p>
      <w:r>
        <w:rPr>
          <w:b/>
        </w:rPr>
        <w:t xml:space="preserve">[35:02] </w:t>
      </w:r>
      <w:r>
        <w:t>so, ishtehaad means to s</w:t>
      </w:r>
    </w:p>
    <w:p>
      <w:pPr>
        <w:jc w:val="right"/>
      </w:pPr>
      <w:r>
        <w:t>सो, इश्तेहाद मींस टू स्</w:t>
      </w:r>
    </w:p>
    <w:p>
      <w:r>
        <w:rPr>
          <w:b/>
        </w:rPr>
        <w:t xml:space="preserve">[35:07] </w:t>
      </w:r>
      <w:r>
        <w:t>try to to to reach to some conclusion.</w:t>
      </w:r>
    </w:p>
    <w:p>
      <w:pPr>
        <w:jc w:val="right"/>
      </w:pPr>
      <w:r>
        <w:t>ट्राइव टू टू टू रीच टू सम कंक्लूजन।</w:t>
      </w:r>
    </w:p>
    <w:p>
      <w:r>
        <w:rPr>
          <w:b/>
        </w:rPr>
        <w:t xml:space="preserve">[35:15] </w:t>
      </w:r>
      <w:r>
        <w:t>so, as a term, as an islamic term, ishtehaad means to apply islamic principles in a in the changing situation.</w:t>
      </w:r>
    </w:p>
    <w:p>
      <w:pPr>
        <w:jc w:val="right"/>
      </w:pPr>
      <w:r>
        <w:t>सो, एज अ टर्म, एज एन इस्लामिक टर्म, इश्तेहाद मींस टू अप्लाई इस्लामिक प्रिंसिपल्स इन अ इन द चेंजिंग सिचुएशन।</w:t>
      </w:r>
    </w:p>
    <w:p>
      <w:r>
        <w:rPr>
          <w:b/>
        </w:rPr>
        <w:t xml:space="preserve">[35:23] </w:t>
      </w:r>
      <w:r>
        <w:t>apply the islamic principles in a changing situation.</w:t>
      </w:r>
    </w:p>
    <w:p>
      <w:pPr>
        <w:jc w:val="right"/>
      </w:pPr>
      <w:r>
        <w:t>अप्लाई द इस्लामिक प्रिंसिपल्स इन अ चेंजिंग सिचुएशन।</w:t>
      </w:r>
    </w:p>
    <w:p>
      <w:r>
        <w:rPr>
          <w:b/>
        </w:rPr>
        <w:t xml:space="preserve">[35:30] </w:t>
      </w:r>
      <w:r>
        <w:t>so, when there is a change in situation</w:t>
      </w:r>
    </w:p>
    <w:p>
      <w:pPr>
        <w:jc w:val="right"/>
      </w:pPr>
      <w:r>
        <w:t>सो, व्हेन देयर इज़ अ चेंज इन सिचुएशन</w:t>
      </w:r>
    </w:p>
    <w:p>
      <w:r>
        <w:rPr>
          <w:b/>
        </w:rPr>
        <w:t xml:space="preserve">[35:38] </w:t>
      </w:r>
      <w:r>
        <w:t>, at that time, you have to understand that what is the the nature of the change.</w:t>
      </w:r>
    </w:p>
    <w:p>
      <w:pPr>
        <w:jc w:val="right"/>
      </w:pPr>
      <w:r>
        <w:t>, एट दैट टाइम, यू हैव टू अंडरस्टैंड दैट व्हाट इज़ द द नेचर ऑफ द चेंज।</w:t>
      </w:r>
    </w:p>
    <w:p>
      <w:r>
        <w:rPr>
          <w:b/>
        </w:rPr>
        <w:t xml:space="preserve">[35:44] </w:t>
      </w:r>
      <w:r>
        <w:t>And then, you have to reapply Islamic principles on this changing situation.</w:t>
      </w:r>
    </w:p>
    <w:p>
      <w:pPr>
        <w:jc w:val="right"/>
      </w:pPr>
      <w:r>
        <w:t>एंड देन, यू हैव टू रिअप्लाई इस्लामिक प्रिंसिपल्स ऑन दिस चेंजिंग सिचुएशन।</w:t>
      </w:r>
    </w:p>
    <w:p>
      <w:r>
        <w:rPr>
          <w:b/>
        </w:rPr>
        <w:t xml:space="preserve">[35:50] </w:t>
      </w:r>
      <w:r>
        <w:t>so, some some people think that ishtehaad means revisionism, but it is wrong.</w:t>
      </w:r>
    </w:p>
    <w:p>
      <w:pPr>
        <w:jc w:val="right"/>
      </w:pPr>
      <w:r>
        <w:t>सो, सम सम पीपल थिंक दैट इश्तेहाद मींस रिवीजनिज्म, बट इट इज़ रॉन्ग।</w:t>
      </w:r>
    </w:p>
    <w:p>
      <w:r>
        <w:rPr>
          <w:b/>
        </w:rPr>
        <w:t xml:space="preserve">[35:56] </w:t>
      </w:r>
      <w:r>
        <w:t>ishtehaad is not revisionism.</w:t>
      </w:r>
    </w:p>
    <w:p>
      <w:pPr>
        <w:jc w:val="right"/>
      </w:pPr>
      <w:r>
        <w:t>इश्तेहाद इज़ नॉट रिवीजनिज्म।</w:t>
      </w:r>
    </w:p>
    <w:p>
      <w:r>
        <w:rPr>
          <w:b/>
        </w:rPr>
        <w:t xml:space="preserve">[36:02] </w:t>
      </w:r>
      <w:r>
        <w:t>no, ishtehaad is simply reapplication.</w:t>
      </w:r>
    </w:p>
    <w:p>
      <w:pPr>
        <w:jc w:val="right"/>
      </w:pPr>
      <w:r>
        <w:t>नो, इश्तेहाद इज़ सिंपली रिअप्लिकेशन।</w:t>
      </w:r>
    </w:p>
    <w:p>
      <w:r>
        <w:rPr>
          <w:b/>
        </w:rPr>
        <w:t xml:space="preserve">[36:08] </w:t>
      </w:r>
      <w:r>
        <w:t>reapplication of islamic teachings in a changing situation. so, when there is a change in situation, at that time, you have to understand that what is the the nature of the change. and then, you have to reapply islamic principles on this changing situation. so, some some people think that ijtihad means revisionism, but it is wrong.</w:t>
      </w:r>
    </w:p>
    <w:p>
      <w:pPr>
        <w:jc w:val="right"/>
      </w:pPr>
      <w:r>
        <w:t>रिअप्लिकेशन ऑफ इस्लामिक टीचिंग्स इन अ चेंजिंग सिचुएशन। सो, व्हेन देयर इज़ अ चेंज इन सिचुएशन, एट दैट टाइम, यू हैव टू अंडरस्टैंड दैट व्हाट इज़ द द नेचर ऑफ द चेंज। एंड देन, यू हैव टू रिअप्लाई इस्लामिक प्रिंसिपल्स ऑन दिस चेंजिंग सिचुएशन। सो, सम सम पीपल थिंक दैट इश्तेहाद मींस रिवीजनिज्म, बट इट इज़ रॉन्ग।</w:t>
      </w:r>
    </w:p>
    <w:p>
      <w:r>
        <w:rPr>
          <w:b/>
        </w:rPr>
        <w:t xml:space="preserve">[36:38] </w:t>
      </w:r>
      <w:r>
        <w:t>ishtehaad is not revisionism.</w:t>
      </w:r>
    </w:p>
    <w:p>
      <w:pPr>
        <w:jc w:val="right"/>
      </w:pPr>
      <w:r>
        <w:t>इश्तेहाद इज़ नॉट रिवीजनिज्म।</w:t>
      </w:r>
    </w:p>
    <w:p>
      <w:r>
        <w:rPr>
          <w:b/>
        </w:rPr>
        <w:t xml:space="preserve">[36:43] </w:t>
      </w:r>
      <w:r>
        <w:t>no, ishtehaad is simply reapplication.</w:t>
      </w:r>
    </w:p>
    <w:p>
      <w:pPr>
        <w:jc w:val="right"/>
      </w:pPr>
      <w:r>
        <w:t>नो, इश्तेहाद इज़ सिंपली रिअप्लिकेशन।</w:t>
      </w:r>
    </w:p>
    <w:p>
      <w:r>
        <w:rPr>
          <w:b/>
        </w:rPr>
        <w:t xml:space="preserve">[36:48] </w:t>
      </w:r>
      <w:r>
        <w:t>reapplication of islamic teachings in a changing situation.</w:t>
      </w:r>
    </w:p>
    <w:p>
      <w:pPr>
        <w:jc w:val="right"/>
      </w:pPr>
      <w:r>
        <w:t>रिअप्लिकेशन ऑफ इस्लामिक टीचिंग्स इन अ चेंजिंग सिचुएशन।</w:t>
      </w:r>
    </w:p>
    <w:p>
      <w:r>
        <w:rPr>
          <w:b/>
        </w:rPr>
        <w:t xml:space="preserve">[36:53] </w:t>
      </w:r>
      <w:r>
        <w:t>When there is change in situation, then, you have to try to reapply the Islamic teachings.</w:t>
      </w:r>
    </w:p>
    <w:p>
      <w:pPr>
        <w:jc w:val="right"/>
      </w:pPr>
      <w:r>
        <w:t>व्हेन देयर इज़ चेंज इन सिचुएशन, देन, यू हैव टू ट्राई टू रिअप्लाई द इस्लामिक टीचिंग्स।</w:t>
      </w:r>
    </w:p>
    <w:p>
      <w:r>
        <w:rPr>
          <w:b/>
        </w:rPr>
        <w:t xml:space="preserve">[36:58] </w:t>
      </w:r>
      <w:r>
        <w:t>that is ishtehaad.</w:t>
      </w:r>
    </w:p>
    <w:p>
      <w:pPr>
        <w:jc w:val="right"/>
      </w:pPr>
      <w:r>
        <w:t>दैट इज़ इश्तेहाद।</w:t>
      </w:r>
    </w:p>
    <w:p>
      <w:r>
        <w:rPr>
          <w:b/>
        </w:rPr>
        <w:t xml:space="preserve">[37:03] </w:t>
      </w:r>
      <w:r>
        <w:t>what is the message that you would like to give to muslims in the whole world?</w:t>
      </w:r>
    </w:p>
    <w:p>
      <w:pPr>
        <w:jc w:val="right"/>
      </w:pPr>
      <w:r>
        <w:t>व्हाट इज़ द मैसेज दैट यू वुड लाइक टू गिव टू मुस्लिम्स इन द होल वर्ल्ड?</w:t>
      </w:r>
    </w:p>
    <w:p>
      <w:r>
        <w:rPr>
          <w:b/>
        </w:rPr>
        <w:t xml:space="preserve">[37:08] </w:t>
      </w:r>
      <w:r>
        <w:t>i think that the most important need for muslims is positive thinking. almost all the muslim world, all the muslim men and muslim women are living in negative feeling. negative feeling. the the all the nations are enemies,</w:t>
      </w:r>
    </w:p>
    <w:p>
      <w:pPr>
        <w:jc w:val="right"/>
      </w:pPr>
      <w:r>
        <w:t>आई थिंक दैट द मोस्ट इंपॉर्टेंट नीड फॉर मुस्लिम्स इज़ पॉजिटिव थिंकिंग। ऑलमोस्ट ऑल द मुस्लिम वर्ल्ड, ऑल द मुस्लिम मेन एंड मुस्लिम मेमन आर लिविंग इन नेगेटिव फीलिंग। नेगेटिव फीलिंग। द द ऑल द नेशंस आर एनिमीज,</w:t>
      </w:r>
    </w:p>
    <w:p>
      <w:r>
        <w:rPr>
          <w:b/>
        </w:rPr>
        <w:t xml:space="preserve">[37:38] </w:t>
      </w:r>
      <w:r>
        <w:t>according to their opinion.</w:t>
      </w:r>
    </w:p>
    <w:p>
      <w:pPr>
        <w:jc w:val="right"/>
      </w:pPr>
      <w:r>
        <w:t>अकॉर्डिंग टू देयर ओपिनियन।</w:t>
      </w:r>
    </w:p>
    <w:p>
      <w:r>
        <w:rPr>
          <w:b/>
        </w:rPr>
        <w:t xml:space="preserve">[37:44] </w:t>
      </w:r>
      <w:r>
        <w:t>so, every muslim is living in negative feeling.</w:t>
      </w:r>
    </w:p>
    <w:p>
      <w:pPr>
        <w:jc w:val="right"/>
      </w:pPr>
      <w:r>
        <w:t>सो, एव्री मुस्लिम इज़ लिविंग इन नेगेटिव फीलिंग।</w:t>
      </w:r>
    </w:p>
    <w:p>
      <w:r>
        <w:rPr>
          <w:b/>
        </w:rPr>
        <w:t xml:space="preserve">[37:49] </w:t>
      </w:r>
      <w:r>
        <w:t>these is wrong.</w:t>
      </w:r>
    </w:p>
    <w:p>
      <w:pPr>
        <w:jc w:val="right"/>
      </w:pPr>
      <w:r>
        <w:t>दीज़ इज़ रॉन्ग।</w:t>
      </w:r>
    </w:p>
    <w:p>
      <w:r>
        <w:rPr>
          <w:b/>
        </w:rPr>
        <w:t xml:space="preserve">[37:54] </w:t>
      </w:r>
      <w:r>
        <w:t>these is against the islamic teachings and against the against the naturally scheme.</w:t>
      </w:r>
    </w:p>
    <w:p>
      <w:pPr>
        <w:jc w:val="right"/>
      </w:pPr>
      <w:r>
        <w:t>दीज़ इज़ अगेंस्ट द इस्लामिक टीचिंग्स एंड अगेंस्ट दी अगेंस्ट दी नेचरली स्कीम।</w:t>
      </w:r>
    </w:p>
    <w:p>
      <w:r>
        <w:rPr>
          <w:b/>
        </w:rPr>
        <w:t xml:space="preserve">[37:59] </w:t>
      </w:r>
      <w:r>
        <w:t>so, i think that muslims must eradicate all those negative feelings and they must inculcate positive thinking.</w:t>
      </w:r>
    </w:p>
    <w:p>
      <w:pPr>
        <w:jc w:val="right"/>
      </w:pPr>
      <w:r>
        <w:t>सो, आई थिंक दैट मुस्लिम्स मस्ट इरेडिकेट ऑल दोज़ नेगेटिव फीलिंग्स एंड दे मस्ट इंकल्केट पॉजिटिव थिंकिंग।</w:t>
      </w:r>
    </w:p>
    <w:p>
      <w:r>
        <w:rPr>
          <w:b/>
        </w:rPr>
        <w:t xml:space="preserve">[38:04] </w:t>
      </w:r>
      <w:r>
        <w:t>de must inculcate positive</w:t>
      </w:r>
    </w:p>
    <w:p>
      <w:pPr>
        <w:jc w:val="right"/>
      </w:pPr>
      <w:r>
        <w:t>दे मस्ट इंकल्केट पॉजिटिव</w:t>
      </w:r>
    </w:p>
    <w:p>
      <w:r>
        <w:rPr>
          <w:b/>
        </w:rPr>
        <w:t xml:space="preserve">[38:09] </w:t>
      </w:r>
      <w:r>
        <w:t>thinking, positive feeling in their heart, in their mind. the most urgent need for muslim is to to to to adopt positive thinking and abandon negative thinking. thank you, Maulana Wahiduddin Khan, for sharing your views with us.</w:t>
      </w:r>
    </w:p>
    <w:p>
      <w:pPr>
        <w:jc w:val="right"/>
      </w:pPr>
      <w:r>
        <w:t>थिंकिंग, पॉजिटिव फीलिंग इन देयर हार्ट, इन देयर माइंड। द मोस्ट अर्जेंट नीड फॉर मुस्लिम इज़ टू टू टू टू अडॉप्ट पॉजिटिव थिंकिंग एंड अबंडन नेगेटिव थिंकिंग। थैंक यू, मुलाना वैदुद्दीन खान, फॉर शेयरिंग योर व्यूज विद अस।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