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Creature Worship to Creator Worship November 22, 2009 Maulana Wahiduddin Khan</w:t>
      </w:r>
    </w:p>
    <w:p>
      <w:r>
        <w:t>https://www.youtube.com/watch?v=2ZdtG-jZOS0</w:t>
      </w:r>
    </w:p>
    <w:p>
      <w:r>
        <w:rPr>
          <w:b/>
        </w:rPr>
        <w:t xml:space="preserve">[00:14] </w:t>
      </w:r>
      <w:r>
        <w:t>bismillah rahman rahim. wasallallahu ala nabiyyil karim. rabishrah li sadri wa yassir li amri wahlul uqdatam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[00:36] </w:t>
      </w:r>
      <w:r>
        <w:t>aaj ke liye jo topic hai woh hai</w:t>
      </w:r>
    </w:p>
    <w:p>
      <w:pPr>
        <w:jc w:val="right"/>
      </w:pPr>
      <w:r>
        <w:t>آج کے لیے جو ٹاپک ہے وہ ہے</w:t>
      </w:r>
    </w:p>
    <w:p>
      <w:r>
        <w:rPr>
          <w:b/>
        </w:rPr>
        <w:t xml:space="preserve">[00:41] </w:t>
      </w:r>
      <w:r>
        <w:t>makhlooq parasti se khuda parasti tak. yani from creature worship to creator worship.</w:t>
      </w:r>
    </w:p>
    <w:p>
      <w:pPr>
        <w:jc w:val="right"/>
      </w:pPr>
      <w:r>
        <w:t>مخلوق پرستی سے خدا پرستی تک۔ یعنی from creature worship to creator worship۔</w:t>
      </w:r>
    </w:p>
    <w:p>
      <w:r>
        <w:rPr>
          <w:b/>
        </w:rPr>
        <w:t xml:space="preserve">[00:56] </w:t>
      </w:r>
      <w:r>
        <w:t>yeh poore jo history hai religion ki is poori history ko cover karta hai yeh title. briefly.</w:t>
      </w:r>
    </w:p>
    <w:p>
      <w:pPr>
        <w:jc w:val="right"/>
      </w:pPr>
      <w:r>
        <w:t>یہ پورے جو history ہے religion کی اس پوری history کو cover کرتا ہے یہ ٹائٹل۔ Briefly۔</w:t>
      </w:r>
    </w:p>
    <w:p>
      <w:r>
        <w:rPr>
          <w:b/>
        </w:rPr>
        <w:t xml:space="preserve">[01:07] </w:t>
      </w:r>
      <w:r>
        <w:t>aaj ki talk ko main shuru karna chahta hoon ek aaj ke reference se. dekhen mere haath mein yeh aaj ka newspaper hai.</w:t>
      </w:r>
    </w:p>
    <w:p>
      <w:pPr>
        <w:jc w:val="right"/>
      </w:pPr>
      <w:r>
        <w:t>آج کی ٹاک کو میں شروع کرنا چاہتا ہوں ایک آج کے ریفرنس سے۔ دیکھیں میرے ہاتھ میں یہ آج کا نیوز پیپر ہے۔</w:t>
      </w:r>
    </w:p>
    <w:p>
      <w:r>
        <w:rPr>
          <w:b/>
        </w:rPr>
        <w:t xml:space="preserve">[01:18] </w:t>
      </w:r>
      <w:r>
        <w:t>bais november do hazar nau. november twenty-second two thousand nine. is mein ek report chhapi hai.</w:t>
      </w:r>
    </w:p>
    <w:p>
      <w:pPr>
        <w:jc w:val="right"/>
      </w:pPr>
      <w:r>
        <w:t>بائیس نومبر دو ہزار نو۔ نومبر twenty-second two thousand nine۔ اس میں ایک رپورٹ چھپی ہے۔</w:t>
      </w:r>
    </w:p>
    <w:p>
      <w:r>
        <w:rPr>
          <w:b/>
        </w:rPr>
        <w:t xml:space="preserve">[01:29] </w:t>
      </w:r>
      <w:r>
        <w:t>aap jante hain ke yahan nai dilli mein kal ek international conference hui.</w:t>
      </w:r>
    </w:p>
    <w:p>
      <w:pPr>
        <w:jc w:val="right"/>
      </w:pPr>
      <w:r>
        <w:t>آپ جانتے ہیں کہ یہاں نئی دہلی میں کل ایک international conference ہوئی۔</w:t>
      </w:r>
    </w:p>
    <w:p>
      <w:r>
        <w:rPr>
          <w:b/>
        </w:rPr>
        <w:t xml:space="preserve">[01:41] </w:t>
      </w:r>
      <w:r>
        <w:t>yeh thi terrorism par. bohat hi top ke log is mein aaye. to is mein ek sahab thay jo bohat hi well known leader hain india ke.</w:t>
      </w:r>
    </w:p>
    <w:p>
      <w:pPr>
        <w:jc w:val="right"/>
      </w:pPr>
      <w:r>
        <w:t>یہ تھی terrorism پر۔ بہت ہی ٹاپ کے لوگ اس میں آئے۔ تو اس میں ایک صاحب تھے جو بہت ہی well known leader ہیں انڈیا کے۔</w:t>
      </w:r>
    </w:p>
    <w:p>
      <w:r>
        <w:rPr>
          <w:b/>
        </w:rPr>
        <w:t xml:space="preserve">[01:54] </w:t>
      </w:r>
      <w:r>
        <w:t>unhon ne apni speech mein irrelevantly khuda ka zikr kiya. terrorism ka koi talluq khuda se nahi hai.</w:t>
      </w:r>
    </w:p>
    <w:p>
      <w:pPr>
        <w:jc w:val="right"/>
      </w:pPr>
      <w:r>
        <w:t>انہوں نے اپنی سپیچ میں irrelevantly خدا کا ذکر کیا۔ Terrorism کا کوئی تعلق خدا سے نہیں ہے۔</w:t>
      </w:r>
    </w:p>
    <w:p>
      <w:r>
        <w:rPr>
          <w:b/>
        </w:rPr>
        <w:t xml:space="preserve">[02:06] </w:t>
      </w:r>
      <w:r>
        <w:t>khuda ka zikr kiya. aur phir kaha ke yeh jo log suicide bombing karte hain to woh yeh concept liye hue hotay hain ke marte hi unhein woh mortar ho jayenge.</w:t>
      </w:r>
    </w:p>
    <w:p>
      <w:pPr>
        <w:jc w:val="right"/>
      </w:pPr>
      <w:r>
        <w:t>خدا کا ذکر کیا۔ اور پھر کہا کہ یہ جو لوگ suicide bombing کرتے ہیں تو وہ یہ concept لیے ہوئے ہوتے ہیں کہ مرتے ہی انہیں وہ mortar ہو جائیں گے۔</w:t>
      </w:r>
    </w:p>
    <w:p>
      <w:r>
        <w:rPr>
          <w:b/>
        </w:rPr>
        <w:t xml:space="preserve">[02:25] </w:t>
      </w:r>
      <w:r>
        <w:t>aur mortar ho kar ke jannat mein chale jayenge. yani khuda unhein jannat mein dakhil kar dega foran. wahan khoob araam se rahenge. to yeh kehte hue unhon ne kaha ke unhon ne is ka mazak uraya.</w:t>
      </w:r>
    </w:p>
    <w:p>
      <w:pPr>
        <w:jc w:val="right"/>
      </w:pPr>
      <w:r>
        <w:t>اور mortar ہو کر کے جنت میں چلے جائیں گے۔ یعنی خدا انہیں جنت میں داخل کر دے گا فوراً۔ وہاں خوب آرام سے رہیں گے۔ تو یہ کہتے ہوئے انہوں نے کہا کہ انہوں نے اس کا مذاق اڑایا۔</w:t>
      </w:r>
    </w:p>
    <w:p>
      <w:r>
        <w:rPr>
          <w:b/>
        </w:rPr>
        <w:t xml:space="preserve">[02:42] </w:t>
      </w:r>
      <w:r>
        <w:t>mazak uraya. He pokes fun at the idea of God. yani unhon ne khuda ke concept ka mazak uraya.</w:t>
      </w:r>
    </w:p>
    <w:p>
      <w:pPr>
        <w:jc w:val="right"/>
      </w:pPr>
      <w:r>
        <w:t>مذاق اڑایا۔ He pokes fun at the idea of God۔ یعنی انہوں نے خدا کے concept کا مذاق اڑایا۔</w:t>
      </w:r>
    </w:p>
    <w:p>
      <w:r>
        <w:rPr>
          <w:b/>
        </w:rPr>
        <w:t xml:space="preserve">[02:57] </w:t>
      </w:r>
      <w:r>
        <w:t>is ka istehza kiya. unhon ne kaha ke</w:t>
      </w:r>
    </w:p>
    <w:p>
      <w:pPr>
        <w:jc w:val="right"/>
      </w:pPr>
      <w:r>
        <w:t>اس کا استہزاء کیا۔ انہوں نے کہا کہ</w:t>
      </w:r>
    </w:p>
    <w:p>
      <w:r>
        <w:rPr>
          <w:b/>
        </w:rPr>
        <w:t xml:space="preserve">[03:05] </w:t>
      </w:r>
      <w:r>
        <w:t>due to his old age he might be suffering from Alzheimer's so he is not able to do his job.</w:t>
      </w:r>
    </w:p>
    <w:p>
      <w:pPr>
        <w:jc w:val="right"/>
      </w:pPr>
      <w:r>
        <w:t>due to his old age he might be suffering from Alzheimer's so he is not able to do his job۔</w:t>
      </w:r>
    </w:p>
    <w:p>
      <w:r>
        <w:rPr>
          <w:b/>
        </w:rPr>
        <w:t xml:space="preserve">[03:20] </w:t>
      </w:r>
      <w:r>
        <w:t>Alzheimer's kehte hain ek bemari ko. jab aadmi ziyada boorha ho jata hai to mental degeneration ki wajah se is ka body kaam nahi karta.</w:t>
      </w:r>
    </w:p>
    <w:p>
      <w:pPr>
        <w:jc w:val="right"/>
      </w:pPr>
      <w:r>
        <w:t>Alzheimer's کہتے ہیں ایک بیماری کو۔ جب آدمی زیادہ بوڑھا ہو جاتا ہے تو mental degeneration کی وجہ سے اس کا body کام نہیں کرتا۔</w:t>
      </w:r>
    </w:p>
    <w:p>
      <w:r>
        <w:rPr>
          <w:b/>
        </w:rPr>
        <w:t xml:space="preserve">[03:35] </w:t>
      </w:r>
      <w:r>
        <w:t>jaisay haath mein raashah aa jata hai. haath kanpta hai. to aap na kaghaz pakar sakte hain na glass pakar sakte hain na kuch kar sakte hain. to un ka matlab yeh tha ke khuda ab to itna boorha ho chuka hoga ke woh kis ko paradise mein dalay ga kis ko hell mein dalay ga.</w:t>
      </w:r>
    </w:p>
    <w:p>
      <w:pPr>
        <w:jc w:val="right"/>
      </w:pPr>
      <w:r>
        <w:t>جیسے ہاتھ میں راشہ آ جاتا ہے۔ ہاتھ کانپتا ہے۔ تو آپ نہ کاغذ پکڑ سکتے ہیں نہ گلاس پکڑ سکتے ہیں نہ کچھ کر سکتے ہیں۔ تو ان کا مطلب یہ تھا کہ خدا اب تو اتنا بوڑھا ہو چکا ہو گا کہ وہ کس کو paradise میں ڈالے گا کس کو hell میں ڈالے گا۔</w:t>
      </w:r>
    </w:p>
    <w:p>
      <w:r>
        <w:rPr>
          <w:b/>
        </w:rPr>
        <w:t xml:space="preserve">[03:58] </w:t>
      </w:r>
      <w:r>
        <w:t>to yeh paper mein aaya hai ke he pokes fun at the idea of God is ko le kar ke. kyunke woh to Alzheimer's mein para hua hoga.</w:t>
      </w:r>
    </w:p>
    <w:p>
      <w:pPr>
        <w:jc w:val="right"/>
      </w:pPr>
      <w:r>
        <w:t>تو یہ پیپر میں آیا ہے کہ he pokes fun at the idea of God اس کو لے کر کے۔ کیونکہ وہ تو Alzheimer's میں پڑا ہوا ہو گا۔</w:t>
      </w:r>
    </w:p>
    <w:p>
      <w:r>
        <w:rPr>
          <w:b/>
        </w:rPr>
        <w:t xml:space="preserve">[04:09] </w:t>
      </w:r>
      <w:r>
        <w:t>dekhein yeh saada baat nahi hai.</w:t>
      </w:r>
    </w:p>
    <w:p>
      <w:pPr>
        <w:jc w:val="right"/>
      </w:pPr>
      <w:r>
        <w:t>دیکھیں یہ سادہ بات نہیں ہے۔</w:t>
      </w:r>
    </w:p>
    <w:p>
      <w:r>
        <w:rPr>
          <w:b/>
        </w:rPr>
        <w:t xml:space="preserve">[04:15] </w:t>
      </w:r>
      <w:r>
        <w:t>yeh bohat hi ziyada serious baat hai. ab dekhein jo log so-called jihad kar rahe hain ya suicide bombing kar rahe hain khuda se kiya talluq is ka.</w:t>
      </w:r>
    </w:p>
    <w:p>
      <w:pPr>
        <w:jc w:val="right"/>
      </w:pPr>
      <w:r>
        <w:t>یہ بہت ہی زیادہ serious بات ہے۔ اب دیکھیں جو لوگ so-called جہاد کر رہے ہیں یا suicide bombing کر رہے ہیں خدا سے کیا تعلق اس کا۔</w:t>
      </w:r>
    </w:p>
    <w:p>
      <w:r>
        <w:rPr>
          <w:b/>
        </w:rPr>
        <w:t xml:space="preserve">[04:27] </w:t>
      </w:r>
      <w:r>
        <w:t>khud unhi ne isi speech mein is mein aaya hai paper mein ke unhon ne kaha ke Quran ke jo verses hain woh sab peace par yani direct ya indirect sab peace par hain woh.</w:t>
      </w:r>
    </w:p>
    <w:p>
      <w:pPr>
        <w:jc w:val="right"/>
      </w:pPr>
      <w:r>
        <w:t>خود انہی نے اسی سپیچ میں اس میں آیا ہے پیپر میں کہ انہوں نے کہا کہ قرآن کے جو verses ہیں وہ سب peace پر یعنی direct یا indirect سب peace پر ہیں وہ۔</w:t>
      </w:r>
    </w:p>
    <w:p>
      <w:r>
        <w:rPr>
          <w:b/>
        </w:rPr>
        <w:t xml:space="preserve">[04:42] </w:t>
      </w:r>
      <w:r>
        <w:t>Prophet of Islam bhi peaceful prophet thay. to ab sawal yeh hai ke jahadiyon ko unhon ne khuda se kyun jod diya? unhein yeh kehna chahiye tha ke jahadi log Quran ko ya shahadat ke concept ko misuse kar rahe hain.</w:t>
      </w:r>
    </w:p>
    <w:p>
      <w:pPr>
        <w:jc w:val="right"/>
      </w:pPr>
      <w:r>
        <w:t>Prophet of Islam بھی peaceful prophet تھے۔ تو اب سوال یہ ہے کہ جہادیوں کو انہوں نے خدا سے کیوں جوڑ دیا؟ انہیں یہ کہنا چاہیے تھا کہ جہادی لوگ قرآن کو یا شہادت کے concept کو misuse کر رہے ہیں۔</w:t>
      </w:r>
    </w:p>
    <w:p>
      <w:r>
        <w:rPr>
          <w:b/>
        </w:rPr>
        <w:t xml:space="preserve">[05:02] </w:t>
      </w:r>
      <w:r>
        <w:t>yeh ek self-style jihad hai jis ka na khuda se talluq hai na prophet se talluq hai aur na Quran se talluq hai. yeh kehna chahiye tha. is mein dekhein kiya hua ke ek reference ko ghalat tor par jod diya gaya kisi aur cheez se.</w:t>
      </w:r>
    </w:p>
    <w:p>
      <w:pPr>
        <w:jc w:val="right"/>
      </w:pPr>
      <w:r>
        <w:t>یہ ایک self-style جہاد ہے جس کا نہ خدا سے تعلق ہے نہ prophet سے تعلق ہے اور نہ قرآن سے تعلق ہے۔ یہ کہنا چاہیے تھا۔ اس میں دیکھیں کیا ہوا کہ ایک reference کو غلط طور پر جوڑ دیا گیا کسی اور چیز سے۔</w:t>
      </w:r>
    </w:p>
    <w:p>
      <w:r>
        <w:rPr>
          <w:b/>
        </w:rPr>
        <w:t xml:space="preserve">[05:21] </w:t>
      </w:r>
      <w:r>
        <w:t>poori tareekh mein yeh hua hai. aur sab se bari sach poochen to yahi yani sab se bari gumrahi yahi hai ke sirf kisi reference ko aap ghalat tor par kisi aur cheez se relate kar dein.</w:t>
      </w:r>
    </w:p>
    <w:p>
      <w:pPr>
        <w:jc w:val="right"/>
      </w:pPr>
      <w:r>
        <w:t>پوری تاریخ میں یہ ہوا ہے۔ اور سب سے بڑی سچ پوچھیں تو یہی یعنی سب سے بڑی گمراہی یہی ہے کہ صرف کسی reference کو آپ غلط طور پر کسی اور چیز سے relate کر دیں۔</w:t>
      </w:r>
    </w:p>
    <w:p>
      <w:r>
        <w:rPr>
          <w:b/>
        </w:rPr>
        <w:t xml:space="preserve">[05:39] </w:t>
      </w:r>
      <w:r>
        <w:t>to poori tareekh mein khuda ke baray mein aisay hi hua hai.</w:t>
      </w:r>
    </w:p>
    <w:p>
      <w:pPr>
        <w:jc w:val="right"/>
      </w:pPr>
      <w:r>
        <w:t>تو پوری تاریخ میں خدا کے بارے میں ایسے ہی ہوا ہے۔</w:t>
      </w:r>
    </w:p>
    <w:p>
      <w:r>
        <w:rPr>
          <w:b/>
        </w:rPr>
        <w:t xml:space="preserve">[05:45] </w:t>
      </w:r>
      <w:r>
        <w:t>jis waqayay ka koi talluq yani jo so-called jo jihad aaj kal kar rahe hain kuch log is ka koi bhi talluq khuda se nahi hai.</w:t>
      </w:r>
    </w:p>
    <w:p>
      <w:pPr>
        <w:jc w:val="right"/>
      </w:pPr>
      <w:r>
        <w:t>جس واقعے کا کوئی تعلق یعنی جو so-called جو جہاد آج کل کر رہے ہیں کچھ لوگ اس کا کوئی بھی تعلق خدا سے نہیں ہے۔</w:t>
      </w:r>
    </w:p>
    <w:p>
      <w:r>
        <w:rPr>
          <w:b/>
        </w:rPr>
        <w:t xml:space="preserve">[05:55] </w:t>
      </w:r>
      <w:r>
        <w:t>lekin irrelevantly unhon ne is ko refer kar diya khuda se. aur khuda ka naoozubillah mazak uraya. yahi ghalati sab se ziyada rahi hai is poori tareekh mein.</w:t>
      </w:r>
    </w:p>
    <w:p>
      <w:pPr>
        <w:jc w:val="right"/>
      </w:pPr>
      <w:r>
        <w:t>لیکن irrelevantly انہوں نے اس کو refer کر دیا خدا سے۔ اور خدا کا نعوذ باللہ مذاق اڑایا۔ یہی غلطی سب سے زیادہ رہی ہے اس پوری تاریخ میں۔</w:t>
      </w:r>
    </w:p>
    <w:p>
      <w:r>
        <w:rPr>
          <w:b/>
        </w:rPr>
        <w:t xml:space="preserve">[06:08] </w:t>
      </w:r>
      <w:r>
        <w:t>dekhein tareekh yani mazhab ki jo tareekh hai mazhab ki jo history hai woh batati hai ke Islam se pehle yani seventh century Islam ka advent hua hai seventh century mein.</w:t>
      </w:r>
    </w:p>
    <w:p>
      <w:pPr>
        <w:jc w:val="right"/>
      </w:pPr>
      <w:r>
        <w:t>دیکھیں تاریخ یعنی مذہب کی جو تاریخ ہے مذہب کی جو history ہے وہ بتاتی ہے کہ اسلام سے پہلے یعنی seventh century اسلام کا advent ہوا ہے seventh century میں۔</w:t>
      </w:r>
    </w:p>
    <w:p>
      <w:r>
        <w:rPr>
          <w:b/>
        </w:rPr>
        <w:t xml:space="preserve">[06:27] </w:t>
      </w:r>
      <w:r>
        <w:t>Prophet of Islam ne apna mission shuru kiya tha six hundred ten AD mein. to seventh century mein Islam ne jo revolution paida kiya tauheed ko le kar ke is se pehle poori history poori history mein shirk jo hai woh dominate karta raha hai.</w:t>
      </w:r>
    </w:p>
    <w:p>
      <w:pPr>
        <w:jc w:val="right"/>
      </w:pPr>
      <w:r>
        <w:t>Prophet of Islam نے اپنا mission شروع کیا تھا six hundred ten AD میں۔ تو seventh century میں اسلام نے جو revolution پیدا کیا توحید کو لے کر کے اس سے پہلے پوری history پوری history میں شرک جو ہے وہ dominate کرتا رہا ہے۔</w:t>
      </w:r>
    </w:p>
    <w:p>
      <w:r>
        <w:rPr>
          <w:b/>
        </w:rPr>
        <w:t xml:space="preserve">[06:48] </w:t>
      </w:r>
      <w:r>
        <w:t>mazhab ki dunya mein shirk dominate karta raha hai. yeh shirk kiya hai aur tauheed kiya hai?</w:t>
      </w:r>
    </w:p>
    <w:p>
      <w:pPr>
        <w:jc w:val="right"/>
      </w:pPr>
      <w:r>
        <w:t>مذہب کی دنیا میں شرک dominate کرتا رہا ہے۔ یہ شرک کیا ہے اور توحید کیا ہے؟</w:t>
      </w:r>
    </w:p>
    <w:p>
      <w:r>
        <w:rPr>
          <w:b/>
        </w:rPr>
        <w:t xml:space="preserve">[07:00] </w:t>
      </w:r>
      <w:r>
        <w:t>dekhein shirk aur tauheed jo hai religious term hai to logon ko kuch mysterious sa lagta hai. ziyada gehrai se samajh nahi paate woh.</w:t>
      </w:r>
    </w:p>
    <w:p>
      <w:pPr>
        <w:jc w:val="right"/>
      </w:pPr>
      <w:r>
        <w:t>دیکھیں شرک اور توحید جو ہے religious term ہے تو لوگوں کو کچھ mysterious سا لگتا ہے۔ زیادہ گہرائی سے سمجھ نہیں پاتے وہ۔</w:t>
      </w:r>
    </w:p>
    <w:p>
      <w:r>
        <w:rPr>
          <w:b/>
        </w:rPr>
        <w:t xml:space="preserve">[07:09] </w:t>
      </w:r>
      <w:r>
        <w:t>shirk ka matlab hai creature worship. tauheed ka matlab hai creator worship. yani makhlooq ko le kar ke us ko poojna yeh hai shirk.</w:t>
      </w:r>
    </w:p>
    <w:p>
      <w:pPr>
        <w:jc w:val="right"/>
      </w:pPr>
      <w:r>
        <w:t>شرک کا مطلب ہے creature worship۔ توحید کا مطلب ہے creator worship۔ یعنی مخلوق کو لے کر کے اس کو پوجنا یہ ہے شرک۔</w:t>
      </w:r>
    </w:p>
    <w:p>
      <w:r>
        <w:rPr>
          <w:b/>
        </w:rPr>
        <w:t xml:space="preserve">[07:21] </w:t>
      </w:r>
      <w:r>
        <w:t>aur khaliq ko le kar us ko poojna yeh hai toheed. to qadeem zamanay mein hamesha hazaron hazar saal tak kyon shirk ka ghalba raha ya makhlooq parasti ka ghalba raha kyon?</w:t>
      </w:r>
    </w:p>
    <w:p>
      <w:pPr>
        <w:jc w:val="right"/>
      </w:pPr>
      <w:r>
        <w:t>اور خالق کو لے کر اس کو پوجنا یہ ہے توحید۔ تو قدیم زمانے میں ہمیشہ ہزاروں ہزار سال تک کیوں شرک کا غلبہ رہا یا مخلوق پرستی کا غلبہ رہا کیوں؟</w:t>
      </w:r>
    </w:p>
    <w:p>
      <w:r>
        <w:rPr>
          <w:b/>
        </w:rPr>
        <w:t xml:space="preserve">[07:38] </w:t>
      </w:r>
      <w:r>
        <w:t>yeh hum ko milta hai hazrat ibrahim ki aik dua mein is ka raaz. hazrat ibrahim jo peghambar thay char hazar saal pehlay woh iraq mein aaye.</w:t>
      </w:r>
    </w:p>
    <w:p>
      <w:pPr>
        <w:jc w:val="right"/>
      </w:pPr>
      <w:r>
        <w:t>یہ ہم کو ملتا ہے حضرت ابراہیم کی ایک دعا میں اس کا راز۔ حضرت ابراہیم جو پیغمبر تھے چار ہزار سال پہلے وہ عراق میں آئے۔</w:t>
      </w:r>
    </w:p>
    <w:p>
      <w:r>
        <w:rPr>
          <w:b/>
        </w:rPr>
        <w:t xml:space="preserve">[07:49] </w:t>
      </w:r>
      <w:r>
        <w:t>unhon nay dawat toheed ki aur logon nay qabool nahi kiya. to unhon nay apni aik dua mein kaha tha kay rab anhun kathira oh God they have misled most of the people aye khuda in logon nay aye khuda unhon nay beshtar insanon ko bhatka diya.</w:t>
      </w:r>
    </w:p>
    <w:p>
      <w:pPr>
        <w:jc w:val="right"/>
      </w:pPr>
      <w:r>
        <w:t>انہوں نے دعوت دی توحید کی اور لوگوں نے قبول نہیں کیا۔ تو انہوں نے اپنی ایک دعا میں کہا تھا کہ رب انہن کثیرا اوہ God they have misled most of the people اے خدا ان لوگوں نے اے خدا انہوں نے بیشتر انسانوں کو بھٹکا دیا۔</w:t>
      </w:r>
    </w:p>
    <w:p>
      <w:r>
        <w:rPr>
          <w:b/>
        </w:rPr>
        <w:t xml:space="preserve">[08:18] </w:t>
      </w:r>
      <w:r>
        <w:t>yeh kaun thay bhatkanay walay?</w:t>
      </w:r>
    </w:p>
    <w:p>
      <w:pPr>
        <w:jc w:val="right"/>
      </w:pPr>
      <w:r>
        <w:t>یہ کون تھے بھٹکانے والے؟</w:t>
      </w:r>
    </w:p>
    <w:p>
      <w:r>
        <w:rPr>
          <w:b/>
        </w:rPr>
        <w:t xml:space="preserve">[08:21] </w:t>
      </w:r>
      <w:r>
        <w:t>wohi Quran ki doosri ayat mein doosri surah mein Hazrat Ibrahim ke aik waqay ke zariye bataya gaya</w:t>
      </w:r>
    </w:p>
    <w:p>
      <w:pPr>
        <w:jc w:val="right"/>
      </w:pPr>
      <w:r>
        <w:t>وہی قرآن کی دوسری آیت میں دوسری سورہ میں حضرت ابراہیم کے ایک واقعے کے ذریعے بتایا گیا</w:t>
      </w:r>
    </w:p>
    <w:p>
      <w:r>
        <w:rPr>
          <w:b/>
        </w:rPr>
        <w:t xml:space="preserve">[08:27] </w:t>
      </w:r>
      <w:r>
        <w:t>hai ke is mein teen lafz aaye hain kokab qamar shams</w:t>
      </w:r>
    </w:p>
    <w:p>
      <w:pPr>
        <w:jc w:val="right"/>
      </w:pPr>
      <w:r>
        <w:t>ہے کہ اس میں تین لفظ آئے ہیں کوکب قمر شمس</w:t>
      </w:r>
    </w:p>
    <w:p>
      <w:r>
        <w:rPr>
          <w:b/>
        </w:rPr>
        <w:t xml:space="preserve">[08:33] </w:t>
      </w:r>
      <w:r>
        <w:t>kokab ka matlab hai stars</w:t>
      </w:r>
    </w:p>
    <w:p>
      <w:pPr>
        <w:jc w:val="right"/>
      </w:pPr>
      <w:r>
        <w:t>کوکب کا مطلب ہے stars</w:t>
      </w:r>
    </w:p>
    <w:p>
      <w:r>
        <w:rPr>
          <w:b/>
        </w:rPr>
        <w:t xml:space="preserve">[08:36] </w:t>
      </w:r>
      <w:r>
        <w:t>qamar ka matlab hai chand</w:t>
      </w:r>
    </w:p>
    <w:p>
      <w:pPr>
        <w:jc w:val="right"/>
      </w:pPr>
      <w:r>
        <w:t>قمر کا مطلب ہے چاند</w:t>
      </w:r>
    </w:p>
    <w:p>
      <w:r>
        <w:rPr>
          <w:b/>
        </w:rPr>
        <w:t xml:space="preserve">[08:39] </w:t>
      </w:r>
      <w:r>
        <w:t>moon shams ka matlab hai sun to stars aur aur stars aur moon aur</w:t>
      </w:r>
    </w:p>
    <w:p>
      <w:pPr>
        <w:jc w:val="right"/>
      </w:pPr>
      <w:r>
        <w:t>moon شمس کا مطلب ہے sun تو stars اور اور stars اور moon اور</w:t>
      </w:r>
    </w:p>
    <w:p>
      <w:r>
        <w:rPr>
          <w:b/>
        </w:rPr>
        <w:t xml:space="preserve">[08:48] </w:t>
      </w:r>
      <w:r>
        <w:t>aur yeh sun</w:t>
      </w:r>
    </w:p>
    <w:p>
      <w:pPr>
        <w:jc w:val="right"/>
      </w:pPr>
      <w:r>
        <w:t>اور یہ sun</w:t>
      </w:r>
    </w:p>
    <w:p>
      <w:r>
        <w:rPr>
          <w:b/>
        </w:rPr>
        <w:t xml:space="preserve">[08:51] </w:t>
      </w:r>
      <w:r>
        <w:t>yeh chamakte hue</w:t>
      </w:r>
    </w:p>
    <w:p>
      <w:pPr>
        <w:jc w:val="right"/>
      </w:pPr>
      <w:r>
        <w:t>یہ چمکتے ہوئے</w:t>
      </w:r>
    </w:p>
    <w:p>
      <w:r>
        <w:rPr>
          <w:b/>
        </w:rPr>
        <w:t xml:space="preserve">[08:54] </w:t>
      </w:r>
      <w:r>
        <w:t>chamakte hue phenomena hain aasman mein raat ko aadmi chamakta hua dekhta hai sitaron ko aur aur chand</w:t>
      </w:r>
    </w:p>
    <w:p>
      <w:pPr>
        <w:jc w:val="right"/>
      </w:pPr>
      <w:r>
        <w:t>چمکتے ہوئے phenomena ہیں آسمان میں رات کو آدمی چمکتا ہوا دیکھتا ہے ستاروں کو اور اور چاند</w:t>
      </w:r>
    </w:p>
    <w:p>
      <w:r>
        <w:rPr>
          <w:b/>
        </w:rPr>
        <w:t xml:space="preserve">[09:02] </w:t>
      </w:r>
      <w:r>
        <w:t>ko din ko dekhta</w:t>
      </w:r>
    </w:p>
    <w:p>
      <w:pPr>
        <w:jc w:val="right"/>
      </w:pPr>
      <w:r>
        <w:t>کو دن کو دیکھتا</w:t>
      </w:r>
    </w:p>
    <w:p>
      <w:r>
        <w:rPr>
          <w:b/>
        </w:rPr>
        <w:t xml:space="preserve">[09:04] </w:t>
      </w:r>
      <w:r>
        <w:t>hai suraj ko to yeh chamak damak jo thi is chamak damak say log itna zyada fascinate huay kay samajh samajha kay yahi khuda hai.</w:t>
      </w:r>
    </w:p>
    <w:p>
      <w:pPr>
        <w:jc w:val="right"/>
      </w:pPr>
      <w:r>
        <w:t>ہے سورج کو تو یہ چمک دمک جو تھی اس چمک دمک سے لوگ اتنا زیادہ fascinate ہوئے کہ سمجھ سمجھا کہ یہی خدا ہے۔</w:t>
      </w:r>
    </w:p>
    <w:p>
      <w:r>
        <w:rPr>
          <w:b/>
        </w:rPr>
        <w:t xml:space="preserve">[09:15] </w:t>
      </w:r>
      <w:r>
        <w:t>yahi khuda hai. yeh Jupiter aur Venus dono kiya hain sayaray hain yani planet hain.</w:t>
      </w:r>
    </w:p>
    <w:p>
      <w:pPr>
        <w:jc w:val="right"/>
      </w:pPr>
      <w:r>
        <w:t>یہی خدا ہے۔ یہ Jupiter اور Venus دونوں کیا ہیں سیارے ہیں یعنی planet ہیں۔</w:t>
      </w:r>
    </w:p>
    <w:p>
      <w:r>
        <w:rPr>
          <w:b/>
        </w:rPr>
        <w:t xml:space="preserve">[09:25] </w:t>
      </w:r>
      <w:r>
        <w:t>aap subah kay waqt kabhi dain to kuch sayaray kuch zyada roshan dikhai detay hain. woh sitaray nahi hotay woh sayaray hotay hain.</w:t>
      </w:r>
    </w:p>
    <w:p>
      <w:pPr>
        <w:jc w:val="right"/>
      </w:pPr>
      <w:r>
        <w:t>آپ صبح کے وقت کبھی دیکھیں تو کچھ سیارے کچھ زیادہ روشن دکھائی دیتے ہیں۔ وہ ستارے نہیں ہوتے وہ سیارے ہوتے ہیں۔</w:t>
      </w:r>
    </w:p>
    <w:p>
      <w:r>
        <w:rPr>
          <w:b/>
        </w:rPr>
        <w:t xml:space="preserve">[09:36] </w:t>
      </w:r>
      <w:r>
        <w:t>kyun kay qareeb hotay hain aur suraj ki roshni un par parti hai to yeh hotay hain Jupiter aur Venus. to pehlay zamanay mein Jupiter aur Venus ki yani mushtari aur zuhra ki bohat prestige hui.</w:t>
      </w:r>
    </w:p>
    <w:p>
      <w:pPr>
        <w:jc w:val="right"/>
      </w:pPr>
      <w:r>
        <w:t>کیونکہ قریب ہوتے ہیں اور سورج کی روشنی ان پر پڑتی ہے تو یہ ہوتے ہیں Jupiter اور Venus۔ تو پہلے زمانے میں Jupiter اور Venus کی یعنی مشتری اور زہرہ کی بہت prestige ہوئی۔</w:t>
      </w:r>
    </w:p>
    <w:p>
      <w:r>
        <w:rPr>
          <w:b/>
        </w:rPr>
        <w:t xml:space="preserve">[09:50] </w:t>
      </w:r>
      <w:r>
        <w:t>yeh bara sitara samajh kar poojte rahe is ko woh.</w:t>
      </w:r>
    </w:p>
    <w:p>
      <w:pPr>
        <w:jc w:val="right"/>
      </w:pPr>
      <w:r>
        <w:t>یہ بڑا ستارہ سمجھ کر پوجتے رہے اس کو وہ۔</w:t>
      </w:r>
    </w:p>
    <w:p>
      <w:r>
        <w:rPr>
          <w:b/>
        </w:rPr>
        <w:t xml:space="preserve">[09:53] </w:t>
      </w:r>
      <w:r>
        <w:t>isi ko Hazrat Ibrahim ne kokab kaha hai.</w:t>
      </w:r>
    </w:p>
    <w:p>
      <w:pPr>
        <w:jc w:val="right"/>
      </w:pPr>
      <w:r>
        <w:t>اسی کو حضرت ابراہیم نے کوکب کہا ہے۔</w:t>
      </w:r>
    </w:p>
    <w:p>
      <w:r>
        <w:rPr>
          <w:b/>
        </w:rPr>
        <w:t xml:space="preserve">[09:57] </w:t>
      </w:r>
      <w:r>
        <w:t>isi tarah se chand ko bara roshan cheez samjha suraj ko bari roshan cheez samjha</w:t>
      </w:r>
    </w:p>
    <w:p>
      <w:pPr>
        <w:jc w:val="right"/>
      </w:pPr>
      <w:r>
        <w:t>اسی طرح سے چاند کو بڑا روشن چیز سمجھا سورج کو بڑی روشن چیز سمجھا</w:t>
      </w:r>
    </w:p>
    <w:p>
      <w:r>
        <w:rPr>
          <w:b/>
        </w:rPr>
        <w:t xml:space="preserve">[10:06] </w:t>
      </w:r>
      <w:r>
        <w:t>to isi ko Hazrat Ibrahim ne farmaya ke rab anhun kathira yani yeh jo</w:t>
      </w:r>
    </w:p>
    <w:p>
      <w:pPr>
        <w:jc w:val="right"/>
      </w:pPr>
      <w:r>
        <w:t>تو اسی کو حضرت ابراہیم نے فرمایا کہ رب انہن کثیرا یعنی یہ جو</w:t>
      </w:r>
    </w:p>
    <w:p>
      <w:r>
        <w:rPr>
          <w:b/>
        </w:rPr>
        <w:t xml:space="preserve">[10:13] </w:t>
      </w:r>
      <w:r>
        <w:t>jo jo heavenly bodies hain aasman mein bohat chamakti hain Jupiter aur Venus aur aur aur moon aur</w:t>
      </w:r>
    </w:p>
    <w:p>
      <w:pPr>
        <w:jc w:val="right"/>
      </w:pPr>
      <w:r>
        <w:t>جو جو heavenly bodies ہیں آسمان میں بہت چمکتی ہیں Jupiter اور Venus اور اور اور moon اور</w:t>
      </w:r>
    </w:p>
    <w:p>
      <w:r>
        <w:rPr>
          <w:b/>
        </w:rPr>
        <w:t xml:space="preserve">[10:22] </w:t>
      </w:r>
      <w:r>
        <w:t>sun is ko le kar unhon ne samjha ke yeh yahi God hain.</w:t>
      </w:r>
    </w:p>
    <w:p>
      <w:pPr>
        <w:jc w:val="right"/>
      </w:pPr>
      <w:r>
        <w:t>sun اس کو لے کر انہوں نے سمجھا کہ یہ یہی God ہیں۔</w:t>
      </w:r>
    </w:p>
    <w:p>
      <w:r>
        <w:rPr>
          <w:b/>
        </w:rPr>
        <w:t xml:space="preserve">[10:27] </w:t>
      </w:r>
      <w:r>
        <w:t>to sahi reference mein dekhna yeh tha kay unhein aap samjhen creature woh reference badal kar kay unhon nay is ko bana diya creator yani makhlooq kay bajaye khaliq.</w:t>
      </w:r>
    </w:p>
    <w:p>
      <w:pPr>
        <w:jc w:val="right"/>
      </w:pPr>
      <w:r>
        <w:t>تو صحیح reference میں دیکھنا یہ تھا کہ انہیں آپ سمجھیں creature وہ reference بدل کر کے انہوں نے اس کو بنا دیا creator یعنی مخلوق کے بجائے خالق۔</w:t>
      </w:r>
    </w:p>
    <w:p>
      <w:r>
        <w:rPr>
          <w:b/>
        </w:rPr>
        <w:t xml:space="preserve">[10:40] </w:t>
      </w:r>
      <w:r>
        <w:t>is say itna fascinate huay kay hazaron hazar saal tak unhi ko poojtay rahay. hazrat ibrahim nay aur doosray peghambaron nay chaha kay insaan ko is say hatayen yani creator ki ibadat par lay aayen aur creature ki ibadat say hatayen un ko.</w:t>
      </w:r>
    </w:p>
    <w:p>
      <w:pPr>
        <w:jc w:val="right"/>
      </w:pPr>
      <w:r>
        <w:t>اس سے اتنا fascinate ہوئے کہ ہزاروں ہزار سال تک انہی کو پوجتے رہے۔ حضرت ابراہیم نے اور دوسرے پیغمبروں نے چاہا کہ انسان کو اس سے ہٹائیں یعنی creator کی عبادت پر لے آئیں اور creature کی عبادت سے ہٹائیں ان کو۔</w:t>
      </w:r>
    </w:p>
    <w:p>
      <w:r>
        <w:rPr>
          <w:b/>
        </w:rPr>
        <w:t xml:space="preserve">[11:00] </w:t>
      </w:r>
      <w:r>
        <w:t>to yeh bhi point of reference ki baat thi. lekin insaan is liye tayyar nahi hua. yahan tak kay rasool Allah sallallahu alaihi wasallam hazrat Muhammad sallallahu alaihi wasallam aaye aur aik inqilab barpa kiya un kay zamanay mein hua to door shirk khatam hua door toheed shuru hua.</w:t>
      </w:r>
    </w:p>
    <w:p>
      <w:pPr>
        <w:jc w:val="right"/>
      </w:pPr>
      <w:r>
        <w:t>تو یہ بھی point of reference کی بات تھی۔ لیکن انسان اس لیے تیار نہیں ہوا۔ یہاں تک کہ رسول اللہ صلی اللہ علیہ وسلم حضرت محمد صلی اللہ علیہ وسلم آئے اور ایک انقلاب برپا کیا ان کے زمانے میں ہوا تو دور شرک ختم ہوا دور توحید شروع ہوا۔</w:t>
      </w:r>
    </w:p>
    <w:p>
      <w:r>
        <w:rPr>
          <w:b/>
        </w:rPr>
        <w:t xml:space="preserve">[11:19] </w:t>
      </w:r>
      <w:r>
        <w:t>yani shirk ka ghalba shirk ka dabdaba khatam hua aur toheed ka dabdaba shuru hua. yani makhlooq parasti ka zamanay khatam hua aur khaliq parasti ka zamanay shuru hua.</w:t>
      </w:r>
    </w:p>
    <w:p>
      <w:pPr>
        <w:jc w:val="right"/>
      </w:pPr>
      <w:r>
        <w:t>یعنی شرک کا غلبہ شرک کا دبدبہ ختم ہوا اور توحید کا دبدبہ شروع ہوا۔ یعنی مخلوق پرستی کا زمانہ ختم ہوا اور خالق پرستی کا زمانہ شروع ہوا۔</w:t>
      </w:r>
    </w:p>
    <w:p>
      <w:r>
        <w:rPr>
          <w:b/>
        </w:rPr>
        <w:t xml:space="preserve">[11:31] </w:t>
      </w:r>
      <w:r>
        <w:t>is ka matlab yeh nahi kay yani absolute sense mein nahi dabdaba kay sense mein domination kay sense mein.</w:t>
      </w:r>
    </w:p>
    <w:p>
      <w:pPr>
        <w:jc w:val="right"/>
      </w:pPr>
      <w:r>
        <w:t>اس کا مطلب یہ نہیں کہ یعنی absolute sense میں نہیں دبدبہ کے sense میں domination کے sense میں۔</w:t>
      </w:r>
    </w:p>
    <w:p>
      <w:r>
        <w:rPr>
          <w:b/>
        </w:rPr>
        <w:t xml:space="preserve">[11:42] </w:t>
      </w:r>
      <w:r>
        <w:t>to seventh century mein yeh waqia hua. is say pura pehlay ka pura zamanay jo hai wohi makhlooq parasti ka zamanay hai jis ko hum shirk kehtay hain mazhabi istilaah mein.</w:t>
      </w:r>
    </w:p>
    <w:p>
      <w:pPr>
        <w:jc w:val="right"/>
      </w:pPr>
      <w:r>
        <w:t>تو seventh century میں یہ واقعہ ہوا۔ اس سے پورا پہلے کا پورا زمانہ جو ہے وہی مخلوق پرستی کا زمانہ ہے جس کو ہم شرک کہتے ہیں مذہبی اصطلاح میں۔</w:t>
      </w:r>
    </w:p>
    <w:p>
      <w:r>
        <w:rPr>
          <w:b/>
        </w:rPr>
        <w:t xml:space="preserve">[11:53] </w:t>
      </w:r>
      <w:r>
        <w:t>yeh jo inqalab aaya Rasool Allah Sal Allah Alaihi Wasallam ke zamane mein is mein aik bohat aham</w:t>
      </w:r>
    </w:p>
    <w:p>
      <w:pPr>
        <w:jc w:val="right"/>
      </w:pPr>
      <w:r>
        <w:t>یہ جو انقلاب آیا رسول اللہ صلی اللہ علیہ وسلم کے زمانے میں اس میں ایک بہت اہم</w:t>
      </w:r>
    </w:p>
    <w:p>
      <w:r>
        <w:rPr>
          <w:b/>
        </w:rPr>
        <w:t xml:space="preserve">[11:58] </w:t>
      </w:r>
      <w:r>
        <w:t>pehlu is ka yeh tha ke nature ko yeh sab nature thay chand nature hai nature ka hissa</w:t>
      </w:r>
    </w:p>
    <w:p>
      <w:pPr>
        <w:jc w:val="right"/>
      </w:pPr>
      <w:r>
        <w:t>پہلو اس کا یہ تھا کہ nature کو یہ سب nature تھے چاند nature ہے nature کا حصہ</w:t>
      </w:r>
    </w:p>
    <w:p>
      <w:r>
        <w:rPr>
          <w:b/>
        </w:rPr>
        <w:t xml:space="preserve">[12:05] </w:t>
      </w:r>
      <w:r>
        <w:t>hai suraj nature ka hissa hai sitare nature ka hissa hain sayare nature ka hissa hain to nature</w:t>
      </w:r>
    </w:p>
    <w:p>
      <w:pPr>
        <w:jc w:val="right"/>
      </w:pPr>
      <w:r>
        <w:t>ہے سورج nature کا حصہ ہے ستارے nature کا حصہ ہیں سیارے nature کا حصہ ہیں تو nature</w:t>
      </w:r>
    </w:p>
    <w:p>
      <w:r>
        <w:rPr>
          <w:b/>
        </w:rPr>
        <w:t xml:space="preserve">[12:12] </w:t>
      </w:r>
      <w:r>
        <w:t>jo tha us ko divinity ki jagah se hatana</w:t>
      </w:r>
    </w:p>
    <w:p>
      <w:pPr>
        <w:jc w:val="right"/>
      </w:pPr>
      <w:r>
        <w:t>جو تھا اس کو divinity کی جگہ سے ہٹانا</w:t>
      </w:r>
    </w:p>
    <w:p>
      <w:r>
        <w:rPr>
          <w:b/>
        </w:rPr>
        <w:t xml:space="preserve">[12:18] </w:t>
      </w:r>
      <w:r>
        <w:t>shirk ka matlab kya tha nature ko divinity ka darja dena divine ka darja dena</w:t>
      </w:r>
    </w:p>
    <w:p>
      <w:pPr>
        <w:jc w:val="right"/>
      </w:pPr>
      <w:r>
        <w:t>شرک کا مطلب کیا تھا nature کو divinity کا درجہ دینا divine کا درجہ دینا</w:t>
      </w:r>
    </w:p>
    <w:p>
      <w:r>
        <w:rPr>
          <w:b/>
        </w:rPr>
        <w:t xml:space="preserve">[12:25] </w:t>
      </w:r>
      <w:r>
        <w:t>to Rasool Allah Sal Allah Alaihi Wasallam ke zamane mein jo inqalab aaya is ka aik pehlu yahi</w:t>
      </w:r>
    </w:p>
    <w:p>
      <w:pPr>
        <w:jc w:val="right"/>
      </w:pPr>
      <w:r>
        <w:t>تو رسول اللہ صلی اللہ علیہ وسلم کے زمانے میں جو انقلاب آیا اس کا ایک پہلو یہی</w:t>
      </w:r>
    </w:p>
    <w:p>
      <w:r>
        <w:rPr>
          <w:b/>
        </w:rPr>
        <w:t xml:space="preserve">[12:30] </w:t>
      </w:r>
      <w:r>
        <w:t>tha ke nature ko divinity ke مقام se hata diya gaya.</w:t>
      </w:r>
    </w:p>
    <w:p>
      <w:pPr>
        <w:jc w:val="right"/>
      </w:pPr>
      <w:r>
        <w:t>تھا کہ nature کو divinity کے مقام سے ہٹا دیا گیا۔</w:t>
      </w:r>
    </w:p>
    <w:p>
      <w:r>
        <w:rPr>
          <w:b/>
        </w:rPr>
        <w:t xml:space="preserve">[12:37] </w:t>
      </w:r>
      <w:r>
        <w:t>divinity kay darjay say hata diya gaya. yani insaan dekhta tha nature ko divinity kay reference mein. rasool Allah sallallahu alaihi wasallam nay jo inqilab barpa kiya is kay baad yeh mumkin hua kay nature ko dekha jaye creature kay reference mein kay yeh yeh paida kiye huay hain khud khaliq nahi hain yeh.</w:t>
      </w:r>
    </w:p>
    <w:p>
      <w:pPr>
        <w:jc w:val="right"/>
      </w:pPr>
      <w:r>
        <w:t>divinity کے درجے سے ہٹا دیا گیا۔ یعنی انسان دیکھتا تھا nature کو divinity کے reference میں۔ رسول اللہ صلی اللہ علیہ وسلم نے جو انقلاب برپا کیا اس کے بعد یہ ممکن ہوا کہ nature کو دیکھا جائے creature کے reference میں کہ یہ یہ پیدا کیے ہوئے ہیں خود خالق نہیں ہیں یہ۔</w:t>
      </w:r>
    </w:p>
    <w:p>
      <w:r>
        <w:rPr>
          <w:b/>
        </w:rPr>
        <w:t xml:space="preserve">[12:58] </w:t>
      </w:r>
      <w:r>
        <w:t>yeh bohat bara inqilab tha. aur hazaron saal kay baad pehli baar yeh mumkin hua tha kay insaan nature ko right reference mein dekhay.</w:t>
      </w:r>
    </w:p>
    <w:p>
      <w:pPr>
        <w:jc w:val="right"/>
      </w:pPr>
      <w:r>
        <w:t>یہ بہت بڑا انقلاب تھا۔ اور ہزاروں سال کے بعد پہلی بار یہ ممکن ہوا تھا کہ انسان nature کوright reference میں دیکھے۔</w:t>
      </w:r>
    </w:p>
    <w:p>
      <w:r>
        <w:rPr>
          <w:b/>
        </w:rPr>
        <w:t xml:space="preserve">[13:09] </w:t>
      </w:r>
      <w:r>
        <w:t>pehli bar seventh century mein Rasool Allah Sal Allah Alaihi Wasallam ne aur aap ke ashaab ne ashaab</w:t>
      </w:r>
    </w:p>
    <w:p>
      <w:pPr>
        <w:jc w:val="right"/>
      </w:pPr>
      <w:r>
        <w:t>پہلی بار seventh century میں رسول اللہ صلی اللہ علیہ وسلم نے اور آپ کے اصحاب نے اصحاب</w:t>
      </w:r>
    </w:p>
    <w:p>
      <w:r>
        <w:rPr>
          <w:b/>
        </w:rPr>
        <w:t xml:space="preserve">[13:15] </w:t>
      </w:r>
      <w:r>
        <w:t>Rasool Allah Sal Allah Alaihi Wasallam ne mil kar jo zabardast inqalab barpa kiya jis ko France ke</w:t>
      </w:r>
    </w:p>
    <w:p>
      <w:pPr>
        <w:jc w:val="right"/>
      </w:pPr>
      <w:r>
        <w:t>رسول اللہ صلی اللہ علیہ وسلم نے مل کر جو زبردست انقلاب برپا کیا جس کو فرانس کے</w:t>
      </w:r>
    </w:p>
    <w:p>
      <w:r>
        <w:rPr>
          <w:b/>
        </w:rPr>
        <w:t xml:space="preserve">[13:21] </w:t>
      </w:r>
      <w:r>
        <w:t>aik aik historian Henri Prune ne bohat hi shandar alfaaz mein is ka zikr kiya hai ke Islam</w:t>
      </w:r>
    </w:p>
    <w:p>
      <w:pPr>
        <w:jc w:val="right"/>
      </w:pPr>
      <w:r>
        <w:t>ایک ایک historian Henri Prune نے بہت ہی شاندار الفاظ میں اس کا ذکر کیا ہے کہ اسلام</w:t>
      </w:r>
    </w:p>
    <w:p>
      <w:r>
        <w:rPr>
          <w:b/>
        </w:rPr>
        <w:t xml:space="preserve">[13:29] </w:t>
      </w:r>
      <w:r>
        <w:t>changed the face of the globe</w:t>
      </w:r>
    </w:p>
    <w:p>
      <w:pPr>
        <w:jc w:val="right"/>
      </w:pPr>
      <w:r>
        <w:t>changed the face of the globe</w:t>
      </w:r>
    </w:p>
    <w:p>
      <w:r>
        <w:rPr>
          <w:b/>
        </w:rPr>
        <w:t xml:space="preserve">[13:32] </w:t>
      </w:r>
      <w:r>
        <w:t>the traditional order of history was overthrown</w:t>
      </w:r>
    </w:p>
    <w:p>
      <w:pPr>
        <w:jc w:val="right"/>
      </w:pPr>
      <w:r>
        <w:t>the traditional order of history was overthrown</w:t>
      </w:r>
    </w:p>
    <w:p>
      <w:r>
        <w:rPr>
          <w:b/>
        </w:rPr>
        <w:t xml:space="preserve">[13:36] </w:t>
      </w:r>
      <w:r>
        <w:t>yani daur shirk khatam ho gaya aur daur tauheed ka aaghaz hua.</w:t>
      </w:r>
    </w:p>
    <w:p>
      <w:pPr>
        <w:jc w:val="right"/>
      </w:pPr>
      <w:r>
        <w:t>یعنی دور شرک ختم ہو گیا اور دور توحید کا آغاز ہوا۔</w:t>
      </w:r>
    </w:p>
    <w:p>
      <w:r>
        <w:rPr>
          <w:b/>
        </w:rPr>
        <w:t xml:space="preserve">[13:40] </w:t>
      </w:r>
      <w:r>
        <w:t>makhlooq parasti ka zamanay khatam ho gaya khaliq parasti ka zamanay shuru hua. yani yani nature ko divinity kay darjay say hata diya gaya.</w:t>
      </w:r>
    </w:p>
    <w:p>
      <w:pPr>
        <w:jc w:val="right"/>
      </w:pPr>
      <w:r>
        <w:t>مخلوق پرستی کا زمانہ ختم ہو گیا خالق پرستی کا زمانہ شروع ہوا۔ یعنی یعنی nature کو divinity کے درجے سے ہٹا دیا گیا۔</w:t>
      </w:r>
    </w:p>
    <w:p>
      <w:r>
        <w:rPr>
          <w:b/>
        </w:rPr>
        <w:t xml:space="preserve">[13:49] </w:t>
      </w:r>
      <w:r>
        <w:t>yeh tha is ka essence. to yeh aik bohat bara waqia tha. yeh aik process kay roop mein hua.</w:t>
      </w:r>
    </w:p>
    <w:p>
      <w:pPr>
        <w:jc w:val="right"/>
      </w:pPr>
      <w:r>
        <w:t>یہ تھا اس کا essence۔ تو یہ ایک بہت بڑا واقعہ تھا۔ یہ ایک process کے روپ میں ہوا۔</w:t>
      </w:r>
    </w:p>
    <w:p>
      <w:r>
        <w:rPr>
          <w:b/>
        </w:rPr>
        <w:t xml:space="preserve">[13:58] </w:t>
      </w:r>
      <w:r>
        <w:t>mein yeh nahi keh raha hoon kay kahin ho gaya madinay mein ho gaya. dain history mein koi bara waqia processes kay roop mein hota hai. hamesha chahe mazhabi waqia ho ya secular waqia ho.</w:t>
      </w:r>
    </w:p>
    <w:p>
      <w:pPr>
        <w:jc w:val="right"/>
      </w:pPr>
      <w:r>
        <w:t>میں یہ نہیں کہہ رہا ہوں کہ کہیں ہو گیا مدینے میں ہو گیا۔ دیکھیں history میں کوئی بڑا واقعہ processes کے روپ میں ہوتا ہے۔ ہمیشہ چاہے مذہبی واقعہ ہو یا secular واقعہ ہو۔</w:t>
      </w:r>
    </w:p>
    <w:p>
      <w:r>
        <w:rPr>
          <w:b/>
        </w:rPr>
        <w:t xml:space="preserve">[14:12] </w:t>
      </w:r>
      <w:r>
        <w:t>to rasool Allah sallallahu alaihi wasallam nay aur aap kay ashaab nay aik history mein aik naya process chalaya process mein samajhta hoon is ka culmination tha modern civilization modern astronomy modern science is ka culmination tha kyun kay jab tak nature ko insaan divinity ka darja diye huay tha to us ko poojta tha.</w:t>
      </w:r>
    </w:p>
    <w:p>
      <w:pPr>
        <w:jc w:val="right"/>
      </w:pPr>
      <w:r>
        <w:t>تو رسول اللہ صلی اللہ علیہ وسلم نے اور آپ کے اصحاب نے ایک history میں ایک نیا process چلایا process میں سمجھتا ہوں اس کا culmination تھا modern civilization modern astronomy modern science اس کا culmination تھا کیونکہ جب تک nature کو انسان divinity کا درجہ دیے ہوئے تھا تو اس کو پوجتا تھا۔</w:t>
      </w:r>
    </w:p>
    <w:p>
      <w:r>
        <w:rPr>
          <w:b/>
        </w:rPr>
        <w:t xml:space="preserve">[14:33] </w:t>
      </w:r>
      <w:r>
        <w:t>us ko poojta tha. kabhi bhi insaan yeh soch nahi sakta tha kay woh chand par qadam rakha hai apna kyun kay khuda kay sar par kon qadam rakhnay ko sochay ga. jab divinity kay darjay say hataya gaya tab yeh mumkin hua kay insaan yeh sochay.</w:t>
      </w:r>
    </w:p>
    <w:p>
      <w:pPr>
        <w:jc w:val="right"/>
      </w:pPr>
      <w:r>
        <w:t>اس کو پوجتا تھا۔ کبھی بھی انسان یہ سوچ نہیں سکتا تھا کہ وہ چاند پر قدم رکھا ہے اپنا کیونکہ خدا کے سر پر کون قدم رکھنے کو سوچے گا۔ جب divinity کے درجے سے ہٹایا گیا تب یہ ممکن ہوا کہ انسان یہ سوچے۔</w:t>
      </w:r>
    </w:p>
    <w:p>
      <w:r>
        <w:rPr>
          <w:b/>
        </w:rPr>
        <w:t xml:space="preserve">[14:46] </w:t>
      </w:r>
      <w:r>
        <w:t>insaan yeh sochay. aur phir wahan tak pohanch bhi jaye woh. to yeh bohat bara waqia hua.</w:t>
      </w:r>
    </w:p>
    <w:p>
      <w:pPr>
        <w:jc w:val="right"/>
      </w:pPr>
      <w:r>
        <w:t>انسان یہ سوچے۔ اور پھر وہاں تک پہنچ بھی جائے وہ۔ تو یہ بہت بڑا واقعہ ہوا۔</w:t>
      </w:r>
    </w:p>
    <w:p>
      <w:r>
        <w:rPr>
          <w:b/>
        </w:rPr>
        <w:t xml:space="preserve">[14:55] </w:t>
      </w:r>
      <w:r>
        <w:t>keh nature ko divinity ke darjay se hataya gaya aur insaan ke liye mumkin ho gaya ke behal khuda ka ki marifat hasil kar sake woh.</w:t>
      </w:r>
    </w:p>
    <w:p>
      <w:pPr>
        <w:jc w:val="right"/>
      </w:pPr>
      <w:r>
        <w:t>کہ nature کو divinity کے درجے سے ہٹایا گیا اور انسان کے لیے ممکن ہو گیا کہ بہرحال خدا کا کی معرفت حاصل کر سکے وہ۔</w:t>
      </w:r>
    </w:p>
    <w:p>
      <w:r>
        <w:rPr>
          <w:b/>
        </w:rPr>
        <w:t xml:space="preserve">[15:05] </w:t>
      </w:r>
      <w:r>
        <w:t>lekin isi waqt kya hua? isi waqt yeh hua keh is is is is discovery ko hijack kar liya atheist ne.</w:t>
      </w:r>
    </w:p>
    <w:p>
      <w:pPr>
        <w:jc w:val="right"/>
      </w:pPr>
      <w:r>
        <w:t>لیکن اسی وقت کیا ہوا؟ اسی وقت یہ ہوا کہ اس اس اس اس discovery کو hijack کر لیا atheist نے۔</w:t>
      </w:r>
    </w:p>
    <w:p>
      <w:r>
        <w:rPr>
          <w:b/>
        </w:rPr>
        <w:t xml:space="preserve">[15:16] </w:t>
      </w:r>
      <w:r>
        <w:t>isko atheistic sense mein isko explain karne lage woh. is waqt jo muslim the muslim ko yeh kaam karna tha.</w:t>
      </w:r>
    </w:p>
    <w:p>
      <w:pPr>
        <w:jc w:val="right"/>
      </w:pPr>
      <w:r>
        <w:t>اس کو atheistic sense میں اس کو explain کرنے لگے وہ۔ اس وقت جو مسلم تھے مسلم کو یہ کام کرنا تھا۔</w:t>
      </w:r>
    </w:p>
    <w:p>
      <w:r>
        <w:rPr>
          <w:b/>
        </w:rPr>
        <w:t xml:space="preserve">[15:26] </w:t>
      </w:r>
      <w:r>
        <w:t>yani pichle char sau saal mein yeh waqia hua hai.</w:t>
      </w:r>
    </w:p>
    <w:p>
      <w:pPr>
        <w:jc w:val="right"/>
      </w:pPr>
      <w:r>
        <w:t>یعنی پچھلے چار سو سال میں یہ واقعہ ہوا ہے۔</w:t>
      </w:r>
    </w:p>
    <w:p>
      <w:r>
        <w:rPr>
          <w:b/>
        </w:rPr>
        <w:t xml:space="preserve">[15:30] </w:t>
      </w:r>
      <w:r>
        <w:t>lekin Musalman jo thay woh is beech mein jo colonialism aaya aur doosre siyasi waqiat hue ke</w:t>
      </w:r>
    </w:p>
    <w:p>
      <w:pPr>
        <w:jc w:val="right"/>
      </w:pPr>
      <w:r>
        <w:t>لیکن مسلمان جو تھے وہ اس بیچ میں جو colonialism آیا اور دوسرے سیاسی واقعات ہوئے کہ</w:t>
      </w:r>
    </w:p>
    <w:p>
      <w:r>
        <w:rPr>
          <w:b/>
        </w:rPr>
        <w:t xml:space="preserve">[15:43] </w:t>
      </w:r>
      <w:r>
        <w:t>pehle spain ka downfall hua spain ki jo muslim saltanat thi us ka khatma hua phir is ke</w:t>
      </w:r>
    </w:p>
    <w:p>
      <w:pPr>
        <w:jc w:val="right"/>
      </w:pPr>
      <w:r>
        <w:t>پہلے اسپین کا downfall ہوا اسپین کی جو مسلم سلطنت تھی اس کا خاتمہ ہوا پھر اس کے</w:t>
      </w:r>
    </w:p>
    <w:p>
      <w:r>
        <w:rPr>
          <w:b/>
        </w:rPr>
        <w:t xml:space="preserve">[15:50] </w:t>
      </w:r>
      <w:r>
        <w:t>baad yeh turki ki usmani khilafat khatm hui phir mughal saltanat khatm hui to yeh jo waqiat hue</w:t>
      </w:r>
    </w:p>
    <w:p>
      <w:pPr>
        <w:jc w:val="right"/>
      </w:pPr>
      <w:r>
        <w:t>بعد یہ ترکی کی عثمانی خلافت ختم ہوئی پھر مغل سلطنت ختم ہوئی تو یہ جو واقعات ہوئے</w:t>
      </w:r>
    </w:p>
    <w:p>
      <w:r>
        <w:rPr>
          <w:b/>
        </w:rPr>
        <w:t xml:space="preserve">[16:02] </w:t>
      </w:r>
      <w:r>
        <w:t>western civilization ke urooj ke baad to musalman is ki wajah se negative mood mein aa gaye sab ko</w:t>
      </w:r>
    </w:p>
    <w:p>
      <w:pPr>
        <w:jc w:val="right"/>
      </w:pPr>
      <w:r>
        <w:t>western civilization کے عروج کے بعد تو مسلمان اس کی وجہ سے negative mood میں آگئے سب کو</w:t>
      </w:r>
    </w:p>
    <w:p>
      <w:r>
        <w:rPr>
          <w:b/>
        </w:rPr>
        <w:t xml:space="preserve">[16:08] </w:t>
      </w:r>
      <w:r>
        <w:t>dushman samajh liya sab ko conspirator samajh liya bas</w:t>
      </w:r>
    </w:p>
    <w:p>
      <w:pPr>
        <w:jc w:val="right"/>
      </w:pPr>
      <w:r>
        <w:t>دشمن سمجھ لیا سب کو conspirator سمجھ لیا بس</w:t>
      </w:r>
    </w:p>
    <w:p>
      <w:r>
        <w:rPr>
          <w:b/>
        </w:rPr>
        <w:t xml:space="preserve">[16:12] </w:t>
      </w:r>
      <w:r>
        <w:t>unke mind mein kya hai ladna ladna ladna isi ka yeh culmination hai keh ab suicide bombing ho rahi hai. toh ain is waqt jab keh yeh itni bari discovery samne aayi thi toh isko islam ke liye istemal karna tha.</w:t>
      </w:r>
    </w:p>
    <w:p>
      <w:pPr>
        <w:jc w:val="right"/>
      </w:pPr>
      <w:r>
        <w:t>ان کے mind میں کیا ہے لڑنا لڑنا لڑنا اسی کا یہ culmination ہے کہ اب suicide bombing ہو رہی ہے۔ تو عین اس وقت جب کہ یہ اتنی بڑی discovery سامنے آئی تھی تو اس کو اسلام کے لیے استعمال کرنا تھا۔</w:t>
      </w:r>
    </w:p>
    <w:p>
      <w:r>
        <w:rPr>
          <w:b/>
        </w:rPr>
        <w:t xml:space="preserve">[16:28] </w:t>
      </w:r>
      <w:r>
        <w:t>mein yeh kaha karta hoon keh science jo hai woh islam ki theology hai yani islam ka ilm kalam hai. science ki jo discoveries hain science ki discoveries jo hain woh islam ke ilm kalam hain.</w:t>
      </w:r>
    </w:p>
    <w:p>
      <w:pPr>
        <w:jc w:val="right"/>
      </w:pPr>
      <w:r>
        <w:t>میں یہ کہا کرتا ہوں کہ سائنس جو ہے وہ اسلام کی theology ہے یعنی اسلام کا علم کلام ہے۔ سائنس کی جو discoveries ہیں سائنس کی discoveries جو ہیں وہ اسلام کے علم کلام ہیں۔</w:t>
      </w:r>
    </w:p>
    <w:p>
      <w:r>
        <w:rPr>
          <w:b/>
        </w:rPr>
        <w:t xml:space="preserve">[16:40] </w:t>
      </w:r>
      <w:r>
        <w:t>lekin logon ne isko samjha nahi. hamare ulama ne hamare mutakallimeen ne hamare leaderon ne kyun unko woh afsos thay is baat se keh woh jaise shibli ne kaha tha zawal daulat azma zawal sharaf millat hai aziz o fikr farzand o ayal o khan meh kab tak toh sab isi mein gum thay.</w:t>
      </w:r>
    </w:p>
    <w:p>
      <w:pPr>
        <w:jc w:val="right"/>
      </w:pPr>
      <w:r>
        <w:t>لیکن لوگوں نے اس کو سمجھا نہیں۔ ہمارے علماء نے ہمارے متکلمین نے ہمارے لیڈروں نے کیوں ان کو وہ افسوس تھے اس بات سے کہ وہ جیسے شبلی نے کہا تھا زوال دولت عظمیٰ زوال شرف ملت ہے عزیز و فکر فرزند و عیال و خانمہ کب تک تو سب اسی میں گم تھے۔</w:t>
      </w:r>
    </w:p>
    <w:p>
      <w:r>
        <w:rPr>
          <w:b/>
        </w:rPr>
        <w:t xml:space="preserve">[17:04] </w:t>
      </w:r>
      <w:r>
        <w:t>aasman ne dolat war na tha jab barbad ki ibn badru ke dil nashad ne faryad ki yeh iqbal</w:t>
      </w:r>
    </w:p>
    <w:p>
      <w:pPr>
        <w:jc w:val="right"/>
      </w:pPr>
      <w:r>
        <w:t>آسمان نے دولت ورنہ تھا جب برباد کی ابن بدرو کے دل ناشاد نے فریاد کی یہ اقبال</w:t>
      </w:r>
    </w:p>
    <w:p>
      <w:r>
        <w:rPr>
          <w:b/>
        </w:rPr>
        <w:t xml:space="preserve">[17:10] </w:t>
      </w:r>
      <w:r>
        <w:t>ka shair hai.</w:t>
      </w:r>
    </w:p>
    <w:p>
      <w:pPr>
        <w:jc w:val="right"/>
      </w:pPr>
      <w:r>
        <w:t>کا شعر ہے۔</w:t>
      </w:r>
    </w:p>
    <w:p>
      <w:r>
        <w:rPr>
          <w:b/>
        </w:rPr>
        <w:t xml:space="preserve">[17:12] </w:t>
      </w:r>
      <w:r>
        <w:t>is zamane ke jitne bhi log hain</w:t>
      </w:r>
    </w:p>
    <w:p>
      <w:pPr>
        <w:jc w:val="right"/>
      </w:pPr>
      <w:r>
        <w:t>اس زمانے کے جتنے بھی لوگ ہیں</w:t>
      </w:r>
    </w:p>
    <w:p>
      <w:r>
        <w:rPr>
          <w:b/>
        </w:rPr>
        <w:t xml:space="preserve">[17:17] </w:t>
      </w:r>
      <w:r>
        <w:t>mein aik bar to arab mein gaya to wahan aik museum tha is museum mein is zamane ka</w:t>
      </w:r>
    </w:p>
    <w:p>
      <w:pPr>
        <w:jc w:val="right"/>
      </w:pPr>
      <w:r>
        <w:t>میں ایک بار تو عرب میں گیا تو وہاں ایک میوزیم تھا اس میوزیم میں اس زمانے کا</w:t>
      </w:r>
    </w:p>
    <w:p>
      <w:r>
        <w:rPr>
          <w:b/>
        </w:rPr>
        <w:t xml:space="preserve">[17:21] </w:t>
      </w:r>
      <w:r>
        <w:t>jo logon ne jihad chalaya tha yani colonial powers ke khilaf to is mein aik naarah hota tha</w:t>
      </w:r>
    </w:p>
    <w:p>
      <w:pPr>
        <w:jc w:val="right"/>
      </w:pPr>
      <w:r>
        <w:t>جو لوگوں نے جہاد چلایا تھا یعنی colonial powers کے خلاف تو اس میں ایک نعرہ ہوتا تھا</w:t>
      </w:r>
    </w:p>
    <w:p>
      <w:r>
        <w:rPr>
          <w:b/>
        </w:rPr>
        <w:t xml:space="preserve">[17:28] </w:t>
      </w:r>
      <w:r>
        <w:t>wo rakha hua tha wahan par ke mautu al yawm aizza qabl an tamutu ghadan azilla bas larr kar</w:t>
      </w:r>
    </w:p>
    <w:p>
      <w:pPr>
        <w:jc w:val="right"/>
      </w:pPr>
      <w:r>
        <w:t>وہ رکھا ہوا تھا وہاں پر کہ موتوا اليوم أعزاء قبل أن تموتوا غداً أذلاء بس لڑ کر</w:t>
      </w:r>
    </w:p>
    <w:p>
      <w:r>
        <w:rPr>
          <w:b/>
        </w:rPr>
        <w:t xml:space="preserve">[17:34] </w:t>
      </w:r>
      <w:r>
        <w:t>mar jao</w:t>
      </w:r>
    </w:p>
    <w:p>
      <w:pPr>
        <w:jc w:val="right"/>
      </w:pPr>
      <w:r>
        <w:t>مر جاؤ</w:t>
      </w:r>
    </w:p>
    <w:p>
      <w:r>
        <w:rPr>
          <w:b/>
        </w:rPr>
        <w:t xml:space="preserve">[17:39] </w:t>
      </w:r>
      <w:r>
        <w:t>mautu al yawm aizza qabl an tamutu ghadan azilla</w:t>
      </w:r>
    </w:p>
    <w:p>
      <w:pPr>
        <w:jc w:val="right"/>
      </w:pPr>
      <w:r>
        <w:t>موتوا اليوم أعزاء قبل أن تموتوا غداً أذلاء</w:t>
      </w:r>
    </w:p>
    <w:p>
      <w:r>
        <w:rPr>
          <w:b/>
        </w:rPr>
        <w:t xml:space="preserve">[17:43] </w:t>
      </w:r>
      <w:r>
        <w:t>to yeh larrhai bharrhai ka zehn aa gaya negative zehn aa gaya dunya ko dushman samajhne ka zehn aa gaya dekhen</w:t>
      </w:r>
    </w:p>
    <w:p>
      <w:pPr>
        <w:jc w:val="right"/>
      </w:pPr>
      <w:r>
        <w:t>تو یہ لڑائی بھڑائی کا ذہن آگیا negative ذہن آگیا دنیا کو دشمن سمجھنے کا ذہن آگیا دیکھیں</w:t>
      </w:r>
    </w:p>
    <w:p>
      <w:r>
        <w:rPr>
          <w:b/>
        </w:rPr>
        <w:t xml:space="preserve">[17:50] </w:t>
      </w:r>
      <w:r>
        <w:t>jab aap negative mood mein hote hain to aap koi positive baat soch nahi sakte it is impossible</w:t>
      </w:r>
    </w:p>
    <w:p>
      <w:pPr>
        <w:jc w:val="right"/>
      </w:pPr>
      <w:r>
        <w:t>جب آپ negative mood میں ہوتے ہیں تو آپ کوئی positive بات سوچ نہیں سکتے it is impossible</w:t>
      </w:r>
    </w:p>
    <w:p>
      <w:r>
        <w:rPr>
          <w:b/>
        </w:rPr>
        <w:t xml:space="preserve">[17:57] </w:t>
      </w:r>
      <w:r>
        <w:t>positive baat ko sochna</w:t>
      </w:r>
    </w:p>
    <w:p>
      <w:pPr>
        <w:jc w:val="right"/>
      </w:pPr>
      <w:r>
        <w:t>positive بات کو سوچنا</w:t>
      </w:r>
    </w:p>
    <w:p>
      <w:r>
        <w:rPr>
          <w:b/>
        </w:rPr>
        <w:t xml:space="preserve">[18:00] </w:t>
      </w:r>
      <w:r>
        <w:t>jaise scientists ne discoveries ki bohat sari to un ko koi negativity nahi thi un ka koi dushman</w:t>
      </w:r>
    </w:p>
    <w:p>
      <w:pPr>
        <w:jc w:val="right"/>
      </w:pPr>
      <w:r>
        <w:t>جیسے scientists نے discoveries کی بہت ساری تو ان کو کوئی negativity نہیں تھی ان کا کوئی دشمن</w:t>
      </w:r>
    </w:p>
    <w:p>
      <w:r>
        <w:rPr>
          <w:b/>
        </w:rPr>
        <w:t xml:space="preserve">[18:05] </w:t>
      </w:r>
      <w:r>
        <w:t>nahi tha kisi ka koi conspiracy mein un ki soch nahi phansi hui thi wo nature ko discover</w:t>
      </w:r>
    </w:p>
    <w:p>
      <w:pPr>
        <w:jc w:val="right"/>
      </w:pPr>
      <w:r>
        <w:t>نہیں تھا کسی کا کوئی conspiracy میں ان کی سوچ نہیں پھنسی ہوئی تھی وہ nature کو discover</w:t>
      </w:r>
    </w:p>
    <w:p>
      <w:r>
        <w:rPr>
          <w:b/>
        </w:rPr>
        <w:t xml:space="preserve">[18:13] </w:t>
      </w:r>
      <w:r>
        <w:t>karna chahte the</w:t>
      </w:r>
    </w:p>
    <w:p>
      <w:pPr>
        <w:jc w:val="right"/>
      </w:pPr>
      <w:r>
        <w:t>کرنا چاہتے تھے</w:t>
      </w:r>
    </w:p>
    <w:p>
      <w:r>
        <w:rPr>
          <w:b/>
        </w:rPr>
        <w:t xml:space="preserve">[18:15] </w:t>
      </w:r>
      <w:r>
        <w:t>to yeh musalmanon mein mizaj nahi tha is zamane mein yeh jo discovery samne aai thi science ki</w:t>
      </w:r>
    </w:p>
    <w:p>
      <w:pPr>
        <w:jc w:val="right"/>
      </w:pPr>
      <w:r>
        <w:t>تو یہ مسلمانوں میں مزاج نہیں تھا اس زمانے میں یہ جو discovery سامنے آئی تھی سائنس کی</w:t>
      </w:r>
    </w:p>
    <w:p>
      <w:r>
        <w:rPr>
          <w:b/>
        </w:rPr>
        <w:t xml:space="preserve">[18:21] </w:t>
      </w:r>
      <w:r>
        <w:t>is ko musalmanon ko istemal karna tha khuda</w:t>
      </w:r>
    </w:p>
    <w:p>
      <w:pPr>
        <w:jc w:val="right"/>
      </w:pPr>
      <w:r>
        <w:t>اس کو مسلمانوں کو استعمال کرنا تھا خدا</w:t>
      </w:r>
    </w:p>
    <w:p>
      <w:r>
        <w:rPr>
          <w:b/>
        </w:rPr>
        <w:t xml:space="preserve">[18:24] </w:t>
      </w:r>
      <w:r>
        <w:t>ke is mein lekin istemal kar liya kis ne ayat 38 ne</w:t>
      </w:r>
    </w:p>
    <w:p>
      <w:pPr>
        <w:jc w:val="right"/>
      </w:pPr>
      <w:r>
        <w:t>کے اس میں لیکن استعمال کر لیا کس نے آیت 38 نے</w:t>
      </w:r>
    </w:p>
    <w:p>
      <w:r>
        <w:rPr>
          <w:b/>
        </w:rPr>
        <w:t xml:space="preserve">[18:32] </w:t>
      </w:r>
      <w:r>
        <w:t>yani aaj mein subah aik sath baat kar raha tha</w:t>
      </w:r>
    </w:p>
    <w:p>
      <w:pPr>
        <w:jc w:val="right"/>
      </w:pPr>
      <w:r>
        <w:t>یعنی آج میں صبح ایک ساتھ بات کر رہا تھا</w:t>
      </w:r>
    </w:p>
    <w:p>
      <w:r>
        <w:rPr>
          <w:b/>
        </w:rPr>
        <w:t xml:space="preserve">[18:37] </w:t>
      </w:r>
      <w:r>
        <w:t>ke khuda ke baray mein jo evidence ki baat hai to</w:t>
      </w:r>
    </w:p>
    <w:p>
      <w:pPr>
        <w:jc w:val="right"/>
      </w:pPr>
      <w:r>
        <w:t>کہ خدا کے بارے میں جو evidence کی بات ہے تو</w:t>
      </w:r>
    </w:p>
    <w:p>
      <w:r>
        <w:rPr>
          <w:b/>
        </w:rPr>
        <w:t xml:space="preserve">[18:44] </w:t>
      </w:r>
      <w:r>
        <w:t>aik hai direct evidence aik hai indirect evidence</w:t>
      </w:r>
    </w:p>
    <w:p>
      <w:pPr>
        <w:jc w:val="right"/>
      </w:pPr>
      <w:r>
        <w:t>ایک ہے direct evidence ایک ہے indirect evidence</w:t>
      </w:r>
    </w:p>
    <w:p>
      <w:r>
        <w:rPr>
          <w:b/>
        </w:rPr>
        <w:t xml:space="preserve">[18:48] </w:t>
      </w:r>
      <w:r>
        <w:t>direct evidence kya hai hum suraj ko jis tarah dekhte hain is tarah khuda ko dekhne lage hain</w:t>
      </w:r>
    </w:p>
    <w:p>
      <w:pPr>
        <w:jc w:val="right"/>
      </w:pPr>
      <w:r>
        <w:t>direct evidence کیا ہے ہم سورج کو جس طرح دیکھتے ہیں اس طرح خدا کو دیکھنے لگے ہیں</w:t>
      </w:r>
    </w:p>
    <w:p>
      <w:r>
        <w:rPr>
          <w:b/>
        </w:rPr>
        <w:t xml:space="preserve">[18:54] </w:t>
      </w:r>
      <w:r>
        <w:t>that is direct evidence yani suraj ko chand ko jis tarah hum dekhte hain waise hum khuda ko</w:t>
      </w:r>
    </w:p>
    <w:p>
      <w:pPr>
        <w:jc w:val="right"/>
      </w:pPr>
      <w:r>
        <w:t>that is direct evidence یعنی سورج کو چاند کو جس طرح ہم دیکھتے ہیں ویسے ہم خدا کو</w:t>
      </w:r>
    </w:p>
    <w:p>
      <w:r>
        <w:rPr>
          <w:b/>
        </w:rPr>
        <w:t xml:space="preserve">[18:58] </w:t>
      </w:r>
      <w:r>
        <w:t>dekhne lage hain to woh hai direct evidence khuda ka is sense mein</w:t>
      </w:r>
    </w:p>
    <w:p>
      <w:pPr>
        <w:jc w:val="right"/>
      </w:pPr>
      <w:r>
        <w:t>دیکھنے لگے ہیں تو وہ ہے direct evidence خدا کا اس sense میں</w:t>
      </w:r>
    </w:p>
    <w:p>
      <w:r>
        <w:rPr>
          <w:b/>
        </w:rPr>
        <w:t xml:space="preserve">[19:05] </w:t>
      </w:r>
      <w:r>
        <w:t>kyunke nahin tha lekin indirect evidence to beshumar the har cheez pehle zamane mein bhi ab science</w:t>
      </w:r>
    </w:p>
    <w:p>
      <w:pPr>
        <w:jc w:val="right"/>
      </w:pPr>
      <w:r>
        <w:t>کیونکہ نہیں تھا لیکن indirect evidence تو بے شمار تھے ہر چیز پہلے زمانے میں بھی اب سائنس</w:t>
      </w:r>
    </w:p>
    <w:p>
      <w:r>
        <w:rPr>
          <w:b/>
        </w:rPr>
        <w:t xml:space="preserve">[19:14] </w:t>
      </w:r>
      <w:r>
        <w:t>ne jo discovery ki jo nayi duniya daryaft ki</w:t>
      </w:r>
    </w:p>
    <w:p>
      <w:pPr>
        <w:jc w:val="right"/>
      </w:pPr>
      <w:r>
        <w:t>نے جو discovery کی جو نئی دنیا دریافت کی</w:t>
      </w:r>
    </w:p>
    <w:p>
      <w:r>
        <w:rPr>
          <w:b/>
        </w:rPr>
        <w:t xml:space="preserve">[19:18] </w:t>
      </w:r>
      <w:r>
        <w:t>to indirect evidence to ki bharmaar ho gayi har cheez khuda ka indirect evidence ban gayi har cheez</w:t>
      </w:r>
    </w:p>
    <w:p>
      <w:pPr>
        <w:jc w:val="right"/>
      </w:pPr>
      <w:r>
        <w:t>تو indirect evidence تو کی بھرمار ہو گئی ہر چیز خدا کا indirect evidence بن گئی ہر چیز</w:t>
      </w:r>
    </w:p>
    <w:p>
      <w:r>
        <w:rPr>
          <w:b/>
        </w:rPr>
        <w:t xml:space="preserve">[19:27] </w:t>
      </w:r>
      <w:r>
        <w:t>har pati har zara</w:t>
      </w:r>
    </w:p>
    <w:p>
      <w:pPr>
        <w:jc w:val="right"/>
      </w:pPr>
      <w:r>
        <w:t>ہر پتی ہر ذرہ</w:t>
      </w:r>
    </w:p>
    <w:p>
      <w:r>
        <w:rPr>
          <w:b/>
        </w:rPr>
        <w:t xml:space="preserve">[19:30] </w:t>
      </w:r>
      <w:r>
        <w:t>har pani ka har qatra har cheez khuda ke wajood ka indirect evidence ban gayi</w:t>
      </w:r>
    </w:p>
    <w:p>
      <w:pPr>
        <w:jc w:val="right"/>
      </w:pPr>
      <w:r>
        <w:t>ہر پانی کا ہر قطرہ ہر چیز خدا کے وجود کا indirect evidence بن گئی</w:t>
      </w:r>
    </w:p>
    <w:p>
      <w:r>
        <w:rPr>
          <w:b/>
        </w:rPr>
        <w:t xml:space="preserve">[19:37] </w:t>
      </w:r>
      <w:r>
        <w:t>to kitna bada yeh انقلاب tha</w:t>
      </w:r>
    </w:p>
    <w:p>
      <w:pPr>
        <w:jc w:val="right"/>
      </w:pPr>
      <w:r>
        <w:t>تو کتنا بڑا یہ انقلاب تھا</w:t>
      </w:r>
    </w:p>
    <w:p>
      <w:r>
        <w:rPr>
          <w:b/>
        </w:rPr>
        <w:t xml:space="preserve">[19:42] </w:t>
      </w:r>
      <w:r>
        <w:t>yahan mein ek baat yeh arz kar doon ke dekhen khuda ka direct evidence kyun possible nahin hai</w:t>
      </w:r>
    </w:p>
    <w:p>
      <w:pPr>
        <w:jc w:val="right"/>
      </w:pPr>
      <w:r>
        <w:t>یہاں میں ایک بات یہ عرض کر دوں کہ دیکھیں خدا کا direct evidence کیوں possible نہیں ہے</w:t>
      </w:r>
    </w:p>
    <w:p>
      <w:r>
        <w:rPr>
          <w:b/>
        </w:rPr>
        <w:t xml:space="preserve">[19:48] </w:t>
      </w:r>
      <w:r>
        <w:t>is liye ke hum is waqt test par hain</w:t>
      </w:r>
    </w:p>
    <w:p>
      <w:pPr>
        <w:jc w:val="right"/>
      </w:pPr>
      <w:r>
        <w:t>اس لیے کہ ہم اس وقت ٹیسٹ پر ہیں</w:t>
      </w:r>
    </w:p>
    <w:p>
      <w:r>
        <w:rPr>
          <w:b/>
        </w:rPr>
        <w:t xml:space="preserve">[19:51] </w:t>
      </w:r>
      <w:r>
        <w:t>yeh maut se pehle ki jo duniya hai is mein hum test par hain maut ke baad ki</w:t>
      </w:r>
    </w:p>
    <w:p>
      <w:pPr>
        <w:jc w:val="right"/>
      </w:pPr>
      <w:r>
        <w:t>یہ موت سے پہلے کی جو دنیا ہے اس میں ہم ٹیسٹ پر ہیں موت کے بعد کی</w:t>
      </w:r>
    </w:p>
    <w:p>
      <w:r>
        <w:rPr>
          <w:b/>
        </w:rPr>
        <w:t xml:space="preserve">[19:55] </w:t>
      </w:r>
      <w:r>
        <w:t>duniya jo hogi wahan test khatam hoga ho jayega to maut se pehle ki duniya mein hum</w:t>
      </w:r>
    </w:p>
    <w:p>
      <w:pPr>
        <w:jc w:val="right"/>
      </w:pPr>
      <w:r>
        <w:t>دنیا جو ہوگی وہاں ٹیسٹ ختم ہوگا ہو جائے گا تو موت سے پہلے کی دنیا میں ہم</w:t>
      </w:r>
    </w:p>
    <w:p>
      <w:r>
        <w:rPr>
          <w:b/>
        </w:rPr>
        <w:t xml:space="preserve">[20:01] </w:t>
      </w:r>
      <w:r>
        <w:t>sirf indirect evidence hi pa sakte</w:t>
      </w:r>
    </w:p>
    <w:p>
      <w:pPr>
        <w:jc w:val="right"/>
      </w:pPr>
      <w:r>
        <w:t>صرف indirect evidence ہی پا سکتے</w:t>
      </w:r>
    </w:p>
    <w:p>
      <w:r>
        <w:rPr>
          <w:b/>
        </w:rPr>
        <w:t xml:space="preserve">[20:03] </w:t>
      </w:r>
      <w:r>
        <w:t>hain khuda ke bare mein</w:t>
      </w:r>
    </w:p>
    <w:p>
      <w:pPr>
        <w:jc w:val="right"/>
      </w:pPr>
      <w:r>
        <w:t>ہیں خدا کے بارے میں</w:t>
      </w:r>
    </w:p>
    <w:p>
      <w:r>
        <w:rPr>
          <w:b/>
        </w:rPr>
        <w:t xml:space="preserve">[20:05] </w:t>
      </w:r>
      <w:r>
        <w:t>direct evidence hum ko milega maut ke baad khuda ko hadith mein aata hai ke khuda ko</w:t>
      </w:r>
    </w:p>
    <w:p>
      <w:pPr>
        <w:jc w:val="right"/>
      </w:pPr>
      <w:r>
        <w:t>direct evidence ہم کو ملے گا موت کے بعد خدا کو حدیث میں آتا ہے کہ خدا کو</w:t>
      </w:r>
    </w:p>
    <w:p>
      <w:r>
        <w:rPr>
          <w:b/>
        </w:rPr>
        <w:t xml:space="preserve">[20:10] </w:t>
      </w:r>
      <w:r>
        <w:t>tum is tarah dekhoge jaise tum chand aur suraj ko dekhte ho</w:t>
      </w:r>
    </w:p>
    <w:p>
      <w:pPr>
        <w:jc w:val="right"/>
      </w:pPr>
      <w:r>
        <w:t>تم اس طرح دیکھو گے جیسے تم چاند اور سورج کو دیکھتے ہو</w:t>
      </w:r>
    </w:p>
    <w:p>
      <w:r>
        <w:rPr>
          <w:b/>
        </w:rPr>
        <w:t xml:space="preserve">[20:14] </w:t>
      </w:r>
      <w:r>
        <w:t>yeh test period mein hum sirf khuda ka direct evidence pa sakte hain woh beshumar hai be</w:t>
      </w:r>
    </w:p>
    <w:p>
      <w:pPr>
        <w:jc w:val="right"/>
      </w:pPr>
      <w:r>
        <w:t>یہ ٹیسٹ period میں ہم صرف خدا کا direct evidence پا سکتے ہیں وہ بے شمار ہے بے</w:t>
      </w:r>
    </w:p>
    <w:p>
      <w:r>
        <w:rPr>
          <w:b/>
        </w:rPr>
        <w:t xml:space="preserve">[20:19] </w:t>
      </w:r>
      <w:r>
        <w:t>shumar hai beshumar hai uncounted</w:t>
      </w:r>
    </w:p>
    <w:p>
      <w:pPr>
        <w:jc w:val="right"/>
      </w:pPr>
      <w:r>
        <w:t>شمار ہے بے شمار ہے uncounted</w:t>
      </w:r>
    </w:p>
    <w:p>
      <w:r>
        <w:rPr>
          <w:b/>
        </w:rPr>
        <w:t xml:space="preserve">[20:22] </w:t>
      </w:r>
      <w:r>
        <w:t>aur khuda ka direct evidence jo hai woh maut ke baad hamare samne aayega to yeh test</w:t>
      </w:r>
    </w:p>
    <w:p>
      <w:pPr>
        <w:jc w:val="right"/>
      </w:pPr>
      <w:r>
        <w:t>اور خدا کا direct evidence جو ہے وہ موت کے بعد ہمارے سامنے آئے گا تو یہ ٹیسٹ</w:t>
      </w:r>
    </w:p>
    <w:p>
      <w:r>
        <w:rPr>
          <w:b/>
        </w:rPr>
        <w:t xml:space="preserve">[20:27] </w:t>
      </w:r>
      <w:r>
        <w:t>ki wajah se aisa aisa hai ke ab aaj hum khuda ko direct nahin dekh paate yeh test</w:t>
      </w:r>
    </w:p>
    <w:p>
      <w:pPr>
        <w:jc w:val="right"/>
      </w:pPr>
      <w:r>
        <w:t>کی وجہ سے ایسا ایسا ہے کہ اب آج ہم خدا کو direct نہیں دیکھ پاتے یہ ٹیسٹ</w:t>
      </w:r>
    </w:p>
    <w:p>
      <w:r>
        <w:rPr>
          <w:b/>
        </w:rPr>
        <w:t xml:space="preserve">[20:32] </w:t>
      </w:r>
      <w:r>
        <w:t>ki wajah se hai khuda aaj bhi aaya hai aaj bhi aaya hai lekin test ka jo parda</w:t>
      </w:r>
    </w:p>
    <w:p>
      <w:pPr>
        <w:jc w:val="right"/>
      </w:pPr>
      <w:r>
        <w:t>کی وجہ سے ہے خدا آج بھی آیا ہے آج بھی آیا ہے لیکن ٹیسٹ کا جو پردہ</w:t>
      </w:r>
    </w:p>
    <w:p>
      <w:r>
        <w:rPr>
          <w:b/>
        </w:rPr>
        <w:t xml:space="preserve">[20:37] </w:t>
      </w:r>
      <w:r>
        <w:t>hai us ki wajah se hum direct evidence hamein nahin ho pata</w:t>
      </w:r>
    </w:p>
    <w:p>
      <w:pPr>
        <w:jc w:val="right"/>
      </w:pPr>
      <w:r>
        <w:t>ہے اس کی وجہ سے ہم direct evidence ہمیں نہیں ہو پاتا</w:t>
      </w:r>
    </w:p>
    <w:p>
      <w:r>
        <w:rPr>
          <w:b/>
        </w:rPr>
        <w:t xml:space="preserve">[20:43] </w:t>
      </w:r>
      <w:r>
        <w:t>to dekhen mein yeh keh raha tha ke science ne jo</w:t>
      </w:r>
    </w:p>
    <w:p>
      <w:pPr>
        <w:jc w:val="right"/>
      </w:pPr>
      <w:r>
        <w:t>تو دیکھیں میں یہ کہہ رہا تھا کہ سائنس نے جو</w:t>
      </w:r>
    </w:p>
    <w:p>
      <w:r>
        <w:rPr>
          <w:b/>
        </w:rPr>
        <w:t xml:space="preserve">[20:49] </w:t>
      </w:r>
      <w:r>
        <w:t>yani</w:t>
      </w:r>
    </w:p>
    <w:p>
      <w:pPr>
        <w:jc w:val="right"/>
      </w:pPr>
      <w:r>
        <w:t>یعنی</w:t>
      </w:r>
    </w:p>
    <w:p>
      <w:r>
        <w:rPr>
          <w:b/>
        </w:rPr>
        <w:t xml:space="preserve">[20:49] </w:t>
      </w:r>
      <w:r>
        <w:t>yeh kaam kiya keh nature ko divinity ke darjay se hataya toh kya ho gaya aik taraf creator aik taraf creator aik doosray creature yani sab kuch creature ban gaya sab kuch makhlooq ban gayi aik taraf khuda hai doosri taraf sab kuch creature hai creature hai creature hai toh makhlooq parasti ka zamana khatam</w:t>
      </w:r>
    </w:p>
    <w:p>
      <w:pPr>
        <w:jc w:val="right"/>
      </w:pPr>
      <w:r>
        <w:t>یہ کام کیا کہ nature کو divinity کے درجے سے ہٹایا تو کیا ہو گیا ایک طرف creator ایک طرف creator ایک دوسرے creature یعنی سب کچھ creature بن گیا سب کچھ مخلوق بن گئی ایک طرف خدا ہے دوسری طرف سب کچھ creature ہے creature ہے creature ہے تو مخلوق پرستی کا زمانہ ختم</w:t>
      </w:r>
    </w:p>
    <w:p>
      <w:r>
        <w:rPr>
          <w:b/>
        </w:rPr>
        <w:t xml:space="preserve">[21:16] </w:t>
      </w:r>
      <w:r>
        <w:t>ab jo science ne daryaft kiya tha</w:t>
      </w:r>
    </w:p>
    <w:p>
      <w:pPr>
        <w:jc w:val="right"/>
      </w:pPr>
      <w:r>
        <w:t>اب جو سائنس نے دریافت کیا تھا</w:t>
      </w:r>
    </w:p>
    <w:p>
      <w:r>
        <w:rPr>
          <w:b/>
        </w:rPr>
        <w:t xml:space="preserve">[21:19] </w:t>
      </w:r>
      <w:r>
        <w:t>mushkil yeh hai ke science ki daryaft ko hijack kar liya atheist logon ne woh kaise</w:t>
      </w:r>
    </w:p>
    <w:p>
      <w:pPr>
        <w:jc w:val="right"/>
      </w:pPr>
      <w:r>
        <w:t>مشکل یہ ہے کہ سائنس کی دریافت کو hijack کر لیا atheist لوگوں نے وہ کیسے</w:t>
      </w:r>
    </w:p>
    <w:p>
      <w:r>
        <w:rPr>
          <w:b/>
        </w:rPr>
        <w:t xml:space="preserve">[21:26] </w:t>
      </w:r>
      <w:r>
        <w:t>ab musalman is ko aware musalman ke liye ek opportunity khuli thi musalman se murad hai ahle tauheed</w:t>
      </w:r>
    </w:p>
    <w:p>
      <w:pPr>
        <w:jc w:val="right"/>
      </w:pPr>
      <w:r>
        <w:t>اب مسلمان اس کو aware مسلمان کے لیے ایک opportunity کھلی تھی مسلمان سے مراد ہے اہل توحید</w:t>
      </w:r>
    </w:p>
    <w:p>
      <w:r>
        <w:rPr>
          <w:b/>
        </w:rPr>
        <w:t xml:space="preserve">[21:33] </w:t>
      </w:r>
      <w:r>
        <w:t>yani ahle islam khuda ko manne wale believers musalman ka matlab mein yahan le raha hoon kisi group</w:t>
      </w:r>
    </w:p>
    <w:p>
      <w:pPr>
        <w:jc w:val="right"/>
      </w:pPr>
      <w:r>
        <w:t>یعنی اہل اسلام خدا کو ماننے والے believers مسلمان کا مطلب میں یہاں لے رہا ہوں کسی گروپ</w:t>
      </w:r>
    </w:p>
    <w:p>
      <w:r>
        <w:rPr>
          <w:b/>
        </w:rPr>
        <w:t xml:space="preserve">[21:40] </w:t>
      </w:r>
      <w:r>
        <w:t>ke sense mein nahi believers ke sense mein to believers is ko istemal nahi kar sake kyun is</w:t>
      </w:r>
    </w:p>
    <w:p>
      <w:pPr>
        <w:jc w:val="right"/>
      </w:pPr>
      <w:r>
        <w:t>کے sense میں نہیں believers کے sense میں تو believers اس کو استعمال نہیں کر سکے کیوں اس</w:t>
      </w:r>
    </w:p>
    <w:p>
      <w:r>
        <w:rPr>
          <w:b/>
        </w:rPr>
        <w:t xml:space="preserve">[21:47] </w:t>
      </w:r>
      <w:r>
        <w:t>liye ke wo</w:t>
      </w:r>
    </w:p>
    <w:p>
      <w:pPr>
        <w:jc w:val="right"/>
      </w:pPr>
      <w:r>
        <w:t>لیے کہ وہ</w:t>
      </w:r>
    </w:p>
    <w:p>
      <w:r>
        <w:rPr>
          <w:b/>
        </w:rPr>
        <w:t xml:space="preserve">[21:51] </w:t>
      </w:r>
      <w:r>
        <w:t>afsos mein the hate mein jee rahe the negativity mein jee rahe the is bina par</w:t>
      </w:r>
    </w:p>
    <w:p>
      <w:pPr>
        <w:jc w:val="right"/>
      </w:pPr>
      <w:r>
        <w:t>افسوس میں تھے hate میں جی رہے تھے negativity میں جی رہے تھے اس بنا پر</w:t>
      </w:r>
    </w:p>
    <w:p>
      <w:r>
        <w:rPr>
          <w:b/>
        </w:rPr>
        <w:t xml:space="preserve">[21:58] </w:t>
      </w:r>
      <w:r>
        <w:t>ab mein batana chahta hoon ke kya hua waqea kya pesh aaya to science ne yeh daryaft kiya</w:t>
      </w:r>
    </w:p>
    <w:p>
      <w:pPr>
        <w:jc w:val="right"/>
      </w:pPr>
      <w:r>
        <w:t>اب میں بتانا چاہتا ہوں کہ کیا ہوا واقعہ کیا پیش آیا تو سائنس نے یہ دریافت کیا</w:t>
      </w:r>
    </w:p>
    <w:p>
      <w:r>
        <w:rPr>
          <w:b/>
        </w:rPr>
        <w:t xml:space="preserve">[22:03] </w:t>
      </w:r>
      <w:r>
        <w:t>tha jis ko kehte hain principle of causation yani cause and effect ke jo kuch bhi hum dekh</w:t>
      </w:r>
    </w:p>
    <w:p>
      <w:pPr>
        <w:jc w:val="right"/>
      </w:pPr>
      <w:r>
        <w:t>تھا جس کو کہتے ہیں principle of causation یعنی cause and effect کہ جو کچھ بھی ہم دیکھ</w:t>
      </w:r>
    </w:p>
    <w:p>
      <w:r>
        <w:rPr>
          <w:b/>
        </w:rPr>
        <w:t xml:space="preserve">[22:09] </w:t>
      </w:r>
      <w:r>
        <w:t>rahe hain jo kuch bhi hum dekh rahe hain is ke peeche ek cause hota hai jaise misaal</w:t>
      </w:r>
    </w:p>
    <w:p>
      <w:pPr>
        <w:jc w:val="right"/>
      </w:pPr>
      <w:r>
        <w:t>رہے ہیں جو کچھ بھی ہم دیکھ رہے ہیں اس کے پیچھے ایک cause ہوتا ہے جیسے مثال</w:t>
      </w:r>
    </w:p>
    <w:p>
      <w:r>
        <w:rPr>
          <w:b/>
        </w:rPr>
        <w:t xml:space="preserve">[22:15] </w:t>
      </w:r>
      <w:r>
        <w:t>ke taur par barish hoti hai pehle samajhte the hum insan samajhta tha ke khuda yani ek mysterious</w:t>
      </w:r>
    </w:p>
    <w:p>
      <w:pPr>
        <w:jc w:val="right"/>
      </w:pPr>
      <w:r>
        <w:t>کے طور پر بارش ہوتی ہے پہلے سمجھتے تھے ہم انسان سمجھتا تھا کہ خدا یعنی ایک mysterious</w:t>
      </w:r>
    </w:p>
    <w:p>
      <w:r>
        <w:rPr>
          <w:b/>
        </w:rPr>
        <w:t xml:space="preserve">[22:22] </w:t>
      </w:r>
      <w:r>
        <w:t>cheez samajhta tha mysterious cheez ab well known causes ke tehat barish maloom ho gayi hoti hai yani</w:t>
      </w:r>
    </w:p>
    <w:p>
      <w:pPr>
        <w:jc w:val="right"/>
      </w:pPr>
      <w:r>
        <w:t>چیز سمجھتا تھا mysterious چیز اب well known causes کے تحت بارش معلوم ہو گئی ہوتی ہے یعنی</w:t>
      </w:r>
    </w:p>
    <w:p>
      <w:r>
        <w:rPr>
          <w:b/>
        </w:rPr>
        <w:t xml:space="preserve">[22:29] </w:t>
      </w:r>
      <w:r>
        <w:t>science ne bataya ke falan falan well known causes hain jin ki wajah se barish hoti hai is</w:t>
      </w:r>
    </w:p>
    <w:p>
      <w:pPr>
        <w:jc w:val="right"/>
      </w:pPr>
      <w:r>
        <w:t>سائنس نے بتایا کہ فلاں فلاں well known causes ہیں جن کی وجہ سے بارش ہوتی ہے اس</w:t>
      </w:r>
    </w:p>
    <w:p>
      <w:r>
        <w:rPr>
          <w:b/>
        </w:rPr>
        <w:t xml:space="preserve">[22:34] </w:t>
      </w:r>
      <w:r>
        <w:t>ko kehte hain principle of causation</w:t>
      </w:r>
    </w:p>
    <w:p>
      <w:pPr>
        <w:jc w:val="right"/>
      </w:pPr>
      <w:r>
        <w:t>کو کہتے ہیں principle of causation</w:t>
      </w:r>
    </w:p>
    <w:p>
      <w:r>
        <w:rPr>
          <w:b/>
        </w:rPr>
        <w:t xml:space="preserve">[22:37] </w:t>
      </w:r>
      <w:r>
        <w:t>to</w:t>
      </w:r>
    </w:p>
    <w:p>
      <w:pPr>
        <w:jc w:val="right"/>
      </w:pPr>
      <w:r>
        <w:t>تو</w:t>
      </w:r>
    </w:p>
    <w:p>
      <w:r>
        <w:rPr>
          <w:b/>
        </w:rPr>
        <w:t xml:space="preserve">[22:38] </w:t>
      </w:r>
      <w:r>
        <w:t>sari is cheezon ke bare mein science ne yeh daryaft kiya</w:t>
      </w:r>
    </w:p>
    <w:p>
      <w:pPr>
        <w:jc w:val="right"/>
      </w:pPr>
      <w:r>
        <w:t>ساری اس چیزوں کے بارے میں سائنس نے یہ دریافت کیا</w:t>
      </w:r>
    </w:p>
    <w:p>
      <w:r>
        <w:rPr>
          <w:b/>
        </w:rPr>
        <w:t xml:space="preserve">[22:42] </w:t>
      </w:r>
      <w:r>
        <w:t>ke falan falan causes hain jo in waqeat ko zahoor mein la rahe hain</w:t>
      </w:r>
    </w:p>
    <w:p>
      <w:pPr>
        <w:jc w:val="right"/>
      </w:pPr>
      <w:r>
        <w:t>کہ فلاں فلاں causes ہیں جو ان واقعات کو ظہور میں لا رہے ہیں</w:t>
      </w:r>
    </w:p>
    <w:p>
      <w:r>
        <w:rPr>
          <w:b/>
        </w:rPr>
        <w:t xml:space="preserve">[22:49] </w:t>
      </w:r>
      <w:r>
        <w:t>to atheist logon ne kya kaise hijack kiya is ko unhon ne kaha ke if events are due</w:t>
      </w:r>
    </w:p>
    <w:p>
      <w:pPr>
        <w:jc w:val="right"/>
      </w:pPr>
      <w:r>
        <w:t>تو atheist لوگوں نے کیا کیسے hijack کیا اس کو انہوں نے کہا کہ if events are due</w:t>
      </w:r>
    </w:p>
    <w:p>
      <w:r>
        <w:rPr>
          <w:b/>
        </w:rPr>
        <w:t xml:space="preserve">[22:55] </w:t>
      </w:r>
      <w:r>
        <w:t>to natural causes they are not due to supernatural causes</w:t>
      </w:r>
    </w:p>
    <w:p>
      <w:pPr>
        <w:jc w:val="right"/>
      </w:pPr>
      <w:r>
        <w:t>to natural causes they are not due to supernatural causes</w:t>
      </w:r>
    </w:p>
    <w:p>
      <w:r>
        <w:rPr>
          <w:b/>
        </w:rPr>
        <w:t xml:space="preserve">[23:01] </w:t>
      </w:r>
      <w:r>
        <w:t>yeh hijack kar ke unhon ne kaha yeh scientist ne nahi kaha tha yeh kisi scientist ne aisa nahi</w:t>
      </w:r>
    </w:p>
    <w:p>
      <w:pPr>
        <w:jc w:val="right"/>
      </w:pPr>
      <w:r>
        <w:t>یہ hijack کر کے انہوں نے کہا یہ سائنسدان نہیں کہا تھا یہ کسی scientist نے ایسا نہیں</w:t>
      </w:r>
    </w:p>
    <w:p>
      <w:r>
        <w:rPr>
          <w:b/>
        </w:rPr>
        <w:t xml:space="preserve">[23:07] </w:t>
      </w:r>
      <w:r>
        <w:t>kaha tha yeh atheist ki boli hai ke if events are due to natural causes they are not</w:t>
      </w:r>
    </w:p>
    <w:p>
      <w:pPr>
        <w:jc w:val="right"/>
      </w:pPr>
      <w:r>
        <w:t>کہا تھا یہ atheist کی بولی ہے کہ if events are due to natural causes they are not</w:t>
      </w:r>
    </w:p>
    <w:p>
      <w:r>
        <w:rPr>
          <w:b/>
        </w:rPr>
        <w:t xml:space="preserve">[23:13] </w:t>
      </w:r>
      <w:r>
        <w:t>due to supernatural causes</w:t>
      </w:r>
    </w:p>
    <w:p>
      <w:pPr>
        <w:jc w:val="right"/>
      </w:pPr>
      <w:r>
        <w:t>due to supernatural causes</w:t>
      </w:r>
    </w:p>
    <w:p>
      <w:r>
        <w:rPr>
          <w:b/>
        </w:rPr>
        <w:t xml:space="preserve">[23:16] </w:t>
      </w:r>
      <w:r>
        <w:t>yani waqeat agar</w:t>
      </w:r>
    </w:p>
    <w:p>
      <w:pPr>
        <w:jc w:val="right"/>
      </w:pPr>
      <w:r>
        <w:t>یعنی واقعات اگر</w:t>
      </w:r>
    </w:p>
    <w:p>
      <w:r>
        <w:rPr>
          <w:b/>
        </w:rPr>
        <w:t xml:space="preserve">[23:18] </w:t>
      </w:r>
      <w:r>
        <w:t>ho rahe hain</w:t>
      </w:r>
    </w:p>
    <w:p>
      <w:pPr>
        <w:jc w:val="right"/>
      </w:pPr>
      <w:r>
        <w:t>ہو رہے ہیں</w:t>
      </w:r>
    </w:p>
    <w:p>
      <w:r>
        <w:rPr>
          <w:b/>
        </w:rPr>
        <w:t xml:space="preserve">[23:21] </w:t>
      </w:r>
      <w:r>
        <w:t>yani fitri</w:t>
      </w:r>
    </w:p>
    <w:p>
      <w:pPr>
        <w:jc w:val="right"/>
      </w:pPr>
      <w:r>
        <w:t>یعنی فطری</w:t>
      </w:r>
    </w:p>
    <w:p>
      <w:r>
        <w:rPr>
          <w:b/>
        </w:rPr>
        <w:t xml:space="preserve">[23:24] </w:t>
      </w:r>
      <w:r>
        <w:t>asbab ke tehat to woh ghair fitri asbab ka nateeja nahi ho sakte</w:t>
      </w:r>
    </w:p>
    <w:p>
      <w:pPr>
        <w:jc w:val="right"/>
      </w:pPr>
      <w:r>
        <w:t>اسباب کے تحت تو وہ غیر فطری اسباب کا نتیجہ نہیں ہو سکتے</w:t>
      </w:r>
    </w:p>
    <w:p>
      <w:r>
        <w:rPr>
          <w:b/>
        </w:rPr>
        <w:t xml:space="preserve">[23:30] </w:t>
      </w:r>
      <w:r>
        <w:t>yeh kisi scientist ne aisa nahi kaha tha yeh atheist logon ne aisa kaha</w:t>
      </w:r>
    </w:p>
    <w:p>
      <w:pPr>
        <w:jc w:val="right"/>
      </w:pPr>
      <w:r>
        <w:t>یہ کسی scientist نے ایسا نہیں کہا تھا یہ atheist لوگوں نے ایسا کہا</w:t>
      </w:r>
    </w:p>
    <w:p>
      <w:r>
        <w:rPr>
          <w:b/>
        </w:rPr>
        <w:t xml:space="preserve">[23:35] </w:t>
      </w:r>
      <w:r>
        <w:t>ab mein yeh kahoon ga yahan par jo hamare logon ko batana tha woh yeh hai ke tum</w:t>
      </w:r>
    </w:p>
    <w:p>
      <w:pPr>
        <w:jc w:val="right"/>
      </w:pPr>
      <w:r>
        <w:t>اب میں یہ کہوں گا یہاں پر جو ہمارے لوگوں کو بتانا تھا وہ یہ ہے کہ تم</w:t>
      </w:r>
    </w:p>
    <w:p>
      <w:r>
        <w:rPr>
          <w:b/>
        </w:rPr>
        <w:t xml:space="preserve">[23:41] </w:t>
      </w:r>
      <w:r>
        <w:t>ghalat keh rahe ho tum distort kar rahe ho</w:t>
      </w:r>
    </w:p>
    <w:p>
      <w:pPr>
        <w:jc w:val="right"/>
      </w:pPr>
      <w:r>
        <w:t>غلط کہہ رہے ہو تم distort کر رہے ہو</w:t>
      </w:r>
    </w:p>
    <w:p>
      <w:r>
        <w:rPr>
          <w:b/>
        </w:rPr>
        <w:t xml:space="preserve">[23:45] </w:t>
      </w:r>
      <w:r>
        <w:t>tum misuse kar rahe ho science ki aik discovery ko</w:t>
      </w:r>
    </w:p>
    <w:p>
      <w:pPr>
        <w:jc w:val="right"/>
      </w:pPr>
      <w:r>
        <w:t>تم misuse کر رہے ہو سائنس کی ایک discovery کو</w:t>
      </w:r>
    </w:p>
    <w:p>
      <w:r>
        <w:rPr>
          <w:b/>
        </w:rPr>
        <w:t xml:space="preserve">[23:49] </w:t>
      </w:r>
      <w:r>
        <w:t>is liye ke science ne jo dunya discover ki thi itni beautiful thi meaningful thi</w:t>
      </w:r>
    </w:p>
    <w:p>
      <w:pPr>
        <w:jc w:val="right"/>
      </w:pPr>
      <w:r>
        <w:t>اس لیے کہ سائنس نے جو دنیا discover کی تھی اتنی beautiful تھی meaningful تھی</w:t>
      </w:r>
    </w:p>
    <w:p>
      <w:r>
        <w:rPr>
          <w:b/>
        </w:rPr>
        <w:t xml:space="preserve">[23:55] </w:t>
      </w:r>
      <w:r>
        <w:t>science ki jo dunya jo ilm mein aai hamare</w:t>
      </w:r>
    </w:p>
    <w:p>
      <w:pPr>
        <w:jc w:val="right"/>
      </w:pPr>
      <w:r>
        <w:t>سائنس کی جو دنیا جو علم میں آئی ہمارے</w:t>
      </w:r>
    </w:p>
    <w:p>
      <w:r>
        <w:rPr>
          <w:b/>
        </w:rPr>
        <w:t xml:space="preserve">[24:02] </w:t>
      </w:r>
      <w:r>
        <w:t>woh itni beautiful thi itni meaningful thi is ke andar itni harmony thi har lehaz se woh complete</w:t>
      </w:r>
    </w:p>
    <w:p>
      <w:pPr>
        <w:jc w:val="right"/>
      </w:pPr>
      <w:r>
        <w:t>وہ اتنی beautiful تھی اتنی meaningful تھی اس کے اندر اتنی harmony تھی ہر لحاظ سے وہ complete</w:t>
      </w:r>
    </w:p>
    <w:p>
      <w:r>
        <w:rPr>
          <w:b/>
        </w:rPr>
        <w:t xml:space="preserve">[24:09] </w:t>
      </w:r>
      <w:r>
        <w:t>thi ideal</w:t>
      </w:r>
    </w:p>
    <w:p>
      <w:pPr>
        <w:jc w:val="right"/>
      </w:pPr>
      <w:r>
        <w:t>تھی ideal</w:t>
      </w:r>
    </w:p>
    <w:p>
      <w:r>
        <w:rPr>
          <w:b/>
        </w:rPr>
        <w:t xml:space="preserve">[24:09] </w:t>
      </w:r>
      <w:r>
        <w:t>thi toh yahan hamein kehne ka moqa tha keh yeh toh khuda ka evidence hai yeh science ki discoveries toh khuda ka evidence hai</w:t>
      </w:r>
    </w:p>
    <w:p>
      <w:pPr>
        <w:jc w:val="right"/>
      </w:pPr>
      <w:r>
        <w:t>تھی تو یہاں ہمیں کہنے کا موقع تھا کہ یہ تو خدا کا evidence ہے یہ سائنس کی discoveries تو خدا کا evidence ہے</w:t>
      </w:r>
    </w:p>
    <w:p>
      <w:r>
        <w:rPr>
          <w:b/>
        </w:rPr>
        <w:t xml:space="preserve">[24:24] </w:t>
      </w:r>
      <w:r>
        <w:t>yani khuda ko aik naya</w:t>
      </w:r>
    </w:p>
    <w:p>
      <w:pPr>
        <w:jc w:val="right"/>
      </w:pPr>
      <w:r>
        <w:t>یعنی خدا کو ایک نیا</w:t>
      </w:r>
    </w:p>
    <w:p>
      <w:r>
        <w:rPr>
          <w:b/>
        </w:rPr>
        <w:t xml:space="preserve">[24:28] </w:t>
      </w:r>
      <w:r>
        <w:t>proof hamein mil raha hai naya evidence mil raha hai khuda ke liye</w:t>
      </w:r>
    </w:p>
    <w:p>
      <w:pPr>
        <w:jc w:val="right"/>
      </w:pPr>
      <w:r>
        <w:t>proof ہمیں مل رہا ہے نیا evidence مل رہا ہے خدا کے لیے</w:t>
      </w:r>
    </w:p>
    <w:p>
      <w:r>
        <w:rPr>
          <w:b/>
        </w:rPr>
        <w:t xml:space="preserve">[24:33] </w:t>
      </w:r>
      <w:r>
        <w:t>yani aap yeh keh sakte the ke nature is so nature is so meaningful that it is</w:t>
      </w:r>
    </w:p>
    <w:p>
      <w:pPr>
        <w:jc w:val="right"/>
      </w:pPr>
      <w:r>
        <w:t>یعنی آپ یہ کہہ سکتے تھے کہ nature is so nature is so meaningful that it is</w:t>
      </w:r>
    </w:p>
    <w:p>
      <w:r>
        <w:rPr>
          <w:b/>
        </w:rPr>
        <w:t xml:space="preserve">[24:42] </w:t>
      </w:r>
      <w:r>
        <w:t>it cannot be explained without</w:t>
      </w:r>
    </w:p>
    <w:p>
      <w:pPr>
        <w:jc w:val="right"/>
      </w:pPr>
      <w:r>
        <w:t>it cannot be explained without</w:t>
      </w:r>
    </w:p>
    <w:p>
      <w:r>
        <w:rPr>
          <w:b/>
        </w:rPr>
        <w:t xml:space="preserve">[24:45] </w:t>
      </w:r>
      <w:r>
        <w:t>believing that there is a creator intelligent creator</w:t>
      </w:r>
    </w:p>
    <w:p>
      <w:pPr>
        <w:jc w:val="right"/>
      </w:pPr>
      <w:r>
        <w:t>believing that there is a creator intelligent creator</w:t>
      </w:r>
    </w:p>
    <w:p>
      <w:r>
        <w:rPr>
          <w:b/>
        </w:rPr>
        <w:t xml:space="preserve">[24:51] </w:t>
      </w:r>
      <w:r>
        <w:t>ke nature itni ba-maani hai ke is ko hum is ki tojeeh nahi kar sakte jab tak hum</w:t>
      </w:r>
    </w:p>
    <w:p>
      <w:pPr>
        <w:jc w:val="right"/>
      </w:pPr>
      <w:r>
        <w:t>کہ nature اتنی بامعنی ہے کہ اس کو ہم اس کی توجیح نہیں کر سکتے جب تک ہم</w:t>
      </w:r>
    </w:p>
    <w:p>
      <w:r>
        <w:rPr>
          <w:b/>
        </w:rPr>
        <w:t xml:space="preserve">[24:57] </w:t>
      </w:r>
      <w:r>
        <w:t>yeh manen nahi ke is ke peechay aik aik zaheen mind kaam kar raha hai</w:t>
      </w:r>
    </w:p>
    <w:p>
      <w:pPr>
        <w:jc w:val="right"/>
      </w:pPr>
      <w:r>
        <w:t>یہ مانیں نہیں کہ اس کے پیچھے ایک ایک ذہین mind کام کر رہا ہے</w:t>
      </w:r>
    </w:p>
    <w:p>
      <w:r>
        <w:rPr>
          <w:b/>
        </w:rPr>
        <w:t xml:space="preserve">[25:04] </w:t>
      </w:r>
      <w:r>
        <w:t>nature is so meaningful that it cannot be explained without believing</w:t>
      </w:r>
    </w:p>
    <w:p>
      <w:pPr>
        <w:jc w:val="right"/>
      </w:pPr>
      <w:r>
        <w:t>nature is so meaningful that it cannot be explained without believing</w:t>
      </w:r>
    </w:p>
    <w:p>
      <w:r>
        <w:rPr>
          <w:b/>
        </w:rPr>
        <w:t xml:space="preserve">[25:10] </w:t>
      </w:r>
      <w:r>
        <w:t>that there is an intelligent god toh science ki discovery se jo sahi yani jo sahi cheez nikal rahi thi woh yeh thi lekin atheist logon ne hijack kar ke is ka aik aur matlab nikal liya</w:t>
      </w:r>
    </w:p>
    <w:p>
      <w:pPr>
        <w:jc w:val="right"/>
      </w:pPr>
      <w:r>
        <w:t>that there is an intelligent god تو سائنس کی discovery سے جو صحیح یعنی جو صحیح چیز نکل رہی تھی وہ یہ تھی لیکن atheist لوگوں نے hijack کر کے اس کا ایک اور مطلب نکال لیا</w:t>
      </w:r>
    </w:p>
    <w:p>
      <w:r>
        <w:rPr>
          <w:b/>
        </w:rPr>
        <w:t xml:space="preserve">[25:28] </w:t>
      </w:r>
      <w:r>
        <w:t>yeh sab kyun hua</w:t>
      </w:r>
    </w:p>
    <w:p>
      <w:pPr>
        <w:jc w:val="right"/>
      </w:pPr>
      <w:r>
        <w:t>یہ سب کیوں ہوا</w:t>
      </w:r>
    </w:p>
    <w:p>
      <w:r>
        <w:rPr>
          <w:b/>
        </w:rPr>
        <w:t xml:space="preserve">[25:31] </w:t>
      </w:r>
      <w:r>
        <w:t>yeh sab is liye ho ke musalmanon ne sadiyon se dawat ka</w:t>
      </w:r>
    </w:p>
    <w:p>
      <w:pPr>
        <w:jc w:val="right"/>
      </w:pPr>
      <w:r>
        <w:t>یہ سب اس لیے ہو کہ مسلمانوں نے سینکڑوں سال سے دعوت کا</w:t>
      </w:r>
    </w:p>
    <w:p>
      <w:r>
        <w:rPr>
          <w:b/>
        </w:rPr>
        <w:t xml:space="preserve">[25:36] </w:t>
      </w:r>
      <w:r>
        <w:t>mind khatam ho gaya hai musalmanon mein</w:t>
      </w:r>
    </w:p>
    <w:p>
      <w:pPr>
        <w:jc w:val="right"/>
      </w:pPr>
      <w:r>
        <w:t>mind ختم ہو گیا ہے مسلمانوں میں</w:t>
      </w:r>
    </w:p>
    <w:p>
      <w:r>
        <w:rPr>
          <w:b/>
        </w:rPr>
        <w:t xml:space="preserve">[25:39] </w:t>
      </w:r>
      <w:r>
        <w:t>sadiyon se balkay hazar saal se taqreeban pehle jab ke musalman rule kar rahe the dunya ke andar</w:t>
      </w:r>
    </w:p>
    <w:p>
      <w:pPr>
        <w:jc w:val="right"/>
      </w:pPr>
      <w:r>
        <w:t>سینکڑوں سال بلکہ ہزار سال سے تقریباً پہلے جب کہ مسلمان rule کر رہے تھے دنیا کے اندر</w:t>
      </w:r>
    </w:p>
    <w:p>
      <w:r>
        <w:rPr>
          <w:b/>
        </w:rPr>
        <w:t xml:space="preserve">[25:46] </w:t>
      </w:r>
      <w:r>
        <w:t>toh un ke andar political thinking thi bas futuhat futuhat futuh al sham futuh al baldan is tarah kitabein likhi</w:t>
      </w:r>
    </w:p>
    <w:p>
      <w:pPr>
        <w:jc w:val="right"/>
      </w:pPr>
      <w:r>
        <w:t>تو ان کے اندر political thinking تھی بس فتوحات فتوحات فتوح الشام فتوح البلدان اس طرح کتابیں لکھی</w:t>
      </w:r>
    </w:p>
    <w:p>
      <w:r>
        <w:rPr>
          <w:b/>
        </w:rPr>
        <w:t xml:space="preserve">[25:54] </w:t>
      </w:r>
      <w:r>
        <w:t>ja rahi theen</w:t>
      </w:r>
    </w:p>
    <w:p>
      <w:pPr>
        <w:jc w:val="right"/>
      </w:pPr>
      <w:r>
        <w:t>جا رہی تھیں</w:t>
      </w:r>
    </w:p>
    <w:p>
      <w:r>
        <w:rPr>
          <w:b/>
        </w:rPr>
        <w:t xml:space="preserve">[25:56] </w:t>
      </w:r>
      <w:r>
        <w:t>toh door yani jab power tha un ko hasil political power tab fateh bhi jeetay the woh idhar</w:t>
      </w:r>
    </w:p>
    <w:p>
      <w:pPr>
        <w:jc w:val="right"/>
      </w:pPr>
      <w:r>
        <w:t>تو دور یعنی جب power تھا ان کو حاصل political power تب فتح بھی جیتے تھے وہ ادھر</w:t>
      </w:r>
    </w:p>
    <w:p>
      <w:r>
        <w:rPr>
          <w:b/>
        </w:rPr>
        <w:t xml:space="preserve">[26:02] </w:t>
      </w:r>
      <w:r>
        <w:t>fateh karo idhar fateh karo aur futuhat pe kitabein likhi jati theen toh dawat ka zehan khatam ho</w:t>
      </w:r>
    </w:p>
    <w:p>
      <w:pPr>
        <w:jc w:val="right"/>
      </w:pPr>
      <w:r>
        <w:t>فتح کرو ادھر فتح کرو اور فتوحات پہ کتابیں لکھی جاتی تھیں تو دعوت کا ذہن ختم ہو</w:t>
      </w:r>
    </w:p>
    <w:p>
      <w:r>
        <w:rPr>
          <w:b/>
        </w:rPr>
        <w:t xml:space="preserve">[26:07] </w:t>
      </w:r>
      <w:r>
        <w:t>gaya ab jab yeh hua ke down fall hua</w:t>
      </w:r>
    </w:p>
    <w:p>
      <w:pPr>
        <w:jc w:val="right"/>
      </w:pPr>
      <w:r>
        <w:t>گیا اب جب یہ ہوا کہ ڈاؤن فال ہوا</w:t>
      </w:r>
    </w:p>
    <w:p>
      <w:r>
        <w:rPr>
          <w:b/>
        </w:rPr>
        <w:t xml:space="preserve">[26:13] </w:t>
      </w:r>
      <w:r>
        <w:t>down fall</w:t>
      </w:r>
    </w:p>
    <w:p>
      <w:pPr>
        <w:jc w:val="right"/>
      </w:pPr>
      <w:r>
        <w:t>ڈاؤن فال</w:t>
      </w:r>
    </w:p>
    <w:p>
      <w:r>
        <w:rPr>
          <w:b/>
        </w:rPr>
        <w:t xml:space="preserve">[26:13] </w:t>
      </w:r>
      <w:r>
        <w:t>jab hua to negativity mein pad gaye yeh dushman hain yeh conspiracy kar rahe hain is mein pad</w:t>
      </w:r>
    </w:p>
    <w:p>
      <w:pPr>
        <w:jc w:val="right"/>
      </w:pPr>
      <w:r>
        <w:t>جب ہوا تو negativity میں پڑ گئے یہ دشمن ہیں یہ conspiracy کر رہے ہیں اس میں پڑ</w:t>
      </w:r>
    </w:p>
    <w:p>
      <w:r>
        <w:rPr>
          <w:b/>
        </w:rPr>
        <w:t xml:space="preserve">[26:20] </w:t>
      </w:r>
      <w:r>
        <w:t>gaye ab ladai chhed diya unhon ne</w:t>
      </w:r>
    </w:p>
    <w:p>
      <w:pPr>
        <w:jc w:val="right"/>
      </w:pPr>
      <w:r>
        <w:t>گئے اب لڑائی چھیڑ دیا انہوں نے</w:t>
      </w:r>
    </w:p>
    <w:p>
      <w:r>
        <w:rPr>
          <w:b/>
        </w:rPr>
        <w:t xml:space="preserve">[26:23] </w:t>
      </w:r>
      <w:r>
        <w:t>yeh jo jihad chheda unhon ne yeh hargiz jihad nahin tha agarche bade bade ulma is mein shareek</w:t>
      </w:r>
    </w:p>
    <w:p>
      <w:pPr>
        <w:jc w:val="right"/>
      </w:pPr>
      <w:r>
        <w:t>یہ جو جہاد چھیڑا انہوں نے یہ ہرگز جہاد نہیں تھا اگرچہ بڑے بڑے علماء اس میں شریک</w:t>
      </w:r>
    </w:p>
    <w:p>
      <w:r>
        <w:rPr>
          <w:b/>
        </w:rPr>
        <w:t xml:space="preserve">[26:28] </w:t>
      </w:r>
      <w:r>
        <w:t>the lekin koi jihad nahin tha yeh</w:t>
      </w:r>
    </w:p>
    <w:p>
      <w:pPr>
        <w:jc w:val="right"/>
      </w:pPr>
      <w:r>
        <w:t>تھے لیکن کوئی جہاد نہیں تھا یہ</w:t>
      </w:r>
    </w:p>
    <w:p>
      <w:r>
        <w:rPr>
          <w:b/>
        </w:rPr>
        <w:t xml:space="preserve">[26:31] </w:t>
      </w:r>
      <w:r>
        <w:t>yeh negative reaction tha</w:t>
      </w:r>
    </w:p>
    <w:p>
      <w:pPr>
        <w:jc w:val="right"/>
      </w:pPr>
      <w:r>
        <w:t>یہ negative reaction تھا</w:t>
      </w:r>
    </w:p>
    <w:p>
      <w:r>
        <w:rPr>
          <w:b/>
        </w:rPr>
        <w:t xml:space="preserve">[26:34] </w:t>
      </w:r>
      <w:r>
        <w:t>unwise negative reaction</w:t>
      </w:r>
    </w:p>
    <w:p>
      <w:pPr>
        <w:jc w:val="right"/>
      </w:pPr>
      <w:r>
        <w:t>unwise negative reaction</w:t>
      </w:r>
    </w:p>
    <w:p>
      <w:r>
        <w:rPr>
          <w:b/>
        </w:rPr>
        <w:t xml:space="preserve">[26:38] </w:t>
      </w:r>
      <w:r>
        <w:t>jitna bhi yeh waqeyat hue hain is do sau saal ke andar jihad ke naam par</w:t>
      </w:r>
    </w:p>
    <w:p>
      <w:pPr>
        <w:jc w:val="right"/>
      </w:pPr>
      <w:r>
        <w:t>جتنا بھی یہ واقعات ہوئے ہیں اس دو سو سال کے اندر جہاد کے نام پر</w:t>
      </w:r>
    </w:p>
    <w:p>
      <w:r>
        <w:rPr>
          <w:b/>
        </w:rPr>
        <w:t xml:space="preserve">[26:45] </w:t>
      </w:r>
      <w:r>
        <w:t>woh hargiz hargiz jihad nahin tha it was</w:t>
      </w:r>
    </w:p>
    <w:p>
      <w:pPr>
        <w:jc w:val="right"/>
      </w:pPr>
      <w:r>
        <w:t>وہ ہرگز ہرگز جہاد نہیں تھا it was</w:t>
      </w:r>
    </w:p>
    <w:p>
      <w:r>
        <w:rPr>
          <w:b/>
        </w:rPr>
        <w:t xml:space="preserve">[26:49] </w:t>
      </w:r>
      <w:r>
        <w:t>it was not a jihad in Islamic sense of the word it was a it was an unwise</w:t>
      </w:r>
    </w:p>
    <w:p>
      <w:pPr>
        <w:jc w:val="right"/>
      </w:pPr>
      <w:r>
        <w:t>it was not a جہاد in Islamic sense of the word it was a it was an unwise</w:t>
      </w:r>
    </w:p>
    <w:p>
      <w:r>
        <w:rPr>
          <w:b/>
        </w:rPr>
        <w:t xml:space="preserve">[26:58] </w:t>
      </w:r>
      <w:r>
        <w:t>kind of negative</w:t>
      </w:r>
    </w:p>
    <w:p>
      <w:pPr>
        <w:jc w:val="right"/>
      </w:pPr>
      <w:r>
        <w:t>kind of negative</w:t>
      </w:r>
    </w:p>
    <w:p>
      <w:r>
        <w:rPr>
          <w:b/>
        </w:rPr>
        <w:t xml:space="preserve">[26:59] </w:t>
      </w:r>
      <w:r>
        <w:t>reaction jo surat-e-haal pesh aayi be samjhe bojhe without any wisdom lad bhad gaye log is ko aur</w:t>
      </w:r>
    </w:p>
    <w:p>
      <w:pPr>
        <w:jc w:val="right"/>
      </w:pPr>
      <w:r>
        <w:t>reaction جو صورتحال پیش آئی بے سمجھے بوجھے without any wisdom لڑ بھڑ گئے لوگ اس کو اور</w:t>
      </w:r>
    </w:p>
    <w:p>
      <w:r>
        <w:rPr>
          <w:b/>
        </w:rPr>
        <w:t xml:space="preserve">[27:09] </w:t>
      </w:r>
      <w:r>
        <w:t>is ko naam de diya jihad ka aur koi result nahin nikla Khuda ki madad nahin aayi dekhen</w:t>
      </w:r>
    </w:p>
    <w:p>
      <w:pPr>
        <w:jc w:val="right"/>
      </w:pPr>
      <w:r>
        <w:t>اس کو نام دے دیا جہاد کا اور کوئی رزلٹ نہیں نکلا خدا کی مدد نہیں آئی دیکھیں</w:t>
      </w:r>
    </w:p>
    <w:p>
      <w:r>
        <w:rPr>
          <w:b/>
        </w:rPr>
        <w:t xml:space="preserve">[27:15] </w:t>
      </w:r>
      <w:r>
        <w:t>agar jihad ho to zaroor madad aati hai Khuda ki</w:t>
      </w:r>
    </w:p>
    <w:p>
      <w:pPr>
        <w:jc w:val="right"/>
      </w:pPr>
      <w:r>
        <w:t>اگر جہاد ہو تو ضرور مدد آتی ہے خدا کی</w:t>
      </w:r>
    </w:p>
    <w:p>
      <w:r>
        <w:rPr>
          <w:b/>
        </w:rPr>
        <w:t xml:space="preserve">[27:20] </w:t>
      </w:r>
      <w:r>
        <w:t>quran se sabit hai</w:t>
      </w:r>
    </w:p>
    <w:p>
      <w:pPr>
        <w:jc w:val="right"/>
      </w:pPr>
      <w:r>
        <w:t>قرآن سے ثابت ہے</w:t>
      </w:r>
    </w:p>
    <w:p>
      <w:r>
        <w:rPr>
          <w:b/>
        </w:rPr>
        <w:t xml:space="preserve">[27:23] </w:t>
      </w:r>
      <w:r>
        <w:t>Allah to yeh thi nahin yeh jihad tha hi nahin is liye Khuda ki madad bhi nahin aayi</w:t>
      </w:r>
    </w:p>
    <w:p>
      <w:pPr>
        <w:jc w:val="right"/>
      </w:pPr>
      <w:r>
        <w:t>اللہ تو یہ تھی نہیں یہ جہاد تھا ہی نہیں اس لیے خدا کی مدد بھی نہیں آئی</w:t>
      </w:r>
    </w:p>
    <w:p>
      <w:r>
        <w:rPr>
          <w:b/>
        </w:rPr>
        <w:t xml:space="preserve">[27:30] </w:t>
      </w:r>
      <w:r>
        <w:t>aur sab sawab siwaye is ke ke aur zyada tabahi mein izafa hua is ke siwa kuch bhi</w:t>
      </w:r>
    </w:p>
    <w:p>
      <w:pPr>
        <w:jc w:val="right"/>
      </w:pPr>
      <w:r>
        <w:t>اور سب ثواب سوائے اس کے کہ اور زیادہ تباہی میں اضافہ ہوا اس کے سوا کچھ بھی</w:t>
      </w:r>
    </w:p>
    <w:p>
      <w:r>
        <w:rPr>
          <w:b/>
        </w:rPr>
        <w:t xml:space="preserve">[27:36] </w:t>
      </w:r>
      <w:r>
        <w:t>nahin mila yahan mein ek waqea arz karoon jo abhi chand din pehle pesh aaya bahut hi relevant</w:t>
      </w:r>
    </w:p>
    <w:p>
      <w:pPr>
        <w:jc w:val="right"/>
      </w:pPr>
      <w:r>
        <w:t>نہیں ملا یہاں میں ایک واقعہ عرض کروں جو ابھی چند دن پہلے پیش آیا بہت ہی relevant</w:t>
      </w:r>
    </w:p>
    <w:p>
      <w:r>
        <w:rPr>
          <w:b/>
        </w:rPr>
        <w:t xml:space="preserve">[27:42] </w:t>
      </w:r>
      <w:r>
        <w:t>hai woh is se</w:t>
      </w:r>
    </w:p>
    <w:p>
      <w:pPr>
        <w:jc w:val="right"/>
      </w:pPr>
      <w:r>
        <w:t>ہے وہ اس سے</w:t>
      </w:r>
    </w:p>
    <w:p>
      <w:r>
        <w:rPr>
          <w:b/>
        </w:rPr>
        <w:t xml:space="preserve">[27:45] </w:t>
      </w:r>
      <w:r>
        <w:t>ek</w:t>
      </w:r>
    </w:p>
    <w:p>
      <w:pPr>
        <w:jc w:val="right"/>
      </w:pPr>
      <w:r>
        <w:t>ایک</w:t>
      </w:r>
    </w:p>
    <w:p>
      <w:r>
        <w:rPr>
          <w:b/>
        </w:rPr>
        <w:t xml:space="preserve">[27:46] </w:t>
      </w:r>
      <w:r>
        <w:t>sahib hain jo waise woh</w:t>
      </w:r>
    </w:p>
    <w:p>
      <w:pPr>
        <w:jc w:val="right"/>
      </w:pPr>
      <w:r>
        <w:t>صاحب ہیں جو ویسے وہ</w:t>
      </w:r>
    </w:p>
    <w:p>
      <w:r>
        <w:rPr>
          <w:b/>
        </w:rPr>
        <w:t xml:space="preserve">[27:50] </w:t>
      </w:r>
      <w:r>
        <w:t>london mein paida hue woh angrez hain british hain phir woh Islam qabool kiya unhon ne aur is</w:t>
      </w:r>
    </w:p>
    <w:p>
      <w:pPr>
        <w:jc w:val="right"/>
      </w:pPr>
      <w:r>
        <w:t>لندن میں پیدا ہوئے وہ انگریز ہیں برٹش ہیں پھر وہ اسلام قبول کیا انہوں نے اور اس</w:t>
      </w:r>
    </w:p>
    <w:p>
      <w:r>
        <w:rPr>
          <w:b/>
        </w:rPr>
        <w:t xml:space="preserve">[27:58] </w:t>
      </w:r>
      <w:r>
        <w:t>se pehle woh India aaye the mujh se mulaqat hui thi to unhon ne parha arabic parha waghera</w:t>
      </w:r>
    </w:p>
    <w:p>
      <w:pPr>
        <w:jc w:val="right"/>
      </w:pPr>
      <w:r>
        <w:t>سے پہلے وہ انڈیا آئے تھے مجھ سے ملاقات ہوئی تھی تو انہوں نے پڑھا عربک پڑھا وغیرہ</w:t>
      </w:r>
    </w:p>
    <w:p>
      <w:r>
        <w:rPr>
          <w:b/>
        </w:rPr>
        <w:t xml:space="preserve">[28:04] </w:t>
      </w:r>
      <w:r>
        <w:t>ab aaj kal woh rehte hain Afghanistan mein</w:t>
      </w:r>
    </w:p>
    <w:p>
      <w:pPr>
        <w:jc w:val="right"/>
      </w:pPr>
      <w:r>
        <w:t>اب آج کل وہ رہتے ہیں افغانستان میں</w:t>
      </w:r>
    </w:p>
    <w:p>
      <w:r>
        <w:rPr>
          <w:b/>
        </w:rPr>
        <w:t xml:space="preserve">[28:08] </w:t>
      </w:r>
      <w:r>
        <w:t>woh sahib to abhi chand din pehle woh aaye Delhi ab mujh se mile to unhon ne badi</w:t>
      </w:r>
    </w:p>
    <w:p>
      <w:pPr>
        <w:jc w:val="right"/>
      </w:pPr>
      <w:r>
        <w:t>وہ صاحب تو ابھی چند دن پہلے وہ آئے دلی اب مجھ سے ملے تو انہوں نے بڑی</w:t>
      </w:r>
    </w:p>
    <w:p>
      <w:r>
        <w:rPr>
          <w:b/>
        </w:rPr>
        <w:t xml:space="preserve">[28:15] </w:t>
      </w:r>
      <w:r>
        <w:t>anokhi baat batai</w:t>
      </w:r>
    </w:p>
    <w:p>
      <w:pPr>
        <w:jc w:val="right"/>
      </w:pPr>
      <w:r>
        <w:t>انوکھی بات بتائی</w:t>
      </w:r>
    </w:p>
    <w:p>
      <w:r>
        <w:rPr>
          <w:b/>
        </w:rPr>
        <w:t xml:space="preserve">[28:18] </w:t>
      </w:r>
      <w:r>
        <w:t>unhon ne kaha ke woh pashto bolne wale pashto speaking area mein rehte hain woh ke woh khud</w:t>
      </w:r>
    </w:p>
    <w:p>
      <w:pPr>
        <w:jc w:val="right"/>
      </w:pPr>
      <w:r>
        <w:t>انہوں نے کہا کہ وہ پشتو بولنے والے پشتو speaking area میں رہتے ہیں وہ کہ وہ خود</w:t>
      </w:r>
    </w:p>
    <w:p>
      <w:r>
        <w:rPr>
          <w:b/>
        </w:rPr>
        <w:t xml:space="preserve">[28:25] </w:t>
      </w:r>
      <w:r>
        <w:t>pashto jantay hain woh</w:t>
      </w:r>
    </w:p>
    <w:p>
      <w:pPr>
        <w:jc w:val="right"/>
      </w:pPr>
      <w:r>
        <w:t>پشتو جانتے ہیں وہ</w:t>
      </w:r>
    </w:p>
    <w:p>
      <w:r>
        <w:rPr>
          <w:b/>
        </w:rPr>
        <w:t xml:space="preserve">[28:28] </w:t>
      </w:r>
      <w:r>
        <w:t>wohan par aik woh unhon ne jaisa ke unhon ne bataya woh</w:t>
      </w:r>
    </w:p>
    <w:p>
      <w:pPr>
        <w:jc w:val="right"/>
      </w:pPr>
      <w:r>
        <w:t>وہاں پر ایک وہ انہوں نے جیسا کہ انہوں نے بتایا وہ</w:t>
      </w:r>
    </w:p>
    <w:p>
      <w:r>
        <w:rPr>
          <w:b/>
        </w:rPr>
        <w:t xml:space="preserve">[28:31] </w:t>
      </w:r>
      <w:r>
        <w:t>yahan aik university develop kar rahay hain education ki line mein kaam kar rahay hain to unhonay bataya ke jab dilli anay ke liye afghani airport par woh puhnchay</w:t>
      </w:r>
    </w:p>
    <w:p>
      <w:pPr>
        <w:jc w:val="right"/>
      </w:pPr>
      <w:r>
        <w:t>یہاں ایک یونیورسٹی develop کر رہے ہیں education کی لائن میں کام کر رہے ہیں تو انہوں نے بتایا کہ جب دلی آنے کے لیے افغانی ایئرپورٹ پر وہ پہنچے</w:t>
      </w:r>
    </w:p>
    <w:p>
      <w:r>
        <w:rPr>
          <w:b/>
        </w:rPr>
        <w:t xml:space="preserve">[28:44] </w:t>
      </w:r>
      <w:r>
        <w:t>to wahan par airport par yani afghani airport par americans bohat se thay</w:t>
      </w:r>
    </w:p>
    <w:p>
      <w:pPr>
        <w:jc w:val="right"/>
      </w:pPr>
      <w:r>
        <w:t>تو وہاں پر ایئرپورٹ پر یعنی افغانی ایئرپورٹ پر امریکنز بہت سے تھے</w:t>
      </w:r>
    </w:p>
    <w:p>
      <w:r>
        <w:rPr>
          <w:b/>
        </w:rPr>
        <w:t xml:space="preserve">[28:51] </w:t>
      </w:r>
      <w:r>
        <w:t>un se un ki baat cheet honay lagi</w:t>
      </w:r>
    </w:p>
    <w:p>
      <w:pPr>
        <w:jc w:val="right"/>
      </w:pPr>
      <w:r>
        <w:t>ان سے ان کی بات چیت ہونے لگی</w:t>
      </w:r>
    </w:p>
    <w:p>
      <w:r>
        <w:rPr>
          <w:b/>
        </w:rPr>
        <w:t xml:space="preserve">[28:53] </w:t>
      </w:r>
      <w:r>
        <w:t>to woh americans jo fauji thay unhon ne kaha baat cheet mein unhon ne kaha ke hamare yahan</w:t>
      </w:r>
    </w:p>
    <w:p>
      <w:pPr>
        <w:jc w:val="right"/>
      </w:pPr>
      <w:r>
        <w:t>تو وہ امریکنز جو فوجی تھے انہوں نے کہا بات چیت میں انہوں نے کہا کہ ہمارے یہاں</w:t>
      </w:r>
    </w:p>
    <w:p>
      <w:r>
        <w:rPr>
          <w:b/>
        </w:rPr>
        <w:t xml:space="preserve">[28:59] </w:t>
      </w:r>
      <w:r>
        <w:t>koi problem nahi hai yeh koi hamein koi koi difficulty hamein pesh nahi aa rahi hum</w:t>
      </w:r>
    </w:p>
    <w:p>
      <w:pPr>
        <w:jc w:val="right"/>
      </w:pPr>
      <w:r>
        <w:t>کوئی problem نہیں ہے یہ کوئی ہمیں کوئی کوئی difficulty ہمیں پیش نہیں آ رہی ہم</w:t>
      </w:r>
    </w:p>
    <w:p>
      <w:r>
        <w:rPr>
          <w:b/>
        </w:rPr>
        <w:t xml:space="preserve">[29:06] </w:t>
      </w:r>
      <w:r>
        <w:t>comfortable yahan reh rahe hain hum lekin aik problem hai</w:t>
      </w:r>
    </w:p>
    <w:p>
      <w:pPr>
        <w:jc w:val="right"/>
      </w:pPr>
      <w:r>
        <w:t>comfortable یہاں رہ رہے ہیں ہم لیکن ایک problem ہے</w:t>
      </w:r>
    </w:p>
    <w:p>
      <w:r>
        <w:rPr>
          <w:b/>
        </w:rPr>
        <w:t xml:space="preserve">[29:11] </w:t>
      </w:r>
      <w:r>
        <w:t>unhon ne bataya ke hamara yahan ki local abadi se koi interaction nahi hota wahan ke jo afghani</w:t>
      </w:r>
    </w:p>
    <w:p>
      <w:pPr>
        <w:jc w:val="right"/>
      </w:pPr>
      <w:r>
        <w:t>انہوں نے بتایا کہ ہمارا یہاں کی local آبادی سے کوئی interaction نہیں ہوتا وہاں کے جو افغانی</w:t>
      </w:r>
    </w:p>
    <w:p>
      <w:r>
        <w:rPr>
          <w:b/>
        </w:rPr>
        <w:t xml:space="preserve">[29:17] </w:t>
      </w:r>
      <w:r>
        <w:t>hain yahan ke jo musalman hain un se hamara koi interaction nahi hota</w:t>
      </w:r>
    </w:p>
    <w:p>
      <w:pPr>
        <w:jc w:val="right"/>
      </w:pPr>
      <w:r>
        <w:t>ہیں یہاں کے جو مسلمان ہیں ان سے ہمارا کوئی interaction نہیں ہوتا</w:t>
      </w:r>
    </w:p>
    <w:p>
      <w:r>
        <w:rPr>
          <w:b/>
        </w:rPr>
        <w:t xml:space="preserve">[29:22] </w:t>
      </w:r>
      <w:r>
        <w:t>kyun woh hum ko dushman samajhte hain hamare hamara concept hamare baray mein un ke mind mein sirf</w:t>
      </w:r>
    </w:p>
    <w:p>
      <w:pPr>
        <w:jc w:val="right"/>
      </w:pPr>
      <w:r>
        <w:t>کیوں وہ ہم کو دشمن سمجھتے ہیں ہمارے ہمارا concept ہمارے بارے میں ان کے mind میں صرف</w:t>
      </w:r>
    </w:p>
    <w:p>
      <w:r>
        <w:rPr>
          <w:b/>
        </w:rPr>
        <w:t xml:space="preserve">[29:29] </w:t>
      </w:r>
      <w:r>
        <w:t>yeh tha ke un ko maro jahan pao maro jahan pao maro</w:t>
      </w:r>
    </w:p>
    <w:p>
      <w:pPr>
        <w:jc w:val="right"/>
      </w:pPr>
      <w:r>
        <w:t>یہ تھا کہ ان کو مارو جہاں پاؤ مارو جہاں پاؤ مارو</w:t>
      </w:r>
    </w:p>
    <w:p>
      <w:r>
        <w:rPr>
          <w:b/>
        </w:rPr>
        <w:t xml:space="preserve">[29:36] </w:t>
      </w:r>
      <w:r>
        <w:t>ab dekhen ke is mein aik bohat bari baat chupi hui hai</w:t>
      </w:r>
    </w:p>
    <w:p>
      <w:pPr>
        <w:jc w:val="right"/>
      </w:pPr>
      <w:r>
        <w:t>اب دیکھیں کہ اس میں ایک بہت بڑی بات چھپی ہوئی ہے</w:t>
      </w:r>
    </w:p>
    <w:p>
      <w:r>
        <w:rPr>
          <w:b/>
        </w:rPr>
        <w:t xml:space="preserve">[29:41] </w:t>
      </w:r>
      <w:r>
        <w:t>yani woh unhon ne bataya ke is waqt india wahan par aik lakh se ziyada american hain afghanistan</w:t>
      </w:r>
    </w:p>
    <w:p>
      <w:pPr>
        <w:jc w:val="right"/>
      </w:pPr>
      <w:r>
        <w:t>یعنی وہ انہوں نے بتایا کہ اس وقت انڈیا وہاں پر ایک لاکھ سے زیادہ امریکن ہیں افغانستان</w:t>
      </w:r>
    </w:p>
    <w:p>
      <w:r>
        <w:rPr>
          <w:b/>
        </w:rPr>
        <w:t xml:space="preserve">[29:46] </w:t>
      </w:r>
      <w:r>
        <w:t>mein in fojiyon ne bataya aik lakh se ziyada american hain afghanistan mein to yeh american ko woh</w:t>
      </w:r>
    </w:p>
    <w:p>
      <w:pPr>
        <w:jc w:val="right"/>
      </w:pPr>
      <w:r>
        <w:t>میں ان فوجیوں نے بتایا ایک لاکھ سے زیادہ امریکن ہیں افغانستان میں تو یہ امریکن کو وہ</w:t>
      </w:r>
    </w:p>
    <w:p>
      <w:r>
        <w:rPr>
          <w:b/>
        </w:rPr>
        <w:t xml:space="preserve">[29:54] </w:t>
      </w:r>
      <w:r>
        <w:t>dekh rahe hain dushman ki nazar se</w:t>
      </w:r>
    </w:p>
    <w:p>
      <w:pPr>
        <w:jc w:val="right"/>
      </w:pPr>
      <w:r>
        <w:t>دیکھ رہے ہیں دشمن کی نظر سے</w:t>
      </w:r>
    </w:p>
    <w:p>
      <w:r>
        <w:rPr>
          <w:b/>
        </w:rPr>
        <w:t xml:space="preserve">[29:57] </w:t>
      </w:r>
      <w:r>
        <w:t>halankay sahi kiya hai in ko madu ki nazar se dekha jaye</w:t>
      </w:r>
    </w:p>
    <w:p>
      <w:pPr>
        <w:jc w:val="right"/>
      </w:pPr>
      <w:r>
        <w:t>حالانکہ صحیح کیا ہے ان کو مدعو کی نظر سے دیکھا جائے</w:t>
      </w:r>
    </w:p>
    <w:p>
      <w:r>
        <w:rPr>
          <w:b/>
        </w:rPr>
        <w:t xml:space="preserve">[30:01] </w:t>
      </w:r>
      <w:r>
        <w:t>isi ko mein kehta hoon negative mind negative thinking yani</w:t>
      </w:r>
    </w:p>
    <w:p>
      <w:pPr>
        <w:jc w:val="right"/>
      </w:pPr>
      <w:r>
        <w:t>اسی کو میں کہتا ہوں negative mind negative thinking یعنی</w:t>
      </w:r>
    </w:p>
    <w:p>
      <w:r>
        <w:rPr>
          <w:b/>
        </w:rPr>
        <w:t xml:space="preserve">[30:08] </w:t>
      </w:r>
      <w:r>
        <w:t>negative thinking waise</w:t>
      </w:r>
    </w:p>
    <w:p>
      <w:pPr>
        <w:jc w:val="right"/>
      </w:pPr>
      <w:r>
        <w:t>negative thinking ویسے</w:t>
      </w:r>
    </w:p>
    <w:p>
      <w:r>
        <w:rPr>
          <w:b/>
        </w:rPr>
        <w:t xml:space="preserve">[30:11] </w:t>
      </w:r>
      <w:r>
        <w:t>musalmanon mein jo negative thinking aayi political downfall ke baad to to un ke andar yeh hua</w:t>
      </w:r>
    </w:p>
    <w:p>
      <w:pPr>
        <w:jc w:val="right"/>
      </w:pPr>
      <w:r>
        <w:t>مسلمانوں میں جو negative thinking آئی political ڈاؤن فال کے بعد تو تو ان کے اندر یہ ہوا</w:t>
      </w:r>
    </w:p>
    <w:p>
      <w:r>
        <w:rPr>
          <w:b/>
        </w:rPr>
        <w:t xml:space="preserve">[30:17] </w:t>
      </w:r>
      <w:r>
        <w:t>ke doosron ko dushman samajhne lage halankay doosre un ke madu thay</w:t>
      </w:r>
    </w:p>
    <w:p>
      <w:pPr>
        <w:jc w:val="right"/>
      </w:pPr>
      <w:r>
        <w:t>کہ دوسروں کو دشمن سمجھنے لگے حالانکہ دوسرے ان کے مدعو تھے</w:t>
      </w:r>
    </w:p>
    <w:p>
      <w:r>
        <w:rPr>
          <w:b/>
        </w:rPr>
        <w:t xml:space="preserve">[30:23] </w:t>
      </w:r>
      <w:r>
        <w:t>yani</w:t>
      </w:r>
    </w:p>
    <w:p>
      <w:pPr>
        <w:jc w:val="right"/>
      </w:pPr>
      <w:r>
        <w:t>یعنی</w:t>
      </w:r>
    </w:p>
    <w:p>
      <w:r>
        <w:rPr>
          <w:b/>
        </w:rPr>
        <w:t xml:space="preserve">[30:23] </w:t>
      </w:r>
      <w:r>
        <w:t>madu ko dushman samajhne lage</w:t>
      </w:r>
    </w:p>
    <w:p>
      <w:pPr>
        <w:jc w:val="right"/>
      </w:pPr>
      <w:r>
        <w:t>مدعو کو دشمن سمجھنے لگے</w:t>
      </w:r>
    </w:p>
    <w:p>
      <w:r>
        <w:rPr>
          <w:b/>
        </w:rPr>
        <w:t xml:space="preserve">[30:27] </w:t>
      </w:r>
      <w:r>
        <w:t>ab batayen ke madu un ke ghar agaya hai door step par agaya hai woh chahta hai interact</w:t>
      </w:r>
    </w:p>
    <w:p>
      <w:pPr>
        <w:jc w:val="right"/>
      </w:pPr>
      <w:r>
        <w:t>اب بتائیں کہ مدعو ان کے گھر آگیا ہے door step پر آگیا ہے وہ چاہتا ہے interact</w:t>
      </w:r>
    </w:p>
    <w:p>
      <w:r>
        <w:rPr>
          <w:b/>
        </w:rPr>
        <w:t xml:space="preserve">[30:33] </w:t>
      </w:r>
      <w:r>
        <w:t>karna woh chahte hain americans janna chahte hain un ka culture kiya hai musalmanon ka un ka religion</w:t>
      </w:r>
    </w:p>
    <w:p>
      <w:pPr>
        <w:jc w:val="right"/>
      </w:pPr>
      <w:r>
        <w:t>کرنا وہ چاہتے ہیں امریکنز جاننا چاہتے ہیں ان کا کلچر کیا ہے مسلمانوں کا ان کا religion</w:t>
      </w:r>
    </w:p>
    <w:p>
      <w:r>
        <w:rPr>
          <w:b/>
        </w:rPr>
        <w:t xml:space="preserve">[30:38] </w:t>
      </w:r>
      <w:r>
        <w:t>kya hai hamara tajurba hai hamare sathiyon ka ke jab woh quran ka translation dete hain yeh translation</w:t>
      </w:r>
    </w:p>
    <w:p>
      <w:pPr>
        <w:jc w:val="right"/>
      </w:pPr>
      <w:r>
        <w:t>کیا ہے ہمارا تجربہ ہے ہمارے ساتھیوں کا کہ جب وہ قرآن کا translation دیتے ہیں یہ translation</w:t>
      </w:r>
    </w:p>
    <w:p>
      <w:r>
        <w:rPr>
          <w:b/>
        </w:rPr>
        <w:t xml:space="preserve">[30:44] </w:t>
      </w:r>
      <w:r>
        <w:t>jo hamare chupa hai mashallah</w:t>
      </w:r>
    </w:p>
    <w:p>
      <w:pPr>
        <w:jc w:val="right"/>
      </w:pPr>
      <w:r>
        <w:t>جو ہمارے چھپا ہے ماشاءاللہ</w:t>
      </w:r>
    </w:p>
    <w:p>
      <w:r>
        <w:rPr>
          <w:b/>
        </w:rPr>
        <w:t xml:space="preserve">[30:48] </w:t>
      </w:r>
      <w:r>
        <w:t>to bohat hi shauq se leta hai woh american acha yeh quran ka translation hai is ko hum</w:t>
      </w:r>
    </w:p>
    <w:p>
      <w:pPr>
        <w:jc w:val="right"/>
      </w:pPr>
      <w:r>
        <w:t>تو بہت ہی شوق سے لیتا ہے وہ امریکن اچھا یہ قرآن کا translation ہے اس کو ہم</w:t>
      </w:r>
    </w:p>
    <w:p>
      <w:r>
        <w:rPr>
          <w:b/>
        </w:rPr>
        <w:t xml:space="preserve">[30:52] </w:t>
      </w:r>
      <w:r>
        <w:t>parhain ge yeh hamara apna tajurba hai apna inhi americans ke baray mein ab bataein afghanion ke mind</w:t>
      </w:r>
    </w:p>
    <w:p>
      <w:pPr>
        <w:jc w:val="right"/>
      </w:pPr>
      <w:r>
        <w:t>پڑھیں گے یہ ہمارا اپنا تجربہ ہے اپنا انہی امریکنز کے بارے میں اب بتائیں افغانیوں کے mind</w:t>
      </w:r>
    </w:p>
    <w:p>
      <w:r>
        <w:rPr>
          <w:b/>
        </w:rPr>
        <w:t xml:space="preserve">[31:02] </w:t>
      </w:r>
      <w:r>
        <w:t>mein agar yeh ho ke yeh yeh yeh dushman nahi yeh madu hamare hain</w:t>
      </w:r>
    </w:p>
    <w:p>
      <w:pPr>
        <w:jc w:val="right"/>
      </w:pPr>
      <w:r>
        <w:t>میں اگر یہ ہو کہ یہ یہ یہ دشمن نہیں یہ مدعو ہمارے ہیں</w:t>
      </w:r>
    </w:p>
    <w:p>
      <w:r>
        <w:rPr>
          <w:b/>
        </w:rPr>
        <w:t xml:space="preserve">[31:09] </w:t>
      </w:r>
      <w:r>
        <w:t>yani</w:t>
      </w:r>
    </w:p>
    <w:p>
      <w:pPr>
        <w:jc w:val="right"/>
      </w:pPr>
      <w:r>
        <w:t>یعنی</w:t>
      </w:r>
    </w:p>
    <w:p>
      <w:r>
        <w:rPr>
          <w:b/>
        </w:rPr>
        <w:t xml:space="preserve">[31:10] </w:t>
      </w:r>
      <w:r>
        <w:t>hamare jo message hai is ke liye khuda ne unhein bheja hai ke un ko hum pohanchayein</w:t>
      </w:r>
    </w:p>
    <w:p>
      <w:pPr>
        <w:jc w:val="right"/>
      </w:pPr>
      <w:r>
        <w:t>ہمارے جو message ہے اس کے لیے خدا نے انہیں بھیجا ہے کہ ان کو ہم پہنچائیں</w:t>
      </w:r>
    </w:p>
    <w:p>
      <w:r>
        <w:rPr>
          <w:b/>
        </w:rPr>
        <w:t xml:space="preserve">[31:16] </w:t>
      </w:r>
      <w:r>
        <w:t>to unhein chahiye tha ke ek lakh quran mangwa kar ke bantien un ko distribute karein un ko</w:t>
      </w:r>
    </w:p>
    <w:p>
      <w:pPr>
        <w:jc w:val="right"/>
      </w:pPr>
      <w:r>
        <w:t>تو انہیں چاہیے تھا کہ ایک لاکھ قرآن منگوا کر کے بانٹیں ان کو distribute کریں ان کو</w:t>
      </w:r>
    </w:p>
    <w:p>
      <w:r>
        <w:rPr>
          <w:b/>
        </w:rPr>
        <w:t xml:space="preserve">[31:21] </w:t>
      </w:r>
      <w:r>
        <w:t>ek ek shakhs ko</w:t>
      </w:r>
    </w:p>
    <w:p>
      <w:pPr>
        <w:jc w:val="right"/>
      </w:pPr>
      <w:r>
        <w:t>ایک ایک شخص کو</w:t>
      </w:r>
    </w:p>
    <w:p>
      <w:r>
        <w:rPr>
          <w:b/>
        </w:rPr>
        <w:t xml:space="preserve">[31:25] </w:t>
      </w:r>
      <w:r>
        <w:t>aur is ke baad kya hota is ke baad ek breaking ho sakta tha breaking</w:t>
      </w:r>
    </w:p>
    <w:p>
      <w:pPr>
        <w:jc w:val="right"/>
      </w:pPr>
      <w:r>
        <w:t>اور اس کے بعد کیا ہوتا اس کے بعد ایک breaking ہو سکتا تھا breaking</w:t>
      </w:r>
    </w:p>
    <w:p>
      <w:r>
        <w:rPr>
          <w:b/>
        </w:rPr>
        <w:t xml:space="preserve">[31:30] </w:t>
      </w:r>
      <w:r>
        <w:t>dekhein pichlay george bush senior ke zamanay mein jo war hui thi khaleej war jis ko kaha jata</w:t>
      </w:r>
    </w:p>
    <w:p>
      <w:pPr>
        <w:jc w:val="right"/>
      </w:pPr>
      <w:r>
        <w:t>دیکھیں پچھلے جارج بش senior کے زمانے میں جو وار ہوئی تھی خلیج وار جس کو کہا جاتا</w:t>
      </w:r>
    </w:p>
    <w:p>
      <w:r>
        <w:rPr>
          <w:b/>
        </w:rPr>
        <w:t xml:space="preserve">[31:35] </w:t>
      </w:r>
      <w:r>
        <w:t>hai is mein bhi aisa hua ke american bohat se aaye arab countries mein</w:t>
      </w:r>
    </w:p>
    <w:p>
      <w:pPr>
        <w:jc w:val="right"/>
      </w:pPr>
      <w:r>
        <w:t>ہے اس میں بھی ایسا ہوا کہ امریکن بہت سے آئے عرب countries میں</w:t>
      </w:r>
    </w:p>
    <w:p>
      <w:r>
        <w:rPr>
          <w:b/>
        </w:rPr>
        <w:t xml:space="preserve">[31:42] </w:t>
      </w:r>
      <w:r>
        <w:t>to mein ne parha tha akhbar mein ke ke egypt mein aur doosre countries mein jo thay</w:t>
      </w:r>
    </w:p>
    <w:p>
      <w:pPr>
        <w:jc w:val="right"/>
      </w:pPr>
      <w:r>
        <w:t>تو میں نے پڑھا تھا اخبار میں کہ کہ Egypt میں اور دوسرے countries میں جو تھے</w:t>
      </w:r>
    </w:p>
    <w:p>
      <w:r>
        <w:rPr>
          <w:b/>
        </w:rPr>
        <w:t xml:space="preserve">[31:50] </w:t>
      </w:r>
      <w:r>
        <w:t>americans to egypt mein itna ziyada woh nahi tha wahan par ek tradition hota</w:t>
      </w:r>
    </w:p>
    <w:p>
      <w:pPr>
        <w:jc w:val="right"/>
      </w:pPr>
      <w:r>
        <w:t>امریکنز تو Egypt میں اتنا زیادہ وہ نہیں تھا وہاں پر ایک tradition ہوتا</w:t>
      </w:r>
    </w:p>
    <w:p>
      <w:r>
        <w:rPr>
          <w:b/>
        </w:rPr>
        <w:t xml:space="preserve">[31:55] </w:t>
      </w:r>
      <w:r>
        <w:t>tha un ka to wahan arrange kiya gaya lecture</w:t>
      </w:r>
    </w:p>
    <w:p>
      <w:pPr>
        <w:jc w:val="right"/>
      </w:pPr>
      <w:r>
        <w:t>تھا ان کا تو وہاں arrange کیا گیا lecture</w:t>
      </w:r>
    </w:p>
    <w:p>
      <w:r>
        <w:rPr>
          <w:b/>
        </w:rPr>
        <w:t xml:space="preserve">[31:59] </w:t>
      </w:r>
      <w:r>
        <w:t>ek ek ek egyptian ambassador jo english woh egyptian professor jo english janta tha uska lecture arrange</w:t>
      </w:r>
    </w:p>
    <w:p>
      <w:pPr>
        <w:jc w:val="right"/>
      </w:pPr>
      <w:r>
        <w:t>ایک ایک ایک Egyptian ambassador جو انگلش وہ Egyptian پروفیسر جو انگلش جانتا تھا اس کا lecture arrange</w:t>
      </w:r>
    </w:p>
    <w:p>
      <w:r>
        <w:rPr>
          <w:b/>
        </w:rPr>
        <w:t xml:space="preserve">[32:08] </w:t>
      </w:r>
      <w:r>
        <w:t>kiya gaya kai lecture hue to do hazar americon ne islam accept kar liya is zamanay mein yani</w:t>
      </w:r>
    </w:p>
    <w:p>
      <w:pPr>
        <w:jc w:val="right"/>
      </w:pPr>
      <w:r>
        <w:t>کیا گیا کئی lecture ہوئے تو دو ہزار امریکیوں نے اسلام accept کر لیا اس زمانے میں یعنی</w:t>
      </w:r>
    </w:p>
    <w:p>
      <w:r>
        <w:rPr>
          <w:b/>
        </w:rPr>
        <w:t xml:space="preserve">[32:16] </w:t>
      </w:r>
      <w:r>
        <w:t>george bush senior ke zamanay mein jo jo gulf war hui thi</w:t>
      </w:r>
    </w:p>
    <w:p>
      <w:pPr>
        <w:jc w:val="right"/>
      </w:pPr>
      <w:r>
        <w:t>جارج بش senior کے زمانے میں جو جو گلف وار ہوئی تھی</w:t>
      </w:r>
    </w:p>
    <w:p>
      <w:r>
        <w:rPr>
          <w:b/>
        </w:rPr>
        <w:t xml:space="preserve">[32:21] </w:t>
      </w:r>
      <w:r>
        <w:t>yeh jo americans aaye thay yahan par jo khaleej mein</w:t>
      </w:r>
    </w:p>
    <w:p>
      <w:pPr>
        <w:jc w:val="right"/>
      </w:pPr>
      <w:r>
        <w:t>یہ جو امریکنز آئے تھے یہاں پر جو خلیج میں</w:t>
      </w:r>
    </w:p>
    <w:p>
      <w:r>
        <w:rPr>
          <w:b/>
        </w:rPr>
        <w:t xml:space="preserve">[32:25] </w:t>
      </w:r>
      <w:r>
        <w:t>woh qaim kar ke reh rahe thay un ke darmiyan egyptian professor jo angrez janta tha us ne</w:t>
      </w:r>
    </w:p>
    <w:p>
      <w:pPr>
        <w:jc w:val="right"/>
      </w:pPr>
      <w:r>
        <w:t>وہ قائم کر کے رہ رہے تھے ان کے درمیان Egyptian پروفیسر جو انگریز جانتا تھا اس نے</w:t>
      </w:r>
    </w:p>
    <w:p>
      <w:r>
        <w:rPr>
          <w:b/>
        </w:rPr>
        <w:t xml:space="preserve">[32:32] </w:t>
      </w:r>
      <w:r>
        <w:t>lecture diya is what is islam par sirf is what is islam</w:t>
      </w:r>
    </w:p>
    <w:p>
      <w:pPr>
        <w:jc w:val="right"/>
      </w:pPr>
      <w:r>
        <w:t>lecture دیا اس what is اسلام پر صرف اس what is اسلام</w:t>
      </w:r>
    </w:p>
    <w:p>
      <w:r>
        <w:rPr>
          <w:b/>
        </w:rPr>
        <w:t xml:space="preserve">[32:36] </w:t>
      </w:r>
      <w:r>
        <w:t>to do hazar americon ne is ke hath mein islam qabool kar liya ab</w:t>
      </w:r>
    </w:p>
    <w:p>
      <w:pPr>
        <w:jc w:val="right"/>
      </w:pPr>
      <w:r>
        <w:t>تو دو ہزار امریکیوں نے اس کے ہاتھ میں اسلام قبول کر لیا اب</w:t>
      </w:r>
    </w:p>
    <w:p>
      <w:r>
        <w:rPr>
          <w:b/>
        </w:rPr>
        <w:t xml:space="preserve">[32:40] </w:t>
      </w:r>
      <w:r>
        <w:t>bataein ek lakh american afghanistan mein hain ab to hate bohat barh gaya hai bohat barh gaya hai</w:t>
      </w:r>
    </w:p>
    <w:p>
      <w:pPr>
        <w:jc w:val="right"/>
      </w:pPr>
      <w:r>
        <w:t>بتائیں ایک لاکھ امریکن افغانستان میں ہیں اب تو hate بہت بڑھ گیا ہے بہت بڑھ گیا ہے</w:t>
      </w:r>
    </w:p>
    <w:p>
      <w:r>
        <w:rPr>
          <w:b/>
        </w:rPr>
        <w:t xml:space="preserve">[32:46] </w:t>
      </w:r>
      <w:r>
        <w:t>hate ab woh sochte bhi nahi thay ke ke yeh madu hain unhein quran pohanchao unhein message do</w:t>
      </w:r>
    </w:p>
    <w:p>
      <w:pPr>
        <w:jc w:val="right"/>
      </w:pPr>
      <w:r>
        <w:t>hate اب وہ سوچتے بھی نہیں تھے کہ کہ یہ مدعو ہیں انہیں قرآن پہنچاؤ انہیں message دو</w:t>
      </w:r>
    </w:p>
    <w:p>
      <w:r>
        <w:rPr>
          <w:b/>
        </w:rPr>
        <w:t xml:space="preserve">[32:52] </w:t>
      </w:r>
      <w:r>
        <w:t>dekhein ek tajurba batata aana chahta hoon aap ko history ka history ka tajurba yeh hai yani pura</w:t>
      </w:r>
    </w:p>
    <w:p>
      <w:pPr>
        <w:jc w:val="right"/>
      </w:pPr>
      <w:r>
        <w:t>دیکھیں ایک تجربہ بتاتا آنا چاہتا ہوں آپ کو history کا history کا تجربہ یہ ہے یعنی پورا</w:t>
      </w:r>
    </w:p>
    <w:p>
      <w:r>
        <w:rPr>
          <w:b/>
        </w:rPr>
        <w:t xml:space="preserve">[32:58] </w:t>
      </w:r>
      <w:r>
        <w:t>jo islam ko mein ne parha hai islam ki history ko sab se ziyada islam pohancha hai phaila</w:t>
      </w:r>
    </w:p>
    <w:p>
      <w:pPr>
        <w:jc w:val="right"/>
      </w:pPr>
      <w:r>
        <w:t>جو اسلام کو میں نے پڑھا ہے اسلام کی history کو سب سے زیادہ اسلام پہنچا ہے پھیلا</w:t>
      </w:r>
    </w:p>
    <w:p>
      <w:r>
        <w:rPr>
          <w:b/>
        </w:rPr>
        <w:t xml:space="preserve">[33:04] </w:t>
      </w:r>
      <w:r>
        <w:t>hai interaction ke through yeh kisi kitab mein nahi likha hua hai</w:t>
      </w:r>
    </w:p>
    <w:p>
      <w:pPr>
        <w:jc w:val="right"/>
      </w:pPr>
      <w:r>
        <w:t>ہے interaction کے through یہ کسی کتاب میں نہیں لکھا ہوا ہے</w:t>
      </w:r>
    </w:p>
    <w:p>
      <w:r>
        <w:rPr>
          <w:b/>
        </w:rPr>
        <w:t xml:space="preserve">[33:11] </w:t>
      </w:r>
      <w:r>
        <w:t>yani greatest factor of Islamic dissemination is interaction</w:t>
      </w:r>
    </w:p>
    <w:p>
      <w:pPr>
        <w:jc w:val="right"/>
      </w:pPr>
      <w:r>
        <w:t>یعنی greatest factor of Islamic dissemination is interaction</w:t>
      </w:r>
    </w:p>
    <w:p>
      <w:r>
        <w:rPr>
          <w:b/>
        </w:rPr>
        <w:t xml:space="preserve">[33:18] </w:t>
      </w:r>
      <w:r>
        <w:t>yeh mein ne kisi kitaab mein nahin parha lekin bohat saari kitaabein parhne ke baad mein ne just</w:t>
      </w:r>
    </w:p>
    <w:p>
      <w:pPr>
        <w:jc w:val="right"/>
      </w:pPr>
      <w:r>
        <w:t>یہ میں نے کسی کتاب میں نہیں پڑھا لیکن بہت ساری کتابیں پڑھنے کے بعد میں نے جست</w:t>
      </w:r>
    </w:p>
    <w:p>
      <w:r>
        <w:rPr>
          <w:b/>
        </w:rPr>
        <w:t xml:space="preserve">[33:21] </w:t>
      </w:r>
      <w:r>
        <w:t>nikala hai is ka ke Islam ke liye sab se bara jo</w:t>
      </w:r>
    </w:p>
    <w:p>
      <w:pPr>
        <w:jc w:val="right"/>
      </w:pPr>
      <w:r>
        <w:t>نکالا ہے اس کا کہ اسلام کے لیے سب سے بڑا جو</w:t>
      </w:r>
    </w:p>
    <w:p>
      <w:r>
        <w:rPr>
          <w:b/>
        </w:rPr>
        <w:t xml:space="preserve">[33:27] </w:t>
      </w:r>
      <w:r>
        <w:t>jo</w:t>
      </w:r>
    </w:p>
    <w:p>
      <w:pPr>
        <w:jc w:val="right"/>
      </w:pPr>
      <w:r>
        <w:t>جو</w:t>
      </w:r>
    </w:p>
    <w:p>
      <w:r>
        <w:rPr>
          <w:b/>
        </w:rPr>
        <w:t xml:space="preserve">[33:27] </w:t>
      </w:r>
      <w:r>
        <w:t>jo sab se bara jo favorable factor hai woh hai interaction</w:t>
      </w:r>
    </w:p>
    <w:p>
      <w:pPr>
        <w:jc w:val="right"/>
      </w:pPr>
      <w:r>
        <w:t>جو سب سے بڑا جو favorable factor ہے وہ ہے interaction</w:t>
      </w:r>
    </w:p>
    <w:p>
      <w:r>
        <w:rPr>
          <w:b/>
        </w:rPr>
        <w:t xml:space="preserve">[33:33] </w:t>
      </w:r>
      <w:r>
        <w:t>musalmanon se non muslim ka interaction musalmanon se</w:t>
      </w:r>
    </w:p>
    <w:p>
      <w:pPr>
        <w:jc w:val="right"/>
      </w:pPr>
      <w:r>
        <w:t>مسلمانوں سے non مسلم کا interaction مسلمانوں سے</w:t>
      </w:r>
    </w:p>
    <w:p>
      <w:r>
        <w:rPr>
          <w:b/>
        </w:rPr>
        <w:t xml:space="preserve">[33:39] </w:t>
      </w:r>
      <w:r>
        <w:t>yeh yeh bohat hi bari baat hai kyun ke Quran mein bataya gaya hai ke Islam deen-e-fitrat</w:t>
      </w:r>
    </w:p>
    <w:p>
      <w:pPr>
        <w:jc w:val="right"/>
      </w:pPr>
      <w:r>
        <w:t>یہ یہ بہت ہی بڑی بات ہے کیوں کہ قرآن میں بتایا گیا ہے کہ اسلام دین فطرت</w:t>
      </w:r>
    </w:p>
    <w:p>
      <w:r>
        <w:rPr>
          <w:b/>
        </w:rPr>
        <w:t xml:space="preserve">[33:45] </w:t>
      </w:r>
      <w:r>
        <w:t>hai fitrat Allah</w:t>
      </w:r>
    </w:p>
    <w:p>
      <w:pPr>
        <w:jc w:val="right"/>
      </w:pPr>
      <w:r>
        <w:t>ہے فطرت اللہ</w:t>
      </w:r>
    </w:p>
    <w:p>
      <w:r>
        <w:rPr>
          <w:b/>
        </w:rPr>
        <w:t xml:space="preserve">[33:49] </w:t>
      </w:r>
      <w:r>
        <w:t>yeh deen-e-fitrat hai yani</w:t>
      </w:r>
    </w:p>
    <w:p>
      <w:pPr>
        <w:jc w:val="right"/>
      </w:pPr>
      <w:r>
        <w:t>یہ دین فطرت ہے یعنی</w:t>
      </w:r>
    </w:p>
    <w:p>
      <w:r>
        <w:rPr>
          <w:b/>
        </w:rPr>
        <w:t xml:space="preserve">[33:52] </w:t>
      </w:r>
      <w:r>
        <w:t>religion of nature jo aap ke nature mein hai wohi wohi Quran mein hai to Quran is is</w:t>
      </w:r>
    </w:p>
    <w:p>
      <w:pPr>
        <w:jc w:val="right"/>
      </w:pPr>
      <w:r>
        <w:t>religion of nature جو آپ کے nature میں ہے وہی وہی قرآن میں ہے تو قرآن is is</w:t>
      </w:r>
    </w:p>
    <w:p>
      <w:r>
        <w:rPr>
          <w:b/>
        </w:rPr>
        <w:t xml:space="preserve">[34:00] </w:t>
      </w:r>
      <w:r>
        <w:t>a counter part of your own nature</w:t>
      </w:r>
    </w:p>
    <w:p>
      <w:pPr>
        <w:jc w:val="right"/>
      </w:pPr>
      <w:r>
        <w:t>a counter part of your own nature</w:t>
      </w:r>
    </w:p>
    <w:p>
      <w:r>
        <w:rPr>
          <w:b/>
        </w:rPr>
        <w:t xml:space="preserve">[34:04] </w:t>
      </w:r>
      <w:r>
        <w:t>yahan jo cheez unconsciously hai yahan consciously hai yahan baghair yani baghair</w:t>
      </w:r>
    </w:p>
    <w:p>
      <w:pPr>
        <w:jc w:val="right"/>
      </w:pPr>
      <w:r>
        <w:t>یہاں جو چیز unconsciously ہے یہاں consciously ہے یہاں بغیر یعنی بغیر</w:t>
      </w:r>
    </w:p>
    <w:p>
      <w:r>
        <w:rPr>
          <w:b/>
        </w:rPr>
        <w:t xml:space="preserve">[34:12] </w:t>
      </w:r>
      <w:r>
        <w:t>likhe hue yahan likhe hue hai yahan malfooz ghair malfooz hai yahan to malfooz hai</w:t>
      </w:r>
    </w:p>
    <w:p>
      <w:pPr>
        <w:jc w:val="right"/>
      </w:pPr>
      <w:r>
        <w:t>لکھے ہوئے یہاں لکھے ہوئے ہے یہاں ملفوظ غیر ملفوظ ہے یہاں تو ملفوظ ہے</w:t>
      </w:r>
    </w:p>
    <w:p>
      <w:r>
        <w:rPr>
          <w:b/>
        </w:rPr>
        <w:t xml:space="preserve">[34:20] </w:t>
      </w:r>
      <w:r>
        <w:t>is se kya hota hai woh jo kisi ka shair hai ke woh</w:t>
      </w:r>
    </w:p>
    <w:p>
      <w:pPr>
        <w:jc w:val="right"/>
      </w:pPr>
      <w:r>
        <w:t>اس سے کیا ہوتا ہے وہ جو کسی کا شعر ہے کہ وہ</w:t>
      </w:r>
    </w:p>
    <w:p>
      <w:r>
        <w:rPr>
          <w:b/>
        </w:rPr>
        <w:t xml:space="preserve">[34:27] </w:t>
      </w:r>
      <w:r>
        <w:t>dekhna taqreer ki lazzat ke jo us ne kaha mein ne yeh jaana ke goya yeh bhi mere</w:t>
      </w:r>
    </w:p>
    <w:p>
      <w:pPr>
        <w:jc w:val="right"/>
      </w:pPr>
      <w:r>
        <w:t>دیکھنا تقریر کی لذت کہ جو اس نے کہا میں نے یہ جانا کہ گویا یہ بھی میرے</w:t>
      </w:r>
    </w:p>
    <w:p>
      <w:r>
        <w:rPr>
          <w:b/>
        </w:rPr>
        <w:t xml:space="preserve">[34:33] </w:t>
      </w:r>
      <w:r>
        <w:t>dil mein hai</w:t>
      </w:r>
    </w:p>
    <w:p>
      <w:pPr>
        <w:jc w:val="right"/>
      </w:pPr>
      <w:r>
        <w:t>دل میں ہے</w:t>
      </w:r>
    </w:p>
    <w:p>
      <w:r>
        <w:rPr>
          <w:b/>
        </w:rPr>
        <w:t xml:space="preserve">[34:35] </w:t>
      </w:r>
      <w:r>
        <w:t>yeh ghaleban ghaleban yeh Ghalib ka shair hai ke dekhna taqreer ki lazzat ke jo us ne kaha</w:t>
      </w:r>
    </w:p>
    <w:p>
      <w:pPr>
        <w:jc w:val="right"/>
      </w:pPr>
      <w:r>
        <w:t>یہ غالباً غالباً یہ غالب کا شعر ہے کہ دیکھنا تقریر کی لذت کہ جو اس نے کہا</w:t>
      </w:r>
    </w:p>
    <w:p>
      <w:r>
        <w:rPr>
          <w:b/>
        </w:rPr>
        <w:t xml:space="preserve">[34:42] </w:t>
      </w:r>
      <w:r>
        <w:t>mein ne yeh jaana ke goya yeh bhi mere dil mein hai to Quran ko jab parhta hai</w:t>
      </w:r>
    </w:p>
    <w:p>
      <w:pPr>
        <w:jc w:val="right"/>
      </w:pPr>
      <w:r>
        <w:t>میں نے یہ جانا کہ گویا یہ بھی میرے دل میں ہے تو قرآن کو جب پڑھتا ہے</w:t>
      </w:r>
    </w:p>
    <w:p>
      <w:r>
        <w:rPr>
          <w:b/>
        </w:rPr>
        <w:t xml:space="preserve">[34:47] </w:t>
      </w:r>
      <w:r>
        <w:t>aadmi to usay hota hai yeh to mere dil ki baat hai</w:t>
      </w:r>
    </w:p>
    <w:p>
      <w:pPr>
        <w:jc w:val="right"/>
      </w:pPr>
      <w:r>
        <w:t>آدمی تو اسے ہوتا ہے یہ تو میرے دل کی بات ہے</w:t>
      </w:r>
    </w:p>
    <w:p>
      <w:r>
        <w:rPr>
          <w:b/>
        </w:rPr>
        <w:t xml:space="preserve">[34:54] </w:t>
      </w:r>
      <w:r>
        <w:t>chunaanche America ka ek aadmi jo Islam qabool kiya tha jis ne</w:t>
      </w:r>
    </w:p>
    <w:p>
      <w:pPr>
        <w:jc w:val="right"/>
      </w:pPr>
      <w:r>
        <w:t>چنانچہ امریکہ کا ایک آدمی جو اسلام قبول کیا تھا جس نے</w:t>
      </w:r>
    </w:p>
    <w:p>
      <w:r>
        <w:rPr>
          <w:b/>
        </w:rPr>
        <w:t xml:space="preserve">[34:59] </w:t>
      </w:r>
      <w:r>
        <w:t>us se poocha gaya ke tum ne Islam kyun qabool kiya</w:t>
      </w:r>
    </w:p>
    <w:p>
      <w:pPr>
        <w:jc w:val="right"/>
      </w:pPr>
      <w:r>
        <w:t>اس سے پوچھا گیا کہ تم نے اسلام کیوں قبول کیا</w:t>
      </w:r>
    </w:p>
    <w:p>
      <w:r>
        <w:rPr>
          <w:b/>
        </w:rPr>
        <w:t xml:space="preserve">[35:03] </w:t>
      </w:r>
      <w:r>
        <w:t>to us ne kaha I was not converted to Islam I was reverted to my own birthright religion</w:t>
      </w:r>
    </w:p>
    <w:p>
      <w:pPr>
        <w:jc w:val="right"/>
      </w:pPr>
      <w:r>
        <w:t>تو اس نے کہا I was not converted to اسلام I was reverted to my own birthright religion</w:t>
      </w:r>
    </w:p>
    <w:p>
      <w:r>
        <w:rPr>
          <w:b/>
        </w:rPr>
        <w:t xml:space="preserve">[35:11] </w:t>
      </w:r>
      <w:r>
        <w:t>yeh hai interaction ka powerful interaction</w:t>
      </w:r>
    </w:p>
    <w:p>
      <w:pPr>
        <w:jc w:val="right"/>
      </w:pPr>
      <w:r>
        <w:t>یہ ہے interaction کا powerful interaction</w:t>
      </w:r>
    </w:p>
    <w:p>
      <w:r>
        <w:rPr>
          <w:b/>
        </w:rPr>
        <w:t xml:space="preserve">[35:16] </w:t>
      </w:r>
      <w:r>
        <w:t>jab musalman se non muslim ka interaction hota hai aur musalman us ko batata hai Islam ki taleemat</w:t>
      </w:r>
    </w:p>
    <w:p>
      <w:pPr>
        <w:jc w:val="right"/>
      </w:pPr>
      <w:r>
        <w:t>جب مسلمان سے non مسلم کا interaction ہوتا ہے اور مسلمان اس کو بتاتا ہے اسلام کی تعلیمات</w:t>
      </w:r>
    </w:p>
    <w:p>
      <w:r>
        <w:rPr>
          <w:b/>
        </w:rPr>
        <w:t xml:space="preserve">[35:22] </w:t>
      </w:r>
      <w:r>
        <w:t>ko ya literature deta hai to to woh fiur attract hota hai us ki taraf</w:t>
      </w:r>
    </w:p>
    <w:p>
      <w:pPr>
        <w:jc w:val="right"/>
      </w:pPr>
      <w:r>
        <w:t>کو یا literature دیتا ہے تو تو وہ فی الفور attract ہوتا ہے اس کی طرف</w:t>
      </w:r>
    </w:p>
    <w:p>
      <w:r>
        <w:rPr>
          <w:b/>
        </w:rPr>
        <w:t xml:space="preserve">[35:30] </w:t>
      </w:r>
      <w:r>
        <w:t>larai ke maidan mein to nahi yeh kaam ho sakta hai lekin peaceful maidan mein yeh kaam hota</w:t>
      </w:r>
    </w:p>
    <w:p>
      <w:pPr>
        <w:jc w:val="right"/>
      </w:pPr>
      <w:r>
        <w:t>لڑائی کے میدان میں تو نہیں یہ کام ہو سکتا ہے لیکن peaceful میدان میں یہ کام ہوتا</w:t>
      </w:r>
    </w:p>
    <w:p>
      <w:r>
        <w:rPr>
          <w:b/>
        </w:rPr>
        <w:t xml:space="preserve">[35:35] </w:t>
      </w:r>
      <w:r>
        <w:t>hai mein aap ko aik agar compulsive interaction ho tab bhi is ka faida hota</w:t>
      </w:r>
    </w:p>
    <w:p>
      <w:pPr>
        <w:jc w:val="right"/>
      </w:pPr>
      <w:r>
        <w:t>ہے میں آپ کو ایک اگر compulsive interaction ہو تب بھی اس کا فائدہ ہوتا</w:t>
      </w:r>
    </w:p>
    <w:p>
      <w:r>
        <w:rPr>
          <w:b/>
        </w:rPr>
        <w:t xml:space="preserve">[35:39] </w:t>
      </w:r>
      <w:r>
        <w:t>hai yani interaction ka faida itna zyada hai ke compulsive interaction ho tab bhi is ka faida hoga</w:t>
      </w:r>
    </w:p>
    <w:p>
      <w:pPr>
        <w:jc w:val="right"/>
      </w:pPr>
      <w:r>
        <w:t>ہے یعنی interaction کا فائدہ اتنا زیادہ ہے کہ compulsive interaction ہو تب بھی اس کا فائدہ ہوگا</w:t>
      </w:r>
    </w:p>
    <w:p>
      <w:r>
        <w:rPr>
          <w:b/>
        </w:rPr>
        <w:t xml:space="preserve">[35:47] </w:t>
      </w:r>
      <w:r>
        <w:t>is ki aik misaal hai tatariyon ki</w:t>
      </w:r>
    </w:p>
    <w:p>
      <w:pPr>
        <w:jc w:val="right"/>
      </w:pPr>
      <w:r>
        <w:t>اس کی ایک مثال ہے تاتاریوں کی</w:t>
      </w:r>
    </w:p>
    <w:p>
      <w:r>
        <w:rPr>
          <w:b/>
        </w:rPr>
        <w:t xml:space="preserve">[35:51] </w:t>
      </w:r>
      <w:r>
        <w:t>dekhein aap jante hain ke</w:t>
      </w:r>
    </w:p>
    <w:p>
      <w:pPr>
        <w:jc w:val="right"/>
      </w:pPr>
      <w:r>
        <w:t>دیکھیں آپ جانتے ہیں کہ</w:t>
      </w:r>
    </w:p>
    <w:p>
      <w:r>
        <w:rPr>
          <w:b/>
        </w:rPr>
        <w:t xml:space="preserve">[35:56] </w:t>
      </w:r>
      <w:r>
        <w:t>abbasiyad period mein tatari qabail ne jang o halakon ke zamanay mein attack kiya aur muslim world ko</w:t>
      </w:r>
    </w:p>
    <w:p>
      <w:pPr>
        <w:jc w:val="right"/>
      </w:pPr>
      <w:r>
        <w:t>عباسید period میں تاتاری قبائل نے جنگ و ہلاکوں کے زمانے میں attack کیا اور مسلم world کو</w:t>
      </w:r>
    </w:p>
    <w:p>
      <w:r>
        <w:rPr>
          <w:b/>
        </w:rPr>
        <w:t xml:space="preserve">[36:05] </w:t>
      </w:r>
      <w:r>
        <w:t>ruin kardiya sab tabah kardiya phir unhon ne islam bhi qabool kar liya inhi logon ne</w:t>
      </w:r>
    </w:p>
    <w:p>
      <w:pPr>
        <w:jc w:val="right"/>
      </w:pPr>
      <w:r>
        <w:t>ruin کردیا سب تباہ کر دیا پھر انہوں نے اسلام بھی قبول کر لیا انہی لوگوں نے</w:t>
      </w:r>
    </w:p>
    <w:p>
      <w:r>
        <w:rPr>
          <w:b/>
        </w:rPr>
        <w:t xml:space="preserve">[36:11] </w:t>
      </w:r>
      <w:r>
        <w:t>yeh hamari kitabein jo arabic mein hain hamari jo history hai kisi mein bataya nahi gaya tha ke</w:t>
      </w:r>
    </w:p>
    <w:p>
      <w:pPr>
        <w:jc w:val="right"/>
      </w:pPr>
      <w:r>
        <w:t>یہ ہماری کتابیں جو عربک میں ہیں ہماری جو history ہے کسی میں بتایا نہیں گیا تھا کہ</w:t>
      </w:r>
    </w:p>
    <w:p>
      <w:r>
        <w:rPr>
          <w:b/>
        </w:rPr>
        <w:t xml:space="preserve">[36:16] </w:t>
      </w:r>
      <w:r>
        <w:t>kese aisa hua hamari arabic</w:t>
      </w:r>
    </w:p>
    <w:p>
      <w:pPr>
        <w:jc w:val="right"/>
      </w:pPr>
      <w:r>
        <w:t>کیسے ایسا ہوا ہماری عربک</w:t>
      </w:r>
    </w:p>
    <w:p>
      <w:r>
        <w:rPr>
          <w:b/>
        </w:rPr>
        <w:t xml:space="preserve">[36:20] </w:t>
      </w:r>
      <w:r>
        <w:t>jo histories history ke jo arabic books hain yeh</w:t>
      </w:r>
    </w:p>
    <w:p>
      <w:pPr>
        <w:jc w:val="right"/>
      </w:pPr>
      <w:r>
        <w:t>جو histories history کے جو عربک books ہیں یہ</w:t>
      </w:r>
    </w:p>
    <w:p>
      <w:r>
        <w:rPr>
          <w:b/>
        </w:rPr>
        <w:t xml:space="preserve">[36:25] </w:t>
      </w:r>
      <w:r>
        <w:t>raaz is mein khula nahi tha sab se pehle is raaz ko khola hai professor arnold ne un ki kitab hai preaching of islam tees saal tak unhonay is ki study ki</w:t>
      </w:r>
    </w:p>
    <w:p>
      <w:pPr>
        <w:jc w:val="right"/>
      </w:pPr>
      <w:r>
        <w:t>راز اس میں کھلا نہیں تھا سب سے پہلے اس راز کو کھولا ہے پروفیسر آرنلڈ نے ان کی کتاب ہے Preaching of Islam تیس سال تک انہوں نے اس کی study کی</w:t>
      </w:r>
    </w:p>
    <w:p>
      <w:r>
        <w:rPr>
          <w:b/>
        </w:rPr>
        <w:t xml:space="preserve">[36:40] </w:t>
      </w:r>
      <w:r>
        <w:t>woh chaheed bhi jante hain aur jante thay aur kon si language jante thay bohat sari unhon ne</w:t>
      </w:r>
    </w:p>
    <w:p>
      <w:pPr>
        <w:jc w:val="right"/>
      </w:pPr>
      <w:r>
        <w:t>وہ چاہید بھی جانتے ہیں اور جانتے تھے اور کون سی language جانتے تھے بہت ساری انہوں نے</w:t>
      </w:r>
    </w:p>
    <w:p>
      <w:r>
        <w:rPr>
          <w:b/>
        </w:rPr>
        <w:t xml:space="preserve">[36:45] </w:t>
      </w:r>
      <w:r>
        <w:t>is baat ka parda khola ke kese aisa hua yeh breaking kese hua ke jo is ne likha</w:t>
      </w:r>
    </w:p>
    <w:p>
      <w:pPr>
        <w:jc w:val="right"/>
      </w:pPr>
      <w:r>
        <w:t>اس بات کا پردہ کھولا کہ کیسے ایسا ہوا یہ breaking کیسے ہوا کہ جو اس نے لکھا</w:t>
      </w:r>
    </w:p>
    <w:p>
      <w:r>
        <w:rPr>
          <w:b/>
        </w:rPr>
        <w:t xml:space="preserve">[36:52] </w:t>
      </w:r>
      <w:r>
        <w:t>hai hitti ne the conquerors accepted the religion of conquered conquered</w:t>
      </w:r>
    </w:p>
    <w:p>
      <w:pPr>
        <w:jc w:val="right"/>
      </w:pPr>
      <w:r>
        <w:t>ہے ہٹی نے the conquerors accepted the religion of conquered conquered</w:t>
      </w:r>
    </w:p>
    <w:p>
      <w:r>
        <w:rPr>
          <w:b/>
        </w:rPr>
        <w:t xml:space="preserve">[36:58] </w:t>
      </w:r>
      <w:r>
        <w:t>the conquerors accepted the religion of conquered</w:t>
      </w:r>
    </w:p>
    <w:p>
      <w:pPr>
        <w:jc w:val="right"/>
      </w:pPr>
      <w:r>
        <w:t>the conquerors accepted the religion of conquered</w:t>
      </w:r>
    </w:p>
    <w:p>
      <w:r>
        <w:rPr>
          <w:b/>
        </w:rPr>
        <w:t xml:space="preserve">[37:03] </w:t>
      </w:r>
      <w:r>
        <w:t>yani fateh ne muftuh ke mazhab ko ikhtiyar kar liya to kaisa aisa hua professor arnold ne is</w:t>
      </w:r>
    </w:p>
    <w:p>
      <w:pPr>
        <w:jc w:val="right"/>
      </w:pPr>
      <w:r>
        <w:t>یعنی فاتحین نے مفتوح کے مذہب کو اختیار کر لیا تو کیسا ایسا ہوا پروفیسر آرنلڈ نے اس</w:t>
      </w:r>
    </w:p>
    <w:p>
      <w:r>
        <w:rPr>
          <w:b/>
        </w:rPr>
        <w:t xml:space="preserve">[37:09] </w:t>
      </w:r>
      <w:r>
        <w:t>ka jawab diya hai bohat zyada study kar ke ke wahan yeh hua ke tatariyon ne jab jab</w:t>
      </w:r>
    </w:p>
    <w:p>
      <w:pPr>
        <w:jc w:val="right"/>
      </w:pPr>
      <w:r>
        <w:t>کا جواب دیا ہے بہت زیادہ study کر کے کہ وہاں یہ ہوا کہ تاتاریوں نے جب جب</w:t>
      </w:r>
    </w:p>
    <w:p>
      <w:r>
        <w:rPr>
          <w:b/>
        </w:rPr>
        <w:t xml:space="preserve">[37:18] </w:t>
      </w:r>
      <w:r>
        <w:t>un ko wahan woh wahan par woh qabza kar liya unhon ne muslim world ko abbasiyad period abbasiyad</w:t>
      </w:r>
    </w:p>
    <w:p>
      <w:pPr>
        <w:jc w:val="right"/>
      </w:pPr>
      <w:r>
        <w:t>ان کو وہاں وہ وہاں پر وہ قبضہ کر لیا انہوں نے مسلم world کو عباسید period عباسید</w:t>
      </w:r>
    </w:p>
    <w:p>
      <w:r>
        <w:rPr>
          <w:b/>
        </w:rPr>
        <w:t xml:space="preserve">[37:27] </w:t>
      </w:r>
      <w:r>
        <w:t>dynasty ko khatam kar ke</w:t>
      </w:r>
    </w:p>
    <w:p>
      <w:pPr>
        <w:jc w:val="right"/>
      </w:pPr>
      <w:r>
        <w:t>dynasty کو ختم کر کے</w:t>
      </w:r>
    </w:p>
    <w:p>
      <w:r>
        <w:rPr>
          <w:b/>
        </w:rPr>
        <w:t xml:space="preserve">[37:29] </w:t>
      </w:r>
      <w:r>
        <w:t>to bohat saray logon ko ghulam banaya unhon ne ghulam banakar ke apne gharon mein daal diya</w:t>
      </w:r>
    </w:p>
    <w:p>
      <w:pPr>
        <w:jc w:val="right"/>
      </w:pPr>
      <w:r>
        <w:t>تو بہت سارے لوگوں کو غلام بنایا انہوں نے غلام بنا کر کے اپنے گھروں میں ڈال دیا</w:t>
      </w:r>
    </w:p>
    <w:p>
      <w:r>
        <w:rPr>
          <w:b/>
        </w:rPr>
        <w:t xml:space="preserve">[37:34] </w:t>
      </w:r>
      <w:r>
        <w:t>khidmet karne ke liye ghar ki safai agriculture</w:t>
      </w:r>
    </w:p>
    <w:p>
      <w:pPr>
        <w:jc w:val="right"/>
      </w:pPr>
      <w:r>
        <w:t>خدمت کرنے کے لیے گھر کی صفائی agriculture</w:t>
      </w:r>
    </w:p>
    <w:p>
      <w:r>
        <w:rPr>
          <w:b/>
        </w:rPr>
        <w:t xml:space="preserve">[37:39] </w:t>
      </w:r>
      <w:r>
        <w:t>aur saray kaam jo hotay hain woh un se lainay lagay woh to sab tamam tatariyon ke ghar</w:t>
      </w:r>
    </w:p>
    <w:p>
      <w:pPr>
        <w:jc w:val="right"/>
      </w:pPr>
      <w:r>
        <w:t>اور سارے کام جو ہوتے ہیں وہ ان سے لینے لگے وہ تو سب تمام تاتاریوں کے گھر</w:t>
      </w:r>
    </w:p>
    <w:p>
      <w:r>
        <w:rPr>
          <w:b/>
        </w:rPr>
        <w:t xml:space="preserve">[37:46] </w:t>
      </w:r>
      <w:r>
        <w:t>mein musalman ghulam jo hai woh bhar gaye</w:t>
      </w:r>
    </w:p>
    <w:p>
      <w:pPr>
        <w:jc w:val="right"/>
      </w:pPr>
      <w:r>
        <w:t>میں مسلمان غلام جو ہے وہ بھر گئے</w:t>
      </w:r>
    </w:p>
    <w:p>
      <w:r>
        <w:rPr>
          <w:b/>
        </w:rPr>
        <w:t xml:space="preserve">[37:51] </w:t>
      </w:r>
      <w:r>
        <w:t>ab kya hua</w:t>
      </w:r>
    </w:p>
    <w:p>
      <w:pPr>
        <w:jc w:val="right"/>
      </w:pPr>
      <w:r>
        <w:t>اب کیا ہوا</w:t>
      </w:r>
    </w:p>
    <w:p>
      <w:r>
        <w:rPr>
          <w:b/>
        </w:rPr>
        <w:t xml:space="preserve">[37:53] </w:t>
      </w:r>
      <w:r>
        <w:t>ke that was a kind of compulsive interaction</w:t>
      </w:r>
    </w:p>
    <w:p>
      <w:pPr>
        <w:jc w:val="right"/>
      </w:pPr>
      <w:r>
        <w:t>کہ that was a kind of compulsive interaction</w:t>
      </w:r>
    </w:p>
    <w:p>
      <w:r>
        <w:rPr>
          <w:b/>
        </w:rPr>
        <w:t xml:space="preserve">[37:58] </w:t>
      </w:r>
      <w:r>
        <w:t>ab woh har waqt maujood hai un ke ghar mein ghar ke andar ghar ke bahir khet mein</w:t>
      </w:r>
    </w:p>
    <w:p>
      <w:pPr>
        <w:jc w:val="right"/>
      </w:pPr>
      <w:r>
        <w:t>اب وہ ہر وقت موجود ہے ان کے گھر میں گھر کے اندر گھر کے باہر کھیت میں</w:t>
      </w:r>
    </w:p>
    <w:p>
      <w:r>
        <w:rPr>
          <w:b/>
        </w:rPr>
        <w:t xml:space="preserve">[38:02] </w:t>
      </w:r>
      <w:r>
        <w:t>bagh mein har jagah maujood hai har jagah in ka interaction ho raha hai</w:t>
      </w:r>
    </w:p>
    <w:p>
      <w:pPr>
        <w:jc w:val="right"/>
      </w:pPr>
      <w:r>
        <w:t>باغ میں ہر جگہ موجود ہے ہر جگہ ان کا interaction ہو رہا ہے</w:t>
      </w:r>
    </w:p>
    <w:p>
      <w:r>
        <w:rPr>
          <w:b/>
        </w:rPr>
        <w:t xml:space="preserve">[38:06] </w:t>
      </w:r>
      <w:r>
        <w:t>to hota kya tha ke baat baat mein unhein kuch aisi cheez dikhai parti thi jo</w:t>
      </w:r>
    </w:p>
    <w:p>
      <w:pPr>
        <w:jc w:val="right"/>
      </w:pPr>
      <w:r>
        <w:t>تو ہوتا کیا تھا کہ بات بات میں انہیں کچھ ایسی چیز دکھائی پڑتی تھی جو</w:t>
      </w:r>
    </w:p>
    <w:p>
      <w:r>
        <w:rPr>
          <w:b/>
        </w:rPr>
        <w:t xml:space="preserve">[38:13] </w:t>
      </w:r>
      <w:r>
        <w:t>kuch different lagti thi different</w:t>
      </w:r>
    </w:p>
    <w:p>
      <w:pPr>
        <w:jc w:val="right"/>
      </w:pPr>
      <w:r>
        <w:t>کچھ different لگتی تھی different</w:t>
      </w:r>
    </w:p>
    <w:p>
      <w:r>
        <w:rPr>
          <w:b/>
        </w:rPr>
        <w:t xml:space="preserve">[38:16] </w:t>
      </w:r>
      <w:r>
        <w:t>kyunke tatri jo the un ka koi mazhab nahi tha yeh to wahshi log the yeh jangalon aur</w:t>
      </w:r>
    </w:p>
    <w:p>
      <w:pPr>
        <w:jc w:val="right"/>
      </w:pPr>
      <w:r>
        <w:t>کیونکہ تاتاری جو تھے ان کا کوئی مذہب نہیں تھا یہ تو وحشی لوگ تھے یہ جنگلوں اور</w:t>
      </w:r>
    </w:p>
    <w:p>
      <w:r>
        <w:rPr>
          <w:b/>
        </w:rPr>
        <w:t xml:space="preserve">[38:21] </w:t>
      </w:r>
      <w:r>
        <w:t>pahaadon mein rehte the to woh koi mazhab un ka nahi tha na shirk na tauheed</w:t>
      </w:r>
    </w:p>
    <w:p>
      <w:pPr>
        <w:jc w:val="right"/>
      </w:pPr>
      <w:r>
        <w:t>پہاڑوں میں رہتے تھے تو وہ کوئی مذہب ان کا نہیں تھا نہ شرک نہ توحید</w:t>
      </w:r>
    </w:p>
    <w:p>
      <w:r>
        <w:rPr>
          <w:b/>
        </w:rPr>
        <w:t xml:space="preserve">[38:28] </w:t>
      </w:r>
      <w:r>
        <w:t>ab unhon ne dekha ke</w:t>
      </w:r>
    </w:p>
    <w:p>
      <w:pPr>
        <w:jc w:val="right"/>
      </w:pPr>
      <w:r>
        <w:t>اب انہوں نے دیکھا کہ</w:t>
      </w:r>
    </w:p>
    <w:p>
      <w:r>
        <w:rPr>
          <w:b/>
        </w:rPr>
        <w:t xml:space="preserve">[38:30] </w:t>
      </w:r>
      <w:r>
        <w:t>woh jo musalman un ke ghar mein hai woh wuzu kar raha hai tum log yeh kya kar</w:t>
      </w:r>
    </w:p>
    <w:p>
      <w:pPr>
        <w:jc w:val="right"/>
      </w:pPr>
      <w:r>
        <w:t>وہ جو مسلمان ان کے گھر میں ہے وہ وضو کر رہا ہے تم لوگ یہ کیا کر</w:t>
      </w:r>
    </w:p>
    <w:p>
      <w:r>
        <w:rPr>
          <w:b/>
        </w:rPr>
        <w:t xml:space="preserve">[38:35] </w:t>
      </w:r>
      <w:r>
        <w:t>rahe ho woh bataya ke wuzu kar ke namaz padhte hain aur dikhao namaz kya hoti hai namaz</w:t>
      </w:r>
    </w:p>
    <w:p>
      <w:pPr>
        <w:jc w:val="right"/>
      </w:pPr>
      <w:r>
        <w:t>رہے ہو وہ بتایا کہ وضو کر کے نماز پڑھتے ہیں اور دکھاؤ نماز کیا ہوتی ہے نماز</w:t>
      </w:r>
    </w:p>
    <w:p>
      <w:r>
        <w:rPr>
          <w:b/>
        </w:rPr>
        <w:t xml:space="preserve">[38:40] </w:t>
      </w:r>
      <w:r>
        <w:t>padh ke dikhaya is ne namaz mein padha is ne quran ki ayatein phir poocha ke bhai is</w:t>
      </w:r>
    </w:p>
    <w:p>
      <w:pPr>
        <w:jc w:val="right"/>
      </w:pPr>
      <w:r>
        <w:t>پڑھ کے دکھایا اس نے نماز میں پڑھا اس نے قرآن کی آیتیں پھر پوچھا کہ بھئی اس</w:t>
      </w:r>
    </w:p>
    <w:p>
      <w:r>
        <w:rPr>
          <w:b/>
        </w:rPr>
        <w:t xml:space="preserve">[38:46] </w:t>
      </w:r>
      <w:r>
        <w:t>ka kya matlab hai Allah Akbar ka kya matlab hai</w:t>
      </w:r>
    </w:p>
    <w:p>
      <w:pPr>
        <w:jc w:val="right"/>
      </w:pPr>
      <w:r>
        <w:t>کا کیا مطلب ہے اللہ اکبر کا کیا مطلب ہے</w:t>
      </w:r>
    </w:p>
    <w:p>
      <w:r>
        <w:rPr>
          <w:b/>
        </w:rPr>
        <w:t xml:space="preserve">[38:50] </w:t>
      </w:r>
      <w:r>
        <w:t>is tarah kaise bar bar bar bar during interaction</w:t>
      </w:r>
    </w:p>
    <w:p>
      <w:pPr>
        <w:jc w:val="right"/>
      </w:pPr>
      <w:r>
        <w:t>اس طرح کیسے بار بار بار بار during interaction</w:t>
      </w:r>
    </w:p>
    <w:p>
      <w:r>
        <w:rPr>
          <w:b/>
        </w:rPr>
        <w:t xml:space="preserve">[38:55] </w:t>
      </w:r>
      <w:r>
        <w:t>un ko islam pahunchne laga</w:t>
      </w:r>
    </w:p>
    <w:p>
      <w:pPr>
        <w:jc w:val="right"/>
      </w:pPr>
      <w:r>
        <w:t>ان کو اسلام پہنچنے لگا</w:t>
      </w:r>
    </w:p>
    <w:p>
      <w:r>
        <w:rPr>
          <w:b/>
        </w:rPr>
        <w:t xml:space="preserve">[38:58] </w:t>
      </w:r>
      <w:r>
        <w:t>aur dheere</w:t>
      </w:r>
    </w:p>
    <w:p>
      <w:pPr>
        <w:jc w:val="right"/>
      </w:pPr>
      <w:r>
        <w:t>اور دھیرے</w:t>
      </w:r>
    </w:p>
    <w:p>
      <w:r>
        <w:rPr>
          <w:b/>
        </w:rPr>
        <w:t xml:space="preserve">[38:58] </w:t>
      </w:r>
      <w:r>
        <w:t>dheere un ke dilon mein baith gaya yahan tak ke un ka jo jo</w:t>
      </w:r>
    </w:p>
    <w:p>
      <w:pPr>
        <w:jc w:val="right"/>
      </w:pPr>
      <w:r>
        <w:t>دھیرے ان کے دلوں میں بیٹھ گیا یہاں تک کہ ان کا جو جو</w:t>
      </w:r>
    </w:p>
    <w:p>
      <w:r>
        <w:rPr>
          <w:b/>
        </w:rPr>
        <w:t xml:space="preserve">[39:05] </w:t>
      </w:r>
      <w:r>
        <w:t>badshah tak pahuncha</w:t>
      </w:r>
    </w:p>
    <w:p>
      <w:pPr>
        <w:jc w:val="right"/>
      </w:pPr>
      <w:r>
        <w:t>بادشاہ تک پہنچا</w:t>
      </w:r>
    </w:p>
    <w:p>
      <w:r>
        <w:rPr>
          <w:b/>
        </w:rPr>
        <w:t xml:space="preserve">[39:08] </w:t>
      </w:r>
      <w:r>
        <w:t>aur is zamane mein woh zamana tha ke al nas ala deen mulukihim jo jo ruler ka mazhab wahi subject</w:t>
      </w:r>
    </w:p>
    <w:p>
      <w:pPr>
        <w:jc w:val="right"/>
      </w:pPr>
      <w:r>
        <w:t>اور اس زمانے میں وہ زمانہ تھا کہ الناس ولدین ملوکہم جو جو ruler کا مذہب وہی subject</w:t>
      </w:r>
    </w:p>
    <w:p>
      <w:r>
        <w:rPr>
          <w:b/>
        </w:rPr>
        <w:t xml:space="preserve">[39:18] </w:t>
      </w:r>
      <w:r>
        <w:t>ka mazhab is waqt dunya bati hui thi yani king aur subject mein to king ka jo mazhab</w:t>
      </w:r>
    </w:p>
    <w:p>
      <w:pPr>
        <w:jc w:val="right"/>
      </w:pPr>
      <w:r>
        <w:t>کا مذہب اس وقت دنیا بٹی ہوئی تھی یعنی king اور subject میں تو king کا جو مذہب</w:t>
      </w:r>
    </w:p>
    <w:p>
      <w:r>
        <w:rPr>
          <w:b/>
        </w:rPr>
        <w:t xml:space="preserve">[39:25] </w:t>
      </w:r>
      <w:r>
        <w:t>hota tha woh is log bhi woh mazhab ikhtiyar kar lete the</w:t>
      </w:r>
    </w:p>
    <w:p>
      <w:pPr>
        <w:jc w:val="right"/>
      </w:pPr>
      <w:r>
        <w:t>ہوتا تھا وہ اس لوگ بھی وہ مذہب اختیار کر لیتے تھے</w:t>
      </w:r>
    </w:p>
    <w:p>
      <w:r>
        <w:rPr>
          <w:b/>
        </w:rPr>
        <w:t xml:space="preserve">[39:30] </w:t>
      </w:r>
      <w:r>
        <w:t>is tarah se sari tatari qaum ki ke majority un ki jo majority islam se waqif hui during</w:t>
      </w:r>
    </w:p>
    <w:p>
      <w:pPr>
        <w:jc w:val="right"/>
      </w:pPr>
      <w:r>
        <w:t>اس طرح سے ساری تاتاری قوم کی کہ majority ان کی جو majority اسلام سے واقف ہوئی during</w:t>
      </w:r>
    </w:p>
    <w:p>
      <w:r>
        <w:rPr>
          <w:b/>
        </w:rPr>
        <w:t xml:space="preserve">[39:37] </w:t>
      </w:r>
      <w:r>
        <w:t>interaction aur unhon ne dheere dheere dheere dheere islam qabool kar liya</w:t>
      </w:r>
    </w:p>
    <w:p>
      <w:pPr>
        <w:jc w:val="right"/>
      </w:pPr>
      <w:r>
        <w:t>interaction اور انہوں نے دھیرے دھیرے دھیرے دھیرے اسلام قبول کر لیا</w:t>
      </w:r>
    </w:p>
    <w:p>
      <w:r>
        <w:rPr>
          <w:b/>
        </w:rPr>
        <w:t xml:space="preserve">[39:41] </w:t>
      </w:r>
      <w:r>
        <w:t>to main tareekh se yeh samajh paya hoon ke sab se bara jo powerful jo zariya hai</w:t>
      </w:r>
    </w:p>
    <w:p>
      <w:pPr>
        <w:jc w:val="right"/>
      </w:pPr>
      <w:r>
        <w:t>تو میں تاریخ سے یہ سمجھ پایا ہوں کہ سب سے بڑا جو powerful جو ذریعہ ہے</w:t>
      </w:r>
    </w:p>
    <w:p>
      <w:r>
        <w:rPr>
          <w:b/>
        </w:rPr>
        <w:t xml:space="preserve">[39:50] </w:t>
      </w:r>
      <w:r>
        <w:t>dawat ka woh interaction hai</w:t>
      </w:r>
    </w:p>
    <w:p>
      <w:pPr>
        <w:jc w:val="right"/>
      </w:pPr>
      <w:r>
        <w:t>دعوت کا وہ interaction ہے</w:t>
      </w:r>
    </w:p>
    <w:p>
      <w:r>
        <w:rPr>
          <w:b/>
        </w:rPr>
        <w:t xml:space="preserve">[39:53] </w:t>
      </w:r>
      <w:r>
        <w:t>koi interaction hota hai to</w:t>
      </w:r>
    </w:p>
    <w:p>
      <w:pPr>
        <w:jc w:val="right"/>
      </w:pPr>
      <w:r>
        <w:t>کوئی interaction ہوتا ہے تو</w:t>
      </w:r>
    </w:p>
    <w:p>
      <w:r>
        <w:rPr>
          <w:b/>
        </w:rPr>
        <w:t xml:space="preserve">[39:56] </w:t>
      </w:r>
      <w:r>
        <w:t>aap believer hain aap islam ko manne wale hain to aap kuch baatein kahenge aap aap is</w:t>
      </w:r>
    </w:p>
    <w:p>
      <w:pPr>
        <w:jc w:val="right"/>
      </w:pPr>
      <w:r>
        <w:t>آپ believer ہیں آپ اسلام کو ماننے والے ہیں تو آپ کچھ باتیں کہیں گے آپ آپ اس</w:t>
      </w:r>
    </w:p>
    <w:p>
      <w:r>
        <w:rPr>
          <w:b/>
        </w:rPr>
        <w:t xml:space="preserve">[40:02] </w:t>
      </w:r>
      <w:r>
        <w:t>ko quran pesh karenge interaction nahi hoga to kaise pesh karenge aap</w:t>
      </w:r>
    </w:p>
    <w:p>
      <w:pPr>
        <w:jc w:val="right"/>
      </w:pPr>
      <w:r>
        <w:t>کو قرآن پیش کریں گے interaction نہیں ہوگا تو کیسے پیش کریں گے آپ</w:t>
      </w:r>
    </w:p>
    <w:p>
      <w:r>
        <w:rPr>
          <w:b/>
        </w:rPr>
        <w:t xml:space="preserve">[40:08] </w:t>
      </w:r>
      <w:r>
        <w:t>to afghanistan mein jo unhon ne bataya unhon ne ke ek lakh se zyada yaani american fauji rehte</w:t>
      </w:r>
    </w:p>
    <w:p>
      <w:pPr>
        <w:jc w:val="right"/>
      </w:pPr>
      <w:r>
        <w:t>تو افغانستان میں جو انہوں نے بتایا انہوں نے کہ ایک لاکھ سے زیادہ یعنی امریکن فوجی رہتے</w:t>
      </w:r>
    </w:p>
    <w:p>
      <w:r>
        <w:rPr>
          <w:b/>
        </w:rPr>
        <w:t xml:space="preserve">[40:14] </w:t>
      </w:r>
      <w:r>
        <w:t>hain aur koi interaction is ka nahi hai afghaniyon se kitni bari mehroomi hai kyunke afghani kya jante</w:t>
      </w:r>
    </w:p>
    <w:p>
      <w:pPr>
        <w:jc w:val="right"/>
      </w:pPr>
      <w:r>
        <w:t>ہیں اور کوئی interaction اس کا نہیں ہے افغانیوں سے کتنی بڑی محرومی ہے کیونکہ افغانی کیا جانتے</w:t>
      </w:r>
    </w:p>
    <w:p>
      <w:r>
        <w:rPr>
          <w:b/>
        </w:rPr>
        <w:t xml:space="preserve">[40:22] </w:t>
      </w:r>
      <w:r>
        <w:t>hain yeh dushman hain maro un ko bas aur kuch jante hi nahi</w:t>
      </w:r>
    </w:p>
    <w:p>
      <w:pPr>
        <w:jc w:val="right"/>
      </w:pPr>
      <w:r>
        <w:t>ہیں یہ دشمن ہیں مارو ان کو بس اور کچھ جانتے ہی نہیں</w:t>
      </w:r>
    </w:p>
    <w:p>
      <w:r>
        <w:rPr>
          <w:b/>
        </w:rPr>
        <w:t xml:space="preserve">[40:26] </w:t>
      </w:r>
      <w:r>
        <w:t>to dawat ka concept musalmanon se nikal gaya</w:t>
      </w:r>
    </w:p>
    <w:p>
      <w:pPr>
        <w:jc w:val="right"/>
      </w:pPr>
      <w:r>
        <w:t>تو دعوت کا concept مسلمانوں سے نکل گیا</w:t>
      </w:r>
    </w:p>
    <w:p>
      <w:r>
        <w:rPr>
          <w:b/>
        </w:rPr>
        <w:t xml:space="preserve">[40:31] </w:t>
      </w:r>
      <w:r>
        <w:t>yeh sab se bari mehroomi hui hai musalmanon mein ke dawat ka concept musalmanon se nikal gaya yaani</w:t>
      </w:r>
    </w:p>
    <w:p>
      <w:pPr>
        <w:jc w:val="right"/>
      </w:pPr>
      <w:r>
        <w:t>یہ سب سے بڑی محرومی ہوئی ہے مسلمانوں میں کہ دعوت کا concept مسلمانوں سے نکل گیا یعنی</w:t>
      </w:r>
    </w:p>
    <w:p>
      <w:r>
        <w:rPr>
          <w:b/>
        </w:rPr>
        <w:t xml:space="preserve">[40:36] </w:t>
      </w:r>
      <w:r>
        <w:t>pehlay woh sirf siyasat jante thay</w:t>
      </w:r>
    </w:p>
    <w:p>
      <w:pPr>
        <w:jc w:val="right"/>
      </w:pPr>
      <w:r>
        <w:t>پہلے وہ صرف سیاست جانتے تھے</w:t>
      </w:r>
    </w:p>
    <w:p>
      <w:r>
        <w:rPr>
          <w:b/>
        </w:rPr>
        <w:t xml:space="preserve">[40:40] </w:t>
      </w:r>
      <w:r>
        <w:t>rule karna jante thay sirf ab kya hai ab naye jo log hain jin ko woh occupier samajhte</w:t>
      </w:r>
    </w:p>
    <w:p>
      <w:pPr>
        <w:jc w:val="right"/>
      </w:pPr>
      <w:r>
        <w:t>rule کرنا جانتے تھے صرف اب کیا ہے اب نئے جو لوگ ہیں جن کو وہ occupier سمجھتے</w:t>
      </w:r>
    </w:p>
    <w:p>
      <w:r>
        <w:rPr>
          <w:b/>
        </w:rPr>
        <w:t xml:space="preserve">[40:46] </w:t>
      </w:r>
      <w:r>
        <w:t>hain un se ladna jante hain bas</w:t>
      </w:r>
    </w:p>
    <w:p>
      <w:pPr>
        <w:jc w:val="right"/>
      </w:pPr>
      <w:r>
        <w:t>ہیں ان سے لڑنا جانتے ہیں بس</w:t>
      </w:r>
    </w:p>
    <w:p>
      <w:r>
        <w:rPr>
          <w:b/>
        </w:rPr>
        <w:t xml:space="preserve">[40:49] </w:t>
      </w:r>
      <w:r>
        <w:t>pehlay siyasat ke is mein hua karte thay ab dushmani</w:t>
      </w:r>
    </w:p>
    <w:p>
      <w:pPr>
        <w:jc w:val="right"/>
      </w:pPr>
      <w:r>
        <w:t>پہلے سیاست کے اس میں ہوا کرتے تھے اب دشمنی</w:t>
      </w:r>
    </w:p>
    <w:p>
      <w:r>
        <w:rPr>
          <w:b/>
        </w:rPr>
        <w:t xml:space="preserve">[40:54] </w:t>
      </w:r>
      <w:r>
        <w:t>ke is mein paray hue hain</w:t>
      </w:r>
    </w:p>
    <w:p>
      <w:pPr>
        <w:jc w:val="right"/>
      </w:pPr>
      <w:r>
        <w:t>کے اس میں پڑے ہوئے ہیں</w:t>
      </w:r>
    </w:p>
    <w:p>
      <w:r>
        <w:rPr>
          <w:b/>
        </w:rPr>
        <w:t xml:space="preserve">[40:57] </w:t>
      </w:r>
      <w:r>
        <w:t>dawat jab pehlay thi na ab hai</w:t>
      </w:r>
    </w:p>
    <w:p>
      <w:pPr>
        <w:jc w:val="right"/>
      </w:pPr>
      <w:r>
        <w:t>دعوت جب پہلے تھی نا اب ہے</w:t>
      </w:r>
    </w:p>
    <w:p>
      <w:r>
        <w:rPr>
          <w:b/>
        </w:rPr>
        <w:t xml:space="preserve">[41:00] </w:t>
      </w:r>
      <w:r>
        <w:t>yeh wajah hai ke hazar saal mein jo literature bana islam</w:t>
      </w:r>
    </w:p>
    <w:p>
      <w:pPr>
        <w:jc w:val="right"/>
      </w:pPr>
      <w:r>
        <w:t>یہ وجہ ہے کہ ہزار سال میں جو literature بنا اسلام</w:t>
      </w:r>
    </w:p>
    <w:p>
      <w:r>
        <w:rPr>
          <w:b/>
        </w:rPr>
        <w:t xml:space="preserve">[41:04] </w:t>
      </w:r>
      <w:r>
        <w:t>ke baray mein sare literature mein dawat ka concept hi hadaf hai kaisi ajib baat hai aap</w:t>
      </w:r>
    </w:p>
    <w:p>
      <w:pPr>
        <w:jc w:val="right"/>
      </w:pPr>
      <w:r>
        <w:t>کے بارے میں سارے literature میں دعوت کا concept ہی ہدف ہے کیسی عجیب بات ہے آپ</w:t>
      </w:r>
    </w:p>
    <w:p>
      <w:r>
        <w:rPr>
          <w:b/>
        </w:rPr>
        <w:t xml:space="preserve">[41:12] </w:t>
      </w:r>
      <w:r>
        <w:t>aap dekhen fiqah ko parhiye fiqah mein sare chapters hain magar dawat ka chapter nahi</w:t>
      </w:r>
    </w:p>
    <w:p>
      <w:pPr>
        <w:jc w:val="right"/>
      </w:pPr>
      <w:r>
        <w:t>آپ دیکھیں فقہ کو پڑھئے فقہ میں سارے chapters ہیں مگر دعوت کا chapter نہیں</w:t>
      </w:r>
    </w:p>
    <w:p>
      <w:r>
        <w:rPr>
          <w:b/>
        </w:rPr>
        <w:t xml:space="preserve">[41:19] </w:t>
      </w:r>
      <w:r>
        <w:t>aise hi jitne baray baray likhnay walay hain jaise alghazali hain ibn taimiya hain ibn qaiyim hain shah</w:t>
      </w:r>
    </w:p>
    <w:p>
      <w:pPr>
        <w:jc w:val="right"/>
      </w:pPr>
      <w:r>
        <w:t>ایسے ہی جتنے بڑے بڑے لکھنے والے ہیں جیسے الغزالی ہیں ابن تیمیہ ہیں ابن قیم ہیں شاہ</w:t>
      </w:r>
    </w:p>
    <w:p>
      <w:r>
        <w:rPr>
          <w:b/>
        </w:rPr>
        <w:t xml:space="preserve">[41:25] </w:t>
      </w:r>
      <w:r>
        <w:t>waliullah hain falan falan baray baray kitabein un ki hain un ki kitabein parhiye aap sari cheezein</w:t>
      </w:r>
    </w:p>
    <w:p>
      <w:pPr>
        <w:jc w:val="right"/>
      </w:pPr>
      <w:r>
        <w:t>ولی اللہ ہیں فلاں فلاں بڑے بڑے کتابیں ان کی ہیں ان کی کتابیں پڑھئے آپ ساری چیزیں</w:t>
      </w:r>
    </w:p>
    <w:p>
      <w:r>
        <w:rPr>
          <w:b/>
        </w:rPr>
        <w:t xml:space="preserve">[41:31] </w:t>
      </w:r>
      <w:r>
        <w:t>is mein hain lekin lekin is mein dawat ka chapter hi nahi hai</w:t>
      </w:r>
    </w:p>
    <w:p>
      <w:pPr>
        <w:jc w:val="right"/>
      </w:pPr>
      <w:r>
        <w:t>اس میں ہیں لیکن لیکن اس میں دعوت کا chapter ہی نہیں ہے</w:t>
      </w:r>
    </w:p>
    <w:p>
      <w:r>
        <w:rPr>
          <w:b/>
        </w:rPr>
        <w:t xml:space="preserve">[41:37] </w:t>
      </w:r>
      <w:r>
        <w:t>bohat hi ridiculous baat hai yaani Hujjat Allah al-Baligha ek bohat hi mashhoor kitab hai Hujjat Allah al-Baligha</w:t>
      </w:r>
    </w:p>
    <w:p>
      <w:pPr>
        <w:jc w:val="right"/>
      </w:pPr>
      <w:r>
        <w:t>بہت ہی ridiculous بات ہے یعنی حجت اللہ البالغہ ایک بہت ہی مشہور کتاب ہے حجت اللہ البالغہ</w:t>
      </w:r>
    </w:p>
    <w:p>
      <w:r>
        <w:rPr>
          <w:b/>
        </w:rPr>
        <w:t xml:space="preserve">[41:45] </w:t>
      </w:r>
      <w:r>
        <w:t>mein sare chapters hain yahan tak ke satrah ka chapter bhi hai satrah bab al-satrah satrah kehte hain</w:t>
      </w:r>
    </w:p>
    <w:p>
      <w:pPr>
        <w:jc w:val="right"/>
      </w:pPr>
      <w:r>
        <w:t>میں سارے chapters ہیں یہاں تک کہ سترہ کا chapter بھی ہے سترہ باب السترہ سترہ کہتے ہیں</w:t>
      </w:r>
    </w:p>
    <w:p>
      <w:r>
        <w:rPr>
          <w:b/>
        </w:rPr>
        <w:t xml:space="preserve">[41:50] </w:t>
      </w:r>
      <w:r>
        <w:t>ke shia log jo amal karte hain shia logon ka tareeqa hai ke woh namaz jab parhte hain</w:t>
      </w:r>
    </w:p>
    <w:p>
      <w:pPr>
        <w:jc w:val="right"/>
      </w:pPr>
      <w:r>
        <w:t>کہ شیعہ لوگ جو عمل کرتے ہیں شیعہ لوگوں کا طریقہ ہے کہ وہ نماز جب پڑھتے ہیں</w:t>
      </w:r>
    </w:p>
    <w:p>
      <w:r>
        <w:rPr>
          <w:b/>
        </w:rPr>
        <w:t xml:space="preserve">[41:54] </w:t>
      </w:r>
      <w:r>
        <w:t>to ek koi cheez rakh dete hain sajday ki jagah par sajda isi par karte hain ise kehte</w:t>
      </w:r>
    </w:p>
    <w:p>
      <w:pPr>
        <w:jc w:val="right"/>
      </w:pPr>
      <w:r>
        <w:t>تو ایک کوئی چیز رکھ دیتے ہیں سجدے کی جگہ پر سجدہ اسی پر کرتے ہیں اسے کہتے</w:t>
      </w:r>
    </w:p>
    <w:p>
      <w:r>
        <w:rPr>
          <w:b/>
        </w:rPr>
        <w:t xml:space="preserve">[41:59] </w:t>
      </w:r>
      <w:r>
        <w:t>hain satrah shion ki masjid mein aap jayen to woh chota sa milega aap ko satrah is</w:t>
      </w:r>
    </w:p>
    <w:p>
      <w:pPr>
        <w:jc w:val="right"/>
      </w:pPr>
      <w:r>
        <w:t>ہیں سترہ شیعوں کی مسجد میں آپ جائیں تو وہ چھوٹا سا ملے گا آپ کو سترہ اس</w:t>
      </w:r>
    </w:p>
    <w:p>
      <w:r>
        <w:rPr>
          <w:b/>
        </w:rPr>
        <w:t xml:space="preserve">[42:06] </w:t>
      </w:r>
      <w:r>
        <w:t>par sajda karte hain isi par to is mein bab al-satrah hi maujood hai</w:t>
      </w:r>
    </w:p>
    <w:p>
      <w:pPr>
        <w:jc w:val="right"/>
      </w:pPr>
      <w:r>
        <w:t>پر سجدہ کرتے ہیں اسی پر تو اس میں باب السترہ ہی موجود ہے</w:t>
      </w:r>
    </w:p>
    <w:p>
      <w:r>
        <w:rPr>
          <w:b/>
        </w:rPr>
        <w:t xml:space="preserve">[42:12] </w:t>
      </w:r>
      <w:r>
        <w:t>lekin kitab al-dawat wal tabligh nahi hai</w:t>
      </w:r>
    </w:p>
    <w:p>
      <w:pPr>
        <w:jc w:val="right"/>
      </w:pPr>
      <w:r>
        <w:t>لیکن کتاب الدعوۃ والتبلیغ نہیں ہے</w:t>
      </w:r>
    </w:p>
    <w:p>
      <w:r>
        <w:rPr>
          <w:b/>
        </w:rPr>
        <w:t xml:space="preserve">[42:18] </w:t>
      </w:r>
      <w:r>
        <w:t>to yeh bohat bari mahroomi hui hai musalmanon ki tareekh mein ke pehlay banay huay thay master of master of politics ab banay huay hain master of enmity</w:t>
      </w:r>
    </w:p>
    <w:p>
      <w:pPr>
        <w:jc w:val="right"/>
      </w:pPr>
      <w:r>
        <w:t>تو یہ بہت بڑی محرومی ہوئی ہے مسلمانوں کی تاریخ میں کہ پہلے بنے ہوئے تھے master of master of politics اب بنے ہوئے ہیں master of enmity</w:t>
      </w:r>
    </w:p>
    <w:p>
      <w:r>
        <w:rPr>
          <w:b/>
        </w:rPr>
        <w:t xml:space="preserve">[42:32] </w:t>
      </w:r>
      <w:r>
        <w:t>aur dawat hadaf hai aap jante hain ke aakhri zamanay mein rasool Allah ka jo Hajjat al-Wada tha</w:t>
      </w:r>
    </w:p>
    <w:p>
      <w:pPr>
        <w:jc w:val="right"/>
      </w:pPr>
      <w:r>
        <w:t>اور دعوت ہدف ہے آپ جانتے ہیں کہ آخری زمانے میں رسول اللہ کا جو حجۃ الوداع تھا</w:t>
      </w:r>
    </w:p>
    <w:p>
      <w:r>
        <w:rPr>
          <w:b/>
        </w:rPr>
        <w:t xml:space="preserve">[42:39] </w:t>
      </w:r>
      <w:r>
        <w:t>is mein aap ne farmaya tha ke</w:t>
      </w:r>
    </w:p>
    <w:p>
      <w:pPr>
        <w:jc w:val="right"/>
      </w:pPr>
      <w:r>
        <w:t>اس میں آپ نے فرمایا تھا کہ</w:t>
      </w:r>
    </w:p>
    <w:p>
      <w:r>
        <w:rPr>
          <w:b/>
        </w:rPr>
        <w:t xml:space="preserve">[42:41] </w:t>
      </w:r>
      <w:r>
        <w:t>an allah apne sahaba se aap ne farmaya ke mein sare alam ke liye bheja gaya hoon to</w:t>
      </w:r>
    </w:p>
    <w:p>
      <w:pPr>
        <w:jc w:val="right"/>
      </w:pPr>
      <w:r>
        <w:t>ان اللہ اپنے صحابہ سے آپ نے فرمایا کہ میں سارے عالم کے لیے بھیجا گیا ہوں تو</w:t>
      </w:r>
    </w:p>
    <w:p>
      <w:r>
        <w:rPr>
          <w:b/>
        </w:rPr>
        <w:t xml:space="preserve">[42:50] </w:t>
      </w:r>
      <w:r>
        <w:t>amalan abhi deen pohanchaya hai sirf arab mein tum pohanchao sare logon tak pohancha do</w:t>
      </w:r>
    </w:p>
    <w:p>
      <w:pPr>
        <w:jc w:val="right"/>
      </w:pPr>
      <w:r>
        <w:t>عملاً ابھی دین پہنچایا ہے صرف عرب میں تم پہنچاؤ سارے لوگوں تک پہنچا دو</w:t>
      </w:r>
    </w:p>
    <w:p>
      <w:r>
        <w:rPr>
          <w:b/>
        </w:rPr>
        <w:t xml:space="preserve">[42:56] </w:t>
      </w:r>
      <w:r>
        <w:t>yani mera jo mission hai mera jo paigham woh sab sari dunya ke liye hai to abhi to</w:t>
      </w:r>
    </w:p>
    <w:p>
      <w:pPr>
        <w:jc w:val="right"/>
      </w:pPr>
      <w:r>
        <w:t>یعنی میرا جو mission ہے میرا جو پیغام وہ سب ساری دنیا کے لیے ہے تو ابھی تو</w:t>
      </w:r>
    </w:p>
    <w:p>
      <w:r>
        <w:rPr>
          <w:b/>
        </w:rPr>
        <w:t xml:space="preserve">[43:01] </w:t>
      </w:r>
      <w:r>
        <w:t>arab hi pohanchaya hai woh ab tum is ko le kar jao bahir to log bahir gaye aur</w:t>
      </w:r>
    </w:p>
    <w:p>
      <w:pPr>
        <w:jc w:val="right"/>
      </w:pPr>
      <w:r>
        <w:t>عرب ہی پہنچایا ہے وہ اب تم اس کو لے کر جاؤ باہر تو لوگ باہر گئے اور</w:t>
      </w:r>
    </w:p>
    <w:p>
      <w:r>
        <w:rPr>
          <w:b/>
        </w:rPr>
        <w:t xml:space="preserve">[43:07] </w:t>
      </w:r>
      <w:r>
        <w:t>sari dunya mein pohanchaya ek aisa hi interaction tha</w:t>
      </w:r>
    </w:p>
    <w:p>
      <w:pPr>
        <w:jc w:val="right"/>
      </w:pPr>
      <w:r>
        <w:t>ساری دنیا میں پہنچایا ایک ایسا ہی interaction تھا</w:t>
      </w:r>
    </w:p>
    <w:p>
      <w:r>
        <w:rPr>
          <w:b/>
        </w:rPr>
        <w:t xml:space="preserve">[43:12] </w:t>
      </w:r>
      <w:r>
        <w:t>this was the first diaspora in islam</w:t>
      </w:r>
    </w:p>
    <w:p>
      <w:pPr>
        <w:jc w:val="right"/>
      </w:pPr>
      <w:r>
        <w:t>this was the first diaspora in اسلام</w:t>
      </w:r>
    </w:p>
    <w:p>
      <w:r>
        <w:rPr>
          <w:b/>
        </w:rPr>
        <w:t xml:space="preserve">[43:16] </w:t>
      </w:r>
      <w:r>
        <w:t>yeh jo sahaba jo</w:t>
      </w:r>
    </w:p>
    <w:p>
      <w:pPr>
        <w:jc w:val="right"/>
      </w:pPr>
      <w:r>
        <w:t>یہ جو صحابہ جو</w:t>
      </w:r>
    </w:p>
    <w:p>
      <w:r>
        <w:rPr>
          <w:b/>
        </w:rPr>
        <w:t xml:space="preserve">[43:18] </w:t>
      </w:r>
      <w:r>
        <w:t>nikal gaye bahir ke mulkon mein</w:t>
      </w:r>
    </w:p>
    <w:p>
      <w:pPr>
        <w:jc w:val="right"/>
      </w:pPr>
      <w:r>
        <w:t>نکل گئے باہر کے ملکوں میں</w:t>
      </w:r>
    </w:p>
    <w:p>
      <w:r>
        <w:rPr>
          <w:b/>
        </w:rPr>
        <w:t xml:space="preserve">[43:21] </w:t>
      </w:r>
      <w:r>
        <w:t>that was the first diaspora in islam to jab gaye bahir to kya hota tha interaction</w:t>
      </w:r>
    </w:p>
    <w:p>
      <w:pPr>
        <w:jc w:val="right"/>
      </w:pPr>
      <w:r>
        <w:t>that was the first diaspora in اسلام تو جب گئے باہر تو کیا ہوتا تھا interaction</w:t>
      </w:r>
    </w:p>
    <w:p>
      <w:r>
        <w:rPr>
          <w:b/>
        </w:rPr>
        <w:t xml:space="preserve">[43:29] </w:t>
      </w:r>
      <w:r>
        <w:t>logon se mile to interaction mein difference samne aata hai yaad rakhiye yani interaction ka jo magic hai</w:t>
      </w:r>
    </w:p>
    <w:p>
      <w:pPr>
        <w:jc w:val="right"/>
      </w:pPr>
      <w:r>
        <w:t>لوگوں سے ملے تو interaction میں difference سامنے آتا ہے یاد رکھیے یعنی interaction کا جو magic ہے</w:t>
      </w:r>
    </w:p>
    <w:p>
      <w:r>
        <w:rPr>
          <w:b/>
        </w:rPr>
        <w:t xml:space="preserve">[43:37] </w:t>
      </w:r>
      <w:r>
        <w:t>bohat bara ke difference samne aata hai aap ka kapra different aap ka style different aap ke bold</w:t>
      </w:r>
    </w:p>
    <w:p>
      <w:pPr>
        <w:jc w:val="right"/>
      </w:pPr>
      <w:r>
        <w:t>بہت بڑا کہ difference سامنے آتا ہے آپ کا کپڑا different آپ کا style different آپ کے بولڈ</w:t>
      </w:r>
    </w:p>
    <w:p>
      <w:r>
        <w:rPr>
          <w:b/>
        </w:rPr>
        <w:t xml:space="preserve">[43:44] </w:t>
      </w:r>
      <w:r>
        <w:t>different misaal chheenk aayi aap ko to aap ne alhamdulillah kaha un ko kuch nahi kehna hai there</w:t>
      </w:r>
    </w:p>
    <w:p>
      <w:pPr>
        <w:jc w:val="right"/>
      </w:pPr>
      <w:r>
        <w:t>different مثلاً چھینک آئی آپ کو تو آپ نے الحمدللہ کہا ان کو کچھ نہیں کہنا ہے there</w:t>
      </w:r>
    </w:p>
    <w:p>
      <w:r>
        <w:rPr>
          <w:b/>
        </w:rPr>
        <w:t xml:space="preserve">[43:50] </w:t>
      </w:r>
      <w:r>
        <w:t>is a difference</w:t>
      </w:r>
    </w:p>
    <w:p>
      <w:pPr>
        <w:jc w:val="right"/>
      </w:pPr>
      <w:r>
        <w:t>is a difference</w:t>
      </w:r>
    </w:p>
    <w:p>
      <w:r>
        <w:rPr>
          <w:b/>
        </w:rPr>
        <w:t xml:space="preserve">[43:52] </w:t>
      </w:r>
      <w:r>
        <w:t>the difference creates question a question leads to daawa</w:t>
      </w:r>
    </w:p>
    <w:p>
      <w:pPr>
        <w:jc w:val="right"/>
      </w:pPr>
      <w:r>
        <w:t>the difference creates question a question leads to دعویٰ</w:t>
      </w:r>
    </w:p>
    <w:p>
      <w:r>
        <w:rPr>
          <w:b/>
        </w:rPr>
        <w:t xml:space="preserve">[43:59] </w:t>
      </w:r>
      <w:r>
        <w:t>this is the formula</w:t>
      </w:r>
    </w:p>
    <w:p>
      <w:pPr>
        <w:jc w:val="right"/>
      </w:pPr>
      <w:r>
        <w:t>this is the فارمولا</w:t>
      </w:r>
    </w:p>
    <w:p>
      <w:r>
        <w:rPr>
          <w:b/>
        </w:rPr>
        <w:t xml:space="preserve">[44:03] </w:t>
      </w:r>
      <w:r>
        <w:t>hamare</w:t>
      </w:r>
    </w:p>
    <w:p>
      <w:pPr>
        <w:jc w:val="right"/>
      </w:pPr>
      <w:r>
        <w:t>ہمارے</w:t>
      </w:r>
    </w:p>
    <w:p>
      <w:r>
        <w:rPr>
          <w:b/>
        </w:rPr>
        <w:t xml:space="preserve">[44:03] </w:t>
      </w:r>
      <w:r>
        <w:t>sathiyon mein bohat se aise mauqe hote rehte hain bar bar ke kahin ja rahe hain bus mein</w:t>
      </w:r>
    </w:p>
    <w:p>
      <w:pPr>
        <w:jc w:val="right"/>
      </w:pPr>
      <w:r>
        <w:t>ساتھیوں میں بہت سے ایسے مواقع ہوتے رہتے ہیں بار بار کہ کہیں جا رہے ہیں بس میں</w:t>
      </w:r>
    </w:p>
    <w:p>
      <w:r>
        <w:rPr>
          <w:b/>
        </w:rPr>
        <w:t xml:space="preserve">[44:07] </w:t>
      </w:r>
      <w:r>
        <w:t>hain train mein hain hawai jahaz mein hain to kuch na kuch aisi baat pesh aati hai ke</w:t>
      </w:r>
    </w:p>
    <w:p>
      <w:pPr>
        <w:jc w:val="right"/>
      </w:pPr>
      <w:r>
        <w:t>ہیں ٹرین میں ہیں ہوائی جہاز میں ہیں تو کچھ نہ کچھ ایسی بات پیش آتی ہے کہ</w:t>
      </w:r>
    </w:p>
    <w:p>
      <w:r>
        <w:rPr>
          <w:b/>
        </w:rPr>
        <w:t xml:space="preserve">[44:12] </w:t>
      </w:r>
      <w:r>
        <w:t>dosre aadmi ko in ka rawaiyya koi different dikhai parta hai ab is ko</w:t>
      </w:r>
    </w:p>
    <w:p>
      <w:pPr>
        <w:jc w:val="right"/>
      </w:pPr>
      <w:r>
        <w:t>دوسرے آدمی کو ان کا رویہ کوئی different دکھائی پڑتا ہے اب اس کو</w:t>
      </w:r>
    </w:p>
    <w:p>
      <w:r>
        <w:rPr>
          <w:b/>
        </w:rPr>
        <w:t xml:space="preserve">[44:18] </w:t>
      </w:r>
      <w:r>
        <w:t>is ko janna chahta hai ke kya mamla hai</w:t>
      </w:r>
    </w:p>
    <w:p>
      <w:pPr>
        <w:jc w:val="right"/>
      </w:pPr>
      <w:r>
        <w:t>اس کو جاننا چاہتا ہے کہ کیا معاملہ ہے</w:t>
      </w:r>
    </w:p>
    <w:p>
      <w:r>
        <w:rPr>
          <w:b/>
        </w:rPr>
        <w:t xml:space="preserve">[44:22] </w:t>
      </w:r>
      <w:r>
        <w:t>to difference creates</w:t>
      </w:r>
    </w:p>
    <w:p>
      <w:pPr>
        <w:jc w:val="right"/>
      </w:pPr>
      <w:r>
        <w:t>تو difference creates</w:t>
      </w:r>
    </w:p>
    <w:p>
      <w:r>
        <w:rPr>
          <w:b/>
        </w:rPr>
        <w:t xml:space="preserve">[44:27] </w:t>
      </w:r>
      <w:r>
        <w:t>curiosity and curiosity leads to daawa</w:t>
      </w:r>
    </w:p>
    <w:p>
      <w:pPr>
        <w:jc w:val="right"/>
      </w:pPr>
      <w:r>
        <w:t>curiosity and curiosity leads to دعویٰ</w:t>
      </w:r>
    </w:p>
    <w:p>
      <w:r>
        <w:rPr>
          <w:b/>
        </w:rPr>
        <w:t xml:space="preserve">[44:32] </w:t>
      </w:r>
      <w:r>
        <w:t>and tabligh yeh hai is ka falsafa</w:t>
      </w:r>
    </w:p>
    <w:p>
      <w:pPr>
        <w:jc w:val="right"/>
      </w:pPr>
      <w:r>
        <w:t>and تبلیغ یہ ہے اس کا فلسفہ</w:t>
      </w:r>
    </w:p>
    <w:p>
      <w:r>
        <w:rPr>
          <w:b/>
        </w:rPr>
        <w:t xml:space="preserve">[44:36] </w:t>
      </w:r>
      <w:r>
        <w:t>to musalmanon ne dunya ko enemy bana kar ke apne aur un ke darmiyan ek ek rukawat dal</w:t>
      </w:r>
    </w:p>
    <w:p>
      <w:pPr>
        <w:jc w:val="right"/>
      </w:pPr>
      <w:r>
        <w:t>تو مسلمانوں نے دنیا کو enemy بنا کر کے اپنے اور ان کے درمیان ایک ایک رکاوٹ ڈال</w:t>
      </w:r>
    </w:p>
    <w:p>
      <w:r>
        <w:rPr>
          <w:b/>
        </w:rPr>
        <w:t xml:space="preserve">[44:45] </w:t>
      </w:r>
      <w:r>
        <w:t>di interaction khatm kar diya</w:t>
      </w:r>
    </w:p>
    <w:p>
      <w:pPr>
        <w:jc w:val="right"/>
      </w:pPr>
      <w:r>
        <w:t>دی interaction ختم کر دیا</w:t>
      </w:r>
    </w:p>
    <w:p>
      <w:r>
        <w:rPr>
          <w:b/>
        </w:rPr>
        <w:t xml:space="preserve">[44:48] </w:t>
      </w:r>
      <w:r>
        <w:t>ab</w:t>
      </w:r>
    </w:p>
    <w:p>
      <w:pPr>
        <w:jc w:val="right"/>
      </w:pPr>
      <w:r>
        <w:t>اب</w:t>
      </w:r>
    </w:p>
    <w:p>
      <w:r>
        <w:rPr>
          <w:b/>
        </w:rPr>
        <w:t xml:space="preserve">[44:48] </w:t>
      </w:r>
      <w:r>
        <w:t>jaise amreeka waghera mein aap jaiye to wahan itne saare musalman rehte hain un ka koi interaction hi</w:t>
      </w:r>
    </w:p>
    <w:p>
      <w:pPr>
        <w:jc w:val="right"/>
      </w:pPr>
      <w:r>
        <w:t>جیسے امریکہ وغیرہ میں آپ جائیے تو وہاں اتنے سارے مسلمان رہتے ہیں ان کا کوئی interaction ہی</w:t>
      </w:r>
    </w:p>
    <w:p>
      <w:r>
        <w:rPr>
          <w:b/>
        </w:rPr>
        <w:t xml:space="preserve">[44:54] </w:t>
      </w:r>
      <w:r>
        <w:t>nahin doosron se office mein gaye kaam kiya wapas aa gaye dollar le liya bas yaani sirf kamana</w:t>
      </w:r>
    </w:p>
    <w:p>
      <w:pPr>
        <w:jc w:val="right"/>
      </w:pPr>
      <w:r>
        <w:t>نہیں دوسروں سے آفس میں گئے کام کیا واپس آ گئے ڈالر لے لیا بس یعنی صرف کمانا</w:t>
      </w:r>
    </w:p>
    <w:p>
      <w:r>
        <w:rPr>
          <w:b/>
        </w:rPr>
        <w:t xml:space="preserve">[45:02] </w:t>
      </w:r>
      <w:r>
        <w:t>kamana kamana wahan ke logon se koi interaction nahin main bohat baar gaya hoon amreeka misaal ke taur</w:t>
      </w:r>
    </w:p>
    <w:p>
      <w:pPr>
        <w:jc w:val="right"/>
      </w:pPr>
      <w:r>
        <w:t>کمانا کمانا وہاں کے لوگوں سے کوئی interaction نہیں میں بہت بار گیا ہوں امریکہ مثال کے طور</w:t>
      </w:r>
    </w:p>
    <w:p>
      <w:r>
        <w:rPr>
          <w:b/>
        </w:rPr>
        <w:t xml:space="preserve">[45:10] </w:t>
      </w:r>
      <w:r>
        <w:t>par wahan ke musalmanon ka koi ek bhi mujhe nahin mila dost jo jo non muslim ho</w:t>
      </w:r>
    </w:p>
    <w:p>
      <w:pPr>
        <w:jc w:val="right"/>
      </w:pPr>
      <w:r>
        <w:t>پر وہاں کے مسلمانوں کا کوئی ایک بھی مجھے وہ نہیں ملا دوست جو جو non مسلم ہو</w:t>
      </w:r>
    </w:p>
    <w:p>
      <w:r>
        <w:rPr>
          <w:b/>
        </w:rPr>
        <w:t xml:space="preserve">[45:18] </w:t>
      </w:r>
      <w:r>
        <w:t>un ka jo halqa hai friendship ka woh apne rishtedar hain apne friend hain apne musalman hain</w:t>
      </w:r>
    </w:p>
    <w:p>
      <w:pPr>
        <w:jc w:val="right"/>
      </w:pPr>
      <w:r>
        <w:t>ان کا جو حلقہ ہے friendship کا وہ اپنے رشتہ دار ہیں اپنے friend ہیں اپنے مسلمان ہیں</w:t>
      </w:r>
    </w:p>
    <w:p>
      <w:r>
        <w:rPr>
          <w:b/>
        </w:rPr>
        <w:t xml:space="preserve">[45:23] </w:t>
      </w:r>
      <w:r>
        <w:t>bas inhi mein khana peena inhi mein baithna bas yeh hua karna bas yahi hota hai</w:t>
      </w:r>
    </w:p>
    <w:p>
      <w:pPr>
        <w:jc w:val="right"/>
      </w:pPr>
      <w:r>
        <w:t>بس انہی میں کھانا پینا انہی میں بیٹھنا بس یہ ہوا کرنا بس یہی ہوتا ہے</w:t>
      </w:r>
    </w:p>
    <w:p>
      <w:r>
        <w:rPr>
          <w:b/>
        </w:rPr>
        <w:t xml:space="preserve">[45:29] </w:t>
      </w:r>
      <w:r>
        <w:t>yeh log jo amreeka waghera jo log rehte hain woh mere liye koi aisa ijtima na kar sake</w:t>
      </w:r>
    </w:p>
    <w:p>
      <w:pPr>
        <w:jc w:val="right"/>
      </w:pPr>
      <w:r>
        <w:t>یہ لوگ جو امریکہ وغیرہ جو لوگ رہتے ہیں وہ میرے لیے کوئی ایسا اجتماع نہ کر سکے</w:t>
      </w:r>
    </w:p>
    <w:p>
      <w:r>
        <w:rPr>
          <w:b/>
        </w:rPr>
        <w:t xml:space="preserve">[45:34] </w:t>
      </w:r>
      <w:r>
        <w:t>jahan woh non muslim ko bulayen</w:t>
      </w:r>
    </w:p>
    <w:p>
      <w:pPr>
        <w:jc w:val="right"/>
      </w:pPr>
      <w:r>
        <w:t>جہاں وہ non مسلم کو بلائیں</w:t>
      </w:r>
    </w:p>
    <w:p>
      <w:r>
        <w:rPr>
          <w:b/>
        </w:rPr>
        <w:t xml:space="preserve">[45:37] </w:t>
      </w:r>
      <w:r>
        <w:t>jab main gaya hoon non muslim mein to doosron ke is mein gaya hoon wahan jo organizations hain</w:t>
      </w:r>
    </w:p>
    <w:p>
      <w:pPr>
        <w:jc w:val="right"/>
      </w:pPr>
      <w:r>
        <w:t>جب میں گیا ہوں non مسلم میں تو دوسروں کے اس میں گیا ہوں وہاں جو organizations ہیں</w:t>
      </w:r>
    </w:p>
    <w:p>
      <w:r>
        <w:rPr>
          <w:b/>
        </w:rPr>
        <w:t xml:space="preserve">[45:42] </w:t>
      </w:r>
      <w:r>
        <w:t>woh mujhe bulate hain Christians ki ya hindu logon ki to is mein mujhe milta hai mauqa ke</w:t>
      </w:r>
    </w:p>
    <w:p>
      <w:pPr>
        <w:jc w:val="right"/>
      </w:pPr>
      <w:r>
        <w:t>وہ مجھے بلاتے ہیں Christians کی یا ہندو لوگوں کی تو اس میں مجھے ملتا ہے موقع کہ</w:t>
      </w:r>
    </w:p>
    <w:p>
      <w:r>
        <w:rPr>
          <w:b/>
        </w:rPr>
        <w:t xml:space="preserve">[45:48] </w:t>
      </w:r>
      <w:r>
        <w:t>main wahan ke non muslim ko address karoon kyunke khud musalman jo hain jab bhi main un ke</w:t>
      </w:r>
    </w:p>
    <w:p>
      <w:pPr>
        <w:jc w:val="right"/>
      </w:pPr>
      <w:r>
        <w:t>میں وہاں کے non مسلم کو address کروں کیونکہ خود مسلمان جو ہیں جب بھی میں ان کے</w:t>
      </w:r>
    </w:p>
    <w:p>
      <w:r>
        <w:rPr>
          <w:b/>
        </w:rPr>
        <w:t xml:space="preserve">[45:53] </w:t>
      </w:r>
      <w:r>
        <w:t>haan jaata hoon to woh sirf musalmanon ko ekatha kar paate hain kyunke un ka koi un ka</w:t>
      </w:r>
    </w:p>
    <w:p>
      <w:pPr>
        <w:jc w:val="right"/>
      </w:pPr>
      <w:r>
        <w:t>ہاں جاتا ہوں تو وہ صرف مسلمانوں کو اکٹھا کر پاتے ہیں کیونکہ ان کا کوئی ان کا</w:t>
      </w:r>
    </w:p>
    <w:p>
      <w:r>
        <w:rPr>
          <w:b/>
        </w:rPr>
        <w:t xml:space="preserve">[45:58] </w:t>
      </w:r>
      <w:r>
        <w:t>koi un ka koi un se</w:t>
      </w:r>
    </w:p>
    <w:p>
      <w:pPr>
        <w:jc w:val="right"/>
      </w:pPr>
      <w:r>
        <w:t>کوئی ان کا کوئی ان سے</w:t>
      </w:r>
    </w:p>
    <w:p>
      <w:r>
        <w:rPr>
          <w:b/>
        </w:rPr>
        <w:t xml:space="preserve">[46:01] </w:t>
      </w:r>
      <w:r>
        <w:t>interaction nahin koi taalluq nahin kuch nahin bas kamana khana kamana khana yahi hai bataiye sahaba kiram jab</w:t>
      </w:r>
    </w:p>
    <w:p>
      <w:pPr>
        <w:jc w:val="right"/>
      </w:pPr>
      <w:r>
        <w:t>interaction نہیں کوئی تعلق نہیں کچھ نہیں بس کمانا کھانا کمانا کھانا یہی ہے بتائیں صحابہ کرام جب</w:t>
      </w:r>
    </w:p>
    <w:p>
      <w:r>
        <w:rPr>
          <w:b/>
        </w:rPr>
        <w:t xml:space="preserve">[46:09] </w:t>
      </w:r>
      <w:r>
        <w:t>diaspora mein gaye the to interact karne ke liye gaye the woh aaj jo log gaye hain diaspora</w:t>
      </w:r>
    </w:p>
    <w:p>
      <w:pPr>
        <w:jc w:val="right"/>
      </w:pPr>
      <w:r>
        <w:t>diaspora میں گئے تھے تو interact کرنے کے لیے گئے تھے وہ آج جو لوگ گئے ہیں diaspora</w:t>
      </w:r>
    </w:p>
    <w:p>
      <w:r>
        <w:rPr>
          <w:b/>
        </w:rPr>
        <w:t xml:space="preserve">[46:13] </w:t>
      </w:r>
      <w:r>
        <w:t>mein woh</w:t>
      </w:r>
    </w:p>
    <w:p>
      <w:pPr>
        <w:jc w:val="right"/>
      </w:pPr>
      <w:r>
        <w:t>میں وہ</w:t>
      </w:r>
    </w:p>
    <w:p>
      <w:r>
        <w:rPr>
          <w:b/>
        </w:rPr>
        <w:t xml:space="preserve">[46:15] </w:t>
      </w:r>
      <w:r>
        <w:t>gaye hain kamane ke liye</w:t>
      </w:r>
    </w:p>
    <w:p>
      <w:pPr>
        <w:jc w:val="right"/>
      </w:pPr>
      <w:r>
        <w:t>گئے ہیں کمانے کے لیے</w:t>
      </w:r>
    </w:p>
    <w:p>
      <w:r>
        <w:rPr>
          <w:b/>
        </w:rPr>
        <w:t xml:space="preserve">[46:19] </w:t>
      </w:r>
      <w:r>
        <w:t>yaani sahaba ka bahar jaana that was the first diaspora in islam ab jo musalman gaye hain europe</w:t>
      </w:r>
    </w:p>
    <w:p>
      <w:pPr>
        <w:jc w:val="right"/>
      </w:pPr>
      <w:r>
        <w:t>یعنی صحابہ کا باہر جانا that was the first diaspora in اسلام اب جو مسلمان گئے ہیں یورپ</w:t>
      </w:r>
    </w:p>
    <w:p>
      <w:r>
        <w:rPr>
          <w:b/>
        </w:rPr>
        <w:t xml:space="preserve">[46:24] </w:t>
      </w:r>
      <w:r>
        <w:t>amreeka mein woh yeh second diaspora yeh hai lekin aaj kal kya hota hai koi interaction nahin koi</w:t>
      </w:r>
    </w:p>
    <w:p>
      <w:pPr>
        <w:jc w:val="right"/>
      </w:pPr>
      <w:r>
        <w:t>امریکہ میں وہ یہ سیکنڈ diaspora یہ ہے لیکن آج کل کیا ہوتا ہے کوئی interaction نہیں کوئی</w:t>
      </w:r>
    </w:p>
    <w:p>
      <w:r>
        <w:rPr>
          <w:b/>
        </w:rPr>
        <w:t xml:space="preserve">[46:32] </w:t>
      </w:r>
      <w:r>
        <w:t>milna julna nahin</w:t>
      </w:r>
    </w:p>
    <w:p>
      <w:pPr>
        <w:jc w:val="right"/>
      </w:pPr>
      <w:r>
        <w:t>ملنا جلنا نہیں</w:t>
      </w:r>
    </w:p>
    <w:p>
      <w:r>
        <w:rPr>
          <w:b/>
        </w:rPr>
        <w:t xml:space="preserve">[46:35] </w:t>
      </w:r>
      <w:r>
        <w:t>kyun dawat concept nahin hai abhi mere paas ek sahab ka telephone aaya amreeka se ek lady</w:t>
      </w:r>
    </w:p>
    <w:p>
      <w:pPr>
        <w:jc w:val="right"/>
      </w:pPr>
      <w:r>
        <w:t>کیوں دعوت concept نہیں ہے ابھی میرے پاس ایک صاحب کا ٹیلی فون آیا امریکہ سے ایک لیڈی</w:t>
      </w:r>
    </w:p>
    <w:p>
      <w:r>
        <w:rPr>
          <w:b/>
        </w:rPr>
        <w:t xml:space="preserve">[46:41] </w:t>
      </w:r>
      <w:r>
        <w:t>hain amreeka mein woh hamare mission se juri hui hain</w:t>
      </w:r>
    </w:p>
    <w:p>
      <w:pPr>
        <w:jc w:val="right"/>
      </w:pPr>
      <w:r>
        <w:t>ہیں امریکہ میں وہ ہمارے mission سے جڑی ہوئی ہیں</w:t>
      </w:r>
    </w:p>
    <w:p>
      <w:r>
        <w:rPr>
          <w:b/>
        </w:rPr>
        <w:t xml:space="preserve">[46:46] </w:t>
      </w:r>
      <w:r>
        <w:t>amreeka mein rehti hain woh to unhon ne khawateen ka ek ek jalsa kiya</w:t>
      </w:r>
    </w:p>
    <w:p>
      <w:pPr>
        <w:jc w:val="right"/>
      </w:pPr>
      <w:r>
        <w:t>امریکہ میں رہتی ہیں وہ تو انہوں نے خواتین کا ایک ایک جلسہ کیا</w:t>
      </w:r>
    </w:p>
    <w:p>
      <w:r>
        <w:rPr>
          <w:b/>
        </w:rPr>
        <w:t xml:space="preserve">[46:53] </w:t>
      </w:r>
      <w:r>
        <w:t>yaani ab amreeka mein jo musalman rehte hain un ki khawateen ka</w:t>
      </w:r>
    </w:p>
    <w:p>
      <w:pPr>
        <w:jc w:val="right"/>
      </w:pPr>
      <w:r>
        <w:t>یعنی اب امریکہ میں جو مسلمان رہتے ہیں ان کی خواتین کا</w:t>
      </w:r>
    </w:p>
    <w:p>
      <w:r>
        <w:rPr>
          <w:b/>
        </w:rPr>
        <w:t xml:space="preserve">[46:58] </w:t>
      </w:r>
      <w:r>
        <w:t>to unhon ne bataya ke taqreeban ek so khawateen aaein muslim khawateen</w:t>
      </w:r>
    </w:p>
    <w:p>
      <w:pPr>
        <w:jc w:val="right"/>
      </w:pPr>
      <w:r>
        <w:t>تو انہوں نے بتایا کہ تقریباً ایک سو خواتین آئیں مسلم خواتین</w:t>
      </w:r>
    </w:p>
    <w:p>
      <w:r>
        <w:rPr>
          <w:b/>
        </w:rPr>
        <w:t xml:space="preserve">[47:05] </w:t>
      </w:r>
      <w:r>
        <w:t>achha unhon ne is mein yeh kaha ke bhai dekho hum america mein rehte hain to hamari zimme</w:t>
      </w:r>
    </w:p>
    <w:p>
      <w:pPr>
        <w:jc w:val="right"/>
      </w:pPr>
      <w:r>
        <w:t>اچھا انہوں نے اس میں یہ کہا کہ بھئی دیکھو ہم امریکہ میں رہتے ہیں تو ہماری ذمہ</w:t>
      </w:r>
    </w:p>
    <w:p>
      <w:r>
        <w:rPr>
          <w:b/>
        </w:rPr>
        <w:t xml:space="preserve">[47:10] </w:t>
      </w:r>
      <w:r>
        <w:t>daari hai hum yahan rehte hain ek taker ke roop mein hamein rehna hai giver ke roop mein</w:t>
      </w:r>
    </w:p>
    <w:p>
      <w:pPr>
        <w:jc w:val="right"/>
      </w:pPr>
      <w:r>
        <w:t>داری ہے ہم یہاں رہتے ہیں ایک taker کے روپ میں ہمیں رہنا ہے giver کے روپ میں</w:t>
      </w:r>
    </w:p>
    <w:p>
      <w:r>
        <w:rPr>
          <w:b/>
        </w:rPr>
        <w:t xml:space="preserve">[47:17] </w:t>
      </w:r>
      <w:r>
        <w:t>yaani hum un se un ka dollar to le rahe hain apne paas jo sachai hai us ko</w:t>
      </w:r>
    </w:p>
    <w:p>
      <w:pPr>
        <w:jc w:val="right"/>
      </w:pPr>
      <w:r>
        <w:t>یعنی ہم ان سے ان کا ڈالر تو لے رہے ہیں اپنے پاس جو سچائی ہے اس کو</w:t>
      </w:r>
    </w:p>
    <w:p>
      <w:r>
        <w:rPr>
          <w:b/>
        </w:rPr>
        <w:t xml:space="preserve">[47:21] </w:t>
      </w:r>
      <w:r>
        <w:t>nahin de rahe unhein</w:t>
      </w:r>
    </w:p>
    <w:p>
      <w:pPr>
        <w:jc w:val="right"/>
      </w:pPr>
      <w:r>
        <w:t>نہیں دے رہے انہیں</w:t>
      </w:r>
    </w:p>
    <w:p>
      <w:r>
        <w:rPr>
          <w:b/>
        </w:rPr>
        <w:t xml:space="preserve">[47:24] </w:t>
      </w:r>
      <w:r>
        <w:t>to hamein daawa work karna hai to khawateen ne kaha arey yeh kya baat kar rahi hain yeh</w:t>
      </w:r>
    </w:p>
    <w:p>
      <w:pPr>
        <w:jc w:val="right"/>
      </w:pPr>
      <w:r>
        <w:t>تو ہمیں دعویٰ work کرنا ہے تو خواتین نے کہا ارے یہ کیا بات کر رہی ہیں یہ</w:t>
      </w:r>
    </w:p>
    <w:p>
      <w:r>
        <w:rPr>
          <w:b/>
        </w:rPr>
        <w:t xml:space="preserve">[47:29] </w:t>
      </w:r>
      <w:r>
        <w:t>to yahan par ek naye masail paida ho jayenge hamari naye</w:t>
      </w:r>
    </w:p>
    <w:p>
      <w:pPr>
        <w:jc w:val="right"/>
      </w:pPr>
      <w:r>
        <w:t>تو یہاں پر ایک نئے مسائل پیدا ہو جائیں گے ہماری نئے</w:t>
      </w:r>
    </w:p>
    <w:p>
      <w:r>
        <w:rPr>
          <w:b/>
        </w:rPr>
        <w:t xml:space="preserve">[47:35] </w:t>
      </w:r>
      <w:r>
        <w:t>difficulties paida ho jayengi</w:t>
      </w:r>
    </w:p>
    <w:p>
      <w:pPr>
        <w:jc w:val="right"/>
      </w:pPr>
      <w:r>
        <w:t>difficulties پیدا ہو جائیں گی</w:t>
      </w:r>
    </w:p>
    <w:p>
      <w:r>
        <w:rPr>
          <w:b/>
        </w:rPr>
        <w:t xml:space="preserve">[47:39] </w:t>
      </w:r>
      <w:r>
        <w:t>to sab chali gayeen agle woh monthly</w:t>
      </w:r>
    </w:p>
    <w:p>
      <w:pPr>
        <w:jc w:val="right"/>
      </w:pPr>
      <w:r>
        <w:t>تو سب چلی گئیں اگلے وہ monthly</w:t>
      </w:r>
    </w:p>
    <w:p>
      <w:r>
        <w:rPr>
          <w:b/>
        </w:rPr>
        <w:t xml:space="preserve">[47:44] </w:t>
      </w:r>
      <w:r>
        <w:t>woh karti hain woh to agle mahine mein sirf mushkil se das khawateen aaein yaani pehli</w:t>
      </w:r>
    </w:p>
    <w:p>
      <w:pPr>
        <w:jc w:val="right"/>
      </w:pPr>
      <w:r>
        <w:t>وہ کرتی ہیں وہ تو اگلے مہینے میں صرف مشکل سے دس خواتین آئیں یعنی پہلی</w:t>
      </w:r>
    </w:p>
    <w:p>
      <w:r>
        <w:rPr>
          <w:b/>
        </w:rPr>
        <w:t xml:space="preserve">[47:50] </w:t>
      </w:r>
      <w:r>
        <w:t>baar so aaein theen jab yeh keh diya unhon ne to sirf das aaein</w:t>
      </w:r>
    </w:p>
    <w:p>
      <w:pPr>
        <w:jc w:val="right"/>
      </w:pPr>
      <w:r>
        <w:t>بار سو آئیں تھیں جب یہ کہہ دیا انہوں نے تو صرف دس آئیں</w:t>
      </w:r>
    </w:p>
    <w:p>
      <w:r>
        <w:rPr>
          <w:b/>
        </w:rPr>
        <w:t xml:space="preserve">[47:56] </w:t>
      </w:r>
      <w:r>
        <w:t>to khatoon ne mujhe yeh telephone bataya to unhon ne kaha ke ajeeb baat hai ke isi</w:t>
      </w:r>
    </w:p>
    <w:p>
      <w:pPr>
        <w:jc w:val="right"/>
      </w:pPr>
      <w:r>
        <w:t>تو خاتون نے مجھے یہ ٹیلی فون بتایا تو انہوں نے کہا کہ عجیب بات ہے کہ اسی</w:t>
      </w:r>
    </w:p>
    <w:p>
      <w:r>
        <w:rPr>
          <w:b/>
        </w:rPr>
        <w:t xml:space="preserve">[48:01] </w:t>
      </w:r>
      <w:r>
        <w:t>din jab mein bahar nikli to mujhe ek Christian mil gaya</w:t>
      </w:r>
    </w:p>
    <w:p>
      <w:pPr>
        <w:jc w:val="right"/>
      </w:pPr>
      <w:r>
        <w:t>دن جب میں باہر نکلی تو مجھے ایک Christian مل گیا</w:t>
      </w:r>
    </w:p>
    <w:p>
      <w:r>
        <w:rPr>
          <w:b/>
        </w:rPr>
        <w:t xml:space="preserve">[48:06] </w:t>
      </w:r>
      <w:r>
        <w:t>ek america ka koi Christian to us ko unhon ne yeh quran un ke paas rehta hai to</w:t>
      </w:r>
    </w:p>
    <w:p>
      <w:pPr>
        <w:jc w:val="right"/>
      </w:pPr>
      <w:r>
        <w:t>ایک امریکہ کا کوئی Christian تو اس کو انہوں نے یہ قرآن ان کے پاس رہتا ہے تو</w:t>
      </w:r>
    </w:p>
    <w:p>
      <w:r>
        <w:rPr>
          <w:b/>
        </w:rPr>
        <w:t xml:space="preserve">[48:13] </w:t>
      </w:r>
      <w:r>
        <w:t>unhon ne ek quran us ko nikala apne bag se aur kaha ke kya mein aap ko quran</w:t>
      </w:r>
    </w:p>
    <w:p>
      <w:pPr>
        <w:jc w:val="right"/>
      </w:pPr>
      <w:r>
        <w:t>انہوں نے ایک قرآن اس کو نکالا اپنے bag سے اور کہا کہ کیا میں آپ کو قرآن</w:t>
      </w:r>
    </w:p>
    <w:p>
      <w:r>
        <w:rPr>
          <w:b/>
        </w:rPr>
        <w:t xml:space="preserve">[48:17] </w:t>
      </w:r>
      <w:r>
        <w:t>pesh kar sakti hoon</w:t>
      </w:r>
    </w:p>
    <w:p>
      <w:pPr>
        <w:jc w:val="right"/>
      </w:pPr>
      <w:r>
        <w:t>پیش کر سکتی ہوں</w:t>
      </w:r>
    </w:p>
    <w:p>
      <w:r>
        <w:rPr>
          <w:b/>
        </w:rPr>
        <w:t xml:space="preserve">[48:19] </w:t>
      </w:r>
      <w:r>
        <w:t>to unhon ne kaha bohat bohat achha bohat hi khushi hogi is mein yaani unhon ne jab is</w:t>
      </w:r>
    </w:p>
    <w:p>
      <w:pPr>
        <w:jc w:val="right"/>
      </w:pPr>
      <w:r>
        <w:t>تو انہوں نے کہا بہت بہت اچھا بہت ہی خوشی ہوگی اس میں یعنی انہوں نے جب اس</w:t>
      </w:r>
    </w:p>
    <w:p>
      <w:r>
        <w:rPr>
          <w:b/>
        </w:rPr>
        <w:t xml:space="preserve">[48:24] </w:t>
      </w:r>
      <w:r>
        <w:t>ko kaha ke mere paas quran hai translation is ka aur main agar aap qabool karein to main</w:t>
      </w:r>
    </w:p>
    <w:p>
      <w:pPr>
        <w:jc w:val="right"/>
      </w:pPr>
      <w:r>
        <w:t>کو کہا کہ میرے پاس قرآن ہے translation اس کا اور میں اگر آپ قبول کریں تو میں</w:t>
      </w:r>
    </w:p>
    <w:p>
      <w:r>
        <w:rPr>
          <w:b/>
        </w:rPr>
        <w:t xml:space="preserve">[48:31] </w:t>
      </w:r>
      <w:r>
        <w:t>us ko as a gift dena chahoongi aap ko to bohat khush hua us ne lekin</w:t>
      </w:r>
    </w:p>
    <w:p>
      <w:pPr>
        <w:jc w:val="right"/>
      </w:pPr>
      <w:r>
        <w:t>اس کو as a gift دینا چاہوں گی آپ کو تو بہت خوش ہوا اس نے لیکن</w:t>
      </w:r>
    </w:p>
    <w:p>
      <w:r>
        <w:rPr>
          <w:b/>
        </w:rPr>
        <w:t xml:space="preserve">[48:36] </w:t>
      </w:r>
      <w:r>
        <w:t>isi waqt parhne laga us ko</w:t>
      </w:r>
    </w:p>
    <w:p>
      <w:pPr>
        <w:jc w:val="right"/>
      </w:pPr>
      <w:r>
        <w:t>اسی وقت پڑھنے لگا اس کو</w:t>
      </w:r>
    </w:p>
    <w:p>
      <w:r>
        <w:rPr>
          <w:b/>
        </w:rPr>
        <w:t xml:space="preserve">[48:41] </w:t>
      </w:r>
      <w:r>
        <w:t>aur us ne kaha ke it is easily understandable yeh to bari achhi kitab hai main padhunga</w:t>
      </w:r>
    </w:p>
    <w:p>
      <w:pPr>
        <w:jc w:val="right"/>
      </w:pPr>
      <w:r>
        <w:t>اور اس نے کہا کہ it is easily understandable یہ تو بڑی اچھی کتاب ہے میں پڑھوں گا</w:t>
      </w:r>
    </w:p>
    <w:p>
      <w:r>
        <w:rPr>
          <w:b/>
        </w:rPr>
        <w:t xml:space="preserve">[48:45] </w:t>
      </w:r>
      <w:r>
        <w:t>us ko ab dekhen ke woh khawateen jinka koi interaction nahin hai woh yeh khayal liye baithe</w:t>
      </w:r>
    </w:p>
    <w:p>
      <w:pPr>
        <w:jc w:val="right"/>
      </w:pPr>
      <w:r>
        <w:t>اس کو اب دیکھیں کہ وہ خواتین جن کا کوئی interaction نہیں ہے وہ یہ خیال لیے بیٹھے</w:t>
      </w:r>
    </w:p>
    <w:p>
      <w:r>
        <w:rPr>
          <w:b/>
        </w:rPr>
        <w:t xml:space="preserve">[48:51] </w:t>
      </w:r>
      <w:r>
        <w:t>hain ke america dushman hai woh quran ko padhega nahin</w:t>
      </w:r>
    </w:p>
    <w:p>
      <w:pPr>
        <w:jc w:val="right"/>
      </w:pPr>
      <w:r>
        <w:t>ہیں کہ امریکہ دشمن ہے وہ قرآن کو پڑھے گا نہیں</w:t>
      </w:r>
    </w:p>
    <w:p>
      <w:r>
        <w:rPr>
          <w:b/>
        </w:rPr>
        <w:t xml:space="preserve">[48:56] </w:t>
      </w:r>
      <w:r>
        <w:t>woh so khawateen jo ekatha hui theen apne mind mein kya liye hue hain america jo hai</w:t>
      </w:r>
    </w:p>
    <w:p>
      <w:pPr>
        <w:jc w:val="right"/>
      </w:pPr>
      <w:r>
        <w:t>وہ سو خواتین جو اکٹھا ہوئی تھیں اپنے mind میں کیا لیے ہوئے ہیں امریکہ جو ہے</w:t>
      </w:r>
    </w:p>
    <w:p>
      <w:r>
        <w:rPr>
          <w:b/>
        </w:rPr>
        <w:t xml:space="preserve">[49:04] </w:t>
      </w:r>
      <w:r>
        <w:t>enemy number one of islam hai islam ka dushman hai musalmanon ka dushman hai yeh liye baithi hain</w:t>
      </w:r>
    </w:p>
    <w:p>
      <w:pPr>
        <w:jc w:val="right"/>
      </w:pPr>
      <w:r>
        <w:t>enemy number one of اسلام ہے اسلام کا دشمن ہے مسلمانوں کا دشمن ہے یہ لیے بیٹھی ہیں</w:t>
      </w:r>
    </w:p>
    <w:p>
      <w:r>
        <w:rPr>
          <w:b/>
        </w:rPr>
        <w:t xml:space="preserve">[49:11] </w:t>
      </w:r>
      <w:r>
        <w:t>to woh samajhti hain ke hum agar hum pesh karenge to woh sunenge nahin hamari baat</w:t>
      </w:r>
    </w:p>
    <w:p>
      <w:pPr>
        <w:jc w:val="right"/>
      </w:pPr>
      <w:r>
        <w:t>تو وہ سمجھتی ہیں کہ ہم اگر ہم پیش کریں گے تو وہ سنیں گے نہیں ہماری بات</w:t>
      </w:r>
    </w:p>
    <w:p>
      <w:r>
        <w:rPr>
          <w:b/>
        </w:rPr>
        <w:t xml:space="preserve">[49:16] </w:t>
      </w:r>
      <w:r>
        <w:t>ko kyunke woh samajhti hain ke dushman ki kitab hai</w:t>
      </w:r>
    </w:p>
    <w:p>
      <w:pPr>
        <w:jc w:val="right"/>
      </w:pPr>
      <w:r>
        <w:t>کو کیونکہ وہ سمجھتی ہیں کہ دشمن کی کتاب ہے</w:t>
      </w:r>
    </w:p>
    <w:p>
      <w:r>
        <w:rPr>
          <w:b/>
        </w:rPr>
        <w:t xml:space="preserve">[49:20] </w:t>
      </w:r>
      <w:r>
        <w:t>lekin jab unhon ne is Christian ko diya to bohat shauq se us ne liya</w:t>
      </w:r>
    </w:p>
    <w:p>
      <w:pPr>
        <w:jc w:val="right"/>
      </w:pPr>
      <w:r>
        <w:t>لیکن جب انہوں نے اس Christian کو دیا تو بہت شوق سے اس نے لیا</w:t>
      </w:r>
    </w:p>
    <w:p>
      <w:r>
        <w:rPr>
          <w:b/>
        </w:rPr>
        <w:t xml:space="preserve">[49:27] </w:t>
      </w:r>
      <w:r>
        <w:t>abhi</w:t>
      </w:r>
    </w:p>
    <w:p>
      <w:pPr>
        <w:jc w:val="right"/>
      </w:pPr>
      <w:r>
        <w:t>ابھی</w:t>
      </w:r>
    </w:p>
    <w:p>
      <w:r>
        <w:rPr>
          <w:b/>
        </w:rPr>
        <w:t xml:space="preserve">[49:27] </w:t>
      </w:r>
      <w:r>
        <w:t>hum gaye thay bahar to ek sahab thay un ko hum ne hamare sathiyon ne pesh kiya yeh</w:t>
      </w:r>
    </w:p>
    <w:p>
      <w:pPr>
        <w:jc w:val="right"/>
      </w:pPr>
      <w:r>
        <w:t>ہم گئے تھے باہر تو ایک صاحب تھے ان کو ہم نے ہمارے ساتھیوں نے پیش کیا یہ</w:t>
      </w:r>
    </w:p>
    <w:p>
      <w:r>
        <w:rPr>
          <w:b/>
        </w:rPr>
        <w:t xml:space="preserve">[49:33] </w:t>
      </w:r>
      <w:r>
        <w:t>to woh Obama ke jo president hain America ka Obama ke ke qareebi logon mein se thay woh</w:t>
      </w:r>
    </w:p>
    <w:p>
      <w:pPr>
        <w:jc w:val="right"/>
      </w:pPr>
      <w:r>
        <w:t>تو وہ Obama کے جو president ہیں امریکہ کا Obama کے کے قریبی لوگوں میں سے تھے وہ</w:t>
      </w:r>
    </w:p>
    <w:p>
      <w:r>
        <w:rPr>
          <w:b/>
        </w:rPr>
        <w:t xml:space="preserve">[49:41] </w:t>
      </w:r>
      <w:r>
        <w:t>woh khud to nahin thay un ka ek dost tha jo ab Obama ka bohat qareebi tha to</w:t>
      </w:r>
    </w:p>
    <w:p>
      <w:pPr>
        <w:jc w:val="right"/>
      </w:pPr>
      <w:r>
        <w:t>وہ خود تو نہیں تھے ان کا ایک دوست تھا جو اب Obama کا بہت قریبی تھا تو</w:t>
      </w:r>
    </w:p>
    <w:p>
      <w:r>
        <w:rPr>
          <w:b/>
        </w:rPr>
        <w:t xml:space="preserve">[49:45] </w:t>
      </w:r>
      <w:r>
        <w:t>unhon ne kaha mujhe ek aur dijiye main apne dost ke through is ko Obama tak pohnchaunga</w:t>
      </w:r>
    </w:p>
    <w:p>
      <w:pPr>
        <w:jc w:val="right"/>
      </w:pPr>
      <w:r>
        <w:t>انہوں نے کہا مجھے ایک اور دیجیے میں اپنے دوست کے through اس کو Obama تک پہنچاؤں گا</w:t>
      </w:r>
    </w:p>
    <w:p>
      <w:r>
        <w:rPr>
          <w:b/>
        </w:rPr>
        <w:t xml:space="preserve">[49:51] </w:t>
      </w:r>
      <w:r>
        <w:t>yani hamare sathiyon ne ek aadmi ko diya ek Christian ko us ne kaha ke mera ek dost</w:t>
      </w:r>
    </w:p>
    <w:p>
      <w:pPr>
        <w:jc w:val="right"/>
      </w:pPr>
      <w:r>
        <w:t>یعنی ہمارے ساتھیوں نے ایک آدمی کو دیا ایک Christian کو اس نے کہا کہ میرا ایک دوست</w:t>
      </w:r>
    </w:p>
    <w:p>
      <w:r>
        <w:rPr>
          <w:b/>
        </w:rPr>
        <w:t xml:space="preserve">[49:56] </w:t>
      </w:r>
      <w:r>
        <w:t>hai jo Obama se milna julna is ka hota hai to main un ko pesh karunga is</w:t>
      </w:r>
    </w:p>
    <w:p>
      <w:pPr>
        <w:jc w:val="right"/>
      </w:pPr>
      <w:r>
        <w:t>ہے جو Obama سے ملنا جلنا اس کا ہوتا ہے تو میں ان کو پیش کروں گا اس</w:t>
      </w:r>
    </w:p>
    <w:p>
      <w:r>
        <w:rPr>
          <w:b/>
        </w:rPr>
        <w:t xml:space="preserve">[50:01] </w:t>
      </w:r>
      <w:r>
        <w:t>ko yeh itna shauq logon ko hai</w:t>
      </w:r>
    </w:p>
    <w:p>
      <w:pPr>
        <w:jc w:val="right"/>
      </w:pPr>
      <w:r>
        <w:t>کو یہ اتنا شوق لوگوں کو ہے</w:t>
      </w:r>
    </w:p>
    <w:p>
      <w:r>
        <w:rPr>
          <w:b/>
        </w:rPr>
        <w:t xml:space="preserve">[50:05] </w:t>
      </w:r>
      <w:r>
        <w:t>jahan bhi hamare sathiyon jate hain aur barabar yeh kaam ho raha hai Khuda ke fazl se har</w:t>
      </w:r>
    </w:p>
    <w:p>
      <w:pPr>
        <w:jc w:val="right"/>
      </w:pPr>
      <w:r>
        <w:t>جہاں بھی ہمارے ساتھی جاتے ہیں اور برابر یہ کام ہو رہا ہے خدا کے فضل سے ہر</w:t>
      </w:r>
    </w:p>
    <w:p>
      <w:r>
        <w:rPr>
          <w:b/>
        </w:rPr>
        <w:t xml:space="preserve">[50:11] </w:t>
      </w:r>
      <w:r>
        <w:t>jagah log jo kehte hain Urdu</w:t>
      </w:r>
    </w:p>
    <w:p>
      <w:pPr>
        <w:jc w:val="right"/>
      </w:pPr>
      <w:r>
        <w:t>جگہ لوگ جو کہتے ہیں اردو</w:t>
      </w:r>
    </w:p>
    <w:p>
      <w:r>
        <w:rPr>
          <w:b/>
        </w:rPr>
        <w:t xml:space="preserve">[50:12] </w:t>
      </w:r>
      <w:r>
        <w:t>mein hathon hath lena lekin jo ke daawa ka concept nahi hai aaj kal jitne bhi musalmanon ke jalse hote hain daawa par nahi hote hain kis par complaint ihtijaj protest hamare sath zulm ho raha hai hum hum ko dismission kiya ja raha hai hamare sath is par hote hain</w:t>
      </w:r>
    </w:p>
    <w:p>
      <w:pPr>
        <w:jc w:val="right"/>
      </w:pPr>
      <w:r>
        <w:t>میں ہاتھوں ہاتھ لینا لیکن جو کہ دعوت کا concept نہیں ہے آج کل جتنے بھی مسلمانوں کے جلسے ہوتے ہیں دعوت پر نہیں ہوتے ہیں کس پر complaint احتجاج protest ہمارے ساتھ ظلم ہو رہا ہے ہم ہم کو dismission کیا جا رہا ہے ہمارے ساتھ اس پر ہوتے ہیں</w:t>
      </w:r>
    </w:p>
    <w:p>
      <w:r>
        <w:rPr>
          <w:b/>
        </w:rPr>
        <w:t xml:space="preserve">[50:37] </w:t>
      </w:r>
      <w:r>
        <w:t>abhi main gaya tha bahar</w:t>
      </w:r>
    </w:p>
    <w:p>
      <w:pPr>
        <w:jc w:val="right"/>
      </w:pPr>
      <w:r>
        <w:t>ابھی میں گیا تھا باہر</w:t>
      </w:r>
    </w:p>
    <w:p>
      <w:r>
        <w:rPr>
          <w:b/>
        </w:rPr>
        <w:t xml:space="preserve">[50:41] </w:t>
      </w:r>
      <w:r>
        <w:t>to wahan par yani different religion ke log thay to ek sahab Islam ki numaindagi ke liye khare</w:t>
      </w:r>
    </w:p>
    <w:p>
      <w:pPr>
        <w:jc w:val="right"/>
      </w:pPr>
      <w:r>
        <w:t>تو وہاں پر یعنی different religion کے لوگ تھے تو ایک صاحب اسلام کی نمائندگی کے لیے کھڑے</w:t>
      </w:r>
    </w:p>
    <w:p>
      <w:r>
        <w:rPr>
          <w:b/>
        </w:rPr>
        <w:t xml:space="preserve">[50:48] </w:t>
      </w:r>
      <w:r>
        <w:t>kiye gaye wahan woh Egypt se aaye thay woh woh professor thay woh mere kai sathiyon wahan maujood</w:t>
      </w:r>
    </w:p>
    <w:p>
      <w:pPr>
        <w:jc w:val="right"/>
      </w:pPr>
      <w:r>
        <w:t>کیے گئے وہاں وہ Egypt سے آئے تھے وہ وہ پروفیسر تھے وہ میرے کئی ساتھی وہاں موجود</w:t>
      </w:r>
    </w:p>
    <w:p>
      <w:r>
        <w:rPr>
          <w:b/>
        </w:rPr>
        <w:t xml:space="preserve">[50:53] </w:t>
      </w:r>
      <w:r>
        <w:t>thay to wahan par speech di Jew ne Christian ne ghaliban Hindu bhi koi tha wahan par aur</w:t>
      </w:r>
    </w:p>
    <w:p>
      <w:pPr>
        <w:jc w:val="right"/>
      </w:pPr>
      <w:r>
        <w:t>تھے تو وہاں پر speech دی Jew نے Christian نے غالباً ہندو بھی کوئی تھا وہاں پر اور</w:t>
      </w:r>
    </w:p>
    <w:p>
      <w:r>
        <w:rPr>
          <w:b/>
        </w:rPr>
        <w:t xml:space="preserve">[51:03] </w:t>
      </w:r>
      <w:r>
        <w:t>yeh Musalman jo aaye thay Egypt se unhon ne Islam ke ki taraf se bolay woh</w:t>
      </w:r>
    </w:p>
    <w:p>
      <w:pPr>
        <w:jc w:val="right"/>
      </w:pPr>
      <w:r>
        <w:t>یہ مسلمان جو آئے تھے Egypt سے انہوں نے اسلام کے کی طرف سے بولے وہ</w:t>
      </w:r>
    </w:p>
    <w:p>
      <w:r>
        <w:rPr>
          <w:b/>
        </w:rPr>
        <w:t xml:space="preserve">[51:10] </w:t>
      </w:r>
      <w:r>
        <w:t>Islam ki koi represent kiya unhon ne to taqarib kiya hai sab baatein discrimination ki ke yeh Western</w:t>
      </w:r>
    </w:p>
    <w:p>
      <w:pPr>
        <w:jc w:val="right"/>
      </w:pPr>
      <w:r>
        <w:t>اسلام کی کوئی represent کیا انہوں نے تو تقریب کیا ہے سب باتیں discrimination کی کہ یہ Western</w:t>
      </w:r>
    </w:p>
    <w:p>
      <w:r>
        <w:rPr>
          <w:b/>
        </w:rPr>
        <w:t xml:space="preserve">[51:20] </w:t>
      </w:r>
      <w:r>
        <w:t>log yeh Christian log hamare sath discrimination karte hain hamare sath</w:t>
      </w:r>
    </w:p>
    <w:p>
      <w:pPr>
        <w:jc w:val="right"/>
      </w:pPr>
      <w:r>
        <w:t>لوگ یہ Christian لوگ ہمارے ساتھ discrimination کرتے ہیں ہمارے ساتھ</w:t>
      </w:r>
    </w:p>
    <w:p>
      <w:r>
        <w:rPr>
          <w:b/>
        </w:rPr>
        <w:t xml:space="preserve">[51:23] </w:t>
      </w:r>
      <w:r>
        <w:t>imteyazi sulook karte hain yeh shikayat protest ki zuban bol rahe hain woh</w:t>
      </w:r>
    </w:p>
    <w:p>
      <w:pPr>
        <w:jc w:val="right"/>
      </w:pPr>
      <w:r>
        <w:t>امتیازی سلوک کرتے ہیں یہ شکایت protest کی زبان بول رہے ہیں وہ</w:t>
      </w:r>
    </w:p>
    <w:p>
      <w:r>
        <w:rPr>
          <w:b/>
        </w:rPr>
        <w:t xml:space="preserve">[51:29] </w:t>
      </w:r>
      <w:r>
        <w:t>aisa yeh itna bara stage tha woh wahan yeh keh sakte thay ke Islam ek sacha mazhab hai</w:t>
      </w:r>
    </w:p>
    <w:p>
      <w:pPr>
        <w:jc w:val="right"/>
      </w:pPr>
      <w:r>
        <w:t>ایسا یہ اتنا بڑا stage تھا وہ وہاں یہ کہہ سکتے تھے کہ اسلام ایک سچا مذہب ہے</w:t>
      </w:r>
    </w:p>
    <w:p>
      <w:r>
        <w:rPr>
          <w:b/>
        </w:rPr>
        <w:t xml:space="preserve">[51:35] </w:t>
      </w:r>
      <w:r>
        <w:t>peace ko promote karta hai Islam Islam mein tolerance hai Islam mein honesty ki taleem di gayi hai</w:t>
      </w:r>
    </w:p>
    <w:p>
      <w:pPr>
        <w:jc w:val="right"/>
      </w:pPr>
      <w:r>
        <w:t>peace کو promote کرتا ہے اسلام اسلام میں tolerance ہے اسلام میں honesty کی تعلیم دی گئی ہے</w:t>
      </w:r>
    </w:p>
    <w:p>
      <w:r>
        <w:rPr>
          <w:b/>
        </w:rPr>
        <w:t xml:space="preserve">[51:42] </w:t>
      </w:r>
      <w:r>
        <w:t>waghaira waghaira yeh na keh kar ke lage protest karne ke Westerners jo hain hamare khilaf discrimination karte</w:t>
      </w:r>
    </w:p>
    <w:p>
      <w:pPr>
        <w:jc w:val="right"/>
      </w:pPr>
      <w:r>
        <w:t>وغیرہ وغیرہ یہ نہ کہہ کر کے لگے protest کرنے کہ Westerners جو ہیں ہمارے خلاف discrimination کرتے</w:t>
      </w:r>
    </w:p>
    <w:p>
      <w:r>
        <w:rPr>
          <w:b/>
        </w:rPr>
        <w:t xml:space="preserve">[51:50] </w:t>
      </w:r>
      <w:r>
        <w:t>hain kyun dawat</w:t>
      </w:r>
    </w:p>
    <w:p>
      <w:pPr>
        <w:jc w:val="right"/>
      </w:pPr>
      <w:r>
        <w:t>ہیں کیوں دعوتی</w:t>
      </w:r>
    </w:p>
    <w:p>
      <w:r>
        <w:rPr>
          <w:b/>
        </w:rPr>
        <w:t xml:space="preserve">[51:54] </w:t>
      </w:r>
      <w:r>
        <w:t>zehan nahin basic baat jo is waqt Musalmanon mein jo jis cheez jo cheez lack kar rahi hai</w:t>
      </w:r>
    </w:p>
    <w:p>
      <w:pPr>
        <w:jc w:val="right"/>
      </w:pPr>
      <w:r>
        <w:t>ذہن نہیں basic بات جو اس وقت مسلمانوں میں جو جس چیز جو چیز lack کر رہی ہے</w:t>
      </w:r>
    </w:p>
    <w:p>
      <w:r>
        <w:rPr>
          <w:b/>
        </w:rPr>
        <w:t xml:space="preserve">[52:02] </w:t>
      </w:r>
      <w:r>
        <w:t>woh kya daawa</w:t>
      </w:r>
    </w:p>
    <w:p>
      <w:pPr>
        <w:jc w:val="right"/>
      </w:pPr>
      <w:r>
        <w:t>وہ کیا دعویٰ</w:t>
      </w:r>
    </w:p>
    <w:p>
      <w:r>
        <w:rPr>
          <w:b/>
        </w:rPr>
        <w:t xml:space="preserve">[52:04] </w:t>
      </w:r>
      <w:r>
        <w:t>oriented mind daawati zehan</w:t>
      </w:r>
    </w:p>
    <w:p>
      <w:pPr>
        <w:jc w:val="right"/>
      </w:pPr>
      <w:r>
        <w:t>oriented mind دعوتی ذہن</w:t>
      </w:r>
    </w:p>
    <w:p>
      <w:r>
        <w:rPr>
          <w:b/>
        </w:rPr>
        <w:t xml:space="preserve">[52:10] </w:t>
      </w:r>
      <w:r>
        <w:t>jaisa aap ka zehan hoga waise hi aap dekhenge ek martaba mein adam garh ka qissa mujhe</w:t>
      </w:r>
    </w:p>
    <w:p>
      <w:pPr>
        <w:jc w:val="right"/>
      </w:pPr>
      <w:r>
        <w:t>جیسا آپ کا ذہن ہوگا ویسے ہی آپ دیکھیں گے ایک مرتبہ میں آدم گڑھ کا قصہ مجھے</w:t>
      </w:r>
    </w:p>
    <w:p>
      <w:r>
        <w:rPr>
          <w:b/>
        </w:rPr>
        <w:t xml:space="preserve">[52:15] </w:t>
      </w:r>
      <w:r>
        <w:t>yaad aata hai bohat dilchasp adam garh mein jab mein tha toh hamare milne wale ek sahib the</w:t>
      </w:r>
    </w:p>
    <w:p>
      <w:pPr>
        <w:jc w:val="right"/>
      </w:pPr>
      <w:r>
        <w:t>یاد آتا ہے بہت دلچسپ آدم گڑھ میں جب میں تھا تو ہمارے ملنے والے ایک صاحب تھے</w:t>
      </w:r>
    </w:p>
    <w:p>
      <w:r>
        <w:rPr>
          <w:b/>
        </w:rPr>
        <w:t xml:space="preserve">[52:21] </w:t>
      </w:r>
      <w:r>
        <w:t>woh mulaqat ke liye aaye toh unhone ek dilchasp baat batai unhone kaha ke mein jab</w:t>
      </w:r>
    </w:p>
    <w:p>
      <w:pPr>
        <w:jc w:val="right"/>
      </w:pPr>
      <w:r>
        <w:t>وہ ملاقات کے لیے آئے تو انہوں نے ایک دلچسپ بات بتائی انہوں نے کہا کہ میں جب</w:t>
      </w:r>
    </w:p>
    <w:p>
      <w:r>
        <w:rPr>
          <w:b/>
        </w:rPr>
        <w:t xml:space="preserve">[52:28] </w:t>
      </w:r>
      <w:r>
        <w:t>adam garh chok mein gaya toh chok mein us waqt hota tha ke road ke kinare sab woh</w:t>
      </w:r>
    </w:p>
    <w:p>
      <w:pPr>
        <w:jc w:val="right"/>
      </w:pPr>
      <w:r>
        <w:t>آدم گڑھ چوک میں گیا تو چوک میں اس وقت ہوتا تھا کہ روڈ کے کنارے سب وہ</w:t>
      </w:r>
    </w:p>
    <w:p>
      <w:r>
        <w:rPr>
          <w:b/>
        </w:rPr>
        <w:t xml:space="preserve">[52:35] </w:t>
      </w:r>
      <w:r>
        <w:t>jo joota gaanthte hain jo mochi kaha jata hai yaani</w:t>
      </w:r>
    </w:p>
    <w:p>
      <w:pPr>
        <w:jc w:val="right"/>
      </w:pPr>
      <w:r>
        <w:t>جو جوتا گاٹھتے ہیں جو موچی کہا جاتا ہے یعنی</w:t>
      </w:r>
    </w:p>
    <w:p>
      <w:r>
        <w:rPr>
          <w:b/>
        </w:rPr>
        <w:t xml:space="preserve">[52:42] </w:t>
      </w:r>
      <w:r>
        <w:t>shoe ki repair karne wale toh woh line se baithe hue the road ke kinare</w:t>
      </w:r>
    </w:p>
    <w:p>
      <w:pPr>
        <w:jc w:val="right"/>
      </w:pPr>
      <w:r>
        <w:t>shoe کی repair کرنے والے تو وہ لائن سے بیٹھے ہوئے تھے روڈ کے کنارے</w:t>
      </w:r>
    </w:p>
    <w:p>
      <w:r>
        <w:rPr>
          <w:b/>
        </w:rPr>
        <w:t xml:space="preserve">[52:49] </w:t>
      </w:r>
      <w:r>
        <w:t>toh unhone kaha ke jab mein road par chala toh har ek ki nigah mere joote par</w:t>
      </w:r>
    </w:p>
    <w:p>
      <w:pPr>
        <w:jc w:val="right"/>
      </w:pPr>
      <w:r>
        <w:t>تو انہوں نے کہا کہ جب میں روڈ پر چلا تو ہر ایک کی نگاہ میرے جوتے پر</w:t>
      </w:r>
    </w:p>
    <w:p>
      <w:r>
        <w:rPr>
          <w:b/>
        </w:rPr>
        <w:t xml:space="preserve">[52:54] </w:t>
      </w:r>
      <w:r>
        <w:t>thi road</w:t>
      </w:r>
    </w:p>
    <w:p>
      <w:pPr>
        <w:jc w:val="right"/>
      </w:pPr>
      <w:r>
        <w:t>تھی روڈ</w:t>
      </w:r>
    </w:p>
    <w:p>
      <w:r>
        <w:rPr>
          <w:b/>
        </w:rPr>
        <w:t xml:space="preserve">[52:56] </w:t>
      </w:r>
      <w:r>
        <w:t>ke kinare jo baithe hue the yeh jo urdu mein mochi kaha jata hai in ko toh woh</w:t>
      </w:r>
    </w:p>
    <w:p>
      <w:pPr>
        <w:jc w:val="right"/>
      </w:pPr>
      <w:r>
        <w:t>کے کنارے جو بیٹھے ہوئے تھے یہ جو اردو میں موچی کہا جاتا ہے ان کو تو وہ</w:t>
      </w:r>
    </w:p>
    <w:p>
      <w:r>
        <w:rPr>
          <w:b/>
        </w:rPr>
        <w:t xml:space="preserve">[53:02] </w:t>
      </w:r>
      <w:r>
        <w:t>sab unhone kaha ke woh sab mujh ko nahi dekha unhone mera chehra nahi dekha unhon</w:t>
      </w:r>
    </w:p>
    <w:p>
      <w:pPr>
        <w:jc w:val="right"/>
      </w:pPr>
      <w:r>
        <w:t>سب انہوں نے کہا کہ وہ سب مجھ کو نہیں دیکھا انہوں نے میرا چہرہ نہیں دیکھا انہوں</w:t>
      </w:r>
    </w:p>
    <w:p>
      <w:r>
        <w:rPr>
          <w:b/>
        </w:rPr>
        <w:t xml:space="preserve">[53:06] </w:t>
      </w:r>
      <w:r>
        <w:t>ne sirf mera joota dekhte the kyun woh samajhte the ke agar is ka joota jo hai woh</w:t>
      </w:r>
    </w:p>
    <w:p>
      <w:pPr>
        <w:jc w:val="right"/>
      </w:pPr>
      <w:r>
        <w:t>نے صرف میرا جوتا دیکھتے تھے کیوں وہ سمجھتے تھے کہ اگر اس کا جوتا جو ہے وہ</w:t>
      </w:r>
    </w:p>
    <w:p>
      <w:r>
        <w:rPr>
          <w:b/>
        </w:rPr>
        <w:t xml:space="preserve">[53:15] </w:t>
      </w:r>
      <w:r>
        <w:t>toota phoota hai toh woh hamara gaaahak hai is ko polish nahi hui toh woh hamara gaaahak hai</w:t>
      </w:r>
    </w:p>
    <w:p>
      <w:pPr>
        <w:jc w:val="right"/>
      </w:pPr>
      <w:r>
        <w:t>ٹوٹا پھوٹا ہے تو وہ ہمارا گاہک ہے اس کو polish نہیں ہوئی تو وہ ہمارا گاہک ہے</w:t>
      </w:r>
    </w:p>
    <w:p>
      <w:r>
        <w:rPr>
          <w:b/>
        </w:rPr>
        <w:t xml:space="preserve">[53:22] </w:t>
      </w:r>
      <w:r>
        <w:t>toh is mein apne gaaahak ka talash kar rahe the woh ke agar is ka joota toota phoota</w:t>
      </w:r>
    </w:p>
    <w:p>
      <w:pPr>
        <w:jc w:val="right"/>
      </w:pPr>
      <w:r>
        <w:t>تو اس میں اپنے گاہک کا تلاش کر رہے تھے وہ کہ اگر اس کا جوتا ٹوٹا پھوٹا</w:t>
      </w:r>
    </w:p>
    <w:p>
      <w:r>
        <w:rPr>
          <w:b/>
        </w:rPr>
        <w:t xml:space="preserve">[53:27] </w:t>
      </w:r>
      <w:r>
        <w:t>hoga polish nahi hogi toh mere paas aayega aur mein is ko kaam kar ke is se</w:t>
      </w:r>
    </w:p>
    <w:p>
      <w:pPr>
        <w:jc w:val="right"/>
      </w:pPr>
      <w:r>
        <w:t>ہوگا polish نہیں ہوگی تو میرے پاس آئے گا اور میں اس کو کام کر کے اس سے</w:t>
      </w:r>
    </w:p>
    <w:p>
      <w:r>
        <w:rPr>
          <w:b/>
        </w:rPr>
        <w:t xml:space="preserve">[53:33] </w:t>
      </w:r>
      <w:r>
        <w:t>paisa loonga</w:t>
      </w:r>
    </w:p>
    <w:p>
      <w:pPr>
        <w:jc w:val="right"/>
      </w:pPr>
      <w:r>
        <w:t>پیسہ لوں گا</w:t>
      </w:r>
    </w:p>
    <w:p>
      <w:r>
        <w:rPr>
          <w:b/>
        </w:rPr>
        <w:t xml:space="preserve">[53:36] </w:t>
      </w:r>
      <w:r>
        <w:t>toh unhone ek batate hue kaha ke in mochiyon ki nazar mein sirf ek joota tha</w:t>
      </w:r>
    </w:p>
    <w:p>
      <w:pPr>
        <w:jc w:val="right"/>
      </w:pPr>
      <w:r>
        <w:t>تو انہوں نے ایک بتاتے ہوئے کہا کہ ان موچیوں کی نظر میں صرف ایک جوتا تھا</w:t>
      </w:r>
    </w:p>
    <w:p>
      <w:r>
        <w:rPr>
          <w:b/>
        </w:rPr>
        <w:t xml:space="preserve">[53:43] </w:t>
      </w:r>
      <w:r>
        <w:t>unhon</w:t>
      </w:r>
    </w:p>
    <w:p>
      <w:pPr>
        <w:jc w:val="right"/>
      </w:pPr>
      <w:r>
        <w:t>انہوں</w:t>
      </w:r>
    </w:p>
    <w:p>
      <w:r>
        <w:rPr>
          <w:b/>
        </w:rPr>
        <w:t xml:space="preserve">[53:43] </w:t>
      </w:r>
      <w:r>
        <w:t>hone kaha ke in mochiyon ki nazar mein sirf ek joote tha yahi daai ka zehan ho mein ne kaha yahi daai ka zehan hona chahiye ke daai ki nazar mein har insaan madu hai daai ki nazar mein har insaan madu hai har insaan ko usay khuda ka paigham pahunchana hai to jab aap ka taib haal ho jaye tab samjhein ke aap daai bane hain</w:t>
      </w:r>
    </w:p>
    <w:p>
      <w:pPr>
        <w:jc w:val="right"/>
      </w:pPr>
      <w:r>
        <w:t>نے کہا کہ ان موچیوں کی نظر میں صرف ایک جوتا تھا یہی داعی کا ذہن ہو میں نے کہا یہی داعی کا ذہن ہونا چاہیے کہ داعی کی نظر میں ہر انسان مدعو ہے داعی کی نظر میں ہر انسان مدعو ہے ہر انسان کو اسے خدا کا پیغام پہنچانا ہے تو جب آپ کا طیب حال ہو جائے تب سمجھیں کہ آپ داعی بنے ہیں</w:t>
      </w:r>
    </w:p>
    <w:p>
      <w:r>
        <w:rPr>
          <w:b/>
        </w:rPr>
        <w:t xml:space="preserve">[54:10] </w:t>
      </w:r>
      <w:r>
        <w:t>jaisa unhone kaha ke in mochiyon ki nazar mein mein sirf ek joota tha</w:t>
      </w:r>
    </w:p>
    <w:p>
      <w:pPr>
        <w:jc w:val="right"/>
      </w:pPr>
      <w:r>
        <w:t>جیسے انہوں نے کہا کہ ان موچیوں کی نظر میں میں صرف ایک جوتا تھا</w:t>
      </w:r>
    </w:p>
    <w:p>
      <w:r>
        <w:rPr>
          <w:b/>
        </w:rPr>
        <w:t xml:space="preserve">[54:15] </w:t>
      </w:r>
      <w:r>
        <w:t>aisi aap ka aap ka haal yeh ho jaye ke aap kisi insaan ko dekhen toh madu ke</w:t>
      </w:r>
    </w:p>
    <w:p>
      <w:pPr>
        <w:jc w:val="right"/>
      </w:pPr>
      <w:r>
        <w:t>ایسی آپ کا آپ کا حال یہ ہو جائے کہ آپ کسی انسان کو دیکھیں تو مدعو کے</w:t>
      </w:r>
    </w:p>
    <w:p>
      <w:r>
        <w:rPr>
          <w:b/>
        </w:rPr>
        <w:t xml:space="preserve">[54:20] </w:t>
      </w:r>
      <w:r>
        <w:t>roop mein dekhen is ko har insaan aap ki nazar mein madu ban jaye ban jaye jaise afghanistan</w:t>
      </w:r>
    </w:p>
    <w:p>
      <w:pPr>
        <w:jc w:val="right"/>
      </w:pPr>
      <w:r>
        <w:t>روپ میں دیکھیں اس کو ہر انسان آپ کی نظر میں مدعو بن جائے بن جائے جیسے افغانستان</w:t>
      </w:r>
    </w:p>
    <w:p>
      <w:r>
        <w:rPr>
          <w:b/>
        </w:rPr>
        <w:t xml:space="preserve">[54:24] </w:t>
      </w:r>
      <w:r>
        <w:t>mein jo american hain in ko afghan log madu ki nazar se dekhen india mein jo non muslims</w:t>
      </w:r>
    </w:p>
    <w:p>
      <w:pPr>
        <w:jc w:val="right"/>
      </w:pPr>
      <w:r>
        <w:t>میں جو امریکن ہیں ان کو افغان لوگ مدعو کی نظر سے دیکھیں انڈیا میں جو non مسلمز</w:t>
      </w:r>
    </w:p>
    <w:p>
      <w:r>
        <w:rPr>
          <w:b/>
        </w:rPr>
        <w:t xml:space="preserve">[54:30] </w:t>
      </w:r>
      <w:r>
        <w:t>hain in ko aap madu ki nazar se dekhen america mein jo non muslims hain in ko aap</w:t>
      </w:r>
    </w:p>
    <w:p>
      <w:pPr>
        <w:jc w:val="right"/>
      </w:pPr>
      <w:r>
        <w:t>ہیں ان کو آپ مدعو کی نظر سے دیکھیں امریکہ میں جو non مسلمز ہیں ان کو آپ</w:t>
      </w:r>
    </w:p>
    <w:p>
      <w:r>
        <w:rPr>
          <w:b/>
        </w:rPr>
        <w:t xml:space="preserve">[54:33] </w:t>
      </w:r>
      <w:r>
        <w:t>madu ki nazar se dekhen</w:t>
      </w:r>
    </w:p>
    <w:p>
      <w:pPr>
        <w:jc w:val="right"/>
      </w:pPr>
      <w:r>
        <w:t>مدعو کی نظر سے دیکھیں</w:t>
      </w:r>
    </w:p>
    <w:p>
      <w:r>
        <w:rPr>
          <w:b/>
        </w:rPr>
        <w:t xml:space="preserve">[54:37] </w:t>
      </w:r>
      <w:r>
        <w:t>to yeh mizaj musalmanon se khatm ho gaya hai</w:t>
      </w:r>
    </w:p>
    <w:p>
      <w:pPr>
        <w:jc w:val="right"/>
      </w:pPr>
      <w:r>
        <w:t>تو یہ مزاج مسلمانوں سے ختم ہو گیا ہے</w:t>
      </w:r>
    </w:p>
    <w:p>
      <w:r>
        <w:rPr>
          <w:b/>
        </w:rPr>
        <w:t xml:space="preserve">[54:41] </w:t>
      </w:r>
      <w:r>
        <w:t>yeh yeh yeh positive thinking jo hai yeh sab se bari positive thinking yeh hai mere nazdeek kyun</w:t>
      </w:r>
    </w:p>
    <w:p>
      <w:pPr>
        <w:jc w:val="right"/>
      </w:pPr>
      <w:r>
        <w:t>یہ یہ یہ positive thinking جو ہے یہ سب سے بڑی positive thinking یہ ہے میرے نزدیک کیوں</w:t>
      </w:r>
    </w:p>
    <w:p>
      <w:r>
        <w:rPr>
          <w:b/>
        </w:rPr>
        <w:t xml:space="preserve">[54:49] </w:t>
      </w:r>
      <w:r>
        <w:t>madعو ki nazar se dekhne ke liye aap ko kya karna parta hai ke aap ko dushmani ko</w:t>
      </w:r>
    </w:p>
    <w:p>
      <w:pPr>
        <w:jc w:val="right"/>
      </w:pPr>
      <w:r>
        <w:t>مدعو کی نظر سے دیکھنے کے لیے آپ کو کیا کرنا پڑتا ہے کہ آپ کو دشمنی کو</w:t>
      </w:r>
    </w:p>
    <w:p>
      <w:r>
        <w:rPr>
          <w:b/>
        </w:rPr>
        <w:t xml:space="preserve">[54:53] </w:t>
      </w:r>
      <w:r>
        <w:t>bulana parta hai in se koi aap ko provocation hoga to bulana parta hai aap ko</w:t>
      </w:r>
    </w:p>
    <w:p>
      <w:pPr>
        <w:jc w:val="right"/>
      </w:pPr>
      <w:r>
        <w:t>بلانا پڑتا ہے ان سے کوئی آپ کو provocation ہوگا تو بلانا پڑتا ہے آپ کو</w:t>
      </w:r>
    </w:p>
    <w:p>
      <w:r>
        <w:rPr>
          <w:b/>
        </w:rPr>
        <w:t xml:space="preserve">[55:00] </w:t>
      </w:r>
      <w:r>
        <w:t>aaj kal kya hai akhbar mein hungama khara hua hai is ke liye ke vande muhtaram mein is</w:t>
      </w:r>
    </w:p>
    <w:p>
      <w:pPr>
        <w:jc w:val="right"/>
      </w:pPr>
      <w:r>
        <w:t>آج کل کیا ہے اخبار میں ہنگامہ کھڑا ہوا ہے اس کے لیے کہ وندے محترم میں اس</w:t>
      </w:r>
    </w:p>
    <w:p>
      <w:r>
        <w:rPr>
          <w:b/>
        </w:rPr>
        <w:t xml:space="preserve">[55:06] </w:t>
      </w:r>
      <w:r>
        <w:t>ko bilkul yani foolish act samajhta hoon ke vande muhtaram kya hai yeh sare log khuda ke bande</w:t>
      </w:r>
    </w:p>
    <w:p>
      <w:pPr>
        <w:jc w:val="right"/>
      </w:pPr>
      <w:r>
        <w:t>کو بالکل یعنی foolish act سمجھتا ہوں کہ وندے محترم کیا ہے یہ سارے لوگ خدا کے بندے</w:t>
      </w:r>
    </w:p>
    <w:p>
      <w:r>
        <w:rPr>
          <w:b/>
        </w:rPr>
        <w:t xml:space="preserve">[55:13] </w:t>
      </w:r>
      <w:r>
        <w:t>hain khuda ke bandon tak khuda ka paigham pohanchao vande muhtaram kya cheez hoti hai</w:t>
      </w:r>
    </w:p>
    <w:p>
      <w:pPr>
        <w:jc w:val="right"/>
      </w:pPr>
      <w:r>
        <w:t>ہیں خدا کے بندوں تک خدا کا پیغام پہنچاؤ وندے محترم کیا چیز ہوتی ہے</w:t>
      </w:r>
    </w:p>
    <w:p>
      <w:r>
        <w:rPr>
          <w:b/>
        </w:rPr>
        <w:t xml:space="preserve">[55:20] </w:t>
      </w:r>
      <w:r>
        <w:t>woh vande mahatram padhein ya sunday mahatram padhein is se koi farq nahi padta aap ko yeh dekhna hai ke woh insaan hain aur insaan ko mujhe khuda ka paigham pahunchana hai</w:t>
      </w:r>
    </w:p>
    <w:p>
      <w:pPr>
        <w:jc w:val="right"/>
      </w:pPr>
      <w:r>
        <w:t>وہ وندے محترم پڑھیں یا سنڈے محترم پڑھیں اس سے کوئی فرق نہیں پڑتا آپ کو یہ دیکھنا ہے کہ وہ انسان ہیں اور انسان کو مجھے خدا کا پیغام پہنچانا ہے</w:t>
      </w:r>
    </w:p>
    <w:p>
      <w:r>
        <w:rPr>
          <w:b/>
        </w:rPr>
        <w:t xml:space="preserve">[55:33] </w:t>
      </w:r>
      <w:r>
        <w:t>to dawat ka zehan khatm ho gaya</w:t>
      </w:r>
    </w:p>
    <w:p>
      <w:pPr>
        <w:jc w:val="right"/>
      </w:pPr>
      <w:r>
        <w:t>تو دعوت کا ذہن ختم ہو گیا</w:t>
      </w:r>
    </w:p>
    <w:p>
      <w:r>
        <w:rPr>
          <w:b/>
        </w:rPr>
        <w:t xml:space="preserve">[55:36] </w:t>
      </w:r>
      <w:r>
        <w:t>dawat ka mizaj khatm ho gaya is wajah se sari dunya ke musalman jo hain kya bane hue</w:t>
      </w:r>
    </w:p>
    <w:p>
      <w:pPr>
        <w:jc w:val="right"/>
      </w:pPr>
      <w:r>
        <w:t>دعوت کا مزاج ختم ہو گیا اس وجہ سے ساری دنیا کے مسلمان جو ہیں کیا بنے ہوئے</w:t>
      </w:r>
    </w:p>
    <w:p>
      <w:r>
        <w:rPr>
          <w:b/>
        </w:rPr>
        <w:t xml:space="preserve">[55:43] </w:t>
      </w:r>
      <w:r>
        <w:t>hain protest aksar kaha karta hoon ke protestant group a new kind of protestant group jis musalman se</w:t>
      </w:r>
    </w:p>
    <w:p>
      <w:pPr>
        <w:jc w:val="right"/>
      </w:pPr>
      <w:r>
        <w:t>ہیں protest اکثر کہا کرتا ہوں کہ protestant group a new kind of protestant group جس مسلمان سے</w:t>
      </w:r>
    </w:p>
    <w:p>
      <w:r>
        <w:rPr>
          <w:b/>
        </w:rPr>
        <w:t xml:space="preserve">[55:50] </w:t>
      </w:r>
      <w:r>
        <w:t>miliye woh complaint karega protest karega shikayat karega ke log dushman ho gaye hain log</w:t>
      </w:r>
    </w:p>
    <w:p>
      <w:pPr>
        <w:jc w:val="right"/>
      </w:pPr>
      <w:r>
        <w:t>ملیے وہ complaint کرے گا protest کرے گا شکایت کرے گا کہ لوگ دشمن ہو گئے ہیں لوگ</w:t>
      </w:r>
    </w:p>
    <w:p>
      <w:r>
        <w:rPr>
          <w:b/>
        </w:rPr>
        <w:t xml:space="preserve">[55:56] </w:t>
      </w:r>
      <w:r>
        <w:t>conspiracy kar rahe hain yeh hai woh hai yeh sab madعو ke liye jaiz nahi hai</w:t>
      </w:r>
    </w:p>
    <w:p>
      <w:pPr>
        <w:jc w:val="right"/>
      </w:pPr>
      <w:r>
        <w:t>conspiracy کر رہے ہیں یہ ہے وہ ہے یہ سب مدعو کے لیے جائز نہیں ہے</w:t>
      </w:r>
    </w:p>
    <w:p>
      <w:r>
        <w:rPr>
          <w:b/>
        </w:rPr>
        <w:t xml:space="preserve">[56:03] </w:t>
      </w:r>
      <w:r>
        <w:t>believers ke liye jaiz nahi hai kyunke believers jo hai woh daai hota hai</w:t>
      </w:r>
    </w:p>
    <w:p>
      <w:pPr>
        <w:jc w:val="right"/>
      </w:pPr>
      <w:r>
        <w:t>believers کے لیے جائز نہیں ہے کیونکہ believers جو ہے وہ داعی ہوتا ہے</w:t>
      </w:r>
    </w:p>
    <w:p>
      <w:r>
        <w:rPr>
          <w:b/>
        </w:rPr>
        <w:t xml:space="preserve">[56:08] </w:t>
      </w:r>
      <w:r>
        <w:t>daai ko sab se mohabbat karna hai</w:t>
      </w:r>
    </w:p>
    <w:p>
      <w:pPr>
        <w:jc w:val="right"/>
      </w:pPr>
      <w:r>
        <w:t>داعی کو سب سے محبت کرنا ہے</w:t>
      </w:r>
    </w:p>
    <w:p>
      <w:r>
        <w:rPr>
          <w:b/>
        </w:rPr>
        <w:t xml:space="preserve">[56:11] </w:t>
      </w:r>
      <w:r>
        <w:t>daai ko sab ko insan samajhna hai</w:t>
      </w:r>
    </w:p>
    <w:p>
      <w:pPr>
        <w:jc w:val="right"/>
      </w:pPr>
      <w:r>
        <w:t>داعی کو سب کو انسان سمجھنا ہے</w:t>
      </w:r>
    </w:p>
    <w:p>
      <w:r>
        <w:rPr>
          <w:b/>
        </w:rPr>
        <w:t xml:space="preserve">[56:16] </w:t>
      </w:r>
      <w:r>
        <w:t>daai jo hai is par farz</w:t>
      </w:r>
    </w:p>
    <w:p>
      <w:pPr>
        <w:jc w:val="right"/>
      </w:pPr>
      <w:r>
        <w:t>داعی جو ہے اس پر فرض</w:t>
      </w:r>
    </w:p>
    <w:p>
      <w:r>
        <w:rPr>
          <w:b/>
        </w:rPr>
        <w:t xml:space="preserve">[56:18] </w:t>
      </w:r>
      <w:r>
        <w:t>hai farz hai farz hai ke sab ko insaan samjhe sab se mohabbat kare sab se khair khwah bane sab ka well wisher bane</w:t>
      </w:r>
    </w:p>
    <w:p>
      <w:pPr>
        <w:jc w:val="right"/>
      </w:pPr>
      <w:r>
        <w:t>ہے فرض ہے فرض ہے کہ سب کو انسان سمجھے سب سے محبت کرے سب سے خیر خواہ بنے سب کا well wisher بنے</w:t>
      </w:r>
    </w:p>
    <w:p>
      <w:r>
        <w:rPr>
          <w:b/>
        </w:rPr>
        <w:t xml:space="preserve">[56:30] </w:t>
      </w:r>
      <w:r>
        <w:t>tabhi woh yeh kar sakta hai ke un ko un ke liye duayein karein un ke liye un ki khair khwahi chahe un ko behtar behtar achhe usloob mein un ko deen pahunchaye yeh us ko karna hai</w:t>
      </w:r>
    </w:p>
    <w:p>
      <w:pPr>
        <w:jc w:val="right"/>
      </w:pPr>
      <w:r>
        <w:t>تبھی وہ یہ کر سکتا ہے کہ ان کو ان کے لیے دعائیں کرے ان کے لیے ان کی خیر خواہی چاہے ان کو بہتر بہتر اچھے اسلوب میں ان کو دین پہنچائے یہ اس کو کرنا ہے</w:t>
      </w:r>
    </w:p>
    <w:p>
      <w:r>
        <w:rPr>
          <w:b/>
        </w:rPr>
        <w:t xml:space="preserve">[56:53] </w:t>
      </w:r>
      <w:r>
        <w:t>to yahi hamara mission hai</w:t>
      </w:r>
    </w:p>
    <w:p>
      <w:pPr>
        <w:jc w:val="right"/>
      </w:pPr>
      <w:r>
        <w:t>تو یہی ہمارا mission ہے</w:t>
      </w:r>
    </w:p>
    <w:p>
      <w:r>
        <w:rPr>
          <w:b/>
        </w:rPr>
        <w:t xml:space="preserve">[56:57] </w:t>
      </w:r>
      <w:r>
        <w:t>har har insan chahe woh american ho ya non american ho woh logon ki nazar mein dushman ho</w:t>
      </w:r>
    </w:p>
    <w:p>
      <w:pPr>
        <w:jc w:val="right"/>
      </w:pPr>
      <w:r>
        <w:t>ہر ہر انسان چاہے وہ امریکن ہو یا non امریکن ہو وہ لوگوں کی نظر میں دشمن ہو</w:t>
      </w:r>
    </w:p>
    <w:p>
      <w:r>
        <w:rPr>
          <w:b/>
        </w:rPr>
        <w:t xml:space="preserve">[57:04] </w:t>
      </w:r>
      <w:r>
        <w:t>ya dost ho kuch bhi ho kuch bhi ho kuch bhi ho aap is ko is is andaz</w:t>
      </w:r>
    </w:p>
    <w:p>
      <w:pPr>
        <w:jc w:val="right"/>
      </w:pPr>
      <w:r>
        <w:t>یا دوست ہو کچھ بھی ہو کچھ بھی ہو کچھ بھی ہو آپ اس کو اس اس انداز</w:t>
      </w:r>
    </w:p>
    <w:p>
      <w:r>
        <w:rPr>
          <w:b/>
        </w:rPr>
        <w:t xml:space="preserve">[57:08] </w:t>
      </w:r>
      <w:r>
        <w:t>mein is nazar se dekhen ke woh khuda ka banda hai</w:t>
      </w:r>
    </w:p>
    <w:p>
      <w:pPr>
        <w:jc w:val="right"/>
      </w:pPr>
      <w:r>
        <w:t>میں اس نظر سے دیکھیں کہ وہ خدا کا بندہ ہے</w:t>
      </w:r>
    </w:p>
    <w:p>
      <w:r>
        <w:rPr>
          <w:b/>
        </w:rPr>
        <w:t xml:space="preserve">[57:13] </w:t>
      </w:r>
      <w:r>
        <w:t>khuda ka banda hai aur khuda ka paigham mujhe is tak pohanchana hai bas</w:t>
      </w:r>
    </w:p>
    <w:p>
      <w:pPr>
        <w:jc w:val="right"/>
      </w:pPr>
      <w:r>
        <w:t>خدا کا بندہ ہے اور خدا کا پیغام مجھے اس تک پہنچانا ہے بس</w:t>
      </w:r>
    </w:p>
    <w:p>
      <w:r>
        <w:rPr>
          <w:b/>
        </w:rPr>
        <w:t xml:space="preserve">[57:18] </w:t>
      </w:r>
      <w:r>
        <w:t>is ke siwa aap ki koi soch na ho</w:t>
      </w:r>
    </w:p>
    <w:p>
      <w:pPr>
        <w:jc w:val="right"/>
      </w:pPr>
      <w:r>
        <w:t>اس کے سوا آپ کی کوئی سوچ نہ ہو</w:t>
      </w:r>
    </w:p>
    <w:p>
      <w:r>
        <w:rPr>
          <w:b/>
        </w:rPr>
        <w:t xml:space="preserve">[57:24] </w:t>
      </w:r>
      <w:r>
        <w:t>yahi sab se bari cheez hai jo musalmanon ko lack kar rahi hai hamare liye na masla hai kisi conspiracy ka na kisi enmity ka na kisi discrimination ka kuch nahi yeh sab koi problem nahi hai hamare liye yeh sab koi problem nahi hai</w:t>
      </w:r>
    </w:p>
    <w:p>
      <w:pPr>
        <w:jc w:val="right"/>
      </w:pPr>
      <w:r>
        <w:t>یہی سب سے بڑی چیز ہے جو مسلمانوں کو lack کر رہی ہے ہمارے لیے نہ مسئلہ ہے کسی conspiracy کا نہ کسی enmity کا نہ کسی discrimination کا کچھ نہیں یہ سب کوئی problem نہیں ہے ہمارے لیے یہ سب کوئی problem نہیں ہے</w:t>
      </w:r>
    </w:p>
    <w:p>
      <w:r>
        <w:rPr>
          <w:b/>
        </w:rPr>
        <w:t xml:space="preserve">[57:42] </w:t>
      </w:r>
      <w:r>
        <w:t>yeh sab koi problem nahi hai problem sirf yeh hai ke khud musalman jo hain woh</w:t>
      </w:r>
    </w:p>
    <w:p>
      <w:pPr>
        <w:jc w:val="right"/>
      </w:pPr>
      <w:r>
        <w:t>یہ سب کوئی problem نہیں ہے problem صرف یہ ہے کہ خود مسلمان جو ہیں وہ</w:t>
      </w:r>
    </w:p>
    <w:p>
      <w:r>
        <w:rPr>
          <w:b/>
        </w:rPr>
        <w:t xml:space="preserve">[57:47] </w:t>
      </w:r>
      <w:r>
        <w:t>dawati soch in ke andar khatm ho gayi hai</w:t>
      </w:r>
    </w:p>
    <w:p>
      <w:pPr>
        <w:jc w:val="right"/>
      </w:pPr>
      <w:r>
        <w:t>دعوتی سوچ ان کے اندر ختم ہو گئی ہے</w:t>
      </w:r>
    </w:p>
    <w:p>
      <w:r>
        <w:rPr>
          <w:b/>
        </w:rPr>
        <w:t xml:space="preserve">[57:51] </w:t>
      </w:r>
      <w:r>
        <w:t>here is the problem</w:t>
      </w:r>
    </w:p>
    <w:p>
      <w:pPr>
        <w:jc w:val="right"/>
      </w:pPr>
      <w:r>
        <w:t>here is the problem</w:t>
      </w:r>
    </w:p>
    <w:p>
      <w:r>
        <w:rPr>
          <w:b/>
        </w:rPr>
        <w:t xml:space="preserve">[57:55] </w:t>
      </w:r>
      <w:r>
        <w:t>yani bahar problem nahi hai problem andar hai dusra koi na hamara dushman hai na dost hai na</w:t>
      </w:r>
    </w:p>
    <w:p>
      <w:pPr>
        <w:jc w:val="right"/>
      </w:pPr>
      <w:r>
        <w:t>یعنی باہر problem نہیں ہے problem اندر ہے دوسرا کوئی نہ ہمارا دشمن ہے نہ دوست ہے نہ</w:t>
      </w:r>
    </w:p>
    <w:p>
      <w:r>
        <w:rPr>
          <w:b/>
        </w:rPr>
        <w:t xml:space="preserve">[58:02] </w:t>
      </w:r>
      <w:r>
        <w:t>koi hamara khilaf hai na hamare mofaqat mein hai sab insan hain insan hain insan sab sab ke</w:t>
      </w:r>
    </w:p>
    <w:p>
      <w:pPr>
        <w:jc w:val="right"/>
      </w:pPr>
      <w:r>
        <w:t>کوئی ہمارا خلاف ہے نہ ہمارے موافقت میں ہے سب انسان ہیں انسان ہیں انسان سب سب کے</w:t>
      </w:r>
    </w:p>
    <w:p>
      <w:r>
        <w:rPr>
          <w:b/>
        </w:rPr>
        <w:t xml:space="preserve">[58:07] </w:t>
      </w:r>
      <w:r>
        <w:t>sab insan hain hamein un ko insan ke roop mein dekhna hai aur khuda ke jo ka jo</w:t>
      </w:r>
    </w:p>
    <w:p>
      <w:pPr>
        <w:jc w:val="right"/>
      </w:pPr>
      <w:r>
        <w:t>سب انسان ہیں ہمیں ان کو انسان کے روپ میں دیکھنا ہے اور خدا کے جو کا جو</w:t>
      </w:r>
    </w:p>
    <w:p>
      <w:r>
        <w:rPr>
          <w:b/>
        </w:rPr>
        <w:t xml:space="preserve">[58:14] </w:t>
      </w:r>
      <w:r>
        <w:t>message hamare paas hai is message ko pahunchana hai</w:t>
      </w:r>
    </w:p>
    <w:p>
      <w:pPr>
        <w:jc w:val="right"/>
      </w:pPr>
      <w:r>
        <w:t>message ہمارے پاس ہے اس message کو پہنچانا ہے</w:t>
      </w:r>
    </w:p>
    <w:p>
      <w:r>
        <w:rPr>
          <w:b/>
        </w:rPr>
        <w:t xml:space="preserve">[58:19] </w:t>
      </w:r>
      <w:r>
        <w:t>is ke siwa har soch jo hai ulti soch hai har soch unislamic soch hai aur suicide bombing to soch ka woh to kuch bhi nahi hai nothing hai woh woh duniya mein hai na kuch hai na akhirat mein kuch hai jo suicide bombing karte hain woh na un ke liye un ko na duniya milne wali hai na akhirat milne wali hai unhein kuch bhi nahi milne wala hai</w:t>
      </w:r>
    </w:p>
    <w:p>
      <w:pPr>
        <w:jc w:val="right"/>
      </w:pPr>
      <w:r>
        <w:t>اس کے سوا ہر سوچ جو ہے الٹی سوچ ہے ہر سوچ unislamic سوچ ہے اور suicide bombing تو سوچ کا وہ تو کچھ بھی نہیں ہے nothing ہے وہ وہ دنیا میں ہے نہ کچھ ہے نہ آخرت میں کچھ ہے جو suicide bombing کرتے ہیں وہ نہ ان کے لیے ان کو نہ دنیا ملنے والی ہے نہ آخرت ملنے والی ہے انہیں کچھ بھی نہیں ملنے والا ہے</w:t>
      </w:r>
    </w:p>
    <w:p>
      <w:r>
        <w:rPr>
          <w:b/>
        </w:rPr>
        <w:t xml:space="preserve">[58:43] </w:t>
      </w:r>
      <w:r>
        <w:t>to yahi sab se bara yahi sab se bari baat hai mein Allah taala se dua karta hoon</w:t>
      </w:r>
    </w:p>
    <w:p>
      <w:pPr>
        <w:jc w:val="right"/>
      </w:pPr>
      <w:r>
        <w:t>تو یہی سب سے بڑا یہی سب سے بڑی بات ہے میں اللہ تعالیٰ سے دعا کرتا ہوں</w:t>
      </w:r>
    </w:p>
    <w:p>
      <w:r>
        <w:rPr>
          <w:b/>
        </w:rPr>
        <w:t xml:space="preserve">[58:50] </w:t>
      </w:r>
      <w:r>
        <w:t>ke wo mujh ko aur aap ko</w:t>
      </w:r>
    </w:p>
    <w:p>
      <w:pPr>
        <w:jc w:val="right"/>
      </w:pPr>
      <w:r>
        <w:t>کہ وہ مجھ کو اور آپ کو</w:t>
      </w:r>
    </w:p>
    <w:p>
      <w:r>
        <w:rPr>
          <w:b/>
        </w:rPr>
        <w:t xml:space="preserve">[58:53] </w:t>
      </w:r>
      <w:r>
        <w:t>is ki tofeeq de hum cheezon ko sahi nazar se dekhein aur khuda ka jo karne wala kaam</w:t>
      </w:r>
    </w:p>
    <w:p>
      <w:pPr>
        <w:jc w:val="right"/>
      </w:pPr>
      <w:r>
        <w:t>اس کی توفیق دے ہم چیزوں کو صحیح نظر سے دیکھیں اور خدا کا جو کرنے والا کام</w:t>
      </w:r>
    </w:p>
    <w:p>
      <w:r>
        <w:rPr>
          <w:b/>
        </w:rPr>
        <w:t xml:space="preserve">[59:00] </w:t>
      </w:r>
      <w:r>
        <w:t>hai is pe karne mein lag jayein aqool qooli haza wastaghfirullaha li walakum ajmaeen</w:t>
      </w:r>
    </w:p>
    <w:p>
      <w:pPr>
        <w:jc w:val="right"/>
      </w:pPr>
      <w:r>
        <w:t>ہے اس پہ کرنے میں لگ جائیں اقول قولیھذا واستغفراللہ لیولکم اجمعین</w:t>
      </w:r>
    </w:p>
    <w:p>
      <w:r>
        <w:rPr>
          <w:b/>
        </w:rPr>
        <w:t xml:space="preserve">[59:17] </w:t>
      </w:r>
      <w:r>
        <w:t>maulana this question is from Mr.</w:t>
      </w:r>
    </w:p>
    <w:p>
      <w:pPr>
        <w:jc w:val="right"/>
      </w:pPr>
      <w:r>
        <w:t>مولانا this question is from Mr.</w:t>
      </w:r>
    </w:p>
    <w:p>
      <w:r>
        <w:rPr>
          <w:b/>
        </w:rPr>
        <w:t xml:space="preserve">[59:19] </w:t>
      </w:r>
      <w:r>
        <w:t>syed noman arshad from adelaide, australia</w:t>
      </w:r>
    </w:p>
    <w:p>
      <w:pPr>
        <w:jc w:val="right"/>
      </w:pPr>
      <w:r>
        <w:t>Syed Noman Arshad from Adelaide, Australia</w:t>
      </w:r>
    </w:p>
    <w:p>
      <w:r>
        <w:rPr>
          <w:b/>
        </w:rPr>
        <w:t xml:space="preserve">[59:25] </w:t>
      </w:r>
      <w:r>
        <w:t>my question to maulana is as sabah dispersed all over the world as per the advice of our</w:t>
      </w:r>
    </w:p>
    <w:p>
      <w:pPr>
        <w:jc w:val="right"/>
      </w:pPr>
      <w:r>
        <w:t>my question to مولانا is as Sabah dispersed all over the world as per the advice of our</w:t>
      </w:r>
    </w:p>
    <w:p>
      <w:r>
        <w:rPr>
          <w:b/>
        </w:rPr>
        <w:t xml:space="preserve">[59:32] </w:t>
      </w:r>
      <w:r>
        <w:t>prophet muhammad sallallahu alaihi wasallam to spread islam and give its introduction</w:t>
      </w:r>
    </w:p>
    <w:p>
      <w:pPr>
        <w:jc w:val="right"/>
      </w:pPr>
      <w:r>
        <w:t>Prophet Muhammad صلی اللہ علیہ وسلم to spread Islam and give its introduction</w:t>
      </w:r>
    </w:p>
    <w:p>
      <w:r>
        <w:rPr>
          <w:b/>
        </w:rPr>
        <w:t xml:space="preserve">[59:39] </w:t>
      </w:r>
      <w:r>
        <w:t>is it mandatory for all of us to go around the countries to spread islam as tabligh jamaat</w:t>
      </w:r>
    </w:p>
    <w:p>
      <w:pPr>
        <w:jc w:val="right"/>
      </w:pPr>
      <w:r>
        <w:t>is it mandatory for all of us to go around the countries to spread Islam as Tabligh Jamaat</w:t>
      </w:r>
    </w:p>
    <w:p>
      <w:r>
        <w:rPr>
          <w:b/>
        </w:rPr>
        <w:t xml:space="preserve">[59:47] </w:t>
      </w:r>
      <w:r>
        <w:t>does secondly what is your comment of tabligh jamaat and on their work kindly comment</w:t>
      </w:r>
    </w:p>
    <w:p>
      <w:pPr>
        <w:jc w:val="right"/>
      </w:pPr>
      <w:r>
        <w:t>does secondly what is your comment of Tabligh Jamaat and on their work kindly comment</w:t>
      </w:r>
    </w:p>
    <w:p>
      <w:r>
        <w:rPr>
          <w:b/>
        </w:rPr>
        <w:t xml:space="preserve">[59:56] </w:t>
      </w:r>
      <w:r>
        <w:t>dekhein yeh ek</w:t>
      </w:r>
    </w:p>
    <w:p>
      <w:pPr>
        <w:jc w:val="right"/>
      </w:pPr>
      <w:r>
        <w:t>دیکھیں یہ ایک</w:t>
      </w:r>
    </w:p>
    <w:p>
      <w:r>
        <w:rPr>
          <w:b/>
        </w:rPr>
        <w:t xml:space="preserve">[59:58] </w:t>
      </w:r>
      <w:r>
        <w:t>yeh ek misunderstanding hai tabligh</w:t>
      </w:r>
    </w:p>
    <w:p>
      <w:pPr>
        <w:jc w:val="right"/>
      </w:pPr>
      <w:r>
        <w:t>یہ ایک misunderstanding ہے Tabligh</w:t>
      </w:r>
    </w:p>
    <w:p>
      <w:r>
        <w:rPr>
          <w:b/>
        </w:rPr>
        <w:t xml:space="preserve">[1:00:03] </w:t>
      </w:r>
      <w:r>
        <w:t>jamaat jo jati hai idhar udhar is ka sahaba ke jahan se koi talluq nahi hai yeh alag</w:t>
      </w:r>
    </w:p>
    <w:p>
      <w:pPr>
        <w:jc w:val="right"/>
      </w:pPr>
      <w:r>
        <w:t>Jamaat جو جاتی ہے ادھر ادھر اس کا صحابہ کے جہاں سے کوئی تعلق نہیں ہے یہ الگ</w:t>
      </w:r>
    </w:p>
    <w:p>
      <w:r>
        <w:rPr>
          <w:b/>
        </w:rPr>
        <w:t xml:space="preserve">[1:00:08] </w:t>
      </w:r>
      <w:r>
        <w:t>cheez hai wo alag cheez hai</w:t>
      </w:r>
    </w:p>
    <w:p>
      <w:pPr>
        <w:jc w:val="right"/>
      </w:pPr>
      <w:r>
        <w:t>چیز ہے وہ الگ چیز ہے</w:t>
      </w:r>
    </w:p>
    <w:p>
      <w:r>
        <w:rPr>
          <w:b/>
        </w:rPr>
        <w:t xml:space="preserve">[1:00:11] </w:t>
      </w:r>
      <w:r>
        <w:t>yeh sahaba wale amal ko dohra rahe nahi hain</w:t>
      </w:r>
    </w:p>
    <w:p>
      <w:pPr>
        <w:jc w:val="right"/>
      </w:pPr>
      <w:r>
        <w:t>یہ صحابہ والے عمل کو دہرا رہے نہیں ہیں</w:t>
      </w:r>
    </w:p>
    <w:p>
      <w:r>
        <w:rPr>
          <w:b/>
        </w:rPr>
        <w:t xml:space="preserve">[1:00:16] </w:t>
      </w:r>
      <w:r>
        <w:t>sahaba gaye the non muslim mein islam ko pahunchane ke liye aur tabligh ke log jate hain</w:t>
      </w:r>
    </w:p>
    <w:p>
      <w:pPr>
        <w:jc w:val="right"/>
      </w:pPr>
      <w:r>
        <w:t>صحابہ گئے تھے non مسلم میں اسلام کو پہنچانے کے لیے اور Tabligh کے لوگ جاتے ہیں</w:t>
      </w:r>
    </w:p>
    <w:p>
      <w:r>
        <w:rPr>
          <w:b/>
        </w:rPr>
        <w:t xml:space="preserve">[1:00:24] </w:t>
      </w:r>
      <w:r>
        <w:t>musalmanon ko namaz o roza sikhane ke liye isi liye is ko kaha jata hai masjid war tehreek</w:t>
      </w:r>
    </w:p>
    <w:p>
      <w:pPr>
        <w:jc w:val="right"/>
      </w:pPr>
      <w:r>
        <w:t>مسلمانوں کو نماز و روزہ سکھانے کے لیے اسی لیے اس کو کہا جاتا ہے مسجد وار تحریک</w:t>
      </w:r>
    </w:p>
    <w:p>
      <w:r>
        <w:rPr>
          <w:b/>
        </w:rPr>
        <w:t xml:space="preserve">[1:00:31] </w:t>
      </w:r>
      <w:r>
        <w:t>to sahaba ki tehreek insan war tehreek thi</w:t>
      </w:r>
    </w:p>
    <w:p>
      <w:pPr>
        <w:jc w:val="right"/>
      </w:pPr>
      <w:r>
        <w:t>تو صحابہ کی تحریک انسان وار تحریک تھی</w:t>
      </w:r>
    </w:p>
    <w:p>
      <w:r>
        <w:rPr>
          <w:b/>
        </w:rPr>
        <w:t xml:space="preserve">[1:00:35] </w:t>
      </w:r>
      <w:r>
        <w:t>yeh to masjid war tehreek hai is ka is se koi talluq nahi hai one percent bhi is</w:t>
      </w:r>
    </w:p>
    <w:p>
      <w:pPr>
        <w:jc w:val="right"/>
      </w:pPr>
      <w:r>
        <w:t>یہ تو مسجد وار تحریک ہے اس کا اس سے کوئی تعلق نہیں ہے one percent بھی اس</w:t>
      </w:r>
    </w:p>
    <w:p>
      <w:r>
        <w:rPr>
          <w:b/>
        </w:rPr>
        <w:t xml:space="preserve">[1:00:41] </w:t>
      </w:r>
      <w:r>
        <w:t>se koi talluq nahi hai wo yeh bohat bari ghalat fehmi hai aur maghalta hai</w:t>
      </w:r>
    </w:p>
    <w:p>
      <w:pPr>
        <w:jc w:val="right"/>
      </w:pPr>
      <w:r>
        <w:t>سے کوئی تعلق نہیں ہے وہ یہ بہت بڑی غلط فہمی ہے اور مغالطہ ہے</w:t>
      </w:r>
    </w:p>
    <w:p>
      <w:r>
        <w:rPr>
          <w:b/>
        </w:rPr>
        <w:t xml:space="preserve">[1:00:50] </w:t>
      </w:r>
      <w:r>
        <w:t>to</w:t>
      </w:r>
    </w:p>
    <w:p>
      <w:pPr>
        <w:jc w:val="right"/>
      </w:pPr>
      <w:r>
        <w:t>تو</w:t>
      </w:r>
    </w:p>
    <w:p>
      <w:r>
        <w:rPr>
          <w:b/>
        </w:rPr>
        <w:t xml:space="preserve">[1:00:50] </w:t>
      </w:r>
      <w:r>
        <w:t>tabligh wale jo kaam kar rahe hain masjid war tehreek woh apni jagah pe ek acha kaam ho sakta hai lekin yeh kehna ke woh sahaba wala kaam hai diaspora mein jo gaye the woh woh hai yeh bilkul galat hai baseless hai is ki koi haqeeqat nahi hai doosri baat yeh hai ke diaspora mein jana farz nahi hai dawat farz hai</w:t>
      </w:r>
    </w:p>
    <w:p>
      <w:pPr>
        <w:jc w:val="right"/>
      </w:pPr>
      <w:r>
        <w:t>Tabligh والے جو کام کر رہے ہیں مسجد وار تحریک وہ اپنی جگہ پہ ایک اچھا کام ہو سکتا ہے لیکن یہ کہنا کہ وہ صحابہ والا کام ہے diaspora میں جو گئے تھے وہ وہ ہے یہ بالکل غلط ہے baseless ہے اس کی کوئی حقیقت نہیں ہے دوسری بات یہ ہے کہ diaspora میں جانا فرض نہیں ہے دعوت فرض ہے</w:t>
      </w:r>
    </w:p>
    <w:p>
      <w:r>
        <w:rPr>
          <w:b/>
        </w:rPr>
        <w:t xml:space="preserve">[1:01:14] </w:t>
      </w:r>
      <w:r>
        <w:t>dekhen yeh matlab nahin ke har aadmi diaspora mein chala jaye har aadmi dawat ka kaam kare</w:t>
      </w:r>
    </w:p>
    <w:p>
      <w:pPr>
        <w:jc w:val="right"/>
      </w:pPr>
      <w:r>
        <w:t>دیکھیں یہ مطلب نہیں کہ ہر آدمی diaspora میں چلا جائے ہر آدمی دعوت کا کام کرے</w:t>
      </w:r>
    </w:p>
    <w:p>
      <w:r>
        <w:rPr>
          <w:b/>
        </w:rPr>
        <w:t xml:space="preserve">[1:01:21] </w:t>
      </w:r>
      <w:r>
        <w:t>to jo aadmi diaspora mein hai woh wahan kaam karega jo apne watan mein hai woh wahan</w:t>
      </w:r>
    </w:p>
    <w:p>
      <w:pPr>
        <w:jc w:val="right"/>
      </w:pPr>
      <w:r>
        <w:t>تو جو آدمی diaspora میں ہے وہ وہاں کام کرے گا جو اپنے وطن میں ہے وہ وہاں</w:t>
      </w:r>
    </w:p>
    <w:p>
      <w:r>
        <w:rPr>
          <w:b/>
        </w:rPr>
        <w:t xml:space="preserve">[1:01:26] </w:t>
      </w:r>
      <w:r>
        <w:t>kaam karega</w:t>
      </w:r>
    </w:p>
    <w:p>
      <w:pPr>
        <w:jc w:val="right"/>
      </w:pPr>
      <w:r>
        <w:t>کام کرے گا</w:t>
      </w:r>
    </w:p>
    <w:p>
      <w:r>
        <w:rPr>
          <w:b/>
        </w:rPr>
        <w:t xml:space="preserve">[1:01:29] </w:t>
      </w:r>
      <w:r>
        <w:t>yaad rakhiye yeh yeh bhi ek bohat bara maghalta hai ulma ne aisa kaha ke dawat jo hai</w:t>
      </w:r>
    </w:p>
    <w:p>
      <w:pPr>
        <w:jc w:val="right"/>
      </w:pPr>
      <w:r>
        <w:t>یاد رکھیے یہ یہ بھی ایک بہت بڑا مغالطہ ہے علماء نے ایسا کہا کہ دعوت جو ہے</w:t>
      </w:r>
    </w:p>
    <w:p>
      <w:r>
        <w:rPr>
          <w:b/>
        </w:rPr>
        <w:t xml:space="preserve">[1:01:37] </w:t>
      </w:r>
      <w:r>
        <w:t>woh farz alal kifaya hai yeh bilkul galat baat hai yeh yeh sahi nahin hai yeh dawat farz</w:t>
      </w:r>
    </w:p>
    <w:p>
      <w:pPr>
        <w:jc w:val="right"/>
      </w:pPr>
      <w:r>
        <w:t>وہ فرض علی الکفایہ ہے یہ بالکل غلط بات ہے یہ یہ صحیح نہیں ہے یہ دعوت فرض</w:t>
      </w:r>
    </w:p>
    <w:p>
      <w:r>
        <w:rPr>
          <w:b/>
        </w:rPr>
        <w:t xml:space="preserve">[1:01:43] </w:t>
      </w:r>
      <w:r>
        <w:t>ain hai har insaan par farz hai</w:t>
      </w:r>
    </w:p>
    <w:p>
      <w:pPr>
        <w:jc w:val="right"/>
      </w:pPr>
      <w:r>
        <w:t>عین ہے ہر انسان پر فرض ہے</w:t>
      </w:r>
    </w:p>
    <w:p>
      <w:r>
        <w:rPr>
          <w:b/>
        </w:rPr>
        <w:t xml:space="preserve">[1:01:47] </w:t>
      </w:r>
      <w:r>
        <w:t>dekhen dawat jo hai woh farz hoti hai insaan ke taalluq se</w:t>
      </w:r>
    </w:p>
    <w:p>
      <w:pPr>
        <w:jc w:val="right"/>
      </w:pPr>
      <w:r>
        <w:t>دیکھیں دعوت جو ہے وہ فرض ہوتی ہے انسان کے تعلق سے</w:t>
      </w:r>
    </w:p>
    <w:p>
      <w:r>
        <w:rPr>
          <w:b/>
        </w:rPr>
        <w:t xml:space="preserve">[1:01:54] </w:t>
      </w:r>
      <w:r>
        <w:t>aap ke aas paas agar non muslim rehte hain</w:t>
      </w:r>
    </w:p>
    <w:p>
      <w:pPr>
        <w:jc w:val="right"/>
      </w:pPr>
      <w:r>
        <w:t>آپ کے آس پاس اگر non مسلم رہتے ہیں</w:t>
      </w:r>
    </w:p>
    <w:p>
      <w:r>
        <w:rPr>
          <w:b/>
        </w:rPr>
        <w:t xml:space="preserve">[1:01:58] </w:t>
      </w:r>
      <w:r>
        <w:t>to aap par dawat farz ho gayi</w:t>
      </w:r>
    </w:p>
    <w:p>
      <w:pPr>
        <w:jc w:val="right"/>
      </w:pPr>
      <w:r>
        <w:t>تو آپ پر دعوت فرض ہو گئی</w:t>
      </w:r>
    </w:p>
    <w:p>
      <w:r>
        <w:rPr>
          <w:b/>
        </w:rPr>
        <w:t xml:space="preserve">[1:02:02] </w:t>
      </w:r>
      <w:r>
        <w:t>jaise ek aadmi aap ke paas bhooka mar raha ho to aap par farz ho gaya ke aap ja kar us ko khilayen</w:t>
      </w:r>
    </w:p>
    <w:p>
      <w:pPr>
        <w:jc w:val="right"/>
      </w:pPr>
      <w:r>
        <w:t>جیسے ایک آدمی آپ کے پاس بھوکا مر رہا ہو تو آپ پر فرض ہو گیا کہ آپ جا کر اس کو کھلائیں</w:t>
      </w:r>
    </w:p>
    <w:p>
      <w:r>
        <w:rPr>
          <w:b/>
        </w:rPr>
        <w:t xml:space="preserve">[1:02:12] </w:t>
      </w:r>
      <w:r>
        <w:t>isi tareeqe se aas paas aap ke non muslim hain to un par farz ho gaya aap par</w:t>
      </w:r>
    </w:p>
    <w:p>
      <w:pPr>
        <w:jc w:val="right"/>
      </w:pPr>
      <w:r>
        <w:t>اسی طریقے سے آس پاس آپ کے non مسلم ہیں تو ان پر فرض ہو گیا آپ پر</w:t>
      </w:r>
    </w:p>
    <w:p>
      <w:r>
        <w:rPr>
          <w:b/>
        </w:rPr>
        <w:t xml:space="preserve">[1:02:16] </w:t>
      </w:r>
      <w:r>
        <w:t>ke un par islam pahunchayen aur aaj kal jante hain aap ke communication ka zamana hai</w:t>
      </w:r>
    </w:p>
    <w:p>
      <w:pPr>
        <w:jc w:val="right"/>
      </w:pPr>
      <w:r>
        <w:t>کہ ان پر اسلام پہنچائیں اور آج کل جانتے ہیں آپ کے communication کا زمانہ ہے</w:t>
      </w:r>
    </w:p>
    <w:p>
      <w:r>
        <w:rPr>
          <w:b/>
        </w:rPr>
        <w:t xml:space="preserve">[1:02:22] </w:t>
      </w:r>
      <w:r>
        <w:t>yeh ke communication ke zamane mein ab to yani sari duniya aap ki parosi hai yani electronic neighborhood</w:t>
      </w:r>
    </w:p>
    <w:p>
      <w:pPr>
        <w:jc w:val="right"/>
      </w:pPr>
      <w:r>
        <w:t>یہ کہ communication کے زمانے میں اب تو یعنی ساری دنیا آپ کی پڑوسی ہے یعنی electronic neighborhood</w:t>
      </w:r>
    </w:p>
    <w:p>
      <w:r>
        <w:rPr>
          <w:b/>
        </w:rPr>
        <w:t xml:space="preserve">[1:02:32] </w:t>
      </w:r>
      <w:r>
        <w:t>ka zamana yeh hai pehla zamana local neighborhood ka zamana hota tha ab to electronic neighborhood hai sari</w:t>
      </w:r>
    </w:p>
    <w:p>
      <w:pPr>
        <w:jc w:val="right"/>
      </w:pPr>
      <w:r>
        <w:t>کا زمانہ یہ ہے پہلا زمانہ local neighborhood کا زمانہ ہوتا تھا اب تو electronic neighborhood ہے ساری</w:t>
      </w:r>
    </w:p>
    <w:p>
      <w:r>
        <w:rPr>
          <w:b/>
        </w:rPr>
        <w:t xml:space="preserve">[1:02:39] </w:t>
      </w:r>
      <w:r>
        <w:t>duniya aap ki parosi hai</w:t>
      </w:r>
    </w:p>
    <w:p>
      <w:pPr>
        <w:jc w:val="right"/>
      </w:pPr>
      <w:r>
        <w:t>دنیا آپ کی پڑوسی ہے</w:t>
      </w:r>
    </w:p>
    <w:p>
      <w:r>
        <w:rPr>
          <w:b/>
        </w:rPr>
        <w:t xml:space="preserve">[1:02:43] </w:t>
      </w:r>
      <w:r>
        <w:t>to woh concept khatam ho gaya ke aap ke</w:t>
      </w:r>
    </w:p>
    <w:p>
      <w:pPr>
        <w:jc w:val="right"/>
      </w:pPr>
      <w:r>
        <w:t>تو وہ concept ختم ہو گیا کہ آپ کے</w:t>
      </w:r>
    </w:p>
    <w:p>
      <w:r>
        <w:rPr>
          <w:b/>
        </w:rPr>
        <w:t xml:space="preserve">[1:02:47] </w:t>
      </w:r>
      <w:r>
        <w:t>next door jo aadmi hai wahi parosi hai baqi parosi nahin hai</w:t>
      </w:r>
    </w:p>
    <w:p>
      <w:pPr>
        <w:jc w:val="right"/>
      </w:pPr>
      <w:r>
        <w:t>next door جو آدمی ہے وہی پڑوسی ہے باقی پڑوسی نہیں ہے</w:t>
      </w:r>
    </w:p>
    <w:p>
      <w:r>
        <w:rPr>
          <w:b/>
        </w:rPr>
        <w:t xml:space="preserve">[1:02:52] </w:t>
      </w:r>
      <w:r>
        <w:t>electronic zamane mein sari duniya aap ki parosi hai</w:t>
      </w:r>
    </w:p>
    <w:p>
      <w:pPr>
        <w:jc w:val="right"/>
      </w:pPr>
      <w:r>
        <w:t>electronic زمانے میں ساری دنیا آپ کی پڑوسی ہے</w:t>
      </w:r>
    </w:p>
    <w:p>
      <w:r>
        <w:rPr>
          <w:b/>
        </w:rPr>
        <w:t xml:space="preserve">[1:02:57] </w:t>
      </w:r>
      <w:r>
        <w:t>to</w:t>
      </w:r>
    </w:p>
    <w:p>
      <w:pPr>
        <w:jc w:val="right"/>
      </w:pPr>
      <w:r>
        <w:t>تو</w:t>
      </w:r>
    </w:p>
    <w:p>
      <w:r>
        <w:rPr>
          <w:b/>
        </w:rPr>
        <w:t xml:space="preserve">[1:02:57] </w:t>
      </w:r>
      <w:r>
        <w:t>is wajah se main yeh kahunga ke jo log diaspora mein hain woh wahan kaam karen jo</w:t>
      </w:r>
    </w:p>
    <w:p>
      <w:pPr>
        <w:jc w:val="right"/>
      </w:pPr>
      <w:r>
        <w:t>اس وجہ سے میں یہ کہوں گا کہ جو لوگ diaspora میں ہیں وہ وہاں کام کریں جو</w:t>
      </w:r>
    </w:p>
    <w:p>
      <w:r>
        <w:rPr>
          <w:b/>
        </w:rPr>
        <w:t xml:space="preserve">[1:03:03] </w:t>
      </w:r>
      <w:r>
        <w:t>diaspora mein nahin hain jo wahan hain wahan kaam karen kisi bhi haal mein dawat karna hai karna</w:t>
      </w:r>
    </w:p>
    <w:p>
      <w:pPr>
        <w:jc w:val="right"/>
      </w:pPr>
      <w:r>
        <w:t>diaspora میں نہیں ہیں جو وہاں ہیں وہاں کام کریں کسی بھی حال میں دعوت کرنا ہے کرنا</w:t>
      </w:r>
    </w:p>
    <w:p>
      <w:r>
        <w:rPr>
          <w:b/>
        </w:rPr>
        <w:t xml:space="preserve">[1:03:08] </w:t>
      </w:r>
      <w:r>
        <w:t>hai is ke baghair Allah taala ke haan aap ki pooch hogi dekhen quran ki ek ayat hai</w:t>
      </w:r>
    </w:p>
    <w:p>
      <w:pPr>
        <w:jc w:val="right"/>
      </w:pPr>
      <w:r>
        <w:t>ہے اس کے بغیر اللہ تعالیٰ کے ہاں آپ کی پوچھ ہوگی دیکھیں قرآن کی ایک آیت ہے</w:t>
      </w:r>
    </w:p>
    <w:p>
      <w:r>
        <w:rPr>
          <w:b/>
        </w:rPr>
        <w:t xml:space="preserve">[1:03:18] </w:t>
      </w:r>
      <w:r>
        <w:t>ke Allah taala ne farmaya rasool Allah salallaho alaihi wasallam se ke ya ayuhal rasool balagh ma</w:t>
      </w:r>
    </w:p>
    <w:p>
      <w:pPr>
        <w:jc w:val="right"/>
      </w:pPr>
      <w:r>
        <w:t>کہ اللہ تعالیٰ نے فرمایا رسول اللہ صلی اللہ علیہ وسلم سے کہ یا ایہا الرسول بلغ ما</w:t>
      </w:r>
    </w:p>
    <w:p>
      <w:r>
        <w:rPr>
          <w:b/>
        </w:rPr>
        <w:t xml:space="preserve">[1:03:24] </w:t>
      </w:r>
      <w:r>
        <w:t>anzala ilaik birabbik walim tafal famat balaght risalatahu wallaho yasmuq minan nas is ka matlab yeh hai</w:t>
      </w:r>
    </w:p>
    <w:p>
      <w:pPr>
        <w:jc w:val="right"/>
      </w:pPr>
      <w:r>
        <w:t>انزل الیک بربک ولم تفعل فما بلغت رسالتہ واللہ یا سبق من الناس اس کا مطلب یہ ہے</w:t>
      </w:r>
    </w:p>
    <w:p>
      <w:r>
        <w:rPr>
          <w:b/>
        </w:rPr>
        <w:t xml:space="preserve">[1:03:31] </w:t>
      </w:r>
      <w:r>
        <w:t>ke peghambar agar dawat kaam na kare to us ki peghambari doubtful ho jati hai</w:t>
      </w:r>
    </w:p>
    <w:p>
      <w:pPr>
        <w:jc w:val="right"/>
      </w:pPr>
      <w:r>
        <w:t>کہ پیغمبر اگر دعوت کام نہ کرے تو اس کی پیغمبری doubtful ہو جاتی ہے</w:t>
      </w:r>
    </w:p>
    <w:p>
      <w:r>
        <w:rPr>
          <w:b/>
        </w:rPr>
        <w:t xml:space="preserve">[1:03:41] </w:t>
      </w:r>
      <w:r>
        <w:t>isi tarah se ummat e muhammadi agar dawat kaam na kare to is ka ummat e muhammadi hona doubtful ho</w:t>
      </w:r>
    </w:p>
    <w:p>
      <w:pPr>
        <w:jc w:val="right"/>
      </w:pPr>
      <w:r>
        <w:t>اسی طرح سے امت محمدی اگر دعوت کام نہ کرے تو اس کا امت محمدی ہونا doubtful ہو</w:t>
      </w:r>
    </w:p>
    <w:p>
      <w:r>
        <w:rPr>
          <w:b/>
        </w:rPr>
        <w:t xml:space="preserve">[1:03:48] </w:t>
      </w:r>
      <w:r>
        <w:t>jayega yani Muhammad Sallallahu Alaihi Wasallam ka Muhammad Sallallahu Alaihi Wasallam ki peghambari doubtful ho</w:t>
      </w:r>
    </w:p>
    <w:p>
      <w:pPr>
        <w:jc w:val="right"/>
      </w:pPr>
      <w:r>
        <w:t>جائے گا یعنی محمد صلی اللہ علیہ وسلم کا محمد صلی اللہ علیہ وسلم کی پیغمبری doubtful ہو</w:t>
      </w:r>
    </w:p>
    <w:p>
      <w:r>
        <w:rPr>
          <w:b/>
        </w:rPr>
        <w:t xml:space="preserve">[1:03:57] </w:t>
      </w:r>
      <w:r>
        <w:t>jati thi is waqt jab ke woh dawat kaam na karein aisi ummat Muhammadi jo hai uska</w:t>
      </w:r>
    </w:p>
    <w:p>
      <w:pPr>
        <w:jc w:val="right"/>
      </w:pPr>
      <w:r>
        <w:t>جاتی تھی اس وقت جب کہ وہ دعوت کام نہ کریں ایسی امت محمدی جو ہے اس کا</w:t>
      </w:r>
    </w:p>
    <w:p>
      <w:r>
        <w:rPr>
          <w:b/>
        </w:rPr>
        <w:t xml:space="preserve">[1:04:02] </w:t>
      </w:r>
      <w:r>
        <w:t>ummat Muhammadi hona mujtaba ho jayega agar woh dawat kaam na kare</w:t>
      </w:r>
    </w:p>
    <w:p>
      <w:pPr>
        <w:jc w:val="right"/>
      </w:pPr>
      <w:r>
        <w:t>امت محمدی ہونا مجتبیٰ ہو جائے گا اگر وہ دعوت کام نہ کرے</w:t>
      </w:r>
    </w:p>
    <w:p>
      <w:r>
        <w:rPr>
          <w:b/>
        </w:rPr>
        <w:t xml:space="preserve">[1:04:08] </w:t>
      </w:r>
      <w:r>
        <w:t>yeh hai yeh bohat hi nazuk mamla hai aur yeh musalman kar nahi rahe hain jo log diaspora</w:t>
      </w:r>
    </w:p>
    <w:p>
      <w:pPr>
        <w:jc w:val="right"/>
      </w:pPr>
      <w:r>
        <w:t>یہ ہے یہ بہت ہی نازک معاملہ ہے اور یہ مسلمان کر نہیں رہے ہیں جو لوگ diaspora</w:t>
      </w:r>
    </w:p>
    <w:p>
      <w:r>
        <w:rPr>
          <w:b/>
        </w:rPr>
        <w:t xml:space="preserve">[1:04:15] </w:t>
      </w:r>
      <w:r>
        <w:t>mein hain woh bhi nahi kar rahe hain jo watan mein hain woh bhi nahi kar rahe hain</w:t>
      </w:r>
    </w:p>
    <w:p>
      <w:pPr>
        <w:jc w:val="right"/>
      </w:pPr>
      <w:r>
        <w:t>میں ہیں وہ بھی نہیں کر رہے ہیں جو وطن میں ہیں وہ بھی نہیں کر رہے ہیں</w:t>
      </w:r>
    </w:p>
    <w:p>
      <w:r>
        <w:rPr>
          <w:b/>
        </w:rPr>
        <w:t xml:space="preserve">[1:04:18] </w:t>
      </w:r>
      <w:r>
        <w:t>aur jo Tabligh Jamaat wale chalt phirt kar rahe hain iska dawat se koi talluq nahi hai</w:t>
      </w:r>
    </w:p>
    <w:p>
      <w:pPr>
        <w:jc w:val="right"/>
      </w:pPr>
      <w:r>
        <w:t>اور جو Tabligh Jamaat والے چلت پھرت کر رہے ہیں اس کا دعوت سے کوئی تعلق نہیں ہے</w:t>
      </w:r>
    </w:p>
    <w:p>
      <w:r>
        <w:rPr>
          <w:b/>
        </w:rPr>
        <w:t xml:space="preserve">[1:04:22] </w:t>
      </w:r>
      <w:r>
        <w:t>woh agarche woh dawat ka naam lete hain lekin woh dawat nahi hai woh musalmanon ko namaz o</w:t>
      </w:r>
    </w:p>
    <w:p>
      <w:pPr>
        <w:jc w:val="right"/>
      </w:pPr>
      <w:r>
        <w:t>وہ اگرچہ وہ دعوت کا نام لیتے ہیں لیکن وہ دعوت نہیں ہے وہ مسلمانوں کو نماز و</w:t>
      </w:r>
    </w:p>
    <w:p>
      <w:r>
        <w:rPr>
          <w:b/>
        </w:rPr>
        <w:t xml:space="preserve">[1:04:26] </w:t>
      </w:r>
      <w:r>
        <w:t>roza</w:t>
      </w:r>
    </w:p>
    <w:p>
      <w:pPr>
        <w:jc w:val="right"/>
      </w:pPr>
      <w:r>
        <w:t>روزہ</w:t>
      </w:r>
    </w:p>
    <w:p>
      <w:r>
        <w:rPr>
          <w:b/>
        </w:rPr>
        <w:t xml:space="preserve">[1:04:26] </w:t>
      </w:r>
      <w:r>
        <w:t>sikhana hai bas is se woh farz saqat nahi hota tabligh jamaat chalt phirt jo kar rahe hain is se woh farz saqat nahi hota hai jo dawat ke hasiyat se hamare upar hai woh apni phir bhi baqi hai woh yeh sari idhar udhar jo jate hain log is ka matlab yeh nahi ke dawat hamare upar farz na rahi abhi bhi farz hai woh kyunke woh kaam to ho nahi raha hai</w:t>
      </w:r>
    </w:p>
    <w:p>
      <w:pPr>
        <w:jc w:val="right"/>
      </w:pPr>
      <w:r>
        <w:t>سکھانا ہے بس اس سے وہ فرض ساقط نہیں ہوتا Tabligh Jamaat چلت پھرت جو کر رہے ہیں اس سے وہ فرض ساقط نہیں ہوتا ہے جو دعوت کے حیثیت سے ہمارے اوپر ہے وہ اپنی پھر بھی باقی ہے وہ یہ ساری ادھر ادھر جو جاتے ہیں لوگ اس کا مطلب یہ نہیں کہ دعوت ہمارے اوپر فرض نہ رہی ابھی بھی فرض ہے وہ کیونکہ وہ کام تو ہو نہیں رہا ہے</w:t>
      </w:r>
    </w:p>
    <w:p>
      <w:r>
        <w:rPr>
          <w:b/>
        </w:rPr>
        <w:t xml:space="preserve">[1:04:53] </w:t>
      </w:r>
      <w:r>
        <w:t>this question is from Mr.</w:t>
      </w:r>
    </w:p>
    <w:p>
      <w:pPr>
        <w:jc w:val="right"/>
      </w:pPr>
      <w:r>
        <w:t>this question is from Mr.</w:t>
      </w:r>
    </w:p>
    <w:p>
      <w:r>
        <w:rPr>
          <w:b/>
        </w:rPr>
        <w:t xml:space="preserve">[1:04:55] </w:t>
      </w:r>
      <w:r>
        <w:t>Khaja Kaleemuddin from Pennsylvania</w:t>
      </w:r>
    </w:p>
    <w:p>
      <w:pPr>
        <w:jc w:val="right"/>
      </w:pPr>
      <w:r>
        <w:t>Khaja Kaleemuddin from Pennsylvania</w:t>
      </w:r>
    </w:p>
    <w:p>
      <w:r>
        <w:rPr>
          <w:b/>
        </w:rPr>
        <w:t xml:space="preserve">[1:04:59] </w:t>
      </w:r>
      <w:r>
        <w:t>Maulana sahib it is said in a hadith that worship Allah as if you are seeing him but</w:t>
      </w:r>
    </w:p>
    <w:p>
      <w:pPr>
        <w:jc w:val="right"/>
      </w:pPr>
      <w:r>
        <w:t>مولانا صاحب it is said in a حدیث that worship اللہ as if you are seeing him but</w:t>
      </w:r>
    </w:p>
    <w:p>
      <w:r>
        <w:rPr>
          <w:b/>
        </w:rPr>
        <w:t xml:space="preserve">[1:05:07] </w:t>
      </w:r>
      <w:r>
        <w:t>some people say if you cannot worship Allah as if you are seeing him then at least worship</w:t>
      </w:r>
    </w:p>
    <w:p>
      <w:pPr>
        <w:jc w:val="right"/>
      </w:pPr>
      <w:r>
        <w:t>some people say if you cannot worship اللہ as if you are seeing him then at least worship</w:t>
      </w:r>
    </w:p>
    <w:p>
      <w:r>
        <w:rPr>
          <w:b/>
        </w:rPr>
        <w:t xml:space="preserve">[1:05:12] </w:t>
      </w:r>
      <w:r>
        <w:t>him as if he is seeing you kindly comment on this advice</w:t>
      </w:r>
    </w:p>
    <w:p>
      <w:pPr>
        <w:jc w:val="right"/>
      </w:pPr>
      <w:r>
        <w:t>him as if he is seeing you kindly comment on this advice</w:t>
      </w:r>
    </w:p>
    <w:p>
      <w:r>
        <w:rPr>
          <w:b/>
        </w:rPr>
        <w:t xml:space="preserve">[1:05:19] </w:t>
      </w:r>
      <w:r>
        <w:t>haan dekhein hadith mein jo hai usko kehte hain hadith Jibreel</w:t>
      </w:r>
    </w:p>
    <w:p>
      <w:pPr>
        <w:jc w:val="right"/>
      </w:pPr>
      <w:r>
        <w:t>ہاں دیکھیں حدیث میں جو ہے اس کو کہتے ہیں حدیث جبریل</w:t>
      </w:r>
    </w:p>
    <w:p>
      <w:r>
        <w:rPr>
          <w:b/>
        </w:rPr>
        <w:t xml:space="preserve">[1:05:24] </w:t>
      </w:r>
      <w:r>
        <w:t>hadith mein yeh wording hai ke ta'abbad Allah kaannaka tarah fa lam tarahu fa innahu yarak</w:t>
      </w:r>
    </w:p>
    <w:p>
      <w:pPr>
        <w:jc w:val="right"/>
      </w:pPr>
      <w:r>
        <w:t>حدیث میں یہ wording ہے کہ تعبد اللہ کانک ترا فلم تنکم ترا فنو یراک</w:t>
      </w:r>
    </w:p>
    <w:p>
      <w:r>
        <w:rPr>
          <w:b/>
        </w:rPr>
        <w:t xml:space="preserve">[1:05:32] </w:t>
      </w:r>
      <w:r>
        <w:t>mein samajhta hoon ke is mein do darje hain</w:t>
      </w:r>
    </w:p>
    <w:p>
      <w:pPr>
        <w:jc w:val="right"/>
      </w:pPr>
      <w:r>
        <w:t>میں سمجھتا ہوں کہ اس میں دو درجے ہیں</w:t>
      </w:r>
    </w:p>
    <w:p>
      <w:r>
        <w:rPr>
          <w:b/>
        </w:rPr>
        <w:t xml:space="preserve">[1:05:37] </w:t>
      </w:r>
      <w:r>
        <w:t>yani ibadat ke do darje</w:t>
      </w:r>
    </w:p>
    <w:p>
      <w:pPr>
        <w:jc w:val="right"/>
      </w:pPr>
      <w:r>
        <w:t>یعنی عبادت کے دو درجے</w:t>
      </w:r>
    </w:p>
    <w:p>
      <w:r>
        <w:rPr>
          <w:b/>
        </w:rPr>
        <w:t xml:space="preserve">[1:05:40] </w:t>
      </w:r>
      <w:r>
        <w:t>ek yeh hai ke aap ko ek yeh kiya aap ko Khuda ka yani ek aap ko presence</w:t>
      </w:r>
    </w:p>
    <w:p>
      <w:pPr>
        <w:jc w:val="right"/>
      </w:pPr>
      <w:r>
        <w:t>ایک یہ ہے کہ آپ کو ایک یہ کیا آپ کو خدا کا یعنی ایک آپ کو presence</w:t>
      </w:r>
    </w:p>
    <w:p>
      <w:r>
        <w:rPr>
          <w:b/>
        </w:rPr>
        <w:t xml:space="preserve">[1:05:47] </w:t>
      </w:r>
      <w:r>
        <w:t>of God wali marifat mil jaye aap ko aap mehsoos karein Khuda mere paas maujood hai presence of</w:t>
      </w:r>
    </w:p>
    <w:p>
      <w:pPr>
        <w:jc w:val="right"/>
      </w:pPr>
      <w:r>
        <w:t>of God والی معرفت مل جائے آپ کو آپ محسوس کریں خدا میرے پاس موجود ہے presence of</w:t>
      </w:r>
    </w:p>
    <w:p>
      <w:r>
        <w:rPr>
          <w:b/>
        </w:rPr>
        <w:t xml:space="preserve">[1:05:52] </w:t>
      </w:r>
      <w:r>
        <w:t>God to woh wohi lage ke Khuda mujhe ko mein dekh raha hoon presence ki soorat mein Khuda</w:t>
      </w:r>
    </w:p>
    <w:p>
      <w:pPr>
        <w:jc w:val="right"/>
      </w:pPr>
      <w:r>
        <w:t>God تو وہ وہی لگے کہ خدا مجھے کو میں دیکھ رہا ہوں presence کی صورت میں خدا</w:t>
      </w:r>
    </w:p>
    <w:p>
      <w:r>
        <w:rPr>
          <w:b/>
        </w:rPr>
        <w:t xml:space="preserve">[1:06:00] </w:t>
      </w:r>
      <w:r>
        <w:t>ko mein dekh raha hoon</w:t>
      </w:r>
    </w:p>
    <w:p>
      <w:pPr>
        <w:jc w:val="right"/>
      </w:pPr>
      <w:r>
        <w:t>کو میں دیکھ رہا ہوں</w:t>
      </w:r>
    </w:p>
    <w:p>
      <w:r>
        <w:rPr>
          <w:b/>
        </w:rPr>
        <w:t xml:space="preserve">[1:06:02] </w:t>
      </w:r>
      <w:r>
        <w:t>to is ke liye sahih lafz hai presence of God wali marifat ek darja aala darja yeh hai</w:t>
      </w:r>
    </w:p>
    <w:p>
      <w:pPr>
        <w:jc w:val="right"/>
      </w:pPr>
      <w:r>
        <w:t>تو اس کے لیے صحیح لفظ ہے presence of God والی معرفت ایک درجہ اعلیٰ درجہ یہ ہے</w:t>
      </w:r>
    </w:p>
    <w:p>
      <w:r>
        <w:rPr>
          <w:b/>
        </w:rPr>
        <w:t xml:space="preserve">[1:06:09] </w:t>
      </w:r>
      <w:r>
        <w:t>achha agar aadmi ko yeh aala darja nahi mila hua hai</w:t>
      </w:r>
    </w:p>
    <w:p>
      <w:pPr>
        <w:jc w:val="right"/>
      </w:pPr>
      <w:r>
        <w:t>اچھا اگر آدمی کو یہ اعلیٰ درجہ نہیں ملا ہوا ہے</w:t>
      </w:r>
    </w:p>
    <w:p>
      <w:r>
        <w:rPr>
          <w:b/>
        </w:rPr>
        <w:t xml:space="preserve">[1:06:13] </w:t>
      </w:r>
      <w:r>
        <w:t>yani presence of God ka is ko tajruba nahi hota hai to kam se kam yeh sochna chahiye</w:t>
      </w:r>
    </w:p>
    <w:p>
      <w:pPr>
        <w:jc w:val="right"/>
      </w:pPr>
      <w:r>
        <w:t>یعنی presence of God کا اس کو تجربہ نہیں ہوتا ہے تو کم سے کم یہ سوچنا چاہیے</w:t>
      </w:r>
    </w:p>
    <w:p>
      <w:r>
        <w:rPr>
          <w:b/>
        </w:rPr>
        <w:t xml:space="preserve">[1:06:18] </w:t>
      </w:r>
      <w:r>
        <w:t>is ko ke Khuda mujhe dekh raha hai mein Khuda ki nigrani mein hoon Khuda mujhe watch kar</w:t>
      </w:r>
    </w:p>
    <w:p>
      <w:pPr>
        <w:jc w:val="right"/>
      </w:pPr>
      <w:r>
        <w:t>اس کو کہ خدا مجھے دیکھ رہا ہے میں خدا کی نگرانی میں ہوں خدا مجھے watch کر</w:t>
      </w:r>
    </w:p>
    <w:p>
      <w:r>
        <w:rPr>
          <w:b/>
        </w:rPr>
        <w:t xml:space="preserve">[1:06:23] </w:t>
      </w:r>
      <w:r>
        <w:t>raha hai ye dusre darje</w:t>
      </w:r>
    </w:p>
    <w:p>
      <w:pPr>
        <w:jc w:val="right"/>
      </w:pPr>
      <w:r>
        <w:t>رہا ہے یہ دوسرے درجے</w:t>
      </w:r>
    </w:p>
    <w:p>
      <w:r>
        <w:rPr>
          <w:b/>
        </w:rPr>
        <w:t xml:space="preserve">[1:06:25] </w:t>
      </w:r>
      <w:r>
        <w:t>ki ibadat hai to yeh do darje hain ibadat ke</w:t>
      </w:r>
    </w:p>
    <w:p>
      <w:pPr>
        <w:jc w:val="right"/>
      </w:pPr>
      <w:r>
        <w:t>کی عبادت ہے تو یہ دو درجے ہیں عبادت کے</w:t>
      </w:r>
    </w:p>
    <w:p>
      <w:r>
        <w:rPr>
          <w:b/>
        </w:rPr>
        <w:t xml:space="preserve">[1:06:33] </w:t>
      </w:r>
      <w:r>
        <w:t>darja pehla darja ye hai ke aap ko presence of god ka itna zyada zabardast tajurba hone lage</w:t>
      </w:r>
    </w:p>
    <w:p>
      <w:pPr>
        <w:jc w:val="right"/>
      </w:pPr>
      <w:r>
        <w:t>درجہ پہلا درجہ یہ ہے کہ آپ کو presence of God کا اتنا زیادہ زبردست تجربہ ہونے لگے</w:t>
      </w:r>
    </w:p>
    <w:p>
      <w:r>
        <w:rPr>
          <w:b/>
        </w:rPr>
        <w:t xml:space="preserve">[1:06:39] </w:t>
      </w:r>
      <w:r>
        <w:t>ehsas ke lage ke khuda ko main dekh raha hoon yani goya ke main khuda ko dekh raha</w:t>
      </w:r>
    </w:p>
    <w:p>
      <w:pPr>
        <w:jc w:val="right"/>
      </w:pPr>
      <w:r>
        <w:t>احساس کہ لگے کہ خدا کو میں دیکھ رہا ہوں یعنی گویا کہ میں خدا کو دیکھ رہا</w:t>
      </w:r>
    </w:p>
    <w:p>
      <w:r>
        <w:rPr>
          <w:b/>
        </w:rPr>
        <w:t xml:space="preserve">[1:06:44] </w:t>
      </w:r>
      <w:r>
        <w:t>hoon as if you are seeing god</w:t>
      </w:r>
    </w:p>
    <w:p>
      <w:pPr>
        <w:jc w:val="right"/>
      </w:pPr>
      <w:r>
        <w:t>ہوں as if you are seeing God</w:t>
      </w:r>
    </w:p>
    <w:p>
      <w:r>
        <w:rPr>
          <w:b/>
        </w:rPr>
        <w:t xml:space="preserve">[1:06:49] </w:t>
      </w:r>
      <w:r>
        <w:t>aur agar ye ye aala marifat aap ko nahi mili hui hai to kam se kam itna to</w:t>
      </w:r>
    </w:p>
    <w:p>
      <w:pPr>
        <w:jc w:val="right"/>
      </w:pPr>
      <w:r>
        <w:t>اور اگر یہ یہ اعلیٰ معرفت آپ کو نہیں ملی ہوئی ہے تو کم سے کم اتنا تو</w:t>
      </w:r>
    </w:p>
    <w:p>
      <w:r>
        <w:rPr>
          <w:b/>
        </w:rPr>
        <w:t xml:space="preserve">[1:06:55] </w:t>
      </w:r>
      <w:r>
        <w:t>karna hi karna hai ke aap sochein ke khuda mujhe dekh raha hai khuda mujhe watch kar raha</w:t>
      </w:r>
    </w:p>
    <w:p>
      <w:pPr>
        <w:jc w:val="right"/>
      </w:pPr>
      <w:r>
        <w:t>کرنا ہی کرنا ہے کہ آپ سوچیں کہ خدا مجھے دیکھ رہا ہے خدا مجھے watch کر رہا</w:t>
      </w:r>
    </w:p>
    <w:p>
      <w:r>
        <w:rPr>
          <w:b/>
        </w:rPr>
        <w:t xml:space="preserve">[1:07:00] </w:t>
      </w:r>
      <w:r>
        <w:t>hai main khuda ki nigrani mein hoon is soch ke sath namaz ada karein ibadat ada karein ye</w:t>
      </w:r>
    </w:p>
    <w:p>
      <w:pPr>
        <w:jc w:val="right"/>
      </w:pPr>
      <w:r>
        <w:t>ہے میں خدا کی نگرانی میں ہوں اس سوچ کے ساتھ نماز ادا کریں عبادت ادا کریں یہ</w:t>
      </w:r>
    </w:p>
    <w:p>
      <w:r>
        <w:rPr>
          <w:b/>
        </w:rPr>
        <w:t xml:space="preserve">[1:07:07] </w:t>
      </w:r>
      <w:r>
        <w:t>matlab hai is hadith ka</w:t>
      </w:r>
    </w:p>
    <w:p>
      <w:pPr>
        <w:jc w:val="right"/>
      </w:pPr>
      <w:r>
        <w:t>مطلب ہے اس حدیث کا</w:t>
      </w:r>
    </w:p>
    <w:p>
      <w:r>
        <w:rPr>
          <w:b/>
        </w:rPr>
        <w:t xml:space="preserve">[1:07:11] </w:t>
      </w:r>
      <w:r>
        <w:t>this question is from mr.</w:t>
      </w:r>
    </w:p>
    <w:p>
      <w:pPr>
        <w:jc w:val="right"/>
      </w:pPr>
      <w:r>
        <w:t>this question is from Mr.</w:t>
      </w:r>
    </w:p>
    <w:p>
      <w:r>
        <w:rPr>
          <w:b/>
        </w:rPr>
        <w:t xml:space="preserve">[1:07:13] </w:t>
      </w:r>
      <w:r>
        <w:t>abdul basit doha, qatar molana yeh kaise maloom kiya jaye ke hamara mukhatib rawaiyadi usloob samajh sakta hai scientific nahi</w:t>
      </w:r>
    </w:p>
    <w:p>
      <w:pPr>
        <w:jc w:val="right"/>
      </w:pPr>
      <w:r>
        <w:t>Abdul Basit Doha، قطر مولانا یہ کیسے معلوم کیا جائے کہ ہمارا مخاطب روایتی اسلوب سمجھ سکتا ہے scientific نہیں</w:t>
      </w:r>
    </w:p>
    <w:p>
      <w:r>
        <w:rPr>
          <w:b/>
        </w:rPr>
        <w:t xml:space="preserve">[1:07:30] </w:t>
      </w:r>
      <w:r>
        <w:t>yeh to bohat asan hai ek hi sentence bolta hai aadmi pata chal jata hai ke woh is ka mind kaisa hai jab aap field mein hon dawati kaam karen logon se mile jalen to within minute maloom ho jata hai ke yeh aadmi rawaiyadi mind ka hai scientific mind ka hai</w:t>
      </w:r>
    </w:p>
    <w:p>
      <w:pPr>
        <w:jc w:val="right"/>
      </w:pPr>
      <w:r>
        <w:t>یہ تو بہت آسان ہے ایک ہی sentence بولتا ہے آدمی پتہ چل جاتا ہے کہ وہ اس کا mind کیسا ہے جب آپ field میں ہوں دعوتی کام کریں لوگوں سے ملے جلیں تو within منٹ معلوم ہو جاتا ہے کہ یہ آدمی روایتی mind کا ہے scientific mind کا ہے</w:t>
      </w:r>
    </w:p>
    <w:p>
      <w:r>
        <w:rPr>
          <w:b/>
        </w:rPr>
        <w:t xml:space="preserve">[1:07:51] </w:t>
      </w:r>
      <w:r>
        <w:t>misalan ek aadmi ne agar baat cheet shuru ki aur kaha ke akabir se aisa suna hai</w:t>
      </w:r>
    </w:p>
    <w:p>
      <w:pPr>
        <w:jc w:val="right"/>
      </w:pPr>
      <w:r>
        <w:t>مثلاً ایک آدمی نے اگر بات چیت شروع کی اور کہا کہ اکابر سے ایسا سنا ہے</w:t>
      </w:r>
    </w:p>
    <w:p>
      <w:r>
        <w:rPr>
          <w:b/>
        </w:rPr>
        <w:t xml:space="preserve">[1:07:57] </w:t>
      </w:r>
      <w:r>
        <w:t>aur badon se ye ye sunte aaye hain</w:t>
      </w:r>
    </w:p>
    <w:p>
      <w:pPr>
        <w:jc w:val="right"/>
      </w:pPr>
      <w:r>
        <w:t>اور بڑوں سے یہ یہ سنتے آئے ہیں</w:t>
      </w:r>
    </w:p>
    <w:p>
      <w:r>
        <w:rPr>
          <w:b/>
        </w:rPr>
        <w:t xml:space="preserve">[1:08:03] </w:t>
      </w:r>
      <w:r>
        <w:t>to samajh lijiye ke riwayati zehn ka hai wo aadmi ye ye language riwayati zehn wala bolega</w:t>
      </w:r>
    </w:p>
    <w:p>
      <w:pPr>
        <w:jc w:val="right"/>
      </w:pPr>
      <w:r>
        <w:t>تو سمجھ لیجیے کہ روایتی ذہن کا ہے وہ آدمی یہ یہ language روایتی ذہن والا بولے گا</w:t>
      </w:r>
    </w:p>
    <w:p>
      <w:r>
        <w:rPr>
          <w:b/>
        </w:rPr>
        <w:t xml:space="preserve">[1:08:10] </w:t>
      </w:r>
      <w:r>
        <w:t>ke salaf ki kitabon mein aisa likha hai akabir ne aisa kaha hai badon se aisa manqool hua</w:t>
      </w:r>
    </w:p>
    <w:p>
      <w:pPr>
        <w:jc w:val="right"/>
      </w:pPr>
      <w:r>
        <w:t>کہ سلف کی کتابوں میں ایسا لکھا ہے اکابر نے ایسا کہا ہے بڑوں سے ایسا منقول ہوا</w:t>
      </w:r>
    </w:p>
    <w:p>
      <w:r>
        <w:rPr>
          <w:b/>
        </w:rPr>
        <w:t xml:space="preserve">[1:08:14] </w:t>
      </w:r>
      <w:r>
        <w:t>hai to jab aadmi is tarah ki boli bole samajh lijiye ke riwayati zehn ka hai wo</w:t>
      </w:r>
    </w:p>
    <w:p>
      <w:pPr>
        <w:jc w:val="right"/>
      </w:pPr>
      <w:r>
        <w:t>ہے تو جب آدمی اس طرح کی بولی بولے سمجھ لیجیے کہ روایتی ذہن کا ہے وہ</w:t>
      </w:r>
    </w:p>
    <w:p>
      <w:r>
        <w:rPr>
          <w:b/>
        </w:rPr>
        <w:t xml:space="preserve">[1:08:21] </w:t>
      </w:r>
      <w:r>
        <w:t>aur agar koi science ka hawala de koi scientific discovery ki baat kare wo to samajh lijiye ke</w:t>
      </w:r>
    </w:p>
    <w:p>
      <w:pPr>
        <w:jc w:val="right"/>
      </w:pPr>
      <w:r>
        <w:t>اور اگر کوئی سائنس کا حوالہ دے کوئی scientific discovery کی بات کرے وہ تو سمجھ لیجیے کہ</w:t>
      </w:r>
    </w:p>
    <w:p>
      <w:r>
        <w:rPr>
          <w:b/>
        </w:rPr>
        <w:t xml:space="preserve">[1:08:27] </w:t>
      </w:r>
      <w:r>
        <w:t>iska iski study zyada</w:t>
      </w:r>
    </w:p>
    <w:p>
      <w:pPr>
        <w:jc w:val="right"/>
      </w:pPr>
      <w:r>
        <w:t>اس کا اس کی study زیادہ</w:t>
      </w:r>
    </w:p>
    <w:p>
      <w:r>
        <w:rPr>
          <w:b/>
        </w:rPr>
        <w:t xml:space="preserve">[1:08:32] </w:t>
      </w:r>
      <w:r>
        <w:t>yani zyada wasee hai zyada baaton ko padha hai</w:t>
      </w:r>
    </w:p>
    <w:p>
      <w:pPr>
        <w:jc w:val="right"/>
      </w:pPr>
      <w:r>
        <w:t>یعنی زیادہ وسیع ہے زیادہ باتوں کو پڑھا ہے</w:t>
      </w:r>
    </w:p>
    <w:p>
      <w:r>
        <w:rPr>
          <w:b/>
        </w:rPr>
        <w:t xml:space="preserve">[1:08:36] </w:t>
      </w:r>
      <w:r>
        <w:t>is ne is ka mind scientific mind hai</w:t>
      </w:r>
    </w:p>
    <w:p>
      <w:pPr>
        <w:jc w:val="right"/>
      </w:pPr>
      <w:r>
        <w:t>اس نے اس کا mind scientific mind ہے</w:t>
      </w:r>
    </w:p>
    <w:p>
      <w:r>
        <w:rPr>
          <w:b/>
        </w:rPr>
        <w:t xml:space="preserve">[1:08:42] </w:t>
      </w:r>
      <w:r>
        <w:t>to yeh yeh to yani yeh koi yeh kuch bhi difficult baat nahi hai ek hi mulaqat mein yani ek do minute ki baat cheet mein andaza ho jata hai ke kaun traditional mind wala aadmi hai kaun scientific mind wala aadmi hai</w:t>
      </w:r>
    </w:p>
    <w:p>
      <w:pPr>
        <w:jc w:val="right"/>
      </w:pPr>
      <w:r>
        <w:t>تو یہ یہ تو یعنی یہ کوئی یہ کچھ بھی difficult بات نہیں ہے ایک ہی ملاقات میں یعنی ایک دو منٹ کی بات چیت میں اندازہ ہو جاتا ہے کہ کون traditional mind والا آدمی ہے کون scientific mind والا آدمی ہے</w:t>
      </w:r>
    </w:p>
    <w:p>
      <w:r>
        <w:rPr>
          <w:b/>
        </w:rPr>
        <w:t xml:space="preserve">[1:09:01] </w:t>
      </w:r>
      <w:r>
        <w:t>this question is from mr. muhammad aslam from delhi you have stated that there is no dawah chapter in the compilation of hadith can CPS take up compilation of the hadith on dawah</w:t>
      </w:r>
    </w:p>
    <w:p>
      <w:pPr>
        <w:jc w:val="right"/>
      </w:pPr>
      <w:r>
        <w:t>this question is from Mr. Muhammad Aslam from Delhi you have stated that there is no دعویٰ chapter in the compilation of حدیث can CPS take up compilation of the حدیث on دعویٰ</w:t>
      </w:r>
    </w:p>
    <w:p>
      <w:r>
        <w:rPr>
          <w:b/>
        </w:rPr>
        <w:t xml:space="preserve">[1:09:21] </w:t>
      </w:r>
      <w:r>
        <w:t>dekhein hadith hai to beshumar hai dawat par</w:t>
      </w:r>
    </w:p>
    <w:p>
      <w:pPr>
        <w:jc w:val="right"/>
      </w:pPr>
      <w:r>
        <w:t>دیکھیں حدیث ہے تو بے شمار ہے دعوت پر</w:t>
      </w:r>
    </w:p>
    <w:p>
      <w:r>
        <w:rPr>
          <w:b/>
        </w:rPr>
        <w:t xml:space="preserve">[1:09:25] </w:t>
      </w:r>
      <w:r>
        <w:t>chapterize hai jo hua uske bare mein main kehta hoon</w:t>
      </w:r>
    </w:p>
    <w:p>
      <w:pPr>
        <w:jc w:val="right"/>
      </w:pPr>
      <w:r>
        <w:t>chapterize ہے جو ہوا اس کے بارے میں میں کہتا ہوں</w:t>
      </w:r>
    </w:p>
    <w:p>
      <w:r>
        <w:rPr>
          <w:b/>
        </w:rPr>
        <w:t xml:space="preserve">[1:09:30] </w:t>
      </w:r>
      <w:r>
        <w:t>yani hadisein jo hain jo taqreeban pachas hazar hain to wo un mein bohat bhari hui hain dawti</w:t>
      </w:r>
    </w:p>
    <w:p>
      <w:pPr>
        <w:jc w:val="right"/>
      </w:pPr>
      <w:r>
        <w:t>یعنی حدیثیں جو ہیں جو تقریباً پچاس ہزار ہیں تو وہ ان میں بہت بھری ہوئی ہیں دعوتی</w:t>
      </w:r>
    </w:p>
    <w:p>
      <w:r>
        <w:rPr>
          <w:b/>
        </w:rPr>
        <w:t xml:space="preserve">[1:09:38] </w:t>
      </w:r>
      <w:r>
        <w:t>hadisein lekin baad ke zamane mein abbasi period mein aap jante hain ke compile kiya gaya hadison ko</w:t>
      </w:r>
    </w:p>
    <w:p>
      <w:pPr>
        <w:jc w:val="right"/>
      </w:pPr>
      <w:r>
        <w:t>حدیثیں لیکن بعد کے زمانے میں عباسی period میں آپ جانتے ہیں کہ compile کیا گیا حدیثوں کو</w:t>
      </w:r>
    </w:p>
    <w:p>
      <w:r>
        <w:rPr>
          <w:b/>
        </w:rPr>
        <w:t xml:space="preserve">[1:09:45] </w:t>
      </w:r>
      <w:r>
        <w:t>rasool allah ke zamane mein ya sahaba ke zamane mein ya tabieen ke zamane mein wo compile nahi</w:t>
      </w:r>
    </w:p>
    <w:p>
      <w:pPr>
        <w:jc w:val="right"/>
      </w:pPr>
      <w:r>
        <w:t>رسول اللہ کے زمانے میں یا صحابہ کے زمانے میں یا تابعین کے زمانے میں وہ compile نہیں</w:t>
      </w:r>
    </w:p>
    <w:p>
      <w:r>
        <w:rPr>
          <w:b/>
        </w:rPr>
        <w:t xml:space="preserve">[1:09:49] </w:t>
      </w:r>
      <w:r>
        <w:t>kiya gaya tha unko isko kehte hain tadween karna to tadween karna to tadween ka kaam</w:t>
      </w:r>
    </w:p>
    <w:p>
      <w:pPr>
        <w:jc w:val="right"/>
      </w:pPr>
      <w:r>
        <w:t>کیا گیا تھا ان کو اس کو کہتے ہیں مدون کرنا تو تدوین کرنا تو تدوین کا کام</w:t>
      </w:r>
    </w:p>
    <w:p>
      <w:r>
        <w:rPr>
          <w:b/>
        </w:rPr>
        <w:t xml:space="preserve">[1:09:55] </w:t>
      </w:r>
      <w:r>
        <w:t>nahi hua tha wo kaam hua abbasi period mein muhaddiseen ne kiya to unhone jo chapterize kiya</w:t>
      </w:r>
    </w:p>
    <w:p>
      <w:pPr>
        <w:jc w:val="right"/>
      </w:pPr>
      <w:r>
        <w:t>نہیں ہوا تھا وہ کام ہوا عباسی period میں محدثین نے کیا تو انہوں نے جو chapterize کیا</w:t>
      </w:r>
    </w:p>
    <w:p>
      <w:r>
        <w:rPr>
          <w:b/>
        </w:rPr>
        <w:t xml:space="preserve">[1:10:03] </w:t>
      </w:r>
      <w:r>
        <w:t>jisko kehte hain tarajum bab</w:t>
      </w:r>
    </w:p>
    <w:p>
      <w:pPr>
        <w:jc w:val="right"/>
      </w:pPr>
      <w:r>
        <w:t>جس کو کہتے ہیں تراجم باب</w:t>
      </w:r>
    </w:p>
    <w:p>
      <w:r>
        <w:rPr>
          <w:b/>
        </w:rPr>
        <w:t xml:space="preserve">[1:10:06] </w:t>
      </w:r>
      <w:r>
        <w:t>is mein dawat</w:t>
      </w:r>
    </w:p>
    <w:p>
      <w:pPr>
        <w:jc w:val="right"/>
      </w:pPr>
      <w:r>
        <w:t>اس میں دعوت</w:t>
      </w:r>
    </w:p>
    <w:p>
      <w:r>
        <w:rPr>
          <w:b/>
        </w:rPr>
        <w:t xml:space="preserve">[1:10:06] </w:t>
      </w:r>
      <w:r>
        <w:t>ka bab nahin rakha unhon ne rakh sake woh kyunke unhon ne fiqh ke pattern par hadisen jama</w:t>
      </w:r>
    </w:p>
    <w:p>
      <w:pPr>
        <w:jc w:val="right"/>
      </w:pPr>
      <w:r>
        <w:t>کا باب نہیں رکھا انہوں نے رکھ سکے وہ کیونکہ انہوں نے فقہ کے pattern پر حدیثیں جمع</w:t>
      </w:r>
    </w:p>
    <w:p>
      <w:r>
        <w:rPr>
          <w:b/>
        </w:rPr>
        <w:t xml:space="preserve">[1:10:11] </w:t>
      </w:r>
      <w:r>
        <w:t>ki thin yaani hadisen to thin sari lekin fiqh ke pattern par</w:t>
      </w:r>
    </w:p>
    <w:p>
      <w:pPr>
        <w:jc w:val="right"/>
      </w:pPr>
      <w:r>
        <w:t>کی تھیں یعنی حدیثیں تو تھیں ساری لیکن فقہ کے pattern پر</w:t>
      </w:r>
    </w:p>
    <w:p>
      <w:r>
        <w:rPr>
          <w:b/>
        </w:rPr>
        <w:t xml:space="preserve">[1:10:17] </w:t>
      </w:r>
      <w:r>
        <w:t>mein misaal par ek misaal deta hoon aap ko</w:t>
      </w:r>
    </w:p>
    <w:p>
      <w:pPr>
        <w:jc w:val="right"/>
      </w:pPr>
      <w:r>
        <w:t>میں مثال پر ایک مثال دیتا ہوں آپ کو</w:t>
      </w:r>
    </w:p>
    <w:p>
      <w:r>
        <w:rPr>
          <w:b/>
        </w:rPr>
        <w:t xml:space="preserve">[1:10:21] </w:t>
      </w:r>
      <w:r>
        <w:t>ke aaj kal bohat zyada kaha jata hai abhi mein ek jalse mein gaya to wahan yeh kaha</w:t>
      </w:r>
    </w:p>
    <w:p>
      <w:pPr>
        <w:jc w:val="right"/>
      </w:pPr>
      <w:r>
        <w:t>کہ آج کل بہت زیادہ کہا جاتا ہے ابھی میں ایک جلسے میں گیا تو وہاں یہ کہا</w:t>
      </w:r>
    </w:p>
    <w:p>
      <w:r>
        <w:rPr>
          <w:b/>
        </w:rPr>
        <w:t xml:space="preserve">[1:10:25] </w:t>
      </w:r>
      <w:r>
        <w:t>gaya ke ke islam musalmanon ko yaani</w:t>
      </w:r>
    </w:p>
    <w:p>
      <w:pPr>
        <w:jc w:val="right"/>
      </w:pPr>
      <w:r>
        <w:t>گیا کہ کہ اسلام مسلمانوں کو یعنی</w:t>
      </w:r>
    </w:p>
    <w:p>
      <w:r>
        <w:rPr>
          <w:b/>
        </w:rPr>
        <w:t xml:space="preserve">[1:10:31] </w:t>
      </w:r>
      <w:r>
        <w:t>barabar ka yaani equality nahin deta ek martaba mein ek jalse mein gaya tha to ek ek ek</w:t>
      </w:r>
    </w:p>
    <w:p>
      <w:pPr>
        <w:jc w:val="right"/>
      </w:pPr>
      <w:r>
        <w:t>برابر کا یعنی equality نہیں دیتا ایک مرتبہ میں ایک جلسے میں گیا تھا تو ایک ایک ایک</w:t>
      </w:r>
    </w:p>
    <w:p>
      <w:r>
        <w:rPr>
          <w:b/>
        </w:rPr>
        <w:t xml:space="preserve">[1:10:36] </w:t>
      </w:r>
      <w:r>
        <w:t>judge sahab the wahan the unhon ne kaha ke islam ka sab se bara jo minus point hai</w:t>
      </w:r>
    </w:p>
    <w:p>
      <w:pPr>
        <w:jc w:val="right"/>
      </w:pPr>
      <w:r>
        <w:t>جج صاحب تھے وہاں تھے انہوں نے کہا کہ اسلام کا سب سے بڑا جو minus point ہے</w:t>
      </w:r>
    </w:p>
    <w:p>
      <w:r>
        <w:rPr>
          <w:b/>
        </w:rPr>
        <w:t xml:space="preserve">[1:10:41] </w:t>
      </w:r>
      <w:r>
        <w:t>woh yeh ke is mein gender equality nahin hai</w:t>
      </w:r>
    </w:p>
    <w:p>
      <w:pPr>
        <w:jc w:val="right"/>
      </w:pPr>
      <w:r>
        <w:t>وہ یہ کہ اس میں gender equality نہیں ہے</w:t>
      </w:r>
    </w:p>
    <w:p>
      <w:r>
        <w:rPr>
          <w:b/>
        </w:rPr>
        <w:t xml:space="preserve">[1:10:45] </w:t>
      </w:r>
      <w:r>
        <w:t>gender equality nahin hai</w:t>
      </w:r>
    </w:p>
    <w:p>
      <w:pPr>
        <w:jc w:val="right"/>
      </w:pPr>
      <w:r>
        <w:t>gender equality نہیں ہے</w:t>
      </w:r>
    </w:p>
    <w:p>
      <w:r>
        <w:rPr>
          <w:b/>
        </w:rPr>
        <w:t xml:space="preserve">[1:10:48] </w:t>
      </w:r>
      <w:r>
        <w:t>to ek molvi sahab baithe hue the wahan woh is ka jawab nahin de sake</w:t>
      </w:r>
    </w:p>
    <w:p>
      <w:pPr>
        <w:jc w:val="right"/>
      </w:pPr>
      <w:r>
        <w:t>تو ایک مولوی صاحب بیٹھے ہوئے تھے وہاں وہ اس کا جواب نہیں دے سکے</w:t>
      </w:r>
    </w:p>
    <w:p>
      <w:r>
        <w:rPr>
          <w:b/>
        </w:rPr>
        <w:t xml:space="preserve">[1:10:54] </w:t>
      </w:r>
      <w:r>
        <w:t>yani judge sahab ne kaha ke islam mein gender equality ka concept nahi hai to ek sahab jo farigh the madarse ke is ka jawab koi sahi dhang par nahi de sake woh kyun bukhari mein riwayat maujood hai hadith ki kitabon mein riwayat maujood hai lekin is ka jo ka jo tarjuma bab jo hai is ka yani</w:t>
      </w:r>
    </w:p>
    <w:p>
      <w:pPr>
        <w:jc w:val="right"/>
      </w:pPr>
      <w:r>
        <w:t>یعنی جج صاحب نے کہا کہ اسلام میں gender equality کا concept نہیں ہے تو ایک صاحب جو فارغ تھے مدرسے کے اس کا جواب کوئی صحیح ڈھنگ پر نہیں دے سکے وہ کیوں بخاری میں روایت موجود ہے حدیث کی کتابوں میں روایت موجود ہے لیکن اس کا جو کا جو ترجمہ باب جو ہے اس کا یعنی</w:t>
      </w:r>
    </w:p>
    <w:p>
      <w:r>
        <w:rPr>
          <w:b/>
        </w:rPr>
        <w:t xml:space="preserve">[1:11:16] </w:t>
      </w:r>
      <w:r>
        <w:t>is ka. woh woh yeh nahi ke musawat mard o zan yeh nahi hai woh kya hai haiz kitab al haiz yani yeh baat ke aurat mard dono barabar hain yeh baat hai maujood hadith ki kitabon mein lekin kitab al haiz ke tehat hai woh woh hadith yeh hai ke an nisaa shaqaiq ur rijal</w:t>
      </w:r>
    </w:p>
    <w:p>
      <w:pPr>
        <w:jc w:val="right"/>
      </w:pPr>
      <w:r>
        <w:t>اس کا. وہ وہ یہ نہیں کہ مساوات مرد و زن یہ نہیں ہے وہ کیا ہے حیض کتاب الحیض یعنی یہ بات کہ عورت مرد دونوں برابر ہیں یہ بات ہے موجود حدیث کی کتابوں میں لیکن کتاب الحیض کے تحت ہے وہ وہ حدیث یہ ہے کہ النساء شقائق الرجال</w:t>
      </w:r>
    </w:p>
    <w:p>
      <w:r>
        <w:rPr>
          <w:b/>
        </w:rPr>
        <w:t xml:space="preserve">[1:11:44] </w:t>
      </w:r>
      <w:r>
        <w:t>yani</w:t>
      </w:r>
    </w:p>
    <w:p>
      <w:pPr>
        <w:jc w:val="right"/>
      </w:pPr>
      <w:r>
        <w:t>یعنی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