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Difference Management June 6, 2007 Maulana Wahiduddin Khan</w:t>
      </w:r>
    </w:p>
    <w:p>
      <w:r>
        <w:t>https://www.youtube.com/watch?v=Qcrm0lX88dA</w:t>
      </w:r>
    </w:p>
    <w:p>
      <w:r>
        <w:rPr>
          <w:b/>
        </w:rPr>
        <w:t xml:space="preserve">[00:09] </w:t>
      </w:r>
      <w:r>
        <w:t>bismillah hir rahman nir rahim, wa salallahu ala an-nabi al-karim. rab ishrah li sadri, wa yassir li amri, wah-lul uqdatan min lisani,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لسانی،</w:t>
      </w:r>
    </w:p>
    <w:p>
      <w:r>
        <w:rPr>
          <w:b/>
        </w:rPr>
        <w:t xml:space="preserve">[00:25]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[00:30] </w:t>
      </w:r>
      <w:r>
        <w:t>This day I want to say a few words about the problem of differences.</w:t>
      </w:r>
    </w:p>
    <w:p>
      <w:pPr>
        <w:jc w:val="right"/>
      </w:pPr>
      <w:r>
        <w:t>This day I want to say a few words about the problem of differences.</w:t>
      </w:r>
    </w:p>
    <w:p>
      <w:r>
        <w:rPr>
          <w:b/>
        </w:rPr>
        <w:t xml:space="preserve">[00:43] </w:t>
      </w:r>
      <w:r>
        <w:t>You know, it is the most serious problem all over the world.</w:t>
      </w:r>
    </w:p>
    <w:p>
      <w:pPr>
        <w:jc w:val="right"/>
      </w:pPr>
      <w:r>
        <w:t>You know, it is the most serious problem all over the world.</w:t>
      </w:r>
    </w:p>
    <w:p>
      <w:r>
        <w:rPr>
          <w:b/>
        </w:rPr>
        <w:t xml:space="preserve">[00:52] </w:t>
      </w:r>
      <w:r>
        <w:t>Today,</w:t>
      </w:r>
    </w:p>
    <w:p>
      <w:pPr>
        <w:jc w:val="right"/>
      </w:pPr>
      <w:r>
        <w:t>Today,</w:t>
      </w:r>
    </w:p>
    <w:p>
      <w:r>
        <w:rPr>
          <w:b/>
        </w:rPr>
        <w:t xml:space="preserve">[00:55] </w:t>
      </w:r>
      <w:r>
        <w:t>in today's issue of the Times of India, that is June 6th, there is an item.</w:t>
      </w:r>
    </w:p>
    <w:p>
      <w:pPr>
        <w:jc w:val="right"/>
      </w:pPr>
      <w:r>
        <w:t>in today's issue of the Times of India, that is June 6th, there is an item.</w:t>
      </w:r>
    </w:p>
    <w:p>
      <w:r>
        <w:rPr>
          <w:b/>
        </w:rPr>
        <w:t xml:space="preserve">[01:10] </w:t>
      </w:r>
      <w:r>
        <w:t>The caption of this item is, "World is</w:t>
      </w:r>
    </w:p>
    <w:p>
      <w:pPr>
        <w:jc w:val="right"/>
      </w:pPr>
      <w:r>
        <w:t>The caption of this item is, "World is</w:t>
      </w:r>
    </w:p>
    <w:p>
      <w:r>
        <w:rPr>
          <w:b/>
        </w:rPr>
        <w:t xml:space="preserve">[01:20] </w:t>
      </w:r>
      <w:r>
        <w:t>full of people who overreact to differences." World is full of people who overreact to differences.</w:t>
      </w:r>
    </w:p>
    <w:p>
      <w:pPr>
        <w:jc w:val="right"/>
      </w:pPr>
      <w:r>
        <w:t>full of people who overreact to differences." World is full of people who overreact to differences.</w:t>
      </w:r>
    </w:p>
    <w:p>
      <w:r>
        <w:rPr>
          <w:b/>
        </w:rPr>
        <w:t xml:space="preserve">[01:38] </w:t>
      </w:r>
      <w:r>
        <w:t>This caption</w:t>
      </w:r>
    </w:p>
    <w:p>
      <w:pPr>
        <w:jc w:val="right"/>
      </w:pPr>
      <w:r>
        <w:t>This caption</w:t>
      </w:r>
    </w:p>
    <w:p>
      <w:r>
        <w:rPr>
          <w:b/>
        </w:rPr>
        <w:t xml:space="preserve">[01:42] </w:t>
      </w:r>
      <w:r>
        <w:t>recalls me</w:t>
      </w:r>
    </w:p>
    <w:p>
      <w:pPr>
        <w:jc w:val="right"/>
      </w:pPr>
      <w:r>
        <w:t>recalls me</w:t>
      </w:r>
    </w:p>
    <w:p>
      <w:r>
        <w:rPr>
          <w:b/>
        </w:rPr>
        <w:t xml:space="preserve">[01:48] </w:t>
      </w:r>
      <w:r>
        <w:t>an episode of early history of mankind.</w:t>
      </w:r>
    </w:p>
    <w:p>
      <w:pPr>
        <w:jc w:val="right"/>
      </w:pPr>
      <w:r>
        <w:t>an episode of early history of mankind.</w:t>
      </w:r>
    </w:p>
    <w:p>
      <w:r>
        <w:rPr>
          <w:b/>
        </w:rPr>
        <w:t xml:space="preserve">[01:57] </w:t>
      </w:r>
      <w:r>
        <w:t>This episode is given in the Bible and in the Quran, with some differences, sub-differences in detail.</w:t>
      </w:r>
    </w:p>
    <w:p>
      <w:pPr>
        <w:jc w:val="right"/>
      </w:pPr>
      <w:r>
        <w:t>This episode is given in the Bible and in the Quran, with some differences, sub-differences in detail.</w:t>
      </w:r>
    </w:p>
    <w:p>
      <w:r>
        <w:rPr>
          <w:b/>
        </w:rPr>
        <w:t xml:space="preserve">[02:16] </w:t>
      </w:r>
      <w:r>
        <w:t>This episode is</w:t>
      </w:r>
    </w:p>
    <w:p>
      <w:pPr>
        <w:jc w:val="right"/>
      </w:pPr>
      <w:r>
        <w:t>This episode is</w:t>
      </w:r>
    </w:p>
    <w:p>
      <w:r>
        <w:rPr>
          <w:b/>
        </w:rPr>
        <w:t xml:space="preserve">[02:20] </w:t>
      </w:r>
      <w:r>
        <w:t>very well known</w:t>
      </w:r>
    </w:p>
    <w:p>
      <w:pPr>
        <w:jc w:val="right"/>
      </w:pPr>
      <w:r>
        <w:t>very well known</w:t>
      </w:r>
    </w:p>
    <w:p>
      <w:r>
        <w:rPr>
          <w:b/>
        </w:rPr>
        <w:t xml:space="preserve">[02:23] </w:t>
      </w:r>
      <w:r>
        <w:t>. You know when God Almighty created Adam</w:t>
      </w:r>
    </w:p>
    <w:p>
      <w:pPr>
        <w:jc w:val="right"/>
      </w:pPr>
      <w:r>
        <w:t>. You know when God Almighty created Adam</w:t>
      </w:r>
    </w:p>
    <w:p>
      <w:r>
        <w:rPr>
          <w:b/>
        </w:rPr>
        <w:t xml:space="preserve">[02:34] </w:t>
      </w:r>
      <w:r>
        <w:t>and Hawa. Hawa was His wife. So</w:t>
      </w:r>
    </w:p>
    <w:p>
      <w:pPr>
        <w:jc w:val="right"/>
      </w:pPr>
      <w:r>
        <w:t>and Hawa. Hawa was His wife. So</w:t>
      </w:r>
    </w:p>
    <w:p>
      <w:r>
        <w:rPr>
          <w:b/>
        </w:rPr>
        <w:t xml:space="preserve">[02:44] </w:t>
      </w:r>
      <w:r>
        <w:t>in the first generation, there were two sons of Adam,</w:t>
      </w:r>
    </w:p>
    <w:p>
      <w:pPr>
        <w:jc w:val="right"/>
      </w:pPr>
      <w:r>
        <w:t>in the first generation, there were two sons of Adam,</w:t>
      </w:r>
    </w:p>
    <w:p>
      <w:r>
        <w:rPr>
          <w:b/>
        </w:rPr>
        <w:t xml:space="preserve">[02:50] </w:t>
      </w:r>
      <w:r>
        <w:t>that is Qabil and Habil.</w:t>
      </w:r>
    </w:p>
    <w:p>
      <w:pPr>
        <w:jc w:val="right"/>
      </w:pPr>
      <w:r>
        <w:t>that is Qabil and Habil.</w:t>
      </w:r>
    </w:p>
    <w:p>
      <w:r>
        <w:rPr>
          <w:b/>
        </w:rPr>
        <w:t xml:space="preserve">[02:55] </w:t>
      </w:r>
      <w:r>
        <w:t>Qabil and Habil. So according to the tradition, both presented offerings before God.</w:t>
      </w:r>
    </w:p>
    <w:p>
      <w:pPr>
        <w:jc w:val="right"/>
      </w:pPr>
      <w:r>
        <w:t>Qabil and Habil. So according to the tradition, both presented offerings before God.</w:t>
      </w:r>
    </w:p>
    <w:p>
      <w:r>
        <w:rPr>
          <w:b/>
        </w:rPr>
        <w:t xml:space="preserve">[03:10] </w:t>
      </w:r>
      <w:r>
        <w:t>Both the sons, both the brothers presented some offerings before God.</w:t>
      </w:r>
    </w:p>
    <w:p>
      <w:pPr>
        <w:jc w:val="right"/>
      </w:pPr>
      <w:r>
        <w:t>Both the sons, both the brothers presented some offerings before God.</w:t>
      </w:r>
    </w:p>
    <w:p>
      <w:r>
        <w:rPr>
          <w:b/>
        </w:rPr>
        <w:t xml:space="preserve">[03:21] </w:t>
      </w:r>
      <w:r>
        <w:t>So the offering of Habil was accepted by God, and the offering of Qabil was not accepted by</w:t>
      </w:r>
    </w:p>
    <w:p>
      <w:pPr>
        <w:jc w:val="right"/>
      </w:pPr>
      <w:r>
        <w:t>So the offering of Habil was accepted by God, and the offering of Qabil was not accepted by</w:t>
      </w:r>
    </w:p>
    <w:p>
      <w:r>
        <w:rPr>
          <w:b/>
        </w:rPr>
        <w:t xml:space="preserve">[03:35] </w:t>
      </w:r>
      <w:r>
        <w:t>God. It was rejected. So Qabil became angry, and he became jealous.</w:t>
      </w:r>
    </w:p>
    <w:p>
      <w:pPr>
        <w:jc w:val="right"/>
      </w:pPr>
      <w:r>
        <w:t>God. It was rejected. So Qabil became angry, and he became jealous.</w:t>
      </w:r>
    </w:p>
    <w:p>
      <w:r>
        <w:rPr>
          <w:b/>
        </w:rPr>
        <w:t xml:space="preserve">[03:48] </w:t>
      </w:r>
      <w:r>
        <w:t>There were some other differences between the two brothers, so he became jealous.</w:t>
      </w:r>
    </w:p>
    <w:p>
      <w:pPr>
        <w:jc w:val="right"/>
      </w:pPr>
      <w:r>
        <w:t>There were some other differences between the two brothers, so he became jealous.</w:t>
      </w:r>
    </w:p>
    <w:p>
      <w:r>
        <w:rPr>
          <w:b/>
        </w:rPr>
        <w:t xml:space="preserve">[04:00] </w:t>
      </w:r>
      <w:r>
        <w:t>So out of this jealousy, he killed his brother.</w:t>
      </w:r>
    </w:p>
    <w:p>
      <w:pPr>
        <w:jc w:val="right"/>
      </w:pPr>
      <w:r>
        <w:t>So out of this jealousy, he killed his brother.</w:t>
      </w:r>
    </w:p>
    <w:p>
      <w:r>
        <w:rPr>
          <w:b/>
        </w:rPr>
        <w:t xml:space="preserve">[04:10] </w:t>
      </w:r>
      <w:r>
        <w:t>He was so jealous and so angry that he killed his brother Habil.</w:t>
      </w:r>
    </w:p>
    <w:p>
      <w:pPr>
        <w:jc w:val="right"/>
      </w:pPr>
      <w:r>
        <w:t>He was so jealous and so angry that he killed his brother Habil.</w:t>
      </w:r>
    </w:p>
    <w:p>
      <w:r>
        <w:rPr>
          <w:b/>
        </w:rPr>
        <w:t xml:space="preserve">[04:19] </w:t>
      </w:r>
      <w:r>
        <w:t>You know, Qabil killed his brother Habil. So it was a very extreme example of difference.</w:t>
      </w:r>
    </w:p>
    <w:p>
      <w:pPr>
        <w:jc w:val="right"/>
      </w:pPr>
      <w:r>
        <w:t>You know, Qabil killed his brother Habil. So it was a very extreme example of difference.</w:t>
      </w:r>
    </w:p>
    <w:p>
      <w:r>
        <w:rPr>
          <w:b/>
        </w:rPr>
        <w:t xml:space="preserve">[04:36] </w:t>
      </w:r>
      <w:r>
        <w:t>The reason was that Habil was a pious person and Qabil was not.</w:t>
      </w:r>
    </w:p>
    <w:p>
      <w:pPr>
        <w:jc w:val="right"/>
      </w:pPr>
      <w:r>
        <w:t>The reason was that Habil was a pious person and Qabil was not.</w:t>
      </w:r>
    </w:p>
    <w:p>
      <w:r>
        <w:rPr>
          <w:b/>
        </w:rPr>
        <w:t xml:space="preserve">[04:44] </w:t>
      </w:r>
      <w:r>
        <w:t>So due to lack of Taqwa, due to lack of Taqwa, the offering of Qabil was not accepted by God.</w:t>
      </w:r>
    </w:p>
    <w:p>
      <w:pPr>
        <w:jc w:val="right"/>
      </w:pPr>
      <w:r>
        <w:t>So due to lack of Taqwa, due to lack of Taqwa, the offering of Qabil was not accepted by God.</w:t>
      </w:r>
    </w:p>
    <w:p>
      <w:r>
        <w:rPr>
          <w:b/>
        </w:rPr>
        <w:t xml:space="preserve">[04:57] </w:t>
      </w:r>
      <w:r>
        <w:t>So he became angry, and he killed his brother. Here is a great lesson.</w:t>
      </w:r>
    </w:p>
    <w:p>
      <w:pPr>
        <w:jc w:val="right"/>
      </w:pPr>
      <w:r>
        <w:t>So he became angry, and he killed his brother. Here is a great lesson.</w:t>
      </w:r>
    </w:p>
    <w:p>
      <w:r>
        <w:rPr>
          <w:b/>
        </w:rPr>
        <w:t xml:space="preserve">[05:11] </w:t>
      </w:r>
      <w:r>
        <w:t>There were two options before Qabil.</w:t>
      </w:r>
    </w:p>
    <w:p>
      <w:pPr>
        <w:jc w:val="right"/>
      </w:pPr>
      <w:r>
        <w:t>There were two options before Qabil.</w:t>
      </w:r>
    </w:p>
    <w:p>
      <w:r>
        <w:rPr>
          <w:b/>
        </w:rPr>
        <w:t xml:space="preserve">[05:17] </w:t>
      </w:r>
      <w:r>
        <w:t>When he came to know that God had accepted the offering of Habil and his offering was rejected by God, so at that time there were two options before Qabil.</w:t>
      </w:r>
    </w:p>
    <w:p>
      <w:pPr>
        <w:jc w:val="right"/>
      </w:pPr>
      <w:r>
        <w:t>When he came to know that God had accepted the offering of Habil and his offering was rejected by God, so at that time there were two options before Qabil.</w:t>
      </w:r>
    </w:p>
    <w:p>
      <w:r>
        <w:rPr>
          <w:b/>
        </w:rPr>
        <w:t xml:space="preserve">[05:37] </w:t>
      </w:r>
      <w:r>
        <w:t>One was to kill his brother out of anger, out of jealousy. Then there was another option, to go to introspection.</w:t>
      </w:r>
    </w:p>
    <w:p>
      <w:pPr>
        <w:jc w:val="right"/>
      </w:pPr>
      <w:r>
        <w:t>One was to kill his brother out of anger, out of jealousy. Then there was another option, to go to introspection.</w:t>
      </w:r>
    </w:p>
    <w:p>
      <w:r>
        <w:rPr>
          <w:b/>
        </w:rPr>
        <w:t xml:space="preserve">[05:53] </w:t>
      </w:r>
      <w:r>
        <w:t>This was the second option, to go to introspection, to find out why Habil was accepted and Qabil was not accepted.</w:t>
      </w:r>
    </w:p>
    <w:p>
      <w:pPr>
        <w:jc w:val="right"/>
      </w:pPr>
      <w:r>
        <w:t>This was the second option, to go to introspection, to find out why Habil was accepted and Qabil was not accepted.</w:t>
      </w:r>
    </w:p>
    <w:p>
      <w:r>
        <w:rPr>
          <w:b/>
        </w:rPr>
        <w:t xml:space="preserve">[06:07] </w:t>
      </w:r>
      <w:r>
        <w:t>This was the best option before. This was the best option for Qabil.</w:t>
      </w:r>
    </w:p>
    <w:p>
      <w:pPr>
        <w:jc w:val="right"/>
      </w:pPr>
      <w:r>
        <w:t>This was the best option before. This was the best option for Qabil.</w:t>
      </w:r>
    </w:p>
    <w:p>
      <w:r>
        <w:rPr>
          <w:b/>
        </w:rPr>
        <w:t xml:space="preserve">[06:19] </w:t>
      </w:r>
      <w:r>
        <w:t>So this episode</w:t>
      </w:r>
    </w:p>
    <w:p>
      <w:pPr>
        <w:jc w:val="right"/>
      </w:pPr>
      <w:r>
        <w:t>So this episode</w:t>
      </w:r>
    </w:p>
    <w:p>
      <w:r>
        <w:rPr>
          <w:b/>
        </w:rPr>
        <w:t xml:space="preserve">[06:27] </w:t>
      </w:r>
      <w:r>
        <w:t>set in the early period of history to be a lesson for mankind.</w:t>
      </w:r>
    </w:p>
    <w:p>
      <w:pPr>
        <w:jc w:val="right"/>
      </w:pPr>
      <w:r>
        <w:t>set in the early period of history to be a lesson for mankind.</w:t>
      </w:r>
    </w:p>
    <w:p>
      <w:r>
        <w:rPr>
          <w:b/>
        </w:rPr>
        <w:t xml:space="preserve">[06:40] </w:t>
      </w:r>
      <w:r>
        <w:t>By this episode, Quran</w:t>
      </w:r>
    </w:p>
    <w:p>
      <w:pPr>
        <w:jc w:val="right"/>
      </w:pPr>
      <w:r>
        <w:t>By this episode, Quran</w:t>
      </w:r>
    </w:p>
    <w:p>
      <w:r>
        <w:rPr>
          <w:b/>
        </w:rPr>
        <w:t xml:space="preserve">[06:45] </w:t>
      </w:r>
      <w:r>
        <w:t>tells us that what is the greatest weakness, what is the greatest weakness of mankind, of human being?</w:t>
      </w:r>
    </w:p>
    <w:p>
      <w:pPr>
        <w:jc w:val="right"/>
      </w:pPr>
      <w:r>
        <w:t>tells us that what is the greatest weakness, what is the greatest weakness of mankind, of human being?</w:t>
      </w:r>
    </w:p>
    <w:p>
      <w:r>
        <w:rPr>
          <w:b/>
        </w:rPr>
        <w:t xml:space="preserve">[07:01] </w:t>
      </w:r>
      <w:r>
        <w:t>It is that in social life, in family life, it is bound to</w:t>
      </w:r>
    </w:p>
    <w:p>
      <w:pPr>
        <w:jc w:val="right"/>
      </w:pPr>
      <w:r>
        <w:t>It is that in social life, in family life, it is bound to</w:t>
      </w:r>
    </w:p>
    <w:p>
      <w:r>
        <w:rPr>
          <w:b/>
        </w:rPr>
        <w:t xml:space="preserve">[07:14] </w:t>
      </w:r>
      <w:r>
        <w:t>arise differences. Difference is a part of nature. So there is no escape from difference.</w:t>
      </w:r>
    </w:p>
    <w:p>
      <w:pPr>
        <w:jc w:val="right"/>
      </w:pPr>
      <w:r>
        <w:t>arise differences. Difference is a part of nature. So there is no escape from difference.</w:t>
      </w:r>
    </w:p>
    <w:p>
      <w:r>
        <w:rPr>
          <w:b/>
        </w:rPr>
        <w:t xml:space="preserve">[07:25] </w:t>
      </w:r>
      <w:r>
        <w:t>But when there is difference, there are two options before man and woman. First is to go to introspection, to find out his own fault, his own shortcomings.</w:t>
      </w:r>
    </w:p>
    <w:p>
      <w:pPr>
        <w:jc w:val="right"/>
      </w:pPr>
      <w:r>
        <w:t>But when there is difference, there are two options before man and woman. First is to go to introspection, to find out his own fault, his own shortcomings.</w:t>
      </w:r>
    </w:p>
    <w:p>
      <w:r>
        <w:rPr>
          <w:b/>
        </w:rPr>
        <w:t xml:space="preserve">[07:44] </w:t>
      </w:r>
      <w:r>
        <w:t>And the second option is to be angry against the other party and try to kill him.</w:t>
      </w:r>
    </w:p>
    <w:p>
      <w:pPr>
        <w:jc w:val="right"/>
      </w:pPr>
      <w:r>
        <w:t>And the second option is to be angry against the other party and try to kill him.</w:t>
      </w:r>
    </w:p>
    <w:p>
      <w:r>
        <w:rPr>
          <w:b/>
        </w:rPr>
        <w:t xml:space="preserve">[07:53] </w:t>
      </w:r>
      <w:r>
        <w:t>So this episode tells us that</w:t>
      </w:r>
    </w:p>
    <w:p>
      <w:pPr>
        <w:jc w:val="right"/>
      </w:pPr>
      <w:r>
        <w:t>So this episode tells us that</w:t>
      </w:r>
    </w:p>
    <w:p>
      <w:r>
        <w:rPr>
          <w:b/>
        </w:rPr>
        <w:t xml:space="preserve">[08:00] </w:t>
      </w:r>
      <w:r>
        <w:t>in every moment in our life, we are either going to hell or to paradise.</w:t>
      </w:r>
    </w:p>
    <w:p>
      <w:pPr>
        <w:jc w:val="right"/>
      </w:pPr>
      <w:r>
        <w:t>in every moment in our life, we are either going to hell or to paradise.</w:t>
      </w:r>
    </w:p>
    <w:p>
      <w:r>
        <w:rPr>
          <w:b/>
        </w:rPr>
        <w:t xml:space="preserve">[08:11] </w:t>
      </w:r>
      <w:r>
        <w:t>If we opt for the wrong option, that will lead to hell.</w:t>
      </w:r>
    </w:p>
    <w:p>
      <w:pPr>
        <w:jc w:val="right"/>
      </w:pPr>
      <w:r>
        <w:t>If we opt for the wrong option, that will lead to hell.</w:t>
      </w:r>
    </w:p>
    <w:p>
      <w:r>
        <w:rPr>
          <w:b/>
        </w:rPr>
        <w:t xml:space="preserve">[08:18] </w:t>
      </w:r>
      <w:r>
        <w:t>And if we opt for theright option, that will lead to paradise. So this is a great lesson.</w:t>
      </w:r>
    </w:p>
    <w:p>
      <w:pPr>
        <w:jc w:val="right"/>
      </w:pPr>
      <w:r>
        <w:t>And if we opt for theright option, that will lead to paradise. So this is a great lesson.</w:t>
      </w:r>
    </w:p>
    <w:p>
      <w:r>
        <w:rPr>
          <w:b/>
        </w:rPr>
        <w:t xml:space="preserve">[08:30] </w:t>
      </w:r>
      <w:r>
        <w:t>Then</w:t>
      </w:r>
    </w:p>
    <w:p>
      <w:pPr>
        <w:jc w:val="right"/>
      </w:pPr>
      <w:r>
        <w:t>Then</w:t>
      </w:r>
    </w:p>
    <w:p>
      <w:r>
        <w:rPr>
          <w:b/>
        </w:rPr>
        <w:t xml:space="preserve">[08:33] </w:t>
      </w:r>
      <w:r>
        <w:t>the Prophet of Islam is a good model. "Laqat qana lakum fi Rasulillahi uswatun hasanah." In the Prophet of Islam, there was a best lesson for you,</w:t>
      </w:r>
    </w:p>
    <w:p>
      <w:pPr>
        <w:jc w:val="right"/>
      </w:pPr>
      <w:r>
        <w:t>the Prophet of Islam is a good model. "Laqat qana lakum fi Rasulillahi uswatun hasanah." In the Prophet of Islam, there was a best lesson for you,</w:t>
      </w:r>
    </w:p>
    <w:p>
      <w:r>
        <w:rPr>
          <w:b/>
        </w:rPr>
        <w:t xml:space="preserve">[08:50] </w:t>
      </w:r>
      <w:r>
        <w:t>a good lesson for you. So the whole life of the Prophet is a good example that how you can manage difference beautifully</w:t>
      </w:r>
    </w:p>
    <w:p>
      <w:pPr>
        <w:jc w:val="right"/>
      </w:pPr>
      <w:r>
        <w:t>a good lesson for you. So the whole life of the Prophet is a good example that how you can manage difference beautifully</w:t>
      </w:r>
    </w:p>
    <w:p>
      <w:r>
        <w:rPr>
          <w:b/>
        </w:rPr>
        <w:t xml:space="preserve">[09:06] </w:t>
      </w:r>
      <w:r>
        <w:t>. "Fasbir sabran jamilah." Fasbir sabran jamilah means try to manage the difference beautifully, in a beautiful manner.</w:t>
      </w:r>
    </w:p>
    <w:p>
      <w:pPr>
        <w:jc w:val="right"/>
      </w:pPr>
      <w:r>
        <w:t>. "Fasbir sabran jamilah." Fasbir sabran jamilah means try to manage the difference beautifully, in a beautiful manner.</w:t>
      </w:r>
    </w:p>
    <w:p>
      <w:r>
        <w:rPr>
          <w:b/>
        </w:rPr>
        <w:t xml:space="preserve">[09:19] </w:t>
      </w:r>
      <w:r>
        <w:t>So I will give you some example how the Prophet was able to manage the difference in a beautiful manner.</w:t>
      </w:r>
    </w:p>
    <w:p>
      <w:pPr>
        <w:jc w:val="right"/>
      </w:pPr>
      <w:r>
        <w:t>So I will give you some example how the Prophet was able to manage the difference in a beautiful manner.</w:t>
      </w:r>
    </w:p>
    <w:p>
      <w:r>
        <w:rPr>
          <w:b/>
        </w:rPr>
        <w:t xml:space="preserve">[09:31] </w:t>
      </w:r>
      <w:r>
        <w:t>You know, the Prophet of Islam, Muhammad Sallallahu Alaihi Wasallam, was appointed as a Prophet in 610 AD.</w:t>
      </w:r>
    </w:p>
    <w:p>
      <w:pPr>
        <w:jc w:val="right"/>
      </w:pPr>
      <w:r>
        <w:t>You know, the Prophet of Islam, Muhammad Sallallahu Alaihi Wasallam, was appointed as a Prophet in 610 AD.</w:t>
      </w:r>
    </w:p>
    <w:p>
      <w:r>
        <w:rPr>
          <w:b/>
        </w:rPr>
        <w:t xml:space="preserve">[09:43] </w:t>
      </w:r>
      <w:r>
        <w:t>At that time in Makkah, there was a great point of difference</w:t>
      </w:r>
    </w:p>
    <w:p>
      <w:pPr>
        <w:jc w:val="right"/>
      </w:pPr>
      <w:r>
        <w:t>At that time in Makkah, there was a great point of difference</w:t>
      </w:r>
    </w:p>
    <w:p>
      <w:r>
        <w:rPr>
          <w:b/>
        </w:rPr>
        <w:t xml:space="preserve">[09:53] </w:t>
      </w:r>
      <w:r>
        <w:t>. That was the presence of idols in Kaaba. The Prophet of Islam was the Prophet of Tawhid, and Kaaba was built as a center of Tawhid.</w:t>
      </w:r>
    </w:p>
    <w:p>
      <w:pPr>
        <w:jc w:val="right"/>
      </w:pPr>
      <w:r>
        <w:t>. That was the presence of idols in Kaaba. The Prophet of Islam was the Prophet of Tawhid, and Kaaba was built as a center of Tawhid.</w:t>
      </w:r>
    </w:p>
    <w:p>
      <w:r>
        <w:rPr>
          <w:b/>
        </w:rPr>
        <w:t xml:space="preserve">[10:09] </w:t>
      </w:r>
      <w:r>
        <w:t>But</w:t>
      </w:r>
    </w:p>
    <w:p>
      <w:pPr>
        <w:jc w:val="right"/>
      </w:pPr>
      <w:r>
        <w:t>But</w:t>
      </w:r>
    </w:p>
    <w:p>
      <w:r>
        <w:rPr>
          <w:b/>
        </w:rPr>
        <w:t xml:space="preserve">[10:13] </w:t>
      </w:r>
      <w:r>
        <w:t>after some generations, the Makkan people placed some idols in the premises of Kaaba.</w:t>
      </w:r>
    </w:p>
    <w:p>
      <w:pPr>
        <w:jc w:val="right"/>
      </w:pPr>
      <w:r>
        <w:t>after some generations, the Makkan people placed some idols in the premises of Kaaba.</w:t>
      </w:r>
    </w:p>
    <w:p>
      <w:r>
        <w:rPr>
          <w:b/>
        </w:rPr>
        <w:t xml:space="preserve">[10:25] </w:t>
      </w:r>
      <w:r>
        <w:t>They became idol worshippers in later generations. So this was a great problem for a Prophet who was the Prophet of Tawhid.</w:t>
      </w:r>
    </w:p>
    <w:p>
      <w:pPr>
        <w:jc w:val="right"/>
      </w:pPr>
      <w:r>
        <w:t>They became idol worshippers in later generations. So this was a great problem for a Prophet who was the Prophet of Tawhid.</w:t>
      </w:r>
    </w:p>
    <w:p>
      <w:r>
        <w:rPr>
          <w:b/>
        </w:rPr>
        <w:t xml:space="preserve">[10:39] </w:t>
      </w:r>
      <w:r>
        <w:t>So this was a difference between the Prophet and Quraysh, our Makkan people.</w:t>
      </w:r>
    </w:p>
    <w:p>
      <w:pPr>
        <w:jc w:val="right"/>
      </w:pPr>
      <w:r>
        <w:t>So this was a difference between the Prophet and Quraysh, our Makkan people.</w:t>
      </w:r>
    </w:p>
    <w:p>
      <w:r>
        <w:rPr>
          <w:b/>
        </w:rPr>
        <w:t xml:space="preserve">[10:44] </w:t>
      </w:r>
      <w:r>
        <w:t>The Makkan people at that time were idol worshippers, and the Prophet of Islam was a worshipper of God Almighty.</w:t>
      </w:r>
    </w:p>
    <w:p>
      <w:pPr>
        <w:jc w:val="right"/>
      </w:pPr>
      <w:r>
        <w:t>The Makkan people at that time were idol worshippers, and the Prophet of Islam was a worshipper of God Almighty.</w:t>
      </w:r>
    </w:p>
    <w:p>
      <w:r>
        <w:rPr>
          <w:b/>
        </w:rPr>
        <w:t xml:space="preserve">[10:55] </w:t>
      </w:r>
      <w:r>
        <w:t>He was the Prophet of Tawhid. So there was a difference between him and other Makkan people.</w:t>
      </w:r>
    </w:p>
    <w:p>
      <w:pPr>
        <w:jc w:val="right"/>
      </w:pPr>
      <w:r>
        <w:t>He was the Prophet of Tawhid. So there was a difference between him and other Makkan people.</w:t>
      </w:r>
    </w:p>
    <w:p>
      <w:r>
        <w:rPr>
          <w:b/>
        </w:rPr>
        <w:t xml:space="preserve">[11:09] </w:t>
      </w:r>
      <w:r>
        <w:t>So at that time also, there were two options before the Prophet. To react</w:t>
      </w:r>
    </w:p>
    <w:p>
      <w:pPr>
        <w:jc w:val="right"/>
      </w:pPr>
      <w:r>
        <w:t>So at that time also, there were two options before the Prophet. To react</w:t>
      </w:r>
    </w:p>
    <w:p>
      <w:r>
        <w:rPr>
          <w:b/>
        </w:rPr>
        <w:t xml:space="preserve">[11:22] </w:t>
      </w:r>
      <w:r>
        <w:t>negatively, to fight those Makkan people, to try to destroy all those idols.</w:t>
      </w:r>
    </w:p>
    <w:p>
      <w:pPr>
        <w:jc w:val="right"/>
      </w:pPr>
      <w:r>
        <w:t>negatively, to fight those Makkan people, to try to destroy all those idols.</w:t>
      </w:r>
    </w:p>
    <w:p>
      <w:r>
        <w:rPr>
          <w:b/>
        </w:rPr>
        <w:t xml:space="preserve">[11:31] </w:t>
      </w:r>
      <w:r>
        <w:t>This was one option. The second option was</w:t>
      </w:r>
    </w:p>
    <w:p>
      <w:pPr>
        <w:jc w:val="right"/>
      </w:pPr>
      <w:r>
        <w:t>This was one option. The second option was</w:t>
      </w:r>
    </w:p>
    <w:p>
      <w:r>
        <w:rPr>
          <w:b/>
        </w:rPr>
        <w:t xml:space="preserve">[11:38] </w:t>
      </w:r>
      <w:r>
        <w:t>to try to manage the difference, manage the difference.</w:t>
      </w:r>
    </w:p>
    <w:p>
      <w:pPr>
        <w:jc w:val="right"/>
      </w:pPr>
      <w:r>
        <w:t>to try to manage the difference, manage the difference.</w:t>
      </w:r>
    </w:p>
    <w:p>
      <w:r>
        <w:rPr>
          <w:b/>
        </w:rPr>
        <w:t xml:space="preserve">[11:47] </w:t>
      </w:r>
      <w:r>
        <w:t>And one was to eliminate the difference. One option was to eliminate the difference, but the second option was to manage the difference.</w:t>
      </w:r>
    </w:p>
    <w:p>
      <w:pPr>
        <w:jc w:val="right"/>
      </w:pPr>
      <w:r>
        <w:t>And one was to eliminate the difference. One option was to eliminate the difference, but the second option was to manage the difference.</w:t>
      </w:r>
    </w:p>
    <w:p>
      <w:r>
        <w:rPr>
          <w:b/>
        </w:rPr>
        <w:t xml:space="preserve">[12:02] </w:t>
      </w:r>
      <w:r>
        <w:t>What is management in this case?</w:t>
      </w:r>
    </w:p>
    <w:p>
      <w:pPr>
        <w:jc w:val="right"/>
      </w:pPr>
      <w:r>
        <w:t>What is management in this case?</w:t>
      </w:r>
    </w:p>
    <w:p>
      <w:r>
        <w:rPr>
          <w:b/>
        </w:rPr>
        <w:t xml:space="preserve">[12:08] </w:t>
      </w:r>
      <w:r>
        <w:t>It means that you have to avoid confrontation. You have to avoid confrontation and try to settle the matter in a beautiful way.</w:t>
      </w:r>
    </w:p>
    <w:p>
      <w:pPr>
        <w:jc w:val="right"/>
      </w:pPr>
      <w:r>
        <w:t>It means that you have to avoid confrontation. You have to avoid confrontation and try to settle the matter in a beautiful way.</w:t>
      </w:r>
    </w:p>
    <w:p>
      <w:r>
        <w:rPr>
          <w:b/>
        </w:rPr>
        <w:t xml:space="preserve">[12:25] </w:t>
      </w:r>
      <w:r>
        <w:t>So the Prophet opted the second option. He never touched those idols.</w:t>
      </w:r>
    </w:p>
    <w:p>
      <w:pPr>
        <w:jc w:val="right"/>
      </w:pPr>
      <w:r>
        <w:t>So the Prophet opted the second option. He never touched those idols.</w:t>
      </w:r>
    </w:p>
    <w:p>
      <w:r>
        <w:rPr>
          <w:b/>
        </w:rPr>
        <w:t xml:space="preserve">[12:39] </w:t>
      </w:r>
      <w:r>
        <w:t>He never objected about those idols. He never gave any negative remark against</w:t>
      </w:r>
    </w:p>
    <w:p>
      <w:pPr>
        <w:jc w:val="right"/>
      </w:pPr>
      <w:r>
        <w:t>He never objected about those idols. He never gave any negative remark against</w:t>
      </w:r>
    </w:p>
    <w:p>
      <w:r>
        <w:rPr>
          <w:b/>
        </w:rPr>
        <w:t xml:space="preserve">[12:57] </w:t>
      </w:r>
      <w:r>
        <w:t>these idols. He simply opted for beautiful management.</w:t>
      </w:r>
    </w:p>
    <w:p>
      <w:pPr>
        <w:jc w:val="right"/>
      </w:pPr>
      <w:r>
        <w:t>these idols. He simply opted for beautiful management.</w:t>
      </w:r>
    </w:p>
    <w:p>
      <w:r>
        <w:rPr>
          <w:b/>
        </w:rPr>
        <w:t xml:space="preserve">[13:06] </w:t>
      </w:r>
      <w:r>
        <w:t>That was—</w:t>
      </w:r>
    </w:p>
    <w:p>
      <w:pPr>
        <w:jc w:val="right"/>
      </w:pPr>
      <w:r>
        <w:t>That was—</w:t>
      </w:r>
    </w:p>
    <w:p>
      <w:r>
        <w:rPr>
          <w:b/>
        </w:rPr>
        <w:t xml:space="preserve">[13:08] </w:t>
      </w:r>
      <w:r>
        <w:t>now, what was this beautiful management? It was</w:t>
      </w:r>
    </w:p>
    <w:p>
      <w:pPr>
        <w:jc w:val="right"/>
      </w:pPr>
      <w:r>
        <w:t>now, what was this beautiful management? It was</w:t>
      </w:r>
    </w:p>
    <w:p>
      <w:r>
        <w:rPr>
          <w:b/>
        </w:rPr>
        <w:t xml:space="preserve">[13:15] </w:t>
      </w:r>
      <w:r>
        <w:t>that he silently observed the situation. Then he found that the presence of these idols in Kaaba gives him a very</w:t>
      </w:r>
    </w:p>
    <w:p>
      <w:pPr>
        <w:jc w:val="right"/>
      </w:pPr>
      <w:r>
        <w:t>that he silently observed the situation. Then he found that the presence of these idols in Kaaba gives him a very</w:t>
      </w:r>
    </w:p>
    <w:p>
      <w:r>
        <w:rPr>
          <w:b/>
        </w:rPr>
        <w:t xml:space="preserve">[13:41] </w:t>
      </w:r>
      <w:r>
        <w:t>important opportunity,</w:t>
      </w:r>
    </w:p>
    <w:p>
      <w:pPr>
        <w:jc w:val="right"/>
      </w:pPr>
      <w:r>
        <w:t>important opportunity,</w:t>
      </w:r>
    </w:p>
    <w:p>
      <w:r>
        <w:rPr>
          <w:b/>
        </w:rPr>
        <w:t xml:space="preserve">[13:46] </w:t>
      </w:r>
      <w:r>
        <w:t>that these idols that were 360 in numbers, those idols were idols of different tribes.</w:t>
      </w:r>
    </w:p>
    <w:p>
      <w:pPr>
        <w:jc w:val="right"/>
      </w:pPr>
      <w:r>
        <w:t>that these idols that were 360 in numbers, those idols were idols of different tribes.</w:t>
      </w:r>
    </w:p>
    <w:p>
      <w:r>
        <w:rPr>
          <w:b/>
        </w:rPr>
        <w:t xml:space="preserve">[13:58] </w:t>
      </w:r>
      <w:r>
        <w:t>Different tribes. So these tribes used to visit Kaaba every day.</w:t>
      </w:r>
    </w:p>
    <w:p>
      <w:pPr>
        <w:jc w:val="right"/>
      </w:pPr>
      <w:r>
        <w:t>Different tribes. So these tribes used to visit Kaaba every day.</w:t>
      </w:r>
    </w:p>
    <w:p>
      <w:r>
        <w:rPr>
          <w:b/>
        </w:rPr>
        <w:t xml:space="preserve">[14:11] </w:t>
      </w:r>
      <w:r>
        <w:t>Thus there was an assembly. Every day there was an assembly. There was a gathering. There was a meeting.</w:t>
      </w:r>
    </w:p>
    <w:p>
      <w:pPr>
        <w:jc w:val="right"/>
      </w:pPr>
      <w:r>
        <w:t>Thus there was an assembly. Every day there was an assembly. There was a gathering. There was a meeting.</w:t>
      </w:r>
    </w:p>
    <w:p>
      <w:r>
        <w:rPr>
          <w:b/>
        </w:rPr>
        <w:t xml:space="preserve">[14:22] </w:t>
      </w:r>
      <w:r>
        <w:t>So although these idols were a problem, but at the same time there was an opportunity.</w:t>
      </w:r>
    </w:p>
    <w:p>
      <w:pPr>
        <w:jc w:val="right"/>
      </w:pPr>
      <w:r>
        <w:t>So although these idols were a problem, but at the same time there was an opportunity.</w:t>
      </w:r>
    </w:p>
    <w:p>
      <w:r>
        <w:rPr>
          <w:b/>
        </w:rPr>
        <w:t xml:space="preserve">[14:33] </w:t>
      </w:r>
      <w:r>
        <w:t>So he decided to avoid the problem and avail the opportunities.</w:t>
      </w:r>
    </w:p>
    <w:p>
      <w:pPr>
        <w:jc w:val="right"/>
      </w:pPr>
      <w:r>
        <w:t>So he decided to avoid the problem and avail the opportunities.</w:t>
      </w:r>
    </w:p>
    <w:p>
      <w:r>
        <w:rPr>
          <w:b/>
        </w:rPr>
        <w:t xml:space="preserve">[14:43] </w:t>
      </w:r>
      <w:r>
        <w:t>So he used to visit Kaaba every day and try to address those people, that gathering.</w:t>
      </w:r>
    </w:p>
    <w:p>
      <w:pPr>
        <w:jc w:val="right"/>
      </w:pPr>
      <w:r>
        <w:t>So he used to visit Kaaba every day and try to address those people, that gathering.</w:t>
      </w:r>
    </w:p>
    <w:p>
      <w:r>
        <w:rPr>
          <w:b/>
        </w:rPr>
        <w:t xml:space="preserve">[14:58] </w:t>
      </w:r>
      <w:r>
        <w:t>He used to say, "Ayyuhal naas, qulu la ilaha illallah tuflihu." "O people." He never said that, "O people, why are you here?</w:t>
      </w:r>
    </w:p>
    <w:p>
      <w:pPr>
        <w:jc w:val="right"/>
      </w:pPr>
      <w:r>
        <w:t>He used to say, "Ayyuhal naas, qulu la ilaha illallah tuflihu." "O people." He never said that, "O people, why are you here?</w:t>
      </w:r>
    </w:p>
    <w:p>
      <w:r>
        <w:rPr>
          <w:b/>
        </w:rPr>
        <w:t xml:space="preserve">[15:13] </w:t>
      </w:r>
      <w:r>
        <w:t>Destroy all these idols. Why do you have put these idols in the center of Tawhid, in</w:t>
      </w:r>
    </w:p>
    <w:p>
      <w:pPr>
        <w:jc w:val="right"/>
      </w:pPr>
      <w:r>
        <w:t>Destroy all these idols. Why do you have put these idols in the center of Tawhid, in</w:t>
      </w:r>
    </w:p>
    <w:p>
      <w:r>
        <w:rPr>
          <w:b/>
        </w:rPr>
        <w:t xml:space="preserve">[15:25] </w:t>
      </w:r>
      <w:r>
        <w:t>Kaaba?" He never said like this. He said, "Ayyuhal naas, qulu la ilaha illallah tuflihu.</w:t>
      </w:r>
    </w:p>
    <w:p>
      <w:pPr>
        <w:jc w:val="right"/>
      </w:pPr>
      <w:r>
        <w:t>Kaaba?" He never said like this. He said, "Ayyuhal naas, qulu la ilaha illallah tuflihu.</w:t>
      </w:r>
    </w:p>
    <w:p>
      <w:r>
        <w:rPr>
          <w:b/>
        </w:rPr>
        <w:t xml:space="preserve">[15:35] </w:t>
      </w:r>
      <w:r>
        <w:t>O people, say that there is no God but one God, and you will be successful." And then he used to recite the verses from the Quran.</w:t>
      </w:r>
    </w:p>
    <w:p>
      <w:pPr>
        <w:jc w:val="right"/>
      </w:pPr>
      <w:r>
        <w:t>O people, say that there is no God but one God, and you will be successful." And then he used to recite the verses from the Quran.</w:t>
      </w:r>
    </w:p>
    <w:p>
      <w:r>
        <w:rPr>
          <w:b/>
        </w:rPr>
        <w:t xml:space="preserve">[15:52] </w:t>
      </w:r>
      <w:r>
        <w:t>So this was his beautiful management, sabran jamilah. Sabran jamilah means adopt the way of beautiful management of issues, of differences, of problems.</w:t>
      </w:r>
    </w:p>
    <w:p>
      <w:pPr>
        <w:jc w:val="right"/>
      </w:pPr>
      <w:r>
        <w:t>So this was his beautiful management, sabran jamilah. Sabran jamilah means adopt the way of beautiful management of issues, of differences, of problems.</w:t>
      </w:r>
    </w:p>
    <w:p>
      <w:r>
        <w:rPr>
          <w:b/>
        </w:rPr>
        <w:t xml:space="preserve">[16:09] </w:t>
      </w:r>
      <w:r>
        <w:t>Then there are dozens of such examples. For example, they became hostile.</w:t>
      </w:r>
    </w:p>
    <w:p>
      <w:pPr>
        <w:jc w:val="right"/>
      </w:pPr>
      <w:r>
        <w:t>Then there are dozens of such examples. For example, they became hostile.</w:t>
      </w:r>
    </w:p>
    <w:p>
      <w:r>
        <w:rPr>
          <w:b/>
        </w:rPr>
        <w:t xml:space="preserve">[16:23] </w:t>
      </w:r>
      <w:r>
        <w:t>They turned hostile to the Prophet of Islam.</w:t>
      </w:r>
    </w:p>
    <w:p>
      <w:pPr>
        <w:jc w:val="right"/>
      </w:pPr>
      <w:r>
        <w:t>They turned hostile to the Prophet of Islam.</w:t>
      </w:r>
    </w:p>
    <w:p>
      <w:r>
        <w:rPr>
          <w:b/>
        </w:rPr>
        <w:t xml:space="preserve">[16:29] </w:t>
      </w:r>
      <w:r>
        <w:t>Even they wanted to kill him. They wanted to kill him. So at that time there were near about 200 companions with him.</w:t>
      </w:r>
    </w:p>
    <w:p>
      <w:pPr>
        <w:jc w:val="right"/>
      </w:pPr>
      <w:r>
        <w:t>Even they wanted to kill him. They wanted to kill him. So at that time there were near about 200 companions with him.</w:t>
      </w:r>
    </w:p>
    <w:p>
      <w:r>
        <w:rPr>
          <w:b/>
        </w:rPr>
        <w:t xml:space="preserve">[16:44] </w:t>
      </w:r>
      <w:r>
        <w:t>So there was also two options: to organize these companions and try to fight those people who wanted to kill him.</w:t>
      </w:r>
    </w:p>
    <w:p>
      <w:pPr>
        <w:jc w:val="right"/>
      </w:pPr>
      <w:r>
        <w:t>So there was also two options: to organize these companions and try to fight those people who wanted to kill him.</w:t>
      </w:r>
    </w:p>
    <w:p>
      <w:r>
        <w:rPr>
          <w:b/>
        </w:rPr>
        <w:t xml:space="preserve">[16:58] </w:t>
      </w:r>
      <w:r>
        <w:t>This was one option. This option was also open. This option was also open.</w:t>
      </w:r>
    </w:p>
    <w:p>
      <w:pPr>
        <w:jc w:val="right"/>
      </w:pPr>
      <w:r>
        <w:t>This was one option. This option was also open. This option was also open.</w:t>
      </w:r>
    </w:p>
    <w:p>
      <w:r>
        <w:rPr>
          <w:b/>
        </w:rPr>
        <w:t xml:space="preserve">[17:09] </w:t>
      </w:r>
      <w:r>
        <w:t>So even we read in books of Sira that at that moment</w:t>
      </w:r>
    </w:p>
    <w:p>
      <w:pPr>
        <w:jc w:val="right"/>
      </w:pPr>
      <w:r>
        <w:t>So even we read in books of Sira that at that moment</w:t>
      </w:r>
    </w:p>
    <w:p>
      <w:r>
        <w:rPr>
          <w:b/>
        </w:rPr>
        <w:t xml:space="preserve">[17:19] </w:t>
      </w:r>
      <w:r>
        <w:t>Umar bin al-Khattab, he was a senior companion of the Prophet. He said that, "We will fight against these idol worshippers."</w:t>
      </w:r>
    </w:p>
    <w:p>
      <w:pPr>
        <w:jc w:val="right"/>
      </w:pPr>
      <w:r>
        <w:t>Umar bin al-Khattab, he was a senior companion of the Prophet. He said that, "We will fight against these idol worshippers."</w:t>
      </w:r>
    </w:p>
    <w:p>
      <w:r>
        <w:rPr>
          <w:b/>
        </w:rPr>
        <w:t xml:space="preserve">[17:33] </w:t>
      </w:r>
      <w:r>
        <w:t>He wanted to fight against those worshippers who were committing such crimes.</w:t>
      </w:r>
    </w:p>
    <w:p>
      <w:pPr>
        <w:jc w:val="right"/>
      </w:pPr>
      <w:r>
        <w:t>He wanted to fight against those worshippers who were committing such crimes.</w:t>
      </w:r>
    </w:p>
    <w:p>
      <w:r>
        <w:rPr>
          <w:b/>
        </w:rPr>
        <w:t xml:space="preserve">[17:42] </w:t>
      </w:r>
      <w:r>
        <w:t>But the Prophet said, "Ya Umar, inna qaleel."</w:t>
      </w:r>
    </w:p>
    <w:p>
      <w:pPr>
        <w:jc w:val="right"/>
      </w:pPr>
      <w:r>
        <w:t>But the Prophet said, "Ya Umar, inna qaleel."</w:t>
      </w:r>
    </w:p>
    <w:p>
      <w:r>
        <w:rPr>
          <w:b/>
        </w:rPr>
        <w:t xml:space="preserve">[17:51] </w:t>
      </w:r>
      <w:r>
        <w:t>"O Umar, O Umar, we are</w:t>
      </w:r>
    </w:p>
    <w:p>
      <w:pPr>
        <w:jc w:val="right"/>
      </w:pPr>
      <w:r>
        <w:t>"O Umar, O Umar, we are</w:t>
      </w:r>
    </w:p>
    <w:p>
      <w:r>
        <w:rPr>
          <w:b/>
        </w:rPr>
        <w:t xml:space="preserve">[17:57] </w:t>
      </w:r>
      <w:r>
        <w:t>not so strong that we can fight, that we can fight successfully.</w:t>
      </w:r>
    </w:p>
    <w:p>
      <w:pPr>
        <w:jc w:val="right"/>
      </w:pPr>
      <w:r>
        <w:t>not so strong that we can fight, that we can fight successfully.</w:t>
      </w:r>
    </w:p>
    <w:p>
      <w:r>
        <w:rPr>
          <w:b/>
        </w:rPr>
        <w:t xml:space="preserve">[18:06] </w:t>
      </w:r>
      <w:r>
        <w:t>We have not reached that stage. We are little in number." So it means that the Prophet of Islam was a dealist person.</w:t>
      </w:r>
    </w:p>
    <w:p>
      <w:pPr>
        <w:jc w:val="right"/>
      </w:pPr>
      <w:r>
        <w:t>We have not reached that stage. We are little in number." So it means that the Prophet of Islam was a dealist person.</w:t>
      </w:r>
    </w:p>
    <w:p>
      <w:r>
        <w:rPr>
          <w:b/>
        </w:rPr>
        <w:t xml:space="preserve">[18:22] </w:t>
      </w:r>
      <w:r>
        <w:t>His approach was a realistic approach. He never adopted an emotional approach, not at all.</w:t>
      </w:r>
    </w:p>
    <w:p>
      <w:pPr>
        <w:jc w:val="right"/>
      </w:pPr>
      <w:r>
        <w:t>His approach was a realistic approach. He never adopted an emotional approach, not at all.</w:t>
      </w:r>
    </w:p>
    <w:p>
      <w:r>
        <w:rPr>
          <w:b/>
        </w:rPr>
        <w:t xml:space="preserve">[18:33] </w:t>
      </w:r>
      <w:r>
        <w:t>In every situation, he wanted to give a response without any emotions.</w:t>
      </w:r>
    </w:p>
    <w:p>
      <w:pPr>
        <w:jc w:val="right"/>
      </w:pPr>
      <w:r>
        <w:t>In every situation, he wanted to give a response without any emotions.</w:t>
      </w:r>
    </w:p>
    <w:p>
      <w:r>
        <w:rPr>
          <w:b/>
        </w:rPr>
        <w:t xml:space="preserve">[18:45] </w:t>
      </w:r>
      <w:r>
        <w:t>He always adopted a realistic approach, a realistic method, a realistic way of reaction.</w:t>
      </w:r>
    </w:p>
    <w:p>
      <w:pPr>
        <w:jc w:val="right"/>
      </w:pPr>
      <w:r>
        <w:t>He always adopted a realistic approach, a realistic method, a realistic way of reaction.</w:t>
      </w:r>
    </w:p>
    <w:p>
      <w:r>
        <w:rPr>
          <w:b/>
        </w:rPr>
        <w:t xml:space="preserve">[18:57] </w:t>
      </w:r>
      <w:r>
        <w:t>So this was the Prophet's method.</w:t>
      </w:r>
    </w:p>
    <w:p>
      <w:pPr>
        <w:jc w:val="right"/>
      </w:pPr>
      <w:r>
        <w:t>So this was the Prophet's method.</w:t>
      </w:r>
    </w:p>
    <w:p>
      <w:r>
        <w:rPr>
          <w:b/>
        </w:rPr>
        <w:t xml:space="preserve">[19:03] </w:t>
      </w:r>
      <w:r>
        <w:t>So the Prophet decided to leave Makkah. Although Makkah was his hometown, there were his properties,</w:t>
      </w:r>
    </w:p>
    <w:p>
      <w:pPr>
        <w:jc w:val="right"/>
      </w:pPr>
      <w:r>
        <w:t>So the Prophet decided to leave Makkah. Although Makkah was his hometown, there were his properties,</w:t>
      </w:r>
    </w:p>
    <w:p>
      <w:r>
        <w:rPr>
          <w:b/>
        </w:rPr>
        <w:t xml:space="preserve">[19:20] </w:t>
      </w:r>
      <w:r>
        <w:t>but he decided to leave Makkah because staying in Makkah was—because staying in Makkah means at that time to fight those Makkan people.</w:t>
      </w:r>
    </w:p>
    <w:p>
      <w:pPr>
        <w:jc w:val="right"/>
      </w:pPr>
      <w:r>
        <w:t>but he decided to leave Makkah because staying in Makkah was—because staying in Makkah means at that time to fight those Makkan people.</w:t>
      </w:r>
    </w:p>
    <w:p>
      <w:r>
        <w:rPr>
          <w:b/>
        </w:rPr>
        <w:t xml:space="preserve">[19:37] </w:t>
      </w:r>
      <w:r>
        <w:t>So he avoided fighting, he avoided</w:t>
      </w:r>
    </w:p>
    <w:p>
      <w:pPr>
        <w:jc w:val="right"/>
      </w:pPr>
      <w:r>
        <w:t>So he avoided fighting, he avoided</w:t>
      </w:r>
    </w:p>
    <w:p>
      <w:r>
        <w:rPr>
          <w:b/>
        </w:rPr>
        <w:t xml:space="preserve">[19:43] </w:t>
      </w:r>
      <w:r>
        <w:t>confrontation. He avoided confrontation. So he decided to leave Makkah and settle in Madinah.</w:t>
      </w:r>
    </w:p>
    <w:p>
      <w:pPr>
        <w:jc w:val="right"/>
      </w:pPr>
      <w:r>
        <w:t>confrontation. He avoided confrontation. So he decided to leave Makkah and settle in Madinah.</w:t>
      </w:r>
    </w:p>
    <w:p>
      <w:r>
        <w:rPr>
          <w:b/>
        </w:rPr>
        <w:t xml:space="preserve">[19:54] </w:t>
      </w:r>
      <w:r>
        <w:t>This was also a way of avoidance</w:t>
      </w:r>
    </w:p>
    <w:p>
      <w:pPr>
        <w:jc w:val="right"/>
      </w:pPr>
      <w:r>
        <w:t>This was also a way of avoidance</w:t>
      </w:r>
    </w:p>
    <w:p>
      <w:r>
        <w:rPr>
          <w:b/>
        </w:rPr>
        <w:t xml:space="preserve">[19:59] </w:t>
      </w:r>
      <w:r>
        <w:t>. Here also there were two options: confrontation and migration. At that time there were two options before the Prophet: confrontation and avoidance.</w:t>
      </w:r>
    </w:p>
    <w:p>
      <w:pPr>
        <w:jc w:val="right"/>
      </w:pPr>
      <w:r>
        <w:t>. Here also there were two options: confrontation and migration. At that time there were two options before the Prophet: confrontation and avoidance.</w:t>
      </w:r>
    </w:p>
    <w:p>
      <w:r>
        <w:rPr>
          <w:b/>
        </w:rPr>
        <w:t xml:space="preserve">[20:20] </w:t>
      </w:r>
      <w:r>
        <w:t>So he</w:t>
      </w:r>
    </w:p>
    <w:p>
      <w:pPr>
        <w:jc w:val="right"/>
      </w:pPr>
      <w:r>
        <w:t>So he</w:t>
      </w:r>
    </w:p>
    <w:p>
      <w:r>
        <w:rPr>
          <w:b/>
        </w:rPr>
        <w:t xml:space="preserve">[20:23] </w:t>
      </w:r>
      <w:r>
        <w:t>opted for avoidance, not the confrontation. There is a very relevant verse in the Quran, "As-Sulhu Khair." "As-Sulhu Khair."</w:t>
      </w:r>
    </w:p>
    <w:p>
      <w:pPr>
        <w:jc w:val="right"/>
      </w:pPr>
      <w:r>
        <w:t>opted for avoidance, not the confrontation. There is a very relevant verse in the Quran, "As-Sulhu Khair." "As-Sulhu Khair."</w:t>
      </w:r>
    </w:p>
    <w:p>
      <w:r>
        <w:rPr>
          <w:b/>
        </w:rPr>
        <w:t xml:space="preserve">[20:43] </w:t>
      </w:r>
      <w:r>
        <w:t>It means that peaceful settlement is the best.</w:t>
      </w:r>
    </w:p>
    <w:p>
      <w:pPr>
        <w:jc w:val="right"/>
      </w:pPr>
      <w:r>
        <w:t>It means that peaceful settlement is the best.</w:t>
      </w:r>
    </w:p>
    <w:p>
      <w:r>
        <w:rPr>
          <w:b/>
        </w:rPr>
        <w:t xml:space="preserve">[20:50] </w:t>
      </w:r>
      <w:r>
        <w:t>"As-Sulhu Khair" means peaceful settlement is the best. The same principle was followed by the Sufi people.</w:t>
      </w:r>
    </w:p>
    <w:p>
      <w:pPr>
        <w:jc w:val="right"/>
      </w:pPr>
      <w:r>
        <w:t>"As-Sulhu Khair" means peaceful settlement is the best. The same principle was followed by the Sufi people.</w:t>
      </w:r>
    </w:p>
    <w:p>
      <w:r>
        <w:rPr>
          <w:b/>
        </w:rPr>
        <w:t xml:space="preserve">[21:03] </w:t>
      </w:r>
      <w:r>
        <w:t>You know, the formula of Sufi people was "Sulhi Kul." "Sulhi Kul" means peace with all.</w:t>
      </w:r>
    </w:p>
    <w:p>
      <w:pPr>
        <w:jc w:val="right"/>
      </w:pPr>
      <w:r>
        <w:t>You know, the formula of Sufi people was "Sulhi Kul." "Sulhi Kul" means peace with all.</w:t>
      </w:r>
    </w:p>
    <w:p>
      <w:r>
        <w:rPr>
          <w:b/>
        </w:rPr>
        <w:t xml:space="preserve">[21:14] </w:t>
      </w:r>
      <w:r>
        <w:t>This was the Sufi formula: "Sulhi Kul," peace with all.</w:t>
      </w:r>
    </w:p>
    <w:p>
      <w:pPr>
        <w:jc w:val="right"/>
      </w:pPr>
      <w:r>
        <w:t>This was the Sufi formula: "Sulhi Kul," peace with all.</w:t>
      </w:r>
    </w:p>
    <w:p>
      <w:r>
        <w:rPr>
          <w:b/>
        </w:rPr>
        <w:t xml:space="preserve">[21:21] </w:t>
      </w:r>
      <w:r>
        <w:t>And you know, the Sufi formula was so successful that they were able to Islamize a vast land of the earth.</w:t>
      </w:r>
    </w:p>
    <w:p>
      <w:pPr>
        <w:jc w:val="right"/>
      </w:pPr>
      <w:r>
        <w:t>And you know, the Sufi formula was so successful that they were able to Islamize a vast land of the earth.</w:t>
      </w:r>
    </w:p>
    <w:p>
      <w:r>
        <w:rPr>
          <w:b/>
        </w:rPr>
        <w:t xml:space="preserve">[21:32] </w:t>
      </w:r>
      <w:r>
        <w:t>Everywhere, in every country, they successfully organized Dawah work. The greatest contribution towards Dawah is that of Sufi people.</w:t>
      </w:r>
    </w:p>
    <w:p>
      <w:pPr>
        <w:jc w:val="right"/>
      </w:pPr>
      <w:r>
        <w:t>Everywhere, in every country, they successfully organized Dawah work. The greatest contribution towards Dawah is that of Sufi people.</w:t>
      </w:r>
    </w:p>
    <w:p>
      <w:r>
        <w:rPr>
          <w:b/>
        </w:rPr>
        <w:t xml:space="preserve">[21:48] </w:t>
      </w:r>
      <w:r>
        <w:t>So Sufi people adopted this formula: "Sulhi Kul," peace with all. This formula was not a—was not a passive formula.</w:t>
      </w:r>
    </w:p>
    <w:p>
      <w:pPr>
        <w:jc w:val="right"/>
      </w:pPr>
      <w:r>
        <w:t>So Sufi people adopted this formula: "Sulhi Kul," peace with all. This formula was not a—was not a passive formula.</w:t>
      </w:r>
    </w:p>
    <w:p>
      <w:r>
        <w:rPr>
          <w:b/>
        </w:rPr>
        <w:t xml:space="preserve">[22:01] </w:t>
      </w:r>
      <w:r>
        <w:t>No. The formula of "Sulhi Kul," peace with all, was not a passive formula.</w:t>
      </w:r>
    </w:p>
    <w:p>
      <w:pPr>
        <w:jc w:val="right"/>
      </w:pPr>
      <w:r>
        <w:t>No. The formula of "Sulhi Kul," peace with all, was not a passive formula.</w:t>
      </w:r>
    </w:p>
    <w:p>
      <w:r>
        <w:rPr>
          <w:b/>
        </w:rPr>
        <w:t xml:space="preserve">[22:12] </w:t>
      </w:r>
      <w:r>
        <w:t>It was a proactive formula. It was completely a proactive formula. Why</w:t>
      </w:r>
    </w:p>
    <w:p>
      <w:pPr>
        <w:jc w:val="right"/>
      </w:pPr>
      <w:r>
        <w:t>It was a proactive formula. It was completely a proactive formula. Why</w:t>
      </w:r>
    </w:p>
    <w:p>
      <w:r>
        <w:rPr>
          <w:b/>
        </w:rPr>
        <w:t xml:space="preserve">[22:23] </w:t>
      </w:r>
      <w:r>
        <w:t>? Because without peace, we—because without peace, you cannot do anything. Peace is must for all kinds of activities.</w:t>
      </w:r>
    </w:p>
    <w:p>
      <w:pPr>
        <w:jc w:val="right"/>
      </w:pPr>
      <w:r>
        <w:t>? Because without peace, we—because without peace, you cannot do anything. Peace is must for all kinds of activities.</w:t>
      </w:r>
    </w:p>
    <w:p>
      <w:r>
        <w:rPr>
          <w:b/>
        </w:rPr>
        <w:t xml:space="preserve">[22:39] </w:t>
      </w:r>
      <w:r>
        <w:t>Peace is must for all kinds of activities. When there is peace, then you can organize Dawah work.</w:t>
      </w:r>
    </w:p>
    <w:p>
      <w:pPr>
        <w:jc w:val="right"/>
      </w:pPr>
      <w:r>
        <w:t>Peace is must for all kinds of activities. When there is peace, then you can organize Dawah work.</w:t>
      </w:r>
    </w:p>
    <w:p>
      <w:r>
        <w:rPr>
          <w:b/>
        </w:rPr>
        <w:t xml:space="preserve">[22:51] </w:t>
      </w:r>
      <w:r>
        <w:t>When there is peace, you can—you can—when there is peace, you can organize constructive work.</w:t>
      </w:r>
    </w:p>
    <w:p>
      <w:pPr>
        <w:jc w:val="right"/>
      </w:pPr>
      <w:r>
        <w:t>When there is peace, you can—you can—when there is peace, you can organize constructive work.</w:t>
      </w:r>
    </w:p>
    <w:p>
      <w:r>
        <w:rPr>
          <w:b/>
        </w:rPr>
        <w:t xml:space="preserve">[23:00] </w:t>
      </w:r>
      <w:r>
        <w:t>If there is peace, you can organize social work. If there is peace, you can organize educational work.</w:t>
      </w:r>
    </w:p>
    <w:p>
      <w:pPr>
        <w:jc w:val="right"/>
      </w:pPr>
      <w:r>
        <w:t>If there is peace, you can organize social work. If there is peace, you can organize educational work.</w:t>
      </w:r>
    </w:p>
    <w:p>
      <w:r>
        <w:rPr>
          <w:b/>
        </w:rPr>
        <w:t xml:space="preserve">[23:12] </w:t>
      </w:r>
      <w:r>
        <w:t>So all kinds of constructive work require peace, also Dawah work.</w:t>
      </w:r>
    </w:p>
    <w:p>
      <w:pPr>
        <w:jc w:val="right"/>
      </w:pPr>
      <w:r>
        <w:t>So all kinds of constructive work require peace, also Dawah work.</w:t>
      </w:r>
    </w:p>
    <w:p>
      <w:r>
        <w:rPr>
          <w:b/>
        </w:rPr>
        <w:t xml:space="preserve">[23:21] </w:t>
      </w:r>
      <w:r>
        <w:t>So the Sufi formula was "Sulhi Kul." And due to this formula, they were able to spread Islam all over the—everywhere in the country.</w:t>
      </w:r>
    </w:p>
    <w:p>
      <w:pPr>
        <w:jc w:val="right"/>
      </w:pPr>
      <w:r>
        <w:t>So the Sufi formula was "Sulhi Kul." And due to this formula, they were able to spread Islam all over the—everywhere in the country.</w:t>
      </w:r>
    </w:p>
    <w:p>
      <w:r>
        <w:rPr>
          <w:b/>
        </w:rPr>
        <w:t xml:space="preserve">[23:39] </w:t>
      </w:r>
      <w:r>
        <w:t>So the Prophet of Islam opted this principle that was given in the Quran, "As-Sulhu Khair."</w:t>
      </w:r>
    </w:p>
    <w:p>
      <w:pPr>
        <w:jc w:val="right"/>
      </w:pPr>
      <w:r>
        <w:t>So the Prophet of Islam opted this principle that was given in the Quran, "As-Sulhu Khair."</w:t>
      </w:r>
    </w:p>
    <w:p>
      <w:r>
        <w:rPr>
          <w:b/>
        </w:rPr>
        <w:t xml:space="preserve">[23:52] </w:t>
      </w:r>
      <w:r>
        <w:t>So he migrated from Makkah to Madinah. There is a very relevant hadith.</w:t>
      </w:r>
    </w:p>
    <w:p>
      <w:pPr>
        <w:jc w:val="right"/>
      </w:pPr>
      <w:r>
        <w:t>So he migrated from Makkah to Madinah. There is a very relevant hadith.</w:t>
      </w:r>
    </w:p>
    <w:p>
      <w:r>
        <w:rPr>
          <w:b/>
        </w:rPr>
        <w:t xml:space="preserve">[24:03] </w:t>
      </w:r>
      <w:r>
        <w:t>The Prophet of Islam has said, "Innallaha</w:t>
      </w:r>
    </w:p>
    <w:p>
      <w:pPr>
        <w:jc w:val="right"/>
      </w:pPr>
      <w:r>
        <w:t>The Prophet of Islam has said, "Innallaha</w:t>
      </w:r>
    </w:p>
    <w:p>
      <w:r>
        <w:rPr>
          <w:b/>
        </w:rPr>
        <w:t xml:space="preserve">[24:07] </w:t>
      </w:r>
      <w:r>
        <w:t>yauhti alar rifq mala yauhti alar unr."</w:t>
      </w:r>
    </w:p>
    <w:p>
      <w:pPr>
        <w:jc w:val="right"/>
      </w:pPr>
      <w:r>
        <w:t>yauhti alar rifq mala yauhti alar unr."</w:t>
      </w:r>
    </w:p>
    <w:p>
      <w:r>
        <w:rPr>
          <w:b/>
        </w:rPr>
        <w:t xml:space="preserve">[24:12] </w:t>
      </w:r>
      <w:r>
        <w:t>The Prophet of Islam has said, "Innallaha</w:t>
      </w:r>
    </w:p>
    <w:p>
      <w:pPr>
        <w:jc w:val="right"/>
      </w:pPr>
      <w:r>
        <w:t>The Prophet of Islam has said, "Innallaha</w:t>
      </w:r>
    </w:p>
    <w:p>
      <w:r>
        <w:rPr>
          <w:b/>
        </w:rPr>
        <w:t xml:space="preserve">[24:16] </w:t>
      </w:r>
      <w:r>
        <w:t>yauhti alar rifq</w:t>
      </w:r>
    </w:p>
    <w:p>
      <w:pPr>
        <w:jc w:val="right"/>
      </w:pPr>
      <w:r>
        <w:t>yauhti alar rifq</w:t>
      </w:r>
    </w:p>
    <w:p>
      <w:r>
        <w:rPr>
          <w:b/>
        </w:rPr>
        <w:t xml:space="preserve">[24:18] </w:t>
      </w:r>
      <w:r>
        <w:t>mala yauhti alar unr."</w:t>
      </w:r>
    </w:p>
    <w:p>
      <w:pPr>
        <w:jc w:val="right"/>
      </w:pPr>
      <w:r>
        <w:t>mala yauhti alar unr."</w:t>
      </w:r>
    </w:p>
    <w:p>
      <w:r>
        <w:rPr>
          <w:b/>
        </w:rPr>
        <w:t xml:space="preserve">[24:23] </w:t>
      </w:r>
      <w:r>
        <w:t>It means that</w:t>
      </w:r>
    </w:p>
    <w:p>
      <w:pPr>
        <w:jc w:val="right"/>
      </w:pPr>
      <w:r>
        <w:t>It means that</w:t>
      </w:r>
    </w:p>
    <w:p>
      <w:r>
        <w:rPr>
          <w:b/>
        </w:rPr>
        <w:t xml:space="preserve">[24:25] </w:t>
      </w:r>
      <w:r>
        <w:t>God grants to</w:t>
      </w:r>
    </w:p>
    <w:p>
      <w:pPr>
        <w:jc w:val="right"/>
      </w:pPr>
      <w:r>
        <w:t>God grants to</w:t>
      </w:r>
    </w:p>
    <w:p>
      <w:r>
        <w:rPr>
          <w:b/>
        </w:rPr>
        <w:t xml:space="preserve">[24:30] </w:t>
      </w:r>
      <w:r>
        <w:t>non-violence what He</w:t>
      </w:r>
    </w:p>
    <w:p>
      <w:pPr>
        <w:jc w:val="right"/>
      </w:pPr>
      <w:r>
        <w:t>non-violence what He</w:t>
      </w:r>
    </w:p>
    <w:p>
      <w:r>
        <w:rPr>
          <w:b/>
        </w:rPr>
        <w:t xml:space="preserve">[24:34] </w:t>
      </w:r>
      <w:r>
        <w:t>does not grant to violence.</w:t>
      </w:r>
    </w:p>
    <w:p>
      <w:pPr>
        <w:jc w:val="right"/>
      </w:pPr>
      <w:r>
        <w:t>does not grant to violence.</w:t>
      </w:r>
    </w:p>
    <w:p>
      <w:r>
        <w:rPr>
          <w:b/>
        </w:rPr>
        <w:t xml:space="preserve">[24:39] </w:t>
      </w:r>
      <w:r>
        <w:t>This saying of the Prophet of Islam refers to a very important law of nature.</w:t>
      </w:r>
    </w:p>
    <w:p>
      <w:pPr>
        <w:jc w:val="right"/>
      </w:pPr>
      <w:r>
        <w:t>This saying of the Prophet of Islam refers to a very important law of nature.</w:t>
      </w:r>
    </w:p>
    <w:p>
      <w:r>
        <w:rPr>
          <w:b/>
        </w:rPr>
        <w:t xml:space="preserve">[24:51] </w:t>
      </w:r>
      <w:r>
        <w:t>This is not simply a sermon. It is a law of nature. You know, our universe is a very, very vast universe.</w:t>
      </w:r>
    </w:p>
    <w:p>
      <w:pPr>
        <w:jc w:val="right"/>
      </w:pPr>
      <w:r>
        <w:t>This is not simply a sermon. It is a law of nature. You know, our universe is a very, very vast universe.</w:t>
      </w:r>
    </w:p>
    <w:p>
      <w:r>
        <w:rPr>
          <w:b/>
        </w:rPr>
        <w:t xml:space="preserve">[25:02] </w:t>
      </w:r>
      <w:r>
        <w:t>There are numerous bodies, and all the bodies are in a moving state. But in the universe, there is no confrontation,</w:t>
      </w:r>
    </w:p>
    <w:p>
      <w:pPr>
        <w:jc w:val="right"/>
      </w:pPr>
      <w:r>
        <w:t>There are numerous bodies, and all the bodies are in a moving state. But in the universe, there is no confrontation,</w:t>
      </w:r>
    </w:p>
    <w:p>
      <w:r>
        <w:rPr>
          <w:b/>
        </w:rPr>
        <w:t xml:space="preserve">[25:15] </w:t>
      </w:r>
      <w:r>
        <w:t>no war.</w:t>
      </w:r>
    </w:p>
    <w:p>
      <w:pPr>
        <w:jc w:val="right"/>
      </w:pPr>
      <w:r>
        <w:t>no war.</w:t>
      </w:r>
    </w:p>
    <w:p>
      <w:r>
        <w:rPr>
          <w:b/>
        </w:rPr>
        <w:t xml:space="preserve">[25:18] </w:t>
      </w:r>
      <w:r>
        <w:t>There is no such war like First World War or Second World War. There is no First Universal War and Second Universal War.</w:t>
      </w:r>
    </w:p>
    <w:p>
      <w:pPr>
        <w:jc w:val="right"/>
      </w:pPr>
      <w:r>
        <w:t>There is no such war like First World War or Second World War. There is no First Universal War and Second Universal War.</w:t>
      </w:r>
    </w:p>
    <w:p>
      <w:r>
        <w:rPr>
          <w:b/>
        </w:rPr>
        <w:t xml:space="preserve">[25:30] </w:t>
      </w:r>
      <w:r>
        <w:t>No.</w:t>
      </w:r>
    </w:p>
    <w:p>
      <w:pPr>
        <w:jc w:val="right"/>
      </w:pPr>
      <w:r>
        <w:t>No.</w:t>
      </w:r>
    </w:p>
    <w:p>
      <w:r>
        <w:rPr>
          <w:b/>
        </w:rPr>
        <w:t xml:space="preserve">[25:36] </w:t>
      </w:r>
      <w:r>
        <w:t>So there is a law of nature. The law of nature is based on peace</w:t>
      </w:r>
    </w:p>
    <w:p>
      <w:pPr>
        <w:jc w:val="right"/>
      </w:pPr>
      <w:r>
        <w:t>So there is a law of nature. The law of nature is based on peace</w:t>
      </w:r>
    </w:p>
    <w:p>
      <w:r>
        <w:rPr>
          <w:b/>
        </w:rPr>
        <w:t xml:space="preserve">[25:45] </w:t>
      </w:r>
      <w:r>
        <w:t>in the complete sense of the word.</w:t>
      </w:r>
    </w:p>
    <w:p>
      <w:pPr>
        <w:jc w:val="right"/>
      </w:pPr>
      <w:r>
        <w:t>in the complete sense of the word.</w:t>
      </w:r>
    </w:p>
    <w:p>
      <w:r>
        <w:rPr>
          <w:b/>
        </w:rPr>
        <w:t xml:space="preserve">[25:50] </w:t>
      </w:r>
      <w:r>
        <w:t>So the same principle, the same universal principle must be followed by man. So the Prophet of Islam followed this universal principle.</w:t>
      </w:r>
    </w:p>
    <w:p>
      <w:pPr>
        <w:jc w:val="right"/>
      </w:pPr>
      <w:r>
        <w:t>So the same principle, the same universal principle must be followed by man. So the Prophet of Islam followed this universal principle.</w:t>
      </w:r>
    </w:p>
    <w:p>
      <w:r>
        <w:rPr>
          <w:b/>
        </w:rPr>
        <w:t xml:space="preserve">[26:05] </w:t>
      </w:r>
      <w:r>
        <w:t>So he migrated from Makkah to Madinah to maintain peace.</w:t>
      </w:r>
    </w:p>
    <w:p>
      <w:pPr>
        <w:jc w:val="right"/>
      </w:pPr>
      <w:r>
        <w:t>So he migrated from Makkah to Madinah to maintain peace.</w:t>
      </w:r>
    </w:p>
    <w:p>
      <w:r>
        <w:rPr>
          <w:b/>
        </w:rPr>
        <w:t xml:space="preserve">[26:13] </w:t>
      </w:r>
      <w:r>
        <w:t>This migration was not a cowardice. It was not passive.</w:t>
      </w:r>
    </w:p>
    <w:p>
      <w:pPr>
        <w:jc w:val="right"/>
      </w:pPr>
      <w:r>
        <w:t>This migration was not a cowardice. It was not passive.</w:t>
      </w:r>
    </w:p>
    <w:p>
      <w:r>
        <w:rPr>
          <w:b/>
        </w:rPr>
        <w:t xml:space="preserve">[26:23] </w:t>
      </w:r>
      <w:r>
        <w:t>It was not passivity. It was not inaction. It was completely a proactive policy.</w:t>
      </w:r>
    </w:p>
    <w:p>
      <w:pPr>
        <w:jc w:val="right"/>
      </w:pPr>
      <w:r>
        <w:t>It was not passivity. It was not inaction. It was completely a proactive policy.</w:t>
      </w:r>
    </w:p>
    <w:p>
      <w:r>
        <w:rPr>
          <w:b/>
        </w:rPr>
        <w:t xml:space="preserve">[26:35] </w:t>
      </w:r>
      <w:r>
        <w:t>It was completely a proactive policy. Why</w:t>
      </w:r>
    </w:p>
    <w:p>
      <w:pPr>
        <w:jc w:val="right"/>
      </w:pPr>
      <w:r>
        <w:t>It was completely a proactive policy. Why</w:t>
      </w:r>
    </w:p>
    <w:p>
      <w:r>
        <w:rPr>
          <w:b/>
        </w:rPr>
        <w:t xml:space="preserve">[26:42] </w:t>
      </w:r>
      <w:r>
        <w:t>? Because by this migration, the Prophet was able to achieve peace.</w:t>
      </w:r>
    </w:p>
    <w:p>
      <w:pPr>
        <w:jc w:val="right"/>
      </w:pPr>
      <w:r>
        <w:t>? Because by this migration, the Prophet was able to achieve peace.</w:t>
      </w:r>
    </w:p>
    <w:p>
      <w:r>
        <w:rPr>
          <w:b/>
        </w:rPr>
        <w:t xml:space="preserve">[26:52] </w:t>
      </w:r>
      <w:r>
        <w:t>In Makkah, there was no peace.</w:t>
      </w:r>
    </w:p>
    <w:p>
      <w:pPr>
        <w:jc w:val="right"/>
      </w:pPr>
      <w:r>
        <w:t>In Makkah, there was no peace.</w:t>
      </w:r>
    </w:p>
    <w:p>
      <w:r>
        <w:rPr>
          <w:b/>
        </w:rPr>
        <w:t xml:space="preserve">[26:57] </w:t>
      </w:r>
      <w:r>
        <w:t>There was confrontation. But in Madinah, there was peace</w:t>
      </w:r>
    </w:p>
    <w:p>
      <w:pPr>
        <w:jc w:val="right"/>
      </w:pPr>
      <w:r>
        <w:t>There was confrontation. But in Madinah, there was peace</w:t>
      </w:r>
    </w:p>
    <w:p>
      <w:r>
        <w:rPr>
          <w:b/>
        </w:rPr>
        <w:t xml:space="preserve">[27:07] </w:t>
      </w:r>
      <w:r>
        <w:t>. So leaving from Makkah and settling to—leaving from Makkah to Madinah was, in fact, leaving from confrontation to peace.</w:t>
      </w:r>
    </w:p>
    <w:p>
      <w:pPr>
        <w:jc w:val="right"/>
      </w:pPr>
      <w:r>
        <w:t>. So leaving from Makkah and settling to—leaving from Makkah to Madinah was, in fact, leaving from confrontation to peace.</w:t>
      </w:r>
    </w:p>
    <w:p>
      <w:r>
        <w:rPr>
          <w:b/>
        </w:rPr>
        <w:t xml:space="preserve">[27:26] </w:t>
      </w:r>
      <w:r>
        <w:t>The migration from Makkah to Madinah was, in fact, migrating from confrontation to peace</w:t>
      </w:r>
    </w:p>
    <w:p>
      <w:pPr>
        <w:jc w:val="right"/>
      </w:pPr>
      <w:r>
        <w:t>The migration from Makkah to Madinah was, in fact, migrating from confrontation to peace</w:t>
      </w:r>
    </w:p>
    <w:p>
      <w:r>
        <w:rPr>
          <w:b/>
        </w:rPr>
        <w:t xml:space="preserve">[27:38] </w:t>
      </w:r>
      <w:r>
        <w:t>. So at that time, there was no peace in Makkah. But when the Prophet settled in Madinah, there was peace completely.</w:t>
      </w:r>
    </w:p>
    <w:p>
      <w:pPr>
        <w:jc w:val="right"/>
      </w:pPr>
      <w:r>
        <w:t>. So at that time, there was no peace in Makkah. But when the Prophet settled in Madinah, there was peace completely.</w:t>
      </w:r>
    </w:p>
    <w:p>
      <w:r>
        <w:rPr>
          <w:b/>
        </w:rPr>
        <w:t xml:space="preserve">[27:51] </w:t>
      </w:r>
      <w:r>
        <w:t>So he was free to—so he was free to organize his Dawah activities</w:t>
      </w:r>
    </w:p>
    <w:p>
      <w:pPr>
        <w:jc w:val="right"/>
      </w:pPr>
      <w:r>
        <w:t>So he was free to—so he was free to organize his Dawah activities</w:t>
      </w:r>
    </w:p>
    <w:p>
      <w:r>
        <w:rPr>
          <w:b/>
        </w:rPr>
        <w:t xml:space="preserve">[28:02] </w:t>
      </w:r>
      <w:r>
        <w:t>. When he settled in Madinah, he was free to organize his Dawah work.</w:t>
      </w:r>
    </w:p>
    <w:p>
      <w:pPr>
        <w:jc w:val="right"/>
      </w:pPr>
      <w:r>
        <w:t>. When he settled in Madinah, he was free to organize his Dawah work.</w:t>
      </w:r>
    </w:p>
    <w:p>
      <w:r>
        <w:rPr>
          <w:b/>
        </w:rPr>
        <w:t xml:space="preserve">[28:13] </w:t>
      </w:r>
      <w:r>
        <w:t>This policy was very, very successful. This policy was very, very successful.</w:t>
      </w:r>
    </w:p>
    <w:p>
      <w:pPr>
        <w:jc w:val="right"/>
      </w:pPr>
      <w:r>
        <w:t>This policy was very, very successful. This policy was very, very successful.</w:t>
      </w:r>
    </w:p>
    <w:p>
      <w:r>
        <w:rPr>
          <w:b/>
        </w:rPr>
        <w:t xml:space="preserve">[28:23] </w:t>
      </w:r>
      <w:r>
        <w:t>So we read in the</w:t>
      </w:r>
    </w:p>
    <w:p>
      <w:pPr>
        <w:jc w:val="right"/>
      </w:pPr>
      <w:r>
        <w:t>So we read in the</w:t>
      </w:r>
    </w:p>
    <w:p>
      <w:r>
        <w:rPr>
          <w:b/>
        </w:rPr>
        <w:t xml:space="preserve">[28:27] </w:t>
      </w:r>
      <w:r>
        <w:t>history that the result was—the</w:t>
      </w:r>
    </w:p>
    <w:p>
      <w:pPr>
        <w:jc w:val="right"/>
      </w:pPr>
      <w:r>
        <w:t>history that the result was—the</w:t>
      </w:r>
    </w:p>
    <w:p>
      <w:r>
        <w:rPr>
          <w:b/>
        </w:rPr>
        <w:t xml:space="preserve">[28:34] </w:t>
      </w:r>
      <w:r>
        <w:t>result of this migration was that,</w:t>
      </w:r>
    </w:p>
    <w:p>
      <w:pPr>
        <w:jc w:val="right"/>
      </w:pPr>
      <w:r>
        <w:t>result of this migration was that,</w:t>
      </w:r>
    </w:p>
    <w:p>
      <w:r>
        <w:rPr>
          <w:b/>
        </w:rPr>
        <w:t xml:space="preserve">[28:37] </w:t>
      </w:r>
      <w:r>
        <w:t>"Lam tabka darum min dhuril ansar illa wa dakhalafihil Islam."</w:t>
      </w:r>
    </w:p>
    <w:p>
      <w:pPr>
        <w:jc w:val="right"/>
      </w:pPr>
      <w:r>
        <w:t>"Lam tabka darum min dhuril ansar illa wa dakhalafihil Islam."</w:t>
      </w:r>
    </w:p>
    <w:p>
      <w:r>
        <w:rPr>
          <w:b/>
        </w:rPr>
        <w:t xml:space="preserve">[28:47] </w:t>
      </w:r>
      <w:r>
        <w:t>It means that</w:t>
      </w:r>
    </w:p>
    <w:p>
      <w:pPr>
        <w:jc w:val="right"/>
      </w:pPr>
      <w:r>
        <w:t>It means that</w:t>
      </w:r>
    </w:p>
    <w:p>
      <w:r>
        <w:rPr>
          <w:b/>
        </w:rPr>
        <w:t xml:space="preserve">[28:49] </w:t>
      </w:r>
      <w:r>
        <w:t>Islam entered in every home,</w:t>
      </w:r>
    </w:p>
    <w:p>
      <w:pPr>
        <w:jc w:val="right"/>
      </w:pPr>
      <w:r>
        <w:t>Islam entered in every home,</w:t>
      </w:r>
    </w:p>
    <w:p>
      <w:r>
        <w:rPr>
          <w:b/>
        </w:rPr>
        <w:t xml:space="preserve">[28:53] </w:t>
      </w:r>
      <w:r>
        <w:t>every home, in every home of Madinah. Because in Madinah, there was peace, so the Prophet was able to organize peaceful Dawah work.</w:t>
      </w:r>
    </w:p>
    <w:p>
      <w:pPr>
        <w:jc w:val="right"/>
      </w:pPr>
      <w:r>
        <w:t>every home, in every home of Madinah. Because in Madinah, there was peace, so the Prophet was able to organize peaceful Dawah work.</w:t>
      </w:r>
    </w:p>
    <w:p>
      <w:r>
        <w:rPr>
          <w:b/>
        </w:rPr>
        <w:t xml:space="preserve">[29:11] </w:t>
      </w:r>
      <w:r>
        <w:t>And then in every home of Madinah, Islam found people who accepted his mission, who accepted his belief, who accepted his message.</w:t>
      </w:r>
    </w:p>
    <w:p>
      <w:pPr>
        <w:jc w:val="right"/>
      </w:pPr>
      <w:r>
        <w:t>And then in every home of Madinah, Islam found people who accepted his mission, who accepted his belief, who accepted his message.</w:t>
      </w:r>
    </w:p>
    <w:p>
      <w:r>
        <w:rPr>
          <w:b/>
        </w:rPr>
        <w:t xml:space="preserve">[29:27] </w:t>
      </w:r>
      <w:r>
        <w:t>This was the miracle of peace. This was the miracle of peace.</w:t>
      </w:r>
    </w:p>
    <w:p>
      <w:pPr>
        <w:jc w:val="right"/>
      </w:pPr>
      <w:r>
        <w:t>This was the miracle of peace. This was the miracle of peace.</w:t>
      </w:r>
    </w:p>
    <w:p>
      <w:r>
        <w:rPr>
          <w:b/>
        </w:rPr>
        <w:t xml:space="preserve">[29:35] </w:t>
      </w:r>
      <w:r>
        <w:t>So when there is difference and you opt for fighting, it is disastrous. So when there is difference, you have to opt for peace.</w:t>
      </w:r>
    </w:p>
    <w:p>
      <w:pPr>
        <w:jc w:val="right"/>
      </w:pPr>
      <w:r>
        <w:t>So when there is difference and you opt for fighting, it is disastrous. So when there is difference, you have to opt for peace.</w:t>
      </w:r>
    </w:p>
    <w:p>
      <w:r>
        <w:rPr>
          <w:b/>
        </w:rPr>
        <w:t xml:space="preserve">[29:49] </w:t>
      </w:r>
      <w:r>
        <w:t>Difference management means establishing peace.</w:t>
      </w:r>
    </w:p>
    <w:p>
      <w:pPr>
        <w:jc w:val="right"/>
      </w:pPr>
      <w:r>
        <w:t>Difference management means establishing peace.</w:t>
      </w:r>
    </w:p>
    <w:p>
      <w:r>
        <w:rPr>
          <w:b/>
        </w:rPr>
        <w:t xml:space="preserve">[29:56] </w:t>
      </w:r>
      <w:r>
        <w:t>When you fail to manage the difference, then it means that you fail to establish peace.</w:t>
      </w:r>
    </w:p>
    <w:p>
      <w:pPr>
        <w:jc w:val="right"/>
      </w:pPr>
      <w:r>
        <w:t>When you fail to manage the difference, then it means that you fail to establish peace.</w:t>
      </w:r>
    </w:p>
    <w:p>
      <w:r>
        <w:rPr>
          <w:b/>
        </w:rPr>
        <w:t xml:space="preserve">[30:07] </w:t>
      </w:r>
      <w:r>
        <w:t>So peace management means establishing peace.</w:t>
      </w:r>
    </w:p>
    <w:p>
      <w:pPr>
        <w:jc w:val="right"/>
      </w:pPr>
      <w:r>
        <w:t>So peace management means establishing peace.</w:t>
      </w:r>
    </w:p>
    <w:p>
      <w:r>
        <w:rPr>
          <w:b/>
        </w:rPr>
        <w:t xml:space="preserve">[30:16] </w:t>
      </w:r>
      <w:r>
        <w:t>So peace management is not a passive attitude. It is a proactive attitude. Because peace management means establishing peace.</w:t>
      </w:r>
    </w:p>
    <w:p>
      <w:pPr>
        <w:jc w:val="right"/>
      </w:pPr>
      <w:r>
        <w:t>So peace management is not a passive attitude. It is a proactive attitude. Because peace management means establishing peace.</w:t>
      </w:r>
    </w:p>
    <w:p>
      <w:r>
        <w:rPr>
          <w:b/>
        </w:rPr>
        <w:t xml:space="preserve">[30:28] </w:t>
      </w:r>
      <w:r>
        <w:t>And when there is peace, you are free to work. You</w:t>
      </w:r>
    </w:p>
    <w:p>
      <w:pPr>
        <w:jc w:val="right"/>
      </w:pPr>
      <w:r>
        <w:t>And when there is peace, you are free to work. You</w:t>
      </w:r>
    </w:p>
    <w:p>
      <w:r>
        <w:rPr>
          <w:b/>
        </w:rPr>
        <w:t xml:space="preserve">[30:33] </w:t>
      </w:r>
      <w:r>
        <w:t>are free to work. You are free to move. You are free to action. You are free to interact. You are free to organize discussions, dialogue.</w:t>
      </w:r>
    </w:p>
    <w:p>
      <w:pPr>
        <w:jc w:val="right"/>
      </w:pPr>
      <w:r>
        <w:t>are free to work. You are free to move. You are free to action. You are free to interact. You are free to organize discussions, dialogue.</w:t>
      </w:r>
    </w:p>
    <w:p>
      <w:r>
        <w:rPr>
          <w:b/>
        </w:rPr>
        <w:t xml:space="preserve">[30:46] </w:t>
      </w:r>
      <w:r>
        <w:t>So peace means opening opportunities. Peace means opportunities.</w:t>
      </w:r>
    </w:p>
    <w:p>
      <w:pPr>
        <w:jc w:val="right"/>
      </w:pPr>
      <w:r>
        <w:t>So peace means opening opportunities. Peace means opportunities.</w:t>
      </w:r>
    </w:p>
    <w:p>
      <w:r>
        <w:rPr>
          <w:b/>
        </w:rPr>
        <w:t xml:space="preserve">[30:56] </w:t>
      </w:r>
      <w:r>
        <w:t>Where there is peace, there are opportunities.</w:t>
      </w:r>
    </w:p>
    <w:p>
      <w:pPr>
        <w:jc w:val="right"/>
      </w:pPr>
      <w:r>
        <w:t>Where there is peace, there are opportunities.</w:t>
      </w:r>
    </w:p>
    <w:p>
      <w:r>
        <w:rPr>
          <w:b/>
        </w:rPr>
        <w:t xml:space="preserve">[31:00] </w:t>
      </w:r>
      <w:r>
        <w:t>And where there is fighting, there is no opportunity. There is a simple formula of life. Where there is hate, confrontation, fighting, war, violence, there is no peace.</w:t>
      </w:r>
    </w:p>
    <w:p>
      <w:pPr>
        <w:jc w:val="right"/>
      </w:pPr>
      <w:r>
        <w:t>And where there is fighting, there is no opportunity. There is a simple formula of life. Where there is hate, confrontation, fighting, war, violence, there is no peace.</w:t>
      </w:r>
    </w:p>
    <w:p>
      <w:r>
        <w:rPr>
          <w:b/>
        </w:rPr>
        <w:t xml:space="preserve">[31:19] </w:t>
      </w:r>
      <w:r>
        <w:t>So there are no opportunities.</w:t>
      </w:r>
    </w:p>
    <w:p>
      <w:pPr>
        <w:jc w:val="right"/>
      </w:pPr>
      <w:r>
        <w:t>So there are no opportunities.</w:t>
      </w:r>
    </w:p>
    <w:p>
      <w:r>
        <w:rPr>
          <w:b/>
        </w:rPr>
        <w:t xml:space="preserve">[31:27] </w:t>
      </w:r>
      <w:r>
        <w:t>And where there is peace, there are opportunities. So the price of peace is to avoid the differences.</w:t>
      </w:r>
    </w:p>
    <w:p>
      <w:pPr>
        <w:jc w:val="right"/>
      </w:pPr>
      <w:r>
        <w:t>And where there is peace, there are opportunities. So the price of peace is to avoid the differences.</w:t>
      </w:r>
    </w:p>
    <w:p>
      <w:r>
        <w:rPr>
          <w:b/>
        </w:rPr>
        <w:t xml:space="preserve">[31:43] </w:t>
      </w:r>
      <w:r>
        <w:t>This is the price of peace.</w:t>
      </w:r>
    </w:p>
    <w:p>
      <w:pPr>
        <w:jc w:val="right"/>
      </w:pPr>
      <w:r>
        <w:t>This is the price of peace.</w:t>
      </w:r>
    </w:p>
    <w:p>
      <w:r>
        <w:rPr>
          <w:b/>
        </w:rPr>
        <w:t xml:space="preserve">[31:46] </w:t>
      </w:r>
      <w:r>
        <w:t>If you want to establish peace, you have to avoid differences.</w:t>
      </w:r>
    </w:p>
    <w:p>
      <w:pPr>
        <w:jc w:val="right"/>
      </w:pPr>
      <w:r>
        <w:t>If you want to establish peace, you have to avoid differences.</w:t>
      </w:r>
    </w:p>
    <w:p>
      <w:r>
        <w:rPr>
          <w:b/>
        </w:rPr>
        <w:t xml:space="preserve">[31:56] </w:t>
      </w:r>
      <w:r>
        <w:t>You know, there are so many married couples. After marriage, there is separation. Why?</w:t>
      </w:r>
    </w:p>
    <w:p>
      <w:pPr>
        <w:jc w:val="right"/>
      </w:pPr>
      <w:r>
        <w:t>You know, there are so many married couples. After marriage, there is separation. Why?</w:t>
      </w:r>
    </w:p>
    <w:p>
      <w:r>
        <w:rPr>
          <w:b/>
        </w:rPr>
        <w:t xml:space="preserve">[32:07] </w:t>
      </w:r>
      <w:r>
        <w:t>Because they failed to manage their differences. Every separation means failure in management.</w:t>
      </w:r>
    </w:p>
    <w:p>
      <w:pPr>
        <w:jc w:val="right"/>
      </w:pPr>
      <w:r>
        <w:t>Because they failed to manage their differences. Every separation means failure in management.</w:t>
      </w:r>
    </w:p>
    <w:p>
      <w:r>
        <w:rPr>
          <w:b/>
        </w:rPr>
        <w:t xml:space="preserve">[32:18] </w:t>
      </w:r>
      <w:r>
        <w:t>Because difference is a part of life. No such marriage is possible where there is no difference.</w:t>
      </w:r>
    </w:p>
    <w:p>
      <w:pPr>
        <w:jc w:val="right"/>
      </w:pPr>
      <w:r>
        <w:t>Because difference is a part of life. No such marriage is possible where there is no difference.</w:t>
      </w:r>
    </w:p>
    <w:p>
      <w:r>
        <w:rPr>
          <w:b/>
        </w:rPr>
        <w:t xml:space="preserve">[32:32] </w:t>
      </w:r>
      <w:r>
        <w:t>Every woman is different, and every boy is different, mister different.</w:t>
      </w:r>
    </w:p>
    <w:p>
      <w:pPr>
        <w:jc w:val="right"/>
      </w:pPr>
      <w:r>
        <w:t>Every woman is misdifferent, and every boy is misdifferent, mister different.</w:t>
      </w:r>
    </w:p>
    <w:p>
      <w:r>
        <w:rPr>
          <w:b/>
        </w:rPr>
        <w:t xml:space="preserve">[32:42] </w:t>
      </w:r>
      <w:r>
        <w:t>So difference is a part of nature. When you are—when a boy, when a boy tries to marry a girl, he must know that he is trying a misdifferent.</w:t>
      </w:r>
    </w:p>
    <w:p>
      <w:pPr>
        <w:jc w:val="right"/>
      </w:pPr>
      <w:r>
        <w:t>So difference is a part of nature. When you are—when a boy, when a boy tries to marry a girl, he must know that he is trying a misdifferent.</w:t>
      </w:r>
    </w:p>
    <w:p>
      <w:r>
        <w:rPr>
          <w:b/>
        </w:rPr>
        <w:t xml:space="preserve">[33:04] </w:t>
      </w:r>
      <w:r>
        <w:t>And when a girl wants to marry a boy, she must know that she is going to marry a mister different.</w:t>
      </w:r>
    </w:p>
    <w:p>
      <w:pPr>
        <w:jc w:val="right"/>
      </w:pPr>
      <w:r>
        <w:t>And when a girl wants to marry a boy, she must know that she is going to marry a mister different.</w:t>
      </w:r>
    </w:p>
    <w:p>
      <w:r>
        <w:rPr>
          <w:b/>
        </w:rPr>
        <w:t xml:space="preserve">[33:19] </w:t>
      </w:r>
      <w:r>
        <w:t>So different is a part of nature.</w:t>
      </w:r>
    </w:p>
    <w:p>
      <w:pPr>
        <w:jc w:val="right"/>
      </w:pPr>
      <w:r>
        <w:t>So different is a part of nature.</w:t>
      </w:r>
    </w:p>
    <w:p>
      <w:r>
        <w:rPr>
          <w:b/>
        </w:rPr>
        <w:t xml:space="preserve">[33:25] </w:t>
      </w:r>
      <w:r>
        <w:t>In every marriage, it is bound to occur.</w:t>
      </w:r>
    </w:p>
    <w:p>
      <w:pPr>
        <w:jc w:val="right"/>
      </w:pPr>
      <w:r>
        <w:t>In every marriage, it is bound to occur.</w:t>
      </w:r>
    </w:p>
    <w:p>
      <w:r>
        <w:rPr>
          <w:b/>
        </w:rPr>
        <w:t xml:space="preserve">[33:34] </w:t>
      </w:r>
      <w:r>
        <w:t>Difference is bound to occur in every marriage. So every separation means that both the parties fail to manage their differences.</w:t>
      </w:r>
    </w:p>
    <w:p>
      <w:pPr>
        <w:jc w:val="right"/>
      </w:pPr>
      <w:r>
        <w:t>Difference is bound to occur in every marriage. So every separation means that both the parties fail to manage their differences.</w:t>
      </w:r>
    </w:p>
    <w:p>
      <w:r>
        <w:rPr>
          <w:b/>
        </w:rPr>
        <w:t xml:space="preserve">[33:51] </w:t>
      </w:r>
      <w:r>
        <w:t>Separation means failure in management.</w:t>
      </w:r>
    </w:p>
    <w:p>
      <w:pPr>
        <w:jc w:val="right"/>
      </w:pPr>
      <w:r>
        <w:t>Separation means failure in management.</w:t>
      </w:r>
    </w:p>
    <w:p>
      <w:r>
        <w:rPr>
          <w:b/>
        </w:rPr>
        <w:t xml:space="preserve">[33:57] </w:t>
      </w:r>
      <w:r>
        <w:t>According to my experience, separation is only a failure.</w:t>
      </w:r>
    </w:p>
    <w:p>
      <w:pPr>
        <w:jc w:val="right"/>
      </w:pPr>
      <w:r>
        <w:t>According to my experience, separation is only a failure.</w:t>
      </w:r>
    </w:p>
    <w:p>
      <w:r>
        <w:rPr>
          <w:b/>
        </w:rPr>
        <w:t xml:space="preserve">[34:10] </w:t>
      </w:r>
      <w:r>
        <w:t>If you want to manage, you can manage all the differences. There is no problem.</w:t>
      </w:r>
    </w:p>
    <w:p>
      <w:pPr>
        <w:jc w:val="right"/>
      </w:pPr>
      <w:r>
        <w:t>If you want to manage, you can manage all the differences. There is no problem.</w:t>
      </w:r>
    </w:p>
    <w:p>
      <w:r>
        <w:rPr>
          <w:b/>
        </w:rPr>
        <w:t xml:space="preserve">[34:21] </w:t>
      </w:r>
      <w:r>
        <w:t>So separation means failure in management.</w:t>
      </w:r>
    </w:p>
    <w:p>
      <w:pPr>
        <w:jc w:val="right"/>
      </w:pPr>
      <w:r>
        <w:t>So separation means failure in management.</w:t>
      </w:r>
    </w:p>
    <w:p>
      <w:r>
        <w:rPr>
          <w:b/>
        </w:rPr>
        <w:t xml:space="preserve">[34:31] </w:t>
      </w:r>
      <w:r>
        <w:t>The Prophet of Islam set examples in this matter in every field.</w:t>
      </w:r>
    </w:p>
    <w:p>
      <w:pPr>
        <w:jc w:val="right"/>
      </w:pPr>
      <w:r>
        <w:t>The Prophet of Islam set examples in this matter in every field.</w:t>
      </w:r>
    </w:p>
    <w:p>
      <w:r>
        <w:rPr>
          <w:b/>
        </w:rPr>
        <w:t xml:space="preserve">[34:42] </w:t>
      </w:r>
      <w:r>
        <w:t>In every field, the Prophet of Islam always adopted "As-Sulhu Khair," the policy of "As-Sulhu Khair," peaceful management, peaceful settlement, peaceful adjustment.</w:t>
      </w:r>
    </w:p>
    <w:p>
      <w:pPr>
        <w:jc w:val="right"/>
      </w:pPr>
      <w:r>
        <w:t>In every field, the Prophet of Islam always adopted "As-Sulhu Khair," the policy of "As-Sulhu Khair," peaceful management, peaceful settlement, peaceful adjustment.</w:t>
      </w:r>
    </w:p>
    <w:p>
      <w:r>
        <w:rPr>
          <w:b/>
        </w:rPr>
        <w:t xml:space="preserve">[34:56] </w:t>
      </w:r>
      <w:r>
        <w:t>This was the policy of the Prophet of Islam.</w:t>
      </w:r>
    </w:p>
    <w:p>
      <w:pPr>
        <w:jc w:val="right"/>
      </w:pPr>
      <w:r>
        <w:t>This was the policy of the Prophet of Islam.</w:t>
      </w:r>
    </w:p>
    <w:p>
      <w:r>
        <w:rPr>
          <w:b/>
        </w:rPr>
        <w:t xml:space="preserve">[35:05] </w:t>
      </w:r>
      <w:r>
        <w:t>So</w:t>
      </w:r>
    </w:p>
    <w:p>
      <w:pPr>
        <w:jc w:val="right"/>
      </w:pPr>
      <w:r>
        <w:t>So</w:t>
      </w:r>
    </w:p>
    <w:p>
      <w:r>
        <w:rPr>
          <w:b/>
        </w:rPr>
        <w:t xml:space="preserve">[35:09] </w:t>
      </w:r>
      <w:r>
        <w:t>I can say that</w:t>
      </w:r>
    </w:p>
    <w:p>
      <w:pPr>
        <w:jc w:val="right"/>
      </w:pPr>
      <w:r>
        <w:t>I can say that</w:t>
      </w:r>
    </w:p>
    <w:p>
      <w:r>
        <w:rPr>
          <w:b/>
        </w:rPr>
        <w:t xml:space="preserve">[35:16] </w:t>
      </w:r>
      <w:r>
        <w:t>there is no</w:t>
      </w:r>
    </w:p>
    <w:p>
      <w:pPr>
        <w:jc w:val="right"/>
      </w:pPr>
      <w:r>
        <w:t>there is no</w:t>
      </w:r>
    </w:p>
    <w:p>
      <w:r>
        <w:rPr>
          <w:b/>
        </w:rPr>
        <w:t xml:space="preserve">[35:19] </w:t>
      </w:r>
      <w:r>
        <w:t>way other than to management. If you want to live on this earth, you have to know the art of difference management.</w:t>
      </w:r>
    </w:p>
    <w:p>
      <w:pPr>
        <w:jc w:val="right"/>
      </w:pPr>
      <w:r>
        <w:t>way other than to management. If you want to live on this earth, you have to know the art of difference management.</w:t>
      </w:r>
    </w:p>
    <w:p>
      <w:r>
        <w:rPr>
          <w:b/>
        </w:rPr>
        <w:t xml:space="preserve">[35:37] </w:t>
      </w:r>
      <w:r>
        <w:t>So God Almighty set the example in the early period of history when Qabil and Habil—when there was difference between Qabil and Habil—and Qabil killed Habil</w:t>
      </w:r>
    </w:p>
    <w:p>
      <w:pPr>
        <w:jc w:val="right"/>
      </w:pPr>
      <w:r>
        <w:t>So God Almighty set the example in the early period of history when Qabil and Habil—when there was difference between Qabil and Habil—and Qabil killed Habil</w:t>
      </w:r>
    </w:p>
    <w:p>
      <w:r>
        <w:rPr>
          <w:b/>
        </w:rPr>
        <w:t xml:space="preserve">[35:58] </w:t>
      </w:r>
      <w:r>
        <w:t>. This was a very eye-opener example. Then</w:t>
      </w:r>
    </w:p>
    <w:p>
      <w:pPr>
        <w:jc w:val="right"/>
      </w:pPr>
      <w:r>
        <w:t>. This was a very eye-opener example. Then</w:t>
      </w:r>
    </w:p>
    <w:p>
      <w:r>
        <w:rPr>
          <w:b/>
        </w:rPr>
        <w:t xml:space="preserve">[36:08] </w:t>
      </w:r>
      <w:r>
        <w:t>God Almighty revealed this verse, "Man qatal nafsan bighari nafsin of hasadin, haqannama qatran nas jami'a." It means that one who kills a person, he kills all humanity, all the humanity.</w:t>
      </w:r>
    </w:p>
    <w:p>
      <w:pPr>
        <w:jc w:val="right"/>
      </w:pPr>
      <w:r>
        <w:t>God Almighty revealed this verse, "Man qatal nafsan bighari nafsin of hasadin, haqannama qatran nas jami'a." It means that one who kills a person, he kills all humanity, all the humanity.</w:t>
      </w:r>
    </w:p>
    <w:p>
      <w:r>
        <w:rPr>
          <w:b/>
        </w:rPr>
        <w:t xml:space="preserve">[36:31] </w:t>
      </w:r>
      <w:r>
        <w:t>Killing a person means killing all the humanity. This is about killing. But I would like to say that one who is not killing,</w:t>
      </w:r>
    </w:p>
    <w:p>
      <w:pPr>
        <w:jc w:val="right"/>
      </w:pPr>
      <w:r>
        <w:t>Killing a person means killing all the humanity. This is about killing. But I would like to say that one who is not killing,</w:t>
      </w:r>
    </w:p>
    <w:p>
      <w:r>
        <w:rPr>
          <w:b/>
        </w:rPr>
        <w:t xml:space="preserve">[36:48] </w:t>
      </w:r>
      <w:r>
        <w:t>but who</w:t>
      </w:r>
    </w:p>
    <w:p>
      <w:pPr>
        <w:jc w:val="right"/>
      </w:pPr>
      <w:r>
        <w:t>but who</w:t>
      </w:r>
    </w:p>
    <w:p>
      <w:r>
        <w:rPr>
          <w:b/>
        </w:rPr>
        <w:t xml:space="preserve">[36:54] </w:t>
      </w:r>
      <w:r>
        <w:t>is living in hate, who is living in jealousy, who is living in anger, he is also killing people.</w:t>
      </w:r>
    </w:p>
    <w:p>
      <w:pPr>
        <w:jc w:val="right"/>
      </w:pPr>
      <w:r>
        <w:t>is living in hate, who is living in jealousy, who is living in anger, he is also killing people.</w:t>
      </w:r>
    </w:p>
    <w:p>
      <w:r>
        <w:rPr>
          <w:b/>
        </w:rPr>
        <w:t xml:space="preserve">[37:03] </w:t>
      </w:r>
      <w:r>
        <w:t>He is also committing a crime. Because anger and malice and intolerance and injustice, all these things are also a psychological killing.</w:t>
      </w:r>
    </w:p>
    <w:p>
      <w:pPr>
        <w:jc w:val="right"/>
      </w:pPr>
      <w:r>
        <w:t>He is also committing a crime. Because anger and malice and intolerance and injustice, all these things are also a psychological killing.</w:t>
      </w:r>
    </w:p>
    <w:p>
      <w:r>
        <w:rPr>
          <w:b/>
        </w:rPr>
        <w:t xml:space="preserve">[37:29] </w:t>
      </w:r>
      <w:r>
        <w:t>All these things are</w:t>
      </w:r>
    </w:p>
    <w:p>
      <w:pPr>
        <w:jc w:val="right"/>
      </w:pPr>
      <w:r>
        <w:t>All these things are</w:t>
      </w:r>
    </w:p>
    <w:p>
      <w:r>
        <w:rPr>
          <w:b/>
        </w:rPr>
        <w:t xml:space="preserve">[37:34] </w:t>
      </w:r>
      <w:r>
        <w:t>living in negativity.</w:t>
      </w:r>
    </w:p>
    <w:p>
      <w:pPr>
        <w:jc w:val="right"/>
      </w:pPr>
      <w:r>
        <w:t>living in negativity.</w:t>
      </w:r>
    </w:p>
    <w:p>
      <w:r>
        <w:rPr>
          <w:b/>
        </w:rPr>
        <w:t xml:space="preserve">[37:40] </w:t>
      </w:r>
      <w:r>
        <w:t>So according to the Krishna Purana of God, man must learn the art of difference management.</w:t>
      </w:r>
    </w:p>
    <w:p>
      <w:pPr>
        <w:jc w:val="right"/>
      </w:pPr>
      <w:r>
        <w:t>So according to the Krishna Purana of God, man must learn the art of difference management.</w:t>
      </w:r>
    </w:p>
    <w:p>
      <w:r>
        <w:rPr>
          <w:b/>
        </w:rPr>
        <w:t xml:space="preserve">[37:52] </w:t>
      </w:r>
      <w:r>
        <w:t>Without this, you cannot establish peace. Or without peace, you cannot do any positive work, any healthy work.</w:t>
      </w:r>
    </w:p>
    <w:p>
      <w:pPr>
        <w:jc w:val="right"/>
      </w:pPr>
      <w:r>
        <w:t>Without this, you cannot establish peace. Or without peace, you cannot do any positive work, any healthy work.</w:t>
      </w:r>
    </w:p>
    <w:p>
      <w:r>
        <w:rPr>
          <w:b/>
        </w:rPr>
        <w:t xml:space="preserve">[38:05] </w:t>
      </w:r>
      <w:r>
        <w:t>So this is the</w:t>
      </w:r>
    </w:p>
    <w:p>
      <w:pPr>
        <w:jc w:val="right"/>
      </w:pPr>
      <w:r>
        <w:t>So this is the</w:t>
      </w:r>
    </w:p>
    <w:p>
      <w:r>
        <w:rPr>
          <w:b/>
        </w:rPr>
        <w:t xml:space="preserve">[38:10] </w:t>
      </w:r>
      <w:r>
        <w:t>crux of life. This is the central teaching of Divine Religion.</w:t>
      </w:r>
    </w:p>
    <w:p>
      <w:pPr>
        <w:jc w:val="right"/>
      </w:pPr>
      <w:r>
        <w:t>crux of life. This is the central teaching of Divine Religion.</w:t>
      </w:r>
    </w:p>
    <w:p>
      <w:r>
        <w:rPr>
          <w:b/>
        </w:rPr>
        <w:t xml:space="preserve">[38:25] </w:t>
      </w:r>
      <w:r>
        <w:t>God created man and settled him on this earth.</w:t>
      </w:r>
    </w:p>
    <w:p>
      <w:pPr>
        <w:jc w:val="right"/>
      </w:pPr>
      <w:r>
        <w:t>God created man and settled him on this earth.</w:t>
      </w:r>
    </w:p>
    <w:p>
      <w:r>
        <w:rPr>
          <w:b/>
        </w:rPr>
        <w:t xml:space="preserve">[38:32] </w:t>
      </w:r>
      <w:r>
        <w:t>But everyone is mister different. Every woman is misdifferent. Why? This is also a part of creation, a part of the Krishna Plan.</w:t>
      </w:r>
    </w:p>
    <w:p>
      <w:pPr>
        <w:jc w:val="right"/>
      </w:pPr>
      <w:r>
        <w:t>But everyone is mister different. Every woman is misdifferent. Why? This is also a part of creation, a part of the Krishna Plan.</w:t>
      </w:r>
    </w:p>
    <w:p>
      <w:r>
        <w:rPr>
          <w:b/>
        </w:rPr>
        <w:t xml:space="preserve">[38:44] </w:t>
      </w:r>
      <w:r>
        <w:t>Why are there so many differences? It is not an evil. Some people take it as an evil and try to eliminate it.</w:t>
      </w:r>
    </w:p>
    <w:p>
      <w:pPr>
        <w:jc w:val="right"/>
      </w:pPr>
      <w:r>
        <w:t>Why are there so many differences? It is not an evil. Some people take it as an evil and try to eliminate it.</w:t>
      </w:r>
    </w:p>
    <w:p>
      <w:r>
        <w:rPr>
          <w:b/>
        </w:rPr>
        <w:t xml:space="preserve">[38:56] </w:t>
      </w:r>
      <w:r>
        <w:t>They are</w:t>
      </w:r>
    </w:p>
    <w:p>
      <w:pPr>
        <w:jc w:val="right"/>
      </w:pPr>
      <w:r>
        <w:t>They are</w:t>
      </w:r>
    </w:p>
    <w:p>
      <w:r>
        <w:rPr>
          <w:b/>
        </w:rPr>
        <w:t xml:space="preserve">[39:01] </w:t>
      </w:r>
      <w:r>
        <w:t>doing wrong. Because difference is not an evil. Difference is</w:t>
      </w:r>
    </w:p>
    <w:p>
      <w:pPr>
        <w:jc w:val="right"/>
      </w:pPr>
      <w:r>
        <w:t>doing wrong. Because difference is not an evil. Difference is</w:t>
      </w:r>
    </w:p>
    <w:p>
      <w:r>
        <w:rPr>
          <w:b/>
        </w:rPr>
        <w:t xml:space="preserve">[39:11] </w:t>
      </w:r>
      <w:r>
        <w:t>a blessing. Because it is difference that creates challenge. It is difference that creates competition.</w:t>
      </w:r>
    </w:p>
    <w:p>
      <w:pPr>
        <w:jc w:val="right"/>
      </w:pPr>
      <w:r>
        <w:t>a blessing. Because it is difference that creates challenge. It is difference that creates competition.</w:t>
      </w:r>
    </w:p>
    <w:p>
      <w:r>
        <w:rPr>
          <w:b/>
        </w:rPr>
        <w:t xml:space="preserve">[39:23] </w:t>
      </w:r>
      <w:r>
        <w:t>It is difference that creates discussions. It is difference that creates dialogue. So without these activities, there is no development.</w:t>
      </w:r>
    </w:p>
    <w:p>
      <w:pPr>
        <w:jc w:val="right"/>
      </w:pPr>
      <w:r>
        <w:t>It is difference that creates discussions. It is difference that creates dialogue. So without these activities, there is no development.</w:t>
      </w:r>
    </w:p>
    <w:p>
      <w:r>
        <w:rPr>
          <w:b/>
        </w:rPr>
        <w:t xml:space="preserve">[39:38] </w:t>
      </w:r>
      <w:r>
        <w:t>So difference leads to</w:t>
      </w:r>
    </w:p>
    <w:p>
      <w:pPr>
        <w:jc w:val="right"/>
      </w:pPr>
      <w:r>
        <w:t>So difference leads to</w:t>
      </w:r>
    </w:p>
    <w:p>
      <w:r>
        <w:rPr>
          <w:b/>
        </w:rPr>
        <w:t xml:space="preserve">[39:45] </w:t>
      </w:r>
      <w:r>
        <w:t>so much positive activities. Without these positive activities, there is no development. There</w:t>
      </w:r>
    </w:p>
    <w:p>
      <w:pPr>
        <w:jc w:val="right"/>
      </w:pPr>
      <w:r>
        <w:t>so much positive activities. Without these positive activities, there is no development. There</w:t>
      </w:r>
    </w:p>
    <w:p>
      <w:r>
        <w:rPr>
          <w:b/>
        </w:rPr>
        <w:t xml:space="preserve">[39:53] </w:t>
      </w:r>
      <w:r>
        <w:t>is no progress. So we have to accept difference as a positive aspect of our life.</w:t>
      </w:r>
    </w:p>
    <w:p>
      <w:pPr>
        <w:jc w:val="right"/>
      </w:pPr>
      <w:r>
        <w:t>is no progress. So we have to accept difference as a positive aspect of our life.</w:t>
      </w:r>
    </w:p>
    <w:p>
      <w:r>
        <w:rPr>
          <w:b/>
        </w:rPr>
        <w:t xml:space="preserve">[40:07] </w:t>
      </w:r>
      <w:r>
        <w:t>So it is a fact that people are—the majority of people are failing, and they are</w:t>
      </w:r>
    </w:p>
    <w:p>
      <w:pPr>
        <w:jc w:val="right"/>
      </w:pPr>
      <w:r>
        <w:t>So it is a fact that people are—the majority of people are failing, and they are</w:t>
      </w:r>
    </w:p>
    <w:p>
      <w:r>
        <w:rPr>
          <w:b/>
        </w:rPr>
        <w:t xml:space="preserve">[40:24] </w:t>
      </w:r>
      <w:r>
        <w:t>not able to manage their differences. And due to this, everywhere you see that people are living in hate, in anger, and also there is killing,</w:t>
      </w:r>
    </w:p>
    <w:p>
      <w:pPr>
        <w:jc w:val="right"/>
      </w:pPr>
      <w:r>
        <w:t>not able to manage their differences. And due to this, everywhere you see that people are living in hate, in anger, and also there is killing,</w:t>
      </w:r>
    </w:p>
    <w:p>
      <w:r>
        <w:rPr>
          <w:b/>
        </w:rPr>
        <w:t xml:space="preserve">[40:39] </w:t>
      </w:r>
      <w:r>
        <w:t>there are wars. All those wars are failures in management of differences.</w:t>
      </w:r>
    </w:p>
    <w:p>
      <w:pPr>
        <w:jc w:val="right"/>
      </w:pPr>
      <w:r>
        <w:t>there are wars. All those wars are failures in management of differences.</w:t>
      </w:r>
    </w:p>
    <w:p>
      <w:r>
        <w:rPr>
          <w:b/>
        </w:rPr>
        <w:t xml:space="preserve">[40:51] </w:t>
      </w:r>
      <w:r>
        <w:t>You know,</w:t>
      </w:r>
    </w:p>
    <w:p>
      <w:pPr>
        <w:jc w:val="right"/>
      </w:pPr>
      <w:r>
        <w:t>You know,</w:t>
      </w:r>
    </w:p>
    <w:p>
      <w:r>
        <w:rPr>
          <w:b/>
        </w:rPr>
        <w:t xml:space="preserve">[40:57] </w:t>
      </w:r>
      <w:r>
        <w:t>I am an old man. I have seen that India when this part of the land was called the Indian subcontinent</w:t>
      </w:r>
    </w:p>
    <w:p>
      <w:pPr>
        <w:jc w:val="right"/>
      </w:pPr>
      <w:r>
        <w:t>I am an old man. I have seen that India when this part of the land was called the Indian subcontinent</w:t>
      </w:r>
    </w:p>
    <w:p>
      <w:r>
        <w:rPr>
          <w:b/>
        </w:rPr>
        <w:t xml:space="preserve">[41:11] </w:t>
      </w:r>
      <w:r>
        <w:t>. That was a very beautiful world. People were living in peace, in love. But some leaders,</w:t>
      </w:r>
    </w:p>
    <w:p>
      <w:pPr>
        <w:jc w:val="right"/>
      </w:pPr>
      <w:r>
        <w:t>. That was a very beautiful world. People were living in peace, in love. But some leaders,</w:t>
      </w:r>
    </w:p>
    <w:p>
      <w:r>
        <w:rPr>
          <w:b/>
        </w:rPr>
        <w:t xml:space="preserve">[41:26] </w:t>
      </w:r>
      <w:r>
        <w:t>some leaders</w:t>
      </w:r>
    </w:p>
    <w:p>
      <w:pPr>
        <w:jc w:val="right"/>
      </w:pPr>
      <w:r>
        <w:t>some leaders</w:t>
      </w:r>
    </w:p>
    <w:p>
      <w:r>
        <w:rPr>
          <w:b/>
        </w:rPr>
        <w:t xml:space="preserve">[41:30] </w:t>
      </w:r>
      <w:r>
        <w:t>highlighted those differences. As usual, there are some differences between different communities.</w:t>
      </w:r>
    </w:p>
    <w:p>
      <w:pPr>
        <w:jc w:val="right"/>
      </w:pPr>
      <w:r>
        <w:t>highlighted those differences. As usual, there are some differences between different communities.</w:t>
      </w:r>
    </w:p>
    <w:p>
      <w:r>
        <w:rPr>
          <w:b/>
        </w:rPr>
        <w:t xml:space="preserve">[41:39] </w:t>
      </w:r>
      <w:r>
        <w:t>But these differences were not obstacles towards progress.</w:t>
      </w:r>
    </w:p>
    <w:p>
      <w:pPr>
        <w:jc w:val="right"/>
      </w:pPr>
      <w:r>
        <w:t>But these differences were not obstacles towards progress.</w:t>
      </w:r>
    </w:p>
    <w:p>
      <w:r>
        <w:rPr>
          <w:b/>
        </w:rPr>
        <w:t xml:space="preserve">[41:52] </w:t>
      </w:r>
      <w:r>
        <w:t>But some leaders took it as an obstacle, as a negative part of our life.</w:t>
      </w:r>
    </w:p>
    <w:p>
      <w:pPr>
        <w:jc w:val="right"/>
      </w:pPr>
      <w:r>
        <w:t>But some leaders took it as an obstacle, as a negative part of our life.</w:t>
      </w:r>
    </w:p>
    <w:p>
      <w:r>
        <w:rPr>
          <w:b/>
        </w:rPr>
        <w:t xml:space="preserve">[42:02] </w:t>
      </w:r>
      <w:r>
        <w:t>So they highlighted these differences.</w:t>
      </w:r>
    </w:p>
    <w:p>
      <w:pPr>
        <w:jc w:val="right"/>
      </w:pPr>
      <w:r>
        <w:t>So they highlighted these differences.</w:t>
      </w:r>
    </w:p>
    <w:p>
      <w:r>
        <w:rPr>
          <w:b/>
        </w:rPr>
        <w:t xml:space="preserve">[42:07] </w:t>
      </w:r>
      <w:r>
        <w:t>They must try to manage these differences between different communities. But they highlighted it</w:t>
      </w:r>
    </w:p>
    <w:p>
      <w:pPr>
        <w:jc w:val="right"/>
      </w:pPr>
      <w:r>
        <w:t>They must try to manage these differences between different communities. But they highlighted it</w:t>
      </w:r>
    </w:p>
    <w:p>
      <w:r>
        <w:rPr>
          <w:b/>
        </w:rPr>
        <w:t xml:space="preserve">[42:16] </w:t>
      </w:r>
      <w:r>
        <w:t>. They went to the extent that it is not possible to live with these differences. So we want partition.</w:t>
      </w:r>
    </w:p>
    <w:p>
      <w:pPr>
        <w:jc w:val="right"/>
      </w:pPr>
      <w:r>
        <w:t>. They went to the extent that it is not possible to live with these differences. So we want partition.</w:t>
      </w:r>
    </w:p>
    <w:p>
      <w:r>
        <w:rPr>
          <w:b/>
        </w:rPr>
        <w:t xml:space="preserve">[42:27] </w:t>
      </w:r>
      <w:r>
        <w:t>This was not a solution. This was not a positive solution. Why? There was partition.</w:t>
      </w:r>
    </w:p>
    <w:p>
      <w:pPr>
        <w:jc w:val="right"/>
      </w:pPr>
      <w:r>
        <w:t>This was not a solution. This was not a positive solution. Why? There was partition.</w:t>
      </w:r>
    </w:p>
    <w:p>
      <w:r>
        <w:rPr>
          <w:b/>
        </w:rPr>
        <w:t xml:space="preserve">[42:36] </w:t>
      </w:r>
      <w:r>
        <w:t>But after partition, there is no peace</w:t>
      </w:r>
    </w:p>
    <w:p>
      <w:pPr>
        <w:jc w:val="right"/>
      </w:pPr>
      <w:r>
        <w:t>But after partition, there is no peace</w:t>
      </w:r>
    </w:p>
    <w:p>
      <w:r>
        <w:rPr>
          <w:b/>
        </w:rPr>
        <w:t xml:space="preserve">[42:43] </w:t>
      </w:r>
      <w:r>
        <w:t>. Partition failed to give us any positive result.</w:t>
      </w:r>
    </w:p>
    <w:p>
      <w:pPr>
        <w:jc w:val="right"/>
      </w:pPr>
      <w:r>
        <w:t>. Partition failed to give us any positive result.</w:t>
      </w:r>
    </w:p>
    <w:p>
      <w:r>
        <w:rPr>
          <w:b/>
        </w:rPr>
        <w:t xml:space="preserve">[42:51] </w:t>
      </w:r>
      <w:r>
        <w:t>So partition was also a failure in management.</w:t>
      </w:r>
    </w:p>
    <w:p>
      <w:pPr>
        <w:jc w:val="right"/>
      </w:pPr>
      <w:r>
        <w:t>So partition was also a failure in management.</w:t>
      </w:r>
    </w:p>
    <w:p>
      <w:r>
        <w:rPr>
          <w:b/>
        </w:rPr>
        <w:t xml:space="preserve">[43:01] </w:t>
      </w:r>
      <w:r>
        <w:t>It is a fact that there were some differences among different communities. But it was also possible</w:t>
      </w:r>
    </w:p>
    <w:p>
      <w:pPr>
        <w:jc w:val="right"/>
      </w:pPr>
      <w:r>
        <w:t>It is a fact that there were some differences among different communities. But it was also possible</w:t>
      </w:r>
    </w:p>
    <w:p>
      <w:r>
        <w:rPr>
          <w:b/>
        </w:rPr>
        <w:t xml:space="preserve">[43:12] </w:t>
      </w:r>
      <w:r>
        <w:t>—it was also possible to manage these differences. So instead of trying to manage the differences, they tried to divide the country, divide the communities, divide the nation.</w:t>
      </w:r>
    </w:p>
    <w:p>
      <w:pPr>
        <w:jc w:val="right"/>
      </w:pPr>
      <w:r>
        <w:t>—it was also possible to manage these differences. So instead of trying to manage the differences, they tried to divide the country, divide the communities, divide the nation.</w:t>
      </w:r>
    </w:p>
    <w:p>
      <w:r>
        <w:rPr>
          <w:b/>
        </w:rPr>
        <w:t xml:space="preserve">[43:30] </w:t>
      </w:r>
      <w:r>
        <w:t>This was a disaster. We are paying a heavy price for this partition</w:t>
      </w:r>
    </w:p>
    <w:p>
      <w:pPr>
        <w:jc w:val="right"/>
      </w:pPr>
      <w:r>
        <w:t>This was a disaster. We are paying a heavy price for this partition</w:t>
      </w:r>
    </w:p>
    <w:p>
      <w:r>
        <w:rPr>
          <w:b/>
        </w:rPr>
        <w:t xml:space="preserve">[43:42] </w:t>
      </w:r>
      <w:r>
        <w:t>until this date. So every kind of war, fighting, partition, all these negative events are due to failure in management.</w:t>
      </w:r>
    </w:p>
    <w:p>
      <w:pPr>
        <w:jc w:val="right"/>
      </w:pPr>
      <w:r>
        <w:t>until this date. So every kind of war, fighting, partition, all these negative events are due to failure in management.</w:t>
      </w:r>
    </w:p>
    <w:p>
      <w:r>
        <w:rPr>
          <w:b/>
        </w:rPr>
        <w:t xml:space="preserve">[44:00] </w:t>
      </w:r>
      <w:r>
        <w:t>I think there is the most important formula of life, the most important formula, that we have to learn the art of difference management.</w:t>
      </w:r>
    </w:p>
    <w:p>
      <w:pPr>
        <w:jc w:val="right"/>
      </w:pPr>
      <w:r>
        <w:t>I think there is the most important formula of life, the most important formula, that we have to learn the art of difference management.</w:t>
      </w:r>
    </w:p>
    <w:p>
      <w:r>
        <w:rPr>
          <w:b/>
        </w:rPr>
        <w:t xml:space="preserve">[44:13] </w:t>
      </w:r>
      <w:r>
        <w:t>I think there are two aspects of life. One is that we were created by God, so we have to acknowledge God</w:t>
      </w:r>
    </w:p>
    <w:p>
      <w:pPr>
        <w:jc w:val="right"/>
      </w:pPr>
      <w:r>
        <w:t>I think there are two aspects of life. One is that we were created by God, so we have to acknowledge God</w:t>
      </w:r>
    </w:p>
    <w:p>
      <w:r>
        <w:rPr>
          <w:b/>
        </w:rPr>
        <w:t xml:space="preserve">[44:26] </w:t>
      </w:r>
      <w:r>
        <w:t>. We have to accept God as our God, as our Sustainer, as our Lord. This is called worship.</w:t>
      </w:r>
    </w:p>
    <w:p>
      <w:pPr>
        <w:jc w:val="right"/>
      </w:pPr>
      <w:r>
        <w:t>. We have to accept God as our God, as our Sustainer, as our Lord. This is called worship.</w:t>
      </w:r>
    </w:p>
    <w:p>
      <w:r>
        <w:rPr>
          <w:b/>
        </w:rPr>
        <w:t xml:space="preserve">[44:39] </w:t>
      </w:r>
      <w:r>
        <w:t>So one aspect of our life is to be a worshipper of God, to acknowledge God.</w:t>
      </w:r>
    </w:p>
    <w:p>
      <w:pPr>
        <w:jc w:val="right"/>
      </w:pPr>
      <w:r>
        <w:t>So one aspect of our life is to be a worshipper of God, to acknowledge God.</w:t>
      </w:r>
    </w:p>
    <w:p>
      <w:r>
        <w:rPr>
          <w:b/>
        </w:rPr>
        <w:t xml:space="preserve">[44:49] </w:t>
      </w:r>
      <w:r>
        <w:t>The other aspect is that we are living in a society. We are living among people.</w:t>
      </w:r>
    </w:p>
    <w:p>
      <w:pPr>
        <w:jc w:val="right"/>
      </w:pPr>
      <w:r>
        <w:t>The other aspect is that we are living in a society. We are living among people.</w:t>
      </w:r>
    </w:p>
    <w:p>
      <w:r>
        <w:rPr>
          <w:b/>
        </w:rPr>
        <w:t xml:space="preserve">[44:59] </w:t>
      </w:r>
      <w:r>
        <w:t>And here, we have to adopt this formula, the formula of management. We have to learn the art of difference management</w:t>
      </w:r>
    </w:p>
    <w:p>
      <w:pPr>
        <w:jc w:val="right"/>
      </w:pPr>
      <w:r>
        <w:t>And here, we have to adopt this formula, the formula of management. We have to learn the art of difference management</w:t>
      </w:r>
    </w:p>
    <w:p>
      <w:r>
        <w:rPr>
          <w:b/>
        </w:rPr>
        <w:t xml:space="preserve">[45:10] </w:t>
      </w:r>
      <w:r>
        <w:t>. So in</w:t>
      </w:r>
    </w:p>
    <w:p>
      <w:pPr>
        <w:jc w:val="right"/>
      </w:pPr>
      <w:r>
        <w:t>. So in</w:t>
      </w:r>
    </w:p>
    <w:p>
      <w:r>
        <w:rPr>
          <w:b/>
        </w:rPr>
        <w:t xml:space="preserve">[45:16] </w:t>
      </w:r>
      <w:r>
        <w:t>one aspect of life, we have to be a worshipper of God. And the other aspect of life, that is the social aspect, we have to be patient.</w:t>
      </w:r>
    </w:p>
    <w:p>
      <w:pPr>
        <w:jc w:val="right"/>
      </w:pPr>
      <w:r>
        <w:t>one aspect of life, we have to be a worshipper of God. And the other aspect of life, that is the social aspect, we have to be patient.</w:t>
      </w:r>
    </w:p>
    <w:p>
      <w:r>
        <w:rPr>
          <w:b/>
        </w:rPr>
        <w:t xml:space="preserve">[45:30] </w:t>
      </w:r>
      <w:r>
        <w:t>We have to be tolerant.</w:t>
      </w:r>
    </w:p>
    <w:p>
      <w:pPr>
        <w:jc w:val="right"/>
      </w:pPr>
      <w:r>
        <w:t>We have to be tolerant.</w:t>
      </w:r>
    </w:p>
    <w:p>
      <w:r>
        <w:rPr>
          <w:b/>
        </w:rPr>
        <w:t xml:space="preserve">[45:36] </w:t>
      </w:r>
      <w:r>
        <w:t>Otherwise, everything will be destroyed.</w:t>
      </w:r>
    </w:p>
    <w:p>
      <w:pPr>
        <w:jc w:val="right"/>
      </w:pPr>
      <w:r>
        <w:t>Otherwise, everything will be destroyed.</w:t>
      </w:r>
    </w:p>
    <w:p>
      <w:r>
        <w:rPr>
          <w:b/>
        </w:rPr>
        <w:t xml:space="preserve">[45:44] </w:t>
      </w:r>
      <w:r>
        <w:t>This is the crux of the message of Islam.</w:t>
      </w:r>
    </w:p>
    <w:p>
      <w:pPr>
        <w:jc w:val="right"/>
      </w:pPr>
      <w:r>
        <w:t>This is the crux of the message of Islam.</w:t>
      </w:r>
    </w:p>
    <w:p>
      <w:r>
        <w:rPr>
          <w:b/>
        </w:rPr>
        <w:t xml:space="preserve">[45:47] </w:t>
      </w:r>
      <w:r>
        <w:t>There is a hadith, "Ittaqillah hayshubakun an ashri nas bikhulqin hasanin."</w:t>
      </w:r>
    </w:p>
    <w:p>
      <w:pPr>
        <w:jc w:val="right"/>
      </w:pPr>
      <w:r>
        <w:t>There is a hadith, "Ittaqillah hayshubakun an ashri nas bikhulqin hasanin."</w:t>
      </w:r>
    </w:p>
    <w:p>
      <w:r>
        <w:rPr>
          <w:b/>
        </w:rPr>
        <w:t xml:space="preserve">[46:03] </w:t>
      </w:r>
      <w:r>
        <w:t>It means that</w:t>
      </w:r>
    </w:p>
    <w:p>
      <w:pPr>
        <w:jc w:val="right"/>
      </w:pPr>
      <w:r>
        <w:t>It means that</w:t>
      </w:r>
    </w:p>
    <w:p>
      <w:r>
        <w:rPr>
          <w:b/>
        </w:rPr>
        <w:t xml:space="preserve">[46:08] </w:t>
      </w:r>
      <w:r>
        <w:t>you have to fear God.</w:t>
      </w:r>
    </w:p>
    <w:p>
      <w:pPr>
        <w:jc w:val="right"/>
      </w:pPr>
      <w:r>
        <w:t>you have to fear God.</w:t>
      </w:r>
    </w:p>
    <w:p>
      <w:r>
        <w:rPr>
          <w:b/>
        </w:rPr>
        <w:t xml:space="preserve">[46:15] </w:t>
      </w:r>
      <w:r>
        <w:t>God is your Creator, your Sustainer, your Lord. He is the Lord of the Day of Judgment.</w:t>
      </w:r>
    </w:p>
    <w:p>
      <w:pPr>
        <w:jc w:val="right"/>
      </w:pPr>
      <w:r>
        <w:t>God is your Creator, your Sustainer, your Lord. He is the Lord of the Day of Judgment.</w:t>
      </w:r>
    </w:p>
    <w:p>
      <w:r>
        <w:rPr>
          <w:b/>
        </w:rPr>
        <w:t xml:space="preserve">[46:25] </w:t>
      </w:r>
      <w:r>
        <w:t>So you have to be fearful. You have to be muttaqi, that is fearful about God.</w:t>
      </w:r>
    </w:p>
    <w:p>
      <w:pPr>
        <w:jc w:val="right"/>
      </w:pPr>
      <w:r>
        <w:t>So you have to be fearful. You have to be muttaqi, that is fearful about God.</w:t>
      </w:r>
    </w:p>
    <w:p>
      <w:r>
        <w:rPr>
          <w:b/>
        </w:rPr>
        <w:t xml:space="preserve">[46:41] </w:t>
      </w:r>
      <w:r>
        <w:t>And the second aspect is that ashri nas bikhulqin hasanin, and live among people with peace, with adjustment, with love, with compassion.</w:t>
      </w:r>
    </w:p>
    <w:p>
      <w:pPr>
        <w:jc w:val="right"/>
      </w:pPr>
      <w:r>
        <w:t>And the second aspect is that ashri nas bikhulqin hasanin, and live among people with peace, with adjustment, with love, with compassion.</w:t>
      </w:r>
    </w:p>
    <w:p>
      <w:r>
        <w:rPr>
          <w:b/>
        </w:rPr>
        <w:t xml:space="preserve">[46:54] </w:t>
      </w:r>
      <w:r>
        <w:t>This is the two-point formula of Islamic life, of Divine life.</w:t>
      </w:r>
    </w:p>
    <w:p>
      <w:pPr>
        <w:jc w:val="right"/>
      </w:pPr>
      <w:r>
        <w:t>This is the two-point formula of Islamic life, of Divine life.</w:t>
      </w:r>
    </w:p>
    <w:p>
      <w:r>
        <w:rPr>
          <w:b/>
        </w:rPr>
        <w:t xml:space="preserve">[47:05] </w:t>
      </w:r>
      <w:r>
        <w:t>And the Prophet of Islam is a model, a model of these two qualities, of these two qualities.</w:t>
      </w:r>
    </w:p>
    <w:p>
      <w:pPr>
        <w:jc w:val="right"/>
      </w:pPr>
      <w:r>
        <w:t>And the Prophet of Islam is a model, a model of these two qualities, of these two qualities.</w:t>
      </w:r>
    </w:p>
    <w:p>
      <w:r>
        <w:rPr>
          <w:b/>
        </w:rPr>
        <w:t xml:space="preserve">[47:19] </w:t>
      </w:r>
      <w:r>
        <w:t>And the companions of the Prophet also were models of these two qualities. There is a hadith that</w:t>
      </w:r>
    </w:p>
    <w:p>
      <w:pPr>
        <w:jc w:val="right"/>
      </w:pPr>
      <w:r>
        <w:t>And the companions of the Prophet also were models of these two qualities. There is a hadith that</w:t>
      </w:r>
    </w:p>
    <w:p>
      <w:r>
        <w:rPr>
          <w:b/>
        </w:rPr>
        <w:t xml:space="preserve">[47:36] </w:t>
      </w:r>
      <w:r>
        <w:t>"Ashabi kun nujum, biyayihim iqtadaytum ittadaytum." You have to follow my companions.</w:t>
      </w:r>
    </w:p>
    <w:p>
      <w:pPr>
        <w:jc w:val="right"/>
      </w:pPr>
      <w:r>
        <w:t>"Ashabi kun nujum, biyayihim iqtadaytum ittadaytum." You have to follow my companions.</w:t>
      </w:r>
    </w:p>
    <w:p>
      <w:r>
        <w:rPr>
          <w:b/>
        </w:rPr>
        <w:t xml:space="preserve">[47:48] </w:t>
      </w:r>
      <w:r>
        <w:t>They are light for you.</w:t>
      </w:r>
    </w:p>
    <w:p>
      <w:pPr>
        <w:jc w:val="right"/>
      </w:pPr>
      <w:r>
        <w:t>They are light for you.</w:t>
      </w:r>
    </w:p>
    <w:p>
      <w:r>
        <w:rPr>
          <w:b/>
        </w:rPr>
        <w:t xml:space="preserve">[47:53] </w:t>
      </w:r>
      <w:r>
        <w:t>Follow my companions. They are like a lighthouse for you. So all the companions are models for us</w:t>
      </w:r>
    </w:p>
    <w:p>
      <w:pPr>
        <w:jc w:val="right"/>
      </w:pPr>
      <w:r>
        <w:t>Follow my companions. They are like a lighthouse for you. So all the companions are models for us</w:t>
      </w:r>
    </w:p>
    <w:p>
      <w:r>
        <w:rPr>
          <w:b/>
        </w:rPr>
        <w:t xml:space="preserve">[48:07] </w:t>
      </w:r>
      <w:r>
        <w:t>. All the companions are models for us. Here, I will give an example. When the Prophet died in 632, there was an</w:t>
      </w:r>
    </w:p>
    <w:p>
      <w:pPr>
        <w:jc w:val="right"/>
      </w:pPr>
      <w:r>
        <w:t>. All the companions are models for us. Here, I will give an example. When the Prophet died in 632, there was an</w:t>
      </w:r>
    </w:p>
    <w:p>
      <w:r>
        <w:rPr>
          <w:b/>
        </w:rPr>
        <w:t xml:space="preserve">[48:24] </w:t>
      </w:r>
      <w:r>
        <w:t>issue. There was an issue of who is going to be the Khalifa.</w:t>
      </w:r>
    </w:p>
    <w:p>
      <w:pPr>
        <w:jc w:val="right"/>
      </w:pPr>
      <w:r>
        <w:t>issue. There was an issue of who is going to be the Khalifa.</w:t>
      </w:r>
    </w:p>
    <w:p>
      <w:r>
        <w:rPr>
          <w:b/>
        </w:rPr>
        <w:t xml:space="preserve">[48:34] </w:t>
      </w:r>
      <w:r>
        <w:t>So there were two candidates: Abu Bakr as-Siddiq and Sa'd ibn 'Ubadah. Sa'd ibn 'Ubadah was</w:t>
      </w:r>
    </w:p>
    <w:p>
      <w:pPr>
        <w:jc w:val="right"/>
      </w:pPr>
      <w:r>
        <w:t>So there were two candidates: Abu Bakr as-Siddiq and Sa'd ibn 'Ubadah. Sa'd ibn 'Ubadah was</w:t>
      </w:r>
    </w:p>
    <w:p>
      <w:r>
        <w:rPr>
          <w:b/>
        </w:rPr>
        <w:t xml:space="preserve">[48:49] </w:t>
      </w:r>
      <w:r>
        <w:t>from Ansar, and Abu Bakr as-Siddiq was from Muhajirin. In modern terms, Sa'd ibn 'Ubadah was the son of the soil.</w:t>
      </w:r>
    </w:p>
    <w:p>
      <w:pPr>
        <w:jc w:val="right"/>
      </w:pPr>
      <w:r>
        <w:t>from Ansar, and Abu Bakr as-Siddiq was from Muhajirin. In modern terms, Sa'd ibn 'Ubadah was the son of the soil.</w:t>
      </w:r>
    </w:p>
    <w:p>
      <w:r>
        <w:rPr>
          <w:b/>
        </w:rPr>
        <w:t xml:space="preserve">[49:01] </w:t>
      </w:r>
      <w:r>
        <w:t>But</w:t>
      </w:r>
    </w:p>
    <w:p>
      <w:pPr>
        <w:jc w:val="right"/>
      </w:pPr>
      <w:r>
        <w:t>But</w:t>
      </w:r>
    </w:p>
    <w:p>
      <w:r>
        <w:rPr>
          <w:b/>
        </w:rPr>
        <w:t xml:space="preserve">[49:04] </w:t>
      </w:r>
      <w:r>
        <w:t>the senior Sahaba, the senior companions of the Prophet, decided to appoint Abu Bakr as-Siddiq as Khalifa.</w:t>
      </w:r>
    </w:p>
    <w:p>
      <w:pPr>
        <w:jc w:val="right"/>
      </w:pPr>
      <w:r>
        <w:t>the senior Sahaba, the senior companions of the Prophet, decided to appoint Abu Bakr as-Siddiq as Khalifa.</w:t>
      </w:r>
    </w:p>
    <w:p>
      <w:r>
        <w:rPr>
          <w:b/>
        </w:rPr>
        <w:t xml:space="preserve">[49:16] </w:t>
      </w:r>
      <w:r>
        <w:t>It was against the ambitions of Sa'd ibn 'Ubadah, who was the leader of Ansar, who was the leader of Madinah.</w:t>
      </w:r>
    </w:p>
    <w:p>
      <w:pPr>
        <w:jc w:val="right"/>
      </w:pPr>
      <w:r>
        <w:t>It was against the ambitions of Sa'd ibn 'Ubadah, who was the leader of Ansar, who was the leader of Madinah.</w:t>
      </w:r>
    </w:p>
    <w:p>
      <w:r>
        <w:rPr>
          <w:b/>
        </w:rPr>
        <w:t xml:space="preserve">[49:29] </w:t>
      </w:r>
      <w:r>
        <w:t>Then there were two options before Sa'd ibn 'Ubadah. One, to revolt against this decision.</w:t>
      </w:r>
    </w:p>
    <w:p>
      <w:pPr>
        <w:jc w:val="right"/>
      </w:pPr>
      <w:r>
        <w:t>Then there were two options before Sa'd ibn 'Ubadah. One, to revolt against this decision.</w:t>
      </w:r>
    </w:p>
    <w:p>
      <w:r>
        <w:rPr>
          <w:b/>
        </w:rPr>
        <w:t xml:space="preserve">[49:40] </w:t>
      </w:r>
      <w:r>
        <w:t>He was the son of the soil. So there were many people with him. He was, in some sense, he was stronger than Abu Bakr as-Siddiq.</w:t>
      </w:r>
    </w:p>
    <w:p>
      <w:pPr>
        <w:jc w:val="right"/>
      </w:pPr>
      <w:r>
        <w:t>He was the son of the soil. So there were many people with him. He was, in some sense, he was stronger than Abu Bakr as-Siddiq.</w:t>
      </w:r>
    </w:p>
    <w:p>
      <w:r>
        <w:rPr>
          <w:b/>
        </w:rPr>
        <w:t xml:space="preserve">[49:54] </w:t>
      </w:r>
      <w:r>
        <w:t>Because Abu Bakr as-Siddiq was from Muhajirin. He was from Ansar.</w:t>
      </w:r>
    </w:p>
    <w:p>
      <w:pPr>
        <w:jc w:val="right"/>
      </w:pPr>
      <w:r>
        <w:t>Because Abu Bakr as-Siddiq was from Muhajirin. He was from Ansar.</w:t>
      </w:r>
    </w:p>
    <w:p>
      <w:r>
        <w:rPr>
          <w:b/>
        </w:rPr>
        <w:t xml:space="preserve">[50:01] </w:t>
      </w:r>
      <w:r>
        <w:t>So before Sa'd ibn 'Ubadah, there were two options. One, not to accept this decision and revolt against this decision.</w:t>
      </w:r>
    </w:p>
    <w:p>
      <w:pPr>
        <w:jc w:val="right"/>
      </w:pPr>
      <w:r>
        <w:t>So before Sa'd ibn 'Ubadah, there were two options. One, not to accept this decision and revolt against this decision.</w:t>
      </w:r>
    </w:p>
    <w:p>
      <w:r>
        <w:rPr>
          <w:b/>
        </w:rPr>
        <w:t xml:space="preserve">[50:15] </w:t>
      </w:r>
      <w:r>
        <w:t>But he adopted the principle of difference management</w:t>
      </w:r>
    </w:p>
    <w:p>
      <w:pPr>
        <w:jc w:val="right"/>
      </w:pPr>
      <w:r>
        <w:t>But he adopted the principle of difference management</w:t>
      </w:r>
    </w:p>
    <w:p>
      <w:r>
        <w:rPr>
          <w:b/>
        </w:rPr>
        <w:t xml:space="preserve">[50:22] </w:t>
      </w:r>
      <w:r>
        <w:t>. And what was the management? He decided to leave Madinah. So he left Madinah and settled in Syria for 11 years and died in Syria.</w:t>
      </w:r>
    </w:p>
    <w:p>
      <w:pPr>
        <w:jc w:val="right"/>
      </w:pPr>
      <w:r>
        <w:t>. And what was the management? He decided to leave Madinah. So he left Madinah and settled in Syria for 11 years and died in Syria.</w:t>
      </w:r>
    </w:p>
    <w:p>
      <w:r>
        <w:rPr>
          <w:b/>
        </w:rPr>
        <w:t xml:space="preserve">[50:44] </w:t>
      </w:r>
      <w:r>
        <w:t>So this was, for him, the adoption of this formula.</w:t>
      </w:r>
    </w:p>
    <w:p>
      <w:pPr>
        <w:jc w:val="right"/>
      </w:pPr>
      <w:r>
        <w:t>So this was, for him, the adoption of this formula.</w:t>
      </w:r>
    </w:p>
    <w:p>
      <w:r>
        <w:rPr>
          <w:b/>
        </w:rPr>
        <w:t xml:space="preserve">[50:54] </w:t>
      </w:r>
      <w:r>
        <w:t>There are so many occasions when there were differences among the Sahaba, among the companions of the Prophet. But every time, they successfully managed their differences.</w:t>
      </w:r>
    </w:p>
    <w:p>
      <w:pPr>
        <w:jc w:val="right"/>
      </w:pPr>
      <w:r>
        <w:t>There are so many occasions when there were differences among the Sahaba, among the companions of the Prophet. But every time, they successfully managed their differences.</w:t>
      </w:r>
    </w:p>
    <w:p>
      <w:r>
        <w:rPr>
          <w:b/>
        </w:rPr>
        <w:t xml:space="preserve">[51:11] </w:t>
      </w:r>
      <w:r>
        <w:t>So there was no infighting.</w:t>
      </w:r>
    </w:p>
    <w:p>
      <w:pPr>
        <w:jc w:val="right"/>
      </w:pPr>
      <w:r>
        <w:t>So there was no infighting.</w:t>
      </w:r>
    </w:p>
    <w:p>
      <w:r>
        <w:rPr>
          <w:b/>
        </w:rPr>
        <w:t xml:space="preserve">[51:16] </w:t>
      </w:r>
      <w:r>
        <w:t>So difference is a part of nature. Even if there are two Prophets at a time, there must be some differences between the two.</w:t>
      </w:r>
    </w:p>
    <w:p>
      <w:pPr>
        <w:jc w:val="right"/>
      </w:pPr>
      <w:r>
        <w:t>So difference is a part of nature. Even if there are two Prophets at a time, there must be some differences between the two.</w:t>
      </w:r>
    </w:p>
    <w:p>
      <w:r>
        <w:rPr>
          <w:b/>
        </w:rPr>
        <w:t xml:space="preserve">[51:31] </w:t>
      </w:r>
      <w:r>
        <w:t>The example is Prophet Moses and Prophet Harun. Both were Prophets. Both were Prophets at the same time.</w:t>
      </w:r>
    </w:p>
    <w:p>
      <w:pPr>
        <w:jc w:val="right"/>
      </w:pPr>
      <w:r>
        <w:t>The example is Prophet Moses and Prophet Harun. Both were Prophets. Both were Prophets at the same time.</w:t>
      </w:r>
    </w:p>
    <w:p>
      <w:r>
        <w:rPr>
          <w:b/>
        </w:rPr>
        <w:t xml:space="preserve">[51:44] </w:t>
      </w:r>
      <w:r>
        <w:t>Then there was a difference in some issues between the two. So difference is a part of nature. Only among angels, there are no differences.</w:t>
      </w:r>
    </w:p>
    <w:p>
      <w:pPr>
        <w:jc w:val="right"/>
      </w:pPr>
      <w:r>
        <w:t>Then there was a difference in some issues between the two. So difference is a part of nature. Only among angels, there are no differences.</w:t>
      </w:r>
    </w:p>
    <w:p>
      <w:r>
        <w:rPr>
          <w:b/>
        </w:rPr>
        <w:t xml:space="preserve">[51:58] </w:t>
      </w:r>
      <w:r>
        <w:t>Among stars, among planets, among trees, there are no differences. Among angels, there are no differences.</w:t>
      </w:r>
    </w:p>
    <w:p>
      <w:pPr>
        <w:jc w:val="right"/>
      </w:pPr>
      <w:r>
        <w:t>Among stars, among planets, among trees, there are no differences. Among angels, there are no differences.</w:t>
      </w:r>
    </w:p>
    <w:p>
      <w:r>
        <w:rPr>
          <w:b/>
        </w:rPr>
        <w:t xml:space="preserve">[52:09] </w:t>
      </w:r>
      <w:r>
        <w:t>Among mountains and rivers, there are no differences. But among human beings, difference is bound to occur.</w:t>
      </w:r>
    </w:p>
    <w:p>
      <w:pPr>
        <w:jc w:val="right"/>
      </w:pPr>
      <w:r>
        <w:t>Among mountains and rivers, there are no differences. But among human beings, difference is bound to occur.</w:t>
      </w:r>
    </w:p>
    <w:p>
      <w:r>
        <w:rPr>
          <w:b/>
        </w:rPr>
        <w:t xml:space="preserve">[52:24] </w:t>
      </w:r>
      <w:r>
        <w:t>Because man is a</w:t>
      </w:r>
    </w:p>
    <w:p>
      <w:pPr>
        <w:jc w:val="right"/>
      </w:pPr>
      <w:r>
        <w:t>Because man is a</w:t>
      </w:r>
    </w:p>
    <w:p>
      <w:r>
        <w:rPr>
          <w:b/>
        </w:rPr>
        <w:t xml:space="preserve">[52:33] </w:t>
      </w:r>
      <w:r>
        <w:t>man has freedom.</w:t>
      </w:r>
    </w:p>
    <w:p>
      <w:pPr>
        <w:jc w:val="right"/>
      </w:pPr>
      <w:r>
        <w:t>man has freedom.</w:t>
      </w:r>
    </w:p>
    <w:p>
      <w:r>
        <w:rPr>
          <w:b/>
        </w:rPr>
        <w:t xml:space="preserve">[52:38] </w:t>
      </w:r>
      <w:r>
        <w:t>Man has freedom, total freedom. God has given total freedom to man. It is this.</w:t>
      </w:r>
    </w:p>
    <w:p>
      <w:pPr>
        <w:jc w:val="right"/>
      </w:pPr>
      <w:r>
        <w:t>Man has freedom, total freedom. God has given total freedom to man. It is this.</w:t>
      </w:r>
    </w:p>
    <w:p>
      <w:r>
        <w:rPr>
          <w:b/>
        </w:rPr>
        <w:t xml:space="preserve">[52:47] </w:t>
      </w:r>
      <w:r>
        <w:t>And also, God has blessed man with a great mind.</w:t>
      </w:r>
    </w:p>
    <w:p>
      <w:pPr>
        <w:jc w:val="right"/>
      </w:pPr>
      <w:r>
        <w:t>And also, God has blessed man with a great mind.</w:t>
      </w:r>
    </w:p>
    <w:p>
      <w:r>
        <w:rPr>
          <w:b/>
        </w:rPr>
        <w:t xml:space="preserve">[52:57] </w:t>
      </w:r>
      <w:r>
        <w:t>Mind is a great thinking.</w:t>
      </w:r>
    </w:p>
    <w:p>
      <w:pPr>
        <w:jc w:val="right"/>
      </w:pPr>
      <w:r>
        <w:t>Mind is a great thinking.</w:t>
      </w:r>
    </w:p>
    <w:p>
      <w:r>
        <w:rPr>
          <w:b/>
        </w:rPr>
        <w:t xml:space="preserve">[53:04] </w:t>
      </w:r>
      <w:r>
        <w:t>Mind has a great capacity of thinking. So at one aspect, every human being has a mind, and every mind has a great capacity of thinking.</w:t>
      </w:r>
    </w:p>
    <w:p>
      <w:pPr>
        <w:jc w:val="right"/>
      </w:pPr>
      <w:r>
        <w:t>Mind has a great capacity of thinking. So at one aspect, every human being has a mind, and every mind has a great capacity of thinking.</w:t>
      </w:r>
    </w:p>
    <w:p>
      <w:r>
        <w:rPr>
          <w:b/>
        </w:rPr>
        <w:t xml:space="preserve">[53:18] </w:t>
      </w:r>
      <w:r>
        <w:t>Then he has freedom also. So this freedom and this mind are basically responsible for all these differences.</w:t>
      </w:r>
    </w:p>
    <w:p>
      <w:pPr>
        <w:jc w:val="right"/>
      </w:pPr>
      <w:r>
        <w:t>Then he has freedom also. So this freedom and this mind are basically responsible for all these differences.</w:t>
      </w:r>
    </w:p>
    <w:p>
      <w:r>
        <w:rPr>
          <w:b/>
        </w:rPr>
        <w:t xml:space="preserve">[53:40] </w:t>
      </w:r>
      <w:r>
        <w:t>But difference is not evil. Without difference, there is no progr</w:t>
      </w:r>
    </w:p>
    <w:p>
      <w:pPr>
        <w:jc w:val="right"/>
      </w:pPr>
      <w:r>
        <w:t>But difference is not evil. Without difference, there is no progr</w:t>
      </w:r>
    </w:p>
    <w:p>
      <w:r>
        <w:rPr>
          <w:b/>
        </w:rPr>
        <w:t xml:space="preserve">[53:45] </w:t>
      </w:r>
      <w:r>
        <w:t>ess. There is no development. God wants to</w:t>
      </w:r>
    </w:p>
    <w:p>
      <w:pPr>
        <w:jc w:val="right"/>
      </w:pPr>
      <w:r>
        <w:t>ess. There is no development. God wants to</w:t>
      </w:r>
    </w:p>
    <w:p>
      <w:r>
        <w:rPr>
          <w:b/>
        </w:rPr>
        <w:t xml:space="preserve">[54:00] </w:t>
      </w:r>
      <w:r>
        <w:t>dialogue. God wants discussions. God wants competition.</w:t>
      </w:r>
    </w:p>
    <w:p>
      <w:pPr>
        <w:jc w:val="right"/>
      </w:pPr>
      <w:r>
        <w:t>dialogue. God wants discussions. God wants competition.</w:t>
      </w:r>
    </w:p>
    <w:p>
      <w:r>
        <w:rPr>
          <w:b/>
        </w:rPr>
        <w:t xml:space="preserve">[54:07] </w:t>
      </w:r>
      <w:r>
        <w:t>So He gave you freedom.</w:t>
      </w:r>
    </w:p>
    <w:p>
      <w:pPr>
        <w:jc w:val="right"/>
      </w:pPr>
      <w:r>
        <w:t>So He gave you freedom.</w:t>
      </w:r>
    </w:p>
    <w:p>
      <w:r>
        <w:rPr>
          <w:b/>
        </w:rPr>
        <w:t xml:space="preserve">[54:14] </w:t>
      </w:r>
      <w:r>
        <w:t>It is this freedom and this—and this is it—this freedom which leads to progress, to development.</w:t>
      </w:r>
    </w:p>
    <w:p>
      <w:pPr>
        <w:jc w:val="right"/>
      </w:pPr>
      <w:r>
        <w:t>It is this freedom and this—and this is it—this freedom which leads to progress, to development.</w:t>
      </w:r>
    </w:p>
    <w:p>
      <w:r>
        <w:rPr>
          <w:b/>
        </w:rPr>
        <w:t xml:space="preserve">[54:31] </w:t>
      </w:r>
      <w:r>
        <w:t>The Prophet gave freedom to all his companions. There were no restrictions. During the Prophet, there were more than one lakh companions.</w:t>
      </w:r>
    </w:p>
    <w:p>
      <w:pPr>
        <w:jc w:val="right"/>
      </w:pPr>
      <w:r>
        <w:t>The Prophet gave freedom to all his companions. There were no restrictions. During the Prophet, there were more than one lakh companions.</w:t>
      </w:r>
    </w:p>
    <w:p>
      <w:r>
        <w:rPr>
          <w:b/>
        </w:rPr>
        <w:t xml:space="preserve">[54:44] </w:t>
      </w:r>
      <w:r>
        <w:t>And there were no restrictions. Everyone was free to</w:t>
      </w:r>
    </w:p>
    <w:p>
      <w:pPr>
        <w:jc w:val="right"/>
      </w:pPr>
      <w:r>
        <w:t>And there were no restrictions. Everyone was free to</w:t>
      </w:r>
    </w:p>
    <w:p>
      <w:r>
        <w:rPr>
          <w:b/>
        </w:rPr>
        <w:t xml:space="preserve">[54:57] </w:t>
      </w:r>
      <w:r>
        <w:t>speak what he wanted, to give his opinions on issues. So during the Prophet, there was no freedom.</w:t>
      </w:r>
    </w:p>
    <w:p>
      <w:pPr>
        <w:jc w:val="right"/>
      </w:pPr>
      <w:r>
        <w:t>speak what he wanted, to give his opinions on issues. So during the Prophet, there was no freedom.</w:t>
      </w:r>
    </w:p>
    <w:p>
      <w:r>
        <w:rPr>
          <w:b/>
        </w:rPr>
        <w:t xml:space="preserve">[55:08] </w:t>
      </w:r>
      <w:r>
        <w:t>There was no restriction at all.</w:t>
      </w:r>
    </w:p>
    <w:p>
      <w:pPr>
        <w:jc w:val="right"/>
      </w:pPr>
      <w:r>
        <w:t>There was no restriction at all.</w:t>
      </w:r>
    </w:p>
    <w:p>
      <w:r>
        <w:rPr>
          <w:b/>
        </w:rPr>
        <w:t xml:space="preserve">[55:11] </w:t>
      </w:r>
      <w:r>
        <w:t>Everyone was totally free. Because without this freedom, there is no development.</w:t>
      </w:r>
    </w:p>
    <w:p>
      <w:pPr>
        <w:jc w:val="right"/>
      </w:pPr>
      <w:r>
        <w:t>Everyone was totally free. Because without this freedom, there is no development.</w:t>
      </w:r>
    </w:p>
    <w:p>
      <w:r>
        <w:rPr>
          <w:b/>
        </w:rPr>
        <w:t xml:space="preserve">[55:22] </w:t>
      </w:r>
      <w:r>
        <w:t>Because without freedom, there is no development.</w:t>
      </w:r>
    </w:p>
    <w:p>
      <w:pPr>
        <w:jc w:val="right"/>
      </w:pPr>
      <w:r>
        <w:t>Because without freedom, there is no development.</w:t>
      </w:r>
    </w:p>
    <w:p>
      <w:r>
        <w:rPr>
          <w:b/>
        </w:rPr>
        <w:t xml:space="preserve">[55:28] </w:t>
      </w:r>
      <w:r>
        <w:t>So we have to tolerate when God has freedom for everyone. So we have to accept it.</w:t>
      </w:r>
    </w:p>
    <w:p>
      <w:pPr>
        <w:jc w:val="right"/>
      </w:pPr>
      <w:r>
        <w:t>So we have to tolerate when God has freedom for everyone. So we have to accept it.</w:t>
      </w:r>
    </w:p>
    <w:p>
      <w:r>
        <w:rPr>
          <w:b/>
        </w:rPr>
        <w:t xml:space="preserve">[55:38] </w:t>
      </w:r>
      <w:r>
        <w:t>We have to tolerate differences. We have to adjust with differences.</w:t>
      </w:r>
    </w:p>
    <w:p>
      <w:pPr>
        <w:jc w:val="right"/>
      </w:pPr>
      <w:r>
        <w:t>We have to tolerate differences. We have to adjust with differences.</w:t>
      </w:r>
    </w:p>
    <w:p>
      <w:r>
        <w:rPr>
          <w:b/>
        </w:rPr>
        <w:t xml:space="preserve">[55:49] </w:t>
      </w:r>
      <w:r>
        <w:t>And the best example is</w:t>
      </w:r>
    </w:p>
    <w:p>
      <w:pPr>
        <w:jc w:val="right"/>
      </w:pPr>
      <w:r>
        <w:t>And the best example is</w:t>
      </w:r>
    </w:p>
    <w:p>
      <w:r>
        <w:rPr>
          <w:b/>
        </w:rPr>
        <w:t xml:space="preserve">[55:54] </w:t>
      </w:r>
      <w:r>
        <w:t>that of companions.</w:t>
      </w:r>
    </w:p>
    <w:p>
      <w:pPr>
        <w:jc w:val="right"/>
      </w:pPr>
      <w:r>
        <w:t>that of companions.</w:t>
      </w:r>
    </w:p>
    <w:p>
      <w:r>
        <w:rPr>
          <w:b/>
        </w:rPr>
        <w:t xml:space="preserve">[55:59] </w:t>
      </w:r>
      <w:r>
        <w:t>Companions were more than one lakh. And there are so many differences among these companions.</w:t>
      </w:r>
    </w:p>
    <w:p>
      <w:pPr>
        <w:jc w:val="right"/>
      </w:pPr>
      <w:r>
        <w:t>Companions were more than one lakh. And there are so many differences among these companions.</w:t>
      </w:r>
    </w:p>
    <w:p>
      <w:r>
        <w:rPr>
          <w:b/>
        </w:rPr>
        <w:t xml:space="preserve">[56:09] </w:t>
      </w:r>
      <w:r>
        <w:t>But they always tried to manage those differences rather than to fight with the differences.</w:t>
      </w:r>
    </w:p>
    <w:p>
      <w:pPr>
        <w:jc w:val="right"/>
      </w:pPr>
      <w:r>
        <w:t>But they always tried to manage those differences rather than to fight with the differences.</w:t>
      </w:r>
    </w:p>
    <w:p>
      <w:r>
        <w:rPr>
          <w:b/>
        </w:rPr>
        <w:t xml:space="preserve">[56:26] </w:t>
      </w:r>
      <w:r>
        <w:t>In our modern days, all those problems we are facing are due to the lack of this management</w:t>
      </w:r>
    </w:p>
    <w:p>
      <w:pPr>
        <w:jc w:val="right"/>
      </w:pPr>
      <w:r>
        <w:t>In our modern days, all those problems we are facing are due to the lack of this management</w:t>
      </w:r>
    </w:p>
    <w:p>
      <w:r>
        <w:rPr>
          <w:b/>
        </w:rPr>
        <w:t xml:space="preserve">[56:37] </w:t>
      </w:r>
      <w:r>
        <w:t>. In Kashmir, there is fighting. In Palestine, there is fighting. And there are some other places where there is fighting.</w:t>
      </w:r>
    </w:p>
    <w:p>
      <w:pPr>
        <w:jc w:val="right"/>
      </w:pPr>
      <w:r>
        <w:t>. In Kashmir, there is fighting. In Palestine, there is fighting. And there are some other places where there is fighting.</w:t>
      </w:r>
    </w:p>
    <w:p>
      <w:r>
        <w:rPr>
          <w:b/>
        </w:rPr>
        <w:t xml:space="preserve">[56:50] </w:t>
      </w:r>
      <w:r>
        <w:t>Why is this fighting?</w:t>
      </w:r>
    </w:p>
    <w:p>
      <w:pPr>
        <w:jc w:val="right"/>
      </w:pPr>
      <w:r>
        <w:t>Why is this fighting?</w:t>
      </w:r>
    </w:p>
    <w:p>
      <w:r>
        <w:rPr>
          <w:b/>
        </w:rPr>
        <w:t xml:space="preserve">[56:53] </w:t>
      </w:r>
      <w:r>
        <w:t>Because there were some differences, some political differences, basically political differences. So they failed to manage these differences.</w:t>
      </w:r>
    </w:p>
    <w:p>
      <w:pPr>
        <w:jc w:val="right"/>
      </w:pPr>
      <w:r>
        <w:t>Because there were some differences, some political differences, basically political differences. So they failed to manage these differences.</w:t>
      </w:r>
    </w:p>
    <w:p>
      <w:r>
        <w:rPr>
          <w:b/>
        </w:rPr>
        <w:t xml:space="preserve">[57:07] </w:t>
      </w:r>
      <w:r>
        <w:t>And they began fighting. This is not</w:t>
      </w:r>
    </w:p>
    <w:p>
      <w:pPr>
        <w:jc w:val="right"/>
      </w:pPr>
      <w:r>
        <w:t>And they began fighting. This is not</w:t>
      </w:r>
    </w:p>
    <w:p>
      <w:r>
        <w:rPr>
          <w:b/>
        </w:rPr>
        <w:t xml:space="preserve">[57:20] </w:t>
      </w:r>
      <w:r>
        <w:t>good for</w:t>
      </w:r>
    </w:p>
    <w:p>
      <w:pPr>
        <w:jc w:val="right"/>
      </w:pPr>
      <w:r>
        <w:t>good for</w:t>
      </w:r>
    </w:p>
    <w:p>
      <w:r>
        <w:rPr>
          <w:b/>
        </w:rPr>
        <w:t xml:space="preserve">[57:24] </w:t>
      </w:r>
      <w:r>
        <w:t>these people</w:t>
      </w:r>
    </w:p>
    <w:p>
      <w:pPr>
        <w:jc w:val="right"/>
      </w:pPr>
      <w:r>
        <w:t>these people</w:t>
      </w:r>
    </w:p>
    <w:p>
      <w:r>
        <w:rPr>
          <w:b/>
        </w:rPr>
        <w:t xml:space="preserve">[57:26] </w:t>
      </w:r>
      <w:r>
        <w:t>. This kind of fighting is bound to</w:t>
      </w:r>
    </w:p>
    <w:p>
      <w:pPr>
        <w:jc w:val="right"/>
      </w:pPr>
      <w:r>
        <w:t>. This kind of fighting is bound to</w:t>
      </w:r>
    </w:p>
    <w:p>
      <w:r>
        <w:rPr>
          <w:b/>
        </w:rPr>
        <w:t xml:space="preserve">[57:39] </w:t>
      </w:r>
      <w:r>
        <w:t>lead us to disaster. There is no positive result of these fightings.</w:t>
      </w:r>
    </w:p>
    <w:p>
      <w:pPr>
        <w:jc w:val="right"/>
      </w:pPr>
      <w:r>
        <w:t>lead us to disaster. There is no positive result of these fightings.</w:t>
      </w:r>
    </w:p>
    <w:p>
      <w:r>
        <w:rPr>
          <w:b/>
        </w:rPr>
        <w:t xml:space="preserve">[57:51] </w:t>
      </w:r>
      <w:r>
        <w:t>So I can say that we have to try to manage all these differences: political differences, social differences,</w:t>
      </w:r>
    </w:p>
    <w:p>
      <w:pPr>
        <w:jc w:val="right"/>
      </w:pPr>
      <w:r>
        <w:t>So I can say that we have to try to manage all these differences: political differences, social differences,</w:t>
      </w:r>
    </w:p>
    <w:p>
      <w:r>
        <w:rPr>
          <w:b/>
        </w:rPr>
        <w:t xml:space="preserve">[58:07] </w:t>
      </w:r>
      <w:r>
        <w:t>and all those differences in family, in our institutions. Everywhere, there are differences.</w:t>
      </w:r>
    </w:p>
    <w:p>
      <w:pPr>
        <w:jc w:val="right"/>
      </w:pPr>
      <w:r>
        <w:t>and all those differences in family, in our institutions. Everywhere, there are differences.</w:t>
      </w:r>
    </w:p>
    <w:p>
      <w:r>
        <w:rPr>
          <w:b/>
        </w:rPr>
        <w:t xml:space="preserve">[58:17] </w:t>
      </w:r>
      <w:r>
        <w:t>But we have to avoid fighting. We have to try to manage these differences. This is the only formula of success.</w:t>
      </w:r>
    </w:p>
    <w:p>
      <w:pPr>
        <w:jc w:val="right"/>
      </w:pPr>
      <w:r>
        <w:t>But we have to avoid fighting. We have to try to manage these differences. This is the only formula of success.</w:t>
      </w:r>
    </w:p>
    <w:p>
      <w:r>
        <w:rPr>
          <w:b/>
        </w:rPr>
        <w:t xml:space="preserve">[58:29] </w:t>
      </w:r>
      <w:r>
        <w:t>This is the only formula of success. There is no other formula. So the best formula is "As-Sulu Khair." Peaceful settlement is the best option.</w:t>
      </w:r>
    </w:p>
    <w:p>
      <w:pPr>
        <w:jc w:val="right"/>
      </w:pPr>
      <w:r>
        <w:t>This is the only formula of success. There is no other formula. So the best formula is "As-Sulu Khair." Peaceful settlement is the best option.</w:t>
      </w:r>
    </w:p>
    <w:p>
      <w:r>
        <w:rPr>
          <w:b/>
        </w:rPr>
        <w:t xml:space="preserve">[58:50] </w:t>
      </w:r>
      <w:r>
        <w:t>"Aqulu qawli haza." "Wa astaghfirullah aliyi walakum ajma'in."</w:t>
      </w:r>
    </w:p>
    <w:p>
      <w:pPr>
        <w:jc w:val="right"/>
      </w:pPr>
      <w:r>
        <w:t>"Aqulu qawli haza." "Wa astaghfirullah aliyi walakum ajma'in."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