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Lead a Life of Fulfilment September 24, 2017</w:t>
      </w:r>
    </w:p>
    <w:p>
      <w:r>
        <w:t>https://www.youtube.com/watch?v=WUoQOo2_zd8</w:t>
      </w:r>
    </w:p>
    <w:p>
      <w:r>
        <w:rPr>
          <w:b/>
        </w:rPr>
        <w:t xml:space="preserve">[00:14] </w:t>
      </w:r>
      <w:r>
        <w:t>bismillah hir rahman nir rahim, wa salli Allahu ala an-nabiyyil karim. Rabb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wahlul uqdatan min lisani, yafqahu qawli.</w:t>
      </w:r>
    </w:p>
    <w:p>
      <w:pPr>
        <w:jc w:val="right"/>
      </w:pPr>
      <w:r>
        <w:t>واحل العقدۃ من لسانی، یفقہ قولی۔</w:t>
      </w:r>
    </w:p>
    <w:p>
      <w:r>
        <w:rPr>
          <w:b/>
        </w:rPr>
        <w:t xml:space="preserve">[00:39] </w:t>
      </w:r>
      <w:r>
        <w:t>24 sitambar 2017.</w:t>
      </w:r>
    </w:p>
    <w:p>
      <w:pPr>
        <w:jc w:val="right"/>
      </w:pPr>
      <w:r>
        <w:t>24 ستمبر 2017۔</w:t>
      </w:r>
    </w:p>
    <w:p>
      <w:r>
        <w:rPr>
          <w:b/>
        </w:rPr>
        <w:t xml:space="preserve">[00:49] </w:t>
      </w:r>
      <w:r>
        <w:t>main ne kai bar zikr kiya hai ke mera routine ban gaya hai, bachpan se, bachpan se, ke morning mein main hota hoon nature mein.</w:t>
      </w:r>
    </w:p>
    <w:p>
      <w:pPr>
        <w:jc w:val="right"/>
      </w:pPr>
      <w:r>
        <w:t>میں نے کئی بار ذکر کیا ہے کہ میرا روٹین بن گیا ہے، بچپن سے، بچپن سے، کہ مارننگ میں میں ہوتا ہوں نیچر میں۔</w:t>
      </w:r>
    </w:p>
    <w:p>
      <w:r>
        <w:rPr>
          <w:b/>
        </w:rPr>
        <w:t xml:space="preserve">[01:07] </w:t>
      </w:r>
      <w:r>
        <w:t>mera morning time jo hai woh nature mein guzarta hai, jab main gaon mein tha tab se. To nature mere liye source of, yani jis ko kehte hain trigger hona,</w:t>
      </w:r>
    </w:p>
    <w:p>
      <w:pPr>
        <w:jc w:val="right"/>
      </w:pPr>
      <w:r>
        <w:t>میرا مارننگ ٹائم جو ہے وہ نیچر میں گزرتا ہے، جب میں گاؤں میں تھا تب سے۔ تو نیچر میرے لیے سورس آف، یعنی جس کو کہتے ہیں ٹریگر ہونا،</w:t>
      </w:r>
    </w:p>
    <w:p>
      <w:r>
        <w:rPr>
          <w:b/>
        </w:rPr>
        <w:t xml:space="preserve">[01:24] </w:t>
      </w:r>
      <w:r>
        <w:t>iska source ban gaya hai. Nature mein mera mind trigger hota rehta hai.</w:t>
      </w:r>
    </w:p>
    <w:p>
      <w:pPr>
        <w:jc w:val="right"/>
      </w:pPr>
      <w:r>
        <w:t>اس کا سورس بن گیا ہے۔ نیچر میں میرا مائنڈ ٹریگر ہوتا رہتا ہے۔</w:t>
      </w:r>
    </w:p>
    <w:p>
      <w:r>
        <w:rPr>
          <w:b/>
        </w:rPr>
        <w:t xml:space="preserve">[01:33] </w:t>
      </w:r>
      <w:r>
        <w:t>To mera jo nature mein time guzarta hai, us ko main kehta hoon, yani aap jante hain ke logon ki hobby hua karti hai,</w:t>
      </w:r>
    </w:p>
    <w:p>
      <w:pPr>
        <w:jc w:val="right"/>
      </w:pPr>
      <w:r>
        <w:t>تو میرا جو نیچر میں ٹائم گزرتا ہے، اس کو میں کہتا ہوں، یعنی آپ جانتے ہیں کہ لوگوں کی ہابی ہوا کرتی ہے،</w:t>
      </w:r>
    </w:p>
    <w:p>
      <w:r>
        <w:rPr>
          <w:b/>
        </w:rPr>
        <w:t xml:space="preserve">[01:46] </w:t>
      </w:r>
      <w:r>
        <w:t>hobby aam taur par hoti hai tafreeh ke liye, pleasure ke liye. Meri koi hobby aisi hai nahin, bachpan se kabhi bhi nahin.</w:t>
      </w:r>
    </w:p>
    <w:p>
      <w:pPr>
        <w:jc w:val="right"/>
      </w:pPr>
      <w:r>
        <w:t>ہابی عام طور پر ہوتی ہے تفریح کے لیے، پلیژر کے لیے۔ میری کوئی ہابی ایسی ہے نہیں، بچپن سے کبھی بھی نہیں۔</w:t>
      </w:r>
    </w:p>
    <w:p>
      <w:r>
        <w:rPr>
          <w:b/>
        </w:rPr>
        <w:t xml:space="preserve">[01:58] </w:t>
      </w:r>
      <w:r>
        <w:t>Meri hobby ek creative hobby hai, creative hobby. Yani aam logon ki hobby hai fidesia of pleasure.</w:t>
      </w:r>
    </w:p>
    <w:p>
      <w:pPr>
        <w:jc w:val="right"/>
      </w:pPr>
      <w:r>
        <w:t>میری ہابی ایک کریئیٹیو ہابی ہے، کریئیٹیو ہابی۔ یعنی عام لوگوں کی ہابی ہے فدسیہ آف پلیژر۔</w:t>
      </w:r>
    </w:p>
    <w:p>
      <w:r>
        <w:rPr>
          <w:b/>
        </w:rPr>
        <w:t xml:space="preserve">[02:11] </w:t>
      </w:r>
      <w:r>
        <w:t>Meri hobby hai fidesia of learning. Logon ki hobby hai, hoti hai, fidesia of pleasure.</w:t>
      </w:r>
    </w:p>
    <w:p>
      <w:pPr>
        <w:jc w:val="right"/>
      </w:pPr>
      <w:r>
        <w:t>میری ہابی ہے فدسیہ آف لرننگ۔ لوگوں کی ہابی ہے، ہوتی ہے، فدسیہ آف پلیژر۔</w:t>
      </w:r>
    </w:p>
    <w:p>
      <w:r>
        <w:rPr>
          <w:b/>
        </w:rPr>
        <w:t xml:space="preserve">[02:21] </w:t>
      </w:r>
      <w:r>
        <w:t>Meri hobby hai fidesia of learning. To aaj main jab apne office ke bahar nature ko dekh raha tha,</w:t>
      </w:r>
    </w:p>
    <w:p>
      <w:pPr>
        <w:jc w:val="right"/>
      </w:pPr>
      <w:r>
        <w:t>میری ہابی ہے فدسیہ آف لرننگ۔ تو آج میں جب اپنے آفس کے باہر نیچر کو دیکھ رہا تھا،</w:t>
      </w:r>
    </w:p>
    <w:p>
      <w:r>
        <w:rPr>
          <w:b/>
        </w:rPr>
        <w:t xml:space="preserve">[02:36] </w:t>
      </w:r>
      <w:r>
        <w:t>yani darakht phailay hue hain yahan se wahan tak, peeron ka scene hai, us mein main baitha hua tha.</w:t>
      </w:r>
    </w:p>
    <w:p>
      <w:pPr>
        <w:jc w:val="right"/>
      </w:pPr>
      <w:r>
        <w:t>یعنی درخت پھیلے ہوئے ہیں یہاں سے وہاں تک، پیڑوں کا سین ہے، اس میں میں بیٹھا ہوا تھا۔</w:t>
      </w:r>
    </w:p>
    <w:p>
      <w:r>
        <w:rPr>
          <w:b/>
        </w:rPr>
        <w:t xml:space="preserve">[02:52] </w:t>
      </w:r>
      <w:r>
        <w:t>to mujhe jab mind bara trigger hua to mujhe honey bee ki yaad aayi, jo pedon mein aati hai,</w:t>
      </w:r>
    </w:p>
    <w:p>
      <w:pPr>
        <w:jc w:val="right"/>
      </w:pPr>
      <w:r>
        <w:t>تو مجھے جب مائنڈ بڑا ٹریگر ہوا تو مجھے ہنی بیک کی یاد آئی، جو پیڑوں میں آتی ہے،</w:t>
      </w:r>
    </w:p>
    <w:p>
      <w:r>
        <w:rPr>
          <w:b/>
        </w:rPr>
        <w:t xml:space="preserve">[03:07] </w:t>
      </w:r>
      <w:r>
        <w:t>garden mein aati hai. is ka daily is ka yahi, is ki hobby hai, kehna chahiye.</w:t>
      </w:r>
    </w:p>
    <w:p>
      <w:pPr>
        <w:jc w:val="right"/>
      </w:pPr>
      <w:r>
        <w:t>گارڈن میں آتی ہے۔ اس کا ڈیلی اس کا یہی، اس کی ہابی ہے، کہنا چاہیے۔</w:t>
      </w:r>
    </w:p>
    <w:p>
      <w:r>
        <w:rPr>
          <w:b/>
        </w:rPr>
        <w:t xml:space="preserve">[03:19] </w:t>
      </w:r>
      <w:r>
        <w:t>honey bee ki daily hobby hai baghon mein jana.</w:t>
      </w:r>
    </w:p>
    <w:p>
      <w:pPr>
        <w:jc w:val="right"/>
      </w:pPr>
      <w:r>
        <w:t>ہنی بیک کی ڈیلی ہابی ہے باغوں میں جانا۔</w:t>
      </w:r>
    </w:p>
    <w:p>
      <w:r>
        <w:rPr>
          <w:b/>
        </w:rPr>
        <w:t xml:space="preserve">[03:28] </w:t>
      </w:r>
      <w:r>
        <w:t>yani yeh main keh sakta hoon ke honey bee jo hai is ki bhi aik creative hobby hai.</w:t>
      </w:r>
    </w:p>
    <w:p>
      <w:pPr>
        <w:jc w:val="right"/>
      </w:pPr>
      <w:r>
        <w:t>یعنی یہ میں کہہ سکتا ہوں کہ ہنی بیک جو ہے اس کی بھی ایک کریئیٹیو ہابی ہے۔</w:t>
      </w:r>
    </w:p>
    <w:p>
      <w:r>
        <w:rPr>
          <w:b/>
        </w:rPr>
        <w:t xml:space="preserve">[03:37] </w:t>
      </w:r>
      <w:r>
        <w:t>to maine compare kiya ke bagh mein aik aata hai mali aur aik aata hai honey bee.</w:t>
      </w:r>
    </w:p>
    <w:p>
      <w:pPr>
        <w:jc w:val="right"/>
      </w:pPr>
      <w:r>
        <w:t>تو میں نے کمپیئر کیا کہ باغ میں ایک آتا ہے مالی اور ایک آتا ہے ہنی بیک۔</w:t>
      </w:r>
    </w:p>
    <w:p>
      <w:r>
        <w:rPr>
          <w:b/>
        </w:rPr>
        <w:t xml:space="preserve">[03:51] </w:t>
      </w:r>
      <w:r>
        <w:t>bagh mein mali kya karta hai aur honey bee kya karti hai? mali interest ke liye aata hai, yani phoolon ko tod kar un ka mala banana aur un ko bechna.</w:t>
      </w:r>
    </w:p>
    <w:p>
      <w:pPr>
        <w:jc w:val="right"/>
      </w:pPr>
      <w:r>
        <w:t>باغ میں مالی کیا کرتا ہے اور ہنی بیک کیا کرتی ہے؟ مالی انٹرسٹ کے لیے آتا ہے، یعنی پھولوں کو توڑ کر ان کا مالا بنانا اور ان کو بیچنا۔</w:t>
      </w:r>
    </w:p>
    <w:p>
      <w:r>
        <w:rPr>
          <w:b/>
        </w:rPr>
        <w:t xml:space="preserve">[04:10] </w:t>
      </w:r>
      <w:r>
        <w:t>mali aata hai apne</w:t>
      </w:r>
    </w:p>
    <w:p>
      <w:pPr>
        <w:jc w:val="right"/>
      </w:pPr>
      <w:r>
        <w:t>مالی آتا ہے اپنے</w:t>
      </w:r>
    </w:p>
    <w:p>
      <w:r>
        <w:rPr>
          <w:b/>
        </w:rPr>
        <w:t xml:space="preserve">[04:16] </w:t>
      </w:r>
      <w:r>
        <w:t>commerce ke interest ke liye.</w:t>
      </w:r>
    </w:p>
    <w:p>
      <w:pPr>
        <w:jc w:val="right"/>
      </w:pPr>
      <w:r>
        <w:t>کامرس کے انٹرسٹ کے لیے۔</w:t>
      </w:r>
    </w:p>
    <w:p>
      <w:r>
        <w:rPr>
          <w:b/>
        </w:rPr>
        <w:t xml:space="preserve">[04:21] </w:t>
      </w:r>
      <w:r>
        <w:t>lekin honey bee jo aati hai aik dam hi different is ko. is ka ishara quran mein hai ke wa-ooha rabbuka al-nahal.</w:t>
      </w:r>
    </w:p>
    <w:p>
      <w:pPr>
        <w:jc w:val="right"/>
      </w:pPr>
      <w:r>
        <w:t>لیکن ہنی بیک جو آتی ہے ایک دم ہی ڈفرنٹ اس کو۔ اس کا اشارہ قرآن میں ہے کہ وَأُوْحَىٰ رَبُّكَ أَلَنَّهَلَ۔</w:t>
      </w:r>
    </w:p>
    <w:p>
      <w:r>
        <w:rPr>
          <w:b/>
        </w:rPr>
        <w:t xml:space="preserve">[04:32] </w:t>
      </w:r>
      <w:r>
        <w:t>yani Allah ke wahy ko follow karne karte hue aati hai wahan. bohat ajeeb baat hai. yani mali to apne self interest ko follow karta hai, is ke liye aata hai wahan.</w:t>
      </w:r>
    </w:p>
    <w:p>
      <w:pPr>
        <w:jc w:val="right"/>
      </w:pPr>
      <w:r>
        <w:t>یعنی اللہ کے وحی کو فالو کرنے کرتے ہوئے آتی ہے وہاں۔ بہت عجیب بات ہے۔ یعنی مالی تو اپنے سیلف انٹرسٹ کو فالو کرتا ہے، اس کے لیے آتا ہے وہاں۔</w:t>
      </w:r>
    </w:p>
    <w:p>
      <w:r>
        <w:rPr>
          <w:b/>
        </w:rPr>
        <w:t xml:space="preserve">[04:49] </w:t>
      </w:r>
      <w:r>
        <w:t>phoolon mein jata hai woh. lekin honey bee creator ki wahy ko follow karti hai.</w:t>
      </w:r>
    </w:p>
    <w:p>
      <w:pPr>
        <w:jc w:val="right"/>
      </w:pPr>
      <w:r>
        <w:t>پھولوں میں جاتا ہے وہ۔ لیکن ہنی بیک کریئیٹر کی وحی کو فالو کرتی ہے۔</w:t>
      </w:r>
    </w:p>
    <w:p>
      <w:r>
        <w:rPr>
          <w:b/>
        </w:rPr>
        <w:t xml:space="preserve">[05:00] </w:t>
      </w:r>
      <w:r>
        <w:t>yeh bohat ajeeb baat hai jo quran mein surah al-nahal mein aayi hai. sirf woh do ayat padhiye aur is ko.</w:t>
      </w:r>
    </w:p>
    <w:p>
      <w:pPr>
        <w:jc w:val="right"/>
      </w:pPr>
      <w:r>
        <w:t>یہ بہت عجیب بات ہے جو قرآن میں سورہ النحل میں آئی ہے۔ صرف وہ دو آیات پڑھیے اور اس کو۔</w:t>
      </w:r>
    </w:p>
    <w:p>
      <w:r>
        <w:rPr>
          <w:b/>
        </w:rPr>
        <w:t xml:space="preserve">[05:12] </w:t>
      </w:r>
      <w:r>
        <w:t>bismillah al-rehman al-reheem. wa-ooha rabbuka al-nahal an ittakhizi min al-jibali buyutan wa min al-shajari wa mimma ya'lishoon.</w:t>
      </w:r>
    </w:p>
    <w:p>
      <w:pPr>
        <w:jc w:val="right"/>
      </w:pPr>
      <w:r>
        <w:t>بسم اللہ الرحمن الرحیم۔ وَأُوْحَىٰ رَبُّكَ أَلَنَّهَلَ أَنْ اتَّخِذِي مِنَ الجِبَالِ بُيُوتًا وَمِنَ الشَّجَرِ وَمِمَّا يَعْلِشُونَ۔</w:t>
      </w:r>
    </w:p>
    <w:p>
      <w:r>
        <w:rPr>
          <w:b/>
        </w:rPr>
        <w:t xml:space="preserve">[05:24] </w:t>
      </w:r>
      <w:r>
        <w:t>thumma kuli min kulli thamarati fasluki subula rabbiki thululan. yakhruju min butuniha sharabun mukhtalifun alwanuhu feehi shifa'un lil-nas.</w:t>
      </w:r>
    </w:p>
    <w:p>
      <w:pPr>
        <w:jc w:val="right"/>
      </w:pPr>
      <w:r>
        <w:t>ثُمَّ كُلِي مِنْ كُلِّ ثَمَرَاتِ فَصْلُكِ سُبُلَ رَبِّكِ ذُلُلًا۔ یَخْرُجُ مِنْ بُتُونِهَا شَرَابٌ مُخْتَلِفٌ أَلْوَانُهُ فِيهِ شِفَاءٌ لِلنَّاسِ۔</w:t>
      </w:r>
    </w:p>
    <w:p>
      <w:r>
        <w:rPr>
          <w:b/>
        </w:rPr>
        <w:t xml:space="preserve">[05:37] </w:t>
      </w:r>
      <w:r>
        <w:t>inna fee thalika la ayatun lil-qawmi yatal-laqoon yatafakkaroon.</w:t>
      </w:r>
    </w:p>
    <w:p>
      <w:pPr>
        <w:jc w:val="right"/>
      </w:pPr>
      <w:r>
        <w:t>إِنَّ فِي ذَلِكَ لَا آيَاتٍ لَا يَتَلِّقُونَ يَتَفَكَّرُونَ۔</w:t>
      </w:r>
    </w:p>
    <w:p>
      <w:r>
        <w:rPr>
          <w:b/>
        </w:rPr>
        <w:t xml:space="preserve">[05:45] </w:t>
      </w:r>
      <w:r>
        <w:t>surah al-nahal ayat number 68, 69.</w:t>
      </w:r>
    </w:p>
    <w:p>
      <w:pPr>
        <w:jc w:val="right"/>
      </w:pPr>
      <w:r>
        <w:t>سورہ النحل آیت نمبر 68، 69۔</w:t>
      </w:r>
    </w:p>
    <w:p>
      <w:r>
        <w:rPr>
          <w:b/>
        </w:rPr>
        <w:t xml:space="preserve">[05:52] </w:t>
      </w:r>
      <w:r>
        <w:t>aur tumhare rab ne shehad ki makhi par wahy kiya ke paharon aur darakhton aur jahan tuttian bandhte hain un mein ghar bana.</w:t>
      </w:r>
    </w:p>
    <w:p>
      <w:pPr>
        <w:jc w:val="right"/>
      </w:pPr>
      <w:r>
        <w:t>اور تمہارے رب نے شہد کی مکھی پر وحی کیا کہ پہاڑوں اور درختوں اور جہاں ٹٹیاں باندھتے ہیں ان میں گھر بنا۔</w:t>
      </w:r>
    </w:p>
    <w:p>
      <w:r>
        <w:rPr>
          <w:b/>
        </w:rPr>
        <w:t xml:space="preserve">[06:05] </w:t>
      </w:r>
      <w:r>
        <w:t>phir har qism ke phoolon ka ras choso aur apne rab ki hamwar ki hui rahon par chalo. is ke pait se peene ki cheez nikalti hai, is ke rang mukhtalif hain, is mein logon ke liye shifa hai.</w:t>
      </w:r>
    </w:p>
    <w:p>
      <w:pPr>
        <w:jc w:val="right"/>
      </w:pPr>
      <w:r>
        <w:t>پھر ہر قسم کے پھلوں کا رس چوس اور اپنے رب کی ہموار کی ہوئی راہوں پر چل۔ اس کے پیٹ سے پینے کی چیز نکلتی ہے، اس کے رنگ مختلف ہیں، اس میں لوگوں کے لیے شفا ہے۔</w:t>
      </w:r>
    </w:p>
    <w:p>
      <w:r>
        <w:rPr>
          <w:b/>
        </w:rPr>
        <w:t xml:space="preserve">[06:21] </w:t>
      </w:r>
      <w:r>
        <w:t>aakhir alfaaz kya hain? beshak is mein nishani hai un logon ke liye jo ghore karte hain. haan, aakhir yeh. yani yeh do ayaten hain jis ke aakhir mein yeh hai ke arabi alfaaz kya hain?</w:t>
      </w:r>
    </w:p>
    <w:p>
      <w:pPr>
        <w:jc w:val="right"/>
      </w:pPr>
      <w:r>
        <w:t>آخر الفاظ کیا ہیں؟ بے شک اس میں نشانی ہے ان لوگوں کے لیے جو غور کرتے ہیں۔ ہاں، آخر یہ۔ یعنی یہ دو آیتیں ہیں جس کے آخر میں یہ ہے کہ عربی الفاظ کیا ہیں؟</w:t>
      </w:r>
    </w:p>
    <w:p>
      <w:r>
        <w:rPr>
          <w:b/>
        </w:rPr>
        <w:t xml:space="preserve">[06:34] </w:t>
      </w:r>
      <w:r>
        <w:t>inna fee thalika la ayatun lil-qawmi yat</w:t>
      </w:r>
    </w:p>
    <w:p>
      <w:pPr>
        <w:jc w:val="right"/>
      </w:pPr>
      <w:r>
        <w:t>إِنَّ فِي ذَلِكَ لَا آيَاتٍ لِلْقُوْمِ يَت</w:t>
      </w:r>
    </w:p>
    <w:p>
      <w:r>
        <w:rPr>
          <w:b/>
        </w:rPr>
        <w:t xml:space="preserve">[06:37] </w:t>
      </w:r>
      <w:r>
        <w:t>fakkaroon. haan. ke yeh jo waqia bataya gaya quran mein shehad ki makhi ka, honey bee ka, is mein sochne walon ke liye nishani hai.</w:t>
      </w:r>
    </w:p>
    <w:p>
      <w:pPr>
        <w:jc w:val="right"/>
      </w:pPr>
      <w:r>
        <w:t>َفَكَّرُونَ۔ ہاں۔ کہ یہ جو واقعہ بتایا گیا قرآن میں شہد کی مکھی کا، ہنی بیک کا، اس میں سوچنے والوں کے لیے نشانی ہے۔</w:t>
      </w:r>
    </w:p>
    <w:p>
      <w:r>
        <w:rPr>
          <w:b/>
        </w:rPr>
        <w:t xml:space="preserve">[06:52] </w:t>
      </w:r>
      <w:r>
        <w:t>to is ko maine follow kiya ke is mein nishani kya hai? nishani ke mani learning, nishani koi mysterious word nahi hai.</w:t>
      </w:r>
    </w:p>
    <w:p>
      <w:pPr>
        <w:jc w:val="right"/>
      </w:pPr>
      <w:r>
        <w:t>تو اس کو میں نے فالو کیا کہ اس میں نشانی کیا ہے؟ نشانی کے معنی لرننگ، نشانی کوئی مسٹیریس ورڈ نہیں ہے۔</w:t>
      </w:r>
    </w:p>
    <w:p>
      <w:r>
        <w:rPr>
          <w:b/>
        </w:rPr>
        <w:t xml:space="preserve">[07:05] </w:t>
      </w:r>
      <w:r>
        <w:t>nishani ke mani learning.</w:t>
      </w:r>
    </w:p>
    <w:p>
      <w:pPr>
        <w:jc w:val="right"/>
      </w:pPr>
      <w:r>
        <w:t>نشانی کے معنی لرننگ۔</w:t>
      </w:r>
    </w:p>
    <w:p>
      <w:r>
        <w:rPr>
          <w:b/>
        </w:rPr>
        <w:t xml:space="preserve">[07:10] </w:t>
      </w:r>
      <w:r>
        <w:t>yani jo sochne wale hain un ko is waqie mein learning hoti hai. woh learning kya hai?</w:t>
      </w:r>
    </w:p>
    <w:p>
      <w:pPr>
        <w:jc w:val="right"/>
      </w:pPr>
      <w:r>
        <w:t>یعنی جو سوچنے والے ہیں ان کو اس واقعے میں لرننگ ہوتی ہے۔ وہ لرننگ کیا ہے؟</w:t>
      </w:r>
    </w:p>
    <w:p>
      <w:r>
        <w:rPr>
          <w:b/>
        </w:rPr>
        <w:t xml:space="preserve">[07:21] </w:t>
      </w:r>
      <w:r>
        <w:t>to mujhe jo learning hui woh yeh thi ke</w:t>
      </w:r>
    </w:p>
    <w:p>
      <w:pPr>
        <w:jc w:val="right"/>
      </w:pPr>
      <w:r>
        <w:t>تو مجھے جو لرننگ ہوئی وہ یہ تھی کہ</w:t>
      </w:r>
    </w:p>
    <w:p>
      <w:r>
        <w:rPr>
          <w:b/>
        </w:rPr>
        <w:t xml:space="preserve">[07:31] </w:t>
      </w:r>
      <w:r>
        <w:t>mali ko mein ne compare kiya mali se aur honey bee se. mali aata hai phool lene ke liye kyunke phool ko use market mein bechna hai.</w:t>
      </w:r>
    </w:p>
    <w:p>
      <w:pPr>
        <w:jc w:val="right"/>
      </w:pPr>
      <w:r>
        <w:t>مالی کو میں نے کمپیئر کیا مالی سے اور ہنی بیک سے۔ مالی آتا ہے پھول لینے کے لیے کیونکہ پھول کو اسے مارکیٹ میں بیچنا ہے۔</w:t>
      </w:r>
    </w:p>
    <w:p>
      <w:r>
        <w:rPr>
          <w:b/>
        </w:rPr>
        <w:t xml:space="preserve">[07:48] </w:t>
      </w:r>
      <w:r>
        <w:t>lekin honey bee aati hai woh phool ke liye nahi aati. woh sirf phool ke andar chhpe hue nectar ke liye aati hai.</w:t>
      </w:r>
    </w:p>
    <w:p>
      <w:pPr>
        <w:jc w:val="right"/>
      </w:pPr>
      <w:r>
        <w:t>لیکن ہنی بیک آتی ہے وہ پھول کے لیے نہیں آتی۔ وہ صرف پھول کے اندر چھپے ہوئے نیکٹر کے لیے آتی ہے۔</w:t>
      </w:r>
    </w:p>
    <w:p>
      <w:r>
        <w:rPr>
          <w:b/>
        </w:rPr>
        <w:t xml:space="preserve">[08:02] </w:t>
      </w:r>
      <w:r>
        <w:t>yani mali aata hai phool ke liye, honey bee aati hai nectar ke liye. yeh jo is ke creator ne is ko jo is ka nature jo bataya hai, banaya is ke mutabiq aisa hota hai.</w:t>
      </w:r>
    </w:p>
    <w:p>
      <w:pPr>
        <w:jc w:val="right"/>
      </w:pPr>
      <w:r>
        <w:t>یعنی مالی آتا ہے پھول کے لیے، ہنی بیک آتی ہے نیکٹر کے لیے۔ یہ جو اس کے کریئیٹر نے اس کو جو اس کا نیچر جو بتایا ہے، بنایا اس کے مطابق ایسا ہوتا ہے۔</w:t>
      </w:r>
    </w:p>
    <w:p>
      <w:r>
        <w:rPr>
          <w:b/>
        </w:rPr>
        <w:t xml:space="preserve">[08:20] </w:t>
      </w:r>
      <w:r>
        <w:t>toh yeh nectar jo hai is par socha mein ne. toh jo cheez honey bee ke liye nectar hai woh sochne wale insan ke liye wisdom hai.</w:t>
      </w:r>
    </w:p>
    <w:p>
      <w:pPr>
        <w:jc w:val="right"/>
      </w:pPr>
      <w:r>
        <w:t>تو یہ نیکٹر جو ہے اس پر سوچا میں نے۔ تو جو چیز ہنی بیک کے لیے نیکٹر ہے وہ سوچنے والے انسان کے لیے وزڈم ہے۔</w:t>
      </w:r>
    </w:p>
    <w:p>
      <w:r>
        <w:rPr>
          <w:b/>
        </w:rPr>
        <w:t xml:space="preserve">[08:40] </w:t>
      </w:r>
      <w:r>
        <w:t>yeh bohat ajeeb baat meri samajh mein aayi. ke jo cheez honey bee ke liye nectar hai woh sochne wale insan ke liye wisdom hai.</w:t>
      </w:r>
    </w:p>
    <w:p>
      <w:pPr>
        <w:jc w:val="right"/>
      </w:pPr>
      <w:r>
        <w:t>یہ بہت عجیب بات میری سمجھ میں آئی۔ کہ جو چیز ہنی بیک کے لیے نیکٹر ہے وہ سوچنے والے انسان کے لیے وزڈم ہے۔</w:t>
      </w:r>
    </w:p>
    <w:p>
      <w:r>
        <w:rPr>
          <w:b/>
        </w:rPr>
        <w:t xml:space="preserve">[08:58] </w:t>
      </w:r>
      <w:r>
        <w:t>is ka matlab meri samajh mein jo aaya woh yeh ke insan aata hai duniya mein paida ho kar toh jo khaliq hai,</w:t>
      </w:r>
    </w:p>
    <w:p>
      <w:pPr>
        <w:jc w:val="right"/>
      </w:pPr>
      <w:r>
        <w:t>اس کا مطلب میری سمجھ میں جو آیا وہ یہ کہ انسان آتا ہے دنیا میں پیدا ہو کر تو جو خالق ہے،</w:t>
      </w:r>
    </w:p>
    <w:p>
      <w:r>
        <w:rPr>
          <w:b/>
        </w:rPr>
        <w:t xml:space="preserve">[09:12] </w:t>
      </w:r>
      <w:r>
        <w:t>khaliq ne kyun banaya insan ko? is liye nahi ke woh duniya se phool le, nahi balkeh duniya se nectar lae. insan duniya mein phool lene ke liye nahi aata, nectar lene ke liye aata hai.</w:t>
      </w:r>
    </w:p>
    <w:p>
      <w:pPr>
        <w:jc w:val="right"/>
      </w:pPr>
      <w:r>
        <w:t>خالق نے کیوں بنایا انسان کو؟ اس لیے نہیں کہ وہ دنیا سے پھول لے، نہیں بلکہ دنیا سے نیکٹر لے۔ انسان دنیا میں پھول لینے کے لیے نہیں آتا، نیکٹر لینے کے لیے آتا ہے۔</w:t>
      </w:r>
    </w:p>
    <w:p>
      <w:r>
        <w:rPr>
          <w:b/>
        </w:rPr>
        <w:t xml:space="preserve">[09:29] </w:t>
      </w:r>
      <w:r>
        <w:t>phool ka matlab hai ke duniya mein pleasure,</w:t>
      </w:r>
    </w:p>
    <w:p>
      <w:pPr>
        <w:jc w:val="right"/>
      </w:pPr>
      <w:r>
        <w:t>پھول کا مطلب ہے کہ دنیا میں پلیژر،</w:t>
      </w:r>
    </w:p>
    <w:p>
      <w:r>
        <w:rPr>
          <w:b/>
        </w:rPr>
        <w:t xml:space="preserve">[09:35] </w:t>
      </w:r>
      <w:r>
        <w:t>material interest,</w:t>
      </w:r>
    </w:p>
    <w:p>
      <w:pPr>
        <w:jc w:val="right"/>
      </w:pPr>
      <w:r>
        <w:t>مٹیریل انٹرسٹ،</w:t>
      </w:r>
    </w:p>
    <w:p>
      <w:r>
        <w:rPr>
          <w:b/>
        </w:rPr>
        <w:t xml:space="preserve">[09:41] </w:t>
      </w:r>
      <w:r>
        <w:t>happiness. yeh. ab dekhen ke sare insan jo hain duniya mein lena chahte hain happiness, pleasure.</w:t>
      </w:r>
    </w:p>
    <w:p>
      <w:pPr>
        <w:jc w:val="right"/>
      </w:pPr>
      <w:r>
        <w:t>ہیپینس۔ یہ۔ اب دیکھیں کہ سارے انسان جو ہیں دنیا میں لینا چاہتے ہیں ہیپینس، پلیژر۔</w:t>
      </w:r>
    </w:p>
    <w:p>
      <w:r>
        <w:rPr>
          <w:b/>
        </w:rPr>
        <w:t xml:space="preserve">[09:55] </w:t>
      </w:r>
      <w:r>
        <w:t>paata koi bhi nahi.</w:t>
      </w:r>
    </w:p>
    <w:p>
      <w:pPr>
        <w:jc w:val="right"/>
      </w:pPr>
      <w:r>
        <w:t>پاتا کوئی بھی نہیں۔</w:t>
      </w:r>
    </w:p>
    <w:p>
      <w:r>
        <w:rPr>
          <w:b/>
        </w:rPr>
        <w:t xml:space="preserve">[10:00] </w:t>
      </w:r>
      <w:r>
        <w:t>bill gates jo duniya ka</w:t>
      </w:r>
    </w:p>
    <w:p>
      <w:pPr>
        <w:jc w:val="right"/>
      </w:pPr>
      <w:r>
        <w:t>بل گیٹس جو دنیا کا</w:t>
      </w:r>
    </w:p>
    <w:p>
      <w:r>
        <w:rPr>
          <w:b/>
        </w:rPr>
        <w:t xml:space="preserve">[10:05] </w:t>
      </w:r>
      <w:r>
        <w:t>sab se bara wealthy aadmi mana jata hai, us ne kaha hai ke</w:t>
      </w:r>
    </w:p>
    <w:p>
      <w:pPr>
        <w:jc w:val="right"/>
      </w:pPr>
      <w:r>
        <w:t>سب سے بڑا ویلتھی آدمی مانا جاتا ہے، اس نے کہا ہے کہ</w:t>
      </w:r>
    </w:p>
    <w:p>
      <w:r>
        <w:rPr>
          <w:b/>
        </w:rPr>
        <w:t xml:space="preserve">[10:13] </w:t>
      </w:r>
      <w:r>
        <w:t>tum hundred million dollar kama lo magar tumhare liye kya hai?</w:t>
      </w:r>
    </w:p>
    <w:p>
      <w:pPr>
        <w:jc w:val="right"/>
      </w:pPr>
      <w:r>
        <w:t>تم ہنڈرڈ ملین ڈالر کما لو مگر تمہارے لیے کیا ہے؟</w:t>
      </w:r>
    </w:p>
    <w:p>
      <w:r>
        <w:rPr>
          <w:b/>
        </w:rPr>
        <w:t xml:space="preserve">[10:23] </w:t>
      </w:r>
      <w:r>
        <w:t>toh sirf do roti hain.</w:t>
      </w:r>
    </w:p>
    <w:p>
      <w:pPr>
        <w:jc w:val="right"/>
      </w:pPr>
      <w:r>
        <w:t>تو صرف دو روٹی ہیں۔</w:t>
      </w:r>
    </w:p>
    <w:p>
      <w:r>
        <w:rPr>
          <w:b/>
        </w:rPr>
        <w:t xml:space="preserve">[10:34] </w:t>
      </w:r>
      <w:r>
        <w:t>aur aur kya? kuch bhi nahi hai.</w:t>
      </w:r>
    </w:p>
    <w:p>
      <w:pPr>
        <w:jc w:val="right"/>
      </w:pPr>
      <w:r>
        <w:t>اور اور کیا؟ کچھ بھی نہیں ہے۔</w:t>
      </w:r>
    </w:p>
    <w:p>
      <w:r>
        <w:rPr>
          <w:b/>
        </w:rPr>
        <w:t xml:space="preserve">[10:40] </w:t>
      </w:r>
      <w:r>
        <w:t>is ke maani hain ke duniya ka, yani history ka, history ka tajurba yeh batata hai ke insan jo paata hai, insan jo chahta hai woh duniya mein us ko milta nahi.</w:t>
      </w:r>
    </w:p>
    <w:p>
      <w:pPr>
        <w:jc w:val="right"/>
      </w:pPr>
      <w:r>
        <w:t>اس کے معنی ہیں کہ دنیا کا، یعنی ہسٹری کا، ہسٹری کا تجربہ یہ بتاتا ہے کہ انسان جو پاتا ہے، انسان جو چاہتا ہے وہ دنیا میں اس کو ملتا نہیں۔</w:t>
      </w:r>
    </w:p>
    <w:p>
      <w:r>
        <w:rPr>
          <w:b/>
        </w:rPr>
        <w:t xml:space="preserve">[10:56] </w:t>
      </w:r>
      <w:r>
        <w:t>insan chahta hai pleasure, entertainment, khushi,</w:t>
      </w:r>
    </w:p>
    <w:p>
      <w:pPr>
        <w:jc w:val="right"/>
      </w:pPr>
      <w:r>
        <w:t>انسان چاہتا ہے پلیژر، انٹرٹینمنٹ، خوشی،</w:t>
      </w:r>
    </w:p>
    <w:p>
      <w:r>
        <w:rPr>
          <w:b/>
        </w:rPr>
        <w:t xml:space="preserve">[11:07] </w:t>
      </w:r>
      <w:r>
        <w:t>fulfillment</w:t>
      </w:r>
    </w:p>
    <w:p>
      <w:pPr>
        <w:jc w:val="right"/>
      </w:pPr>
      <w:r>
        <w:t>فلفلمنٹ</w:t>
      </w:r>
    </w:p>
    <w:p>
      <w:r>
        <w:rPr>
          <w:b/>
        </w:rPr>
        <w:t xml:space="preserve">[11:11] </w:t>
      </w:r>
      <w:r>
        <w:t>magar duniya mein kisi ko milta nahi. log love affair, log log jo hain</w:t>
      </w:r>
    </w:p>
    <w:p>
      <w:pPr>
        <w:jc w:val="right"/>
      </w:pPr>
      <w:r>
        <w:t>مگر دنیا میں کسی کو ملتا نہیں۔ لوگ لو افیئر، لوگ لوگ جو ہیں</w:t>
      </w:r>
    </w:p>
    <w:p>
      <w:r>
        <w:rPr>
          <w:b/>
        </w:rPr>
        <w:t xml:space="preserve">[11:27] </w:t>
      </w:r>
      <w:r>
        <w:t>love love marriage karte hain. dekhen love marriage, marriage se pehle toh love marriage hai.</w:t>
      </w:r>
    </w:p>
    <w:p>
      <w:pPr>
        <w:jc w:val="right"/>
      </w:pPr>
      <w:r>
        <w:t>لو لو میرج کرتے ہیں۔ دیکھیں لو میرج، میرج سے پہلے تو لو میرج ہے۔</w:t>
      </w:r>
    </w:p>
    <w:p>
      <w:r>
        <w:rPr>
          <w:b/>
        </w:rPr>
        <w:t xml:space="preserve">[11:37] </w:t>
      </w:r>
      <w:r>
        <w:t>marriage ke baad problem marriage hai. har har marriage, marriage se pehle love marriage hai.</w:t>
      </w:r>
    </w:p>
    <w:p>
      <w:pPr>
        <w:jc w:val="right"/>
      </w:pPr>
      <w:r>
        <w:t>میرج کے بعد پرابلم میرج ہے۔ ہر ہر میرج، میرج سے پہلے لو میرج ہے۔</w:t>
      </w:r>
    </w:p>
    <w:p>
      <w:r>
        <w:rPr>
          <w:b/>
        </w:rPr>
        <w:t xml:space="preserve">[11:48] </w:t>
      </w:r>
      <w:r>
        <w:t>miraj ke baad problem miraj hai.</w:t>
      </w:r>
    </w:p>
    <w:p>
      <w:pPr>
        <w:jc w:val="right"/>
      </w:pPr>
      <w:r>
        <w:t>میرج کے بعد پرابلم میرج ہے۔</w:t>
      </w:r>
    </w:p>
    <w:p>
      <w:r>
        <w:rPr>
          <w:b/>
        </w:rPr>
        <w:t xml:space="preserve">[11:51] </w:t>
      </w:r>
      <w:r>
        <w:t>aise hi daulat,</w:t>
      </w:r>
    </w:p>
    <w:p>
      <w:pPr>
        <w:jc w:val="right"/>
      </w:pPr>
      <w:r>
        <w:t>ایسے ہی دولت،</w:t>
      </w:r>
    </w:p>
    <w:p>
      <w:r>
        <w:rPr>
          <w:b/>
        </w:rPr>
        <w:t xml:space="preserve">[11:55] </w:t>
      </w:r>
      <w:r>
        <w:t>political power, jo bhi cheez aadmi</w:t>
      </w:r>
    </w:p>
    <w:p>
      <w:pPr>
        <w:jc w:val="right"/>
      </w:pPr>
      <w:r>
        <w:t>پولیٹیکل پاور، جو بھی چیز آدمی</w:t>
      </w:r>
    </w:p>
    <w:p>
      <w:r>
        <w:rPr>
          <w:b/>
        </w:rPr>
        <w:t xml:space="preserve">[12:02] </w:t>
      </w:r>
      <w:r>
        <w:t>duniya mein haasil karta hai</w:t>
      </w:r>
    </w:p>
    <w:p>
      <w:pPr>
        <w:jc w:val="right"/>
      </w:pPr>
      <w:r>
        <w:t>دنیا میں حاصل کرتا ہے</w:t>
      </w:r>
    </w:p>
    <w:p>
      <w:r>
        <w:rPr>
          <w:b/>
        </w:rPr>
        <w:t xml:space="preserve">[12:05] </w:t>
      </w:r>
      <w:r>
        <w:t>aur jis ke liye apni zindagi laga deta hai</w:t>
      </w:r>
    </w:p>
    <w:p>
      <w:pPr>
        <w:jc w:val="right"/>
      </w:pPr>
      <w:r>
        <w:t>اور جس کے لیے اپنی زندگی لگا دیتا ہے</w:t>
      </w:r>
    </w:p>
    <w:p>
      <w:r>
        <w:rPr>
          <w:b/>
        </w:rPr>
        <w:t xml:space="preserve">[12:10] </w:t>
      </w:r>
      <w:r>
        <w:t>to paane se pehle lagta hai ke main</w:t>
      </w:r>
    </w:p>
    <w:p>
      <w:pPr>
        <w:jc w:val="right"/>
      </w:pPr>
      <w:r>
        <w:t>تو پانے سے پہلے لگتا ہے کہ میں</w:t>
      </w:r>
    </w:p>
    <w:p>
      <w:r>
        <w:rPr>
          <w:b/>
        </w:rPr>
        <w:t xml:space="preserve">[12:15] </w:t>
      </w:r>
      <w:r>
        <w:t>jo chahta hoon woh main haasil kar raha hoon.</w:t>
      </w:r>
    </w:p>
    <w:p>
      <w:pPr>
        <w:jc w:val="right"/>
      </w:pPr>
      <w:r>
        <w:t>جو چاہتا ہوں وہ میں حاصل کر رہا ہوں۔</w:t>
      </w:r>
    </w:p>
    <w:p>
      <w:r>
        <w:rPr>
          <w:b/>
        </w:rPr>
        <w:t xml:space="preserve">[12:19] </w:t>
      </w:r>
      <w:r>
        <w:t>lekin jab woh hasil kar leta hai toh lagta hai ke mujhe fulfillment mila nahi, happiness mila nahi. kuch cheez toh mil gayi, ghar mil gaya, car mil gayi,</w:t>
      </w:r>
    </w:p>
    <w:p>
      <w:pPr>
        <w:jc w:val="right"/>
      </w:pPr>
      <w:r>
        <w:t>لیکن جب وہ حاصل کر لیتا ہے تو لگتا ہے کہ مجھے فلفلمنٹ ملا نہیں، ہیپینس ملا نہیں۔ کچھ چیز تو مل گئی، گھر مل گیا، کار مل گئی،</w:t>
      </w:r>
    </w:p>
    <w:p>
      <w:r>
        <w:rPr>
          <w:b/>
        </w:rPr>
        <w:t xml:space="preserve">[12:34] </w:t>
      </w:r>
      <w:r>
        <w:t>daulat mil gayi.</w:t>
      </w:r>
    </w:p>
    <w:p>
      <w:pPr>
        <w:jc w:val="right"/>
      </w:pPr>
      <w:r>
        <w:t>دولت مل گئی۔</w:t>
      </w:r>
    </w:p>
    <w:p>
      <w:r>
        <w:rPr>
          <w:b/>
        </w:rPr>
        <w:t xml:space="preserve">[12:40] </w:t>
      </w:r>
      <w:r>
        <w:t>But where is the happiness? Where is the fulfillment? Woh to mila nahin. To yeh history jo hai batati hai ke hamein sochna chahiye ke pure kya cheez?</w:t>
      </w:r>
    </w:p>
    <w:p>
      <w:pPr>
        <w:jc w:val="right"/>
      </w:pPr>
      <w:r>
        <w:t>بٹ ویئر از دا ہیپینس؟ ویئر از دا فلفلمنٹ؟ وہ تو ملا نہیں۔ تو یہ ہسٹری جو ہے بتاتی ہے کہ ہمیں سوچنا چاہیے کہ پیور کیا چیز؟</w:t>
      </w:r>
    </w:p>
    <w:p>
      <w:r>
        <w:rPr>
          <w:b/>
        </w:rPr>
        <w:t xml:space="preserve">[12:58] </w:t>
      </w:r>
      <w:r>
        <w:t>pure kya cheez? yaani mere andar jo jo talab hai, jo chahna hai</w:t>
      </w:r>
    </w:p>
    <w:p>
      <w:pPr>
        <w:jc w:val="right"/>
      </w:pPr>
      <w:r>
        <w:t>پیور کیا چیز؟ یعنی میرے اندر جو جو طلب ہے، جو چاہنا ہے</w:t>
      </w:r>
    </w:p>
    <w:p>
      <w:r>
        <w:rPr>
          <w:b/>
        </w:rPr>
        <w:t xml:space="preserve">[13:14] </w:t>
      </w:r>
      <w:r>
        <w:t>woh kis cheez ke liye hai? jo maine samjha aur hasil bhi kiya woh to mujhe fulfilment, is mein to mujhe fulfilment tha nahin.</w:t>
      </w:r>
    </w:p>
    <w:p>
      <w:pPr>
        <w:jc w:val="right"/>
      </w:pPr>
      <w:r>
        <w:t>وہ کس چیز کے لیے ہے؟ جو میں نے سمجھا اور حاصل بھی کیا وہ تو مجھے فلفلمنٹ، اس میں تو مجھے فلفلمنٹ تھا نہیں۔</w:t>
      </w:r>
    </w:p>
    <w:p>
      <w:r>
        <w:rPr>
          <w:b/>
        </w:rPr>
        <w:t xml:space="preserve">[13:29] </w:t>
      </w:r>
      <w:r>
        <w:t>is mein mujhe happiness mila nahin. to phir aur kya cheez?</w:t>
      </w:r>
    </w:p>
    <w:p>
      <w:pPr>
        <w:jc w:val="right"/>
      </w:pPr>
      <w:r>
        <w:t>اس میں مجھے ہیپینس ملا نہیں۔ تو پھر اور کیا چیز؟</w:t>
      </w:r>
    </w:p>
    <w:p>
      <w:r>
        <w:rPr>
          <w:b/>
        </w:rPr>
        <w:t xml:space="preserve">[13:37] </w:t>
      </w:r>
      <w:r>
        <w:t>to is ke maani hain ke woh nectar of wisdom asal cheez thi jo insaan ne, jis ko woh goal nahin banaya to us woh achieve bhi nahin hui.</w:t>
      </w:r>
    </w:p>
    <w:p>
      <w:pPr>
        <w:jc w:val="right"/>
      </w:pPr>
      <w:r>
        <w:t>تو اس کے معنی ہیں کہ وہ نیکٹر آف وزڈم اصل چیز تھی جو انسان نے، جس کو وہ گول نہیں بنایا تو اس وہ اچیو بھی نہیں ہوئی۔</w:t>
      </w:r>
    </w:p>
    <w:p>
      <w:r>
        <w:rPr>
          <w:b/>
        </w:rPr>
        <w:t xml:space="preserve">[13:52] </w:t>
      </w:r>
      <w:r>
        <w:t>natija kya hua ke us ko fulfilment bhi nahin mili. dunya mein aap aik insaan nahin paayenge poori history mein</w:t>
      </w:r>
    </w:p>
    <w:p>
      <w:pPr>
        <w:jc w:val="right"/>
      </w:pPr>
      <w:r>
        <w:t>نتیجہ کیا ہوا کہ اس کو فلفلمنٹ بھی نہیں ملی۔ دنیا میں آپ ایک انسان نہیں پائیں گے پوری ہسٹری میں</w:t>
      </w:r>
    </w:p>
    <w:p>
      <w:r>
        <w:rPr>
          <w:b/>
        </w:rPr>
        <w:t xml:space="preserve">[14:04] </w:t>
      </w:r>
      <w:r>
        <w:t>jis ne jis cheez ko apna goal banaya maslan daulat, political power, bare bare ghar, bohat ziyada carain, hawai jahaz,</w:t>
      </w:r>
    </w:p>
    <w:p>
      <w:pPr>
        <w:jc w:val="right"/>
      </w:pPr>
      <w:r>
        <w:t>جس نے جس چیز کو اپنا گول بنایا مثلاً دولت، پولیٹیکل پاور، بڑے بڑے گھر، بہت زیادہ کاریں، ہوائی جہاز،</w:t>
      </w:r>
    </w:p>
    <w:p>
      <w:r>
        <w:rPr>
          <w:b/>
        </w:rPr>
        <w:t xml:space="preserve">[14:21] </w:t>
      </w:r>
      <w:r>
        <w:t>bohat ziyada paisa. bohat dunya mein aisay log hain jinhon ne yeh sab yeh sab cheezain hasil keen.</w:t>
      </w:r>
    </w:p>
    <w:p>
      <w:pPr>
        <w:jc w:val="right"/>
      </w:pPr>
      <w:r>
        <w:t>بہت زیادہ پیسہ۔ بہت دنیا میں ایسے لوگ ہیں جنہوں نے یہ سب یہ سب چیزیں حاصل کیں۔</w:t>
      </w:r>
    </w:p>
    <w:p>
      <w:r>
        <w:rPr>
          <w:b/>
        </w:rPr>
        <w:t xml:space="preserve">[14:33] </w:t>
      </w:r>
      <w:r>
        <w:t>lekin agar un ko poochiye, un ke un ke un ki life ko parhiye. aisay tamam log jo hain jo bare maane jatay hain un sab ki life maujood hai, chupi hui.</w:t>
      </w:r>
    </w:p>
    <w:p>
      <w:pPr>
        <w:jc w:val="right"/>
      </w:pPr>
      <w:r>
        <w:t>لیکن اگر ان کو پوچھیے، ان کے ان کے ان کی لائف کو پڑھیے۔ ایسے تمام لوگ جو ہیں جو بڑے مانے جاتے ہیں ان سب کی لائف موجود ہے، چھپی ہوئی۔</w:t>
      </w:r>
    </w:p>
    <w:p>
      <w:r>
        <w:rPr>
          <w:b/>
        </w:rPr>
        <w:t xml:space="preserve">[14:45] </w:t>
      </w:r>
      <w:r>
        <w:t>is ko parhiye, pata kijiye. to logon ko</w:t>
      </w:r>
    </w:p>
    <w:p>
      <w:pPr>
        <w:jc w:val="right"/>
      </w:pPr>
      <w:r>
        <w:t>اس کو پڑھیے، پتہ کیجیے۔ تو لوگوں کو</w:t>
      </w:r>
    </w:p>
    <w:p>
      <w:r>
        <w:rPr>
          <w:b/>
        </w:rPr>
        <w:t xml:space="preserve">[14:54] </w:t>
      </w:r>
      <w:r>
        <w:t>wohi cheez nahin milti jo woh chahtay thay.</w:t>
      </w:r>
    </w:p>
    <w:p>
      <w:pPr>
        <w:jc w:val="right"/>
      </w:pPr>
      <w:r>
        <w:t>وہی چیز نہیں ملتی جو وہ چاہتے تھے۔</w:t>
      </w:r>
    </w:p>
    <w:p>
      <w:r>
        <w:rPr>
          <w:b/>
        </w:rPr>
        <w:t xml:space="preserve">[15:01] </w:t>
      </w:r>
      <w:r>
        <w:t>material cheezon ka dher to mil jata hai lekin hipines, fulfilment, dil ki khushi, dil ka itminan woh phir bhi nahin milta.</w:t>
      </w:r>
    </w:p>
    <w:p>
      <w:pPr>
        <w:jc w:val="right"/>
      </w:pPr>
      <w:r>
        <w:t>مٹیریل چیزوں کا ڈھیر تو مل جاتا ہے لیکن ہیپینس، فلفلمنٹ، دل کی خوشی، دل کا اطمینان وہ پھر بھی نہیں ملتا۔</w:t>
      </w:r>
    </w:p>
    <w:p>
      <w:r>
        <w:rPr>
          <w:b/>
        </w:rPr>
        <w:t xml:space="preserve">[15:18] </w:t>
      </w:r>
      <w:r>
        <w:t>to Quran mein aaya hai ke ala bizikrillahi tatmainnul quloob ke dilon mein dilon ko sukoon sirf Allah ke zikr se milta hai.</w:t>
      </w:r>
    </w:p>
    <w:p>
      <w:pPr>
        <w:jc w:val="right"/>
      </w:pPr>
      <w:r>
        <w:t>تو قرآن میں آیا ہے کہ أَلَا بَذِكِرِ اللَّهِ تَطْمَئِنُّ الْقُلُوبُ کہ دلوں میں دلوں کو سکون صرف اللہ کے ذکر سے ملتا ہے۔</w:t>
      </w:r>
    </w:p>
    <w:p>
      <w:r>
        <w:rPr>
          <w:b/>
        </w:rPr>
        <w:t xml:space="preserve">[15:32] </w:t>
      </w:r>
      <w:r>
        <w:t>to Allah ke zikr ka matlab kya hai? divine wisdom. divine wisdom.</w:t>
      </w:r>
    </w:p>
    <w:p>
      <w:pPr>
        <w:jc w:val="right"/>
      </w:pPr>
      <w:r>
        <w:t>تو اللہ کے ذکر کا مطلب کیا ہے؟ ڈیوائن وزڈم۔ ڈیوائن وزڈم۔</w:t>
      </w:r>
    </w:p>
    <w:p>
      <w:r>
        <w:rPr>
          <w:b/>
        </w:rPr>
        <w:t xml:space="preserve">[15:44] </w:t>
      </w:r>
      <w:r>
        <w:t>to jo insaan is dunya mein</w:t>
      </w:r>
    </w:p>
    <w:p>
      <w:pPr>
        <w:jc w:val="right"/>
      </w:pPr>
      <w:r>
        <w:t>تو جو انسان اس دنیا میں</w:t>
      </w:r>
    </w:p>
    <w:p>
      <w:r>
        <w:rPr>
          <w:b/>
        </w:rPr>
        <w:t xml:space="preserve">[15:49] </w:t>
      </w:r>
      <w:r>
        <w:t>nectar of wisdom pa le us ko fulfilment milega.</w:t>
      </w:r>
    </w:p>
    <w:p>
      <w:pPr>
        <w:jc w:val="right"/>
      </w:pPr>
      <w:r>
        <w:t>نیکٹر آف وزڈم پا لے اس کو فلفلمنٹ ملے گا۔</w:t>
      </w:r>
    </w:p>
    <w:p>
      <w:r>
        <w:rPr>
          <w:b/>
        </w:rPr>
        <w:t xml:space="preserve">[15:57] </w:t>
      </w:r>
      <w:r>
        <w:t>aur jis ne nahin paya usay nahin milega.</w:t>
      </w:r>
    </w:p>
    <w:p>
      <w:pPr>
        <w:jc w:val="right"/>
      </w:pPr>
      <w:r>
        <w:t>اور جس نے نہیں پایا اسے نہیں ملے گا۔</w:t>
      </w:r>
    </w:p>
    <w:p>
      <w:r>
        <w:rPr>
          <w:b/>
        </w:rPr>
        <w:t xml:space="preserve">[16:04] </w:t>
      </w:r>
      <w:r>
        <w:t>to Quran mein jo misaal di gayi hai honey bee ki woh bohat meaningful hai.</w:t>
      </w:r>
    </w:p>
    <w:p>
      <w:pPr>
        <w:jc w:val="right"/>
      </w:pPr>
      <w:r>
        <w:t>تو قرآن میں جو مثال دی گئی ہے ہنی بیک کی وہ بہت میننگ فل ہے۔</w:t>
      </w:r>
    </w:p>
    <w:p>
      <w:r>
        <w:rPr>
          <w:b/>
        </w:rPr>
        <w:t xml:space="preserve">[16:12] </w:t>
      </w:r>
      <w:r>
        <w:t>woh demonstrate karti hai ke hamein dunya mein kya karna chahiye. woh demonstration hai. honey bee ka jo maamla hai woh nature mein aik demonstration hai yeh janne ke liye ke insaan ko kya karna chahiye.</w:t>
      </w:r>
    </w:p>
    <w:p>
      <w:pPr>
        <w:jc w:val="right"/>
      </w:pPr>
      <w:r>
        <w:t>وہ ڈیمونسٹریٹ کرتی ہے کہ ہمیں دنیا میں کیا کرنا چاہیے۔ وہ ڈیمونسٹریشن ہے۔ ہنی بیک کا جو معاملہ ہے وہ نیچر میں ایک ڈیمونسٹریشن ہے یہ جاننے کے لیے کہ انسان کو کیا کرنا چاہیے۔</w:t>
      </w:r>
    </w:p>
    <w:p>
      <w:r>
        <w:rPr>
          <w:b/>
        </w:rPr>
        <w:t xml:space="preserve">[16:37] </w:t>
      </w:r>
      <w:r>
        <w:t>woh yeh karna chahiye ke insaan phoolon ka dher ikattha kare. phoolon ki kyariyan banaye. is se us ko hipines nahin milega.</w:t>
      </w:r>
    </w:p>
    <w:p>
      <w:pPr>
        <w:jc w:val="right"/>
      </w:pPr>
      <w:r>
        <w:t>وہ یہ کرنا چاہیے کہ انسان پھولوں کا ڈھیر اکٹھا کرے۔ پھولوں کی کیاریاں بنائے۔ اس سے اس کو ہیپینس نہیں ملے گی۔</w:t>
      </w:r>
    </w:p>
    <w:p>
      <w:r>
        <w:rPr>
          <w:b/>
        </w:rPr>
        <w:t xml:space="preserve">[16:51] </w:t>
      </w:r>
      <w:r>
        <w:t>phoolon ke andar jo nectar hai insaan ke liye nectar of wisdom us ko hasil kare.</w:t>
      </w:r>
    </w:p>
    <w:p>
      <w:pPr>
        <w:jc w:val="right"/>
      </w:pPr>
      <w:r>
        <w:t>پھولوں کے اندر جو نیکٹر ہے انسان کے لیے نیکٹر آف وزڈم اس کو حاصل کرے۔</w:t>
      </w:r>
    </w:p>
    <w:p>
      <w:r>
        <w:rPr>
          <w:b/>
        </w:rPr>
        <w:t xml:space="preserve">[17:03] </w:t>
      </w:r>
      <w:r>
        <w:t>tab us ko itminan hasil hoga.</w:t>
      </w:r>
    </w:p>
    <w:p>
      <w:pPr>
        <w:jc w:val="right"/>
      </w:pPr>
      <w:r>
        <w:t>تب اس کو اطمینان حاصل ہوگا۔</w:t>
      </w:r>
    </w:p>
    <w:p>
      <w:r>
        <w:rPr>
          <w:b/>
        </w:rPr>
        <w:t xml:space="preserve">[17:07] </w:t>
      </w:r>
      <w:r>
        <w:t>ab is is cheez ko le kar sochiye ke woh nectar of wisdom kya hai? woh nectar of wisdom yahi hai ke ala bizikrillahi tatmainnul quloob.</w:t>
      </w:r>
    </w:p>
    <w:p>
      <w:pPr>
        <w:jc w:val="right"/>
      </w:pPr>
      <w:r>
        <w:t>اب اس اس چیز کو لے کر سوچیے کہ وہ نیکٹر آف وزڈم کیا ہے؟ وہ نیکٹر آف وزڈم یہی ہے کہ أَلَا بَذِكِرِ اللَّهِ تَطْمَئِنُّ الْقُلُوبُ۔</w:t>
      </w:r>
    </w:p>
    <w:p>
      <w:r>
        <w:rPr>
          <w:b/>
        </w:rPr>
        <w:t xml:space="preserve">[17:24] </w:t>
      </w:r>
      <w:r>
        <w:t>Allah ke zikr se insaan ko khushi milti hai.</w:t>
      </w:r>
    </w:p>
    <w:p>
      <w:pPr>
        <w:jc w:val="right"/>
      </w:pPr>
      <w:r>
        <w:t>اللہ کے ذکر سے انسان کو خوشی ملتی ہے۔</w:t>
      </w:r>
    </w:p>
    <w:p>
      <w:r>
        <w:rPr>
          <w:b/>
        </w:rPr>
        <w:t xml:space="preserve">[17:36] </w:t>
      </w:r>
      <w:r>
        <w:t>aur Allah ka zikr kya hai? Allah ka zikr wohi hai jo Quran mein aik khatoon</w:t>
      </w:r>
    </w:p>
    <w:p>
      <w:pPr>
        <w:jc w:val="right"/>
      </w:pPr>
      <w:r>
        <w:t>اور اللہ کا ذکر کیا ہے؟ اللہ کا ذکر وہی ہے جو قرآن میں ایک خاتون</w:t>
      </w:r>
    </w:p>
    <w:p>
      <w:r>
        <w:rPr>
          <w:b/>
        </w:rPr>
        <w:t xml:space="preserve">[17:48] </w:t>
      </w:r>
      <w:r>
        <w:t>yani firon ki jo biwi theen asia un ki dua mein milti hai.</w:t>
      </w:r>
    </w:p>
    <w:p>
      <w:pPr>
        <w:jc w:val="right"/>
      </w:pPr>
      <w:r>
        <w:t>یعنی فرعون کی جو بیوی تھیں آسیہ ان کی دعا میں ملتی ہے۔</w:t>
      </w:r>
    </w:p>
    <w:p>
      <w:r>
        <w:rPr>
          <w:b/>
        </w:rPr>
        <w:t xml:space="preserve">[17:58] </w:t>
      </w:r>
      <w:r>
        <w:t>rabbi ibni li indaka baitan fil jannati. aakhir waqt mein jab ke firon tayyar hoga to un ko qatal karne ke liye us waqt un ki jo dua nikli woh quran mein maujood hai ke unhon ne kaha ke khuda ya mere liye apne paas jannat mein aik ghar bana de.</w:t>
      </w:r>
    </w:p>
    <w:p>
      <w:pPr>
        <w:jc w:val="right"/>
      </w:pPr>
      <w:r>
        <w:t>رَبِّ ابْنِ لِي عِندَكَ بَيْتًا فِي الْجَنَّةِ۔ آخر وقت میں جب کہ فرعون تیار ہوگا تو ان کو قتل کرنے کے لیے اس وقت ان کی جو دعا نکلی وہ قرآن میں موجود ہے کہ انہوں نے کہا کہ خدایا میرے لیے اپنے پاس جنت میں ایک گھر بنا دے۔</w:t>
      </w:r>
    </w:p>
    <w:p>
      <w:r>
        <w:rPr>
          <w:b/>
        </w:rPr>
        <w:t xml:space="preserve">[18:25] </w:t>
      </w:r>
      <w:r>
        <w:t>yeh hai mein samajhta hoon ke woh nectar jis ko agar aadmi pa le to us ko khushi, happiness, fulfillment mile ga.</w:t>
      </w:r>
    </w:p>
    <w:p>
      <w:pPr>
        <w:jc w:val="right"/>
      </w:pPr>
      <w:r>
        <w:t>یہ ہے میں سمجھتا ہوں کہ وہ نیکٹر جس کو اگر آدمی پا لے تو اس کو خوشی، ہیپینس، فلفلمنٹ ملے گا۔</w:t>
      </w:r>
    </w:p>
    <w:p>
      <w:r>
        <w:rPr>
          <w:b/>
        </w:rPr>
        <w:t xml:space="preserve">[18:43] </w:t>
      </w:r>
      <w:r>
        <w:t>to dunya mein yeh jo dua hai is ka aik juz dunya mein hai aik juz akhirat mein. dunya mein to yeh hai ke aap discovery karen is nectar ki aur phir apne aap ko is ka competent bana len.</w:t>
      </w:r>
    </w:p>
    <w:p>
      <w:pPr>
        <w:jc w:val="right"/>
      </w:pPr>
      <w:r>
        <w:t>تو دنیا میں یہ جو دعا ہے اس کا ایک جز دنیا میں ہے ایک جز آخرت میں۔ دنیا میں تو یہ ہے کہ آپ ڈسکوری کریں اس نیکٹر کی اور پھر اپنے آپ کو اس کا کمپیٹنٹ بنائیں۔</w:t>
      </w:r>
    </w:p>
    <w:p>
      <w:r>
        <w:rPr>
          <w:b/>
        </w:rPr>
        <w:t xml:space="preserve">[19:05] </w:t>
      </w:r>
      <w:r>
        <w:t>yani dunya mein aap discover karen ke mere liye jo paane ki cheez hai woh hai</w:t>
      </w:r>
    </w:p>
    <w:p>
      <w:pPr>
        <w:jc w:val="right"/>
      </w:pPr>
      <w:r>
        <w:t>یعنی دنیا میں آپ ڈسکور کریں کہ میرے لیے جو پانے کی چیز ہے وہ ہے</w:t>
      </w:r>
    </w:p>
    <w:p>
      <w:r>
        <w:rPr>
          <w:b/>
        </w:rPr>
        <w:t xml:space="preserve">[19:17] </w:t>
      </w:r>
      <w:r>
        <w:t>paradise. aur mujhe jo karne ka kaam hai woh hai yeh ke mein apne aap ko paradise mein entry paane ke qabil banaon.</w:t>
      </w:r>
    </w:p>
    <w:p>
      <w:pPr>
        <w:jc w:val="right"/>
      </w:pPr>
      <w:r>
        <w:t>پیراڈائز۔ اور مجھے جو کرنے کا کام ہے وہ ہے یہ کہ میں اپنے آپ کو پیراڈائز میں انٹری پانے کے قابل بناؤں۔</w:t>
      </w:r>
    </w:p>
    <w:p>
      <w:r>
        <w:rPr>
          <w:b/>
        </w:rPr>
        <w:t xml:space="preserve">[19:36] </w:t>
      </w:r>
      <w:r>
        <w:t>ab aap is lihaaz se dekhen to quran mein to aap paayenge ke paradise naam hai bohat high class ki society ka.</w:t>
      </w:r>
    </w:p>
    <w:p>
      <w:pPr>
        <w:jc w:val="right"/>
      </w:pPr>
      <w:r>
        <w:t>اب آپ اس لحاظ سے دیکھیں تو قرآن میں تو آپ پائیں گے کہ پیراڈائز نام ہے بہت ہائی کلاس کی سوسائٹی کا۔</w:t>
      </w:r>
    </w:p>
    <w:p>
      <w:r>
        <w:rPr>
          <w:b/>
        </w:rPr>
        <w:t xml:space="preserve">[19:49] </w:t>
      </w:r>
      <w:r>
        <w:t>ideal society, perfect society.</w:t>
      </w:r>
    </w:p>
    <w:p>
      <w:pPr>
        <w:jc w:val="right"/>
      </w:pPr>
      <w:r>
        <w:t>آئیڈیل سوسائٹی، پرفیکٹ سوسائٹی۔</w:t>
      </w:r>
    </w:p>
    <w:p>
      <w:r>
        <w:rPr>
          <w:b/>
        </w:rPr>
        <w:t xml:space="preserve">[19:55] </w:t>
      </w:r>
      <w:r>
        <w:t>to jo perfect society ho, ideal society ho is ka jo character ho is ka jo culture ho mujhe apne aap ko is ke mutabiq banana chahiye tabhi to entry paunga mein is mein.</w:t>
      </w:r>
    </w:p>
    <w:p>
      <w:pPr>
        <w:jc w:val="right"/>
      </w:pPr>
      <w:r>
        <w:t>تو جو پرفیکٹ سوسائٹی ہو، آئیڈیل سوسائٹی ہو اس کا جو کریکٹر ہو اس کا جو کلچر ہو مجھے اپنے آپ کو اس کے مطابق بنانا چاہیے تبھی تو انٹری پاؤں گا میں اس میں۔</w:t>
      </w:r>
    </w:p>
    <w:p>
      <w:r>
        <w:rPr>
          <w:b/>
        </w:rPr>
        <w:t xml:space="preserve">[20:15] </w:t>
      </w:r>
      <w:r>
        <w:t>jaise aap agar america ki society mein aik achhi position paana chahte hain to aap achhi english seekhte hain.</w:t>
      </w:r>
    </w:p>
    <w:p>
      <w:pPr>
        <w:jc w:val="right"/>
      </w:pPr>
      <w:r>
        <w:t>جیسے آپ اگر امریکہ کی سوسائٹی میں ایک اچھی پوزیشن پانا چاہتے ہیں تو آپ اچھی انگلش سیکھتے ہیں۔</w:t>
      </w:r>
    </w:p>
    <w:p>
      <w:r>
        <w:rPr>
          <w:b/>
        </w:rPr>
        <w:t xml:space="preserve">[20:28] </w:t>
      </w:r>
      <w:r>
        <w:t>achhi english. kyun ke aap jaante hain ke agar achhi english hogi tab bhi mujhe america ki jo high society hai us mein jagah mile gi woh nahi mile gi.</w:t>
      </w:r>
    </w:p>
    <w:p>
      <w:pPr>
        <w:jc w:val="right"/>
      </w:pPr>
      <w:r>
        <w:t>اچھی انگلش۔ کیونکہ آپ جانتے ہیں کہ اگر اچھی انگلش ہوگی تب بھی مجھے امریکہ کی جو ہائی سوسائٹی ہے اس میں جگہ ملے گی وہ نہیں ملے گی۔</w:t>
      </w:r>
    </w:p>
    <w:p>
      <w:r>
        <w:rPr>
          <w:b/>
        </w:rPr>
        <w:t xml:space="preserve">[20:45] </w:t>
      </w:r>
      <w:r>
        <w:t>to jab aap yeh discover karte hain jab yeh nectar of wisdom milta hai aap ko to usi waqt saath aap ko yeh bhi aqal aa jati hai ke mujhe apne aap ko woh jo society hai jo Allah ke paros mein hai jo paradise mein hai mujhe apne aap ko is ka member banana hai.</w:t>
      </w:r>
    </w:p>
    <w:p>
      <w:pPr>
        <w:jc w:val="right"/>
      </w:pPr>
      <w:r>
        <w:t>تو جب آپ یہ ڈسکور کرتے ہیں جب یہ نیکٹر آف وزڈم ملتا ہے آپ کو تو اسی وقت ساتھ آپ کو یہ بھی عقل آ جاتی ہے کہ مجھے اپنے آپ کو وہ جو سوسائٹی ہے جو اللہ کے پڑوس میں ہے جو پیراڈائز میں ہے مجھے اپنے آپ کو اس کا ممبر بنانا ہے۔</w:t>
      </w:r>
    </w:p>
    <w:p>
      <w:r>
        <w:rPr>
          <w:b/>
        </w:rPr>
        <w:t xml:space="preserve">[21:12] </w:t>
      </w:r>
      <w:r>
        <w:t>member of that divine society.</w:t>
      </w:r>
    </w:p>
    <w:p>
      <w:pPr>
        <w:jc w:val="right"/>
      </w:pPr>
      <w:r>
        <w:t>ممبر آف دیٹ ڈیوائن سوسائٹی۔</w:t>
      </w:r>
    </w:p>
    <w:p>
      <w:r>
        <w:rPr>
          <w:b/>
        </w:rPr>
        <w:t xml:space="preserve">[21:17] </w:t>
      </w:r>
      <w:r>
        <w:t>to aap ko goal mil jata hai. jaise hi aap discover karte hain is wisdom ko is nectar ko dunya se pa lete hain to foran hi aap ko goal mil jata hai.</w:t>
      </w:r>
    </w:p>
    <w:p>
      <w:pPr>
        <w:jc w:val="right"/>
      </w:pPr>
      <w:r>
        <w:t>تو آپ کو گول مل جاتا ہے۔ جیسے ہی آپ ڈسکور کرتے ہیں اس وزڈم کو اس نیکٹر کو دنیا سے پا لیتے ہیں تو فوراً ہی آپ کو گول مل جاتا ہے۔</w:t>
      </w:r>
    </w:p>
    <w:p>
      <w:r>
        <w:rPr>
          <w:b/>
        </w:rPr>
        <w:t xml:space="preserve">[21:39] </w:t>
      </w:r>
      <w:r>
        <w:t>woh goal yeh hai ke apne aap ko woh apne andar woh character develop karna. apne andar woh character develop karna jo</w:t>
      </w:r>
    </w:p>
    <w:p>
      <w:pPr>
        <w:jc w:val="right"/>
      </w:pPr>
      <w:r>
        <w:t>وہ گول یہ ہے کہ اپنے آپ کو وہ اپنے اندر وہ کریکٹر ڈیولپ کرنا۔ اپنے اندر وہ کریکٹر ڈیولپ کرنا جو</w:t>
      </w:r>
    </w:p>
    <w:p>
      <w:r>
        <w:rPr>
          <w:b/>
        </w:rPr>
        <w:t xml:space="preserve">[21:57] </w:t>
      </w:r>
      <w:r>
        <w:t>is society, is high class ki is society mein jis ko paradise kaha gaya hai is ke logon ka hoga.</w:t>
      </w:r>
    </w:p>
    <w:p>
      <w:pPr>
        <w:jc w:val="right"/>
      </w:pPr>
      <w:r>
        <w:t>اس سوسائٹی، اس ہائی کلاس کی اس سوسائٹی میں جس کو پیراڈائز کہا گیا ہے اس کے لوگوں کا ہوگا۔</w:t>
      </w:r>
    </w:p>
    <w:p>
      <w:r>
        <w:rPr>
          <w:b/>
        </w:rPr>
        <w:t xml:space="preserve">[22:09] </w:t>
      </w:r>
      <w:r>
        <w:t>jab aap paayenge wahan entry tab aap ko</w:t>
      </w:r>
    </w:p>
    <w:p>
      <w:pPr>
        <w:jc w:val="right"/>
      </w:pPr>
      <w:r>
        <w:t>جب آپ پائیں گے وہاں انٹری تب آپ کو</w:t>
      </w:r>
    </w:p>
    <w:p>
      <w:r>
        <w:rPr>
          <w:b/>
        </w:rPr>
        <w:t xml:space="preserve">[22:17] </w:t>
      </w:r>
      <w:r>
        <w:t>material sense mein fulfillment mile ga. fulfillment. aur dunya mein aap ko intellectual fulfillment mil jata hai.</w:t>
      </w:r>
    </w:p>
    <w:p>
      <w:pPr>
        <w:jc w:val="right"/>
      </w:pPr>
      <w:r>
        <w:t>مٹیریل سینس میں فلفلمنٹ ملے گا۔ فلفلمنٹ۔ اور دنیا میں آپ کو انٹلیکچوئل فلفلمنٹ مل جاتا ہے۔</w:t>
      </w:r>
    </w:p>
    <w:p>
      <w:r>
        <w:rPr>
          <w:b/>
        </w:rPr>
        <w:t xml:space="preserve">[22:29] </w:t>
      </w:r>
      <w:r>
        <w:t>jab aap apna goal discover kar lete hain to aap ko intellectual sense mein fulfillment mil gaya.</w:t>
      </w:r>
    </w:p>
    <w:p>
      <w:pPr>
        <w:jc w:val="right"/>
      </w:pPr>
      <w:r>
        <w:t>جب آپ اپنا گول ڈسکور کر لیتے ہیں تو آپ کو انٹلیکچوئل سینس میں فلفلمنٹ مل گیا۔</w:t>
      </w:r>
    </w:p>
    <w:p>
      <w:r>
        <w:rPr>
          <w:b/>
        </w:rPr>
        <w:t xml:space="preserve">[22:40] </w:t>
      </w:r>
      <w:r>
        <w:t>aur jab Allah ke agli dunya mein aap dakhil honge aur Allah ki rehmat se aap ko paradise mein dakhila mile ga.</w:t>
      </w:r>
    </w:p>
    <w:p>
      <w:pPr>
        <w:jc w:val="right"/>
      </w:pPr>
      <w:r>
        <w:t>اور جب اللہ کے اگلی دنیا میں آپ داخل ہوں گے اور اللہ کی رحمت سے آپ کو پیراڈائز میں داخلہ ملے گا۔</w:t>
      </w:r>
    </w:p>
    <w:p>
      <w:r>
        <w:rPr>
          <w:b/>
        </w:rPr>
        <w:t xml:space="preserve">[22:55] </w:t>
      </w:r>
      <w:r>
        <w:t>that is physical</w:t>
      </w:r>
    </w:p>
    <w:p>
      <w:pPr>
        <w:jc w:val="right"/>
      </w:pPr>
      <w:r>
        <w:t>دیٹ از فزیکل</w:t>
      </w:r>
    </w:p>
    <w:p>
      <w:r>
        <w:rPr>
          <w:b/>
        </w:rPr>
        <w:t xml:space="preserve">[23:01] </w:t>
      </w:r>
      <w:r>
        <w:t>fulfillment. to yeh hai</w:t>
      </w:r>
    </w:p>
    <w:p>
      <w:pPr>
        <w:jc w:val="right"/>
      </w:pPr>
      <w:r>
        <w:t>فلفلمنٹ۔ تو یہ ہے</w:t>
      </w:r>
    </w:p>
    <w:p>
      <w:r>
        <w:rPr>
          <w:b/>
        </w:rPr>
        <w:t xml:space="preserve">[23:07] </w:t>
      </w:r>
      <w:r>
        <w:t>yeh hai zindagi ka asal.</w:t>
      </w:r>
    </w:p>
    <w:p>
      <w:pPr>
        <w:jc w:val="right"/>
      </w:pPr>
      <w:r>
        <w:t>یہ ہے زندگی کا اصل۔</w:t>
      </w:r>
    </w:p>
    <w:p>
      <w:r>
        <w:rPr>
          <w:b/>
        </w:rPr>
        <w:t xml:space="preserve">[23:13] </w:t>
      </w:r>
      <w:r>
        <w:t>yani aap ko yeh chahiye ke dunya mein honey bee ki tarah rahen. yani phool ikattha karna yeh aap ko mashal nahi hona chahiye.</w:t>
      </w:r>
    </w:p>
    <w:p>
      <w:pPr>
        <w:jc w:val="right"/>
      </w:pPr>
      <w:r>
        <w:t>یعنی آپ کو یہ چاہیے کہ دنیا میں ہنی بیک کی طرح رہیں۔ یعنی پھول اکٹھا کرنا یہ آپ کو مشعل نہیں ہونا چاہیے۔</w:t>
      </w:r>
    </w:p>
    <w:p>
      <w:r>
        <w:rPr>
          <w:b/>
        </w:rPr>
        <w:t xml:space="preserve">[23:24] </w:t>
      </w:r>
      <w:r>
        <w:t>aap ko mashal hona chahiye ke phoolon ke andar jo nectar hai us ko hasil karen. jo wisdom hai, jo jo learning hai, jo lesson hai us ko daryaft karen.</w:t>
      </w:r>
    </w:p>
    <w:p>
      <w:pPr>
        <w:jc w:val="right"/>
      </w:pPr>
      <w:r>
        <w:t>آپ کو مشعل ہونا چاہیے کہ پھولوں کے اندر جو نیکٹر ہے اس کو حاصل کریں۔ جو وزڈم ہے، جو جو لرننگ ہے، جو لیسن ہے اس کو دریافت کریں۔</w:t>
      </w:r>
    </w:p>
    <w:p>
      <w:r>
        <w:rPr>
          <w:b/>
        </w:rPr>
        <w:t xml:space="preserve">[23:45] </w:t>
      </w:r>
      <w:r>
        <w:t>to yeh hai mein samajhta hoon ke</w:t>
      </w:r>
    </w:p>
    <w:p>
      <w:pPr>
        <w:jc w:val="right"/>
      </w:pPr>
      <w:r>
        <w:t>تو یہ ہے میں سمجھتا ہوں کہ</w:t>
      </w:r>
    </w:p>
    <w:p>
      <w:r>
        <w:rPr>
          <w:b/>
        </w:rPr>
        <w:t xml:space="preserve">[23:51] </w:t>
      </w:r>
      <w:r>
        <w:t>zindagi ka khulasa.</w:t>
      </w:r>
    </w:p>
    <w:p>
      <w:pPr>
        <w:jc w:val="right"/>
      </w:pPr>
      <w:r>
        <w:t>زندگی کا خلاصہ۔</w:t>
      </w:r>
    </w:p>
    <w:p>
      <w:r>
        <w:rPr>
          <w:b/>
        </w:rPr>
        <w:t xml:space="preserve">[23:56] </w:t>
      </w:r>
      <w:r>
        <w:t>jaise hi kaha jaye ke honey bee agar nectar pa gayi to usne apna maqsad to hasil kar liya. honey bee aayi bagh mein aur usne nectar pa liya to usne apna maqsad pa liya.</w:t>
      </w:r>
    </w:p>
    <w:p>
      <w:pPr>
        <w:jc w:val="right"/>
      </w:pPr>
      <w:r>
        <w:t>جیسے ہی کہا جائے کہ ہنی بیک اگر نیکٹر پا گئی تو اس نے اپنا مقصد تو حاصل کر لیا۔ ہنی بیک آئی باغ میں اور اس نے نیکٹر پا لیا تو اس نے اپنا مقصد پا لیا۔</w:t>
      </w:r>
    </w:p>
    <w:p>
      <w:r>
        <w:rPr>
          <w:b/>
        </w:rPr>
        <w:t xml:space="preserve">[24:15] </w:t>
      </w:r>
      <w:r>
        <w:t>lekin agar aisa ho ke honey bee bagh mein aayi</w:t>
      </w:r>
    </w:p>
    <w:p>
      <w:pPr>
        <w:jc w:val="right"/>
      </w:pPr>
      <w:r>
        <w:t>لیکن اگر ایسا ہو کہ ہنی بیک باغ میں آئی</w:t>
      </w:r>
    </w:p>
    <w:p>
      <w:r>
        <w:rPr>
          <w:b/>
        </w:rPr>
        <w:t xml:space="preserve">[24:21] </w:t>
      </w:r>
      <w:r>
        <w:t>isko phool to mila magar nectar nahi mila to aisi aisi honey bee ko nakaam kaha jayega.</w:t>
      </w:r>
    </w:p>
    <w:p>
      <w:pPr>
        <w:jc w:val="right"/>
      </w:pPr>
      <w:r>
        <w:t>اس کو پھول تو ملا مگر نیکٹر نہیں ملا تو ایسی ایسی ہنی بیک کو ناکام کہا جائے گا۔</w:t>
      </w:r>
    </w:p>
    <w:p>
      <w:r>
        <w:rPr>
          <w:b/>
        </w:rPr>
        <w:t xml:space="preserve">[24:36] </w:t>
      </w:r>
      <w:r>
        <w:t>jo honey bee dunya ke bagh mein phool to payein magar woh nectar na payein to use kaamyaab nahi kaha jayega.</w:t>
      </w:r>
    </w:p>
    <w:p>
      <w:pPr>
        <w:jc w:val="right"/>
      </w:pPr>
      <w:r>
        <w:t>جو ہنی بیک دنیا کے باغ میں پھول تو پائے لیکن وہ نیکٹر نہ پائے تو اسے کامیاب نہیں کہا جائے گا۔</w:t>
      </w:r>
    </w:p>
    <w:p>
      <w:r>
        <w:rPr>
          <w:b/>
        </w:rPr>
        <w:t xml:space="preserve">[24:48] </w:t>
      </w:r>
      <w:r>
        <w:t>aise hi jo insaan dunya mein aaye aur yahan usne phool ko, bagh ko to pa liya. achha ghar to pa liya.</w:t>
      </w:r>
    </w:p>
    <w:p>
      <w:pPr>
        <w:jc w:val="right"/>
      </w:pPr>
      <w:r>
        <w:t>ایسے ہی جو انسان دنیا میں آئے اور یہاں اس نے پھول کو، باغ کو تو پا لیا۔ اچھا گھر تو پا لیا۔</w:t>
      </w:r>
    </w:p>
    <w:p>
      <w:r>
        <w:rPr>
          <w:b/>
        </w:rPr>
        <w:t xml:space="preserve">[25:00] </w:t>
      </w:r>
      <w:r>
        <w:t>bank balance to pa liya. achha uhda to pa liya. lekin isko woh wisdom nahi mili jo Asia ko mili thi.</w:t>
      </w:r>
    </w:p>
    <w:p>
      <w:pPr>
        <w:jc w:val="right"/>
      </w:pPr>
      <w:r>
        <w:t>بینک بیلنس تو پا لیا۔ اچھا عہدہ تو پا لیا۔ لیکن اس کو وہ وزڈم نہیں ملی جو آسیہ کو ملی تھی۔</w:t>
      </w:r>
    </w:p>
    <w:p>
      <w:r>
        <w:rPr>
          <w:b/>
        </w:rPr>
        <w:t xml:space="preserve">[25:13] </w:t>
      </w:r>
      <w:r>
        <w:t>jo paighambar ke saahibiyon ko mili thi.</w:t>
      </w:r>
    </w:p>
    <w:p>
      <w:pPr>
        <w:jc w:val="right"/>
      </w:pPr>
      <w:r>
        <w:t>جو پیغمبر کے ساتھیوں کو ملی تھی۔</w:t>
      </w:r>
    </w:p>
    <w:p>
      <w:r>
        <w:rPr>
          <w:b/>
        </w:rPr>
        <w:t xml:space="preserve">[25:19] </w:t>
      </w:r>
      <w:r>
        <w:t>to isko nakaam kaha jayega. aur is iski nakaami ki pehchan yeh hai ke isko kabhi bhi sukoon e qalb nahi milega.</w:t>
      </w:r>
    </w:p>
    <w:p>
      <w:pPr>
        <w:jc w:val="right"/>
      </w:pPr>
      <w:r>
        <w:t>تو اس کو ناکام کہا جائے گا۔ اور اس اس کی ناکامی کی پہچان یہ ہے کہ اس کو کبھی بھی سکون قلب نہیں ملے گا۔</w:t>
      </w:r>
    </w:p>
    <w:p>
      <w:r>
        <w:rPr>
          <w:b/>
        </w:rPr>
        <w:t xml:space="preserve">[25:31] </w:t>
      </w:r>
      <w:r>
        <w:t>woh jo hai ke ala bi dhikrullahi tatma inn al quloob sukoon e qalb nahi milega isko. peace of mind nahi milega isko. woh peace of mind se hamesha ke liye mehroom rahega.</w:t>
      </w:r>
    </w:p>
    <w:p>
      <w:pPr>
        <w:jc w:val="right"/>
      </w:pPr>
      <w:r>
        <w:t>وہ جو ہے کہ أَلَا بَذِكِرِ اللَّهِ تَطْمَئِنُّ الْقُلُوبُ اطمینان قلب نہیں ملے گا اس کو۔ پیس آف مائنڈ نہیں ملے گا اس کو۔ وہ پیس آف مائنڈ سے ہمیشہ کے لیے محروم رہے گا۔</w:t>
      </w:r>
    </w:p>
    <w:p>
      <w:r>
        <w:rPr>
          <w:b/>
        </w:rPr>
        <w:t xml:space="preserve">[25:47] </w:t>
      </w:r>
      <w:r>
        <w:t>yani bazahir rahega woh bade ghar mein shandaar car mein baithega hawa ijazat safar karega bank mein iska balance hoga waghera waghera.</w:t>
      </w:r>
    </w:p>
    <w:p>
      <w:pPr>
        <w:jc w:val="right"/>
      </w:pPr>
      <w:r>
        <w:t>یعنی بظاہر رہے گا وہ بڑے گھر میں شاندار کار میں بیٹھے گا ہوا اجازت سفر کرے گا بینک میں اس کا بیلنس ہوگا وغیرہ وغیرہ۔</w:t>
      </w:r>
    </w:p>
    <w:p>
      <w:r>
        <w:rPr>
          <w:b/>
        </w:rPr>
        <w:t xml:space="preserve">[26:00] </w:t>
      </w:r>
      <w:r>
        <w:t>iske saath bheed hogi lekin sukoon e qalb iske andar nahi hoga. peace of mind iske andar nahi hoga. positive thinking iske andar nahi hogi.</w:t>
      </w:r>
    </w:p>
    <w:p>
      <w:pPr>
        <w:jc w:val="right"/>
      </w:pPr>
      <w:r>
        <w:t>اس کے ساتھ بھیڑ ہوگی لیکن سکون قلب اس کے اندر نہیں ہوگا۔ پیس آف مائنڈ اس کے اندر نہیں ہوگا۔ پازیٹیو تھنکنگ اس کے اندر نہیں ہوگی۔</w:t>
      </w:r>
    </w:p>
    <w:p>
      <w:r>
        <w:rPr>
          <w:b/>
        </w:rPr>
        <w:t xml:space="preserve">[26:12] </w:t>
      </w:r>
      <w:r>
        <w:t>kyun? is liye ke isne iska case is honey bee ki tarah hoga jisne phool to paya magar honey bee phool to paya magar isne</w:t>
      </w:r>
    </w:p>
    <w:p>
      <w:pPr>
        <w:jc w:val="right"/>
      </w:pPr>
      <w:r>
        <w:t>کیوں؟ اس لیے کہ اس نے اس کا کیس اس ہنی بیک کی طرح ہوگا جس نے پھول تو پایا مگر ہنی بیک پھول تو پایا مگر اس نے</w:t>
      </w:r>
    </w:p>
    <w:p>
      <w:r>
        <w:rPr>
          <w:b/>
        </w:rPr>
        <w:t xml:space="preserve">[26:30] </w:t>
      </w:r>
      <w:r>
        <w:t>asal cheez nahi payi yani nectar.</w:t>
      </w:r>
    </w:p>
    <w:p>
      <w:pPr>
        <w:jc w:val="right"/>
      </w:pPr>
      <w:r>
        <w:t>اصل چیز نہیں پائی یعنی نیکٹر۔</w:t>
      </w:r>
    </w:p>
    <w:p>
      <w:r>
        <w:rPr>
          <w:b/>
        </w:rPr>
        <w:t xml:space="preserve">[26:37] </w:t>
      </w:r>
      <w:r>
        <w:t>to yeh hai woh cheez jo mujhe aaj sochne ke liye mili. mein bohat der tak sochta raha, sochta raha, sochta raha yahi baat.</w:t>
      </w:r>
    </w:p>
    <w:p>
      <w:pPr>
        <w:jc w:val="right"/>
      </w:pPr>
      <w:r>
        <w:t>تو یہ ہے وہ چیز جو مجھے آج سوچنے کے لیے ملی۔ میں بہت دیر تک سوچتا رہا، سوچتا رہا، سوچتا رہا یہی بات۔</w:t>
      </w:r>
    </w:p>
    <w:p>
      <w:r>
        <w:rPr>
          <w:b/>
        </w:rPr>
        <w:t xml:space="preserve">[26:53] </w:t>
      </w:r>
      <w:r>
        <w:t>to Allah taala ne yeh jo Quran mein hai ke ek ayat Quran mein hai</w:t>
      </w:r>
    </w:p>
    <w:p>
      <w:pPr>
        <w:jc w:val="right"/>
      </w:pPr>
      <w:r>
        <w:t>تو اللہ تعالیٰ نے یہ جو قرآن میں ہے کہ ایک آیت قرآن میں ہے</w:t>
      </w:r>
    </w:p>
    <w:p>
      <w:r>
        <w:rPr>
          <w:b/>
        </w:rPr>
        <w:t xml:space="preserve">[27:05] </w:t>
      </w:r>
      <w:r>
        <w:t>wa kayyim min ayatihi fi al samawati wa al ardi yamuruna alayha hum al namu al raduun yani Allah taala ne zameen o aasman mein nishaniyan bikhair di hain.</w:t>
      </w:r>
    </w:p>
    <w:p>
      <w:pPr>
        <w:jc w:val="right"/>
      </w:pPr>
      <w:r>
        <w:t>وَقَيِّمْ مِنْ آَيَاتِهِ فِي السَّمٰوَاتِ وَالْأَرْضِ يَمْرُونَ عَلَيْهِا هُمَ النَّامُوَ الرَّضُونَ یعنی اللہ تعالیٰ نے زمین و آسمان میں نشانیاں بکھیر دی ہیں۔</w:t>
      </w:r>
    </w:p>
    <w:p>
      <w:r>
        <w:rPr>
          <w:b/>
        </w:rPr>
        <w:t xml:space="preserve">[27:18] </w:t>
      </w:r>
      <w:r>
        <w:t>ayatein bikhair di hain. kya matlab hai ayat ka? ayat ka matlab kya hai? ayat ka matlab yeh hai ke</w:t>
      </w:r>
    </w:p>
    <w:p>
      <w:pPr>
        <w:jc w:val="right"/>
      </w:pPr>
      <w:r>
        <w:t>آیتیں بکھیر دی ہیں۔ کیا مطلب ہے آیت کا؟ آیت کا مطلب کیا ہے؟ آیت کا مطلب یہ ہے کہ</w:t>
      </w:r>
    </w:p>
    <w:p>
      <w:r>
        <w:rPr>
          <w:b/>
        </w:rPr>
        <w:t xml:space="preserve">[27:33] </w:t>
      </w:r>
      <w:r>
        <w:t>insaan ko</w:t>
      </w:r>
    </w:p>
    <w:p>
      <w:pPr>
        <w:jc w:val="right"/>
      </w:pPr>
      <w:r>
        <w:t>انسان کو</w:t>
      </w:r>
    </w:p>
    <w:p>
      <w:r>
        <w:rPr>
          <w:b/>
        </w:rPr>
        <w:t xml:space="preserve">[27:36] </w:t>
      </w:r>
      <w:r>
        <w:t>jo wisdom chahiye uska demonstration. insaan ko jo ladni chahiye uska demonstration.</w:t>
      </w:r>
    </w:p>
    <w:p>
      <w:pPr>
        <w:jc w:val="right"/>
      </w:pPr>
      <w:r>
        <w:t>جو وزڈم چاہیے اس کا ڈیمونسٹریشن۔ انسان کو جو لڑنی چاہیے اس کا ڈیمونسٹریشن۔</w:t>
      </w:r>
    </w:p>
    <w:p>
      <w:r>
        <w:rPr>
          <w:b/>
        </w:rPr>
        <w:t xml:space="preserve">[27:49] </w:t>
      </w:r>
      <w:r>
        <w:t>insaan ko jo ilm chahiye uska demonstration.</w:t>
      </w:r>
    </w:p>
    <w:p>
      <w:pPr>
        <w:jc w:val="right"/>
      </w:pPr>
      <w:r>
        <w:t>انسان کو جو علم چاہیے اس کا ڈیمونسٹریشن۔</w:t>
      </w:r>
    </w:p>
    <w:p>
      <w:r>
        <w:rPr>
          <w:b/>
        </w:rPr>
        <w:t xml:space="preserve">[27:56] </w:t>
      </w:r>
      <w:r>
        <w:t>to poori universe ek world of demonstration hai.</w:t>
      </w:r>
    </w:p>
    <w:p>
      <w:pPr>
        <w:jc w:val="right"/>
      </w:pPr>
      <w:r>
        <w:t>تو پوری یونیورس ایک ورلڈ آف ڈیمونسٹریشن ہے۔</w:t>
      </w:r>
    </w:p>
    <w:p>
      <w:r>
        <w:rPr>
          <w:b/>
        </w:rPr>
        <w:t xml:space="preserve">[28:04] </w:t>
      </w:r>
      <w:r>
        <w:t>chahe galaxy ho, chahe sitare hon, solar system ho ya garden ho, shehad ki makhi sab ka sab insaan ke liye world of demonstration hai.</w:t>
      </w:r>
    </w:p>
    <w:p>
      <w:pPr>
        <w:jc w:val="right"/>
      </w:pPr>
      <w:r>
        <w:t>چاہے گیلیکسی ہو، چاہے ستارے ہوں، سولر سسٹم ہو یا گارڈن ہو، شہد کی مکھی ہو سب کا سب انسان کے لیے ورلڈ آف ڈیمونسٹریشن ہے۔</w:t>
      </w:r>
    </w:p>
    <w:p>
      <w:r>
        <w:rPr>
          <w:b/>
        </w:rPr>
        <w:t xml:space="preserve">[28:20] </w:t>
      </w:r>
      <w:r>
        <w:t>wa kayyim min ayatihi fi al samawati wa al ardi yamuruna alayha hum al namu al raduun</w:t>
      </w:r>
    </w:p>
    <w:p>
      <w:pPr>
        <w:jc w:val="right"/>
      </w:pPr>
      <w:r>
        <w:t>وَقَيِّمْ مِنْ آَيَاتِهِ فِي السَّمٰوَاتِ وَالْأَرْضِ يَمْرُونَ عَلَيْهِا هُمَ النَّامُوَ الرَّضُونَ</w:t>
      </w:r>
    </w:p>
    <w:p>
      <w:r>
        <w:rPr>
          <w:b/>
        </w:rPr>
        <w:t xml:space="preserve">[28:28] </w:t>
      </w:r>
      <w:r>
        <w:t>to demonstration phaila hua hai is ka matlab yeh hai ke poori kainaat mein har taraf demonstration hai. haqeeqat ta'ala ke.</w:t>
      </w:r>
    </w:p>
    <w:p>
      <w:pPr>
        <w:jc w:val="right"/>
      </w:pPr>
      <w:r>
        <w:t>تو ڈیمونسٹریشن پھیلا ہوا ہے اس کا مطلب یہ ہے کہ پوری کائنات میں ہر طرف ڈیمونسٹریشن ہے۔ حقیقت تعالیٰ کے۔</w:t>
      </w:r>
    </w:p>
    <w:p>
      <w:r>
        <w:rPr>
          <w:b/>
        </w:rPr>
        <w:t xml:space="preserve">[28:39] </w:t>
      </w:r>
      <w:r>
        <w:t>rabani wisdom ke. lekin insaan is se a'araaz ke ma'ani hain ke is pe ghaur nahin karta is se nectar ko extract nahin karta</w:t>
      </w:r>
    </w:p>
    <w:p>
      <w:pPr>
        <w:jc w:val="right"/>
      </w:pPr>
      <w:r>
        <w:t>ربانی وزڈم کے۔ لیکن انسان اس سے اعراض کے معنی ہیں کہ اس پہ غور نہیں کرتا اس سے نیکٹر کو ایکسٹریکٹ نہیں کرتا</w:t>
      </w:r>
    </w:p>
    <w:p>
      <w:r>
        <w:rPr>
          <w:b/>
        </w:rPr>
        <w:t xml:space="preserve">[28:52] </w:t>
      </w:r>
      <w:r>
        <w:t>mehroom bana rehta hai.</w:t>
      </w:r>
    </w:p>
    <w:p>
      <w:pPr>
        <w:jc w:val="right"/>
      </w:pPr>
      <w:r>
        <w:t>محروم بنا رہتا ہے۔</w:t>
      </w:r>
    </w:p>
    <w:p>
      <w:r>
        <w:rPr>
          <w:b/>
        </w:rPr>
        <w:t xml:space="preserve">[29:03] </w:t>
      </w:r>
      <w:r>
        <w:t>to mein samajhta hoon ke jo aadmi is dunya mein aata hai is ka pehla kaam kya hai? woh kaha panah creator ne poori universe mein jo haqeeqaton ka demonstration de rakha hai is ko discover karna.</w:t>
      </w:r>
    </w:p>
    <w:p>
      <w:pPr>
        <w:jc w:val="right"/>
      </w:pPr>
      <w:r>
        <w:t>تو میں سمجھتا ہوں کہ جو آدمی اس دنیا میں آتا ہے اس کا پہلا کام کیا ہے؟ وہ کہا پناہ کریٹر نے پوری یونیورس میں جو حقیقتوں کا ڈیمونسٹریشن دے رکھا ہے اس کو ڈسکور کرنا۔</w:t>
      </w:r>
    </w:p>
    <w:p>
      <w:r>
        <w:rPr>
          <w:b/>
        </w:rPr>
        <w:t xml:space="preserve">[29:30] </w:t>
      </w:r>
      <w:r>
        <w:t>misalan dekhen</w:t>
      </w:r>
    </w:p>
    <w:p>
      <w:pPr>
        <w:jc w:val="right"/>
      </w:pPr>
      <w:r>
        <w:t>مثلاً دیکھیں</w:t>
      </w:r>
    </w:p>
    <w:p>
      <w:r>
        <w:rPr>
          <w:b/>
        </w:rPr>
        <w:t xml:space="preserve">[29:33] </w:t>
      </w:r>
      <w:r>
        <w:t>hamari jo space hai woh galaxies se bhari hui hai sitaron se bhari hui hai beshumar sitare beshumar sitare</w:t>
      </w:r>
    </w:p>
    <w:p>
      <w:pPr>
        <w:jc w:val="right"/>
      </w:pPr>
      <w:r>
        <w:t>ہماری جو اسپیس ہے وہ گیلیکسیز سے بھری ہوئی ہے ستاروں سے بھری ہوئی ہے بے شمار ستارے بے شمار ستارے</w:t>
      </w:r>
    </w:p>
    <w:p>
      <w:r>
        <w:rPr>
          <w:b/>
        </w:rPr>
        <w:t xml:space="preserve">[29:47] </w:t>
      </w:r>
      <w:r>
        <w:t>aur planets yeh saari jo astronomical bodies hain woh</w:t>
      </w:r>
    </w:p>
    <w:p>
      <w:pPr>
        <w:jc w:val="right"/>
      </w:pPr>
      <w:r>
        <w:t>اور پلینٹس یہ ساری جو آسٹرانومیکل باڈیز ہیں وہ</w:t>
      </w:r>
    </w:p>
    <w:p>
      <w:r>
        <w:rPr>
          <w:b/>
        </w:rPr>
        <w:t xml:space="preserve">[29:58] </w:t>
      </w:r>
      <w:r>
        <w:t>har waqt on the move hain chal rahi hain rotate kar rahi hain.</w:t>
      </w:r>
    </w:p>
    <w:p>
      <w:pPr>
        <w:jc w:val="right"/>
      </w:pPr>
      <w:r>
        <w:t>ہر وقت آن دا موو ہیں چل رہی ہیں روٹیٹ کر رہی ہیں۔</w:t>
      </w:r>
    </w:p>
    <w:p>
      <w:r>
        <w:rPr>
          <w:b/>
        </w:rPr>
        <w:t xml:space="preserve">[30:09] </w:t>
      </w:r>
      <w:r>
        <w:t>lekin in mein takraao nahin hota. aap ghaur kijiye ke billion billion sitare hain aur sab chal rahe hain space mein lekin in mein takraao nahin hota.</w:t>
      </w:r>
    </w:p>
    <w:p>
      <w:pPr>
        <w:jc w:val="right"/>
      </w:pPr>
      <w:r>
        <w:t>لیکن ان میں ٹکراؤ نہیں ہوتا۔ آپ غور کیجیے کہ بلین بلین ستارے ہیں اور سب چل رہے ہیں اسپیس میں لیکن ان میں ٹکراؤ نہیں ہوتا۔</w:t>
      </w:r>
    </w:p>
    <w:p>
      <w:r>
        <w:rPr>
          <w:b/>
        </w:rPr>
        <w:t xml:space="preserve">[30:24] </w:t>
      </w:r>
      <w:r>
        <w:t>kyun? woh follow karte hain ek wisdom ko. woh wisdom kya hai? apne orbit par chalna.</w:t>
      </w:r>
    </w:p>
    <w:p>
      <w:pPr>
        <w:jc w:val="right"/>
      </w:pPr>
      <w:r>
        <w:t>کیوں؟ وہ فالو کرتے ہیں ایک وزڈم کو۔ وہ وزڈم کیا ہے؟ اپنے آربٹ پر چلنا۔</w:t>
      </w:r>
    </w:p>
    <w:p>
      <w:r>
        <w:rPr>
          <w:b/>
        </w:rPr>
        <w:t xml:space="preserve">[30:35] </w:t>
      </w:r>
      <w:r>
        <w:t>har sitara, har planet doosre ke orbit mein daakhil na ho. to is wisdom ko demonstrate kar raha hai har sitara, har sayara.</w:t>
      </w:r>
    </w:p>
    <w:p>
      <w:pPr>
        <w:jc w:val="right"/>
      </w:pPr>
      <w:r>
        <w:t>ہر ستارہ، ہر پلینٹ دوسرے کے آربٹ میں داخل نہ ہو۔ تو اس وزڈم کو ڈیمونسٹریٹ کر رہا ہے ہر ستارہ، ہر سیارہ۔</w:t>
      </w:r>
    </w:p>
    <w:p>
      <w:r>
        <w:rPr>
          <w:b/>
        </w:rPr>
        <w:t xml:space="preserve">[30:50] </w:t>
      </w:r>
      <w:r>
        <w:t>space ka har sitara, har sayara ek wisdom ko demonstrate kar raha hai</w:t>
      </w:r>
    </w:p>
    <w:p>
      <w:pPr>
        <w:jc w:val="right"/>
      </w:pPr>
      <w:r>
        <w:t>اسپیس کا ہر ستارہ، ہر سیارہ ایک وزڈم کو ڈیمونسٹریٹ کر رہا ہے</w:t>
      </w:r>
    </w:p>
    <w:p>
      <w:r>
        <w:rPr>
          <w:b/>
        </w:rPr>
        <w:t xml:space="preserve">[30:58] </w:t>
      </w:r>
      <w:r>
        <w:t>ke tum apni activities jaari karo to apni activities ke liye free ho lekin tumhari activities apne orbit mein hona chahiye doosre ke orbit mein kabhi daakhil na ho.</w:t>
      </w:r>
    </w:p>
    <w:p>
      <w:pPr>
        <w:jc w:val="right"/>
      </w:pPr>
      <w:r>
        <w:t>کہ تم اپنی ایکٹیویٹیز جاری کرو تو اپنی ایکٹیویٹیز کے لیے فری ہو لیکن تمہاری ایکٹیویٹیز اپنے آربٹ میں ہونا چاہیے دوسرے کے آربٹ میں کبھی داخل نہ ہو۔</w:t>
      </w:r>
    </w:p>
    <w:p>
      <w:r>
        <w:rPr>
          <w:b/>
        </w:rPr>
        <w:t xml:space="preserve">[31:16] </w:t>
      </w:r>
      <w:r>
        <w:t>yaani</w:t>
      </w:r>
    </w:p>
    <w:p>
      <w:pPr>
        <w:jc w:val="right"/>
      </w:pPr>
      <w:r>
        <w:t>یعنی</w:t>
      </w:r>
    </w:p>
    <w:p>
      <w:r>
        <w:rPr>
          <w:b/>
        </w:rPr>
        <w:t xml:space="preserve">[31:20] </w:t>
      </w:r>
      <w:r>
        <w:t>yaani yeh ke aadmi apni activities ke liye non confrontational approach ikhtiyar karega. yeh sitare aur sayare jo wisdom demonstrate kar rahe hain woh yeh hai ke insaan is dunya mein apni activities ke liye hamesha non confrontational method ko ikhtiyar kare.</w:t>
      </w:r>
    </w:p>
    <w:p>
      <w:pPr>
        <w:jc w:val="right"/>
      </w:pPr>
      <w:r>
        <w:t>یعنی یہ کہ آدمی اپنی ایکٹیویٹیز کے لیے نان کنفرنٹیشنل اپروچ اختیار کرے گا۔ یہ ستارے اور سیارے جو وزڈم ڈیمونسٹریٹ کر رہے ہیں وہ یہ ہے کہ انسان اس دنیا میں اپنی ایکٹیویٹیز کے لیے ہمیشہ نان کنفرنٹیشنل میتھڈ کو اختیار کرے۔</w:t>
      </w:r>
    </w:p>
    <w:p>
      <w:r>
        <w:rPr>
          <w:b/>
        </w:rPr>
        <w:t xml:space="preserve">[31:47] </w:t>
      </w:r>
      <w:r>
        <w:t>yeh wisdom hai. aisi wisdom honey back de rahi hai ke tum jab aate ho dunya ke garden mein aur dekhte ho ke wahan beshumar darakht hain, beshumar phool hain</w:t>
      </w:r>
    </w:p>
    <w:p>
      <w:pPr>
        <w:jc w:val="right"/>
      </w:pPr>
      <w:r>
        <w:t>یہ وزڈم ہے۔ ایسی وزڈم ہنی بیک دے رہی ہے کہ تم جب آتے ہو دنیا کے گارڈن میں اور دیکھتے ہو کہ وہاں بے شمار درخت ہیں، بے شمار پھول ہیں</w:t>
      </w:r>
    </w:p>
    <w:p>
      <w:r>
        <w:rPr>
          <w:b/>
        </w:rPr>
        <w:t xml:space="preserve">[32:03] </w:t>
      </w:r>
      <w:r>
        <w:t>to darakhton aur phoolon mein gum na ho jao balkeh in phoolon ke andar jo wisdom hai jo nectar hai jo nectar wisdom hai us ko extract karo us ko dhoondo.</w:t>
      </w:r>
    </w:p>
    <w:p>
      <w:pPr>
        <w:jc w:val="right"/>
      </w:pPr>
      <w:r>
        <w:t>تو درختوں اور پھولوں میں گم نہ ہو جاؤ بلکہ ان پھولوں کے اندر جو وزڈم ہے جو نیکٹر ہے جو نیکٹر وزڈم ہے اس کو ایکسٹریکٹ کرو اس کو ڈھونڈو۔</w:t>
      </w:r>
    </w:p>
    <w:p>
      <w:r>
        <w:rPr>
          <w:b/>
        </w:rPr>
        <w:t xml:space="preserve">[32:24] </w:t>
      </w:r>
      <w:r>
        <w:t>to is ayat ka matlab yahi hai</w:t>
      </w:r>
    </w:p>
    <w:p>
      <w:pPr>
        <w:jc w:val="right"/>
      </w:pPr>
      <w:r>
        <w:t>تو اس آیت کا مطلب یہی ہے</w:t>
      </w:r>
    </w:p>
    <w:p>
      <w:r>
        <w:rPr>
          <w:b/>
        </w:rPr>
        <w:t xml:space="preserve">[32:28] </w:t>
      </w:r>
      <w:r>
        <w:t>wa qayyim min ayatihi fis samawati wal ardi yamuruna 'alayha hum un namu war radun yani creator ne poori universe mein wisdom ka demonstration de rakha hai.</w:t>
      </w:r>
    </w:p>
    <w:p>
      <w:pPr>
        <w:jc w:val="right"/>
      </w:pPr>
      <w:r>
        <w:t>وَقَيِّمْ مِنْ آَيَاتِهِ فِي السَّمٰوَاتِ وَالْأَرْضِ يَمْرُونَ عَلَيْهِا هُمَ النَّامُوَ الرَّضُونَ یعنی کریٹر نے پوری یونیورس میں وزڈم کا ڈیمونسٹریشن دے رکھا ہے۔</w:t>
      </w:r>
    </w:p>
    <w:p>
      <w:r>
        <w:rPr>
          <w:b/>
        </w:rPr>
        <w:t xml:space="preserve">[32:44] </w:t>
      </w:r>
      <w:r>
        <w:t>is wisdom ko discover karo aur is ke mutabiq apni zindagi ki planning karo. apni zindagi ki planning karo.</w:t>
      </w:r>
    </w:p>
    <w:p>
      <w:pPr>
        <w:jc w:val="right"/>
      </w:pPr>
      <w:r>
        <w:t>اس وزڈم کو ڈسکور کرو اور اس کے مطابق اپنی زندگی کی پلاننگ کرو۔ اپنی زندگی کی پلاننگ کرو۔</w:t>
      </w:r>
    </w:p>
    <w:p>
      <w:r>
        <w:rPr>
          <w:b/>
        </w:rPr>
        <w:t xml:space="preserve">[32:57] </w:t>
      </w:r>
      <w:r>
        <w:t>mein samajhta hoon ke yahan lafz hai arz do lafz hain yahan</w:t>
      </w:r>
    </w:p>
    <w:p>
      <w:pPr>
        <w:jc w:val="right"/>
      </w:pPr>
      <w:r>
        <w:t>میں سمجھتا ہوں کہ یہاں جو لفظ ہے ارض دو لفظ ہیں یہاں</w:t>
      </w:r>
    </w:p>
    <w:p>
      <w:r>
        <w:rPr>
          <w:b/>
        </w:rPr>
        <w:t xml:space="preserve">[33:05] </w:t>
      </w:r>
      <w:r>
        <w:t>wa qayyim min ayatihi fis samawati wal ardi aasmanon mein aur zameen mein mein samajhta hoon ke yahan arz jo hai woh history ke ma'ani mein hai.</w:t>
      </w:r>
    </w:p>
    <w:p>
      <w:pPr>
        <w:jc w:val="right"/>
      </w:pPr>
      <w:r>
        <w:t>وَقَيِّمْ مِنْ آَيَاتِهِ فِي السَّمٰوَاتِ وَالْأَرْضِ آسمانوں میں اور زمین میں میں سمجھتا ہوں کہ یہاں ارض جو ہے وہ ہسٹری کے معنی میں ہے۔</w:t>
      </w:r>
    </w:p>
    <w:p>
      <w:r>
        <w:rPr>
          <w:b/>
        </w:rPr>
        <w:t xml:space="preserve">[33:17] </w:t>
      </w:r>
      <w:r>
        <w:t>history ke ma'ani mein. yaani world of nature aur world of history.</w:t>
      </w:r>
    </w:p>
    <w:p>
      <w:pPr>
        <w:jc w:val="right"/>
      </w:pPr>
      <w:r>
        <w:t>ہسٹری کے معنی میں۔ یعنی ورلڈ آف نیچر اور ورلڈ آف ہسٹری۔</w:t>
      </w:r>
    </w:p>
    <w:p>
      <w:r>
        <w:rPr>
          <w:b/>
        </w:rPr>
        <w:t xml:space="preserve">[33:30] </w:t>
      </w:r>
      <w:r>
        <w:t>to beshumar qism ke demonstration hain jo human history ke andar bhi hain aur</w:t>
      </w:r>
    </w:p>
    <w:p>
      <w:pPr>
        <w:jc w:val="right"/>
      </w:pPr>
      <w:r>
        <w:t>تو بے شمار قسم کے ڈیمونسٹریشن ہیں جو ہیومن ہسٹری کے اندر بھی ہیں اور</w:t>
      </w:r>
    </w:p>
    <w:p>
      <w:r>
        <w:rPr>
          <w:b/>
        </w:rPr>
        <w:t xml:space="preserve">[33:45] </w:t>
      </w:r>
      <w:r>
        <w:t>aur world of nature ke andar bhi hain. is ko discover karo aur is ko</w:t>
      </w:r>
    </w:p>
    <w:p>
      <w:pPr>
        <w:jc w:val="right"/>
      </w:pPr>
      <w:r>
        <w:t>اور ورلڈ آف نیچر کے اندر بھی ہیں۔ اس کو ڈسکور کرو اور اس کو</w:t>
      </w:r>
    </w:p>
    <w:p>
      <w:r>
        <w:rPr>
          <w:b/>
        </w:rPr>
        <w:t xml:space="preserve">[33:54] </w:t>
      </w:r>
      <w:r>
        <w:t>isko samjho isko follow karo.</w:t>
      </w:r>
    </w:p>
    <w:p>
      <w:pPr>
        <w:jc w:val="right"/>
      </w:pPr>
      <w:r>
        <w:t>اس کو سمجھو اس کو فالو کرو۔</w:t>
      </w:r>
    </w:p>
    <w:p>
      <w:r>
        <w:rPr>
          <w:b/>
        </w:rPr>
        <w:t xml:space="preserve">[33:59] </w:t>
      </w:r>
      <w:r>
        <w:t>jaise world of nature ki misaal maine di ke sitare aur sayare apne apne orbit par chalte</w:t>
      </w:r>
    </w:p>
    <w:p>
      <w:pPr>
        <w:jc w:val="right"/>
      </w:pPr>
      <w:r>
        <w:t>جیسے ورلڈ آف نیچر کی مثال میں نے دی کہ ستارے اور سیارے اپنے اپنے آربٹ پر چلتے</w:t>
      </w:r>
    </w:p>
    <w:p>
      <w:r>
        <w:rPr>
          <w:b/>
        </w:rPr>
        <w:t xml:space="preserve">[34:06] </w:t>
      </w:r>
      <w:r>
        <w:t>hain doosre ke orbit mein dakhil nahi hote is tarah se takrao nahi hota no takrao at all</w:t>
      </w:r>
    </w:p>
    <w:p>
      <w:pPr>
        <w:jc w:val="right"/>
      </w:pPr>
      <w:r>
        <w:t>ہیں دوسرے کے آربٹ میں داخل نہیں ہوتے اس طرح سے ٹکراؤ نہیں ہوتا نو ٹکراؤ ایٹ آل</w:t>
      </w:r>
    </w:p>
    <w:p>
      <w:r>
        <w:rPr>
          <w:b/>
        </w:rPr>
        <w:t xml:space="preserve">[34:15] </w:t>
      </w:r>
      <w:r>
        <w:t>yaani doosre lafzon mein</w:t>
      </w:r>
    </w:p>
    <w:p>
      <w:pPr>
        <w:jc w:val="right"/>
      </w:pPr>
      <w:r>
        <w:t>یعنی دوسرے لفظوں میں</w:t>
      </w:r>
    </w:p>
    <w:p>
      <w:r>
        <w:rPr>
          <w:b/>
        </w:rPr>
        <w:t xml:space="preserve">[34:18] </w:t>
      </w:r>
      <w:r>
        <w:t>non confrontational approach.</w:t>
      </w:r>
    </w:p>
    <w:p>
      <w:pPr>
        <w:jc w:val="right"/>
      </w:pPr>
      <w:r>
        <w:t>نان کنفرنٹیشنل اپروچ۔</w:t>
      </w:r>
    </w:p>
    <w:p>
      <w:r>
        <w:rPr>
          <w:b/>
        </w:rPr>
        <w:t xml:space="preserve">[34:24] </w:t>
      </w:r>
      <w:r>
        <w:t>tareekh mein kya hai?</w:t>
      </w:r>
    </w:p>
    <w:p>
      <w:pPr>
        <w:jc w:val="right"/>
      </w:pPr>
      <w:r>
        <w:t>تاریخ میں کیا ہے؟</w:t>
      </w:r>
    </w:p>
    <w:p>
      <w:r>
        <w:rPr>
          <w:b/>
        </w:rPr>
        <w:t xml:space="preserve">[34:29] </w:t>
      </w:r>
      <w:r>
        <w:t>tareekh mein ek misaal bhi deta hoon ke Allah taala ne second world war ke baad germany ke zariye ek misaal qaim ki human history mein woh kya misaal thi?</w:t>
      </w:r>
    </w:p>
    <w:p>
      <w:pPr>
        <w:jc w:val="right"/>
      </w:pPr>
      <w:r>
        <w:t>تاریخ میں ایک مثال بھی دیتا ہوں کہ اللہ تعالیٰ نے سیکنڈ ورلڈ وار کے بعد جرمنی کے ذریعے ایک مثال قائم کی ہیومن ہسٹری میں وہ کیا مثال تھی؟</w:t>
      </w:r>
    </w:p>
    <w:p>
      <w:r>
        <w:rPr>
          <w:b/>
        </w:rPr>
        <w:t xml:space="preserve">[34:47] </w:t>
      </w:r>
      <w:r>
        <w:t>ke germany second world war ke baad is ne apna jo land area hai jo mulk is ka hai us ka one third kho diya jis ka naam tha east germany woh doosre qabze mein chala gaya.</w:t>
      </w:r>
    </w:p>
    <w:p>
      <w:pPr>
        <w:jc w:val="right"/>
      </w:pPr>
      <w:r>
        <w:t>کہ جرمنی سیکنڈ ورلڈ وار کے بعد اس نے اپنا جو لینڈ ایریا ہے جو ملک اس کا ہے اس کا ون تھرڈ کھو دیا جس کا نام تھا ایسٹ جرمنی وہ دوسرے قبضے میں چلا گیا۔</w:t>
      </w:r>
    </w:p>
    <w:p>
      <w:r>
        <w:rPr>
          <w:b/>
        </w:rPr>
        <w:t xml:space="preserve">[35:07] </w:t>
      </w:r>
      <w:r>
        <w:t>to germany ke paas reh gaya sirf two third one third chala gaya doosron ke qabze mein aur germany ke paas reh gaya two two third jis ko kehte the west germany.</w:t>
      </w:r>
    </w:p>
    <w:p>
      <w:pPr>
        <w:jc w:val="right"/>
      </w:pPr>
      <w:r>
        <w:t>تو جرمنی کے پاس رہ گیا صرف ٹو تھرڈ ون تھرڈ چلا گیا دوسروں کے قبضے میں اور جرمنی کے پاس رہ گیا ٹو ٹو تھرڈ جس کو کہتے تھے ویسٹ جرمنی۔</w:t>
      </w:r>
    </w:p>
    <w:p>
      <w:r>
        <w:rPr>
          <w:b/>
        </w:rPr>
        <w:t xml:space="preserve">[35:27] </w:t>
      </w:r>
      <w:r>
        <w:t>to germany ne kya kiya? germany ne yeh nahi kiya ke woh sari apni politics jo hai chalaye khoye hue germany ko regain karne ke liye.</w:t>
      </w:r>
    </w:p>
    <w:p>
      <w:pPr>
        <w:jc w:val="right"/>
      </w:pPr>
      <w:r>
        <w:t>تو جرمنی نے کیا کیا؟ جرمنی نے یہ نہیں کیا کہ وہ ساری اپنی پولیٹکس جو ہے چلائے کھوئے ہوئے جرمنی کو ریگن کرنے کے لیے۔</w:t>
      </w:r>
    </w:p>
    <w:p>
      <w:r>
        <w:rPr>
          <w:b/>
        </w:rPr>
        <w:t xml:space="preserve">[35:45] </w:t>
      </w:r>
      <w:r>
        <w:t>east germany jo khoya gaya tha usko regain karna bas isi ko apni sari koshishon ka center</w:t>
      </w:r>
    </w:p>
    <w:p>
      <w:pPr>
        <w:jc w:val="right"/>
      </w:pPr>
      <w:r>
        <w:t>ایسٹ جرمنی جو کھویا گیا تھا اس کو ریگن کرنا بس اسی کو اپنی ساری کوششوں کا سینٹر</w:t>
      </w:r>
    </w:p>
    <w:p>
      <w:r>
        <w:rPr>
          <w:b/>
        </w:rPr>
        <w:t xml:space="preserve">[35:54] </w:t>
      </w:r>
      <w:r>
        <w:t>banaya nahi aisa nahi kiya is ne jo remaining part of germany tha west germany isi par focus</w:t>
      </w:r>
    </w:p>
    <w:p>
      <w:pPr>
        <w:jc w:val="right"/>
      </w:pPr>
      <w:r>
        <w:t>بنایا نہیں ایسا نہیں کیا اس نے جو ریمیننگ پارٹ آف جرمنی تھا ویسٹ جرمنی اسی پر فوکس</w:t>
      </w:r>
    </w:p>
    <w:p>
      <w:r>
        <w:rPr>
          <w:b/>
        </w:rPr>
        <w:t xml:space="preserve">[36:04] </w:t>
      </w:r>
      <w:r>
        <w:t>kiya is ko is ko aaraaz kiya is ne</w:t>
      </w:r>
    </w:p>
    <w:p>
      <w:pPr>
        <w:jc w:val="right"/>
      </w:pPr>
      <w:r>
        <w:t>کیا اس کو اس کو اعراض کیا اس نے</w:t>
      </w:r>
    </w:p>
    <w:p>
      <w:r>
        <w:rPr>
          <w:b/>
        </w:rPr>
        <w:t xml:space="preserve">[36:10] </w:t>
      </w:r>
      <w:r>
        <w:t>east germany ko</w:t>
      </w:r>
    </w:p>
    <w:p>
      <w:pPr>
        <w:jc w:val="right"/>
      </w:pPr>
      <w:r>
        <w:t>ایسٹ جرمنی کو</w:t>
      </w:r>
    </w:p>
    <w:p>
      <w:r>
        <w:rPr>
          <w:b/>
        </w:rPr>
        <w:t xml:space="preserve">[36:13] </w:t>
      </w:r>
      <w:r>
        <w:t>is ne aaraaz khane mein daal diya aur west germany ko le kar ke is ne apni planning</w:t>
      </w:r>
    </w:p>
    <w:p>
      <w:pPr>
        <w:jc w:val="right"/>
      </w:pPr>
      <w:r>
        <w:t>اس نے اعراض کھانے میں ڈال دیا اور ویسٹ جرمنی کو لے کر کے اس نے اپنی پلاننگ</w:t>
      </w:r>
    </w:p>
    <w:p>
      <w:r>
        <w:rPr>
          <w:b/>
        </w:rPr>
        <w:t xml:space="preserve">[36:18] </w:t>
      </w:r>
      <w:r>
        <w:t>ki yaani yaani germany ke remaining part ko le kar planning ki is ne khoye hue part ko</w:t>
      </w:r>
    </w:p>
    <w:p>
      <w:pPr>
        <w:jc w:val="right"/>
      </w:pPr>
      <w:r>
        <w:t>کی یعنی یعنی جرمنی کے ریمیننگ پارٹ کو لے کر پلاننگ کی اس نے کھوئے ہوئے پارٹ کو</w:t>
      </w:r>
    </w:p>
    <w:p>
      <w:r>
        <w:rPr>
          <w:b/>
        </w:rPr>
        <w:t xml:space="preserve">[36:27] </w:t>
      </w:r>
      <w:r>
        <w:t>nahi</w:t>
      </w:r>
    </w:p>
    <w:p>
      <w:pPr>
        <w:jc w:val="right"/>
      </w:pPr>
      <w:r>
        <w:t>نہیں</w:t>
      </w:r>
    </w:p>
    <w:p>
      <w:r>
        <w:rPr>
          <w:b/>
        </w:rPr>
        <w:t xml:space="preserve">[36:30] </w:t>
      </w:r>
      <w:r>
        <w:t>yeh hai wisdom jis ko hamara khaliq demonstration kar raha hai history mein</w:t>
      </w:r>
    </w:p>
    <w:p>
      <w:pPr>
        <w:jc w:val="right"/>
      </w:pPr>
      <w:r>
        <w:t>یہ ہے وزڈم جس کو ہمارا خالق ڈیمونسٹریشن کر رہا ہے ہسٹری میں</w:t>
      </w:r>
    </w:p>
    <w:p>
      <w:r>
        <w:rPr>
          <w:b/>
        </w:rPr>
        <w:t xml:space="preserve">[36:41] </w:t>
      </w:r>
      <w:r>
        <w:t>lekin agar dekhte hain bahut zyada zabani ki misaal ki tareekh hai to saare musalman saare leader hamare</w:t>
      </w:r>
    </w:p>
    <w:p>
      <w:pPr>
        <w:jc w:val="right"/>
      </w:pPr>
      <w:r>
        <w:t>لیکن اگر دیکھتے ہیں بہت زیادہ زبانی کی مثال کی تاریخ ہے تو سارے مسلمان سارے لیڈر ہمارے</w:t>
      </w:r>
    </w:p>
    <w:p>
      <w:r>
        <w:rPr>
          <w:b/>
        </w:rPr>
        <w:t xml:space="preserve">[36:48] </w:t>
      </w:r>
      <w:r>
        <w:t>saare rehnuma jo khoya hua hai isi ko regain karna bhai sab kuch isi par lagaye hue hain</w:t>
      </w:r>
    </w:p>
    <w:p>
      <w:pPr>
        <w:jc w:val="right"/>
      </w:pPr>
      <w:r>
        <w:t>سارے رہنما جو کھویا ہوا ہے اسی کو ریگن کرنا بھئی سب کچھ اسی پر لگائے ہوئے ہیں</w:t>
      </w:r>
    </w:p>
    <w:p>
      <w:r>
        <w:rPr>
          <w:b/>
        </w:rPr>
        <w:t xml:space="preserve">[36:54] </w:t>
      </w:r>
      <w:r>
        <w:t>na misaal ke taur par dekhiye falasteen</w:t>
      </w:r>
    </w:p>
    <w:p>
      <w:pPr>
        <w:jc w:val="right"/>
      </w:pPr>
      <w:r>
        <w:t>نا مثال کے طور پر دیکھیے فلسطین</w:t>
      </w:r>
    </w:p>
    <w:p>
      <w:r>
        <w:rPr>
          <w:b/>
        </w:rPr>
        <w:t xml:space="preserve">[37:00] </w:t>
      </w:r>
      <w:r>
        <w:t>falasteen mein 1948 mein yeh hua</w:t>
      </w:r>
    </w:p>
    <w:p>
      <w:pPr>
        <w:jc w:val="right"/>
      </w:pPr>
      <w:r>
        <w:t>فلسطین میں 1948 میں یہ ہوا</w:t>
      </w:r>
    </w:p>
    <w:p>
      <w:r>
        <w:rPr>
          <w:b/>
        </w:rPr>
        <w:t xml:space="preserve">[37:06] </w:t>
      </w:r>
      <w:r>
        <w:t>ke falasteen ka aadha hissa khoya gaya aadha hissa in ko balfour border tak mila</w:t>
      </w:r>
    </w:p>
    <w:p>
      <w:pPr>
        <w:jc w:val="right"/>
      </w:pPr>
      <w:r>
        <w:t>کہ فلسطین کا ادھا حصہ کھویا گیا ادھا حصہ ان کو بالفور بارڈر تک ملا</w:t>
      </w:r>
    </w:p>
    <w:p>
      <w:r>
        <w:rPr>
          <w:b/>
        </w:rPr>
        <w:t xml:space="preserve">[37:15] </w:t>
      </w:r>
      <w:r>
        <w:t>to jo falasteen ka jo remaining part tha us ko le kar planning ki unhon ne</w:t>
      </w:r>
    </w:p>
    <w:p>
      <w:pPr>
        <w:jc w:val="right"/>
      </w:pPr>
      <w:r>
        <w:t>تو جو فلسطین کا جو ریمیننگ پارٹ تھا اس کو لے کر پلاننگ کی انہوں نے</w:t>
      </w:r>
    </w:p>
    <w:p>
      <w:r>
        <w:rPr>
          <w:b/>
        </w:rPr>
        <w:t xml:space="preserve">[37:23] </w:t>
      </w:r>
      <w:r>
        <w:t>balkay jo khoya hua part tha jo aap</w:t>
      </w:r>
    </w:p>
    <w:p>
      <w:pPr>
        <w:jc w:val="right"/>
      </w:pPr>
      <w:r>
        <w:t>بلکہ جو کھویا ہوا پارٹ تھا جو آپ</w:t>
      </w:r>
    </w:p>
    <w:p>
      <w:r>
        <w:rPr>
          <w:b/>
        </w:rPr>
        <w:t xml:space="preserve">[37:27] </w:t>
      </w:r>
      <w:r>
        <w:t>bas isi ko regain karna regain karna regain beshumar qurbaniyan</w:t>
      </w:r>
    </w:p>
    <w:p>
      <w:pPr>
        <w:jc w:val="right"/>
      </w:pPr>
      <w:r>
        <w:t>بس اسی کو ریگن کرنا ریگن کرنا ریگن بے شمار قربانیاں</w:t>
      </w:r>
    </w:p>
    <w:p>
      <w:r>
        <w:rPr>
          <w:b/>
        </w:rPr>
        <w:t xml:space="preserve">[37:33] </w:t>
      </w:r>
      <w:r>
        <w:t>jaan maal ki beshumar qurbaniyan isi liye di kay falasteen kay remove kay jo doosron kay hath</w:t>
      </w:r>
    </w:p>
    <w:p>
      <w:pPr>
        <w:jc w:val="right"/>
      </w:pPr>
      <w:r>
        <w:t>جان مال کی بے شمار قربانیاں اسی لیے دی کہ فلسطین کے ریموو کے جو دوسروں کے ہاتھ</w:t>
      </w:r>
    </w:p>
    <w:p>
      <w:r>
        <w:rPr>
          <w:b/>
        </w:rPr>
        <w:t xml:space="preserve">[37:40] </w:t>
      </w:r>
      <w:r>
        <w:t>mein chala gaya hai israel kay hath mein kay bas is ko cheenna ho is ko cheenna</w:t>
      </w:r>
    </w:p>
    <w:p>
      <w:pPr>
        <w:jc w:val="right"/>
      </w:pPr>
      <w:r>
        <w:t>میں چلا گیا ہے اسرائیل کے ہاتھ میں کہ بس اس کو چھیننا ہو اس کو چھیننا</w:t>
      </w:r>
    </w:p>
    <w:p>
      <w:r>
        <w:rPr>
          <w:b/>
        </w:rPr>
        <w:t xml:space="preserve">[37:48] </w:t>
      </w:r>
      <w:r>
        <w:t>yeh bilkul yeh yeh tha</w:t>
      </w:r>
    </w:p>
    <w:p>
      <w:pPr>
        <w:jc w:val="right"/>
      </w:pPr>
      <w:r>
        <w:t>یہ بالکل یہ یہ تھا</w:t>
      </w:r>
    </w:p>
    <w:p>
      <w:r>
        <w:rPr>
          <w:b/>
        </w:rPr>
        <w:t xml:space="preserve">[37:52] </w:t>
      </w:r>
      <w:r>
        <w:t>yani nature kay khilaf creator kay planning kay khilaf</w:t>
      </w:r>
    </w:p>
    <w:p>
      <w:pPr>
        <w:jc w:val="right"/>
      </w:pPr>
      <w:r>
        <w:t>یعنی نیچر کے خلاف کریٹر کے پلاننگ کے خلاف</w:t>
      </w:r>
    </w:p>
    <w:p>
      <w:r>
        <w:rPr>
          <w:b/>
        </w:rPr>
        <w:t xml:space="preserve">[37:59] </w:t>
      </w:r>
      <w:r>
        <w:t>ab aap zara ghor kijiye kay aaj jo hai falasteeni aik dunya ki sab say zyada mehroom qom</w:t>
      </w:r>
    </w:p>
    <w:p>
      <w:pPr>
        <w:jc w:val="right"/>
      </w:pPr>
      <w:r>
        <w:t>اب آپ ذرا غور کیجیے کہ آج جو ہے فلسطینی ایک دنیا کی سب سے زیادہ محروم قوم</w:t>
      </w:r>
    </w:p>
    <w:p>
      <w:r>
        <w:rPr>
          <w:b/>
        </w:rPr>
        <w:t xml:space="preserve">[38:05] </w:t>
      </w:r>
      <w:r>
        <w:t>hai aaj jo hai falasteeni dunya ki sab say zyada</w:t>
      </w:r>
    </w:p>
    <w:p>
      <w:pPr>
        <w:jc w:val="right"/>
      </w:pPr>
      <w:r>
        <w:t>ہے آج جو ہے فلسطینی دنیا کی سب سے زیادہ</w:t>
      </w:r>
    </w:p>
    <w:p>
      <w:r>
        <w:rPr>
          <w:b/>
        </w:rPr>
        <w:t xml:space="preserve">[38:12] </w:t>
      </w:r>
      <w:r>
        <w:t>mehroom</w:t>
      </w:r>
    </w:p>
    <w:p>
      <w:pPr>
        <w:jc w:val="right"/>
      </w:pPr>
      <w:r>
        <w:t>محروم</w:t>
      </w:r>
    </w:p>
    <w:p>
      <w:r>
        <w:rPr>
          <w:b/>
        </w:rPr>
        <w:t xml:space="preserve">[38:13] </w:t>
      </w:r>
      <w:r>
        <w:t>qom hai agar aisa aisa kartay woh kay falasteen kay remaining part jo tha jo un ko mila</w:t>
      </w:r>
    </w:p>
    <w:p>
      <w:pPr>
        <w:jc w:val="right"/>
      </w:pPr>
      <w:r>
        <w:t>قوم ہے اگر ایسا ایسا کرتے وہ کہ فلسطین کے ریمیننگ پارٹ جو تھا جو ان کو ملا</w:t>
      </w:r>
    </w:p>
    <w:p>
      <w:r>
        <w:rPr>
          <w:b/>
        </w:rPr>
        <w:t xml:space="preserve">[38:21] </w:t>
      </w:r>
      <w:r>
        <w:t>tha is ko lay kay planning kartay to kiya kartay</w:t>
      </w:r>
    </w:p>
    <w:p>
      <w:pPr>
        <w:jc w:val="right"/>
      </w:pPr>
      <w:r>
        <w:t>تھا اس کو لے کے پلاننگ کرتے تو کیا کرتے</w:t>
      </w:r>
    </w:p>
    <w:p>
      <w:r>
        <w:rPr>
          <w:b/>
        </w:rPr>
        <w:t xml:space="preserve">[38:26] </w:t>
      </w:r>
      <w:r>
        <w:t>yeh jo area hai</w:t>
      </w:r>
    </w:p>
    <w:p>
      <w:pPr>
        <w:jc w:val="right"/>
      </w:pPr>
      <w:r>
        <w:t>یہ جو ایریا ہے</w:t>
      </w:r>
    </w:p>
    <w:p>
      <w:r>
        <w:rPr>
          <w:b/>
        </w:rPr>
        <w:t xml:space="preserve">[38:29] </w:t>
      </w:r>
      <w:r>
        <w:t>woh un ki neighboring countries jo hain woh bhi muslim hain</w:t>
      </w:r>
    </w:p>
    <w:p>
      <w:pPr>
        <w:jc w:val="right"/>
      </w:pPr>
      <w:r>
        <w:t>وہ ان کی نیبرنگ کنٹریز جو ہیں وہ بھی مسلم ہیں</w:t>
      </w:r>
    </w:p>
    <w:p>
      <w:r>
        <w:rPr>
          <w:b/>
        </w:rPr>
        <w:t xml:space="preserve">[38:33] </w:t>
      </w:r>
      <w:r>
        <w:t>yani falasteen egypt jordan syria</w:t>
      </w:r>
    </w:p>
    <w:p>
      <w:pPr>
        <w:jc w:val="right"/>
      </w:pPr>
      <w:r>
        <w:t>یعنی فلسطین ایجپٹ اردن سیریا</w:t>
      </w:r>
    </w:p>
    <w:p>
      <w:r>
        <w:rPr>
          <w:b/>
        </w:rPr>
        <w:t xml:space="preserve">[38:40] </w:t>
      </w:r>
      <w:r>
        <w:t>yeh sara jo area hai</w:t>
      </w:r>
    </w:p>
    <w:p>
      <w:pPr>
        <w:jc w:val="right"/>
      </w:pPr>
      <w:r>
        <w:t>یہ سارا جو ایریا ہے</w:t>
      </w:r>
    </w:p>
    <w:p>
      <w:r>
        <w:rPr>
          <w:b/>
        </w:rPr>
        <w:t xml:space="preserve">[38:44] </w:t>
      </w:r>
      <w:r>
        <w:t>dunya kay sab say zyada historical environment is area mein hai</w:t>
      </w:r>
    </w:p>
    <w:p>
      <w:pPr>
        <w:jc w:val="right"/>
      </w:pPr>
      <w:r>
        <w:t>دنیا کے سب سے زیادہ ہسٹاریکل انوائرمنٹ اس ایریا میں ہے</w:t>
      </w:r>
    </w:p>
    <w:p>
      <w:r>
        <w:rPr>
          <w:b/>
        </w:rPr>
        <w:t xml:space="preserve">[38:51] </w:t>
      </w:r>
      <w:r>
        <w:t>yani tourist interest</w:t>
      </w:r>
    </w:p>
    <w:p>
      <w:pPr>
        <w:jc w:val="right"/>
      </w:pPr>
      <w:r>
        <w:t>یعنی ٹورسٹ انٹرسٹ</w:t>
      </w:r>
    </w:p>
    <w:p>
      <w:r>
        <w:rPr>
          <w:b/>
        </w:rPr>
        <w:t xml:space="preserve">[38:58] </w:t>
      </w:r>
      <w:r>
        <w:t>to agar woh yeh kartay</w:t>
      </w:r>
    </w:p>
    <w:p>
      <w:pPr>
        <w:jc w:val="right"/>
      </w:pPr>
      <w:r>
        <w:t>تو اگر وہ یہ کرتے</w:t>
      </w:r>
    </w:p>
    <w:p>
      <w:r>
        <w:rPr>
          <w:b/>
        </w:rPr>
        <w:t xml:space="preserve">[39:00] </w:t>
      </w:r>
      <w:r>
        <w:t>kay woh apnay jo muslim mulk hain is ko lay kar kay aik planning kartay</w:t>
      </w:r>
    </w:p>
    <w:p>
      <w:pPr>
        <w:jc w:val="right"/>
      </w:pPr>
      <w:r>
        <w:t>کہ وہ اپنے جو مسلم ملک ہیں اس کو لے کر کے ایک پلاننگ کرتے</w:t>
      </w:r>
    </w:p>
    <w:p>
      <w:r>
        <w:rPr>
          <w:b/>
        </w:rPr>
        <w:t xml:space="preserve">[39:09] </w:t>
      </w:r>
      <w:r>
        <w:t>kay humain is area mein yeh humain</w:t>
      </w:r>
    </w:p>
    <w:p>
      <w:pPr>
        <w:jc w:val="right"/>
      </w:pPr>
      <w:r>
        <w:t>کہ ہمیں اس ایریا میں یہ ہمیں</w:t>
      </w:r>
    </w:p>
    <w:p>
      <w:r>
        <w:rPr>
          <w:b/>
        </w:rPr>
        <w:t xml:space="preserve">[39:14] </w:t>
      </w:r>
      <w:r>
        <w:t>mouqa hai kay hum</w:t>
      </w:r>
    </w:p>
    <w:p>
      <w:pPr>
        <w:jc w:val="right"/>
      </w:pPr>
      <w:r>
        <w:t>موقع ہے کہ ہم</w:t>
      </w:r>
    </w:p>
    <w:p>
      <w:r>
        <w:rPr>
          <w:b/>
        </w:rPr>
        <w:t xml:space="preserve">[39:19] </w:t>
      </w:r>
      <w:r>
        <w:t>tourism ka empire banayein</w:t>
      </w:r>
    </w:p>
    <w:p>
      <w:pPr>
        <w:jc w:val="right"/>
      </w:pPr>
      <w:r>
        <w:t>ٹورزم کا ایمپائر بنائیں</w:t>
      </w:r>
    </w:p>
    <w:p>
      <w:r>
        <w:rPr>
          <w:b/>
        </w:rPr>
        <w:t xml:space="preserve">[39:22] </w:t>
      </w:r>
      <w:r>
        <w:t>empire political empire nahi non political empire</w:t>
      </w:r>
    </w:p>
    <w:p>
      <w:pPr>
        <w:jc w:val="right"/>
      </w:pPr>
      <w:r>
        <w:t>ایمپائر پولیٹیکل ایمپائر نہیں نان پولیٹیکل ایمپائر</w:t>
      </w:r>
    </w:p>
    <w:p>
      <w:r>
        <w:rPr>
          <w:b/>
        </w:rPr>
        <w:t xml:space="preserve">[39:28] </w:t>
      </w:r>
      <w:r>
        <w:t>is pooray area mein develop karein hum tourism ko jaisay spain nay develop kiya</w:t>
      </w:r>
    </w:p>
    <w:p>
      <w:pPr>
        <w:jc w:val="right"/>
      </w:pPr>
      <w:r>
        <w:t>اس پورے ایریا میں ڈیولپ کریں ہم ٹورزم کو جسے اسپین نے ڈیولپ کیا</w:t>
      </w:r>
    </w:p>
    <w:p>
      <w:r>
        <w:rPr>
          <w:b/>
        </w:rPr>
        <w:t xml:space="preserve">[39:36] </w:t>
      </w:r>
      <w:r>
        <w:t>is pooray area mein hum tourism ko develop karein aur sara focus dein tourism</w:t>
      </w:r>
    </w:p>
    <w:p>
      <w:pPr>
        <w:jc w:val="right"/>
      </w:pPr>
      <w:r>
        <w:t>اس پورے ایریا میں ہم ٹورزم کو ڈیولپ کریں اور سارا فوکس دیں ٹورزم</w:t>
      </w:r>
    </w:p>
    <w:p>
      <w:r>
        <w:rPr>
          <w:b/>
        </w:rPr>
        <w:t xml:space="preserve">[39:44] </w:t>
      </w:r>
      <w:r>
        <w:t>par to aaj kya hota is area ke paas sab se bari dolat hoti greater than oil oil to ab khatam ho raha hai khatam ho raha hai khatam ho raha hai</w:t>
      </w:r>
    </w:p>
    <w:p>
      <w:pPr>
        <w:jc w:val="right"/>
      </w:pPr>
      <w:r>
        <w:t>پر تو آج کیا ہوتا اس ایریا کے پاس سب سے بڑی دولت ہوتی گریٹر دین ائل ائل تو اب ختم ہو رہا ہے ختم ہو رہا ہے ختم ہو رہا ہے</w:t>
      </w:r>
    </w:p>
    <w:p>
      <w:r>
        <w:rPr>
          <w:b/>
        </w:rPr>
        <w:t xml:space="preserve">[40:03] </w:t>
      </w:r>
      <w:r>
        <w:t>lekin tourist industry jo hai din bad din barh rahi hai din bad din barh rahi hai</w:t>
      </w:r>
    </w:p>
    <w:p>
      <w:pPr>
        <w:jc w:val="right"/>
      </w:pPr>
      <w:r>
        <w:t>لیکن ٹورسٹ انڈسٹری جو ہے دن بدن بڑھ رہی ہے دن بدن بڑھ رہی ہے</w:t>
      </w:r>
    </w:p>
    <w:p>
      <w:r>
        <w:rPr>
          <w:b/>
        </w:rPr>
        <w:t xml:space="preserve">[40:12] </w:t>
      </w:r>
      <w:r>
        <w:t>kyunke log paisa kamate hain phir chahte hain ke ghoomein dunya ko dekhein history ko dekhein</w:t>
      </w:r>
    </w:p>
    <w:p>
      <w:pPr>
        <w:jc w:val="right"/>
      </w:pPr>
      <w:r>
        <w:t>کیونکہ لوگ پیسہ کماتے ہیں پھر چاہتے ہیں کہ گھومیں دنیا کو دیکھیں ہسٹری کو دیکھیں</w:t>
      </w:r>
    </w:p>
    <w:p>
      <w:r>
        <w:rPr>
          <w:b/>
        </w:rPr>
        <w:t xml:space="preserve">[40:19] </w:t>
      </w:r>
      <w:r>
        <w:t>yeh itna paisa kamate hain itne in ko tourism barhta hai</w:t>
      </w:r>
    </w:p>
    <w:p>
      <w:pPr>
        <w:jc w:val="right"/>
      </w:pPr>
      <w:r>
        <w:t>یہ اتنا پیسہ کماتے ہیں اتنے ان کو ٹورزم بڑھتا ہے</w:t>
      </w:r>
    </w:p>
    <w:p>
      <w:r>
        <w:rPr>
          <w:b/>
        </w:rPr>
        <w:t xml:space="preserve">[40:25] </w:t>
      </w:r>
      <w:r>
        <w:t>to jo area hai yeh area ka ek</w:t>
      </w:r>
    </w:p>
    <w:p>
      <w:pPr>
        <w:jc w:val="right"/>
      </w:pPr>
      <w:r>
        <w:t>تو جو ایریا ہے یہ ایریا کا ایک</w:t>
      </w:r>
    </w:p>
    <w:p>
      <w:r>
        <w:rPr>
          <w:b/>
        </w:rPr>
        <w:t xml:space="preserve">[40:31] </w:t>
      </w:r>
      <w:r>
        <w:t>yani ek bohat bara</w:t>
      </w:r>
    </w:p>
    <w:p>
      <w:pPr>
        <w:jc w:val="right"/>
      </w:pPr>
      <w:r>
        <w:t>یعنی ایک بہت بڑا</w:t>
      </w:r>
    </w:p>
    <w:p>
      <w:r>
        <w:rPr>
          <w:b/>
        </w:rPr>
        <w:t xml:space="preserve">[40:36] </w:t>
      </w:r>
      <w:r>
        <w:t>activities ka area ban jata hai</w:t>
      </w:r>
    </w:p>
    <w:p>
      <w:pPr>
        <w:jc w:val="right"/>
      </w:pPr>
      <w:r>
        <w:t>ایکٹیویٹیز کا ایریا بن جاتا ہے</w:t>
      </w:r>
    </w:p>
    <w:p>
      <w:r>
        <w:rPr>
          <w:b/>
        </w:rPr>
        <w:t xml:space="preserve">[40:40] </w:t>
      </w:r>
      <w:r>
        <w:t>tourist industry ka empire</w:t>
      </w:r>
    </w:p>
    <w:p>
      <w:pPr>
        <w:jc w:val="right"/>
      </w:pPr>
      <w:r>
        <w:t>ٹورسٹ انڈسٹری کا ایمپائر</w:t>
      </w:r>
    </w:p>
    <w:p>
      <w:r>
        <w:rPr>
          <w:b/>
        </w:rPr>
        <w:t xml:space="preserve">[40:44] </w:t>
      </w:r>
      <w:r>
        <w:t>lekin aaj kya hai barbadi ka area bana hua hai to kyun</w:t>
      </w:r>
    </w:p>
    <w:p>
      <w:pPr>
        <w:jc w:val="right"/>
      </w:pPr>
      <w:r>
        <w:t>لیکن آج کیا ہے بربادی کا ایریا بنا ہوا ہے تو کیوں</w:t>
      </w:r>
    </w:p>
    <w:p>
      <w:r>
        <w:rPr>
          <w:b/>
        </w:rPr>
        <w:t xml:space="preserve">[40:52] </w:t>
      </w:r>
      <w:r>
        <w:t>falasteen walon ne ya arbon ne is is law of nature ko nahi</w:t>
      </w:r>
    </w:p>
    <w:p>
      <w:pPr>
        <w:jc w:val="right"/>
      </w:pPr>
      <w:r>
        <w:t>فلسطین والوں نے یا عربوں نے اس اس لاء آف نیچر کو نہیں</w:t>
      </w:r>
    </w:p>
    <w:p>
      <w:r>
        <w:rPr>
          <w:b/>
        </w:rPr>
        <w:t xml:space="preserve">[40:57] </w:t>
      </w:r>
      <w:r>
        <w:t>jana ke jo remaining part hai us par planning ki jati hai khoye hue part par planning nahi ki jati yeh law of nature hai</w:t>
      </w:r>
    </w:p>
    <w:p>
      <w:pPr>
        <w:jc w:val="right"/>
      </w:pPr>
      <w:r>
        <w:t>جانا کہ جو ریمیننگ پارٹ ہے اس پر پلاننگ کی جاتی ہے کھوئے ہوئے پارٹ پر پلاننگ نہیں کی جاتی یہ لاء آف نیچر ہے</w:t>
      </w:r>
    </w:p>
    <w:p>
      <w:r>
        <w:rPr>
          <w:b/>
        </w:rPr>
        <w:t xml:space="preserve">[41:12] </w:t>
      </w:r>
      <w:r>
        <w:t>Allah taala ne is ko germany ki surat mein dikhaya aaj germany europe ka number one mulk bana hua hai isi law ko follow karte hue</w:t>
      </w:r>
    </w:p>
    <w:p>
      <w:pPr>
        <w:jc w:val="right"/>
      </w:pPr>
      <w:r>
        <w:t>اللہ تعالیٰ نے اس کو جرمنی کی صورت میں دکھایا آج جرمنی یورپ کا نمبر ون ملک بنا ہوا ہے اسی لاء کو فالو کرتے ہوئے</w:t>
      </w:r>
    </w:p>
    <w:p>
      <w:r>
        <w:rPr>
          <w:b/>
        </w:rPr>
        <w:t xml:space="preserve">[41:27] </w:t>
      </w:r>
      <w:r>
        <w:t>to hamare muslim jo countries hain</w:t>
      </w:r>
    </w:p>
    <w:p>
      <w:pPr>
        <w:jc w:val="right"/>
      </w:pPr>
      <w:r>
        <w:t>تو ہمارے مسلم جو کنٹریز ہیں</w:t>
      </w:r>
    </w:p>
    <w:p>
      <w:r>
        <w:rPr>
          <w:b/>
        </w:rPr>
        <w:t xml:space="preserve">[41:32] </w:t>
      </w:r>
      <w:r>
        <w:t>kisi ne bhi is ko follow nahi kiya</w:t>
      </w:r>
    </w:p>
    <w:p>
      <w:pPr>
        <w:jc w:val="right"/>
      </w:pPr>
      <w:r>
        <w:t>کسی نے بھی اس کو فالو نہیں کیا</w:t>
      </w:r>
    </w:p>
    <w:p>
      <w:r>
        <w:rPr>
          <w:b/>
        </w:rPr>
        <w:t xml:space="preserve">[41:36] </w:t>
      </w:r>
      <w:r>
        <w:t>bas in ko nafrat karna hai</w:t>
      </w:r>
    </w:p>
    <w:p>
      <w:pPr>
        <w:jc w:val="right"/>
      </w:pPr>
      <w:r>
        <w:t>بس ان کو نفرت کرنا ہے</w:t>
      </w:r>
    </w:p>
    <w:p>
      <w:r>
        <w:rPr>
          <w:b/>
        </w:rPr>
        <w:t xml:space="preserve">[41:39] </w:t>
      </w:r>
      <w:r>
        <w:t>yani mehfoza dushmanon se in se ladna hai in ko society bombing karni hai bas yahi sab karna</w:t>
      </w:r>
    </w:p>
    <w:p>
      <w:pPr>
        <w:jc w:val="right"/>
      </w:pPr>
      <w:r>
        <w:t>یعنی محفوظہ دشمنوں سے ان سے لڑنا ہے ان کو سوسائٹی بمبنگ کرنی ہے بس یہی سب کرنا</w:t>
      </w:r>
    </w:p>
    <w:p>
      <w:r>
        <w:rPr>
          <w:b/>
        </w:rPr>
        <w:t xml:space="preserve">[41:48] </w:t>
      </w:r>
      <w:r>
        <w:t>hai yani jis tarah se oil arbon ki zameen ke neeche ek daulat ki surat mein hai daulat</w:t>
      </w:r>
    </w:p>
    <w:p>
      <w:pPr>
        <w:jc w:val="right"/>
      </w:pPr>
      <w:r>
        <w:t>ہے یعنی جس طرح سے تیل عربوں کی زمین کے نیچے ایک دولت کی صورت میں ہے دولت</w:t>
      </w:r>
    </w:p>
    <w:p>
      <w:r>
        <w:rPr>
          <w:b/>
        </w:rPr>
        <w:t xml:space="preserve">[41:58] </w:t>
      </w:r>
      <w:r>
        <w:t>ek wealth isi tarah se bohat bari wealth</w:t>
      </w:r>
    </w:p>
    <w:p>
      <w:pPr>
        <w:jc w:val="right"/>
      </w:pPr>
      <w:r>
        <w:t>ایک ویلتھ اسی طرح سے بہت بڑی ویلتھ</w:t>
      </w:r>
    </w:p>
    <w:p>
      <w:r>
        <w:rPr>
          <w:b/>
        </w:rPr>
        <w:t xml:space="preserve">[42:04] </w:t>
      </w:r>
      <w:r>
        <w:t>historical monument ki surat mein hai</w:t>
      </w:r>
    </w:p>
    <w:p>
      <w:pPr>
        <w:jc w:val="right"/>
      </w:pPr>
      <w:r>
        <w:t>ہسٹاریکل مونومنٹ کی صورت میں ہے</w:t>
      </w:r>
    </w:p>
    <w:p>
      <w:r>
        <w:rPr>
          <w:b/>
        </w:rPr>
        <w:t xml:space="preserve">[42:08] </w:t>
      </w:r>
      <w:r>
        <w:t>jis tarah develop kiya gaya hai oil ko</w:t>
      </w:r>
    </w:p>
    <w:p>
      <w:pPr>
        <w:jc w:val="right"/>
      </w:pPr>
      <w:r>
        <w:t>جس طرح ڈیولپ کیا گیا ہے ائل کو</w:t>
      </w:r>
    </w:p>
    <w:p>
      <w:r>
        <w:rPr>
          <w:b/>
        </w:rPr>
        <w:t xml:space="preserve">[42:12] </w:t>
      </w:r>
      <w:r>
        <w:t>oil</w:t>
      </w:r>
    </w:p>
    <w:p>
      <w:pPr>
        <w:jc w:val="right"/>
      </w:pPr>
      <w:r>
        <w:t>ائل</w:t>
      </w:r>
    </w:p>
    <w:p>
      <w:r>
        <w:rPr>
          <w:b/>
        </w:rPr>
        <w:t xml:space="preserve">[42:13] </w:t>
      </w:r>
      <w:r>
        <w:t>industries qaim ki gayi hain aisay develop kiya jata tourism ko</w:t>
      </w:r>
    </w:p>
    <w:p>
      <w:pPr>
        <w:jc w:val="right"/>
      </w:pPr>
      <w:r>
        <w:t>انڈسٹریز قائم کی گئی ہیں ایسے ڈیولپ کیا جاتا ٹورزم کو</w:t>
      </w:r>
    </w:p>
    <w:p>
      <w:r>
        <w:rPr>
          <w:b/>
        </w:rPr>
        <w:t xml:space="preserve">[42:23] </w:t>
      </w:r>
      <w:r>
        <w:t>to aaj bohat zabardast taraqqi yafta area hota woh</w:t>
      </w:r>
    </w:p>
    <w:p>
      <w:pPr>
        <w:jc w:val="right"/>
      </w:pPr>
      <w:r>
        <w:t>تو آج بہت زبردست ترقی یافتہ ایریا ہوتا وہ</w:t>
      </w:r>
    </w:p>
    <w:p>
      <w:r>
        <w:rPr>
          <w:b/>
        </w:rPr>
        <w:t xml:space="preserve">[42:32] </w:t>
      </w:r>
      <w:r>
        <w:t>to yeh hai woh cheez jis ko mein ne kaha ke dunya ke bagh se nectar lena hum dunya ke bagh mein rehte hain</w:t>
      </w:r>
    </w:p>
    <w:p>
      <w:pPr>
        <w:jc w:val="right"/>
      </w:pPr>
      <w:r>
        <w:t>تو یہ ہے وہ چیز جس کو میں نے کہا کہ دنیا کے باغ سے نیکٹر لینا ہم دنیا کے باغ میں رہتے ہیں</w:t>
      </w:r>
    </w:p>
    <w:p>
      <w:r>
        <w:rPr>
          <w:b/>
        </w:rPr>
        <w:t xml:space="preserve">[42:46] </w:t>
      </w:r>
      <w:r>
        <w:t>world of nature mein rehte hain</w:t>
      </w:r>
    </w:p>
    <w:p>
      <w:pPr>
        <w:jc w:val="right"/>
      </w:pPr>
      <w:r>
        <w:t>ورلڈ آف نیچر میں رہتے ہیں</w:t>
      </w:r>
    </w:p>
    <w:p>
      <w:r>
        <w:rPr>
          <w:b/>
        </w:rPr>
        <w:t xml:space="preserve">[42:50] </w:t>
      </w:r>
      <w:r>
        <w:t>to Allah taala ne</w:t>
      </w:r>
    </w:p>
    <w:p>
      <w:pPr>
        <w:jc w:val="right"/>
      </w:pPr>
      <w:r>
        <w:t>تو اللہ تعالیٰ نے</w:t>
      </w:r>
    </w:p>
    <w:p>
      <w:r>
        <w:rPr>
          <w:b/>
        </w:rPr>
        <w:t xml:space="preserve">[42:55] </w:t>
      </w:r>
      <w:r>
        <w:t>yahan par nishan qaim kar diya hai ke kya karna hai tum ko tum ko nectar of wisdom lena hai is ke mutabiq apni planning karni hai</w:t>
      </w:r>
    </w:p>
    <w:p>
      <w:pPr>
        <w:jc w:val="right"/>
      </w:pPr>
      <w:r>
        <w:t>یہاں پر نشان قائم کر دیا ہے کہ کیا کرنا ہے تم کو تم کو نیکٹر آف وزڈم لینا ہے اس کے مطابق اپنی پلاننگ کرنی ہے</w:t>
      </w:r>
    </w:p>
    <w:p>
      <w:r>
        <w:rPr>
          <w:b/>
        </w:rPr>
        <w:t xml:space="preserve">[43:15] </w:t>
      </w:r>
      <w:r>
        <w:t>lekin yahi woh cheez hai jo muslim rehnuma is se bilkul hi be khabar hain</w:t>
      </w:r>
    </w:p>
    <w:p>
      <w:pPr>
        <w:jc w:val="right"/>
      </w:pPr>
      <w:r>
        <w:t>لیکن یہی وہ چیز ہے جو مسلم رہنما اس سے بالکل ہی بے خبر ہیں</w:t>
      </w:r>
    </w:p>
    <w:p>
      <w:r>
        <w:rPr>
          <w:b/>
        </w:rPr>
        <w:t xml:space="preserve">[43:22] </w:t>
      </w:r>
      <w:r>
        <w:t>in ko sirf ladna hai nafrat karna hai</w:t>
      </w:r>
    </w:p>
    <w:p>
      <w:pPr>
        <w:jc w:val="right"/>
      </w:pPr>
      <w:r>
        <w:t>ان کو صرف لڑنا ہے نفرت کرنا ہے</w:t>
      </w:r>
    </w:p>
    <w:p>
      <w:r>
        <w:rPr>
          <w:b/>
        </w:rPr>
        <w:t xml:space="preserve">[43:27] </w:t>
      </w:r>
      <w:r>
        <w:t>negativity phailana hai</w:t>
      </w:r>
    </w:p>
    <w:p>
      <w:pPr>
        <w:jc w:val="right"/>
      </w:pPr>
      <w:r>
        <w:t>نیگیٹیوٹی پھیلانا ہے</w:t>
      </w:r>
    </w:p>
    <w:p>
      <w:r>
        <w:rPr>
          <w:b/>
        </w:rPr>
        <w:t xml:space="preserve">[43:30] </w:t>
      </w:r>
      <w:r>
        <w:t>dushman dushman ki pukaar lagana hai</w:t>
      </w:r>
    </w:p>
    <w:p>
      <w:pPr>
        <w:jc w:val="right"/>
      </w:pPr>
      <w:r>
        <w:t>دشمن دشمن کی پکار لگانا ہے</w:t>
      </w:r>
    </w:p>
    <w:p>
      <w:r>
        <w:rPr>
          <w:b/>
        </w:rPr>
        <w:t xml:space="preserve">[43:35] </w:t>
      </w:r>
      <w:r>
        <w:t>ab waqt aa gaya hai ke musalman</w:t>
      </w:r>
    </w:p>
    <w:p>
      <w:pPr>
        <w:jc w:val="right"/>
      </w:pPr>
      <w:r>
        <w:t>اب وقت آگیا ہے کہ مسلمان</w:t>
      </w:r>
    </w:p>
    <w:p>
      <w:r>
        <w:rPr>
          <w:b/>
        </w:rPr>
        <w:t xml:space="preserve">[43:39] </w:t>
      </w:r>
      <w:r>
        <w:t>re planning karein re thinking karein</w:t>
      </w:r>
    </w:p>
    <w:p>
      <w:pPr>
        <w:jc w:val="right"/>
      </w:pPr>
      <w:r>
        <w:t>ری پلاننگ کریں ری تھنکنگ کریں</w:t>
      </w:r>
    </w:p>
    <w:p>
      <w:r>
        <w:rPr>
          <w:b/>
        </w:rPr>
        <w:t xml:space="preserve">[43:44] </w:t>
      </w:r>
      <w:r>
        <w:t>phir se nature ke rastay ko follow karein</w:t>
      </w:r>
    </w:p>
    <w:p>
      <w:pPr>
        <w:jc w:val="right"/>
      </w:pPr>
      <w:r>
        <w:t>پھر سے نیچر کے راستے کو فالو کریں</w:t>
      </w:r>
    </w:p>
    <w:p>
      <w:r>
        <w:rPr>
          <w:b/>
        </w:rPr>
        <w:t xml:space="preserve">[43:51] </w:t>
      </w:r>
      <w:r>
        <w:t>to dobara woh inshallah kamyabi hasil karengay</w:t>
      </w:r>
    </w:p>
    <w:p>
      <w:pPr>
        <w:jc w:val="right"/>
      </w:pPr>
      <w:r>
        <w:t>تو دوبارہ وہ انشاءاللہ کامیابی حاصل کریں گے</w:t>
      </w:r>
    </w:p>
    <w:p>
      <w:r>
        <w:rPr>
          <w:b/>
        </w:rPr>
        <w:t xml:space="preserve">[43:58] </w:t>
      </w:r>
      <w:r>
        <w:t>assalam o alaikum wa rehmatullah</w:t>
      </w:r>
    </w:p>
    <w:p>
      <w:pPr>
        <w:jc w:val="right"/>
      </w:pPr>
      <w:r>
        <w:t>السلام علیکم ورحمۃ اللہ</w:t>
      </w:r>
    </w:p>
    <w:p>
      <w:r>
        <w:rPr>
          <w:b/>
        </w:rPr>
        <w:t xml:space="preserve">[44:10] </w:t>
      </w:r>
      <w:r>
        <w:t>okay so we will be starting with the question answer session Maulana aaj kai comments aaye hain to</w:t>
      </w:r>
    </w:p>
    <w:p>
      <w:pPr>
        <w:jc w:val="right"/>
      </w:pPr>
      <w:r>
        <w:t>اوکے سو وی ویل بی سٹارٹنگ ود دی کوئسچن انسر سیشن مولانا آج کئی کمنٹس آئے ہیں تو</w:t>
      </w:r>
    </w:p>
    <w:p>
      <w:r>
        <w:rPr>
          <w:b/>
        </w:rPr>
        <w:t xml:space="preserve">[44:18] </w:t>
      </w:r>
      <w:r>
        <w:t>sawal lene se pehle hum woh saare comments padhna chahenge</w:t>
      </w:r>
    </w:p>
    <w:p>
      <w:pPr>
        <w:jc w:val="right"/>
      </w:pPr>
      <w:r>
        <w:t>سوال لینے سے پہلے ہم وہ سارے کمنٹس پڑھنا چاہیں گے</w:t>
      </w:r>
    </w:p>
    <w:p>
      <w:r>
        <w:rPr>
          <w:b/>
        </w:rPr>
        <w:t xml:space="preserve">[44:23] </w:t>
      </w:r>
      <w:r>
        <w:t>maulana iqbal umri sahab jo is waqt colombo book fair mein good word ko represent kar rahe hain</w:t>
      </w:r>
    </w:p>
    <w:p>
      <w:pPr>
        <w:jc w:val="right"/>
      </w:pPr>
      <w:r>
        <w:t>مولانا اقبال عمری صاحب جو اس وقت کولمبو بک فیئر میں گڈ ورڈ کو ریپریزنٹ کر رہے ہیں</w:t>
      </w:r>
    </w:p>
    <w:p>
      <w:r>
        <w:rPr>
          <w:b/>
        </w:rPr>
        <w:t xml:space="preserve">[44:30] </w:t>
      </w:r>
      <w:r>
        <w:t>sri lanka mein unhone wahan se comment bheja hai unhone likha hai ke honey bee ke</w:t>
      </w:r>
    </w:p>
    <w:p>
      <w:pPr>
        <w:jc w:val="right"/>
      </w:pPr>
      <w:r>
        <w:t>سری لنکا میں انہوں نے وہاں سے کمنٹ بھیجا ہے انہوں نے لکھا ہے کہ ہنی بی کے</w:t>
      </w:r>
    </w:p>
    <w:p>
      <w:r>
        <w:rPr>
          <w:b/>
        </w:rPr>
        <w:t xml:space="preserve">[44:36] </w:t>
      </w:r>
      <w:r>
        <w:t>liye nectar aur sochne wale insan ke liye wisdom</w:t>
      </w:r>
    </w:p>
    <w:p>
      <w:pPr>
        <w:jc w:val="right"/>
      </w:pPr>
      <w:r>
        <w:t>لیے لیکٹر نیکٹر اور سوچنے والے انسان کے لیے وزڈم</w:t>
      </w:r>
    </w:p>
    <w:p>
      <w:r>
        <w:rPr>
          <w:b/>
        </w:rPr>
        <w:t xml:space="preserve">[44:42] </w:t>
      </w:r>
      <w:r>
        <w:t>insan ka goal wazeh ho gaya jazak Allah Maulana sahab</w:t>
      </w:r>
    </w:p>
    <w:p>
      <w:pPr>
        <w:jc w:val="right"/>
      </w:pPr>
      <w:r>
        <w:t>انسان کا گول واضح ہو گیا جزاک اللہ مولانا صاحب</w:t>
      </w:r>
    </w:p>
    <w:p>
      <w:r>
        <w:rPr>
          <w:b/>
        </w:rPr>
        <w:t xml:space="preserve">[44:49] </w:t>
      </w:r>
      <w:r>
        <w:t>miss shabana ansari ne pakistan se likha hai what a great point you have told today that</w:t>
      </w:r>
    </w:p>
    <w:p>
      <w:pPr>
        <w:jc w:val="right"/>
      </w:pPr>
      <w:r>
        <w:t>مس شبانہ انصاری نے پاکستان سے لکھا ہے واٹ ا گریٹ پوائنٹ یو ہیو ٹولڈ ٹوڈے دیٹ</w:t>
      </w:r>
    </w:p>
    <w:p>
      <w:r>
        <w:rPr>
          <w:b/>
        </w:rPr>
        <w:t xml:space="preserve">[44:56] </w:t>
      </w:r>
      <w:r>
        <w:t>flower is not for us instead nectar is for us splendid jazak Allah Maulana sahab miss caroline ne</w:t>
      </w:r>
    </w:p>
    <w:p>
      <w:pPr>
        <w:jc w:val="right"/>
      </w:pPr>
      <w:r>
        <w:t>فلاور از ناٹ فار اس انسٹیڈ نیکٹر از فار اس سپلینڈڈ جزاک اللہ مولانا صاحب مس کروتلین نے</w:t>
      </w:r>
    </w:p>
    <w:p>
      <w:r>
        <w:rPr>
          <w:b/>
        </w:rPr>
        <w:t xml:space="preserve">[45:06] </w:t>
      </w:r>
      <w:r>
        <w:t>kashmir se likha hai what a thrilling and academic comparison between gardeners act and honey bees who follow</w:t>
      </w:r>
    </w:p>
    <w:p>
      <w:pPr>
        <w:jc w:val="right"/>
      </w:pPr>
      <w:r>
        <w:t>کشمیر سے لکھا ہے واٹ ا تھرلنگ اینڈ اکیڈیمک کمپیریزن بٹوین گارڈنرز ایکٹ اینڈ ہنی بیز ہو فالو</w:t>
      </w:r>
    </w:p>
    <w:p>
      <w:r>
        <w:rPr>
          <w:b/>
        </w:rPr>
        <w:t xml:space="preserve">[45:15] </w:t>
      </w:r>
      <w:r>
        <w:t>gods wahi the nectar the honey bee gets from plants and flowers has a message of wisdom for</w:t>
      </w:r>
    </w:p>
    <w:p>
      <w:pPr>
        <w:jc w:val="right"/>
      </w:pPr>
      <w:r>
        <w:t>گاڈز وحی دا نیکٹر دا ہنی بی گیٹس فرام پلانٹس اینڈ فلاورز ہیز ا میسج اف وزڈم فار</w:t>
      </w:r>
    </w:p>
    <w:p>
      <w:r>
        <w:rPr>
          <w:b/>
        </w:rPr>
        <w:t xml:space="preserve">[45:24] </w:t>
      </w:r>
      <w:r>
        <w:t>us thank you Maulana sahab for such a wonderful explanation</w:t>
      </w:r>
    </w:p>
    <w:p>
      <w:pPr>
        <w:jc w:val="right"/>
      </w:pPr>
      <w:r>
        <w:t>اس تھینک یو مولانا صاحب فار سچ ا ونڈرفل ایکسپلینیشن</w:t>
      </w:r>
    </w:p>
    <w:p>
      <w:r>
        <w:rPr>
          <w:b/>
        </w:rPr>
        <w:t xml:space="preserve">[45:31] </w:t>
      </w:r>
      <w:r>
        <w:t>shafi ahmed dar sahab ne bhi srinagar se comment bheja hai unhone likha hai Maulana has</w:t>
      </w:r>
    </w:p>
    <w:p>
      <w:pPr>
        <w:jc w:val="right"/>
      </w:pPr>
      <w:r>
        <w:t>شفیع احمد ڈار صاحب نے بھی سری نگر سے کمنٹ بھیجا ہے انہوں نے لکھا ہے مولانا ہیز</w:t>
      </w:r>
    </w:p>
    <w:p>
      <w:r>
        <w:rPr>
          <w:b/>
        </w:rPr>
        <w:t xml:space="preserve">[45:36] </w:t>
      </w:r>
      <w:r>
        <w:t>extracted his literature from deep study of divine</w:t>
      </w:r>
    </w:p>
    <w:p>
      <w:pPr>
        <w:jc w:val="right"/>
      </w:pPr>
      <w:r>
        <w:t>ایکسٹریکٹڈ ہز لٹریچر فرام ڈیپ سٹڈی اف ڈیوائن</w:t>
      </w:r>
    </w:p>
    <w:p>
      <w:r>
        <w:rPr>
          <w:b/>
        </w:rPr>
        <w:t xml:space="preserve">[45:41] </w:t>
      </w:r>
      <w:r>
        <w:t>scriptures personal experience history and nature that's why his talks are argument less what he said fifty years</w:t>
      </w:r>
    </w:p>
    <w:p>
      <w:pPr>
        <w:jc w:val="right"/>
      </w:pPr>
      <w:r>
        <w:t>سکرپچرز پرسنل ایکسپیرینس ہسٹری اینڈ نیچر دیٹس وائی ہز ٹاکس ار ارگیومنٹ لیس واٹ ہی سیڈ ففٹی ایئرز</w:t>
      </w:r>
    </w:p>
    <w:p>
      <w:r>
        <w:rPr>
          <w:b/>
        </w:rPr>
        <w:t xml:space="preserve">[45:52] </w:t>
      </w:r>
      <w:r>
        <w:t>ago is now an established truth for example his findings in kashmir terrorism and indian muslims</w:t>
      </w:r>
    </w:p>
    <w:p>
      <w:pPr>
        <w:jc w:val="right"/>
      </w:pPr>
      <w:r>
        <w:t>اگو از ناو این اسٹیبلش ٹروتھ فار ایگزیمپل ہز فائنڈنگز ان کشمیر ٹیررزم اینڈ انڈین مسلمز</w:t>
      </w:r>
    </w:p>
    <w:p>
      <w:r>
        <w:rPr>
          <w:b/>
        </w:rPr>
        <w:t xml:space="preserve">[46:02] </w:t>
      </w:r>
      <w:r>
        <w:t>in one word reading Maulana is reading wisdom</w:t>
      </w:r>
    </w:p>
    <w:p>
      <w:pPr>
        <w:jc w:val="right"/>
      </w:pPr>
      <w:r>
        <w:t>ان ون ورڈ ریڈنگ مولانا از ریڈنگ وزڈم</w:t>
      </w:r>
    </w:p>
    <w:p>
      <w:r>
        <w:rPr>
          <w:b/>
        </w:rPr>
        <w:t xml:space="preserve">[46:07] </w:t>
      </w:r>
      <w:r>
        <w:t>doctor doctor hina khan ne UK se comment bheja hai that means qalb saleem is achieved with</w:t>
      </w:r>
    </w:p>
    <w:p>
      <w:pPr>
        <w:jc w:val="right"/>
      </w:pPr>
      <w:r>
        <w:t>ڈاکٹر ڈاکٹر حنا خان نے یو کے سے کمنٹ بھیجا ہے دیٹ مینز قلب سلیم از اچیوڈ ود</w:t>
      </w:r>
    </w:p>
    <w:p>
      <w:r>
        <w:rPr>
          <w:b/>
        </w:rPr>
        <w:t xml:space="preserve">[46:16] </w:t>
      </w:r>
      <w:r>
        <w:t>nectar of wisdom</w:t>
      </w:r>
    </w:p>
    <w:p>
      <w:pPr>
        <w:jc w:val="right"/>
      </w:pPr>
      <w:r>
        <w:t>نیکٹر اف وزڈم</w:t>
      </w:r>
    </w:p>
    <w:p>
      <w:r>
        <w:rPr>
          <w:b/>
        </w:rPr>
        <w:t xml:space="preserve">[46:19] </w:t>
      </w:r>
      <w:r>
        <w:t>ali muhammad gani ne likha hai srinagar se Maulana sahab you are an asset for whole muslims</w:t>
      </w:r>
    </w:p>
    <w:p>
      <w:pPr>
        <w:jc w:val="right"/>
      </w:pPr>
      <w:r>
        <w:t>علی محمد گنی نے لکھا ہے سری نگر سے مولانا صاحب یو ار این ایسٹ فار ہول مسلمز</w:t>
      </w:r>
    </w:p>
    <w:p>
      <w:r>
        <w:rPr>
          <w:b/>
        </w:rPr>
        <w:t xml:space="preserve">[46:26] </w:t>
      </w:r>
      <w:r>
        <w:t>of</w:t>
      </w:r>
    </w:p>
    <w:p>
      <w:pPr>
        <w:jc w:val="right"/>
      </w:pPr>
      <w:r>
        <w:t>اف</w:t>
      </w:r>
    </w:p>
    <w:p>
      <w:r>
        <w:rPr>
          <w:b/>
        </w:rPr>
        <w:t xml:space="preserve">[46:26] </w:t>
      </w:r>
      <w:r>
        <w:t>the world danish fazal sahab ne lucknow se comment bheja hai thank you Maulana sahab for giving us</w:t>
      </w:r>
    </w:p>
    <w:p>
      <w:pPr>
        <w:jc w:val="right"/>
      </w:pPr>
      <w:r>
        <w:t>دی ورلڈ دانش فضل صاحب نے لکھنؤ سے کمنٹ بھیجا ہے تھینک یو مولانا صاحب فار گیونگ اس</w:t>
      </w:r>
    </w:p>
    <w:p>
      <w:r>
        <w:rPr>
          <w:b/>
        </w:rPr>
        <w:t xml:space="preserve">[46:34] </w:t>
      </w:r>
      <w:r>
        <w:t>a thrilling and thought provoking concept today itself i realized the importance of honey bees nectar of</w:t>
      </w:r>
    </w:p>
    <w:p>
      <w:pPr>
        <w:jc w:val="right"/>
      </w:pPr>
      <w:r>
        <w:t>ا تھرلنگ اینڈ تھاٹ پرووکنگ کانسیپٹ ٹوڈے اٹ سیلف ائی ریلائز دی امپورٹنس اف ہنی بیز نیکٹر اف</w:t>
      </w:r>
    </w:p>
    <w:p>
      <w:r>
        <w:rPr>
          <w:b/>
        </w:rPr>
        <w:t xml:space="preserve">[46:44] </w:t>
      </w:r>
      <w:r>
        <w:t>wisdom nectar of wisdom leads us to become a positive personality and become a desired candidate of paradise</w:t>
      </w:r>
    </w:p>
    <w:p>
      <w:pPr>
        <w:jc w:val="right"/>
      </w:pPr>
      <w:r>
        <w:t>وزڈم نیکٹر اف وزڈم لیڈز اس ٹو بیکم ا پوزیٹیو پرسنیلٹی اینڈ بیکم ا ڈیزائرڈ کینڈیڈیٹ اف پیراڈائز</w:t>
      </w:r>
    </w:p>
    <w:p>
      <w:r>
        <w:rPr>
          <w:b/>
        </w:rPr>
        <w:t xml:space="preserve">[46:56] </w:t>
      </w:r>
      <w:r>
        <w:t>riaz bhat sahab ne srinagar se comment bheja hai unhone likha hai the people who left</w:t>
      </w:r>
    </w:p>
    <w:p>
      <w:pPr>
        <w:jc w:val="right"/>
      </w:pPr>
      <w:r>
        <w:t>ریاض بھٹ صاحب نے سری نگر سے کمنٹ بھیجا ہے انہوں نے لکھا ہے دا پیپل ہو لیفٹ</w:t>
      </w:r>
    </w:p>
    <w:p>
      <w:r>
        <w:rPr>
          <w:b/>
        </w:rPr>
        <w:t xml:space="preserve">[47:02] </w:t>
      </w:r>
      <w:r>
        <w:t>this world without extracting nectar of wisdom from flower of the world shall be considered a failure this</w:t>
      </w:r>
    </w:p>
    <w:p>
      <w:pPr>
        <w:jc w:val="right"/>
      </w:pPr>
      <w:r>
        <w:t>دس ورلڈ وداؤٹ ایکسٹریکٹنگ نیکٹر اف وزڈم فرام فلاور اف دا ورلڈ شیل بی کنسیڈرڈ ا فیلیر دس</w:t>
      </w:r>
    </w:p>
    <w:p>
      <w:r>
        <w:rPr>
          <w:b/>
        </w:rPr>
        <w:t xml:space="preserve">[47:10] </w:t>
      </w:r>
      <w:r>
        <w:t>is the lesson the</w:t>
      </w:r>
    </w:p>
    <w:p>
      <w:pPr>
        <w:jc w:val="right"/>
      </w:pPr>
      <w:r>
        <w:t>از دا لیسن دا</w:t>
      </w:r>
    </w:p>
    <w:p>
      <w:r>
        <w:rPr>
          <w:b/>
        </w:rPr>
        <w:t xml:space="preserve">[47:12] </w:t>
      </w:r>
      <w:r>
        <w:t>creator delivers through the life of honey bee a new discovery in learning of the quran</w:t>
      </w:r>
    </w:p>
    <w:p>
      <w:pPr>
        <w:jc w:val="right"/>
      </w:pPr>
      <w:r>
        <w:t>کریٹر ڈیلیورز تھرو دی لائف اف ہنی بی ا نیو ڈسکوری ان لرننگ اف دا قران</w:t>
      </w:r>
    </w:p>
    <w:p>
      <w:r>
        <w:rPr>
          <w:b/>
        </w:rPr>
        <w:t xml:space="preserve">[47:20] </w:t>
      </w:r>
      <w:r>
        <w:t>muhammad irfan rasheedi sahib ne nagpur se likha hai one should aspire for nectar not for worldly materials</w:t>
      </w:r>
    </w:p>
    <w:p>
      <w:pPr>
        <w:jc w:val="right"/>
      </w:pPr>
      <w:r>
        <w:t>محمد عرفان رشیدی صاحب نے ناگپور سے لکھا ہے ون شوڈ اسپائر فار نیکٹر ناٹ فار ورلڈلی مٹیریلز</w:t>
      </w:r>
    </w:p>
    <w:p>
      <w:r>
        <w:rPr>
          <w:b/>
        </w:rPr>
        <w:t xml:space="preserve">[47:28] </w:t>
      </w:r>
      <w:r>
        <w:t>what a great wisdom jazak allah maulana sahib</w:t>
      </w:r>
    </w:p>
    <w:p>
      <w:pPr>
        <w:jc w:val="right"/>
      </w:pPr>
      <w:r>
        <w:t>واٹ ا گریٹ وزڈم جزاک اللہ مولانا صاحب</w:t>
      </w:r>
    </w:p>
    <w:p>
      <w:r>
        <w:rPr>
          <w:b/>
        </w:rPr>
        <w:t xml:space="preserve">[47:33] </w:t>
      </w:r>
      <w:r>
        <w:t>iliyas asad sahib ne comment bheja hai unhone likha hai working in non confrontational field is wisdom</w:t>
      </w:r>
    </w:p>
    <w:p>
      <w:pPr>
        <w:jc w:val="right"/>
      </w:pPr>
      <w:r>
        <w:t>الیاس اسد صاحب نے کمنٹ بھیجا ہے انہوں نے لکھا ہے ورکنگ ان نان کانفرنٹیشنل فیلڈ از وزڈم</w:t>
      </w:r>
    </w:p>
    <w:p>
      <w:r>
        <w:rPr>
          <w:b/>
        </w:rPr>
        <w:t xml:space="preserve">[47:43] </w:t>
      </w:r>
      <w:r>
        <w:t>hats off maulana sahib</w:t>
      </w:r>
    </w:p>
    <w:p>
      <w:pPr>
        <w:jc w:val="right"/>
      </w:pPr>
      <w:r>
        <w:t>ہیٹس اف مولانا صاحب</w:t>
      </w:r>
    </w:p>
    <w:p>
      <w:r>
        <w:rPr>
          <w:b/>
        </w:rPr>
        <w:t xml:space="preserve">[47:46] </w:t>
      </w:r>
      <w:r>
        <w:t>shahid hussain sahib ne srinagar se likha hai parallels and contrasts from the world of nature and</w:t>
      </w:r>
    </w:p>
    <w:p>
      <w:pPr>
        <w:jc w:val="right"/>
      </w:pPr>
      <w:r>
        <w:t>شاہد حسین صاحب نے سری نگر سے لکھا ہے پیرللز اینڈ کنٹراسٹ فرام دا ورلڈ اف نیچر اینڈ</w:t>
      </w:r>
    </w:p>
    <w:p>
      <w:r>
        <w:rPr>
          <w:b/>
        </w:rPr>
        <w:t xml:space="preserve">[47:53] </w:t>
      </w:r>
      <w:r>
        <w:t>world of history drawn by maulana sahib to illustrate</w:t>
      </w:r>
    </w:p>
    <w:p>
      <w:pPr>
        <w:jc w:val="right"/>
      </w:pPr>
      <w:r>
        <w:t>ورلڈ اف ہسٹری ڈرون بائے مولانا صاحب ٹو ایلسٹریٹ</w:t>
      </w:r>
    </w:p>
    <w:p>
      <w:r>
        <w:rPr>
          <w:b/>
        </w:rPr>
        <w:t xml:space="preserve">[47:57] </w:t>
      </w:r>
      <w:r>
        <w:t>the purpose of life</w:t>
      </w:r>
    </w:p>
    <w:p>
      <w:pPr>
        <w:jc w:val="right"/>
      </w:pPr>
      <w:r>
        <w:t>دا پرپس اف لائف</w:t>
      </w:r>
    </w:p>
    <w:p>
      <w:r>
        <w:rPr>
          <w:b/>
        </w:rPr>
        <w:t xml:space="preserve">[48:00] </w:t>
      </w:r>
      <w:r>
        <w:t>very thrilling naveed qureshi sahib ne nanded se likha hai maulana aap ke likhe hue kitabein parhe baghair</w:t>
      </w:r>
    </w:p>
    <w:p>
      <w:pPr>
        <w:jc w:val="right"/>
      </w:pPr>
      <w:r>
        <w:t>ویری تھرلنگ ناوید قریشی صاحب نے ناندیر سے لکھا ہے مولانا اپ کے لکھے ہوئے کتابیں پڑھے بغیر</w:t>
      </w:r>
    </w:p>
    <w:p>
      <w:r>
        <w:rPr>
          <w:b/>
        </w:rPr>
        <w:t xml:space="preserve">[48:09] </w:t>
      </w:r>
      <w:r>
        <w:t>main sota nahi hoon bohat rohani sukoon milta hai</w:t>
      </w:r>
    </w:p>
    <w:p>
      <w:pPr>
        <w:jc w:val="right"/>
      </w:pPr>
      <w:r>
        <w:t>میں سوتا نہیں ہوں بہت روحانی سکون ملتا ہے</w:t>
      </w:r>
    </w:p>
    <w:p>
      <w:r>
        <w:rPr>
          <w:b/>
        </w:rPr>
        <w:t xml:space="preserve">[48:16] </w:t>
      </w:r>
      <w:r>
        <w:t>maulana ab sawal lena chahenge</w:t>
      </w:r>
    </w:p>
    <w:p>
      <w:pPr>
        <w:jc w:val="right"/>
      </w:pPr>
      <w:r>
        <w:t>مولانا اب سوال لینا چاہیں گے</w:t>
      </w:r>
    </w:p>
    <w:p>
      <w:r>
        <w:rPr>
          <w:b/>
        </w:rPr>
        <w:t xml:space="preserve">[48:20] </w:t>
      </w:r>
      <w:r>
        <w:t>ah delhi se doctor naghma siddiqui ne sawal bheja hai unhone likha hai</w:t>
      </w:r>
    </w:p>
    <w:p>
      <w:pPr>
        <w:jc w:val="right"/>
      </w:pPr>
      <w:r>
        <w:t>اہ دلی سے ڈاکٹر نغمہ صدیقی نے سوال بھیجا ہے انہوں نے لکھا ہے</w:t>
      </w:r>
    </w:p>
    <w:p>
      <w:r>
        <w:rPr>
          <w:b/>
        </w:rPr>
        <w:t xml:space="preserve">[48:26] </w:t>
      </w:r>
      <w:r>
        <w:t>maulana how can we extract wisdom from the negative experiences of life can you please explain with an</w:t>
      </w:r>
    </w:p>
    <w:p>
      <w:pPr>
        <w:jc w:val="right"/>
      </w:pPr>
      <w:r>
        <w:t>مولانا ہاؤ کین وی ایکسٹریکٹ وزڈم فرام دی نیگیٹیو ایکسپیرینسز اف لائف کین یو پلیز ایکسپلین ود این</w:t>
      </w:r>
    </w:p>
    <w:p>
      <w:r>
        <w:rPr>
          <w:b/>
        </w:rPr>
        <w:t xml:space="preserve">[48:36] </w:t>
      </w:r>
      <w:r>
        <w:t>example</w:t>
      </w:r>
    </w:p>
    <w:p>
      <w:pPr>
        <w:jc w:val="right"/>
      </w:pPr>
      <w:r>
        <w:t>ایگزیمپل</w:t>
      </w:r>
    </w:p>
    <w:p>
      <w:r>
        <w:rPr>
          <w:b/>
        </w:rPr>
        <w:t xml:space="preserve">[48:44] </w:t>
      </w:r>
      <w:r>
        <w:t>bhai main mere jo tajurba hai woh yeh hai ke</w:t>
      </w:r>
    </w:p>
    <w:p>
      <w:pPr>
        <w:jc w:val="right"/>
      </w:pPr>
      <w:r>
        <w:t>بھئی میں میرے جو تجربہ ہے وہ یہ ہے کہ</w:t>
      </w:r>
    </w:p>
    <w:p>
      <w:r>
        <w:rPr>
          <w:b/>
        </w:rPr>
        <w:t xml:space="preserve">[48:52] </w:t>
      </w:r>
      <w:r>
        <w:t>mind ko mauqa dijiye ke woh trigger ho</w:t>
      </w:r>
    </w:p>
    <w:p>
      <w:pPr>
        <w:jc w:val="right"/>
      </w:pPr>
      <w:r>
        <w:t>مائنڈ کو موقع دیجئے کہ وہ ٹریگر ہو</w:t>
      </w:r>
    </w:p>
    <w:p>
      <w:r>
        <w:rPr>
          <w:b/>
        </w:rPr>
        <w:t xml:space="preserve">[48:57] </w:t>
      </w:r>
      <w:r>
        <w:t>main ne lafz naya istemal kiya hai lekin quran mein idea maujood hai quran mein is ke liye</w:t>
      </w:r>
    </w:p>
    <w:p>
      <w:pPr>
        <w:jc w:val="right"/>
      </w:pPr>
      <w:r>
        <w:t>میں نے لفظ نیا استعمال کیا ہے لیکن قران میں ائیڈیا موجود ہے قران میں اس کے لیے</w:t>
      </w:r>
    </w:p>
    <w:p>
      <w:r>
        <w:rPr>
          <w:b/>
        </w:rPr>
        <w:t xml:space="preserve">[49:03] </w:t>
      </w:r>
      <w:r>
        <w:t>lafz aaya tausim</w:t>
      </w:r>
    </w:p>
    <w:p>
      <w:pPr>
        <w:jc w:val="right"/>
      </w:pPr>
      <w:r>
        <w:t>لفظ ایا توسم</w:t>
      </w:r>
    </w:p>
    <w:p>
      <w:r>
        <w:rPr>
          <w:b/>
        </w:rPr>
        <w:t xml:space="preserve">[49:06] </w:t>
      </w:r>
      <w:r>
        <w:t>tausim ka matlab yahi hai ke mind ko mauqa dijiye ke woh trigger ho jaise aaj jo hai</w:t>
      </w:r>
    </w:p>
    <w:p>
      <w:pPr>
        <w:jc w:val="right"/>
      </w:pPr>
      <w:r>
        <w:t>توسم کا مطلب یہی ہے کہ مائنڈ کو موقع دیجئے کہ وہ ٹریگر ہو جیسے اج جو ہے</w:t>
      </w:r>
    </w:p>
    <w:p>
      <w:r>
        <w:rPr>
          <w:b/>
        </w:rPr>
        <w:t xml:space="preserve">[49:14] </w:t>
      </w:r>
      <w:r>
        <w:t>main baitha tha dekh raha tha darakhton ko</w:t>
      </w:r>
    </w:p>
    <w:p>
      <w:pPr>
        <w:jc w:val="right"/>
      </w:pPr>
      <w:r>
        <w:t>میں بیٹھا تھا دیکھ رہا تھا درختوں کو</w:t>
      </w:r>
    </w:p>
    <w:p>
      <w:r>
        <w:rPr>
          <w:b/>
        </w:rPr>
        <w:t xml:space="preserve">[49:19] </w:t>
      </w:r>
      <w:r>
        <w:t>yaani subah ko main darakhton ko dekh raha tha</w:t>
      </w:r>
    </w:p>
    <w:p>
      <w:pPr>
        <w:jc w:val="right"/>
      </w:pPr>
      <w:r>
        <w:t>یعنی صبح کو میں درختوں کو دیکھ رہا تھا</w:t>
      </w:r>
    </w:p>
    <w:p>
      <w:r>
        <w:rPr>
          <w:b/>
        </w:rPr>
        <w:t xml:space="preserve">[49:24] </w:t>
      </w:r>
      <w:r>
        <w:t>lekin jab mind ko maine mauqa diya trigger hone ka to darakht se main pahuncha</w:t>
      </w:r>
    </w:p>
    <w:p>
      <w:pPr>
        <w:jc w:val="right"/>
      </w:pPr>
      <w:r>
        <w:t>لیکن جب مائنڈ کو میں نے موقع دیا ٹریگر ہونے کا تو درخت سے میں پہنچا</w:t>
      </w:r>
    </w:p>
    <w:p>
      <w:r>
        <w:rPr>
          <w:b/>
        </w:rPr>
        <w:t xml:space="preserve">[49:32] </w:t>
      </w:r>
      <w:r>
        <w:t>honey bee tak honey bee se pahuncha</w:t>
      </w:r>
    </w:p>
    <w:p>
      <w:pPr>
        <w:jc w:val="right"/>
      </w:pPr>
      <w:r>
        <w:t>ہنی بی تک ہنی بی سے پہنچا</w:t>
      </w:r>
    </w:p>
    <w:p>
      <w:r>
        <w:rPr>
          <w:b/>
        </w:rPr>
        <w:t xml:space="preserve">[49:36] </w:t>
      </w:r>
      <w:r>
        <w:t>nectar of wisdom tak nectar</w:t>
      </w:r>
    </w:p>
    <w:p>
      <w:pPr>
        <w:jc w:val="right"/>
      </w:pPr>
      <w:r>
        <w:t>نیکٹر اف وزڈم تک نیکٹر</w:t>
      </w:r>
    </w:p>
    <w:p>
      <w:r>
        <w:rPr>
          <w:b/>
        </w:rPr>
        <w:t xml:space="preserve">[49:38] </w:t>
      </w:r>
      <w:r>
        <w:t>of wisdom se pohancha paradise tak paradise se pohancha God Almighty tak yeh trigger hona to aap apne mind ko trigger hone ka mauqa dijiye bas us ke baad sare darwazay khulte chale jayenge</w:t>
      </w:r>
    </w:p>
    <w:p>
      <w:pPr>
        <w:jc w:val="right"/>
      </w:pPr>
      <w:r>
        <w:t>اف وزڈم سے پہنچا پیراڈائز تک پیراڈائز سے پہنچا گاڈ المائٹی تک یہ ٹریگر ہونا تو اپ اپنے مائنڈ کو ٹریگر ہونے کا موقع دیجئے بس اس کے بعد سارے دروازے کھلتے چلے جائیں گے</w:t>
      </w:r>
    </w:p>
    <w:p>
      <w:r>
        <w:rPr>
          <w:b/>
        </w:rPr>
        <w:t xml:space="preserve">[49:57] </w:t>
      </w:r>
      <w:r>
        <w:t>ji maulana do logon ne similar sawal bheje hain to hum dono questions padh dete hain firoz sahib</w:t>
      </w:r>
    </w:p>
    <w:p>
      <w:pPr>
        <w:jc w:val="right"/>
      </w:pPr>
      <w:r>
        <w:t>جی مولانا دو لوگوں نے سمیلر سوال بھیجے ہیں تو ہم دونوں کوئسچنز پڑھ دیتے ہیں فیروز صاحب</w:t>
      </w:r>
    </w:p>
    <w:p>
      <w:r>
        <w:rPr>
          <w:b/>
        </w:rPr>
        <w:t xml:space="preserve">[50:06] </w:t>
      </w:r>
      <w:r>
        <w:t>نے دبئی سے لکھا ہے مولانا Today's talk touched my heart. My question is, is it possible for</w:t>
      </w:r>
    </w:p>
    <w:p>
      <w:pPr>
        <w:jc w:val="right"/>
      </w:pPr>
      <w:r>
        <w:t>نے دبئی سے لکھا ہے مولانا ٹوڈے ٹاک ٹچ مائی ہارٹ مائی کوئسچن از از اٹ پوسیبل فار</w:t>
      </w:r>
    </w:p>
    <w:p>
      <w:r>
        <w:rPr>
          <w:b/>
        </w:rPr>
        <w:t xml:space="preserve">[50:15] </w:t>
      </w:r>
      <w:r>
        <w:t>I to extract this nectar of wisdom even though I am busy in my work I reach office</w:t>
      </w:r>
    </w:p>
    <w:p>
      <w:pPr>
        <w:jc w:val="right"/>
      </w:pPr>
      <w:r>
        <w:t>می ٹو ایکسٹریکٹ دس نیکٹر اف وزڈم ایون دو ائی ایم بزی ان مائی ورک ائی ریچ افس</w:t>
      </w:r>
    </w:p>
    <w:p>
      <w:r>
        <w:rPr>
          <w:b/>
        </w:rPr>
        <w:t xml:space="preserve">[50:23] </w:t>
      </w:r>
      <w:r>
        <w:t>early and return home late night. Please advise how can I extract wisdom when people like me are</w:t>
      </w:r>
    </w:p>
    <w:p>
      <w:pPr>
        <w:jc w:val="right"/>
      </w:pPr>
      <w:r>
        <w:t>ارلی اینڈ ریٹرن ہوم لیٹ نائٹ پلیز ایڈوائز ہاؤ کین ائی ایکسٹریکٹ وزڈم وین پیپل لائک می ار</w:t>
      </w:r>
    </w:p>
    <w:p>
      <w:r>
        <w:rPr>
          <w:b/>
        </w:rPr>
        <w:t xml:space="preserve">[50:31] </w:t>
      </w:r>
      <w:r>
        <w:t>involved in busy schedules of our office and day to day life</w:t>
      </w:r>
    </w:p>
    <w:p>
      <w:pPr>
        <w:jc w:val="right"/>
      </w:pPr>
      <w:r>
        <w:t>انوالوڈ ان بزی شیڈولز اف اور افس اینڈ ڈے ٹو ڈے لائف</w:t>
      </w:r>
    </w:p>
    <w:p>
      <w:r>
        <w:rPr>
          <w:b/>
        </w:rPr>
        <w:t xml:space="preserve">[50:38] </w:t>
      </w:r>
      <w:r>
        <w:t>isi tarah amir mori sahib ne bhi srinagar se yeh sawal bheja hai unhon ne likha hai</w:t>
      </w:r>
    </w:p>
    <w:p>
      <w:pPr>
        <w:jc w:val="right"/>
      </w:pPr>
      <w:r>
        <w:t>اسی طرح عامر موری صاحب نے بھی سری نگر سے یہ سوال بھیجا ہے انہوں نے لکھا ہے</w:t>
      </w:r>
    </w:p>
    <w:p>
      <w:r>
        <w:rPr>
          <w:b/>
        </w:rPr>
        <w:t xml:space="preserve">[50:42] </w:t>
      </w:r>
      <w:r>
        <w:t>ke</w:t>
      </w:r>
    </w:p>
    <w:p>
      <w:pPr>
        <w:jc w:val="right"/>
      </w:pPr>
      <w:r>
        <w:t>کہ</w:t>
      </w:r>
    </w:p>
    <w:p>
      <w:r>
        <w:rPr>
          <w:b/>
        </w:rPr>
        <w:t xml:space="preserve">[50:44] </w:t>
      </w:r>
      <w:r>
        <w:t>molana kindly guide us how we can extract divine wisdom from our daily experiences</w:t>
      </w:r>
    </w:p>
    <w:p>
      <w:pPr>
        <w:jc w:val="right"/>
      </w:pPr>
      <w:r>
        <w:t>مولانا کائنڈلی گائیڈ اس ہاؤ وی کین ایکسٹریکٹ ڈیوائن وزڈم فرام ا ڈیلی ایکسپیرینسز</w:t>
      </w:r>
    </w:p>
    <w:p>
      <w:r>
        <w:rPr>
          <w:b/>
        </w:rPr>
        <w:t xml:space="preserve">[50:51] </w:t>
      </w:r>
      <w:r>
        <w:t>and become creative thinker as our mind always remain engulfed in materialistic things</w:t>
      </w:r>
    </w:p>
    <w:p>
      <w:pPr>
        <w:jc w:val="right"/>
      </w:pPr>
      <w:r>
        <w:t>اینڈ بیکم کریٹیو تھنکر ایز ار مائنڈ الویز ریمین انگلفٹ ان مٹیریلسٹک تھنگز</w:t>
      </w:r>
    </w:p>
    <w:p>
      <w:r>
        <w:rPr>
          <w:b/>
        </w:rPr>
        <w:t xml:space="preserve">[51:00] </w:t>
      </w:r>
      <w:r>
        <w:t>dekhen yahi to is surah nahl jo hai yahi to lesson is ka hai aaj jo maine</w:t>
      </w:r>
    </w:p>
    <w:p>
      <w:pPr>
        <w:jc w:val="right"/>
      </w:pPr>
      <w:r>
        <w:t>دیکھیں یہی تو اس سورہ النحل جو ہے یہی تو لیسن اس کا ہے اج جو میں نے</w:t>
      </w:r>
    </w:p>
    <w:p>
      <w:r>
        <w:rPr>
          <w:b/>
        </w:rPr>
        <w:t xml:space="preserve">[51:07] </w:t>
      </w:r>
      <w:r>
        <w:t>surah nahl ka reference diya yahi to hai</w:t>
      </w:r>
    </w:p>
    <w:p>
      <w:pPr>
        <w:jc w:val="right"/>
      </w:pPr>
      <w:r>
        <w:t>سورہ النحل کا ریفرنس دیا یہی تو ہے</w:t>
      </w:r>
    </w:p>
    <w:p>
      <w:r>
        <w:rPr>
          <w:b/>
        </w:rPr>
        <w:t xml:space="preserve">[51:13] </w:t>
      </w:r>
      <w:r>
        <w:t>ke honey bee ati hai brittle world mein yani phoolon ki duniya mein magar leti kya hai leti</w:t>
      </w:r>
    </w:p>
    <w:p>
      <w:pPr>
        <w:jc w:val="right"/>
      </w:pPr>
      <w:r>
        <w:t>کہ ہنی بی اتی ہے برٹیل ورلڈ میں یعنی پھولوں کی دنیا میں مگر لیتی کیا ہے لیتی</w:t>
      </w:r>
    </w:p>
    <w:p>
      <w:r>
        <w:rPr>
          <w:b/>
        </w:rPr>
        <w:t xml:space="preserve">[51:22] </w:t>
      </w:r>
      <w:r>
        <w:t>hai nectar to aap business world mein hon</w:t>
      </w:r>
    </w:p>
    <w:p>
      <w:pPr>
        <w:jc w:val="right"/>
      </w:pPr>
      <w:r>
        <w:t>ہے نیکٹر تو اپ بزنس ورلڈ میں ہوں</w:t>
      </w:r>
    </w:p>
    <w:p>
      <w:r>
        <w:rPr>
          <w:b/>
        </w:rPr>
        <w:t xml:space="preserve">[51:29] </w:t>
      </w:r>
      <w:r>
        <w:t>apne</w:t>
      </w:r>
    </w:p>
    <w:p>
      <w:pPr>
        <w:jc w:val="right"/>
      </w:pPr>
      <w:r>
        <w:t>اپنے</w:t>
      </w:r>
    </w:p>
    <w:p>
      <w:r>
        <w:rPr>
          <w:b/>
        </w:rPr>
        <w:t xml:space="preserve">[51:30] </w:t>
      </w:r>
      <w:r>
        <w:t>job mein hon shopping center mein hon kuch bhi hon mind ko active rakhiye to har jagah mind jo hai nectar of wisdom nikalta rahega</w:t>
      </w:r>
    </w:p>
    <w:p>
      <w:pPr>
        <w:jc w:val="right"/>
      </w:pPr>
      <w:r>
        <w:t>جاب میں ہوں شاپنگ سینٹر میں ہوں کچھ بھی ہوں مائنڈ کو ایکٹیو رکھیے تو ہر جگہ مائنڈ جو ہے نیکٹر اف وزڈم نکالتا رہے گا</w:t>
      </w:r>
    </w:p>
    <w:p>
      <w:r>
        <w:rPr>
          <w:b/>
        </w:rPr>
        <w:t xml:space="preserve">[51:46] </w:t>
      </w:r>
      <w:r>
        <w:t>nectar of wisdom kahin alag se nahi rakha hua hai woh har cheez ke andar hai</w:t>
      </w:r>
    </w:p>
    <w:p>
      <w:pPr>
        <w:jc w:val="right"/>
      </w:pPr>
      <w:r>
        <w:t>نیکٹر اف وزڈم کہیں الگ سے نہیں رکھا ہوا ہے وہ ہر چیز کے اندر ہے</w:t>
      </w:r>
    </w:p>
    <w:p>
      <w:r>
        <w:rPr>
          <w:b/>
        </w:rPr>
        <w:t xml:space="preserve">[51:55] </w:t>
      </w:r>
      <w:r>
        <w:t>jaise jo shehad ki makhi ka jo nectar hai alag se nahi rakha hua hai woh phoolon ke andar hai to insan ke liye jo nectar of wisdom hai woh kahin alag se rakhi hui nahi hai har cheez mein hai</w:t>
      </w:r>
    </w:p>
    <w:p>
      <w:pPr>
        <w:jc w:val="right"/>
      </w:pPr>
      <w:r>
        <w:t>جیسے جو شہد کی مکھی کا جو ڈیکٹر ہے الگ سے نہیں رکھا ہوا ہے وہ پھولوں کے اندر ہے تو انسان کے لیے جو ڈیکٹر اف وزڈم ہے وہ کہیں الگ سے رکھی ہوئی نہیں ہے ہر چیز میں ہے</w:t>
      </w:r>
    </w:p>
    <w:p>
      <w:r>
        <w:rPr>
          <w:b/>
        </w:rPr>
        <w:t xml:space="preserve">[52:14] </w:t>
      </w:r>
      <w:r>
        <w:t>to aap apne mind ko alive rakhiye</w:t>
      </w:r>
    </w:p>
    <w:p>
      <w:pPr>
        <w:jc w:val="right"/>
      </w:pPr>
      <w:r>
        <w:t>تو اپ اپنے مائنڈ کو الائیو رکھیے</w:t>
      </w:r>
    </w:p>
    <w:p>
      <w:r>
        <w:rPr>
          <w:b/>
        </w:rPr>
        <w:t xml:space="preserve">[52:21] </w:t>
      </w:r>
      <w:r>
        <w:t>mein bohat si misalein de sakta hoon ke kis tarah se mujhe</w:t>
      </w:r>
    </w:p>
    <w:p>
      <w:pPr>
        <w:jc w:val="right"/>
      </w:pPr>
      <w:r>
        <w:t>میں بہت سی مثالیں دے سکتا ہوں کہ کس طرح سے مجھے</w:t>
      </w:r>
    </w:p>
    <w:p>
      <w:r>
        <w:rPr>
          <w:b/>
        </w:rPr>
        <w:t xml:space="preserve">[52:26] </w:t>
      </w:r>
      <w:r>
        <w:t>business world mein</w:t>
      </w:r>
    </w:p>
    <w:p>
      <w:pPr>
        <w:jc w:val="right"/>
      </w:pPr>
      <w:r>
        <w:t>بزنس ورلڈ میں</w:t>
      </w:r>
    </w:p>
    <w:p>
      <w:r>
        <w:rPr>
          <w:b/>
        </w:rPr>
        <w:t xml:space="preserve">[52:29] </w:t>
      </w:r>
      <w:r>
        <w:t>aur har jagah</w:t>
      </w:r>
    </w:p>
    <w:p>
      <w:pPr>
        <w:jc w:val="right"/>
      </w:pPr>
      <w:r>
        <w:t>اور ہر جگہ</w:t>
      </w:r>
    </w:p>
    <w:p>
      <w:r>
        <w:rPr>
          <w:b/>
        </w:rPr>
        <w:t xml:space="preserve">[52:32] </w:t>
      </w:r>
      <w:r>
        <w:t>kahin bhi main hota hoon mujhe item milte rehte hain</w:t>
      </w:r>
    </w:p>
    <w:p>
      <w:pPr>
        <w:jc w:val="right"/>
      </w:pPr>
      <w:r>
        <w:t>کہیں بھی میں ہوتا ہوں مجھے ائیٹم ملتے رہتے ہیں</w:t>
      </w:r>
    </w:p>
    <w:p>
      <w:r>
        <w:rPr>
          <w:b/>
        </w:rPr>
        <w:t xml:space="preserve">[52:37] </w:t>
      </w:r>
      <w:r>
        <w:t>kahin bhi agar aap mera safarnama padhein to safarnamay mein aise beshumar misalein hain ke main kahin</w:t>
      </w:r>
    </w:p>
    <w:p>
      <w:pPr>
        <w:jc w:val="right"/>
      </w:pPr>
      <w:r>
        <w:t>کہیں بھی اگر اپ میرا سفرنامہ پڑھیں تو سفرنامے میں ایسے بے شمار مثالیں ہیں کہ میں کہیں</w:t>
      </w:r>
    </w:p>
    <w:p>
      <w:r>
        <w:rPr>
          <w:b/>
        </w:rPr>
        <w:t xml:space="preserve">[52:45] </w:t>
      </w:r>
      <w:r>
        <w:t>bhi hota hoon lekin mera mind trigger hota hai aur mujhe nectar milta rehta hai</w:t>
      </w:r>
    </w:p>
    <w:p>
      <w:pPr>
        <w:jc w:val="right"/>
      </w:pPr>
      <w:r>
        <w:t>بھی ہوتا ہوں لیکن میرا مائنڈ ٹریگر ہوتا ہے اور مجھے نیکٹر ملتا رہتا ہے</w:t>
      </w:r>
    </w:p>
    <w:p>
      <w:r>
        <w:rPr>
          <w:b/>
        </w:rPr>
        <w:t xml:space="preserve">[52:54] </w:t>
      </w:r>
      <w:r>
        <w:t>yeh agar aap chahein to mere safarnama padh kar ke is is hikmat ko jaan sakte hain</w:t>
      </w:r>
    </w:p>
    <w:p>
      <w:pPr>
        <w:jc w:val="right"/>
      </w:pPr>
      <w:r>
        <w:t>یہ اگر اپ چاہیں تو میرے سفرنامہ پڑھ کر کے اس اس حکمت کو جان سکتے ہیں</w:t>
      </w:r>
    </w:p>
    <w:p>
      <w:r>
        <w:rPr>
          <w:b/>
        </w:rPr>
        <w:t xml:space="preserve">[53:04] </w:t>
      </w:r>
      <w:r>
        <w:t>molana agla sawal saudi arabia se farooq warsi sahib ne bheja hai unhon ne likha hai molana sahib</w:t>
      </w:r>
    </w:p>
    <w:p>
      <w:pPr>
        <w:jc w:val="right"/>
      </w:pPr>
      <w:r>
        <w:t>مولانا اگلا سوال سعودی عربیہ سے فاروق وارثی صاحب نے بھیجا ہے انہوں نے لکھا ہے مولانا صاحب</w:t>
      </w:r>
    </w:p>
    <w:p>
      <w:r>
        <w:rPr>
          <w:b/>
        </w:rPr>
        <w:t xml:space="preserve">[53:13] </w:t>
      </w:r>
      <w:r>
        <w:t>main saudi mein job karta hoon as a mechanic</w:t>
      </w:r>
    </w:p>
    <w:p>
      <w:pPr>
        <w:jc w:val="right"/>
      </w:pPr>
      <w:r>
        <w:t>میں سعودی میں جاب کرتا ہوں ایز ا مکینک</w:t>
      </w:r>
    </w:p>
    <w:p>
      <w:r>
        <w:rPr>
          <w:b/>
        </w:rPr>
        <w:t xml:space="preserve">[53:18] </w:t>
      </w:r>
      <w:r>
        <w:t>mera duty time kuch aisa hai ke namaz asar qaza ho jati hai duty par ada nahi kar</w:t>
      </w:r>
    </w:p>
    <w:p>
      <w:pPr>
        <w:jc w:val="right"/>
      </w:pPr>
      <w:r>
        <w:t>میرا ڈیوٹی ٹائم کچھ ایسا ہے کہ نماز عصر قضا ہو جاتی ہے ڈیوٹی پر ادا نہیں کر</w:t>
      </w:r>
    </w:p>
    <w:p>
      <w:r>
        <w:rPr>
          <w:b/>
        </w:rPr>
        <w:t xml:space="preserve">[53:25] </w:t>
      </w:r>
      <w:r>
        <w:t>sakta kyunke mechanic work bohat mushkil kaam hai aur ziyada safai wala kaam nahi hai to kya main</w:t>
      </w:r>
    </w:p>
    <w:p>
      <w:pPr>
        <w:jc w:val="right"/>
      </w:pPr>
      <w:r>
        <w:t>سکتا کیونکہ مکینک ورک بہت مشکل کام ہے اور زیادہ صفائی والا کام نہیں ہے تو کیا میں</w:t>
      </w:r>
    </w:p>
    <w:p>
      <w:r>
        <w:rPr>
          <w:b/>
        </w:rPr>
        <w:t xml:space="preserve">[53:34] </w:t>
      </w:r>
      <w:r>
        <w:t>namaz jama kar ke parh sakta hoon zuhar ki aur asar ki ya phir asar ki qaza namaz</w:t>
      </w:r>
    </w:p>
    <w:p>
      <w:pPr>
        <w:jc w:val="right"/>
      </w:pPr>
      <w:r>
        <w:t>نماز جمع کر کے پڑھ سکتا ہوں ظہر کی اور عصر کی یا پھر عصر کی قضا نماز</w:t>
      </w:r>
    </w:p>
    <w:p>
      <w:r>
        <w:rPr>
          <w:b/>
        </w:rPr>
        <w:t xml:space="preserve">[53:41] </w:t>
      </w:r>
      <w:r>
        <w:t>ada karna acha hai is ko wazeh karein dekhiye main aap ko</w:t>
      </w:r>
    </w:p>
    <w:p>
      <w:pPr>
        <w:jc w:val="right"/>
      </w:pPr>
      <w:r>
        <w:t>ادا کرنا اچھا ہے اس کو واضح کریں دیکھیے میں اپ کو</w:t>
      </w:r>
    </w:p>
    <w:p>
      <w:r>
        <w:rPr>
          <w:b/>
        </w:rPr>
        <w:t xml:space="preserve">[53:48] </w:t>
      </w:r>
      <w:r>
        <w:t>aman abu hanifa ka ek</w:t>
      </w:r>
    </w:p>
    <w:p>
      <w:pPr>
        <w:jc w:val="right"/>
      </w:pPr>
      <w:r>
        <w:t>اماں ابو حنیفہ کا ایک</w:t>
      </w:r>
    </w:p>
    <w:p>
      <w:r>
        <w:rPr>
          <w:b/>
        </w:rPr>
        <w:t xml:space="preserve">[53:50] </w:t>
      </w:r>
      <w:r>
        <w:t>qol batata hoon bohat hi bohat hi beauty full</w:t>
      </w:r>
    </w:p>
    <w:p>
      <w:pPr>
        <w:jc w:val="right"/>
      </w:pPr>
      <w:r>
        <w:t>قول بتاتا ہوں بہت ہی بہت ہی بیوٹی فل</w:t>
      </w:r>
    </w:p>
    <w:p>
      <w:r>
        <w:rPr>
          <w:b/>
        </w:rPr>
        <w:t xml:space="preserve">[53:55] </w:t>
      </w:r>
      <w:r>
        <w:t>elustration hai amaan abu hanifa se poocha gaya ke main</w:t>
      </w:r>
    </w:p>
    <w:p>
      <w:pPr>
        <w:jc w:val="right"/>
      </w:pPr>
      <w:r>
        <w:t>ایلسٹریشن ہے اماں ابو حنیفہ سے پوچھا گیا کہ میں</w:t>
      </w:r>
    </w:p>
    <w:p>
      <w:r>
        <w:rPr>
          <w:b/>
        </w:rPr>
        <w:t xml:space="preserve">[54:02] </w:t>
      </w:r>
      <w:r>
        <w:t>mujhe bhook lagi hai aur khana agaya</w:t>
      </w:r>
    </w:p>
    <w:p>
      <w:pPr>
        <w:jc w:val="right"/>
      </w:pPr>
      <w:r>
        <w:t>مجھے بھوک لگی ہے اور کھانا اگیا</w:t>
      </w:r>
    </w:p>
    <w:p>
      <w:r>
        <w:rPr>
          <w:b/>
        </w:rPr>
        <w:t xml:space="preserve">[54:05] </w:t>
      </w:r>
      <w:r>
        <w:t>aur time namaz ka bhi time agaya</w:t>
      </w:r>
    </w:p>
    <w:p>
      <w:pPr>
        <w:jc w:val="right"/>
      </w:pPr>
      <w:r>
        <w:t>اور ٹائم نماز کا بھی ٹائم اگیا</w:t>
      </w:r>
    </w:p>
    <w:p>
      <w:r>
        <w:rPr>
          <w:b/>
        </w:rPr>
        <w:t xml:space="preserve">[54:09] </w:t>
      </w:r>
      <w:r>
        <w:t>yani bhook bhi hai khana bhi hai lekin namaz ka bhi time hai to main kya karoon</w:t>
      </w:r>
    </w:p>
    <w:p>
      <w:pPr>
        <w:jc w:val="right"/>
      </w:pPr>
      <w:r>
        <w:t>یعنی بھوک بھی ہے کھانا بھی ہے لیکن نماز کا بھی ٹائم ہے تو میں کیا کروں</w:t>
      </w:r>
    </w:p>
    <w:p>
      <w:r>
        <w:rPr>
          <w:b/>
        </w:rPr>
        <w:t xml:space="preserve">[54:17] </w:t>
      </w:r>
      <w:r>
        <w:t>to unhon ne itna acha jawab diya</w:t>
      </w:r>
    </w:p>
    <w:p>
      <w:pPr>
        <w:jc w:val="right"/>
      </w:pPr>
      <w:r>
        <w:t>تو انہوں نے اتنا اچھا جواب دیا</w:t>
      </w:r>
    </w:p>
    <w:p>
      <w:r>
        <w:rPr>
          <w:b/>
        </w:rPr>
        <w:t xml:space="preserve">[54:22] </w:t>
      </w:r>
      <w:r>
        <w:t>ke main is ko pasand karoon ga ke main khana khaoon aur namaz ko yaad karoon namaz mere</w:t>
      </w:r>
    </w:p>
    <w:p>
      <w:pPr>
        <w:jc w:val="right"/>
      </w:pPr>
      <w:r>
        <w:t>کہ میں اس کو پسند کروں گا کہ میں کھانا کھاؤں اور نماز کو یاد کروں نماز میرے</w:t>
      </w:r>
    </w:p>
    <w:p>
      <w:r>
        <w:rPr>
          <w:b/>
        </w:rPr>
        <w:t xml:space="preserve">[54:29] </w:t>
      </w:r>
      <w:r>
        <w:t>dil mein rahe is ki bajaye ke main</w:t>
      </w:r>
    </w:p>
    <w:p>
      <w:pPr>
        <w:jc w:val="right"/>
      </w:pPr>
      <w:r>
        <w:t>دل میں رہے اس کی بجائے کہ میں</w:t>
      </w:r>
    </w:p>
    <w:p>
      <w:r>
        <w:rPr>
          <w:b/>
        </w:rPr>
        <w:t xml:space="preserve">[54:34] </w:t>
      </w:r>
      <w:r>
        <w:t>namaz parhoon aur aur</w:t>
      </w:r>
    </w:p>
    <w:p>
      <w:pPr>
        <w:jc w:val="right"/>
      </w:pPr>
      <w:r>
        <w:t>نماز پڑھوں اور اور</w:t>
      </w:r>
    </w:p>
    <w:p>
      <w:r>
        <w:rPr>
          <w:b/>
        </w:rPr>
        <w:t xml:space="preserve">[54:35] </w:t>
      </w:r>
      <w:r>
        <w:t>khane ko yaad karoon mere dil mein khana khana ho kitni bari baat yeh hai namaz dil mein parh jati hai dil mein</w:t>
      </w:r>
    </w:p>
    <w:p>
      <w:pPr>
        <w:jc w:val="right"/>
      </w:pPr>
      <w:r>
        <w:t>کھانے کو یاد کروں میرے دل میں کھانا کھانا ہو کتنی بڑی بات یہ ہے نماز دل میں پڑھ جاتی ہے دل میں</w:t>
      </w:r>
    </w:p>
    <w:p>
      <w:r>
        <w:rPr>
          <w:b/>
        </w:rPr>
        <w:t xml:space="preserve">[54:48] </w:t>
      </w:r>
      <w:r>
        <w:t>to ap office mein hoon duty kar rahe hain aur time hoga namaz ka to imam abu hanifa</w:t>
      </w:r>
    </w:p>
    <w:p>
      <w:pPr>
        <w:jc w:val="right"/>
      </w:pPr>
      <w:r>
        <w:t>تو اپ افس میں ہوں ڈیوٹی کر رہے ہیں اور ٹائم ہوگا نماز کا تو امام ابو حنیفہ</w:t>
      </w:r>
    </w:p>
    <w:p>
      <w:r>
        <w:rPr>
          <w:b/>
        </w:rPr>
        <w:t xml:space="preserve">[54:55] </w:t>
      </w:r>
      <w:r>
        <w:t>ke is qol ke mutabiq</w:t>
      </w:r>
    </w:p>
    <w:p>
      <w:pPr>
        <w:jc w:val="right"/>
      </w:pPr>
      <w:r>
        <w:t>کے اس قول کے مطابق</w:t>
      </w:r>
    </w:p>
    <w:p>
      <w:r>
        <w:rPr>
          <w:b/>
        </w:rPr>
        <w:t xml:space="preserve">[54:57] </w:t>
      </w:r>
      <w:r>
        <w:t>ap apne office ka kaam kijiye aur dil mein namaz ko rakhiye</w:t>
      </w:r>
    </w:p>
    <w:p>
      <w:pPr>
        <w:jc w:val="right"/>
      </w:pPr>
      <w:r>
        <w:t>اپ اپنے افس کا کام کیجئے اور دل میں نماز کو رکھیے</w:t>
      </w:r>
    </w:p>
    <w:p>
      <w:r>
        <w:rPr>
          <w:b/>
        </w:rPr>
        <w:t xml:space="preserve">[55:03] </w:t>
      </w:r>
      <w:r>
        <w:t>bataur ap kar rahe hain office ka kaam lekin ap ke dil mein namaz ki adat</w:t>
      </w:r>
    </w:p>
    <w:p>
      <w:pPr>
        <w:jc w:val="right"/>
      </w:pPr>
      <w:r>
        <w:t>بظاہر اپ کر رہے ہیں افس کا کام لیکن اپ کے دل میں نماز کی عادت</w:t>
      </w:r>
    </w:p>
    <w:p>
      <w:r>
        <w:rPr>
          <w:b/>
        </w:rPr>
        <w:t xml:space="preserve">[55:11] </w:t>
      </w:r>
      <w:r>
        <w:t>to yeh zyada acha hai yani kitni bari baat kahi imam abu hanifa ne ke main</w:t>
      </w:r>
    </w:p>
    <w:p>
      <w:pPr>
        <w:jc w:val="right"/>
      </w:pPr>
      <w:r>
        <w:t>تو یہ زیادہ اچھا ہے یعنی کتنی بڑی بات کہی امام ابو حنیفہ نے کہ میں</w:t>
      </w:r>
    </w:p>
    <w:p>
      <w:r>
        <w:rPr>
          <w:b/>
        </w:rPr>
        <w:t xml:space="preserve">[55:19] </w:t>
      </w:r>
      <w:r>
        <w:t>khana khaoon aur namaz mere dil mein basi ho woh woh mere liye acha hai is liye ke</w:t>
      </w:r>
    </w:p>
    <w:p>
      <w:pPr>
        <w:jc w:val="right"/>
      </w:pPr>
      <w:r>
        <w:t>کھانا کھاؤں اور نماز میرے دل میں بسی ہو وہ وہ میرے لیے اچھا ہے اس لیے کہ</w:t>
      </w:r>
    </w:p>
    <w:p>
      <w:r>
        <w:rPr>
          <w:b/>
        </w:rPr>
        <w:t xml:space="preserve">[55:24] </w:t>
      </w:r>
      <w:r>
        <w:t>main main aisa karoon ke main namaz parhoon aur khana mere dil mein basa hua ho</w:t>
      </w:r>
    </w:p>
    <w:p>
      <w:pPr>
        <w:jc w:val="right"/>
      </w:pPr>
      <w:r>
        <w:t>میں میں ایسا کروں کہ میں نماز پڑھوں اور کھانا میرے دل میں بسا ہوا ہو</w:t>
      </w:r>
    </w:p>
    <w:p>
      <w:r>
        <w:rPr>
          <w:b/>
        </w:rPr>
        <w:t xml:space="preserve">[55:34] </w:t>
      </w:r>
      <w:r>
        <w:t>is</w:t>
      </w:r>
    </w:p>
    <w:p>
      <w:pPr>
        <w:jc w:val="right"/>
      </w:pPr>
      <w:r>
        <w:t>اس</w:t>
      </w:r>
    </w:p>
    <w:p>
      <w:r>
        <w:rPr>
          <w:b/>
        </w:rPr>
        <w:t xml:space="preserve">[55:34] </w:t>
      </w:r>
      <w:r>
        <w:t>se acha jawab nahi ho sakta is ka aksar log yeh baat poochte hain aap bas yahi dekhte hain ke namaz ka time ho gaya</w:t>
      </w:r>
    </w:p>
    <w:p>
      <w:pPr>
        <w:jc w:val="right"/>
      </w:pPr>
      <w:r>
        <w:t>سے اچھا جواب نہیں ہو سکتا اس کا اکثر لوگ یہ بات پوچھتے ہیں اپ بس یہی دیکھتے ہیں کہ نماز کا ٹائم ہو گیا</w:t>
      </w:r>
    </w:p>
    <w:p>
      <w:r>
        <w:rPr>
          <w:b/>
        </w:rPr>
        <w:t xml:space="preserve">[55:44] </w:t>
      </w:r>
      <w:r>
        <w:t>wisdom aap ne daryaft nahi ki namaz ki wisdom yeh koi baat hi nahi ke namaz ka time ho gaya agar yeh baat hoti to Imam Hanifa yeh kehte ke bhai time jab hoga to namaz parhna hai yeh nahi kaha unhonay to namaz log parhte hain lekin namaz ki wisdom se bekhabar hain bohat hi ajeeb baat hai</w:t>
      </w:r>
    </w:p>
    <w:p>
      <w:pPr>
        <w:jc w:val="right"/>
      </w:pPr>
      <w:r>
        <w:t>وزڈم اپ نے دریافت نہیں کی نماز کی وزڈم یہ کوئی بات ہی نہیں کہ نماز کا ٹائم ہو گیا اگر یہ بات ہوتی تو امام حنیفہ یہ کہتے کہ بھئی ٹائم جب ہوگا تو نماز پڑھنا ہے یہ نہیں کہا انہوں نے تو نماز لوگ پڑھتے ہیں لیکن نماز کی وزڈم سے بے خبر ہیں بہت ہی عجیب بات ہے</w:t>
      </w:r>
    </w:p>
    <w:p>
      <w:r>
        <w:rPr>
          <w:b/>
        </w:rPr>
        <w:t xml:space="preserve">[56:12] </w:t>
      </w:r>
      <w:r>
        <w:t>aik martaba mein kya hua ke mein amreeka mein tha to mujh ko logon ne juma ki namaz parhne ke liye keh diya</w:t>
      </w:r>
    </w:p>
    <w:p>
      <w:pPr>
        <w:jc w:val="right"/>
      </w:pPr>
      <w:r>
        <w:t>ایک مرتبہ میں کیا ہوا کہ میں امریکہ میں تھا تو مجھ کو لوگوں نے جمعہ کی نماز پڑھنے کے لیے کہہ دیا</w:t>
      </w:r>
    </w:p>
    <w:p>
      <w:r>
        <w:rPr>
          <w:b/>
        </w:rPr>
        <w:t xml:space="preserve">[56:24] </w:t>
      </w:r>
      <w:r>
        <w:t>to mujhe pata nahi tha ke is ke riwaj kya hai to mein khutba diya aur shayad do minute pehle mera khutba khatam ho gaya to mein muhammad ke liye khara ho gaya</w:t>
      </w:r>
    </w:p>
    <w:p>
      <w:pPr>
        <w:jc w:val="right"/>
      </w:pPr>
      <w:r>
        <w:t>تو مجھے پتہ نہیں تھا کہ ا کے رواج کیا ہے تو میں خطبہ دیا اور شاید دو منٹ پہلے میرا خطبہ ختم ہو گیا تو میں محمد کے لیے کھڑا ہو گیا</w:t>
      </w:r>
    </w:p>
    <w:p>
      <w:r>
        <w:rPr>
          <w:b/>
        </w:rPr>
        <w:t xml:space="preserve">[56:40] </w:t>
      </w:r>
      <w:r>
        <w:t>namaz parha hi main ne acha sahib kiya hua</w:t>
      </w:r>
    </w:p>
    <w:p>
      <w:pPr>
        <w:jc w:val="right"/>
      </w:pPr>
      <w:r>
        <w:t>نماز پڑھا ہی میں نے اچھا صاحب کیا ہوا</w:t>
      </w:r>
    </w:p>
    <w:p>
      <w:r>
        <w:rPr>
          <w:b/>
        </w:rPr>
        <w:t xml:space="preserve">[56:44] </w:t>
      </w:r>
      <w:r>
        <w:t>namaz jab khatam hui na to aik sahib ne hangama kar diya</w:t>
      </w:r>
    </w:p>
    <w:p>
      <w:pPr>
        <w:jc w:val="right"/>
      </w:pPr>
      <w:r>
        <w:t>نماز جب ختم ہوئی نا تو ایک صاحب نے ہنگامہ کر دیا</w:t>
      </w:r>
    </w:p>
    <w:p>
      <w:r>
        <w:rPr>
          <w:b/>
        </w:rPr>
        <w:t xml:space="preserve">[56:49] </w:t>
      </w:r>
      <w:r>
        <w:t>hangama kar diya</w:t>
      </w:r>
    </w:p>
    <w:p>
      <w:pPr>
        <w:jc w:val="right"/>
      </w:pPr>
      <w:r>
        <w:t>ہنگامہ کر دیا</w:t>
      </w:r>
    </w:p>
    <w:p>
      <w:r>
        <w:rPr>
          <w:b/>
        </w:rPr>
        <w:t xml:space="preserve">[56:52] </w:t>
      </w:r>
      <w:r>
        <w:t>to main ne pata kiya bhai yeh kya hangama kar rahe hain yeh main ne in ka hangama</w:t>
      </w:r>
    </w:p>
    <w:p>
      <w:pPr>
        <w:jc w:val="right"/>
      </w:pPr>
      <w:r>
        <w:t>تو میں نے پتہ کیا بھئی یہ کیا ہنگامہ کر رہے ہیں یہ میں نے ان کا ہنگامہ</w:t>
      </w:r>
    </w:p>
    <w:p>
      <w:r>
        <w:rPr>
          <w:b/>
        </w:rPr>
        <w:t xml:space="preserve">[56:57] </w:t>
      </w:r>
      <w:r>
        <w:t>yeh tha ke woh kisi se office mein kaam karte the to ghari dekh kar wahan se chalte</w:t>
      </w:r>
    </w:p>
    <w:p>
      <w:pPr>
        <w:jc w:val="right"/>
      </w:pPr>
      <w:r>
        <w:t>یہ تھا کہ وہ کسی سے افس میں کام کرتے تھے تو گھڑی دیکھ کر وہاں سے چلتے</w:t>
      </w:r>
    </w:p>
    <w:p>
      <w:r>
        <w:rPr>
          <w:b/>
        </w:rPr>
        <w:t xml:space="preserve">[57:01] </w:t>
      </w:r>
      <w:r>
        <w:t>the apni car par theek waqt par pohanchte the jab takbeer oola hone wali thi to har har</w:t>
      </w:r>
    </w:p>
    <w:p>
      <w:pPr>
        <w:jc w:val="right"/>
      </w:pPr>
      <w:r>
        <w:t>تھے اپنی کار پر ٹھیک وقت پر پہنچتے تھے جب تکبیر اولی ہونے والی تھی تو ہر ہر</w:t>
      </w:r>
    </w:p>
    <w:p>
      <w:r>
        <w:rPr>
          <w:b/>
        </w:rPr>
        <w:t xml:space="preserve">[57:10] </w:t>
      </w:r>
      <w:r>
        <w:t>juma ko unhein takbeer oola mil jati thi</w:t>
      </w:r>
    </w:p>
    <w:p>
      <w:pPr>
        <w:jc w:val="right"/>
      </w:pPr>
      <w:r>
        <w:t>جمعہ کو انہیں تکبیر اولی مل جاتی تھی</w:t>
      </w:r>
    </w:p>
    <w:p>
      <w:r>
        <w:rPr>
          <w:b/>
        </w:rPr>
        <w:t xml:space="preserve">[57:14] </w:t>
      </w:r>
      <w:r>
        <w:t>to is tarah ka hangama kar rahe hain</w:t>
      </w:r>
    </w:p>
    <w:p>
      <w:pPr>
        <w:jc w:val="right"/>
      </w:pPr>
      <w:r>
        <w:t>تو اس طرح کا ہنگامہ کر رہے ہیں</w:t>
      </w:r>
    </w:p>
    <w:p>
      <w:r>
        <w:rPr>
          <w:b/>
        </w:rPr>
        <w:t xml:space="preserve">[57:17] </w:t>
      </w:r>
      <w:r>
        <w:t>mein ne kaha ke unhein woh namaz parhte hain lekin namaz ke be adab pata hi nahin</w:t>
      </w:r>
    </w:p>
    <w:p>
      <w:pPr>
        <w:jc w:val="right"/>
      </w:pPr>
      <w:r>
        <w:t>میں نے کہا کہ انہیں وہ نماز پڑھتے ہیں لیکن نماز کے بے ادب پتہ ہی نہیں</w:t>
      </w:r>
    </w:p>
    <w:p>
      <w:r>
        <w:rPr>
          <w:b/>
        </w:rPr>
        <w:t xml:space="preserve">[57:24] </w:t>
      </w:r>
      <w:r>
        <w:t>dekhie yeh bhi namaz</w:t>
      </w:r>
    </w:p>
    <w:p>
      <w:pPr>
        <w:jc w:val="right"/>
      </w:pPr>
      <w:r>
        <w:t>دیکھیے یہ بھی نماز</w:t>
      </w:r>
    </w:p>
    <w:p>
      <w:r>
        <w:rPr>
          <w:b/>
        </w:rPr>
        <w:t xml:space="preserve">[57:26] </w:t>
      </w:r>
      <w:r>
        <w:t>hai ke ap ko yeh ehsas ho ke af woh aurat to meri takbeer poora fote ho gayi</w:t>
      </w:r>
    </w:p>
    <w:p>
      <w:pPr>
        <w:jc w:val="right"/>
      </w:pPr>
      <w:r>
        <w:t>ہے کہ اپ کو یہ احساس ہو کہ اف وہ عورت تو میری تکبیر پورا فوت ہو گئی</w:t>
      </w:r>
    </w:p>
    <w:p>
      <w:r>
        <w:rPr>
          <w:b/>
        </w:rPr>
        <w:t xml:space="preserve">[57:33] </w:t>
      </w:r>
      <w:r>
        <w:t>yani repentance ziyada bari cheez hai ba muqabla is ke keo mein mein mein to kabhi meri namaz</w:t>
      </w:r>
    </w:p>
    <w:p>
      <w:pPr>
        <w:jc w:val="right"/>
      </w:pPr>
      <w:r>
        <w:t>یعنی ریپنٹنس زیادہ بڑی چیز ہے بمقابلہ اس کے کہو میں میں میں تو کبھی میری نماز</w:t>
      </w:r>
    </w:p>
    <w:p>
      <w:r>
        <w:rPr>
          <w:b/>
        </w:rPr>
        <w:t xml:space="preserve">[57:42] </w:t>
      </w:r>
      <w:r>
        <w:t>woh kabhi takbeer ul fote fote nahin hoti Allah ko yeh yeh pasand nahin hai ke ap ke dil</w:t>
      </w:r>
    </w:p>
    <w:p>
      <w:pPr>
        <w:jc w:val="right"/>
      </w:pPr>
      <w:r>
        <w:t>وہ کبھی تکبیر الافوت فوت نہیں ہوتی اللہ کو یہ یہ پسند نہیں ہے کہ اپ کے دل</w:t>
      </w:r>
    </w:p>
    <w:p>
      <w:r>
        <w:rPr>
          <w:b/>
        </w:rPr>
        <w:t xml:space="preserve">[57:48] </w:t>
      </w:r>
      <w:r>
        <w:t>mein yeh ho ke mein itna zabardast namazi hoon ke meri kabhi takbeer ul fote nahin hoti nahin tawazu</w:t>
      </w:r>
    </w:p>
    <w:p>
      <w:pPr>
        <w:jc w:val="right"/>
      </w:pPr>
      <w:r>
        <w:t>میں یہ ہو کہ میں اتنا زبردست نمازی ہوں کہ میری کبھی تکبیر الافوت نہیں ہوتی نہیں تواضع</w:t>
      </w:r>
    </w:p>
    <w:p>
      <w:r>
        <w:rPr>
          <w:b/>
        </w:rPr>
        <w:t xml:space="preserve">[57:57] </w:t>
      </w:r>
      <w:r>
        <w:t>modesty yeh Allah ko ziyada pasand hai</w:t>
      </w:r>
    </w:p>
    <w:p>
      <w:pPr>
        <w:jc w:val="right"/>
      </w:pPr>
      <w:r>
        <w:t>ماڈیسٹی یہ اللہ کو زیادہ پسند ہے</w:t>
      </w:r>
    </w:p>
    <w:p>
      <w:r>
        <w:rPr>
          <w:b/>
        </w:rPr>
        <w:t xml:space="preserve">[58:03] </w:t>
      </w:r>
      <w:r>
        <w:t>isi liye hadith mein aata hai ke agar tum gunah na karo yani Allah ko pasand hai ke insan gunah kare aur aur is ke andar repentance aaye</w:t>
      </w:r>
    </w:p>
    <w:p>
      <w:pPr>
        <w:jc w:val="right"/>
      </w:pPr>
      <w:r>
        <w:t>اسی لیے حدیث میں اتا ہے کہ اگر تم گناہ نہ کرو یعنی اللہ کو پسند ہے کہ انسان گناہ کرے اور اور اس کے اندر ریپنٹنس ائے</w:t>
      </w:r>
    </w:p>
    <w:p>
      <w:r>
        <w:rPr>
          <w:b/>
        </w:rPr>
        <w:t xml:space="preserve">[58:20] </w:t>
      </w:r>
      <w:r>
        <w:t>to Allah farmata hai ke agar tum gunah na karo to Allah aik aur makhlooq paida karega</w:t>
      </w:r>
    </w:p>
    <w:p>
      <w:pPr>
        <w:jc w:val="right"/>
      </w:pPr>
      <w:r>
        <w:t>تو اللہ فرماتا ہے کہ اگر تم گناہ نہ کرو تو اللہ ایک اور مخلوق پیدا کرے گا</w:t>
      </w:r>
    </w:p>
    <w:p>
      <w:r>
        <w:rPr>
          <w:b/>
        </w:rPr>
        <w:t xml:space="preserve">[58:27] </w:t>
      </w:r>
      <w:r>
        <w:t>jo gunah kare aur toba kare yeh aik woh cheez nahin hai ke bara ap ko fakhr fakhr</w:t>
      </w:r>
    </w:p>
    <w:p>
      <w:pPr>
        <w:jc w:val="right"/>
      </w:pPr>
      <w:r>
        <w:t>جو گناہ کرے اور توبہ کرے یہ ایک وہ چیز نہیں ہے کہ بڑا اپ کو فخر فخر</w:t>
      </w:r>
    </w:p>
    <w:p>
      <w:r>
        <w:rPr>
          <w:b/>
        </w:rPr>
        <w:t xml:space="preserve">[58:33] </w:t>
      </w:r>
      <w:r>
        <w:t>ho ke meri</w:t>
      </w:r>
    </w:p>
    <w:p>
      <w:pPr>
        <w:jc w:val="right"/>
      </w:pPr>
      <w:r>
        <w:t>ہو کہ میری</w:t>
      </w:r>
    </w:p>
    <w:p>
      <w:r>
        <w:rPr>
          <w:b/>
        </w:rPr>
        <w:t xml:space="preserve">[58:36] </w:t>
      </w:r>
      <w:r>
        <w:t>meri takbeer takbeer ul fote nahin hoti</w:t>
      </w:r>
    </w:p>
    <w:p>
      <w:pPr>
        <w:jc w:val="right"/>
      </w:pPr>
      <w:r>
        <w:t>میری تکبیر تکبیر الافوت نہیں ہوتی</w:t>
      </w:r>
    </w:p>
    <w:p>
      <w:r>
        <w:rPr>
          <w:b/>
        </w:rPr>
        <w:t xml:space="preserve">[58:41] </w:t>
      </w:r>
      <w:r>
        <w:t>is fakhr se ziyada Allah ko pasand hai modesty</w:t>
      </w:r>
    </w:p>
    <w:p>
      <w:pPr>
        <w:jc w:val="right"/>
      </w:pPr>
      <w:r>
        <w:t>اس فخر سے زیادہ اللہ کو پسند ہے ماڈیسٹی</w:t>
      </w:r>
    </w:p>
    <w:p>
      <w:r>
        <w:rPr>
          <w:b/>
        </w:rPr>
        <w:t xml:space="preserve">[58:46] </w:t>
      </w:r>
      <w:r>
        <w:t>iftikhar apna izzat</w:t>
      </w:r>
    </w:p>
    <w:p>
      <w:pPr>
        <w:jc w:val="right"/>
      </w:pPr>
      <w:r>
        <w:t>افتخار اپنا عزت</w:t>
      </w:r>
    </w:p>
    <w:p>
      <w:r>
        <w:rPr>
          <w:b/>
        </w:rPr>
        <w:t xml:space="preserve">[58:50] </w:t>
      </w:r>
      <w:r>
        <w:t>kya namaz parhte hain log mein to samajhta hoon ke namaz parhne wale jante hain nahin ke namaz</w:t>
      </w:r>
    </w:p>
    <w:p>
      <w:pPr>
        <w:jc w:val="right"/>
      </w:pPr>
      <w:r>
        <w:t>کیا نماز پڑھتے ہیں لوگ میں تو سمجھتا ہوں کہ نماز پڑھنے والے جانتے ہیں نہیں کہ نماز</w:t>
      </w:r>
    </w:p>
    <w:p>
      <w:r>
        <w:rPr>
          <w:b/>
        </w:rPr>
        <w:t xml:space="preserve">[58:54] </w:t>
      </w:r>
      <w:r>
        <w:t>ki wisdom kya hai</w:t>
      </w:r>
    </w:p>
    <w:p>
      <w:pPr>
        <w:jc w:val="right"/>
      </w:pPr>
      <w:r>
        <w:t>کی وزڈم کیا ہے</w:t>
      </w:r>
    </w:p>
    <w:p>
      <w:r>
        <w:rPr>
          <w:b/>
        </w:rPr>
        <w:t xml:space="preserve">[58:57] </w:t>
      </w:r>
      <w:r>
        <w:t>isi ko namaz samajhte hain ke takbeer ul fote nahin hui</w:t>
      </w:r>
    </w:p>
    <w:p>
      <w:pPr>
        <w:jc w:val="right"/>
      </w:pPr>
      <w:r>
        <w:t>اسی کو نماز سمجھتے ہیں کہ تکبیر الافوت نہیں ہوئی</w:t>
      </w:r>
    </w:p>
    <w:p>
      <w:r>
        <w:rPr>
          <w:b/>
        </w:rPr>
        <w:t xml:space="preserve">[59:02] </w:t>
      </w:r>
      <w:r>
        <w:t>yeh namaz parhne wale jo hai jante hi nahin</w:t>
      </w:r>
    </w:p>
    <w:p>
      <w:pPr>
        <w:jc w:val="right"/>
      </w:pPr>
      <w:r>
        <w:t>یہ نماز پڑھنے والے جو ہے جانتے ہی نہیں</w:t>
      </w:r>
    </w:p>
    <w:p>
      <w:r>
        <w:rPr>
          <w:b/>
        </w:rPr>
        <w:t xml:space="preserve">[59:05] </w:t>
      </w:r>
      <w:r>
        <w:t>ke kya cheez hai bari zyada bari cheez kya hai ke sahib mila woh ji parhiye tarjuma is ka tarjuma bhi parhiye arabi mein yeh hadith suniye wallazi nafsi bi yadihi lawlam tudniboo la rahim Allah bikum walaja bi qawmin yudhiboon fiyastaghfiroon Allah fiyaghfir lahum</w:t>
      </w:r>
    </w:p>
    <w:p>
      <w:pPr>
        <w:jc w:val="right"/>
      </w:pPr>
      <w:r>
        <w:t>کہ کیا چیز ہے بڑی زیادہ بڑی چیز کیا ہے کہ صاحب ملا وہ جی پڑھیے ترجمہ اس کا ترجمہ بھی پڑھیے عربی میں یہ حدیث سنیے والذی نفسی بیدہ لولم تدنبوا لا رحم اللہ بکم ولجا بقوم یذنبون فیستغفرون اللہ فیغفر لہم</w:t>
      </w:r>
    </w:p>
    <w:p>
      <w:r>
        <w:rPr>
          <w:b/>
        </w:rPr>
        <w:t xml:space="preserve">[59:31] </w:t>
      </w:r>
      <w:r>
        <w:t>sahih muslim hadith number 2749</w:t>
      </w:r>
    </w:p>
    <w:p>
      <w:pPr>
        <w:jc w:val="right"/>
      </w:pPr>
      <w:r>
        <w:t>صحیح مسلم حدیث نمبر 2749</w:t>
      </w:r>
    </w:p>
    <w:p>
      <w:r>
        <w:rPr>
          <w:b/>
        </w:rPr>
        <w:t xml:space="preserve">[59:37] </w:t>
      </w:r>
      <w:r>
        <w:t>is zaat ki qasam jis ke hath mein meri jaan hai agar tum gunah na karo to Allah</w:t>
      </w:r>
    </w:p>
    <w:p>
      <w:pPr>
        <w:jc w:val="right"/>
      </w:pPr>
      <w:r>
        <w:t>اس ذات کی قسم جس کے ہاتھ میں میری جان ہے اگر تم گناہ نہ کرو تو اللہ</w:t>
      </w:r>
    </w:p>
    <w:p>
      <w:r>
        <w:rPr>
          <w:b/>
        </w:rPr>
        <w:t xml:space="preserve">[59:42] </w:t>
      </w:r>
      <w:r>
        <w:t>taala tum ko le jayega aur aik aisi qaum layega jo gunah karegi phir Allah</w:t>
      </w:r>
    </w:p>
    <w:p>
      <w:pPr>
        <w:jc w:val="right"/>
      </w:pPr>
      <w:r>
        <w:t>تعالی تم کو لے جائے گا اور ایک ایسی قوم لائے گا جو گناہ کرے گی پھر اللہ</w:t>
      </w:r>
    </w:p>
    <w:p>
      <w:r>
        <w:rPr>
          <w:b/>
        </w:rPr>
        <w:t xml:space="preserve">[59:49] </w:t>
      </w:r>
      <w:r>
        <w:t>se woh maghfirat talab karegi aur Allah un ko maaf karega</w:t>
      </w:r>
    </w:p>
    <w:p>
      <w:pPr>
        <w:jc w:val="right"/>
      </w:pPr>
      <w:r>
        <w:t>سے وہ مغفرت طلب کرے گی اور اللہ ان کو معاف کرے گا</w:t>
      </w:r>
    </w:p>
    <w:p>
      <w:r>
        <w:rPr>
          <w:b/>
        </w:rPr>
        <w:t xml:space="preserve">[59:56] </w:t>
      </w:r>
      <w:r>
        <w:t>to ap hazrat hazrat abu imam abu hanifa ke is qaul ko yaad rakhiye ke unhon ne kaha</w:t>
      </w:r>
    </w:p>
    <w:p>
      <w:pPr>
        <w:jc w:val="right"/>
      </w:pPr>
      <w:r>
        <w:t>تو اپ حضرت حضرت ابو امام ابو حنیفہ کے اس قول کو یاد رکھیے کہ انہوں نے کہا</w:t>
      </w:r>
    </w:p>
    <w:p>
      <w:r>
        <w:rPr>
          <w:b/>
        </w:rPr>
        <w:t xml:space="preserve">[1:00:03] </w:t>
      </w:r>
      <w:r>
        <w:t>tha ke mujhe yeh pasand hai ke mein</w:t>
      </w:r>
    </w:p>
    <w:p>
      <w:pPr>
        <w:jc w:val="right"/>
      </w:pPr>
      <w:r>
        <w:t>تھا کہ مجھے یہ پسند ہے کہ میں</w:t>
      </w:r>
    </w:p>
    <w:p>
      <w:r>
        <w:rPr>
          <w:b/>
        </w:rPr>
        <w:t xml:space="preserve">[1:00:08] </w:t>
      </w:r>
      <w:r>
        <w:t>khana khaoon aur dil mein namaz yaad arhi ho bajaye is ke ke mein namaz parhoon aur dil</w:t>
      </w:r>
    </w:p>
    <w:p>
      <w:pPr>
        <w:jc w:val="right"/>
      </w:pPr>
      <w:r>
        <w:t>کھانا کھاؤں اور دل میں نماز یاد ارہی ہو بجائے اس کے کہ میں نماز پڑھوں اور دل</w:t>
      </w:r>
    </w:p>
    <w:p>
      <w:r>
        <w:rPr>
          <w:b/>
        </w:rPr>
        <w:t xml:space="preserve">[1:00:15] </w:t>
      </w:r>
      <w:r>
        <w:t>mein khana ki yaad arhi ho</w:t>
      </w:r>
    </w:p>
    <w:p>
      <w:pPr>
        <w:jc w:val="right"/>
      </w:pPr>
      <w:r>
        <w:t>میں کھانا کی یاد ارہی ہو</w:t>
      </w:r>
    </w:p>
    <w:p>
      <w:r>
        <w:rPr>
          <w:b/>
        </w:rPr>
        <w:t xml:space="preserve">[1:00:23] </w:t>
      </w:r>
      <w:r>
        <w:t>molana agla sawal dilli se bheja hai miss suti malhotra ne unhon ne likha hai molana today you</w:t>
      </w:r>
    </w:p>
    <w:p>
      <w:pPr>
        <w:jc w:val="right"/>
      </w:pPr>
      <w:r>
        <w:t>مولانا اگلا سوال دلی سے بھیجا ہے مس ستی ملحوترا نے انہوں نے لکھا ہے مولانا ٹوڈے یو</w:t>
      </w:r>
    </w:p>
    <w:p>
      <w:r>
        <w:rPr>
          <w:b/>
        </w:rPr>
        <w:t xml:space="preserve">[1:00:31] </w:t>
      </w:r>
      <w:r>
        <w:t>give a wonderful idea about Nectar of Wisdom</w:t>
      </w:r>
    </w:p>
    <w:p>
      <w:pPr>
        <w:jc w:val="right"/>
      </w:pPr>
      <w:r>
        <w:t>گیو ا ونڈرفل ائیڈیا اباؤٹ نیکٹر اف وزڈم</w:t>
      </w:r>
    </w:p>
    <w:p>
      <w:r>
        <w:rPr>
          <w:b/>
        </w:rPr>
        <w:t xml:space="preserve">[1:00:36] </w:t>
      </w:r>
      <w:r>
        <w:t>My question is what can be the biggest roadblock for failing to get this divine nectar?</w:t>
      </w:r>
    </w:p>
    <w:p>
      <w:pPr>
        <w:jc w:val="right"/>
      </w:pPr>
      <w:r>
        <w:t>مائی کوئسچن از واٹ کین بی دا بگسٹ روڈ بلاک فار فیلنگ ٹو گیٹ دس ڈیوائن نیکٹر</w:t>
      </w:r>
    </w:p>
    <w:p>
      <w:r>
        <w:rPr>
          <w:b/>
        </w:rPr>
        <w:t xml:space="preserve">[1:00:45] </w:t>
      </w:r>
      <w:r>
        <w:t>mn smjhta hn kh is ki wajh yhi hai hmra fkas jo hai phooln pe rhta hai nktr</w:t>
      </w:r>
    </w:p>
    <w:p>
      <w:pPr>
        <w:jc w:val="right"/>
      </w:pPr>
      <w:r>
        <w:t>میں سمجھتا ہوں کہ اس کی وجہ یہی ہے ہمارا فوکس جو ہے پھولوں پہ رہتا ہے نیکٹر</w:t>
      </w:r>
    </w:p>
    <w:p>
      <w:r>
        <w:rPr>
          <w:b/>
        </w:rPr>
        <w:t xml:space="preserve">[1:00:52] </w:t>
      </w:r>
      <w:r>
        <w:t>pe nhi rhta</w:t>
      </w:r>
    </w:p>
    <w:p>
      <w:pPr>
        <w:jc w:val="right"/>
      </w:pPr>
      <w:r>
        <w:t>پہ نہیں رہتا</w:t>
      </w:r>
    </w:p>
    <w:p>
      <w:r>
        <w:rPr>
          <w:b/>
        </w:rPr>
        <w:t xml:space="preserve">[1:00:54] </w:t>
      </w:r>
      <w:r>
        <w:t>jaisay bali hm is bali k mand ho gay hain jis ka fkas phool pe hota hai hm</w:t>
      </w:r>
    </w:p>
    <w:p>
      <w:pPr>
        <w:jc w:val="right"/>
      </w:pPr>
      <w:r>
        <w:t>جیسے بالی ہم اس بالی کے مانند ہو گئے ہیں جس کا فوکس پھول پہ ہوتا ہے ہم</w:t>
      </w:r>
    </w:p>
    <w:p>
      <w:r>
        <w:rPr>
          <w:b/>
        </w:rPr>
        <w:t xml:space="preserve">[1:01:00] </w:t>
      </w:r>
      <w:r>
        <w:t>is hni bi ki trh nhi bntay jis ka fkas nktr pe hota hai</w:t>
      </w:r>
    </w:p>
    <w:p>
      <w:pPr>
        <w:jc w:val="right"/>
      </w:pPr>
      <w:r>
        <w:t>اس ہنی بی کی طرح نہیں بنتے جس کا فوکس نیکٹر پہ ہوتا ہے</w:t>
      </w:r>
    </w:p>
    <w:p>
      <w:r>
        <w:rPr>
          <w:b/>
        </w:rPr>
        <w:t xml:space="preserve">[1:01:12] </w:t>
      </w:r>
      <w:r>
        <w:t>yani Allah ko jo pasand hai woh honey bee hai jis ka focus nectar pe hota hai Allah ka pasandida insan woh nahi jo bali ke manind hota hai us ko us ka focus sirf phoolon pe hota hai bas yeh yahi mein samajhta hoon ke sab se aham baat hai</w:t>
      </w:r>
    </w:p>
    <w:p>
      <w:pPr>
        <w:jc w:val="right"/>
      </w:pPr>
      <w:r>
        <w:t>یعنی اللہ کو جو پسند ہے وہ ہنی بی ہے جس کا فوکس نیکٹر پہ ہوتا ہے اللہ کا کا پسندیدہ انسان وہ نہیں جو بالی کے مانند ہوتا ہے اس کو اس کا فوکس صرف پھولوں پہ ہوتا ہے بس یہ یہی میں سمجھتا ہوں کہ سب سے اہم بات ہے</w:t>
      </w:r>
    </w:p>
    <w:p>
      <w:r>
        <w:rPr>
          <w:b/>
        </w:rPr>
        <w:t xml:space="preserve">[1:01:41] </w:t>
      </w:r>
      <w:r>
        <w:t>dnil sahib n patna bihar s swal bhja hai inhonn n likha hai</w:t>
      </w:r>
    </w:p>
    <w:p>
      <w:pPr>
        <w:jc w:val="right"/>
      </w:pPr>
      <w:r>
        <w:t>دانیل صاحب نے پٹنہ بہار سے سوال بھیجا ہے انہوں نے لکھا ہے</w:t>
      </w:r>
    </w:p>
    <w:p>
      <w:r>
        <w:rPr>
          <w:b/>
        </w:rPr>
        <w:t xml:space="preserve">[1:01:47] </w:t>
      </w:r>
      <w:r>
        <w:t>مولانا, these days Muslims are performing Qunut Nazila for minimizing the problems of Rohingya Muslims.</w:t>
      </w:r>
    </w:p>
    <w:p>
      <w:pPr>
        <w:jc w:val="right"/>
      </w:pPr>
      <w:r>
        <w:t>مولانا دیز ڈیز مسلمز ار پرفارمنگ قنوت نازلہ فار منیمائزنگ دا پرابلمز اف روہنگیا مسلمز</w:t>
      </w:r>
    </w:p>
    <w:p>
      <w:r>
        <w:rPr>
          <w:b/>
        </w:rPr>
        <w:t xml:space="preserve">[1:01:57] </w:t>
      </w:r>
      <w:r>
        <w:t>Although I think we must try to find the root cause of the problem</w:t>
      </w:r>
    </w:p>
    <w:p>
      <w:pPr>
        <w:jc w:val="right"/>
      </w:pPr>
      <w:r>
        <w:t>الدو ائی تھنک وی مسٹ ٹرائی ٹو فائنڈ دا روٹ کاز اف دا پرابلم</w:t>
      </w:r>
    </w:p>
    <w:p>
      <w:r>
        <w:rPr>
          <w:b/>
        </w:rPr>
        <w:t xml:space="preserve">[1:02:03] </w:t>
      </w:r>
      <w:r>
        <w:t>maulana wat is yor opinion on dis</w:t>
      </w:r>
    </w:p>
    <w:p>
      <w:pPr>
        <w:jc w:val="right"/>
      </w:pPr>
      <w:r>
        <w:t>مولانا واٹ از یور اوپینین ان دس</w:t>
      </w:r>
    </w:p>
    <w:p>
      <w:r>
        <w:rPr>
          <w:b/>
        </w:rPr>
        <w:t xml:space="preserve">[1:02:06] </w:t>
      </w:r>
      <w:r>
        <w:t>dikhiay y jo qnut nazla prhtay hain muslman ap is s poochin kh rasool Allah ki sint mn</w:t>
      </w:r>
    </w:p>
    <w:p>
      <w:pPr>
        <w:jc w:val="right"/>
      </w:pPr>
      <w:r>
        <w:t>دیکھیے یہ جو قنوت نازلہ پڑھتے ہیں مسلمان اپ اس سے پوچھیں کہ رسول اللہ کی سنت میں</w:t>
      </w:r>
    </w:p>
    <w:p>
      <w:r>
        <w:rPr>
          <w:b/>
        </w:rPr>
        <w:t xml:space="preserve">[1:02:13] </w:t>
      </w:r>
      <w:r>
        <w:t>kahan y hai kahan hai</w:t>
      </w:r>
    </w:p>
    <w:p>
      <w:pPr>
        <w:jc w:val="right"/>
      </w:pPr>
      <w:r>
        <w:t>کہاں یہ ہے کہاں ہے</w:t>
      </w:r>
    </w:p>
    <w:p>
      <w:r>
        <w:rPr>
          <w:b/>
        </w:rPr>
        <w:t xml:space="preserve">[1:02:19] </w:t>
      </w:r>
      <w:r>
        <w:t>qnut nazla mn bd dua krtay hain</w:t>
      </w:r>
    </w:p>
    <w:p>
      <w:pPr>
        <w:jc w:val="right"/>
      </w:pPr>
      <w:r>
        <w:t>قنوت نازلہ میں بد دعا کرتے ہیں</w:t>
      </w:r>
    </w:p>
    <w:p>
      <w:r>
        <w:rPr>
          <w:b/>
        </w:rPr>
        <w:t xml:space="preserve">[1:02:22] </w:t>
      </w:r>
      <w:r>
        <w:t>kahan y hai</w:t>
      </w:r>
    </w:p>
    <w:p>
      <w:pPr>
        <w:jc w:val="right"/>
      </w:pPr>
      <w:r>
        <w:t>کہاں یہ ہے</w:t>
      </w:r>
    </w:p>
    <w:p>
      <w:r>
        <w:rPr>
          <w:b/>
        </w:rPr>
        <w:t xml:space="preserve">[1:02:25] </w:t>
      </w:r>
      <w:r>
        <w:t>bkhari mn rivait</w:t>
      </w:r>
    </w:p>
    <w:p>
      <w:pPr>
        <w:jc w:val="right"/>
      </w:pPr>
      <w:r>
        <w:t>بخاری میں روایت</w:t>
      </w:r>
    </w:p>
    <w:p>
      <w:r>
        <w:rPr>
          <w:b/>
        </w:rPr>
        <w:t xml:space="preserve">[1:02:26] </w:t>
      </w:r>
      <w:r>
        <w:t>hai ke aik martaba aisa hua ke jo jo mukhalifeen the unhone kuch sahaba ko qatal kar diya to rasool Allah ki zuban se bad dua nikal gayi</w:t>
      </w:r>
    </w:p>
    <w:p>
      <w:pPr>
        <w:jc w:val="right"/>
      </w:pPr>
      <w:r>
        <w:t>ہے کہ ایک مرتبہ ایسا ہوا کہ جو جو مخالفین تھے انہوں نے کچھ صحابہ کو قتل کر دیا تو رسول اللہ کی زبان سے بد دعا نکل گئی</w:t>
      </w:r>
    </w:p>
    <w:p>
      <w:r>
        <w:rPr>
          <w:b/>
        </w:rPr>
        <w:t xml:space="preserve">[1:02:43] </w:t>
      </w:r>
      <w:r>
        <w:t>lekin hazrat jibril aaye unhone mana kiya</w:t>
      </w:r>
    </w:p>
    <w:p>
      <w:pPr>
        <w:jc w:val="right"/>
      </w:pPr>
      <w:r>
        <w:t>لیکن حضرت جبرائیل ائے انہوں نے منع کیا</w:t>
      </w:r>
    </w:p>
    <w:p>
      <w:r>
        <w:rPr>
          <w:b/>
        </w:rPr>
        <w:t xml:space="preserve">[1:02:50] </w:t>
      </w:r>
      <w:r>
        <w:t>rasool Allah ko kaha aap ko bad dua karne ka haq nahi hai aap ko tablegh karna hai dawat dena hai logon ke liye dua karna hai yeh yeh riwayat bukhari mein hai kaise log hain ke kuch jante nahi aur bari bari baatein karte hain</w:t>
      </w:r>
    </w:p>
    <w:p>
      <w:pPr>
        <w:jc w:val="right"/>
      </w:pPr>
      <w:r>
        <w:t>رسول اللہ کو کہا اپ کو بد دعا کرنے کا حق نہیں ہے اپ کو تبلیغ کرنا ہے دعوت دینا ہے لوگوں کے لیے دعا کرنا ہے یہ یہ روایت بخاری میں ہے کیسے لوگ ہیں کہ کچھ جانتے نہیں اور بڑی بڑی باتیں کرتے ہیں</w:t>
      </w:r>
    </w:p>
    <w:p>
      <w:r>
        <w:rPr>
          <w:b/>
        </w:rPr>
        <w:t xml:space="preserve">[1:03:13] </w:t>
      </w:r>
      <w:r>
        <w:t>maulana dilli se nafees siddiqui sahib ne sawal bhejha hai unhone likha hai dunya ke tamam log jannat mein jayenge kyunke insan ka habitat jannat hai dozakh insan ka habitat hai hi nahi is ke bare mein kya kahenge</w:t>
      </w:r>
    </w:p>
    <w:p>
      <w:pPr>
        <w:jc w:val="right"/>
      </w:pPr>
      <w:r>
        <w:t>مولانا دلی سے نفیس صدیقی صاحب نے سوال بھیجا ہے انہوں نے لکھا ہے دنیا کے تمام لوگ جنت میں جائیں گے کیونکہ انسان کا ہیبیٹیٹ جنت ہے دوزخ انسان کا ہیبیٹیٹ ہے ہی نہیں اس کے بارے میں کیا کہیں گے</w:t>
      </w:r>
    </w:p>
    <w:p>
      <w:r>
        <w:rPr>
          <w:b/>
        </w:rPr>
        <w:t xml:space="preserve">[1:03:35] </w:t>
      </w:r>
      <w:r>
        <w:t>nahi yeh to aisa nahi ke sare log jannat mein jayenge jo jannat ka ke liye deserve karega woh jayega deserve nahi karega woh nahi jayega sare quran mein yahi baat hai</w:t>
      </w:r>
    </w:p>
    <w:p>
      <w:pPr>
        <w:jc w:val="right"/>
      </w:pPr>
      <w:r>
        <w:t>نہیں یہ تو ایسا نہیں کہ سارے لوگ جنت میں جائیں گے جو جنت کا کے لیے ڈیزرو کرے گا وہ جائے گا ڈیزرو نہیں کرے گا وہ نہیں جائے گا سارے قران میں یہی بات ہے</w:t>
      </w:r>
    </w:p>
    <w:p>
      <w:r>
        <w:rPr>
          <w:b/>
        </w:rPr>
        <w:t xml:space="preserve">[1:03:58] </w:t>
      </w:r>
      <w:r>
        <w:t>deserveation pe yani jannat ka jo dakhla hai woh deserveation pe base karta hai birth par nahi birth par nahi</w:t>
      </w:r>
    </w:p>
    <w:p>
      <w:pPr>
        <w:jc w:val="right"/>
      </w:pPr>
      <w:r>
        <w:t>ڈیزرویشن پہ یعنی جنت کا جو داخلہ ہے وہ ڈیزرویشن پہ بیس کرتا ہے برتھ پر نہیں برتھ پر نہیں</w:t>
      </w:r>
    </w:p>
    <w:p>
      <w:r>
        <w:rPr>
          <w:b/>
        </w:rPr>
        <w:t xml:space="preserve">[1:04:13] </w:t>
      </w:r>
      <w:r>
        <w:t>yeh to bohat clear hai quran mein</w:t>
      </w:r>
    </w:p>
    <w:p>
      <w:pPr>
        <w:jc w:val="right"/>
      </w:pPr>
      <w:r>
        <w:t>یہ تو بہت کلیئر ہے قران میں</w:t>
      </w:r>
    </w:p>
    <w:p>
      <w:r>
        <w:rPr>
          <w:b/>
        </w:rPr>
        <w:t xml:space="preserve">[1:04:18] </w:t>
      </w:r>
      <w:r>
        <w:t>ji maulana agla sawal saharanpur se doctor safeena tabassum ne bhejha hai aur unhone aap se poocha hai ke what should be our objective of life</w:t>
      </w:r>
    </w:p>
    <w:p>
      <w:pPr>
        <w:jc w:val="right"/>
      </w:pPr>
      <w:r>
        <w:t>جی مولانا اگلا سوال سہارن پورٹ سے ڈاکٹر سفینہ تبسم نے بھیجا ہے اور انہوں نے اپ سے پوچھا ہے کہ واٹ شوڈ بی ار ابجیکٹو اف لائف</w:t>
      </w:r>
    </w:p>
    <w:p>
      <w:r>
        <w:rPr>
          <w:b/>
        </w:rPr>
        <w:t xml:space="preserve">[1:04:33] </w:t>
      </w:r>
      <w:r>
        <w:t>wo ait dikha diay to lijl haiwan haiwan.</w:t>
      </w:r>
    </w:p>
    <w:p>
      <w:pPr>
        <w:jc w:val="right"/>
      </w:pPr>
      <w:r>
        <w:t>وہ ایت دکھا دیے تو لیجل حیوان حیوان.</w:t>
      </w:r>
    </w:p>
    <w:p>
      <w:r>
        <w:rPr>
          <w:b/>
        </w:rPr>
        <w:t xml:space="preserve">[1:04:37] </w:t>
      </w:r>
      <w:r>
        <w:t>sura ankabut ait nmbr 64</w:t>
      </w:r>
    </w:p>
    <w:p>
      <w:pPr>
        <w:jc w:val="right"/>
      </w:pPr>
      <w:r>
        <w:t>سورہ العنکبوت ایت نمبر 64</w:t>
      </w:r>
    </w:p>
    <w:p>
      <w:r>
        <w:rPr>
          <w:b/>
        </w:rPr>
        <w:t xml:space="preserve">[1:04:41] </w:t>
      </w:r>
      <w:r>
        <w:t>وما ہادی الحیات الدنیا الا لہم ولعب وان الدار الاخرۃ لیل حیوان لو کانو یعلمون aur yeh duniya</w:t>
      </w:r>
    </w:p>
    <w:p>
      <w:pPr>
        <w:jc w:val="right"/>
      </w:pPr>
      <w:r>
        <w:t>وما ہادی الحیات الدنیا الا لہم ولعب وان الدار الاخرۃ لیل حیوان لو کانو یعلمون اور یہ دنیا</w:t>
      </w:r>
    </w:p>
    <w:p>
      <w:r>
        <w:rPr>
          <w:b/>
        </w:rPr>
        <w:t xml:space="preserve">[1:04:52] </w:t>
      </w:r>
      <w:r>
        <w:t>ki zindagi kuch nhi mgr aik khail aur dil ka bahlaawa aur akhirat ka ghar hi asli zindagi</w:t>
      </w:r>
    </w:p>
    <w:p>
      <w:pPr>
        <w:jc w:val="right"/>
      </w:pPr>
      <w:r>
        <w:t>کی زندگی کچھ نہیں مگر ایک کھیل اور دل کا بہلاوا اور اخرت کا گھر ہی اصل زندگی</w:t>
      </w:r>
    </w:p>
    <w:p>
      <w:r>
        <w:rPr>
          <w:b/>
        </w:rPr>
        <w:t xml:space="preserve">[1:04:59] </w:t>
      </w:r>
      <w:r>
        <w:t>ki jagah hai kash kh wo jantay</w:t>
      </w:r>
    </w:p>
    <w:p>
      <w:pPr>
        <w:jc w:val="right"/>
      </w:pPr>
      <w:r>
        <w:t>کی جگہ ہے کاش کہ وہ جانتے</w:t>
      </w:r>
    </w:p>
    <w:p>
      <w:r>
        <w:rPr>
          <w:b/>
        </w:rPr>
        <w:t xml:space="preserve">[1:05:03] </w:t>
      </w:r>
      <w:r>
        <w:t>is ait mn aur is trh ki dosri aytn mn is ka jawab hai</w:t>
      </w:r>
    </w:p>
    <w:p>
      <w:pPr>
        <w:jc w:val="right"/>
      </w:pPr>
      <w:r>
        <w:t>اس ایت میں اور اس طرح کی دوسری ایتوں میں اس کا جواب ہے</w:t>
      </w:r>
    </w:p>
    <w:p>
      <w:r>
        <w:rPr>
          <w:b/>
        </w:rPr>
        <w:t xml:space="preserve">[1:05:09] </w:t>
      </w:r>
      <w:r>
        <w:t>kh dunya ki zindagi</w:t>
      </w:r>
    </w:p>
    <w:p>
      <w:pPr>
        <w:jc w:val="right"/>
      </w:pPr>
      <w:r>
        <w:t>کہ دنیا کی زندگی</w:t>
      </w:r>
    </w:p>
    <w:p>
      <w:r>
        <w:rPr>
          <w:b/>
        </w:rPr>
        <w:t xml:space="preserve">[1:05:11] </w:t>
      </w:r>
      <w:r>
        <w:t>yani</w:t>
      </w:r>
    </w:p>
    <w:p>
      <w:pPr>
        <w:jc w:val="right"/>
      </w:pPr>
      <w:r>
        <w:t>یعنی</w:t>
      </w:r>
    </w:p>
    <w:p>
      <w:r>
        <w:rPr>
          <w:b/>
        </w:rPr>
        <w:t xml:space="preserve">[1:05:18] </w:t>
      </w:r>
      <w:r>
        <w:t>taameer hayat ke liye hai hi nahi yeh dunya ki zindagi ladne ke liye hai ladne</w:t>
      </w:r>
    </w:p>
    <w:p>
      <w:pPr>
        <w:jc w:val="right"/>
      </w:pPr>
      <w:r>
        <w:t>تعمیر حیات کے لیے ہے ہی نہیں یہ دنیا کی زندگی لڑنے کے لیے ہے لڑنے</w:t>
      </w:r>
    </w:p>
    <w:p>
      <w:r>
        <w:rPr>
          <w:b/>
        </w:rPr>
        <w:t xml:space="preserve">[1:05:30] </w:t>
      </w:r>
      <w:r>
        <w:t>to aadmi ka jo nishana is dunya mein hona chahiye woh learning hona chahiye yeh nahi ke is dunya ko mein ko apna maal banaye qila banaye is dunya mein taraqqi ka khwab dekha hai</w:t>
      </w:r>
    </w:p>
    <w:p>
      <w:pPr>
        <w:jc w:val="right"/>
      </w:pPr>
      <w:r>
        <w:t>تو ادمی کا جو نشانہ اس دنیا میں ہونا چاہیے وہ لرننگ ہونا چاہیے یہ نہیں کہ اس دنیا کو میں کو اپنا مال بنائے قلع بنائے اس دنیا میں ترقی کا خواب دیکھا ہے</w:t>
      </w:r>
    </w:p>
    <w:p>
      <w:r>
        <w:rPr>
          <w:b/>
        </w:rPr>
        <w:t xml:space="preserve">[1:05:50] </w:t>
      </w:r>
      <w:r>
        <w:t>y jo ait prhi gai is ait s bhi yhi niklta hai aur dosri bhi bht si aytn</w:t>
      </w:r>
    </w:p>
    <w:p>
      <w:pPr>
        <w:jc w:val="right"/>
      </w:pPr>
      <w:r>
        <w:t>یہ جو ایت پڑھی گئی اس ایت سے بھی یہی نکلتا ہے اور دوسری بھی بہت سی ایتیں</w:t>
      </w:r>
    </w:p>
    <w:p>
      <w:r>
        <w:rPr>
          <w:b/>
        </w:rPr>
        <w:t xml:space="preserve">[1:05:55] </w:t>
      </w:r>
      <w:r>
        <w:t>hain is s yhi niklta hai</w:t>
      </w:r>
    </w:p>
    <w:p>
      <w:pPr>
        <w:jc w:val="right"/>
      </w:pPr>
      <w:r>
        <w:t>ہیں اس سے یہی نکلتا ہے</w:t>
      </w:r>
    </w:p>
    <w:p>
      <w:r>
        <w:rPr>
          <w:b/>
        </w:rPr>
        <w:t xml:space="preserve">[1:05:59] </w:t>
      </w:r>
      <w:r>
        <w:t>molana agla sawal lene se pehle kuch comment parhna chahenge sahib ali khan sahib ne vijay wada</w:t>
      </w:r>
    </w:p>
    <w:p>
      <w:pPr>
        <w:jc w:val="right"/>
      </w:pPr>
      <w:r>
        <w:t>مولانا اگلا سوال لینے سے پہلے کچھ کمنٹ پڑھنا چاہیں گے صاحب علی خان صاحب نے وجے واڑا</w:t>
      </w:r>
    </w:p>
    <w:p>
      <w:r>
        <w:rPr>
          <w:b/>
        </w:rPr>
        <w:t xml:space="preserve">[1:06:06] </w:t>
      </w:r>
      <w:r>
        <w:t>se comment likha hai unhone ek unhone likha hai ke thanks indiat for the great guidance</w:t>
      </w:r>
    </w:p>
    <w:p>
      <w:pPr>
        <w:jc w:val="right"/>
      </w:pPr>
      <w:r>
        <w:t>سے کمنٹ لکھا ہے انہوں نے ایک انہوں نے لکھا ہے کہ تھینکس انڈیٹ فار دی گریٹ گائیڈنس</w:t>
      </w:r>
    </w:p>
    <w:p>
      <w:r>
        <w:rPr>
          <w:b/>
        </w:rPr>
        <w:t xml:space="preserve">[1:06:14] </w:t>
      </w:r>
      <w:r>
        <w:t>thought provoking and inspiring</w:t>
      </w:r>
    </w:p>
    <w:p>
      <w:pPr>
        <w:jc w:val="right"/>
      </w:pPr>
      <w:r>
        <w:t>تھاٹ پرووکنگ اینڈ انسپائرنگ</w:t>
      </w:r>
    </w:p>
    <w:p>
      <w:r>
        <w:rPr>
          <w:b/>
        </w:rPr>
        <w:t xml:space="preserve">[1:06:17] </w:t>
      </w:r>
      <w:r>
        <w:t>jazak allah molana sahib</w:t>
      </w:r>
    </w:p>
    <w:p>
      <w:pPr>
        <w:jc w:val="right"/>
      </w:pPr>
      <w:r>
        <w:t>جزاک اللہ مولانا صاحب</w:t>
      </w:r>
    </w:p>
    <w:p>
      <w:r>
        <w:rPr>
          <w:b/>
        </w:rPr>
        <w:t xml:space="preserve">[1:06:20] </w:t>
      </w:r>
      <w:r>
        <w:t>agla comment bheja hai</w:t>
      </w:r>
    </w:p>
    <w:p>
      <w:pPr>
        <w:jc w:val="right"/>
      </w:pPr>
      <w:r>
        <w:t>اگلا کمنٹ بھیجا ہے</w:t>
      </w:r>
    </w:p>
    <w:p>
      <w:r>
        <w:rPr>
          <w:b/>
        </w:rPr>
        <w:t xml:space="preserve">[1:06:23] </w:t>
      </w:r>
      <w:r>
        <w:t>mr rafiq khan sahib ne bangalore se unhone likha hai jazak allah ho molana sahib aap ne</w:t>
      </w:r>
    </w:p>
    <w:p>
      <w:pPr>
        <w:jc w:val="right"/>
      </w:pPr>
      <w:r>
        <w:t>مسٹر رفیق خان صاحب نے بینگلور سے انہوں نے لکھا ہے جزاک اللہ ہو مولانا صاحب اپ نے</w:t>
      </w:r>
    </w:p>
    <w:p>
      <w:r>
        <w:rPr>
          <w:b/>
        </w:rPr>
        <w:t xml:space="preserve">[1:06:31] </w:t>
      </w:r>
      <w:r>
        <w:t>abu hanifa ka waqia bata kar mera bohat bara masla</w:t>
      </w:r>
    </w:p>
    <w:p>
      <w:pPr>
        <w:jc w:val="right"/>
      </w:pPr>
      <w:r>
        <w:t>ابو حنیفہ کا واقعہ بتا کر میرا بہت بڑا مسئلہ</w:t>
      </w:r>
    </w:p>
    <w:p>
      <w:r>
        <w:rPr>
          <w:b/>
        </w:rPr>
        <w:t xml:space="preserve">[1:06:36] </w:t>
      </w:r>
      <w:r>
        <w:t>hal kar diya doctor aslam khan ne saharanpur se likha hai no negativity is permitted in islam</w:t>
      </w:r>
    </w:p>
    <w:p>
      <w:pPr>
        <w:jc w:val="right"/>
      </w:pPr>
      <w:r>
        <w:t>حل کر دیا ڈاکٹر اسلم خان نے سہارن پور سے لکھا ہے نو نیگیٹیوٹی از پرمیٹڈ ان اسلام</w:t>
      </w:r>
    </w:p>
    <w:p>
      <w:r>
        <w:rPr>
          <w:b/>
        </w:rPr>
        <w:t xml:space="preserve">[1:06:48] </w:t>
      </w:r>
      <w:r>
        <w:t>molana agla sawal bheja hai tanzeem islah-e-sahib ne dilli se unhon ne likha hai ke according to you what is the main reason of muslim backwardness all around the world and what should we do to improve their state</w:t>
      </w:r>
    </w:p>
    <w:p>
      <w:pPr>
        <w:jc w:val="right"/>
      </w:pPr>
      <w:r>
        <w:t>مولانا اگلا سوال بھیجا ہے تنظیم اصلاحی صاحب نے دلی سے انہوں نے لکھا ہے کہ اکارڈنگ ٹو یو واٹ از دا مین ریزن اف مسلم بیکورڈنس ال اراؤنڈ دا ورلڈ اینڈ واٹ شوڈ وی ڈو ٹو امپروو دیر سٹیٹ</w:t>
      </w:r>
    </w:p>
    <w:p>
      <w:r>
        <w:rPr>
          <w:b/>
        </w:rPr>
        <w:t xml:space="preserve">[1:07:08] </w:t>
      </w:r>
      <w:r>
        <w:t>musalmanon ne kabhi seriously modern education ko liya hi nahi kuch log padhte hain to sirf service ke liye</w:t>
      </w:r>
    </w:p>
    <w:p>
      <w:pPr>
        <w:jc w:val="right"/>
      </w:pPr>
      <w:r>
        <w:t>مسلمانوں نے کبھی سیریسلی ماڈرن ایجوکیشن کو لیا ہی نہیں کچھ لوگ پڑھتے ہیں تو صرف سروس کے لیے</w:t>
      </w:r>
    </w:p>
    <w:p>
      <w:r>
        <w:rPr>
          <w:b/>
        </w:rPr>
        <w:t xml:space="preserve">[1:07:19] </w:t>
      </w:r>
      <w:r>
        <w:t>woh jaan balkay main to aisa hota hoon kuch jantay bhi nahi ke modern education kya cheez hai musalman jahan tak main sab mila hoon logon se log jantay hi nahi ke modern education kya hai</w:t>
      </w:r>
    </w:p>
    <w:p>
      <w:pPr>
        <w:jc w:val="right"/>
      </w:pPr>
      <w:r>
        <w:t>وہ جان بلکہ میں تو ایسا ہوتا ہوں کچھ جانتے بھی نہیں کہ ماڈرن ایجوکیشن کیا چیز ہے مسلمان جہاں تک میں سب ملا ہوں لوگوں سے لوگ جانتے ہی نہیں کہ ماڈرن ایجوکیشن کیا ہے</w:t>
      </w:r>
    </w:p>
    <w:p>
      <w:r>
        <w:rPr>
          <w:b/>
        </w:rPr>
        <w:t xml:space="preserve">[1:07:34] </w:t>
      </w:r>
      <w:r>
        <w:t>modern education jo hai aik kya hai aik naya pichlay chand sau barson mein aik nai dunya discover hui hai woh jo traditional dunya thi us ki ab aik scientific dunya</w:t>
      </w:r>
    </w:p>
    <w:p>
      <w:pPr>
        <w:jc w:val="right"/>
      </w:pPr>
      <w:r>
        <w:t>ماڈرن ایجوکیشن جو ہے ایک کیا ہے ایک نیا پچھلے چند سو برسوں میں ایک نئی دنیا ڈسکور ہوئی ہے وہ جو ٹریڈیشنل دنیا تھی اس کی اب ایک سائنٹیفک دنیا</w:t>
      </w:r>
    </w:p>
    <w:p>
      <w:r>
        <w:rPr>
          <w:b/>
        </w:rPr>
        <w:t xml:space="preserve">[1:07:55] </w:t>
      </w:r>
      <w:r>
        <w:t>to modern education ka matlab hai ke aaj ki jo dunya hai us ko janna us ke mutabiq</w:t>
      </w:r>
    </w:p>
    <w:p>
      <w:pPr>
        <w:jc w:val="right"/>
      </w:pPr>
      <w:r>
        <w:t>تو ماڈرن ایجوکیشن کا مطلب ہے کہ اج کی جو دنیا ہے اس کو جاننا اس کے مطابق</w:t>
      </w:r>
    </w:p>
    <w:p>
      <w:r>
        <w:rPr>
          <w:b/>
        </w:rPr>
        <w:t xml:space="preserve">[1:08:05] </w:t>
      </w:r>
      <w:r>
        <w:t>dunya mein apni jagah banana to musalman to kuch jante hi nahi bohat se bohat jante hain ke</w:t>
      </w:r>
    </w:p>
    <w:p>
      <w:pPr>
        <w:jc w:val="right"/>
      </w:pPr>
      <w:r>
        <w:t>دنیا میں اپنی جگہ بنانا تو مسلمان تو کچھ جانتے ہی نہیں بہت سے بہت جانتے ہیں کہ</w:t>
      </w:r>
    </w:p>
    <w:p>
      <w:r>
        <w:rPr>
          <w:b/>
        </w:rPr>
        <w:t xml:space="preserve">[1:08:10] </w:t>
      </w:r>
      <w:r>
        <w:t>engineer ban jao service le lo mba ban jao service lete jante hain bas</w:t>
      </w:r>
    </w:p>
    <w:p>
      <w:pPr>
        <w:jc w:val="right"/>
      </w:pPr>
      <w:r>
        <w:t>انجینئر بن جاؤ سروس لے لو ایم بی اے بن جاؤ سروس لیتے جانتے ہیں بس</w:t>
      </w:r>
    </w:p>
    <w:p>
      <w:r>
        <w:rPr>
          <w:b/>
        </w:rPr>
        <w:t xml:space="preserve">[1:08:18] </w:t>
      </w:r>
      <w:r>
        <w:t>modern education real science mein kya cheez hai us ko jante nahi</w:t>
      </w:r>
    </w:p>
    <w:p>
      <w:pPr>
        <w:jc w:val="right"/>
      </w:pPr>
      <w:r>
        <w:t>ماڈرن ایجوکیشن ریئل سائنس میں کیا چیز ہے اس کو جانتے نہیں</w:t>
      </w:r>
    </w:p>
    <w:p>
      <w:r>
        <w:rPr>
          <w:b/>
        </w:rPr>
        <w:t xml:space="preserve">[1:08:24] </w:t>
      </w:r>
      <w:r>
        <w:t>mera tajurba to yahi hai</w:t>
      </w:r>
    </w:p>
    <w:p>
      <w:pPr>
        <w:jc w:val="right"/>
      </w:pPr>
      <w:r>
        <w:t>میرا تجربہ تو یہی ہے</w:t>
      </w:r>
    </w:p>
    <w:p>
      <w:r>
        <w:rPr>
          <w:b/>
        </w:rPr>
        <w:t xml:space="preserve">[1:08:27] </w:t>
      </w:r>
      <w:r>
        <w:t>to musalmanon ko jo karna hai wo sirf pehla kaam yahi hai ke wo janiye ke modern world</w:t>
      </w:r>
    </w:p>
    <w:p>
      <w:pPr>
        <w:jc w:val="right"/>
      </w:pPr>
      <w:r>
        <w:t>تو مسلمانوں کو جو کرنا ہے وہ صرف پہلا کام یہی ہے کہ وہ جانیں کہ ماڈرن ورلڈ</w:t>
      </w:r>
    </w:p>
    <w:p>
      <w:r>
        <w:rPr>
          <w:b/>
        </w:rPr>
        <w:t xml:space="preserve">[1:08:34] </w:t>
      </w:r>
      <w:r>
        <w:t>kya hai modern education kya hai</w:t>
      </w:r>
    </w:p>
    <w:p>
      <w:pPr>
        <w:jc w:val="right"/>
      </w:pPr>
      <w:r>
        <w:t>کیا ہے ماڈرن ایجوکیشن کیا ہے</w:t>
      </w:r>
    </w:p>
    <w:p>
      <w:r>
        <w:rPr>
          <w:b/>
        </w:rPr>
        <w:t xml:space="preserve">[1:08:38] </w:t>
      </w:r>
      <w:r>
        <w:t>aur is mein apni</w:t>
      </w:r>
    </w:p>
    <w:p>
      <w:pPr>
        <w:jc w:val="right"/>
      </w:pPr>
      <w:r>
        <w:t>اور اس میں اپنی</w:t>
      </w:r>
    </w:p>
    <w:p>
      <w:r>
        <w:rPr>
          <w:b/>
        </w:rPr>
        <w:t xml:space="preserve">[1:08:40] </w:t>
      </w:r>
      <w:r>
        <w:t>aur</w:t>
      </w:r>
    </w:p>
    <w:p>
      <w:pPr>
        <w:jc w:val="right"/>
      </w:pPr>
      <w:r>
        <w:t>اور</w:t>
      </w:r>
    </w:p>
    <w:p>
      <w:r>
        <w:rPr>
          <w:b/>
        </w:rPr>
        <w:t xml:space="preserve">[1:08:41] </w:t>
      </w:r>
      <w:r>
        <w:t>yeh bhi musalman nahi jantay ke aaj ki dunya mein competition hai aap kisi ko koi right nahi koi musalmanon ka jo zehan hai woh samajhtay hain ke har cheez hamari right hai right kahan se ho gaya musalmanon to</w:t>
      </w:r>
    </w:p>
    <w:p>
      <w:pPr>
        <w:jc w:val="right"/>
      </w:pPr>
      <w:r>
        <w:t>یہ بھی مسلمان نہیں جانتے کہ اج کی دنیا میں کمپیٹیشن ہے اپ کسی کو کوئی رائٹ نہیں کوئی مسلمانوں کا جو ذہن ہے وہ سمجھتے ہیں کہ ہر چیز ہماری رائٹ ہے رائٹ کہاں سے ہو گیا مسلمانوں تو</w:t>
      </w:r>
    </w:p>
    <w:p>
      <w:r>
        <w:rPr>
          <w:b/>
        </w:rPr>
        <w:t xml:space="preserve">[1:09:00] </w:t>
      </w:r>
      <w:r>
        <w:t>competition based world hai yeh</w:t>
      </w:r>
    </w:p>
    <w:p>
      <w:pPr>
        <w:jc w:val="right"/>
      </w:pPr>
      <w:r>
        <w:t>کمپیٹیشن بیسڈ ورلڈ ہے یہ</w:t>
      </w:r>
    </w:p>
    <w:p>
      <w:r>
        <w:rPr>
          <w:b/>
        </w:rPr>
        <w:t xml:space="preserve">[1:09:06] </w:t>
      </w:r>
      <w:r>
        <w:t>to main samajhta hoon ke modern education in real sense musalmanon ka wahid musalmanon ke maslay ka wahid hal hai molana agla sawal UK se bheja hai doctor hina khan ne aur unhon ne aap se poocha hai ke how much of quran is wisdom and how much of it is sh</w:t>
      </w:r>
    </w:p>
    <w:p>
      <w:pPr>
        <w:jc w:val="right"/>
      </w:pPr>
      <w:r>
        <w:t>تو میں سمجھتا ہوں کہ ماڈرن ایجوکیشن ان ریئل سینس مسلمانوں کا واحد مسلمانوں کے مسئلے کا واحد حل ہے مولانا اگلا سوال یو کے سے بھیجا ہے ڈاکٹر حنا خان نے اور انہوں نے اپ سے پوچھا ہے کہ ہاؤ مچ اف قران از وزڈم اینڈ ہاؤ مچ اف اٹ از ش</w:t>
      </w:r>
    </w:p>
    <w:p>
      <w:r>
        <w:rPr>
          <w:b/>
        </w:rPr>
        <w:t xml:space="preserve">[1:09:31] </w:t>
      </w:r>
      <w:r>
        <w:t>aria is ke baray mein batayein</w:t>
      </w:r>
    </w:p>
    <w:p>
      <w:pPr>
        <w:jc w:val="right"/>
      </w:pPr>
      <w:r>
        <w:t>ریعہ اس کے بارے میں بتائیں</w:t>
      </w:r>
    </w:p>
    <w:p>
      <w:r>
        <w:rPr>
          <w:b/>
        </w:rPr>
        <w:t xml:space="preserve">[1:09:37] </w:t>
      </w:r>
      <w:r>
        <w:t>sharia to quran mein hai hi nahi wisdom hi wisdom hai sharia to fiqh mein hai</w:t>
      </w:r>
    </w:p>
    <w:p>
      <w:pPr>
        <w:jc w:val="right"/>
      </w:pPr>
      <w:r>
        <w:t>شریعت تو قران میں ہے ہی نہیں وزڈم ہی وزڈم ہے شریعت تو فقہ میں ہے</w:t>
      </w:r>
    </w:p>
    <w:p>
      <w:r>
        <w:rPr>
          <w:b/>
        </w:rPr>
        <w:t xml:space="preserve">[1:09:45] </w:t>
      </w:r>
      <w:r>
        <w:t>aap khud tajurba kijiye ke quran mein 114 suratein hain</w:t>
      </w:r>
    </w:p>
    <w:p>
      <w:pPr>
        <w:jc w:val="right"/>
      </w:pPr>
      <w:r>
        <w:t>اپ خود تجربہ کیجئے کہ قران میں 114 سورتیں ہیں</w:t>
      </w:r>
    </w:p>
    <w:p>
      <w:r>
        <w:rPr>
          <w:b/>
        </w:rPr>
        <w:t xml:space="preserve">[1:09:55] </w:t>
      </w:r>
      <w:r>
        <w:t>aap tamam suraton ko aik tarah se parhiye alhamdulillah se le kar quran-al-nas tak to sab aap ko wisdom hi wisdom dikha dega yeh jis ko kehtay hain sharia woh to fiqh mein hai</w:t>
      </w:r>
    </w:p>
    <w:p>
      <w:pPr>
        <w:jc w:val="right"/>
      </w:pPr>
      <w:r>
        <w:t>اپ تمام سورتوں کو ایک طرح سے پڑھیے الحمدللہ سے لے کر قرات الناس تک تو سب اپ کو وزڈم ہی وزڈم دکھا دے گا یہ جس کو کہتے ہیں شریعہ وہ تو فقہ میں ہے</w:t>
      </w:r>
    </w:p>
    <w:p>
      <w:r>
        <w:rPr>
          <w:b/>
        </w:rPr>
        <w:t xml:space="preserve">[1:10:13] </w:t>
      </w:r>
      <w:r>
        <w:t>mein to samajhta hoon ke yeh yeh ghaloo kiya fiqah mein logon ne ke shariat ko itna barhaya</w:t>
      </w:r>
    </w:p>
    <w:p>
      <w:pPr>
        <w:jc w:val="right"/>
      </w:pPr>
      <w:r>
        <w:t>میں تو سمجھتا ہوں کہ یہ یہ غلو کیا فقہ میں لوگوں نے کہ شریعت کو اتنا بڑھایا</w:t>
      </w:r>
    </w:p>
    <w:p>
      <w:r>
        <w:rPr>
          <w:b/>
        </w:rPr>
        <w:t xml:space="preserve">[1:10:20] </w:t>
      </w:r>
      <w:r>
        <w:t>hai shariat ko</w:t>
      </w:r>
    </w:p>
    <w:p>
      <w:pPr>
        <w:jc w:val="right"/>
      </w:pPr>
      <w:r>
        <w:t>ہے شریعت کو</w:t>
      </w:r>
    </w:p>
    <w:p>
      <w:r>
        <w:rPr>
          <w:b/>
        </w:rPr>
        <w:t xml:space="preserve">[1:10:23] </w:t>
      </w:r>
      <w:r>
        <w:t>barhane charhane ki cheez hai wisdom</w:t>
      </w:r>
    </w:p>
    <w:p>
      <w:pPr>
        <w:jc w:val="right"/>
      </w:pPr>
      <w:r>
        <w:t>بڑھانے چڑھانے کی چیز ہے وزڈم</w:t>
      </w:r>
    </w:p>
    <w:p>
      <w:r>
        <w:rPr>
          <w:b/>
        </w:rPr>
        <w:t xml:space="preserve">[1:10:26] </w:t>
      </w:r>
      <w:r>
        <w:t>shariat jo barhai charhai gayi hai yeh politicize kiya gaya aaj kal jo shariat shariat bolte hain na</w:t>
      </w:r>
    </w:p>
    <w:p>
      <w:pPr>
        <w:jc w:val="right"/>
      </w:pPr>
      <w:r>
        <w:t>شریعت جو بڑھائی چڑھائی گئی ہے یہ پولیٹیسائز کیا گیا اج کل جو شریعت شریعت بولتے ہیں نا</w:t>
      </w:r>
    </w:p>
    <w:p>
      <w:r>
        <w:rPr>
          <w:b/>
        </w:rPr>
        <w:t xml:space="preserve">[1:10:33] </w:t>
      </w:r>
      <w:r>
        <w:t>wo hai islam ka politicization</w:t>
      </w:r>
    </w:p>
    <w:p>
      <w:pPr>
        <w:jc w:val="right"/>
      </w:pPr>
      <w:r>
        <w:t>وہ ہے اسلام کا پولیٹیسائزیشن</w:t>
      </w:r>
    </w:p>
    <w:p>
      <w:r>
        <w:rPr>
          <w:b/>
        </w:rPr>
        <w:t xml:space="preserve">[1:10:37] </w:t>
      </w:r>
      <w:r>
        <w:t>wo quran mein hai hi nahi</w:t>
      </w:r>
    </w:p>
    <w:p>
      <w:pPr>
        <w:jc w:val="right"/>
      </w:pPr>
      <w:r>
        <w:t>وہ قران میں ہے ہی نہیں</w:t>
      </w:r>
    </w:p>
    <w:p>
      <w:r>
        <w:rPr>
          <w:b/>
        </w:rPr>
        <w:t xml:space="preserve">[1:10:39] </w:t>
      </w:r>
      <w:r>
        <w:t>aap ghor kijiye ke koi ek bhi.</w:t>
      </w:r>
    </w:p>
    <w:p>
      <w:pPr>
        <w:jc w:val="right"/>
      </w:pPr>
      <w:r>
        <w:t>اپ غور کیجئے کہ کوئی ایک بھی.</w:t>
      </w:r>
    </w:p>
    <w:p>
      <w:r>
        <w:rPr>
          <w:b/>
        </w:rPr>
        <w:t xml:space="preserve">[1:10:43] </w:t>
      </w:r>
      <w:r>
        <w:t>yani ji lekin aap ek kaam kijiye</w:t>
      </w:r>
    </w:p>
    <w:p>
      <w:pPr>
        <w:jc w:val="right"/>
      </w:pPr>
      <w:r>
        <w:t>یعنی جی لیکن اپ ایک کام کیجئے</w:t>
      </w:r>
    </w:p>
    <w:p>
      <w:r>
        <w:rPr>
          <w:b/>
        </w:rPr>
        <w:t xml:space="preserve">[1:10:49] </w:t>
      </w:r>
      <w:r>
        <w:t>ek kaam kijiye aap dictionary mein aap lafz law law ki definition maloom kijiye</w:t>
      </w:r>
    </w:p>
    <w:p>
      <w:pPr>
        <w:jc w:val="right"/>
      </w:pPr>
      <w:r>
        <w:t>ایک کام کیجئے اپ ڈکشنری میں اپ لفظ لا ایل اے ڈبلیو ایل لا کی ڈیفینیشن معلوم کیجئے</w:t>
      </w:r>
    </w:p>
    <w:p>
      <w:r>
        <w:rPr>
          <w:b/>
        </w:rPr>
        <w:t xml:space="preserve">[1:11:00] </w:t>
      </w:r>
      <w:r>
        <w:t>dictionary mein bohat se dictionaryon ko dekhiye</w:t>
      </w:r>
    </w:p>
    <w:p>
      <w:pPr>
        <w:jc w:val="right"/>
      </w:pPr>
      <w:r>
        <w:t>ڈکشنری میں بہت سے ڈکشنریوں کو دیکھیے</w:t>
      </w:r>
    </w:p>
    <w:p>
      <w:r>
        <w:rPr>
          <w:b/>
        </w:rPr>
        <w:t xml:space="preserve">[1:11:05] </w:t>
      </w:r>
      <w:r>
        <w:t>jo kal consult kijiye aur yeh samjhiye ke law ki definition kya hai</w:t>
      </w:r>
    </w:p>
    <w:p>
      <w:pPr>
        <w:jc w:val="right"/>
      </w:pPr>
      <w:r>
        <w:t>جو کل کنسلٹ کیجئے اور یہ سمجھئے کہ لا کی ڈیفینیشن کیا ہے</w:t>
      </w:r>
    </w:p>
    <w:p>
      <w:r>
        <w:rPr>
          <w:b/>
        </w:rPr>
        <w:t xml:space="preserve">[1:11:12] </w:t>
      </w:r>
      <w:r>
        <w:t>shariat ka matlab hai law</w:t>
      </w:r>
    </w:p>
    <w:p>
      <w:pPr>
        <w:jc w:val="right"/>
      </w:pPr>
      <w:r>
        <w:t>شریعت کا مطلب ہے لا</w:t>
      </w:r>
    </w:p>
    <w:p>
      <w:r>
        <w:rPr>
          <w:b/>
        </w:rPr>
        <w:t xml:space="preserve">[1:11:17] </w:t>
      </w:r>
      <w:r>
        <w:t>aur phir is woh jo definition milay aap ko law ki us ka matlab dhoondhein ke quran mein kon sa law hai to aik aik bhi law nahi milay ga</w:t>
      </w:r>
    </w:p>
    <w:p>
      <w:pPr>
        <w:jc w:val="right"/>
      </w:pPr>
      <w:r>
        <w:t>اور پھر اس وہ جو ڈیفینیشن ملے اپ کو لا کی اس کا مطلب ڈھونڈیں کہ قران میں کون سا لا ہے تو ایک ایک بھی لا نہیں ملے گا</w:t>
      </w:r>
    </w:p>
    <w:p>
      <w:r>
        <w:rPr>
          <w:b/>
        </w:rPr>
        <w:t xml:space="preserve">[1:11:31] </w:t>
      </w:r>
      <w:r>
        <w:t>to quran to bhara hua hai definition se yeh to aaj kal jo aaj kal jo parties nikli hain jinhon ne islam ko politicize kar rakha hai to apnay politicization ko justify karne ke liye sharia sharia sharia karte hain sabaq zamanay mein yeh tha hi nahi aap dekhiye</w:t>
      </w:r>
    </w:p>
    <w:p>
      <w:pPr>
        <w:jc w:val="right"/>
      </w:pPr>
      <w:r>
        <w:t>تو قران تو بھرا ہوا ہے ڈیفینیشن سے یہ تو اج کل جو اج کل جو پارٹیاں نکلی ہیں جنہوں نے اسلام کو پولیٹیسائز کر رکھا ہے تو اپنے پولیٹیسائزیشن کو کو جسٹیفائی کرنے کے لیے شریعت شریعت شریعت کرتے ہیں سابق زمانے میں یہ تھا ہی نہیں اپ دیکھیے</w:t>
      </w:r>
    </w:p>
    <w:p>
      <w:r>
        <w:rPr>
          <w:b/>
        </w:rPr>
        <w:t xml:space="preserve">[1:11:57] </w:t>
      </w:r>
      <w:r>
        <w:t>mein aik misaal deta hoon aap ko</w:t>
      </w:r>
    </w:p>
    <w:p>
      <w:pPr>
        <w:jc w:val="right"/>
      </w:pPr>
      <w:r>
        <w:t>میں ایک مثال دیتا ہوں اپ کو</w:t>
      </w:r>
    </w:p>
    <w:p>
      <w:r>
        <w:rPr>
          <w:b/>
        </w:rPr>
        <w:t xml:space="preserve">[1:12:00] </w:t>
      </w:r>
      <w:r>
        <w:t>ke quran mein aik surah hai surah yusuf is mein hazrat yusuf aleh salam ka qissa bayan kiya</w:t>
      </w:r>
    </w:p>
    <w:p>
      <w:pPr>
        <w:jc w:val="right"/>
      </w:pPr>
      <w:r>
        <w:t>کہ قران میں ایک سورہ ہے سورہ یوسف اس میں حضرت یوسف علیہ السلام کا قصہ بیان کیا</w:t>
      </w:r>
    </w:p>
    <w:p>
      <w:r>
        <w:rPr>
          <w:b/>
        </w:rPr>
        <w:t xml:space="preserve">[1:12:07] </w:t>
      </w:r>
      <w:r>
        <w:t>gaya hai shayad yeh aik hi surah aisi hai jise poori poori surah aik nabi ke zikr par</w:t>
      </w:r>
    </w:p>
    <w:p>
      <w:pPr>
        <w:jc w:val="right"/>
      </w:pPr>
      <w:r>
        <w:t>گیا ہے شاید یہ ایک ہی سورہ ایسی ہے جسے پوری پوری سورہ ایک نبی کے ذکر پر</w:t>
      </w:r>
    </w:p>
    <w:p>
      <w:r>
        <w:rPr>
          <w:b/>
        </w:rPr>
        <w:t xml:space="preserve">[1:12:14] </w:t>
      </w:r>
      <w:r>
        <w:t>hai aur aik bohat anokhi baat yeh hai ke is surah mein jo qissa bayan kiya gaya hai</w:t>
      </w:r>
    </w:p>
    <w:p>
      <w:pPr>
        <w:jc w:val="right"/>
      </w:pPr>
      <w:r>
        <w:t>ہے اور ایک بہت انوکھی بات یہ ہے کہ اس سورہ میں جو قصہ بیان کیا گیا ہے</w:t>
      </w:r>
    </w:p>
    <w:p>
      <w:r>
        <w:rPr>
          <w:b/>
        </w:rPr>
        <w:t xml:space="preserve">[1:12:23] </w:t>
      </w:r>
      <w:r>
        <w:t>us ko kaha gaya ahsan al qasas</w:t>
      </w:r>
    </w:p>
    <w:p>
      <w:pPr>
        <w:jc w:val="right"/>
      </w:pPr>
      <w:r>
        <w:t>اس کو کہا گیا احسن القصص</w:t>
      </w:r>
    </w:p>
    <w:p>
      <w:r>
        <w:rPr>
          <w:b/>
        </w:rPr>
        <w:t xml:space="preserve">[1:12:27] </w:t>
      </w:r>
      <w:r>
        <w:t>yani hazrat yusuf ka jo qissa bayan kiya gaya hai us ko kaha gaya hai ahsan al qasas yani</w:t>
      </w:r>
    </w:p>
    <w:p>
      <w:pPr>
        <w:jc w:val="right"/>
      </w:pPr>
      <w:r>
        <w:t>یعنی حضرت یوسف کا جو قصہ بیان کیا گیا ہے اس کو کہا گیا ہے احسن القصص یعنی</w:t>
      </w:r>
    </w:p>
    <w:p>
      <w:r>
        <w:rPr>
          <w:b/>
        </w:rPr>
        <w:t xml:space="preserve">[1:12:32] </w:t>
      </w:r>
      <w:r>
        <w:t>best story best story ab aap kam az kam das baar padhiye aap surah yusuf ko to aap</w:t>
      </w:r>
    </w:p>
    <w:p>
      <w:pPr>
        <w:jc w:val="right"/>
      </w:pPr>
      <w:r>
        <w:t>بیسٹ سٹوری بیسٹ سٹوری اب اپ کم از کم دس بار پڑھیے اپ سورہ یوسف کو تو اپ</w:t>
      </w:r>
    </w:p>
    <w:p>
      <w:r>
        <w:rPr>
          <w:b/>
        </w:rPr>
        <w:t xml:space="preserve">[1:12:41] </w:t>
      </w:r>
      <w:r>
        <w:t>dekhenge ke hazrat yusuf aleh salam</w:t>
      </w:r>
    </w:p>
    <w:p>
      <w:pPr>
        <w:jc w:val="right"/>
      </w:pPr>
      <w:r>
        <w:t>دیکھیں گے کہ حضرت یوسف علیہ السلام</w:t>
      </w:r>
    </w:p>
    <w:p>
      <w:r>
        <w:rPr>
          <w:b/>
        </w:rPr>
        <w:t xml:space="preserve">[1:12:45] </w:t>
      </w:r>
      <w:r>
        <w:t>ne kabhi wahan yeh baat hi nahi ki ke shariat yeh naafiz hamein khudai shariat naafiz karna hai</w:t>
      </w:r>
    </w:p>
    <w:p>
      <w:pPr>
        <w:jc w:val="right"/>
      </w:pPr>
      <w:r>
        <w:t>نے کبھی وہاں یہ بات ہی نہیں کی کہ شریعت یہ نافذ ہمیں خدائی شریعت نافذ کرنا ہے</w:t>
      </w:r>
    </w:p>
    <w:p>
      <w:r>
        <w:rPr>
          <w:b/>
        </w:rPr>
        <w:t xml:space="preserve">[1:12:53] </w:t>
      </w:r>
      <w:r>
        <w:t>balkay badshah ki shariat ko maan liya</w:t>
      </w:r>
    </w:p>
    <w:p>
      <w:pPr>
        <w:jc w:val="right"/>
      </w:pPr>
      <w:r>
        <w:t>بلکہ بادشاہ کی شریعت کو مان لیا</w:t>
      </w:r>
    </w:p>
    <w:p>
      <w:r>
        <w:rPr>
          <w:b/>
        </w:rPr>
        <w:t xml:space="preserve">[1:12:57] </w:t>
      </w:r>
      <w:r>
        <w:t>quran mein ayat hai isi surah yusuf mein ma kaana liya khuda fi deen al malik</w:t>
      </w:r>
    </w:p>
    <w:p>
      <w:pPr>
        <w:jc w:val="right"/>
      </w:pPr>
      <w:r>
        <w:t>قران میں ایت ہے اسی سورہ یوسف میں ما کان لیاخذ اخا فی دین الملک</w:t>
      </w:r>
    </w:p>
    <w:p>
      <w:r>
        <w:rPr>
          <w:b/>
        </w:rPr>
        <w:t xml:space="preserve">[1:13:05] </w:t>
      </w:r>
      <w:r>
        <w:t>iska number bataiye in ko surah yusuf ka yeh number is ayat ka surah yusuf mein yeh</w:t>
      </w:r>
    </w:p>
    <w:p>
      <w:pPr>
        <w:jc w:val="right"/>
      </w:pPr>
      <w:r>
        <w:t>اس کا نمبر بتائیے ان کو سورہ یوسف کا یہ نمبر اس ایت کا سورہ یوسف میں یہ</w:t>
      </w:r>
    </w:p>
    <w:p>
      <w:r>
        <w:rPr>
          <w:b/>
        </w:rPr>
        <w:t xml:space="preserve">[1:13:10] </w:t>
      </w:r>
      <w:r>
        <w:t>ayat hai ke ma kaana liya</w:t>
      </w:r>
    </w:p>
    <w:p>
      <w:pPr>
        <w:jc w:val="right"/>
      </w:pPr>
      <w:r>
        <w:t>ایت ہے کہ ما کان لیاخذ</w:t>
      </w:r>
    </w:p>
    <w:p>
      <w:r>
        <w:rPr>
          <w:b/>
        </w:rPr>
        <w:t xml:space="preserve">[1:13:13] </w:t>
      </w:r>
      <w:r>
        <w:t>akha fi din al-malik illa inshallah</w:t>
      </w:r>
    </w:p>
    <w:p>
      <w:pPr>
        <w:jc w:val="right"/>
      </w:pPr>
      <w:r>
        <w:t>اخا فی دین الملک الا انشاءاللہ</w:t>
      </w:r>
    </w:p>
    <w:p>
      <w:r>
        <w:rPr>
          <w:b/>
        </w:rPr>
        <w:t xml:space="preserve">[1:13:21] </w:t>
      </w:r>
      <w:r>
        <w:t>surah yusuf ayat number 76 ma</w:t>
      </w:r>
    </w:p>
    <w:p>
      <w:pPr>
        <w:jc w:val="right"/>
      </w:pPr>
      <w:r>
        <w:t>سورہ یوسف ایت نمبر 76 ما</w:t>
      </w:r>
    </w:p>
    <w:p>
      <w:r>
        <w:rPr>
          <w:b/>
        </w:rPr>
        <w:t xml:space="preserve">[1:13:26] </w:t>
      </w:r>
      <w:r>
        <w:t>kaana ali ayat number 76 76 ji aap surah yusuf ki 76 dekhiye</w:t>
      </w:r>
    </w:p>
    <w:p>
      <w:pPr>
        <w:jc w:val="right"/>
      </w:pPr>
      <w:r>
        <w:t>کان علی ایت نمبر 76 76 جی اپ سورہ یوسف کی 76 دیکھیے</w:t>
      </w:r>
    </w:p>
    <w:p>
      <w:r>
        <w:rPr>
          <w:b/>
        </w:rPr>
        <w:t xml:space="preserve">[1:13:34] </w:t>
      </w:r>
      <w:r>
        <w:t>is mein yeh likha hua hai baqayda ke hazrat yusuf ne accept kar liya tha shariat ke muamle</w:t>
      </w:r>
    </w:p>
    <w:p>
      <w:pPr>
        <w:jc w:val="right"/>
      </w:pPr>
      <w:r>
        <w:t>اس میں یہ لکھا ہوا ہے باقاعدہ کہ حضرت یوسف نے ایکسیپٹ کر لیا تھا شریعت کے معاملے</w:t>
      </w:r>
    </w:p>
    <w:p>
      <w:r>
        <w:rPr>
          <w:b/>
        </w:rPr>
        <w:t xml:space="preserve">[1:13:42] </w:t>
      </w:r>
      <w:r>
        <w:t>mein badshah ke</w:t>
      </w:r>
    </w:p>
    <w:p>
      <w:pPr>
        <w:jc w:val="right"/>
      </w:pPr>
      <w:r>
        <w:t>میں بادشاہ کے</w:t>
      </w:r>
    </w:p>
    <w:p>
      <w:r>
        <w:rPr>
          <w:b/>
        </w:rPr>
        <w:t xml:space="preserve">[1:13:45] </w:t>
      </w:r>
      <w:r>
        <w:t>لا کو یہ کہاں یہ یہ یہ اسلام ہے جس کو آج کل کے دھوم مچا رکھا ہے</w:t>
      </w:r>
    </w:p>
    <w:p>
      <w:pPr>
        <w:jc w:val="right"/>
      </w:pPr>
      <w:r>
        <w:t>لا کو یہ کہاں یہ یہ یہ اسلام ہے جس کو اج کل کے دھوم مچا رکھا ہے</w:t>
      </w:r>
    </w:p>
    <w:p>
      <w:r>
        <w:rPr>
          <w:b/>
        </w:rPr>
        <w:t xml:space="preserve">[1:13:51] </w:t>
      </w:r>
      <w:r>
        <w:t>logon ne shariat shariat shariat</w:t>
      </w:r>
    </w:p>
    <w:p>
      <w:pPr>
        <w:jc w:val="right"/>
      </w:pPr>
      <w:r>
        <w:t>لوگوں نے شریعت شریعت شریعت</w:t>
      </w:r>
    </w:p>
    <w:p>
      <w:r>
        <w:rPr>
          <w:b/>
        </w:rPr>
        <w:t xml:space="preserve">[1:13:55] </w:t>
      </w:r>
      <w:r>
        <w:t>kahan hai woh islam yani best story woh hai quran mein jab ke peghambar ne madine mein apni</w:t>
      </w:r>
    </w:p>
    <w:p>
      <w:pPr>
        <w:jc w:val="right"/>
      </w:pPr>
      <w:r>
        <w:t>کہاں ہے وہ اسلام یعنی بیسٹ سٹوری وہ ہے قران میں جب کہ پیغمبر نے مدینے میں اپنی</w:t>
      </w:r>
    </w:p>
    <w:p>
      <w:r>
        <w:rPr>
          <w:b/>
        </w:rPr>
        <w:t xml:space="preserve">[1:14:03] </w:t>
      </w:r>
      <w:r>
        <w:t>jagah banai aur badshah ki shariat ko tasleem kar ke</w:t>
      </w:r>
    </w:p>
    <w:p>
      <w:pPr>
        <w:jc w:val="right"/>
      </w:pPr>
      <w:r>
        <w:t>جگہ بنائی اور بادشاہ کی شریعت کو تسلیم کر کے</w:t>
      </w:r>
    </w:p>
    <w:p>
      <w:r>
        <w:rPr>
          <w:b/>
        </w:rPr>
        <w:t xml:space="preserve">[1:14:09] </w:t>
      </w:r>
      <w:r>
        <w:t>aap ghor kijiye</w:t>
      </w:r>
    </w:p>
    <w:p>
      <w:pPr>
        <w:jc w:val="right"/>
      </w:pPr>
      <w:r>
        <w:t>اپ غور کیجئے</w:t>
      </w:r>
    </w:p>
    <w:p>
      <w:r>
        <w:rPr>
          <w:b/>
        </w:rPr>
        <w:t xml:space="preserve">[1:14:11] </w:t>
      </w:r>
      <w:r>
        <w:t>ke</w:t>
      </w:r>
    </w:p>
    <w:p>
      <w:pPr>
        <w:jc w:val="right"/>
      </w:pPr>
      <w:r>
        <w:t>کہ</w:t>
      </w:r>
    </w:p>
    <w:p>
      <w:r>
        <w:rPr>
          <w:b/>
        </w:rPr>
        <w:t xml:space="preserve">[1:14:12] </w:t>
      </w:r>
      <w:r>
        <w:t>quran is qisse ko best story kehta hai jismein ek paighambar ne badshah ke badshah ka jo</w:t>
      </w:r>
    </w:p>
    <w:p>
      <w:pPr>
        <w:jc w:val="right"/>
      </w:pPr>
      <w:r>
        <w:t>قران اس قصے کو بیسٹ سٹوری کہتا ہے جس میں ایک پیغمبر نے بادشاہ کے بادشاہ کا جو</w:t>
      </w:r>
    </w:p>
    <w:p>
      <w:r>
        <w:rPr>
          <w:b/>
        </w:rPr>
        <w:t xml:space="preserve">[1:14:20] </w:t>
      </w:r>
      <w:r>
        <w:t>system tha ismein apni jagah banai</w:t>
      </w:r>
    </w:p>
    <w:p>
      <w:pPr>
        <w:jc w:val="right"/>
      </w:pPr>
      <w:r>
        <w:t>سسٹم تھا اس میں اپنی جگہ بنائی</w:t>
      </w:r>
    </w:p>
    <w:p>
      <w:r>
        <w:rPr>
          <w:b/>
        </w:rPr>
        <w:t xml:space="preserve">[1:14:25] </w:t>
      </w:r>
      <w:r>
        <w:t>baqayda iska part tha woh</w:t>
      </w:r>
    </w:p>
    <w:p>
      <w:pPr>
        <w:jc w:val="right"/>
      </w:pPr>
      <w:r>
        <w:t>باقاعدہ اس کا پارٹ تھا وہ</w:t>
      </w:r>
    </w:p>
    <w:p>
      <w:r>
        <w:rPr>
          <w:b/>
        </w:rPr>
        <w:t xml:space="preserve">[1:14:28] </w:t>
      </w:r>
      <w:r>
        <w:t>badshah ka jo system tha wahan pe iska part bane woh lekin part bane kaise</w:t>
      </w:r>
    </w:p>
    <w:p>
      <w:pPr>
        <w:jc w:val="right"/>
      </w:pPr>
      <w:r>
        <w:t>بادشاہ کا جو سسٹم تھا وہاں پہ اس کا پارٹ بنے وہ لیکن پارٹ بنے کیسے</w:t>
      </w:r>
    </w:p>
    <w:p>
      <w:r>
        <w:rPr>
          <w:b/>
        </w:rPr>
        <w:t xml:space="preserve">[1:14:35] </w:t>
      </w:r>
      <w:r>
        <w:t>badshah ki jo shariat naafiz thi</w:t>
      </w:r>
    </w:p>
    <w:p>
      <w:pPr>
        <w:jc w:val="right"/>
      </w:pPr>
      <w:r>
        <w:t>بادشاہ کی جو شریعت نافذ تھی</w:t>
      </w:r>
    </w:p>
    <w:p>
      <w:r>
        <w:rPr>
          <w:b/>
        </w:rPr>
        <w:t xml:space="preserve">[1:14:40] </w:t>
      </w:r>
      <w:r>
        <w:t>isko accept kar liya</w:t>
      </w:r>
    </w:p>
    <w:p>
      <w:pPr>
        <w:jc w:val="right"/>
      </w:pPr>
      <w:r>
        <w:t>اس کو ایکسیپٹ کر لیا</w:t>
      </w:r>
    </w:p>
    <w:p>
      <w:r>
        <w:rPr>
          <w:b/>
        </w:rPr>
        <w:t xml:space="preserve">[1:14:43] </w:t>
      </w:r>
      <w:r>
        <w:t>accept kar ke theek hai jo aaj kal Muslim siyasi partiyan nikli hain aur shadi sehat karti hain</w:t>
      </w:r>
    </w:p>
    <w:p>
      <w:pPr>
        <w:jc w:val="right"/>
      </w:pPr>
      <w:r>
        <w:t>ایکسیپٹ کر کے ٹھیک یہ جو اج کل مسلم سیاسی پارٹیاں نکلی ہیں اور شادی صحت کرتی ہیں</w:t>
      </w:r>
    </w:p>
    <w:p>
      <w:r>
        <w:rPr>
          <w:b/>
        </w:rPr>
        <w:t xml:space="preserve">[1:14:50] </w:t>
      </w:r>
      <w:r>
        <w:t>woh toh bidat hai sab woh sab ka sab bidat hai iska islam se koi talluq nahi</w:t>
      </w:r>
    </w:p>
    <w:p>
      <w:pPr>
        <w:jc w:val="right"/>
      </w:pPr>
      <w:r>
        <w:t>وہ تو بدعت ہے سب وہ سب کا سب بدعت ہے اس کا اسلام سے کوئی تعلق نہیں</w:t>
      </w:r>
    </w:p>
    <w:p>
      <w:r>
        <w:rPr>
          <w:b/>
        </w:rPr>
        <w:t xml:space="preserve">[1:14:55] </w:t>
      </w:r>
      <w:r>
        <w:t>hai</w:t>
      </w:r>
    </w:p>
    <w:p>
      <w:pPr>
        <w:jc w:val="right"/>
      </w:pPr>
      <w:r>
        <w:t>ہے</w:t>
      </w:r>
    </w:p>
    <w:p>
      <w:r>
        <w:rPr>
          <w:b/>
        </w:rPr>
        <w:t xml:space="preserve">[1:14:59] </w:t>
      </w:r>
      <w:r>
        <w:t>okay so we we'll end today session if you want to become a quran distributor in your area then please write to us on info at cpsglobal dot o</w:t>
      </w:r>
    </w:p>
    <w:p>
      <w:pPr>
        <w:jc w:val="right"/>
      </w:pPr>
      <w:r>
        <w:t>اوکے سو وی ویل اینڈ ٹوڈے سیشن اف یو وانٹ ٹو بیکم ا قران ڈسٹریبیوٹر ان یور ایریا دین پلیز رائٹ ٹو اس ان انفو ایٹ سی پی ایس گلوبل ڈاٹ او</w:t>
      </w:r>
    </w:p>
    <w:p>
      <w:r>
        <w:rPr>
          <w:b/>
        </w:rPr>
        <w:t xml:space="preserve">[1:15:11] </w:t>
      </w:r>
      <w:r>
        <w:t>rg thank you for watching cps international.</w:t>
      </w:r>
    </w:p>
    <w:p>
      <w:pPr>
        <w:jc w:val="right"/>
      </w:pPr>
      <w:r>
        <w:t>ار جی تھینک یو فار واچنگ سی پی ایس انٹرنیشنل.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