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and the Modern Age June 3, 2007 - Maulana Wahiduddin Khan</w:t>
      </w:r>
    </w:p>
    <w:p>
      <w:r>
        <w:t>https://www.youtube.com/watch?v=yfJx3XZr3UA</w:t>
      </w:r>
    </w:p>
    <w:p>
      <w:r>
        <w:rPr>
          <w:b/>
        </w:rPr>
        <w:t xml:space="preserve">[00:13] </w:t>
      </w:r>
      <w:r>
        <w:t>bismillah-ur-rehman-ur-rahim, wasallallahu ala-n-nabiyyil karim. rab-ish-rah-li sadri, wa yassir-li amri, wah-lul-uqdatan-min-lisani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[00:33] </w:t>
      </w:r>
      <w:r>
        <w:t>aaj ka topic hai: islam and modern age.</w:t>
      </w:r>
    </w:p>
    <w:p>
      <w:pPr>
        <w:jc w:val="right"/>
      </w:pPr>
      <w:r>
        <w:t>آج کا ٹاپک ہے: اسلام اینڈ ماڈرن ایج۔</w:t>
      </w:r>
    </w:p>
    <w:p>
      <w:r>
        <w:rPr>
          <w:b/>
        </w:rPr>
        <w:t xml:space="preserve">[00:45] </w:t>
      </w:r>
      <w:r>
        <w:t>main apne bachpan se is subject par cheezain parhta raha hoon. pehle main parhta tha urdu mein, phir main parhne laga arabic mein aur english mein.</w:t>
      </w:r>
    </w:p>
    <w:p>
      <w:pPr>
        <w:jc w:val="right"/>
      </w:pPr>
      <w:r>
        <w:t>میں اپنے بچپن سے اس سبجیکٹ پر چیزیں پڑھتا رہا ہوں۔ پہلے میں پڑھتا تھا اردو میں، پھر میں پڑھنے لگا عربک میں اور انگلش میں۔</w:t>
      </w:r>
    </w:p>
    <w:p>
      <w:r>
        <w:rPr>
          <w:b/>
        </w:rPr>
        <w:t xml:space="preserve">[01:00] </w:t>
      </w:r>
      <w:r>
        <w:t>lekin aaj tak mujhe in kitabon se, in articles se yeh clear nahi hua ke yeh writers kya kehna chahte hain.</w:t>
      </w:r>
    </w:p>
    <w:p>
      <w:pPr>
        <w:jc w:val="right"/>
      </w:pPr>
      <w:r>
        <w:t>لیکن آج تک مجھے ان کتابوں سے، ان آرٹیکلز سے یہ کلیئر نہیں ہوا کہ یہ رائٹرز کیا کہنا چاہتے ہیں۔</w:t>
      </w:r>
    </w:p>
    <w:p>
      <w:r>
        <w:rPr>
          <w:b/>
        </w:rPr>
        <w:t xml:space="preserve">[01:14] </w:t>
      </w:r>
      <w:r>
        <w:t>kuch bhi clear nahi, sab confusion hi confusion. sab se bari baat yeh hai ke aap analysis karen. analysis kar ke batain ke islam kya hai, modern age kya hai.</w:t>
      </w:r>
    </w:p>
    <w:p>
      <w:pPr>
        <w:jc w:val="right"/>
      </w:pPr>
      <w:r>
        <w:t>کچھ بھی کلیئر نہیں، سب کنفیوژن ہی کنفیوژن۔ سب سے بڑی بات یہ ہے کہ آپ انالیسز کریں۔ انالیسز کر کے بتائیں کہ اسلام کیا ہے، ماڈرن ایج کیا ہے۔</w:t>
      </w:r>
    </w:p>
    <w:p>
      <w:r>
        <w:rPr>
          <w:b/>
        </w:rPr>
        <w:t xml:space="preserve">[01:28] </w:t>
      </w:r>
      <w:r>
        <w:t>aur phir batain ke dono mein kya problem hai, hai ya nahi hai. to jaise, for example, ek kitab chhapi hai bombay se, ek bohat well known writer thay,</w:t>
      </w:r>
    </w:p>
    <w:p>
      <w:pPr>
        <w:jc w:val="right"/>
      </w:pPr>
      <w:r>
        <w:t>اور پھر بتائیں کہ دونوں میں کیا پرابلم ہے، ہے یا نہیں ہے۔ تو جیسے، فار ایگزامپل، ایک کتاب چھپی ہے بمبئی سے، ایک بہت ویل نون رائٹر تھے،</w:t>
      </w:r>
    </w:p>
    <w:p>
      <w:r>
        <w:rPr>
          <w:b/>
        </w:rPr>
        <w:t xml:space="preserve">[01:49] </w:t>
      </w:r>
      <w:r>
        <w:t>aa aa aa faizi. wo three a faizi kaha jata tha un ko. bohat achi english thi un ki, ab un ka intaqal ho chuka hai.</w:t>
      </w:r>
    </w:p>
    <w:p>
      <w:pPr>
        <w:jc w:val="right"/>
      </w:pPr>
      <w:r>
        <w:t>اے اے اے فیضی۔ وہ تھری اے فیضی کہا جاتا تھا ان کو۔ بہت اچھی انگلش تھی ان کی، اب ان کا انتقال ہو چکا ہے۔</w:t>
      </w:r>
    </w:p>
    <w:p>
      <w:r>
        <w:rPr>
          <w:b/>
        </w:rPr>
        <w:t xml:space="preserve">[02:01] </w:t>
      </w:r>
      <w:r>
        <w:t>to un ki kitab hai: "a modern approach to islam".</w:t>
      </w:r>
    </w:p>
    <w:p>
      <w:pPr>
        <w:jc w:val="right"/>
      </w:pPr>
      <w:r>
        <w:t>تو ان کی کتاب ہے: "ا ماڈرن اپروچ ٹو اسلام"۔</w:t>
      </w:r>
    </w:p>
    <w:p>
      <w:r>
        <w:rPr>
          <w:b/>
        </w:rPr>
        <w:t xml:space="preserve">[02:08] </w:t>
      </w:r>
      <w:r>
        <w:t>"a modern approach to islam". is kitab ko parh kar main to yahi samjha ke is mein koi wo message nahi de paye.</w:t>
      </w:r>
    </w:p>
    <w:p>
      <w:pPr>
        <w:jc w:val="right"/>
      </w:pPr>
      <w:r>
        <w:t>"ا ماڈرن اپروچ ٹو اسلام"۔ اس کتاب کو پڑھ کر میں تو یہی سمجھا کہ اس میں کوئی وہ میسج نہیں دے پائے۔</w:t>
      </w:r>
    </w:p>
    <w:p>
      <w:r>
        <w:rPr>
          <w:b/>
        </w:rPr>
        <w:t xml:space="preserve">[02:19] </w:t>
      </w:r>
      <w:r>
        <w:t>koi message nahi de paye. parh kar ke aadmi kuch samajhta nahi ke kya karna hai, kya nahi karna hai. aisi bohat sari cheezain chhapi hain.</w:t>
      </w:r>
    </w:p>
    <w:p>
      <w:pPr>
        <w:jc w:val="right"/>
      </w:pPr>
      <w:r>
        <w:t>کوئی میسج نہیں دے پائے۔ پڑھ کر کے آدمی کچھ سمجھتا نہیں کہ کیا کرنا ہے، کیا نہیں کرنا ہے۔ ایسی بہت ساری چیزیں چھپی ہیں۔</w:t>
      </w:r>
    </w:p>
    <w:p>
      <w:r>
        <w:rPr>
          <w:b/>
        </w:rPr>
        <w:t xml:space="preserve">[02:30] </w:t>
      </w:r>
      <w:r>
        <w:t>beh-haal dekhen, pehli baat yeh hai ke islam kya hai. islam koi cultural tradition nahi hai.</w:t>
      </w:r>
    </w:p>
    <w:p>
      <w:pPr>
        <w:jc w:val="right"/>
      </w:pPr>
      <w:r>
        <w:t>بہرحال دیکھیں، پہلی بات یہ ہے کہ اسلام کیا ہے۔ اسلام کوئی کلچرل ٹریڈیشن نہیں ہے۔</w:t>
      </w:r>
    </w:p>
    <w:p>
      <w:r>
        <w:rPr>
          <w:b/>
        </w:rPr>
        <w:t xml:space="preserve">[02:43] </w:t>
      </w:r>
      <w:r>
        <w:t>islam ek eternal principle hai, just like law of nature.</w:t>
      </w:r>
    </w:p>
    <w:p>
      <w:pPr>
        <w:jc w:val="right"/>
      </w:pPr>
      <w:r>
        <w:t>اسلام ایک ایٹرنل پرنسپل ہے، جسٹ لائک لاء آف نیچر۔</w:t>
      </w:r>
    </w:p>
    <w:p>
      <w:r>
        <w:rPr>
          <w:b/>
        </w:rPr>
        <w:t xml:space="preserve">[02:53] </w:t>
      </w:r>
      <w:r>
        <w:t>aap jante hain ke law of nature jo hai wo eternal hai. zamane ke badalne se is mein koi farq nahi aata.</w:t>
      </w:r>
    </w:p>
    <w:p>
      <w:pPr>
        <w:jc w:val="right"/>
      </w:pPr>
      <w:r>
        <w:t>آپ جانتے ہیں کہ لاء آف نیچر جو ہے وہ ایٹرنل ہے۔ زمانے کے بدلنے سے اس میں کوئی فرق نہیں آتا۔</w:t>
      </w:r>
    </w:p>
    <w:p>
      <w:r>
        <w:rPr>
          <w:b/>
        </w:rPr>
        <w:t xml:space="preserve">[03:03] </w:t>
      </w:r>
      <w:r>
        <w:t>koi farq nahi aata. law of nature jo hai wo eternal hai. khuda ki taraf se is ko qaim kiya gaya hai.</w:t>
      </w:r>
    </w:p>
    <w:p>
      <w:pPr>
        <w:jc w:val="right"/>
      </w:pPr>
      <w:r>
        <w:t>کوئی فرق نہیں آتا۔ لاء آف نیچر جو ہے وہ ایٹرنل ہے۔ خدا کی طرف سے اس کو قائم کیا گیا ہے۔</w:t>
      </w:r>
    </w:p>
    <w:p>
      <w:r>
        <w:rPr>
          <w:b/>
        </w:rPr>
        <w:t xml:space="preserve">[03:14] </w:t>
      </w:r>
      <w:r>
        <w:t>isi tarah se islam jo hai wo bhi khuda hi ka qaim kiya hua hai. wo bhi eternal hai, isi tarah jis tarah law of nature eternal hai.</w:t>
      </w:r>
    </w:p>
    <w:p>
      <w:pPr>
        <w:jc w:val="right"/>
      </w:pPr>
      <w:r>
        <w:t>اسی طرح سے اسلام جو ہے وہ بھی خدا ہی کا قائم کیا ہوا ہے۔ وہ بھی ایٹرنل ہے، اسی طرح جس طرح لاء آف نیچر ایٹرنل ہے۔</w:t>
      </w:r>
    </w:p>
    <w:p>
      <w:r>
        <w:rPr>
          <w:b/>
        </w:rPr>
        <w:t xml:space="preserve">[03:25] </w:t>
      </w:r>
      <w:r>
        <w:t>isi liye aap quran ko parhen to quran mein aap ko sirf basic principles milen ge. kisi bhi cheez ki detail nahi mile gi.</w:t>
      </w:r>
    </w:p>
    <w:p>
      <w:pPr>
        <w:jc w:val="right"/>
      </w:pPr>
      <w:r>
        <w:t>اسی لیے آپ قرآن کو پڑھیں تو قرآن میں آپ کو صرف بیسک پرنسپلز ملیں گے۔ کسی بھی چیز کی ڈیٹیل نہیں ملے گی۔</w:t>
      </w:r>
    </w:p>
    <w:p>
      <w:r>
        <w:rPr>
          <w:b/>
        </w:rPr>
        <w:t xml:space="preserve">[03:36] </w:t>
      </w:r>
      <w:r>
        <w:t>kyun ke eternal principle jo hota hai wo hamesha fundamentals ko deal karta hai. details mein nahi jata. kyun ke details jo hain wo badalte rehte hain.</w:t>
      </w:r>
    </w:p>
    <w:p>
      <w:pPr>
        <w:jc w:val="right"/>
      </w:pPr>
      <w:r>
        <w:t>کیونکہ ایٹرنل پرنسپل جو ہوتا ہے وہ ہمیشہ فنڈامینٹلز کو ڈیل کرتا ہے۔ ڈیٹیلز میں نہیں جاتا۔ کیونکہ ڈیٹیلز جو ہیں وہ بدلتے رہتے ہیں۔</w:t>
      </w:r>
    </w:p>
    <w:p>
      <w:r>
        <w:rPr>
          <w:b/>
        </w:rPr>
        <w:t xml:space="preserve">[03:51] </w:t>
      </w:r>
      <w:r>
        <w:t>jaise pani hai, pehle zamane mein pani rakha jata tha pathar ke bartan mein. phir log rakhne lage mitti ke bartan mein.</w:t>
      </w:r>
    </w:p>
    <w:p>
      <w:pPr>
        <w:jc w:val="right"/>
      </w:pPr>
      <w:r>
        <w:t>جیسے پانی ہے، پہلے زمانے میں پانی رکھا جاتا تھا پتھر کے برتن میں۔ پھر لوگ رکھنے لگے مٹی کے برتن میں۔</w:t>
      </w:r>
    </w:p>
    <w:p>
      <w:r>
        <w:rPr>
          <w:b/>
        </w:rPr>
        <w:t xml:space="preserve">[04:04] </w:t>
      </w:r>
      <w:r>
        <w:t>hamare bachpan ke zamane mein rakha jata tha lakri ke bartan mein. ab hum is ko rakhte hain stainless glass mein ya shishe ke glass mein.</w:t>
      </w:r>
    </w:p>
    <w:p>
      <w:pPr>
        <w:jc w:val="right"/>
      </w:pPr>
      <w:r>
        <w:t>ہمارے بچپن کے زمانے میں رکھا جاتا تھا لکڑی کے برتن میں۔ اب ہم اس کو رکھتے ہیں اسٹین لیس گلاس میں یا شیشے کے گلاس میں۔</w:t>
      </w:r>
    </w:p>
    <w:p>
      <w:r>
        <w:rPr>
          <w:b/>
        </w:rPr>
        <w:t xml:space="preserve">[04:15] </w:t>
      </w:r>
      <w:r>
        <w:t>to pani to wahi ka wahi hai, pani to nahi badla. container badalta raha.</w:t>
      </w:r>
    </w:p>
    <w:p>
      <w:pPr>
        <w:jc w:val="right"/>
      </w:pPr>
      <w:r>
        <w:t>تو پانی تو وہی کا وہی ہے، پانی تو نہیں بدلا۔ کنٹینر بدلتا رہا۔</w:t>
      </w:r>
    </w:p>
    <w:p>
      <w:r>
        <w:rPr>
          <w:b/>
        </w:rPr>
        <w:t xml:space="preserve">[04:23] </w:t>
      </w:r>
      <w:r>
        <w:t>to quran mein isi liye kisi bhi cheez ki details nahi hain. sirf fundamentals hain, aur fundamentals kabhi badalte nahi.</w:t>
      </w:r>
    </w:p>
    <w:p>
      <w:pPr>
        <w:jc w:val="right"/>
      </w:pPr>
      <w:r>
        <w:t>تو قرآن میں اسی لیے کسی بھی چیز کی ڈیٹیلز نہیں ہیں۔ صرف فنڈامینٹلز ہیں، اور فنڈامینٹلز کبھی بدلتے نہیں۔</w:t>
      </w:r>
    </w:p>
    <w:p>
      <w:r>
        <w:rPr>
          <w:b/>
        </w:rPr>
        <w:t xml:space="preserve">[04:34] </w:t>
      </w:r>
      <w:r>
        <w:t>ab jo hai modern age. modern age kya hai. dekhen modern age mere nazdeek is ke teen aspects hain.</w:t>
      </w:r>
    </w:p>
    <w:p>
      <w:pPr>
        <w:jc w:val="right"/>
      </w:pPr>
      <w:r>
        <w:t>اب جو ہے ماڈرن ایج۔ ماڈرن ایج کیا ہے۔ دیکھیں ماڈرن ایج میرے نزدیک اس کے تین آسپیکٹ ہیں۔</w:t>
      </w:r>
    </w:p>
    <w:p>
      <w:r>
        <w:rPr>
          <w:b/>
        </w:rPr>
        <w:t xml:space="preserve">[04:50] </w:t>
      </w:r>
      <w:r>
        <w:t>ek hai modern culture, ek hai modern philosophy, ek hai modern science. basically inhi teen cheezon ke se mil kar wo cheez banti hai jis ko hum kehte hain modern age.</w:t>
      </w:r>
    </w:p>
    <w:p>
      <w:pPr>
        <w:jc w:val="right"/>
      </w:pPr>
      <w:r>
        <w:t>ایک ہے ماڈرن کلچر، ایک ہے ماڈرن فلاسفی، ایک ہے ماڈرن سائنس۔ بیسکلی انہی تین چیزوں کے سے مل کر وہ چیز بنتی ہے جس کو ہم کہتے ہیں ماڈرن ایج۔</w:t>
      </w:r>
    </w:p>
    <w:p>
      <w:r>
        <w:rPr>
          <w:b/>
        </w:rPr>
        <w:t xml:space="preserve">[05:10] </w:t>
      </w:r>
      <w:r>
        <w:t>ab aap ek ek kar ke dekhen. jahan tak main samajhta hoon,</w:t>
      </w:r>
    </w:p>
    <w:p>
      <w:pPr>
        <w:jc w:val="right"/>
      </w:pPr>
      <w:r>
        <w:t>اب آپ ایک ایک کر کے دیکھیں۔ جہاں تک میں سمجھتا ہوں،</w:t>
      </w:r>
    </w:p>
    <w:p>
      <w:r>
        <w:rPr>
          <w:b/>
        </w:rPr>
        <w:t xml:space="preserve">[05:18] </w:t>
      </w:r>
      <w:r>
        <w:t>modern culture jo hai is mein fifty fifty ka mamla hai. kuch cheezain aisi hain jo islam ke accept nahi kare ga islam jis ko.</w:t>
      </w:r>
    </w:p>
    <w:p>
      <w:pPr>
        <w:jc w:val="right"/>
      </w:pPr>
      <w:r>
        <w:t>ماڈرن کلچر جو ہے اس میں ففٹی ففٹی کا معاملہ ہے۔ کچھ چیزیں ایسی ہیں جو اسلام کے ایکسیپٹ نہیں کرے گا اسلام جس کو۔</w:t>
      </w:r>
    </w:p>
    <w:p>
      <w:r>
        <w:rPr>
          <w:b/>
        </w:rPr>
        <w:t xml:space="preserve">[05:31] </w:t>
      </w:r>
      <w:r>
        <w:t>kuch cheezain hain is ko accept kare ga. jaise aaj kal jo culture hai is mein time ki bohat importance di jati hai.</w:t>
      </w:r>
    </w:p>
    <w:p>
      <w:pPr>
        <w:jc w:val="right"/>
      </w:pPr>
      <w:r>
        <w:t>کچھ چیزیں ہیں اس کو ایکسیپٹ کرے گا۔ جیسے آج کل جو کلچر ہے اس میں ٹائم کی بہت امپورٹنس دی جاتی ہے۔</w:t>
      </w:r>
    </w:p>
    <w:p>
      <w:r>
        <w:rPr>
          <w:b/>
        </w:rPr>
        <w:t xml:space="preserve">[05:40] </w:t>
      </w:r>
      <w:r>
        <w:t>discipline ko bohat ziyada importance di jati hai. jaise Europe America mein aap jaen to wahan par aadmi</w:t>
      </w:r>
    </w:p>
    <w:p>
      <w:pPr>
        <w:jc w:val="right"/>
      </w:pPr>
      <w:r>
        <w:t>ڈسپلن کو بہت زیادہ امپورٹنس دی جاتی ہے۔ جیسے یورپ امریکہ میں آپ جائیں تو وہاں پر آدمی</w:t>
      </w:r>
    </w:p>
    <w:p>
      <w:r>
        <w:rPr>
          <w:b/>
        </w:rPr>
        <w:t xml:space="preserve">[05:49] </w:t>
      </w:r>
      <w:r>
        <w:t>gaari chalaye ga to horn nahin bajaye ga. in ka discipline yeh hai ke shor mat karo. main aik baar New York mein aik library mein gaya.</w:t>
      </w:r>
    </w:p>
    <w:p>
      <w:pPr>
        <w:jc w:val="right"/>
      </w:pPr>
      <w:r>
        <w:t>گاڑی چلائے گا تو ہارن نہیں بجائے گا۔ ان کا ڈسپلن یہ ہے کہ شور مت کرو۔ میں ایک بار نیویارک میں ایک لائبریری میں گیا۔</w:t>
      </w:r>
    </w:p>
    <w:p>
      <w:r>
        <w:rPr>
          <w:b/>
        </w:rPr>
        <w:t xml:space="preserve">[06:03] </w:t>
      </w:r>
      <w:r>
        <w:t>to main ne dekha ke aik larki aai hai jo bilkul modern larki thi woh. modern larki.</w:t>
      </w:r>
    </w:p>
    <w:p>
      <w:pPr>
        <w:jc w:val="right"/>
      </w:pPr>
      <w:r>
        <w:t>تو میں نے دیکھا کہ ایک لڑکی آئی ہے جو بالکل ماڈرن لڑکی تھی وہ۔ ماڈرن لڑکی۔</w:t>
      </w:r>
    </w:p>
    <w:p>
      <w:r>
        <w:rPr>
          <w:b/>
        </w:rPr>
        <w:t xml:space="preserve">[06:11] </w:t>
      </w:r>
      <w:r>
        <w:t>hum India mein dekhte hain ke larkiyan aati hain to kursi khenchti hain itne zor se ke wahan tak awaz ho. baithen ge to dhar se baithen ge ke sab log sun len aas paas ki.</w:t>
      </w:r>
    </w:p>
    <w:p>
      <w:pPr>
        <w:jc w:val="right"/>
      </w:pPr>
      <w:r>
        <w:t>ہم انڈیا میں دیکھتے ہیں کہ لڑکیاں آتی ہیں تو کرسی کھینچتی ہیں اتنے زور سے کہ وہاں تک آواز جائے۔ بیٹھیں گے تو دھڑ سے بیٹھیں گے کہ سب لوگ سن لیں آس پاس کی۔</w:t>
      </w:r>
    </w:p>
    <w:p>
      <w:r>
        <w:rPr>
          <w:b/>
        </w:rPr>
        <w:t xml:space="preserve">[06:23] </w:t>
      </w:r>
      <w:r>
        <w:t>wahan main ne dekha ke woh larki aai. zara bhi awaz nahin lagi mujhe ke kursi khenchi thi ya nahin khenchi thi us ne.</w:t>
      </w:r>
    </w:p>
    <w:p>
      <w:pPr>
        <w:jc w:val="right"/>
      </w:pPr>
      <w:r>
        <w:t>وہاں میں نے دیکھا کہ وہ لڑکی آئی۔ ذرا بھی آواز نہیں لگی مجھے کہ کرسی کھینچی تھی یا نہیں کھینچی تھی اس نے۔</w:t>
      </w:r>
    </w:p>
    <w:p>
      <w:r>
        <w:rPr>
          <w:b/>
        </w:rPr>
        <w:t xml:space="preserve">[06:33] </w:t>
      </w:r>
      <w:r>
        <w:t>bohat ahistagi se woh baith gai. is ke baad us ne kisi magazine ko, aik kitaab ko liya. to is ka jo is ka woh jo pannah paltati thi, jo is ka waraq paltati thi, itne dheere se ke zara bhi koi is mein awaz na ho.</w:t>
      </w:r>
    </w:p>
    <w:p>
      <w:pPr>
        <w:jc w:val="right"/>
      </w:pPr>
      <w:r>
        <w:t>بہت آہستگی سے وہ بیٹھ گئی۔ اس کے بعد اس نے کسی میگزین کو، ایک کتاب کو لیا۔ تو اس کا جو اس کا وہ جو پنہ پلٹتی تھی، جو اس کا ورق پلٹتی تھی، اتنے دھیرے سے کہ ذرا بھی کوئی اس میں آواز نہ ہو۔</w:t>
      </w:r>
    </w:p>
    <w:p>
      <w:r>
        <w:rPr>
          <w:b/>
        </w:rPr>
        <w:t xml:space="preserve">[06:52] </w:t>
      </w:r>
      <w:r>
        <w:t>to shor paida karne ko woh bohat bara sin samajhte hain. isi liye baat karen ge aapas mein to whisper ke roop mein karen ge.</w:t>
      </w:r>
    </w:p>
    <w:p>
      <w:pPr>
        <w:jc w:val="right"/>
      </w:pPr>
      <w:r>
        <w:t>تو شور پیدا کرنے کو وہ بہت بڑا سین سمجھتے ہیں۔ اسی لیے بات کریں گے آپس میں تو وسپر کے روپ میں کریں گے۔</w:t>
      </w:r>
    </w:p>
    <w:p>
      <w:r>
        <w:rPr>
          <w:b/>
        </w:rPr>
        <w:t xml:space="preserve">[07:02] </w:t>
      </w:r>
      <w:r>
        <w:t>jaise hamare haan hota hai waisa nahin karte woh log baat cheet. yeh saare developed countries mein aisa hai. to yeh bohat acha, acha, bohat achi cheez hai yeh.</w:t>
      </w:r>
    </w:p>
    <w:p>
      <w:pPr>
        <w:jc w:val="right"/>
      </w:pPr>
      <w:r>
        <w:t>جیسے ہمارے ہاں ہوتا ہے ویسا نہیں کرتے وہ لوگ بات چیت۔ یہ سارے ڈویلپڈ کنٹریز میں ایسا ہے۔ تو یہ بہت اچھا، اچھا، بہت اچھی چیز ہے یہ۔</w:t>
      </w:r>
    </w:p>
    <w:p>
      <w:r>
        <w:rPr>
          <w:b/>
        </w:rPr>
        <w:t xml:space="preserve">[07:14] </w:t>
      </w:r>
      <w:r>
        <w:t>Islam mein bhi is ko apnana chahiye. agarche abhi tak yeh Muslim culture, jo modern Muslim culture hai, is ka part nahin banaya yeh. lekin yeh agar banayen hum to yeh bohat acha hoga yeh.</w:t>
      </w:r>
    </w:p>
    <w:p>
      <w:pPr>
        <w:jc w:val="right"/>
      </w:pPr>
      <w:r>
        <w:t>اسلام میں بھی اس کو اپنانا چاہیے۔ اگرچہ ابھی تک یہ مسلم کلچر، جو ماڈرن مسلم کلچر ہے، اس کا پارٹ نہیں بنایا یہ۔ لیکن یہ اگر بنائیں ہم تو یہ بہت اچھا ہوگا یہ۔</w:t>
      </w:r>
    </w:p>
    <w:p>
      <w:r>
        <w:rPr>
          <w:b/>
        </w:rPr>
        <w:t xml:space="preserve">[07:28] </w:t>
      </w:r>
      <w:r>
        <w:t>yani self discipline, self control, doosron ke liye problem na banna. yeh hai modern culture ka bohat hi important part hai.</w:t>
      </w:r>
    </w:p>
    <w:p>
      <w:pPr>
        <w:jc w:val="right"/>
      </w:pPr>
      <w:r>
        <w:t>یعنی سیلف ڈسپلن، سیلف کنٹرول، دوسروں کے لیے پرابلم نہ بننا۔ یہ ہے ماڈرن کلچر کا بہت ہی امپورٹنٹ پارٹ ہے۔</w:t>
      </w:r>
    </w:p>
    <w:p>
      <w:r>
        <w:rPr>
          <w:b/>
        </w:rPr>
        <w:t xml:space="preserve">[07:40] </w:t>
      </w:r>
      <w:r>
        <w:t>doosron ke liye problem na bano. jaise main ne is se pehle aap ko aik aik qissa bataya tha ke jab America jab azaad hua to aik American aadmi nikla road par to apna haath aise aise hilate hue ja raha tha to is ka haath kisi ki naak se lara.</w:t>
      </w:r>
    </w:p>
    <w:p>
      <w:pPr>
        <w:jc w:val="right"/>
      </w:pPr>
      <w:r>
        <w:t>دوسروں کے لیے پرابلم نہ بنو۔ جیسے میں نے اس سے پہلے آپ کو ایک ایک قصہ بتایا تھا کہ جب امریکہ جب آزاد ہوا تو ایک امریکن آدمی نکلا روڈ پر تو اپنا ہاتھ ایسے ایسے ہلاتے ہوئے جا رہا تھا تو اس کا ہاتھ کسی کی ناک سے لڑ گیا۔</w:t>
      </w:r>
    </w:p>
    <w:p>
      <w:r>
        <w:rPr>
          <w:b/>
        </w:rPr>
        <w:t xml:space="preserve">[08:06] </w:t>
      </w:r>
      <w:r>
        <w:t>to us aadmi ne kaha ke "What is this nonsense</w:t>
      </w:r>
    </w:p>
    <w:p>
      <w:pPr>
        <w:jc w:val="right"/>
      </w:pPr>
      <w:r>
        <w:t>تو اس آدمی نے کہا کہ "What is this nonsense</w:t>
      </w:r>
    </w:p>
    <w:p>
      <w:r>
        <w:rPr>
          <w:b/>
        </w:rPr>
        <w:t xml:space="preserve">[08:09] </w:t>
      </w:r>
      <w:r>
        <w:t>? Why you hit my nose?" us ne kaha ke "azaadi, aaj hum azaad hain. America ko azaadi mili hai to hum azaadi ke sath karen ge jo jo bhi chahen ge karen ge." to us ne bohat hi politely kaha ke "My brother,</w:t>
      </w:r>
    </w:p>
    <w:p>
      <w:pPr>
        <w:jc w:val="right"/>
      </w:pPr>
      <w:r>
        <w:t>? Why you hit my nose?" اس نے کہا کہ "آزادی، آج ہم آزاد ہیں۔ امریکہ کو آزادی ملی ہے تو ہم آزادی کے ساتھ کریں گے جو جو بھی چاہیں گے کریں گے۔" تو اس نے بہت ہی پلائٹلی کہا کہ "My brother,</w:t>
      </w:r>
    </w:p>
    <w:p>
      <w:r>
        <w:rPr>
          <w:b/>
        </w:rPr>
        <w:t xml:space="preserve">[08:31] </w:t>
      </w:r>
      <w:r>
        <w:t>your freedom ends where my nose begins." yeh hai modern culture. main</w:t>
      </w:r>
    </w:p>
    <w:p>
      <w:pPr>
        <w:jc w:val="right"/>
      </w:pPr>
      <w:r>
        <w:t>your freedom ends where my nose begins." یہ ہے ماڈرن کلچر۔ میں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