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Living with Angels August 6, 2023</w:t>
      </w:r>
    </w:p>
    <w:p>
      <w:r>
        <w:t>https://youtu.be/1WO5xChgrXM</w:t>
      </w:r>
    </w:p>
    <w:p>
      <w:r>
        <w:rPr>
          <w:b/>
        </w:rPr>
        <w:t xml:space="preserve">[00:10] </w:t>
      </w:r>
      <w:r>
        <w:t>assalam o alaikum. today we will have conversation with professor farida khanoom on the topic "living with the angels". according to the quran, god has created and ideal world called paradise.</w:t>
      </w:r>
    </w:p>
    <w:p>
      <w:pPr>
        <w:jc w:val="right"/>
      </w:pPr>
      <w:r>
        <w:t>السلام علیکم۔ ٹوڈے وی ویل ہیو کانورسیشن ود پروفیسر فریدہ خانم آن دا ٹاپک "لیونگ ود دی اینجلز"۔ اکارڈنگ ٹو دا قرآن، گاڈ ہیز کریٹڈ اینڈ آئیڈیل ورلڈ کالڈ پیراڈائز۔</w:t>
      </w:r>
    </w:p>
    <w:p>
      <w:r>
        <w:rPr>
          <w:b/>
        </w:rPr>
        <w:t xml:space="preserve">[00:25] </w:t>
      </w:r>
      <w:r>
        <w:t>paradise has a beginning, but it has no end. it is a perfect eternal world and the final destination for all believers.</w:t>
      </w:r>
    </w:p>
    <w:p>
      <w:pPr>
        <w:jc w:val="right"/>
      </w:pPr>
      <w:r>
        <w:t>پیراڈائز ہیز ا بگننگ، بٹ اٹ ہیز نو اینڈ۔ اٹ از ا پرفیکٹ ایٹرنل ورلڈ اینڈ دا فائنل ڈیسٹینیشن فار آل بیلیورز۔</w:t>
      </w:r>
    </w:p>
    <w:p>
      <w:r>
        <w:rPr>
          <w:b/>
        </w:rPr>
        <w:t xml:space="preserve">[00:35] </w:t>
      </w:r>
      <w:r>
        <w:t>god has also created this planet earth. he</w:t>
      </w:r>
    </w:p>
    <w:p>
      <w:pPr>
        <w:jc w:val="right"/>
      </w:pPr>
      <w:r>
        <w:t>گاڈ ہیز السو کریٹڈ دس پلینٹ ارتھ۔ ہی</w:t>
      </w:r>
    </w:p>
    <w:p>
      <w:r>
        <w:rPr>
          <w:b/>
        </w:rPr>
        <w:t xml:space="preserve">[00:38] </w:t>
      </w:r>
      <w:r>
        <w:t>created man and woman and settled them on the planet earth. he bestowed on them freedom of choice. then he send prophets from time to time for all races to guide humanity on what is wrong and what is right, on what is good and what is bad.</w:t>
      </w:r>
    </w:p>
    <w:p>
      <w:pPr>
        <w:jc w:val="right"/>
      </w:pPr>
      <w:r>
        <w:t>کریٹڈ مین اینڈ وومن اینڈ سیٹلڈ دیم آن دا پلینٹ ارتھ۔ ہی بسٹوڈ آن دیم فریڈم آف چوائس۔ دین ہی سینڈ پرافٹس فرام ٹائم ٹو ٹائم فار آل ریسز ٹو گائیڈ ہیومینٹی آن واٹ از رونگ اینڈ واٹ از رائٹ، آن واٹ از گڈ اینڈ واٹ از بیڈ۔</w:t>
      </w:r>
    </w:p>
    <w:p>
      <w:r>
        <w:rPr>
          <w:b/>
        </w:rPr>
        <w:t xml:space="preserve">[00:59] </w:t>
      </w:r>
      <w:r>
        <w:t>this piece of guidance is not to be followed at a compulsive level, but individuals have to develop moral consciousness and develop a thinking so that they can lead a god oriented life and be on the straight path.</w:t>
      </w:r>
    </w:p>
    <w:p>
      <w:pPr>
        <w:jc w:val="right"/>
      </w:pPr>
      <w:r>
        <w:t>دس پیس آف گائیڈنس از ناٹ ٹو بی فالوڈ ایٹ ا کمپلسو لیول، بٹ انڈیویجولز ہیو ٹو ڈیویلپ مورل کانشیسنس اینڈ ڈیویلپ ا تھنکنگ سو دیٹ دے کین لیڈ ا گاڈ اورینٹڈ لائف اینڈ بی آن دا سٹریٹ پاتھ۔</w:t>
      </w:r>
    </w:p>
    <w:p>
      <w:r>
        <w:rPr>
          <w:b/>
        </w:rPr>
        <w:t xml:space="preserve">[01:16] </w:t>
      </w:r>
      <w:r>
        <w:t>so god set up a very comprehensive recording system, angels, who observe us, support us, and record every deed, every action, conduct, behavior with one another.</w:t>
      </w:r>
    </w:p>
    <w:p>
      <w:pPr>
        <w:jc w:val="right"/>
      </w:pPr>
      <w:r>
        <w:t>سو گاڈ سیٹ اپ ا ویری کمپرہینسو ریکارڈنگ سسٹم، اینجلز، ہو آبزرو اس، سپورٹ اس، اینڈ ریکارڈ ایوری ڈیڈ، ایوری ایکشن، کنڈکٹ، بیہیویئر ود ون انادر۔</w:t>
      </w:r>
    </w:p>
    <w:p>
      <w:r>
        <w:rPr>
          <w:b/>
        </w:rPr>
        <w:t xml:space="preserve">[01:30] </w:t>
      </w:r>
      <w:r>
        <w:t>it is this record which will decide on the day of judgment whether we will be rewarded or punished.</w:t>
      </w:r>
    </w:p>
    <w:p>
      <w:pPr>
        <w:jc w:val="right"/>
      </w:pPr>
      <w:r>
        <w:t>اٹ از دس ریکارڈ وچ ویل ڈیسائیڈ آن دا ڈے آف ججمنٹ ویدر وی ویل بی ریوارڈڈ اور پنشڈ۔</w:t>
      </w:r>
    </w:p>
    <w:p>
      <w:r>
        <w:rPr>
          <w:b/>
        </w:rPr>
        <w:t xml:space="preserve">[01:38] </w:t>
      </w:r>
      <w:r>
        <w:t>in chapter 41, quran says, "angels are our companions in this world and in the here after".</w:t>
      </w:r>
    </w:p>
    <w:p>
      <w:pPr>
        <w:jc w:val="right"/>
      </w:pPr>
      <w:r>
        <w:t>ان چیپٹر 41، قرآن سیز، "اینجلز آر اور کمپینینز ان دس ورلڈ اینڈ ان دی ہیر آفٹر"۔</w:t>
      </w:r>
    </w:p>
    <w:p>
      <w:r>
        <w:rPr>
          <w:b/>
        </w:rPr>
        <w:t xml:space="preserve">[01:47] </w:t>
      </w:r>
      <w:r>
        <w:t>to chaliye aaj isi mauzu par charcha karte hain farida apa ke sath. assalam o alaikum apa, kaisi hain aap? waalaikum assalam. sab theek hain, aap theek hain?</w:t>
      </w:r>
    </w:p>
    <w:p>
      <w:pPr>
        <w:jc w:val="right"/>
      </w:pPr>
      <w:r>
        <w:t>تو چلیے آج اسی موضوع پر چرچا کرتے ہیں فریدہ آپا کے ساتھ۔ السلام علیکم آپا، کیسی ہیں آپ؟ وعلیکم السلام۔ سب ٹھیک ہیں، آپ ٹھیک ہیں؟</w:t>
      </w:r>
    </w:p>
    <w:p>
      <w:r>
        <w:rPr>
          <w:b/>
        </w:rPr>
        <w:t xml:space="preserve">[01:56] </w:t>
      </w:r>
      <w:r>
        <w:t>ji alhamdulillah</w:t>
      </w:r>
    </w:p>
    <w:p>
      <w:pPr>
        <w:jc w:val="right"/>
      </w:pPr>
      <w:r>
        <w:t>جی الحمدللہ</w:t>
      </w:r>
    </w:p>
    <w:p>
      <w:r>
        <w:rPr>
          <w:b/>
        </w:rPr>
        <w:t xml:space="preserve">[01:57] </w:t>
      </w:r>
      <w:r>
        <w:t>. apa, jaisa ke hum jante hain ke belief in angels is the basic tent of the islamic faith, aur quran aur hadith mein bhi bar bar zikr aaya hai farishton ka.</w:t>
      </w:r>
    </w:p>
    <w:p>
      <w:pPr>
        <w:jc w:val="right"/>
      </w:pPr>
      <w:r>
        <w:t>۔ آپا، جیسا کہ ہم جانتے ہیں کہ بیلیف ان اینجلز از دا بیسک ٹینٹ آف دی اسلامک فیتھ، اور قرآن اور حدیث میں بھی بار بار ذکر آیا ہے فرشتوں کا۔</w:t>
      </w:r>
    </w:p>
    <w:p>
      <w:r>
        <w:rPr>
          <w:b/>
        </w:rPr>
        <w:t xml:space="preserve">[02:09] </w:t>
      </w:r>
      <w:r>
        <w:t>to mein chahunga ke sab se pehla sawal to mera yahi hai ke belief in angels ke bare mein aap hum sab ko kuch bataein.</w:t>
      </w:r>
    </w:p>
    <w:p>
      <w:pPr>
        <w:jc w:val="right"/>
      </w:pPr>
      <w:r>
        <w:t>تو میں چاہوں گا کہ سب سے پہلا سوال تو میرا یہی ہے کہ بیلیف ان اینجلز کے بارے میں آپ ہم سب کو کچھ بتائیں۔</w:t>
      </w:r>
    </w:p>
    <w:p>
      <w:r>
        <w:rPr>
          <w:b/>
        </w:rPr>
        <w:t xml:space="preserve">[02:18] </w:t>
      </w:r>
      <w:r>
        <w:t>jaisa aap ne bataya ke na ke basic tent hai to buniyadi aqeedah hai, aur iman mufassal mein poora detail hai mufassal iman ki, to is mein farishton par iman lana jo hai woh zaroori hai.</w:t>
      </w:r>
    </w:p>
    <w:p>
      <w:pPr>
        <w:jc w:val="right"/>
      </w:pPr>
      <w:r>
        <w:t>جیسے آپ نے بتایا کہ نا کہ بیسک ٹینٹ ہے تو بنیادی عقیدہ ہے، اور ایمان مفصل میں پورا ڈیٹیل ہے مفصل ایمان کی، تو اس میں فرشتوں پر ایمان لانا جو ہے وہ ضروری ہے۔</w:t>
      </w:r>
    </w:p>
    <w:p>
      <w:r>
        <w:rPr>
          <w:b/>
        </w:rPr>
        <w:t xml:space="preserve">[02:35] </w:t>
      </w:r>
      <w:r>
        <w:t>asal mein farishton par iman lana zaroori hai is liye ke hamara contact direct khuda se nahi hota.</w:t>
      </w:r>
    </w:p>
    <w:p>
      <w:pPr>
        <w:jc w:val="right"/>
      </w:pPr>
      <w:r>
        <w:t>اصل میں فرشتوں پر ایمان لانا ضروری ہے اس لیے کہ ہمارا کانٹیکٹ ڈائریکٹ خدا سے نہیں ہوتا۔</w:t>
      </w:r>
    </w:p>
    <w:p>
      <w:r>
        <w:rPr>
          <w:b/>
        </w:rPr>
        <w:t xml:space="preserve">[02:44] </w:t>
      </w:r>
      <w:r>
        <w:t>yahi angels hain jin ke zariye se hamara contact khuda se hota hai, to un par iman lana hamare liye behad zaroori hai, is duniya ke liye bhi aur akhirat ke liye bhi.</w:t>
      </w:r>
    </w:p>
    <w:p>
      <w:pPr>
        <w:jc w:val="right"/>
      </w:pPr>
      <w:r>
        <w:t>یہی اینجلز ہیں جن کے ذریعے سے ہمارا کانٹیکٹ خدا سے ہوتا ہے، تو ان پر ایمان لانا ہمارے لیے بے حد ضروری ہے، اس دنیا کے لیے بھی اور آخرت کے لیے بھی۔</w:t>
      </w:r>
    </w:p>
    <w:p>
      <w:r>
        <w:rPr>
          <w:b/>
        </w:rPr>
        <w:t xml:space="preserve">[02:57] </w:t>
      </w:r>
      <w:r>
        <w:t>to is ka matlab hi angel ke matlab hi messenger ke hain, yeh asal mein greek word hai, to messenger yani intermediary between god and man.</w:t>
      </w:r>
    </w:p>
    <w:p>
      <w:pPr>
        <w:jc w:val="right"/>
      </w:pPr>
      <w:r>
        <w:t>تو اس کا معنی ہی اینجل کے معنی ہی میسنجر کے ہیں، یہ اصل میں گریک ورڈ ہے، تو میسنجر یعنی انٹرمیڈیری بٹوین گاڈ اینڈ مین۔</w:t>
      </w:r>
    </w:p>
    <w:p>
      <w:r>
        <w:rPr>
          <w:b/>
        </w:rPr>
        <w:t xml:space="preserve">[03:08] </w:t>
      </w:r>
      <w:r>
        <w:t>to god speaks through these angels to human beings</w:t>
      </w:r>
    </w:p>
    <w:p>
      <w:pPr>
        <w:jc w:val="right"/>
      </w:pPr>
      <w:r>
        <w:t>تو گاڈ سپیکس تھرو دیز اینجلز ٹو ہیومن بینگز</w:t>
      </w:r>
    </w:p>
    <w:p>
      <w:r>
        <w:rPr>
          <w:b/>
        </w:rPr>
        <w:t xml:space="preserve">[03:13] </w:t>
      </w:r>
      <w:r>
        <w:t>. bas yahi hai ke yeh log invisible hote hain, kabhi kabhi yeh human form mein bhi appear hote hain jab insan in ko dekh sakta hai, lekin un ki asal shakal mein sirf prophets dekh sakte hain.</w:t>
      </w:r>
    </w:p>
    <w:p>
      <w:pPr>
        <w:jc w:val="right"/>
      </w:pPr>
      <w:r>
        <w:t>۔ بس یہی ہے کہ یہ لوگ انویزیبل ہوتے ہیں، کبھی کبھی یہ ہیومن فارم میں بھی اپیئر ہوتے ہیں جب انسان ان کو دیکھ سکتا ہے، لیکن ان کی اصل شکل میں صرف پرافٹس دیکھ سکتے ہیں۔</w:t>
      </w:r>
    </w:p>
    <w:p>
      <w:r>
        <w:rPr>
          <w:b/>
        </w:rPr>
        <w:t xml:space="preserve">[03:27] </w:t>
      </w:r>
      <w:r>
        <w:t>rasool allah sallallahu alaihi wasallam ne do bar in ko asal shakal mein hazrat jibril alaihi assalam ko dekha hai.</w:t>
      </w:r>
    </w:p>
    <w:p>
      <w:pPr>
        <w:jc w:val="right"/>
      </w:pPr>
      <w:r>
        <w:t>رسول اللہ صلی اللہ علیہ وسلم نے دو بار ان کو اصل شکل میں حضرت جبرائیل علیہ السلام کو دیکھا ہے۔</w:t>
      </w:r>
    </w:p>
    <w:p>
      <w:r>
        <w:rPr>
          <w:b/>
        </w:rPr>
        <w:t xml:space="preserve">[03:36] </w:t>
      </w:r>
      <w:r>
        <w:t>to ab aap yeh soch sakte hain ke jaise koi factory hoti hai to us ko chalane ke liye kitne sare workers chahiye hote hain. to yeh duniya jo hai, yeh universe jo hai, ek bohat bare karkhane ki manind hai, to us ko chalane ke liye beshumar matlab in in inumerable angels hain jo us ko chala</w:t>
      </w:r>
    </w:p>
    <w:p>
      <w:pPr>
        <w:jc w:val="right"/>
      </w:pPr>
      <w:r>
        <w:t>تو اب آپ یہ سوچ سکتے ہیں کہ جیسے کوئی فیکٹری ہوتی ہے تو اس کو چلانے کے لیے کتنے سارے ورکرز چاہیے ہوتے ہیں۔ تو یہ دنیا جو ہے، یہ یونیورس جو ہے، ایک بہت بڑے کارخانے کی مانند ہے، تو اس کو چلانے کے لیے بے شمار مطلب ان ان ان نیومریبل اینجلز ہیں جو اس کو چلا</w:t>
      </w:r>
    </w:p>
    <w:p>
      <w:r>
        <w:rPr>
          <w:b/>
        </w:rPr>
        <w:t xml:space="preserve">[04:00] </w:t>
      </w:r>
      <w:r>
        <w:t>rahe hain. angels jo hain bilkul khuda ke tabedar bande hain aur bilkul khuda ke hukum ke tehat har kaam karte hain.</w:t>
      </w:r>
    </w:p>
    <w:p>
      <w:pPr>
        <w:jc w:val="right"/>
      </w:pPr>
      <w:r>
        <w:t>رہے ہیں۔ اینجلز جو ہیں بالکل خدا کے تابعدار بندے ہیں اور بالکل خدا کے حکم کے تحت ہر کام کرتے ہیں۔</w:t>
      </w:r>
    </w:p>
    <w:p>
      <w:r>
        <w:rPr>
          <w:b/>
        </w:rPr>
        <w:t xml:space="preserve">[04:09] </w:t>
      </w:r>
      <w:r>
        <w:t>to yeh bilkul hi khuda ki disobedience nahi karte hain, yeh to in ka yahi kaam hai ke sari duniya ka nizam chalana aur insan ko har mauqe par guide karna.</w:t>
      </w:r>
    </w:p>
    <w:p>
      <w:pPr>
        <w:jc w:val="right"/>
      </w:pPr>
      <w:r>
        <w:t>تو یہ بالکل ہی خدا کی ڈس اوبیڈینس نہیں کرتے ہیں، یہ تو ان کا یہی کام ہے کہ ساری دنیا کا نظام چلانا اور انسان کو ہر موقع پر گائیڈ کرنا۔</w:t>
      </w:r>
    </w:p>
    <w:p>
      <w:r>
        <w:rPr>
          <w:b/>
        </w:rPr>
        <w:t xml:space="preserve">[04:24] </w:t>
      </w:r>
      <w:r>
        <w:t>apa, when allah told the angels that he will be creating a vicegerent or a khalifa on the planet earth, the response that angels gave, it indicated a sort of an objection to the creation of adam.</w:t>
      </w:r>
    </w:p>
    <w:p>
      <w:pPr>
        <w:jc w:val="right"/>
      </w:pPr>
      <w:r>
        <w:t>آپا، وین اللہ ٹولڈ دی اینجلز دیٹ ہی ویل بی کریٹنگ ا وائس جیرنٹ اور ا خلیفہ ان دا پلینٹ ارتھ، دی رسپانس دیٹ اینجلز گیو، اٹ انڈیکیٹڈ ا سورٹ اف این ابجیکشن ٹو دا کریشن اف ایڈم۔</w:t>
      </w:r>
    </w:p>
    <w:p>
      <w:r>
        <w:rPr>
          <w:b/>
        </w:rPr>
        <w:t xml:space="preserve">[04:41] </w:t>
      </w:r>
      <w:r>
        <w:t>to apa is ke bare mein bataein, is qisse ke bare mein aap bataein.</w:t>
      </w:r>
    </w:p>
    <w:p>
      <w:pPr>
        <w:jc w:val="right"/>
      </w:pPr>
      <w:r>
        <w:t>تو آپا اس کے بارے میں بتائیں، اس قصے کے بارے میں آپ بتائیں۔</w:t>
      </w:r>
    </w:p>
    <w:p>
      <w:r>
        <w:rPr>
          <w:b/>
        </w:rPr>
        <w:t xml:space="preserve">[04:46] </w:t>
      </w:r>
      <w:r>
        <w:t>jab allah ta'ala ne farishton se kaha ke main zameen mein ek khalifa yaani ba ikhtedar makhlooq banane wala hoon jis ke paas freedom hogi, to chounke un insanon se pehle jinn jo hain woh is dunya mein abad kiye gaye thay, to unhon ne jo hai na bohat ziyada khoon bahaya tha, bohat ziyada fasad machaya tha.</w:t>
      </w:r>
    </w:p>
    <w:p>
      <w:pPr>
        <w:jc w:val="right"/>
      </w:pPr>
      <w:r>
        <w:t>جب اللہ تعالی نے فرشتوں سے کہا کہ میں زمین میں ایک خلیفہ یعنی با اقتدار مخلوق بنانے والا ہوں جس کے پاس فریڈم ہوگی، تو چونکہ ان انسانوں سے پہلے جن جو ہیں وہ اس دنیا میں آباد کیے گئے تھے، تو انہوں نے جو ہے نا بہت زیادہ خون بہایا تھا، بہت زیادہ فساد مچایا تھا۔</w:t>
      </w:r>
    </w:p>
    <w:p>
      <w:r>
        <w:rPr>
          <w:b/>
        </w:rPr>
        <w:t xml:space="preserve">[05:13] </w:t>
      </w:r>
      <w:r>
        <w:t>to woh samajh rahe thay ke ab ek nai makhlooq aye gi to woh bhi aise hi kare gi. to is wajah se unhon ne eteraz kiya tha ke fasad karein ge, khoon bahayein ge.</w:t>
      </w:r>
    </w:p>
    <w:p>
      <w:pPr>
        <w:jc w:val="right"/>
      </w:pPr>
      <w:r>
        <w:t>تو وہ سمجھ رہے تھے کہ اب ایک نئی مخلوق آئے گی تو وہ بھی ایسے ہی کرے گی۔ تو اس وجہ سے انہوں نے اعتراض کیا تھا کہ فساد کریں گے، خون بہائیں گے۔</w:t>
      </w:r>
    </w:p>
    <w:p>
      <w:r>
        <w:rPr>
          <w:b/>
        </w:rPr>
        <w:t xml:space="preserve">[05:25] </w:t>
      </w:r>
      <w:r>
        <w:t>to allah ta'ala ne kaha ke main janta hoon jo tum nahi jante. yaani woh yeh samajh rahe thay ke ek nai creature hogi aur sare ke sare jo hain khuda ke wafadar bande ban nahi sakte jab un ko azadi de di jaye gi.</w:t>
      </w:r>
    </w:p>
    <w:p>
      <w:pPr>
        <w:jc w:val="right"/>
      </w:pPr>
      <w:r>
        <w:t>تو اللہ تعالی نے کہا کہ میں جانتا ہوں جو تم نہیں جانتے۔ یعنی وہ یہ سمجھ رہے تھے کہ ایک نئی کریچر ہوگی اور سارے کے سارے جو ہیں خدا کے وفادار بندے بن نہیں سکتے جب ان کو آزادی دے دی جائے گی۔</w:t>
      </w:r>
    </w:p>
    <w:p>
      <w:r>
        <w:rPr>
          <w:b/>
        </w:rPr>
        <w:t xml:space="preserve">[05:42] </w:t>
      </w:r>
      <w:r>
        <w:t>aur unhon ne kaha ke hum aap ke wafadar hain, hum har waqt aap ki ibadat karte hain, tasbeeh karte hain, aur yeh log fasad karein ge.</w:t>
      </w:r>
    </w:p>
    <w:p>
      <w:pPr>
        <w:jc w:val="right"/>
      </w:pPr>
      <w:r>
        <w:t>اور انہوں نے کہا کہ ہم آپ کے وفادار ہیں، ہم ہر وقت آپ کی عبادت کرتے ہیں، تسبیح کرتے ہیں، اور یہ لوگ فساد کریں گے۔</w:t>
      </w:r>
    </w:p>
    <w:p>
      <w:r>
        <w:rPr>
          <w:b/>
        </w:rPr>
        <w:t xml:space="preserve">[05:51] </w:t>
      </w:r>
      <w:r>
        <w:t>to yeh tha kyunke azadi ki wajah se farishton ko azadi nahi hai, woh khuda ke hukum ke tabe hain. aap samajh sakte hain robot ki misaal se in ko azadi nahi hoti, jaise in ko program kar diya jata hai, bas woh waise hi kaam kar sakte hain.</w:t>
      </w:r>
    </w:p>
    <w:p>
      <w:pPr>
        <w:jc w:val="right"/>
      </w:pPr>
      <w:r>
        <w:t>تو یہ تھا کیونکہ آزادی کی وجہ سے فرشتوں کو آزادی نہیں ہے، وہ خدا کے حکم کے تابع ہیں۔ آپ سمجھ سکتے ہیں روبوٹ کی مثال سے ان کو آزادی نہیں ہوتی، جیسے ان کو پروگرام کر دیا جاتا ہے، بس وہ ویسے ہی کام کر سکتے ہیں۔</w:t>
      </w:r>
    </w:p>
    <w:p>
      <w:r>
        <w:rPr>
          <w:b/>
        </w:rPr>
        <w:t xml:space="preserve">[06:08] </w:t>
      </w:r>
      <w:r>
        <w:t>to farishton ko azadi nahi di gayi</w:t>
      </w:r>
    </w:p>
    <w:p>
      <w:pPr>
        <w:jc w:val="right"/>
      </w:pPr>
      <w:r>
        <w:t>تو فرشتوں کو آزادی نہیں دی گئی</w:t>
      </w:r>
    </w:p>
    <w:p>
      <w:r>
        <w:rPr>
          <w:b/>
        </w:rPr>
        <w:t xml:space="preserve">[06:11] </w:t>
      </w:r>
      <w:r>
        <w:t>hai, sirf insan. isi liye insan ko ashraf ul makhlooqat kaha gaya hai ke is ko azadi di gayi hai, achhe aur bure ki tameez di gayi hai, consciousness is ko diya gaya hai.</w:t>
      </w:r>
    </w:p>
    <w:p>
      <w:pPr>
        <w:jc w:val="right"/>
      </w:pPr>
      <w:r>
        <w:t>ہے، صرف انسان۔ اسی لیے انسان کو اشرف المخلوقات کہا گیا ہے کہ اس کو آزادی دی گئی ہے، اچھے اور برے کی تمیز دی گئی ہے، کانشیسنس اس کو دیا گیا ہے۔</w:t>
      </w:r>
    </w:p>
    <w:p>
      <w:r>
        <w:rPr>
          <w:b/>
        </w:rPr>
        <w:t xml:space="preserve">[06:23] </w:t>
      </w:r>
      <w:r>
        <w:t>to woh select kar sakta hai kya behtar rasta hai, kaun kya rasta jo hai is ko sachai ki taraf le jaye ga. to jab allah ta'ala ne explain kiya ke tum mein janta hoon jo tum nahi jante,</w:t>
      </w:r>
    </w:p>
    <w:p>
      <w:pPr>
        <w:jc w:val="right"/>
      </w:pPr>
      <w:r>
        <w:t>تو وہ سلیکٹ کر سکتا ہے کیا بہتر راستہ ہے، کون کیا راستہ جو ہے اس کو سچائی کی طرف لے جائے گا۔ تو جب اللہ تعالی نے ایکسپلین کیا کہ تم میں جانتا ہوں جو تم نہیں جانتے،</w:t>
      </w:r>
    </w:p>
    <w:p>
      <w:r>
        <w:rPr>
          <w:b/>
        </w:rPr>
        <w:t xml:space="preserve">[06:39] </w:t>
      </w:r>
      <w:r>
        <w:t>phir hazrat adam ko allah ne kuch sikhaya, ko abhi to woh naye usi waqt paida kiye gaye thay, to kuch bataya. to hazrat adam ne woh baat batayi.</w:t>
      </w:r>
    </w:p>
    <w:p>
      <w:pPr>
        <w:jc w:val="right"/>
      </w:pPr>
      <w:r>
        <w:t>پھر حضرت آدم کو اللہ نے کچھ سکھایا، کو ابھی تو وہ نئے اسی وقت پیدا کیے گئے تھے، تو کچھ بتایا۔ تو حضرت آدم نے وہ بات بتائی۔</w:t>
      </w:r>
    </w:p>
    <w:p>
      <w:r>
        <w:rPr>
          <w:b/>
        </w:rPr>
        <w:t xml:space="preserve">[06:50] </w:t>
      </w:r>
      <w:r>
        <w:t>maulana ne likha hai ke hazrat adam ne poori insani tareekh ke baray mein bataya ke is mein kitne log achhe nikalein ge. kuch to zaroor is mein woh nikalein ge jo shaitan ke behkawe mein aa jayein ge, lekin kafi ek bari miqdar un ki, bari tadad un ki achhi nikale gi.</w:t>
      </w:r>
    </w:p>
    <w:p>
      <w:pPr>
        <w:jc w:val="right"/>
      </w:pPr>
      <w:r>
        <w:t>مولانا نے لکھا ہے کہ حضرت آدم نے پوری انسانی تاریخ کے بارے میں بتایا کہ اس میں کتنے لوگ اچھے نکلیں گے۔ کچھ تو ضرور اس میں وہ نکلیں گے جو شیطان کے بہکاوے میں آ جائیں گے، لیکن کافی ایک بڑی مقدار ان کی، بڑی تعداد ان کی اچھی نکلے گی۔</w:t>
      </w:r>
    </w:p>
    <w:p>
      <w:r>
        <w:rPr>
          <w:b/>
        </w:rPr>
        <w:t xml:space="preserve">[07:09] </w:t>
      </w:r>
      <w:r>
        <w:t>to farishte jo hain woh mutma'in ho gaye. phir jab allah ta'ala ne kaha ke adam ke aage sajda karo, yaani adam ke aage jhuk jao, to farishte jo hain jhuk gaye.</w:t>
      </w:r>
    </w:p>
    <w:p>
      <w:pPr>
        <w:jc w:val="right"/>
      </w:pPr>
      <w:r>
        <w:t>تو فرشتے جو ہیں وہ مطمئن ہو گئے۔ پھر جب اللہ تعالی نے کہا کہ آدم کے آگے سجدہ کرو، یعنی آدم کے آگے جھک جاؤ، تو فرشتے جو ہیں جھک گئے۔</w:t>
      </w:r>
    </w:p>
    <w:p>
      <w:r>
        <w:rPr>
          <w:b/>
        </w:rPr>
        <w:t xml:space="preserve">[07:21] </w:t>
      </w:r>
      <w:r>
        <w:t>jhukne ka yeh matlab tha ke ibadat to sirf khuda ki karni hai, lekin jhukne ka yeh matlab tha ke insan jo hai kamzor makhlooq hai, is ko baar baar zaroorat hogi kisi aur ki, to farishte musalsal is ko support karein ge.</w:t>
      </w:r>
    </w:p>
    <w:p>
      <w:pPr>
        <w:jc w:val="right"/>
      </w:pPr>
      <w:r>
        <w:t>جھکنے کا یہ مطلب تھا کہ عبادت تو صرف خدا کی کرنی ہے، لیکن جھکنے کا یہ مطلب تھا کہ انسان جو ہے کمزور مخلوق ہے، اس کو بار بار ضرورت ہوگی کسی اور کی، تو فرشتے مسلسل اس کو سپورٹ کریں گے۔</w:t>
      </w:r>
    </w:p>
    <w:p>
      <w:r>
        <w:rPr>
          <w:b/>
        </w:rPr>
        <w:t xml:space="preserve">[07:37] </w:t>
      </w:r>
      <w:r>
        <w:t>to is wajah se jhukne ka yeh matlab tha. to woh jhuk gaye, aur iblis jo hai, iblis jo jinnat ka sardar tha, to woh nahi jhuka.</w:t>
      </w:r>
    </w:p>
    <w:p>
      <w:pPr>
        <w:jc w:val="right"/>
      </w:pPr>
      <w:r>
        <w:t>تو اس وجہ سے جھکنے کا یہ مطلب تھا۔ تو وہ جھک گئے، اور ابلیس جو ہے، ابلیس جو جنوں کا سردار تھا، تو وہ نہیں جھکا۔</w:t>
      </w:r>
    </w:p>
    <w:p>
      <w:r>
        <w:rPr>
          <w:b/>
        </w:rPr>
        <w:t xml:space="preserve">[07:47] </w:t>
      </w:r>
      <w:r>
        <w:t>us ne kaha ke main aag se banaya gaya hoon, aur adam mitti se banaye gaye hain, to main kyun jhukoon? to yeh woh kuch log samajhte hain ke woh fallen angel tha, yaani angels mein se ek angel tha, woh us ne baghavat kar di thi.</w:t>
      </w:r>
    </w:p>
    <w:p>
      <w:pPr>
        <w:jc w:val="right"/>
      </w:pPr>
      <w:r>
        <w:t>اس نے کہا کہ میں آگ سے بنایا گیا ہوں، اور آدم مٹی سے بنائے گئے ہیں، تو میں کیوں جھکوں؟ تو یہ وہ کچھ لوگ سمجھتے ہیں کہ وہ فالن اینجل تھا، یعنی اینجلز میں سے ایک اینجل تھا، وہ اس نے بغاوت کر دی تھی۔</w:t>
      </w:r>
    </w:p>
    <w:p>
      <w:r>
        <w:rPr>
          <w:b/>
        </w:rPr>
        <w:t xml:space="preserve">[08:04] </w:t>
      </w:r>
      <w:r>
        <w:t>woh aisa nahi tha, islam ke mutabiq</w:t>
      </w:r>
    </w:p>
    <w:p>
      <w:pPr>
        <w:jc w:val="right"/>
      </w:pPr>
      <w:r>
        <w:t>وہ ایسا نہیں تھا، اسلام کے مطابق</w:t>
      </w:r>
    </w:p>
    <w:p>
      <w:r>
        <w:rPr>
          <w:b/>
        </w:rPr>
        <w:t xml:space="preserve">[08:06] </w:t>
      </w:r>
      <w:r>
        <w:t>woh woh jinn tha, jinnat ka sardar tha, woh to us ne baghavat kar di thi. to yeh jo hai asal mein kyun hum behak jate hain?</w:t>
      </w:r>
    </w:p>
    <w:p>
      <w:pPr>
        <w:jc w:val="right"/>
      </w:pPr>
      <w:r>
        <w:t>وہ وہ جن تھا، جنوں کا سردار تھا، وہ تو اس نے بغاوت کر دی تھی۔ تو یہ جو ہے اصل میں کیوں ہم بہک جاتے ہیں؟</w:t>
      </w:r>
    </w:p>
    <w:p>
      <w:r>
        <w:rPr>
          <w:b/>
        </w:rPr>
        <w:t xml:space="preserve">[08:19] </w:t>
      </w:r>
      <w:r>
        <w:t>is liye ke allah ta'ala ne jo har insan ke sath ek shaitan aur ek farishta sath mein rakha hua hai, to woh hamara yeh test</w:t>
      </w:r>
    </w:p>
    <w:p>
      <w:pPr>
        <w:jc w:val="right"/>
      </w:pPr>
      <w:r>
        <w:t>اس لیے کہ اللہ تعالی نے جو ہر انسان کے ساتھ ایک شیطان اور ایک فرشتہ ساتھ میں رکھا ہوا ہے، تو وہ ہمارا یہ ٹیسٹ</w:t>
      </w:r>
    </w:p>
    <w:p>
      <w:r>
        <w:rPr>
          <w:b/>
        </w:rPr>
        <w:t xml:space="preserve">[08:33] </w:t>
      </w:r>
      <w:r>
        <w:t>hai, hum apne test ke liye ke hum shaitan ki sunte hain ya farishte ki sunte hain. yaani jo hamare andar consciousness hai, usi ke zariye se hamein farishta jo hai hamein motivate karta hai bhalai ke kaam karne ke liye, aur jo hamare andar ego hai, is ke zariye se shaitan hamein galat rasta ki rehnumai karta hai.</w:t>
      </w:r>
    </w:p>
    <w:p>
      <w:pPr>
        <w:jc w:val="right"/>
      </w:pPr>
      <w:r>
        <w:t>ہے، ہم اپنے ٹیسٹ کے لیے کہ ہم شیطان کی سنتے ہیں یا فرشتے کی سنتے ہیں۔ یعنی جو ہمارے اندر کانشیسنس ہے، اسی کے ذریعے سے ہمیں فرشتہ جو ہے ہمیں موٹیویٹ کرتا ہے بھلائی کے کام کرنے کے لیے، اور جو ہمارے اندر ایگو ہے، اس کے ذریعے سے شیطان ہمیں غلط راستہ کی رہنمائی کرتا ہے۔</w:t>
      </w:r>
    </w:p>
    <w:p>
      <w:r>
        <w:rPr>
          <w:b/>
        </w:rPr>
        <w:t xml:space="preserve">[08:56] </w:t>
      </w:r>
      <w:r>
        <w:t>to is ki ek bohat achhi misaal hai hazrat abubakar ki.</w:t>
      </w:r>
    </w:p>
    <w:p>
      <w:pPr>
        <w:jc w:val="right"/>
      </w:pPr>
      <w:r>
        <w:t>تو اس کی ایک بہت اچھی مثال ہے حضرت ابوبکر کی۔</w:t>
      </w:r>
    </w:p>
    <w:p>
      <w:r>
        <w:rPr>
          <w:b/>
        </w:rPr>
        <w:t xml:space="preserve">[09:01] </w:t>
      </w:r>
      <w:r>
        <w:t>is se bohat yeh baat clear ho jati hai ke jab hazrat abubakar rasool allah sallallahu alaihi wasallam ke sath baithe hue thay, ek aadmi ne bohat bura bhala kaha.</w:t>
      </w:r>
    </w:p>
    <w:p>
      <w:pPr>
        <w:jc w:val="right"/>
      </w:pPr>
      <w:r>
        <w:t>اس سے بہت یہ بات کلیئر ہو جاتی ہے کہ جب حضرت ابوبکر رسول اللہ صلی اللہ علیہ وسلم کے ساتھ بیٹھے ہوئے تھے، ایک آدمی نے بہت برا بھلا کہا۔</w:t>
      </w:r>
    </w:p>
    <w:p>
      <w:r>
        <w:rPr>
          <w:b/>
        </w:rPr>
        <w:t xml:space="preserve">[09:13] </w:t>
      </w:r>
      <w:r>
        <w:t>kafi der tak hazrat abubakar sunte rahe, aur rasool allah sallallahu alaihi wasallam baithe thay aur muskara rahe thay, matlab achhe sahi mood mein thay.</w:t>
      </w:r>
    </w:p>
    <w:p>
      <w:pPr>
        <w:jc w:val="right"/>
      </w:pPr>
      <w:r>
        <w:t>کافی دیر تک حضرت ابوبکر سنتے رہے، اور رسول اللہ صلی اللہ علیہ وسلم بیٹھے تھے اور مسکرا رہے تھے، مطلب اچھے صحیح موڈ میں تھے۔</w:t>
      </w:r>
    </w:p>
    <w:p>
      <w:r>
        <w:rPr>
          <w:b/>
        </w:rPr>
        <w:t xml:space="preserve">[09:22] </w:t>
      </w:r>
      <w:r>
        <w:t>jab jab hazrat abubakar bohat ziyada woh kehne laga to hazrat abubakar jawab dene lage.</w:t>
      </w:r>
    </w:p>
    <w:p>
      <w:pPr>
        <w:jc w:val="right"/>
      </w:pPr>
      <w:r>
        <w:t>جب جب حضرت ابوبکر بہت زیادہ وہ کہنے لگا تو حضرت ابوبکر جواب دینے لگے۔</w:t>
      </w:r>
    </w:p>
    <w:p>
      <w:r>
        <w:rPr>
          <w:b/>
        </w:rPr>
        <w:t xml:space="preserve">[09:30] </w:t>
      </w:r>
      <w:r>
        <w:t>to rasool allah sallallahu alaihi wasallam ke chehre par nagawari ke asar zahir ho gaye, aur aap wahan se uth gaye. to hazrat abubakar ne poocha ke aisa kyun hua ke jab woh itna ziyada bura bhala keh raha tha, jab main chup tha to aap to baithe hue thay, aur aap sahi aap ke chehre se lag raha tha ke aap khush hain</w:t>
      </w:r>
    </w:p>
    <w:p>
      <w:pPr>
        <w:jc w:val="right"/>
      </w:pPr>
      <w:r>
        <w:t>تو رسول اللہ صلی اللہ علیہ وسلم کے چہرے پر ناگواری کے آثار ظاہر ہوگئے، اور آپ وہاں سے اٹھ گئے۔ تو حضرت ابوبکر نے پوچھا کہ ایسا کیوں ہوا کہ جب وہ اتنا زیادہ برا بھلا کہہ رہا تھا، جب میں چپ تھا تو آپ تو بیٹھے ہوئے تھے، اور آپ صحیح آپ کے چہرے سے لگ رہا تھا کہ آپ خوش ہیں</w:t>
      </w:r>
    </w:p>
    <w:p>
      <w:r>
        <w:rPr>
          <w:b/>
        </w:rPr>
        <w:t xml:space="preserve">[09:52] </w:t>
      </w:r>
      <w:r>
        <w:t>, aur phir baad mein aap chale gaye. to tab woh rasool allah sallallahu alaihi wasallam ne bataya ke jab tum ko woh aadmi bura bhala keh raha tha to farishta tumhare badle jawab de raha tha.</w:t>
      </w:r>
    </w:p>
    <w:p>
      <w:pPr>
        <w:jc w:val="right"/>
      </w:pPr>
      <w:r>
        <w:t>، اور پھر بعد میں آپ چلے گئے۔ تو تب وہ رسول اللہ صلی اللہ علیہ وسلم نے بتایا کہ جب تم کو وہ آدمی برا بھلا کہہ رہا تھا تو فرشتہ تمہارے بدلے جواب دے رہا تھا۔</w:t>
      </w:r>
    </w:p>
    <w:p>
      <w:r>
        <w:rPr>
          <w:b/>
        </w:rPr>
        <w:t xml:space="preserve">[10:05] </w:t>
      </w:r>
      <w:r>
        <w:t>jab tum ne khud jawab dena shuru kar diya to wahan shaitan aa gaya, aur farishta chala gaya. to is liye main wahan se uth</w:t>
      </w:r>
    </w:p>
    <w:p>
      <w:pPr>
        <w:jc w:val="right"/>
      </w:pPr>
      <w:r>
        <w:t>جب تم نے خود جواب دینا شروع کر دیا تو وہاں شیطان آ گیا، اور فرشتہ چلا گیا۔ تو اس لیے میں وہاں سے اٹھ</w:t>
      </w:r>
    </w:p>
    <w:p>
      <w:r>
        <w:rPr>
          <w:b/>
        </w:rPr>
        <w:t xml:space="preserve">[10:13] </w:t>
      </w:r>
      <w:r>
        <w:t>gaya. to is se bohat clear ho jata hai ke agar hum apne consciousness ki sunenge, bhale kaam karenge to hamare paas farishta rahega.</w:t>
      </w:r>
    </w:p>
    <w:p>
      <w:pPr>
        <w:jc w:val="right"/>
      </w:pPr>
      <w:r>
        <w:t>گیا۔ تو اس سے بہت کلیئر ہو جاتا ہے کہ اگر ہم اپنے کانشیسنس کی سنیں گے، بھلے کام کریں گے تو ہمارے پاس فرشتہ رہے گا۔</w:t>
      </w:r>
    </w:p>
    <w:p>
      <w:r>
        <w:rPr>
          <w:b/>
        </w:rPr>
        <w:t xml:space="preserve">[10:24] </w:t>
      </w:r>
      <w:r>
        <w:t>farishta har waqt hamare paas rehta hai, lekin hum bura kaam karenge to woh hat jayega, aur shaitan is ki jagah aa jayega.</w:t>
      </w:r>
    </w:p>
    <w:p>
      <w:pPr>
        <w:jc w:val="right"/>
      </w:pPr>
      <w:r>
        <w:t>فرشتہ ہر وقت ہمارے پاس رہتا ہے، لیکن ہم برا کام کریں گے تو وہ ہٹ جائے گا، اور شیطان اس کی جگہ آ جائے گا۔</w:t>
      </w:r>
    </w:p>
    <w:p>
      <w:r>
        <w:rPr>
          <w:b/>
        </w:rPr>
        <w:t xml:space="preserve">[10:31] </w:t>
      </w:r>
      <w:r>
        <w:t>to yeh hai, is se bohat zyada clarity aati hai ke hamein har waqt is baat ka dhyan rakhna hai ke farishta hamare paas rahe, wohi hamein guide karta rahega seedhe raaste par chalne ki.</w:t>
      </w:r>
    </w:p>
    <w:p>
      <w:pPr>
        <w:jc w:val="right"/>
      </w:pPr>
      <w:r>
        <w:t>تو یہ ہے، اس سے بہت زیادہ کلیرٹی آتی ہے کہ ہمیں ہر وقت اس بات کا دھیان رکھنا ہے کہ فرشتہ ہمارے پاس رہے، وہی ہمیں گائیڈ کرتا رہے گا سیدھے راستے پر چلنے کی۔</w:t>
      </w:r>
    </w:p>
    <w:p>
      <w:r>
        <w:rPr>
          <w:b/>
        </w:rPr>
        <w:t xml:space="preserve">[10:45] </w:t>
      </w:r>
      <w:r>
        <w:t>ji, bohat acha example apa aap ne bataya hai yeh Hazrat Abu Bakr ka, aur aap ne jis tarah kaha ke har shakhs ke saath ek farishta hamesha maujood rehta hai.</w:t>
      </w:r>
    </w:p>
    <w:p>
      <w:pPr>
        <w:jc w:val="right"/>
      </w:pPr>
      <w:r>
        <w:t>جی، بہت اچھا ایگزامپل آپا آپ نے بتایا ہے یہ حضرت ابوبکر کا، اور آپ نے جس طرح کہا کہ ہر شخص کے ساتھ ایک فرشتہ ہمیشہ موجود رہتا ہے۔</w:t>
      </w:r>
    </w:p>
    <w:p>
      <w:r>
        <w:rPr>
          <w:b/>
        </w:rPr>
        <w:t xml:space="preserve">[10:55] </w:t>
      </w:r>
      <w:r>
        <w:t>to apa, main chahunga ke isi ko aap thoda aur wazeh kar ke batayein ke what is the relation of angels with human beings? is ke bare mein batayein.</w:t>
      </w:r>
    </w:p>
    <w:p>
      <w:pPr>
        <w:jc w:val="right"/>
      </w:pPr>
      <w:r>
        <w:t>تو آپا، میں چاہوں گا کہ اسی کو آپ تھوڑا اور واضح کر کے بتائیں کہ واٹ از دا ریلیشن آف اینجلز ود ہیومن بینگز؟ اس کے بارے میں بتائیں۔</w:t>
      </w:r>
    </w:p>
    <w:p>
      <w:r>
        <w:rPr>
          <w:b/>
        </w:rPr>
        <w:t xml:space="preserve">[11:06] </w:t>
      </w:r>
      <w:r>
        <w:t>asal mein insan dekhein, bohat hi kamzor hai. is ke andar bohat khwahishein hain, bohat zyada, bohat jaldi woh tempt ho jata hai, is ke interest hote hain.</w:t>
      </w:r>
    </w:p>
    <w:p>
      <w:pPr>
        <w:jc w:val="right"/>
      </w:pPr>
      <w:r>
        <w:t>اصل میں انسان دیکھیں، بہت ہی کمزور ہے۔ اس کے اندر بہت خواہشیں ہیں، بہت زیادہ، بہت جلدی وہ ٹیمپٹ ہو جاتا ہے، اس کے انٹرسٹ ہوتے ہیں۔</w:t>
      </w:r>
    </w:p>
    <w:p>
      <w:r>
        <w:rPr>
          <w:b/>
        </w:rPr>
        <w:t xml:space="preserve">[11:17] </w:t>
      </w:r>
      <w:r>
        <w:t>to Allah taala to sab jante the,</w:t>
      </w:r>
    </w:p>
    <w:p>
      <w:pPr>
        <w:jc w:val="right"/>
      </w:pPr>
      <w:r>
        <w:t>تو اللہ تعالی تو سب جانتے تھے،</w:t>
      </w:r>
    </w:p>
    <w:p>
      <w:r>
        <w:rPr>
          <w:b/>
        </w:rPr>
        <w:t xml:space="preserve">[11:19] </w:t>
      </w:r>
      <w:r>
        <w:t>to Allah taala ne pehle hi is ke liye ek guardian muqarrar kar diya farishte ki shakal mein ke woh insan ko achi baaton ki targhib deta rahe.</w:t>
      </w:r>
    </w:p>
    <w:p>
      <w:pPr>
        <w:jc w:val="right"/>
      </w:pPr>
      <w:r>
        <w:t>تو اللہ تعالی نے پہلے ہی اس کے لیے ایک گارجین مقرر کر دیا فرشتے کی شکل میں کہ وہ انسان کو اچھی باتوں کی ترغیب دیتا رہے۔</w:t>
      </w:r>
    </w:p>
    <w:p>
      <w:r>
        <w:rPr>
          <w:b/>
        </w:rPr>
        <w:t xml:space="preserve">[11:31] </w:t>
      </w:r>
      <w:r>
        <w:t>lekin chuki woh dikhai nahi deta to insan samajh nahi pata. kai baar aisa hota hai ke hamare dil mein aata hai ke yeh baat sahi hai, lekin hum tempt ho jate hain apne interest ki wajah se, aur hum shaitan ki baaton mein aa jate hain.</w:t>
      </w:r>
    </w:p>
    <w:p>
      <w:pPr>
        <w:jc w:val="right"/>
      </w:pPr>
      <w:r>
        <w:t>لیکن چونکہ وہ دکھائی نہیں دیتا تو انسان سمجھ نہیں پاتا۔ کئی بار ایسا ہوتا ہے کہ ہمارے دل میں آتا ہے کہ یہ بات صحیح ہے، لیکن ہم ٹیمپٹ ہو جاتے ہیں اپنے انٹرسٹ کی وجہ سے، اور ہم شیطان کی باتوں میں آ جاتے ہیں۔</w:t>
      </w:r>
    </w:p>
    <w:p>
      <w:r>
        <w:rPr>
          <w:b/>
        </w:rPr>
        <w:t xml:space="preserve">[11:46] </w:t>
      </w:r>
      <w:r>
        <w:t>to yeh jo hai hamare liye bohat zaroori hai ke hum samjhein ke kaun baat shaitan ki baat hai aur kaun baat farishte ki baat hai.</w:t>
      </w:r>
    </w:p>
    <w:p>
      <w:pPr>
        <w:jc w:val="right"/>
      </w:pPr>
      <w:r>
        <w:t>تو یہ جو ہے ہمارے لیے بہت ضروری ہے کہ ہم سمجھیں کہ کون بات شیطان کی بات ہے اور کون بات فرشتے کی بات ہے۔</w:t>
      </w:r>
    </w:p>
    <w:p>
      <w:r>
        <w:rPr>
          <w:b/>
        </w:rPr>
        <w:t xml:space="preserve">[11:56] </w:t>
      </w:r>
      <w:r>
        <w:t>quran mein aaya hai surah Al Ra'd mein ke har shakhs ke aage aur peeche us ke nigraan hain jo Allah ke hukum se us ki dekh bhaal kar rahe hain.</w:t>
      </w:r>
    </w:p>
    <w:p>
      <w:pPr>
        <w:jc w:val="right"/>
      </w:pPr>
      <w:r>
        <w:t>قرآن میں آیا ہے سورہ الراہد میں کہ ہر شخص کے آگے اور پیچھے اس کے نگراں ہیں جو اللہ کے حکم سے اس کی دیکھ بھال کر رہے ہیں۔</w:t>
      </w:r>
    </w:p>
    <w:p>
      <w:r>
        <w:rPr>
          <w:b/>
        </w:rPr>
        <w:t xml:space="preserve">[12:09] </w:t>
      </w:r>
      <w:r>
        <w:t>to yeh jo hamara angelic companion hai, to woh har waqt hamare saath rehta hai.</w:t>
      </w:r>
    </w:p>
    <w:p>
      <w:pPr>
        <w:jc w:val="right"/>
      </w:pPr>
      <w:r>
        <w:t>تو یہ جو ہمارا اینجلک کمپینین ہے، تو وہ ہر وقت ہمارے ساتھ رہتا ہے۔</w:t>
      </w:r>
    </w:p>
    <w:p>
      <w:r>
        <w:rPr>
          <w:b/>
        </w:rPr>
        <w:t xml:space="preserve">[12:15] </w:t>
      </w:r>
      <w:r>
        <w:t>acha, jo hamare amal ko jo farishte record kar rahe hain, to woh gramin katibeen woh alag hain, aur yeh alag hai jo companion hai hamara.</w:t>
      </w:r>
    </w:p>
    <w:p>
      <w:pPr>
        <w:jc w:val="right"/>
      </w:pPr>
      <w:r>
        <w:t>اچھا، جو ہمارے عمل کو جو فرشتے ریکارڈ کر رہے ہیں، تو وہ گرامن کاتبین وہ الگ ہیں، اور یہ الگ ہے جو کمپینین ہے ہمارا۔</w:t>
      </w:r>
    </w:p>
    <w:p>
      <w:r>
        <w:rPr>
          <w:b/>
        </w:rPr>
        <w:t xml:space="preserve">[12:26] </w:t>
      </w:r>
      <w:r>
        <w:t>to ek angelic companion hai aur ek jin mein se ek companion hai. to yeh hamare saath samajh lijiye, teen farishte hamare saath rehte hain.</w:t>
      </w:r>
    </w:p>
    <w:p>
      <w:pPr>
        <w:jc w:val="right"/>
      </w:pPr>
      <w:r>
        <w:t>تو ایک اینجلک کمپینین ہے اور ایک جن میں سے ایک کمپینین ہے۔ تو یہ ہمارے ساتھ سمجھ لیجئے، تین فرشتے ہمارے ساتھ رہتے ہیں۔</w:t>
      </w:r>
    </w:p>
    <w:p>
      <w:r>
        <w:rPr>
          <w:b/>
        </w:rPr>
        <w:t xml:space="preserve">[12:37] </w:t>
      </w:r>
      <w:r>
        <w:t>to yeh farishta isi ko qareen kaha gaya, yani companion</w:t>
      </w:r>
    </w:p>
    <w:p>
      <w:pPr>
        <w:jc w:val="right"/>
      </w:pPr>
      <w:r>
        <w:t>تو یہ فرشتہ اسی کو قرین کہا گیا، یعنی کمپینین</w:t>
      </w:r>
    </w:p>
    <w:p>
      <w:r>
        <w:rPr>
          <w:b/>
        </w:rPr>
        <w:t xml:space="preserve">[12:41] </w:t>
      </w:r>
      <w:r>
        <w:t>. to farishta companion jo hai woh hamein bhalai ki taraf targhib deta hai, aur jo hai jin companion jo hai hamein burai ki taraf targhib deta hai.</w:t>
      </w:r>
    </w:p>
    <w:p>
      <w:pPr>
        <w:jc w:val="right"/>
      </w:pPr>
      <w:r>
        <w:t>۔ تو فرشتہ کمپینین جو ہے وہ ہمیں بھلائی کی طرف ترغیب دیتا ہے، اور جو ہے جن کمپینین جو ہے ہمیں برائی کی طرف ترغیب دیتا ہے۔</w:t>
      </w:r>
    </w:p>
    <w:p>
      <w:r>
        <w:rPr>
          <w:b/>
        </w:rPr>
        <w:t xml:space="preserve">[12:55] </w:t>
      </w:r>
      <w:r>
        <w:t>to kai baar aap dekhte hain, kai cheezein logon ki gum ho jati hain, to kisi ko milti hain, to kai baar woh le leta hai, matlab woh ab tempt ho jata hai ke is mein to kisi ka purse gum ho gaya, kisi ka mobile gum ho gaya.</w:t>
      </w:r>
    </w:p>
    <w:p>
      <w:pPr>
        <w:jc w:val="right"/>
      </w:pPr>
      <w:r>
        <w:t>تو کئی بار آپ دیکھتے ہیں، کئی چیزیں لوگوں کی گم ہو جاتی ہیں، تو کسی کو ملتی ہیں، تو کئی بار وہ لے لیتا ہے، مطلب وہ اب ٹیمپٹ ہو جاتا ہے کہ اس میں تو کسی کا پرس گم ہو گیا، کسی کا موبائل گم ہو گیا۔</w:t>
      </w:r>
    </w:p>
    <w:p>
      <w:r>
        <w:rPr>
          <w:b/>
        </w:rPr>
        <w:t xml:space="preserve">[13:08] </w:t>
      </w:r>
      <w:r>
        <w:t>kai baar mil bhi jata hai.</w:t>
      </w:r>
    </w:p>
    <w:p>
      <w:pPr>
        <w:jc w:val="right"/>
      </w:pPr>
      <w:r>
        <w:t>کئی بار مل بھی جاتا ہے۔</w:t>
      </w:r>
    </w:p>
    <w:p>
      <w:r>
        <w:rPr>
          <w:b/>
        </w:rPr>
        <w:t xml:space="preserve">[13:11] </w:t>
      </w:r>
      <w:r>
        <w:t>ek baar doctor pradhan apna mobile jo hai apne uber mein chhod diya, unhone, aur dusra dusra din ho gaya, woh samjho ke chala gaya.</w:t>
      </w:r>
    </w:p>
    <w:p>
      <w:pPr>
        <w:jc w:val="right"/>
      </w:pPr>
      <w:r>
        <w:t>ایک بار ڈاکٹر پرਧان اپنا موبائل جو ہے اپنے یوبر میں چھوڑ دیا، انہوں نے، اور دوسرا دوسرا دن ہو گیا، وہ سمجھو کہ چلا گیا۔</w:t>
      </w:r>
    </w:p>
    <w:p>
      <w:r>
        <w:rPr>
          <w:b/>
        </w:rPr>
        <w:t xml:space="preserve">[13:20] </w:t>
      </w:r>
      <w:r>
        <w:t>is mein sare card wagera the. to phir uska khud taxi driver ka phone aaya ke aap ka woh purse mila hai, kahan aap ko pahunchaun mein?</w:t>
      </w:r>
    </w:p>
    <w:p>
      <w:pPr>
        <w:jc w:val="right"/>
      </w:pPr>
      <w:r>
        <w:t>اس میں سارے کارڈ وغیرہ تھے۔ تو پھر اس کا خود ٹیکسی ڈرائیور کا فون آیا کہ آپ کا وہ پرس ملا ہے، کہاں آپ کو پہنچاؤں میں؟</w:t>
      </w:r>
    </w:p>
    <w:p>
      <w:r>
        <w:rPr>
          <w:b/>
        </w:rPr>
        <w:t xml:space="preserve">[13:33] </w:t>
      </w:r>
      <w:r>
        <w:t>to us ne apne jin companion ki baat nahi suni, apne farishta companion ki baat suni, woh ghar pe la ke de gaya.</w:t>
      </w:r>
    </w:p>
    <w:p>
      <w:pPr>
        <w:jc w:val="right"/>
      </w:pPr>
      <w:r>
        <w:t>تو اس نے اپنے جن کمپینین کی بات نہیں سنی، اپنے فرشتہ کمپینین کی بات سنی، وہ گھر پہ لا کے دے گیا۔</w:t>
      </w:r>
    </w:p>
    <w:p>
      <w:r>
        <w:rPr>
          <w:b/>
        </w:rPr>
        <w:t xml:space="preserve">[13:42] </w:t>
      </w:r>
      <w:r>
        <w:t>to ek baar mera mobile bhi Lodhi Garden mein chhoot gaya tha. main samjhi gaya ke mobile to chhoot jata hai, to phir mushkil se hi milta hai.</w:t>
      </w:r>
    </w:p>
    <w:p>
      <w:pPr>
        <w:jc w:val="right"/>
      </w:pPr>
      <w:r>
        <w:t>تو ایک بار میرا موبائل بھی لودھی گارڈن میں چھوٹ گیا تھا۔ میں سمجھی گیا کہ موبائل تو چھوٹ جاتا ہے، تو پھر مشکل سے ہی ملتا ہے۔</w:t>
      </w:r>
    </w:p>
    <w:p>
      <w:r>
        <w:rPr>
          <w:b/>
        </w:rPr>
        <w:t xml:space="preserve">[13:52] </w:t>
      </w:r>
      <w:r>
        <w:t>to main ne phone kiya, to us ne uthaya, aur us ne kaha ke haan, mere paas hai, aa ke le lijiye. woh pata nahi, woh farishta hi tha, kya tha.</w:t>
      </w:r>
    </w:p>
    <w:p>
      <w:pPr>
        <w:jc w:val="right"/>
      </w:pPr>
      <w:r>
        <w:t>تو میں نے فون کیا، تو اس نے اٹھایا، اور اس نے کہا کہ ہاں، میرے پاس ہے، آ کے لے لیجئے۔ وہ پتہ نہیں، وہ فرشتہ ہی تھا، کیا تھا۔</w:t>
      </w:r>
    </w:p>
    <w:p>
      <w:r>
        <w:rPr>
          <w:b/>
        </w:rPr>
        <w:t xml:space="preserve">[14:01] </w:t>
      </w:r>
      <w:r>
        <w:t>phir</w:t>
      </w:r>
    </w:p>
    <w:p>
      <w:pPr>
        <w:jc w:val="right"/>
      </w:pPr>
      <w:r>
        <w:t>پھر</w:t>
      </w:r>
    </w:p>
    <w:p>
      <w:r>
        <w:rPr>
          <w:b/>
        </w:rPr>
        <w:t xml:space="preserve">[14:02] </w:t>
      </w:r>
      <w:r>
        <w:t>main us ko thodi hi der mein main us ko dhoondne lagi, woh mujhe mila hi nahi, woh aadmi. to farishte jo hain, dekhiye, zyada tar to woh invisible hote hain, lekin kabhi kabhi woh visible insan ki shakal mein ho jate hain.</w:t>
      </w:r>
    </w:p>
    <w:p>
      <w:pPr>
        <w:jc w:val="right"/>
      </w:pPr>
      <w:r>
        <w:t>میں اس کو تھوڑی ہی دیر میں میں اس کو ڈھونڈنے لگی، وہ مجھے ملا ہی نہیں، وہ آدمی۔ تو فرشتے جو ہیں، دیکھیے، زیادہ تر تو وہ انویزیبل ہوتے ہیں، لیکن کبھی کبھی وہ ویزیبل انسان کی شکل میں ہو جاتے ہیں۔</w:t>
      </w:r>
    </w:p>
    <w:p>
      <w:r>
        <w:rPr>
          <w:b/>
        </w:rPr>
        <w:t xml:space="preserve">[14:18] </w:t>
      </w:r>
      <w:r>
        <w:t>to woh mujhe is ne mobile de diya, phir is ke baad mein bohat dhoondhti rahi, kai baar balkay Lodhi Garden gayi ke dekhein, is ko woh mila hi nahi mujhe.</w:t>
      </w:r>
    </w:p>
    <w:p>
      <w:pPr>
        <w:jc w:val="right"/>
      </w:pPr>
      <w:r>
        <w:t>تو وہ مجھے اس نے موبائل دے دیا، پھر اس کے بعد میں بہت ڈھونڈتی رہی، کئی بار بلکہ لودھی گارڈن گئی کہ دیکھیں، اس کو وہ ملا ہی نہیں مجھے۔</w:t>
      </w:r>
    </w:p>
    <w:p>
      <w:r>
        <w:rPr>
          <w:b/>
        </w:rPr>
        <w:t xml:space="preserve">[14:29] </w:t>
      </w:r>
      <w:r>
        <w:t>to is tareeqay se hamein sirf bohat ziyada aware rehna hai ke hum har waqt apne farishta companion se motivation lete rahein aur shaitan ko door bhagate rahein.</w:t>
      </w:r>
    </w:p>
    <w:p>
      <w:pPr>
        <w:jc w:val="right"/>
      </w:pPr>
      <w:r>
        <w:t>تو اس طریقے سے ہمیں صرف بہت زیادہ اویئر رہنا ہے کہ ہم ہر وقت اپنے فرشتہ کمپینین سے موٹیویشن لیتے رہیں اور شیطان کو دور بھگاتے رہیں۔</w:t>
      </w:r>
    </w:p>
    <w:p>
      <w:r>
        <w:rPr>
          <w:b/>
        </w:rPr>
        <w:t xml:space="preserve">[14:46] </w:t>
      </w:r>
      <w:r>
        <w:t>to is tareeqay se hum hamesha hidayat par rahein ge, dunya mein bhi hidayat par rahein ge, aur woh hamein akhirat ka sahi rasta dikhate hain.</w:t>
      </w:r>
    </w:p>
    <w:p>
      <w:pPr>
        <w:jc w:val="right"/>
      </w:pPr>
      <w:r>
        <w:t>تو اس طریقے سے ہم ہمیشہ ہدایت پر رہیں گے، دنیا میں بھی ہدایت پر رہیں گے، اور وہ ہمیں آخرت کا صحیح راستہ دکھاتے ہیں۔</w:t>
      </w:r>
    </w:p>
    <w:p>
      <w:r>
        <w:rPr>
          <w:b/>
        </w:rPr>
        <w:t xml:space="preserve">[14:57] </w:t>
      </w:r>
      <w:r>
        <w:t>to hamein isi liye Allah taala ne hamare saath farishta companion kiye hi hain taake hum musalsal woh hamein Khuda ke rastay ki taraf targhib dete rahein.</w:t>
      </w:r>
    </w:p>
    <w:p>
      <w:pPr>
        <w:jc w:val="right"/>
      </w:pPr>
      <w:r>
        <w:t>تو ہمیں اسی لیے اللہ تعالی نے ہمارے ساتھ فرشتہ کمپینین کیے ہی ہیں تاکہ ہم مسلسل وہ ہمیں خدا کے راستے کی طرف ترغیب دیتے رہیں۔</w:t>
      </w:r>
    </w:p>
    <w:p>
      <w:r>
        <w:rPr>
          <w:b/>
        </w:rPr>
        <w:t xml:space="preserve">[15:06] </w:t>
      </w:r>
      <w:r>
        <w:t>aur unhon ne kaha bhi hai ke Quran mein aaya hai ke hum dunya mein bhi tumhare saathi hain aur akhirat mein bhi tumhare saathi hain.</w:t>
      </w:r>
    </w:p>
    <w:p>
      <w:pPr>
        <w:jc w:val="right"/>
      </w:pPr>
      <w:r>
        <w:t>اور انہوں نے کہا بھی ہے کہ قرآن میں آیا ہے کہ ہم دنیا میں بھی تمہارے ساتھی ہیں اور آخرت میں بھی تمہارے ساتھی ہیں۔</w:t>
      </w:r>
    </w:p>
    <w:p>
      <w:r>
        <w:rPr>
          <w:b/>
        </w:rPr>
        <w:t xml:space="preserve">[15:16] </w:t>
      </w:r>
      <w:r>
        <w:t>to yeh baat jo hai bohat zaroori hai ke hamein is ka ehsas hona chahiye. Ji bilkul, aap ne bohat achhay se samjhaya</w:t>
      </w:r>
    </w:p>
    <w:p>
      <w:pPr>
        <w:jc w:val="right"/>
      </w:pPr>
      <w:r>
        <w:t>تو یہ بات جو ہے بہت ضروری ہے کہ ہمیں اس کا احساس ہونا چاہیے۔ جی بالکل، آپ نے بہت اچھے سے سمجھایا</w:t>
      </w:r>
    </w:p>
    <w:p>
      <w:r>
        <w:rPr>
          <w:b/>
        </w:rPr>
        <w:t xml:space="preserve">[15:24] </w:t>
      </w:r>
      <w:r>
        <w:t>. Aap ne matlab bhalai karne ka matlab hai angels ko dawat dena, aur burai karne ka matlab hai shaitan ko dawat dena. Aur apa, ek bohat achhi mujhe riwayat bhi yaad aati hai jo Hazrat Abdullah bin Amr se hai.</w:t>
      </w:r>
    </w:p>
    <w:p>
      <w:pPr>
        <w:jc w:val="right"/>
      </w:pPr>
      <w:r>
        <w:t>۔ آپ نے مطلب بھلائی کرنے کا مطلب ہے اینجلز کو دعوت دینا، اور برائی کرنے کا مطلب ہے شیطان کو دعوت دینا۔ اور آپا، ایک بہت اچھی مجھے روایت بھی یاد آتی ہے جو حضرت عبداللہ بن عمرو سے ہے۔</w:t>
      </w:r>
    </w:p>
    <w:p>
      <w:r>
        <w:rPr>
          <w:b/>
        </w:rPr>
        <w:t xml:space="preserve">[15:38] </w:t>
      </w:r>
      <w:r>
        <w:t>unhon ne bataya ke ek martaba ek shakhs Rasool Allah ke paas aaya aur us ne kaha ke "I have relatives who have severed their ties with me.</w:t>
      </w:r>
    </w:p>
    <w:p>
      <w:pPr>
        <w:jc w:val="right"/>
      </w:pPr>
      <w:r>
        <w:t>انہوں نے بتایا کہ ایک مرتبہ ایک شخص رسول اللہ کے پاس آیا اور اس نے کہا کہ "آئی ہیو ریلیٹوز ہو ہیو سیورڈ دیر ٹائیز ود می۔</w:t>
      </w:r>
    </w:p>
    <w:p>
      <w:r>
        <w:rPr>
          <w:b/>
        </w:rPr>
        <w:t xml:space="preserve">[15:48] </w:t>
      </w:r>
      <w:r>
        <w:t>mein un ke saath kindness karta hoon, but woh mujhe torture karte hain.</w:t>
      </w:r>
    </w:p>
    <w:p>
      <w:pPr>
        <w:jc w:val="right"/>
      </w:pPr>
      <w:r>
        <w:t>میں ان کے ساتھ کائنڈنس کرتا ہوں، بٹ وہ مجھے ٹارچر کرتے ہیں۔</w:t>
      </w:r>
    </w:p>
    <w:p>
      <w:r>
        <w:rPr>
          <w:b/>
        </w:rPr>
        <w:t xml:space="preserve">[15:52] </w:t>
      </w:r>
      <w:r>
        <w:t>mein unhein forgive karta hoon, lekin woh mujhe trouble karte hain. To Rasool Allah, kya mein apna revenge le loon?" To Rasool Allah ne un se kaha ke "If you do this, then you will equate yourself with them.</w:t>
      </w:r>
    </w:p>
    <w:p>
      <w:pPr>
        <w:jc w:val="right"/>
      </w:pPr>
      <w:r>
        <w:t>میں انہیں فورگیو کرتا ہوں، لیکن وہ مجھے ٹربل کرتے ہیں۔ تو رسول اللہ، کیا میں اپنا ریونج لے لوں؟" تو رسول اللہ نے ان سے کہا کہ "اف یو ڈو دس، دین یو ویل ایکویٹ یور سیلف ود دیم۔</w:t>
      </w:r>
    </w:p>
    <w:p>
      <w:r>
        <w:rPr>
          <w:b/>
        </w:rPr>
        <w:t xml:space="preserve">[16:05] </w:t>
      </w:r>
      <w:r>
        <w:t>You continue to do goodness with them, and Allah will depute an angel as a guard till you continue doing that."</w:t>
      </w:r>
    </w:p>
    <w:p>
      <w:pPr>
        <w:jc w:val="right"/>
      </w:pPr>
      <w:r>
        <w:t>یو کنٹینیو ٹو ڈو گڈنس ود دیم، اینڈ اللہ ویل ڈیپیوٹ این اینجل ایز ا گارڈ ٹل یو کنٹینیو ڈوئنگ دیٹ۔"</w:t>
      </w:r>
    </w:p>
    <w:p>
      <w:r>
        <w:rPr>
          <w:b/>
        </w:rPr>
        <w:t xml:space="preserve">[16:14] </w:t>
      </w:r>
      <w:r>
        <w:t>to apa, yeh bohat hi achhi hadith hai. Aise jaise aap ne bhi samjhaya ke agar hum sahi maano mein, literal spirit mein, hum kindness, forgiveness, achha compassion, achha behavior rakhein to Allah ki taraf se yeh security hai ke hamare liye ek farishta deput ho jaye ga as a guard, and he will continue as a guard till we continue to conduct ourselves in that way.</w:t>
      </w:r>
    </w:p>
    <w:p>
      <w:pPr>
        <w:jc w:val="right"/>
      </w:pPr>
      <w:r>
        <w:t>تو آپا، یہ بہت ہی اچھی حدیث ہے۔ ایسے جیسے آپ نے بھی سمجھایا کہ اگر ہم صحیح معنی میں، لیٹرل سپرٹ میں، ہم کائنڈنس، فورگیونس، اچھا کمپیشن، اچھا بیہیویئر رکھیں تو اللہ کی طرف سے یہ سیکیورٹی ہے کہ ہمارے لیے ایک فرشتہ ڈیپیوٹ ہو جائے گا ایز ا گارڈ، اینڈ ہی ویل کنٹینیو ایز ا گارڈ ٹل وی کنٹینیو ٹو کنڈکٹ اور سیلف ان دیٹ وے۔</w:t>
      </w:r>
    </w:p>
    <w:p>
      <w:r>
        <w:rPr>
          <w:b/>
        </w:rPr>
        <w:t xml:space="preserve">[16:40] </w:t>
      </w:r>
      <w:r>
        <w:t>Apa, to jaisa ke hum jante hain aur aap ne bhi abhi bataya ke teen teen farishte, apa, haqeeqat mein to bohat innumerable angels hain.</w:t>
      </w:r>
    </w:p>
    <w:p>
      <w:pPr>
        <w:jc w:val="right"/>
      </w:pPr>
      <w:r>
        <w:t>آپا، تو جیسا کہ ہم جانتے ہیں اور آپ نے بھی ابھی بتایا کہ تین تین فرشتے، آپا، حقیقت میں تو بہت ان نیومریبل اینجلز ہیں۔</w:t>
      </w:r>
    </w:p>
    <w:p>
      <w:r>
        <w:rPr>
          <w:b/>
        </w:rPr>
        <w:t xml:space="preserve">[16:49] </w:t>
      </w:r>
      <w:r>
        <w:t>to mein chahoonga ke aap hum sab ko batayein ke what are the who are the main angels, and what what is their role?</w:t>
      </w:r>
    </w:p>
    <w:p>
      <w:pPr>
        <w:jc w:val="right"/>
      </w:pPr>
      <w:r>
        <w:t>تو میں چاہوں گا کہ آپ ہم سب کو بتائیں کہ واٹ ار دا ہو ار دا مین اینجلز، اینڈ واٹ واٹ از دیر رول؟</w:t>
      </w:r>
    </w:p>
    <w:p>
      <w:r>
        <w:rPr>
          <w:b/>
        </w:rPr>
        <w:t xml:space="preserve">[16:57] </w:t>
      </w:r>
      <w:r>
        <w:t>Is ke baray mein aap hum sab ko batayein. Farishte to beshumar hain.</w:t>
      </w:r>
    </w:p>
    <w:p>
      <w:pPr>
        <w:jc w:val="right"/>
      </w:pPr>
      <w:r>
        <w:t>اس کے بارے میں آپ ہم سب کو بتائیں۔ فرشتے تو بے شمار ہیں۔</w:t>
      </w:r>
    </w:p>
    <w:p>
      <w:r>
        <w:rPr>
          <w:b/>
        </w:rPr>
        <w:t xml:space="preserve">[17:03] </w:t>
      </w:r>
      <w:r>
        <w:t>Ek hadith ke mutabiq zameen mein char angul zameen bhi aisi nahi hai jahan koi farishta Khuda ke aagay sar basajood na ho, Khuda ki ibadat na kar raha ho.</w:t>
      </w:r>
    </w:p>
    <w:p>
      <w:pPr>
        <w:jc w:val="right"/>
      </w:pPr>
      <w:r>
        <w:t>ایک حدیث کے مطابق زمین میں چار انگول زمین بھی ایسی نہیں ہے جہاں کوئی فرشتہ خدا کے آگے سر بسجود نہ ہو، خدا کی عبادت نہ کر رہا ہو۔</w:t>
      </w:r>
    </w:p>
    <w:p>
      <w:r>
        <w:rPr>
          <w:b/>
        </w:rPr>
        <w:t xml:space="preserve">[17:15] </w:t>
      </w:r>
      <w:r>
        <w:t>to lekin kuch farishte bohat main hain jo ke Quran mein aur hadith mein jin ke baray mein zikr aaya hai. To misaal ke tor par sab se baray archangel to Hazrat Jibrael hain.</w:t>
      </w:r>
    </w:p>
    <w:p>
      <w:pPr>
        <w:jc w:val="right"/>
      </w:pPr>
      <w:r>
        <w:t>تو لیکن کچھ فرشتے بہت مین ہیں جو کہ قرآن میں اور حدیث میں جن کے بارے میں ذکر آیا ہے۔ تو مثال کے طور پر سب سے بڑے آرک اینجل تو حضرت جبرائیل ہیں۔</w:t>
      </w:r>
    </w:p>
    <w:p>
      <w:r>
        <w:rPr>
          <w:b/>
        </w:rPr>
        <w:t xml:space="preserve">[17:27] </w:t>
      </w:r>
      <w:r>
        <w:t>Hazrat Jibrael ki khaas duty hai Khuda ka paigham</w:t>
      </w:r>
    </w:p>
    <w:p>
      <w:pPr>
        <w:jc w:val="right"/>
      </w:pPr>
      <w:r>
        <w:t>حضرت جبرائیل کی خاص ڈیوٹی ہے خدا کا پیغام</w:t>
      </w:r>
    </w:p>
    <w:p>
      <w:r>
        <w:rPr>
          <w:b/>
        </w:rPr>
        <w:t xml:space="preserve">[17:31] </w:t>
      </w:r>
      <w:r>
        <w:t>, Khuda ke messengers ko le kar jana. To yeh un ki khaas duty hai. Tamam baray baray prophets jo hain jin ke paas Khuda ka paigham aaya to Hazrat Jibrael hi le kar aaye un ko.</w:t>
      </w:r>
    </w:p>
    <w:p>
      <w:pPr>
        <w:jc w:val="right"/>
      </w:pPr>
      <w:r>
        <w:t>، خدا کے میسنجرز کو لے کر جانا۔ تو یہ ان کی خاص ڈیوٹی ہے۔ تمام بڑے بڑے پرافٹس جو ہیں جن کے پاس خدا کا پیغام آیا تو حضرت جبرائیل ہی لے کر آئے ان کو۔</w:t>
      </w:r>
    </w:p>
    <w:p>
      <w:r>
        <w:rPr>
          <w:b/>
        </w:rPr>
        <w:t xml:space="preserve">[17:44] </w:t>
      </w:r>
      <w:r>
        <w:t>to doosray hain Hazrat Hazrat Israfeel. Hazrat Israfeel jo hain woh sur phoonkeinge qayamat ke din.</w:t>
      </w:r>
    </w:p>
    <w:p>
      <w:pPr>
        <w:jc w:val="right"/>
      </w:pPr>
      <w:r>
        <w:t>تو دوسرے ہیں حضرت اس حضرت اسرافیل۔ حضرت اسرافیل جو ہیں وہ سور پھونکیں گے قیامت کے دن۔</w:t>
      </w:r>
    </w:p>
    <w:p>
      <w:r>
        <w:rPr>
          <w:b/>
        </w:rPr>
        <w:t xml:space="preserve">[17:53] </w:t>
      </w:r>
      <w:r>
        <w:t>jab qayamat mein do sur phoonke jayein ge. Ek pehle sur phoonka jaye ga jab sab log be hosh ho ke gir jayein</w:t>
      </w:r>
    </w:p>
    <w:p>
      <w:pPr>
        <w:jc w:val="right"/>
      </w:pPr>
      <w:r>
        <w:t>جب قیامت میں دو سور پھونکے جائیں گے۔ ایک پہلے سور پھونکا جائے گا جب سب لوگ بے ہوش ہو کے گر ج</w:t>
      </w:r>
    </w:p>
    <w:p>
      <w:r>
        <w:rPr>
          <w:b/>
        </w:rPr>
        <w:t xml:space="preserve">[18:00] </w:t>
      </w:r>
      <w:r>
        <w:t>ge. Phir doosra sur phoonka jaye ga jab saare log uth kar revive ho jayein ge aur phir jahan Khuda ka arsh hoga us ki taraf daurte hue chale jayein ge.</w:t>
      </w:r>
    </w:p>
    <w:p>
      <w:pPr>
        <w:jc w:val="right"/>
      </w:pPr>
      <w:r>
        <w:t>ائیں گے۔ پھر دوسرا سور پھونکا جائے گا جب سارے لوگ اٹھ کر ریوائیو ہو جائیں گے اور پھر جہاں خدا کا عرش ہوگا اس کی طرف دوڑتے ہوئے چلے جائیں گے۔</w:t>
      </w:r>
    </w:p>
    <w:p>
      <w:r>
        <w:rPr>
          <w:b/>
        </w:rPr>
        <w:t xml:space="preserve">[18:11] </w:t>
      </w:r>
      <w:r>
        <w:t>to yeh un ka yeh sur liye woh kharay hue hain intezar mein ke kab Khuda ka hukum hoga aur woh sur phoonkeinge. To phir Hazrat Mikaeel Alaihissalam</w:t>
      </w:r>
    </w:p>
    <w:p>
      <w:pPr>
        <w:jc w:val="right"/>
      </w:pPr>
      <w:r>
        <w:t>تو یہ ان کا یہ وصور لیے وہ کھڑے ہوئے ہیں انتظار میں کہ کب خدا کا حکم ہوگا اور وہ سور پھونکیں گے۔ تو پھر حضرت میکائیل علیہ الس</w:t>
      </w:r>
    </w:p>
    <w:p>
      <w:r>
        <w:rPr>
          <w:b/>
        </w:rPr>
        <w:t xml:space="preserve">[18:25] </w:t>
      </w:r>
      <w:r>
        <w:t>hain, yeh barish barsate hain jo mausam itnay time time se mausam aate hain hamesha hazaron saal se.</w:t>
      </w:r>
    </w:p>
    <w:p>
      <w:pPr>
        <w:jc w:val="right"/>
      </w:pPr>
      <w:r>
        <w:t>لام ہیں، یہ بارش برساتے ہیں جو موسم اتنے ٹائم ٹائم سے موسم آتے ہیں ہمیشہ ہزاروں سال سے۔</w:t>
      </w:r>
    </w:p>
    <w:p>
      <w:r>
        <w:rPr>
          <w:b/>
        </w:rPr>
        <w:t xml:space="preserve">[18:33] </w:t>
      </w:r>
      <w:r>
        <w:t>to is ke upar bhi farishta muqarrar hai. To yeh farishte bohat hi taqatwar farishte hotay hain. To pehle ab to thora global warming se thora changes aa gaye hain, lekin pehle bilkul theek waqt par Azam Garh mein idhar Eastern UP mein mujhe yaad hai ke 13 June ko barish shuru ho jati thi.</w:t>
      </w:r>
    </w:p>
    <w:p>
      <w:pPr>
        <w:jc w:val="right"/>
      </w:pPr>
      <w:r>
        <w:t>تو اس کے اوپر بھی فرشتہ مقرر ہے۔ تو یہ فرشتے بہت ہی طاقتور فرشتے ہوتے ہیں۔ تو پہلے اب تو تھوڑا گلوبل وارمنگ سے تھوڑا چینجز آ گئے ہیں، لیکن پہلے بالکل ٹھیک وقت پر اعظم گڑھ میں ادھر ایسٹرن یو پی میں مجھے یاد ہے کہ 13 جون کو بارش شروع ہو جاتی تھی۔</w:t>
      </w:r>
    </w:p>
    <w:p>
      <w:r>
        <w:rPr>
          <w:b/>
        </w:rPr>
        <w:t xml:space="preserve">[18:54] </w:t>
      </w:r>
      <w:r>
        <w:t>to</w:t>
      </w:r>
    </w:p>
    <w:p>
      <w:pPr>
        <w:jc w:val="right"/>
      </w:pPr>
      <w:r>
        <w:t>تو</w:t>
      </w:r>
    </w:p>
    <w:p>
      <w:r>
        <w:rPr>
          <w:b/>
        </w:rPr>
        <w:t xml:space="preserve">[18:55] </w:t>
      </w:r>
      <w:r>
        <w:t>ab aise khud se to ho nahi sakta. koi bhi kaam is tareeqe se itni regularity ke sath, itne disciplined way ke sath to khud se nahi ho sakta.</w:t>
      </w:r>
    </w:p>
    <w:p>
      <w:pPr>
        <w:jc w:val="right"/>
      </w:pPr>
      <w:r>
        <w:t>اب ایسے خود سے تو ہو نہیں سکتا۔ کوئی بھی کام اس طریقے سے اتنی ریگولیرٹی کے ساتھ، اتنے ڈسپلنڈ وے کے ساتھ تو خود سے نہیں ہو سکتا۔</w:t>
      </w:r>
    </w:p>
    <w:p>
      <w:r>
        <w:rPr>
          <w:b/>
        </w:rPr>
        <w:t xml:space="preserve">[19:04] </w:t>
      </w:r>
      <w:r>
        <w:t>to is par farishta muqarrar hai. to phir ek malik ul maut hain jinka naam wo aza aza aza azrail.</w:t>
      </w:r>
    </w:p>
    <w:p>
      <w:pPr>
        <w:jc w:val="right"/>
      </w:pPr>
      <w:r>
        <w:t>تو اس پر فرشتہ مقرر ہے۔ تو پھر ایک ملک الموت ہیں جن کا نام وہ عزا عزا عزا عزائیل۔</w:t>
      </w:r>
    </w:p>
    <w:p>
      <w:r>
        <w:rPr>
          <w:b/>
        </w:rPr>
        <w:t xml:space="preserve">[19:17] </w:t>
      </w:r>
      <w:r>
        <w:t>to wo hain angel of death. ye jaan qabz kar ke phir Khuda ke paas is ko le jate hain.</w:t>
      </w:r>
    </w:p>
    <w:p>
      <w:pPr>
        <w:jc w:val="right"/>
      </w:pPr>
      <w:r>
        <w:t>تو وہ ہیں اینجل آف ڈیتھ۔ یہ جان قبض کر کے پھر خدا کے پاس اس کو لے جاتے ہیں۔</w:t>
      </w:r>
    </w:p>
    <w:p>
      <w:r>
        <w:rPr>
          <w:b/>
        </w:rPr>
        <w:t xml:space="preserve">[19:23] </w:t>
      </w:r>
      <w:r>
        <w:t>phir is ke baad ek munkar nakeer hain jo jab insan qabar mein jata hai to us se sawal jawab karte hain. rizwan ye wo hain jo jinka zikr aaya Quran mein aur hadith mein.</w:t>
      </w:r>
    </w:p>
    <w:p>
      <w:pPr>
        <w:jc w:val="right"/>
      </w:pPr>
      <w:r>
        <w:t>پھر اس کے بعد ایک منکر نکیر ہیں جو جب انسان قبر میں جاتا ہے تو اس سے سوال جواب کرتے ہیں۔ رضوان یہ وہ ہیں جو جن کا ذکر آیا قرآن میں اور حدیث میں۔</w:t>
      </w:r>
    </w:p>
    <w:p>
      <w:r>
        <w:rPr>
          <w:b/>
        </w:rPr>
        <w:t xml:space="preserve">[19:36] </w:t>
      </w:r>
      <w:r>
        <w:t>rizwan jannat ke guard hain, darban hain. aur is mein karaman katibeen jo hain wo bohat hamare liye important hain kyunke hamare tamam amal ka ye record tayyar karte hain.</w:t>
      </w:r>
    </w:p>
    <w:p>
      <w:pPr>
        <w:jc w:val="right"/>
      </w:pPr>
      <w:r>
        <w:t>رضوان جنت کے گارڈ ہیں، دربان ہیں۔ اور اس میں کرامن کاتبین جو ہیں وہ بہت ہمارے لیے امپورٹنٹ ہیں کیونکہ ہمارے تمام عمل کا یہ ریکارڈ تیار کرتے ہیں۔</w:t>
      </w:r>
    </w:p>
    <w:p>
      <w:r>
        <w:rPr>
          <w:b/>
        </w:rPr>
        <w:t xml:space="preserve">[19:51] </w:t>
      </w:r>
      <w:r>
        <w:t>to hamara Quran mein aaya hai ke log kahenge ke ye kaisa record hai jis ne chote se chote baat bhi jo hai record karne se chodi nahi hai.</w:t>
      </w:r>
    </w:p>
    <w:p>
      <w:pPr>
        <w:jc w:val="right"/>
      </w:pPr>
      <w:r>
        <w:t>تو ہمارا قرآن میں آیا ہے کہ لوگ کہیں گے کہ یہ کیسا ریکارڈ ہے جس نے چھوٹے سے چھوٹا بات بھی جو ہے ریکارڈ کرنے سے چھوڑی نہیں ہے۔</w:t>
      </w:r>
    </w:p>
    <w:p>
      <w:r>
        <w:rPr>
          <w:b/>
        </w:rPr>
        <w:t xml:space="preserve">[20:02] </w:t>
      </w:r>
      <w:r>
        <w:t>to har waqt hamare record wo log tayyar kar rahe hain. ab in ke record ko tayyar karne ka bohat kya tareeqa hoga, wo Allah taala janta hai.</w:t>
      </w:r>
    </w:p>
    <w:p>
      <w:pPr>
        <w:jc w:val="right"/>
      </w:pPr>
      <w:r>
        <w:t>تو ہر وقت ہمارے ریکارڈ وہ لوگ تیار کر رہے ہیں۔ اب ان کے ریکارڈ کو تیار کرنے کا بہت کیا طریقہ ہوگا، وہ اللہ تعالی جانتا ہے۔</w:t>
      </w:r>
    </w:p>
    <w:p>
      <w:r>
        <w:rPr>
          <w:b/>
        </w:rPr>
        <w:t xml:space="preserve">[20:11] </w:t>
      </w:r>
      <w:r>
        <w:t>to wo hamara har amal record ho raha hai.</w:t>
      </w:r>
    </w:p>
    <w:p>
      <w:pPr>
        <w:jc w:val="right"/>
      </w:pPr>
      <w:r>
        <w:t>تو وہ ہمارا ہر عمل ریکارڈ ہو رہا ہے۔</w:t>
      </w:r>
    </w:p>
    <w:p>
      <w:r>
        <w:rPr>
          <w:b/>
        </w:rPr>
        <w:t xml:space="preserve">[20:16] </w:t>
      </w:r>
      <w:r>
        <w:t>agar ye sari cheezein hum apne zehen mein mehfooz rakhein, har waqt is ko yaad rakhein to hum koi galat kaam karenge hi nahin. kyunke har waqt yaad rahega na ke hamara ye amal record ho jayega.</w:t>
      </w:r>
    </w:p>
    <w:p>
      <w:pPr>
        <w:jc w:val="right"/>
      </w:pPr>
      <w:r>
        <w:t>اگر یہ ساری چیزیں ہم اپنے ذہن میں محفوظ رکھیں، ہر وقت اس کو یاد رکھیں تو ہم کوئی غلط کام کریں گے ہی نہیں۔ کیونکہ ہر وقت یاد رہے گا نا کہ ہمارا یہ عمل ریکارڈ ہو جائے گا۔</w:t>
      </w:r>
    </w:p>
    <w:p>
      <w:r>
        <w:rPr>
          <w:b/>
        </w:rPr>
        <w:t xml:space="preserve">[20:29] </w:t>
      </w:r>
      <w:r>
        <w:t>to ye cheez hamein har galat kaam se hamein bacha legi. do farishte the haroot maroot. to ye jadu sikhate the bab babylonia mein.</w:t>
      </w:r>
    </w:p>
    <w:p>
      <w:pPr>
        <w:jc w:val="right"/>
      </w:pPr>
      <w:r>
        <w:t>تو یہ چیز ہمیں ہر غلط کام سے ہمیں بچا لے گی۔ دو فرشتے تھے ہاروت ماروت۔ تو یہ جادو سکھاتے تھے باب بیبیلونیا میں۔</w:t>
      </w:r>
    </w:p>
    <w:p>
      <w:r>
        <w:rPr>
          <w:b/>
        </w:rPr>
        <w:t xml:space="preserve">[20:42] </w:t>
      </w:r>
      <w:r>
        <w:t>to ye jadu sikhate the lekin ye bator aazmaish tha.</w:t>
      </w:r>
    </w:p>
    <w:p>
      <w:pPr>
        <w:jc w:val="right"/>
      </w:pPr>
      <w:r>
        <w:t>تو یہ جادو سکھاتے تھے لیکن یہ بطور آزمائش تھا۔</w:t>
      </w:r>
    </w:p>
    <w:p>
      <w:r>
        <w:rPr>
          <w:b/>
        </w:rPr>
        <w:t xml:space="preserve">[20:46] </w:t>
      </w:r>
      <w:r>
        <w:t>to wo khud kehte the ke dekho ye aazmaish hai, tum log mat seekho. lekin jin logon ke dil mein tedh thi aur kuch is se bura karna chahte the, kisi ki bura karne ke liye bhi jadu log seekhte hain.</w:t>
      </w:r>
    </w:p>
    <w:p>
      <w:pPr>
        <w:jc w:val="right"/>
      </w:pPr>
      <w:r>
        <w:t>تو وہ خود کہتے تھے کہ دیکھو یہ آزمائش ہے، تم لوگ مت سیکھو۔ لیکن جن لوگوں کے دلوں میں ٹیڑھ تھی اور کچھ اس سے برا کرنا چاہتے تھے، کسی کی برا کرنے کے لیے بھی جادو لوگ سیکھتے ہیں۔</w:t>
      </w:r>
    </w:p>
    <w:p>
      <w:r>
        <w:rPr>
          <w:b/>
        </w:rPr>
        <w:t xml:space="preserve">[20:58] </w:t>
      </w:r>
      <w:r>
        <w:t>to wo log is se jadu, un se jadu seekhte the. jo aaj duniya mein jadu hai na, to ho sakta hai inhi se aaya ho ye. to logon ne is ko seekha aur hamesha galat kamon ke liye istemal kiya.</w:t>
      </w:r>
    </w:p>
    <w:p>
      <w:pPr>
        <w:jc w:val="right"/>
      </w:pPr>
      <w:r>
        <w:t>تو وہ لوگ اس سے جادو، ان سے جادو سیکھتے تھے۔ جو آج دنیا میں جادو ہے نا، تو ہو سکتا ہے انہی سے آیا ہو یہ۔ تو لوگوں نے اس کو سیکھا اور ہمیشہ غلط کاموں کے لیے استعمال کیا۔</w:t>
      </w:r>
    </w:p>
    <w:p>
      <w:r>
        <w:rPr>
          <w:b/>
        </w:rPr>
        <w:t xml:space="preserve">[21:12] </w:t>
      </w:r>
      <w:r>
        <w:t>phir jab saza Allah taala deta tha jo qaum bohat zyada galat kaam karti thi, jaise Hazrat Nuh alaihissalam, unhone nau so baras tak Allah ki dawat di lekin is ke bawajood logon ne un ki suni nahin.</w:t>
      </w:r>
    </w:p>
    <w:p>
      <w:pPr>
        <w:jc w:val="right"/>
      </w:pPr>
      <w:r>
        <w:t>پھر جب سزا اللہ تعالی دیتا تھا جو قوم بہت زیادہ غلط کام کرتی تھی، جیسے حضرت نوح علیہ السلام، انہوں نے نو سو برس تک اللہ کی دعوت دی لیکن اس کے باوجود لوگوں نے ان کی سنی نہیں۔</w:t>
      </w:r>
    </w:p>
    <w:p>
      <w:r>
        <w:rPr>
          <w:b/>
        </w:rPr>
        <w:t xml:space="preserve">[21:27] </w:t>
      </w:r>
      <w:r>
        <w:t>aur prophets ko bohat zyada takleefein dein. to un ke jab Allah taala in bastiyon ko tabah karne ka irada karta hai, tab bhi farishton ke zariye se karwa</w:t>
      </w:r>
    </w:p>
    <w:p>
      <w:pPr>
        <w:jc w:val="right"/>
      </w:pPr>
      <w:r>
        <w:t>اور پرافٹس کو بہت زیادہ تکلیفیں دیں۔ تو ان کے جب اللہ تعالی ان بستیوں کو تباہ کرنے کا ارادہ کرتا ہے، تب بھی فرشتوں کے ذریعے سے کروات</w:t>
      </w:r>
    </w:p>
    <w:p>
      <w:r>
        <w:rPr>
          <w:b/>
        </w:rPr>
        <w:t xml:space="preserve">[21:39] </w:t>
      </w:r>
      <w:r>
        <w:t>a tha. to Hazrat Ibrahim ke paas aur Hazrat Loot ke paas wo farishte aaye the jinhone qaum Loot ko destroy kiya tha.</w:t>
      </w:r>
    </w:p>
    <w:p>
      <w:pPr>
        <w:jc w:val="right"/>
      </w:pPr>
      <w:r>
        <w:t>ا تھا۔ تو حضرت ابراہیم کے پاس اور حضرت لوط کے پاس وہ فرشتے آئے تھے جنہوں نے قوم لوط کو ڈسٹرائے کیا تھا۔</w:t>
      </w:r>
    </w:p>
    <w:p>
      <w:r>
        <w:rPr>
          <w:b/>
        </w:rPr>
        <w:t xml:space="preserve">[21:50] </w:t>
      </w:r>
      <w:r>
        <w:t>phir Hazrat Mehri ke paas to aisa aisa bohat kam hota tha. sirf Hazrat Khadija aur Hazrat Aisha ne dekha farishte ko.</w:t>
      </w:r>
    </w:p>
    <w:p>
      <w:pPr>
        <w:jc w:val="right"/>
      </w:pPr>
      <w:r>
        <w:t>پھر حضرت مہری کے پاس تو ایسا ایسا بہت کم ہوتا تھا۔ صرف حضرت خدیجہ اور حضرت عائشہ نے دیکھا فرشتے کو۔</w:t>
      </w:r>
    </w:p>
    <w:p>
      <w:r>
        <w:rPr>
          <w:b/>
        </w:rPr>
        <w:t xml:space="preserve">[22:00] </w:t>
      </w:r>
      <w:r>
        <w:t>aur Hazrat Mehri ne Hazrat Mehri ke paas farishta aaya tha. wo to Hazrat Jibrael alaihissalam hi aaye the.</w:t>
      </w:r>
    </w:p>
    <w:p>
      <w:pPr>
        <w:jc w:val="right"/>
      </w:pPr>
      <w:r>
        <w:t>اور حضرت مہری نے حضرت مہری کے پاس فرشتہ آیا تھا۔ وہ تو حضرت جبرائیل علیہ السلام ہی آئے تھے۔</w:t>
      </w:r>
    </w:p>
    <w:p>
      <w:r>
        <w:rPr>
          <w:b/>
        </w:rPr>
        <w:t xml:space="preserve">[22:07] </w:t>
      </w:r>
      <w:r>
        <w:t>un ko Rooh al Amin bhi kaha jata hai Quran mein. un ka aaya hai Rooh al Amin yani the trustworthy. to wo un ke paas aaye the aur unhone aap ko khabar di thi ke aap ke paas ek ek bohat hi wafadar ek beta paida hoga aur wo Khuda ka messenger hoga.</w:t>
      </w:r>
    </w:p>
    <w:p>
      <w:pPr>
        <w:jc w:val="right"/>
      </w:pPr>
      <w:r>
        <w:t>ان کو روح الامین بھی کہا جاتا ہے قرآن میں۔ ان کا آیا ہے روح الامین یعنی دا ٹرسٹ وردی۔ تو وہ ان کے پاس آئے تھے اور انہوں نے آپ کو خبر دی تھی کہ آپ کے پاس ایک ایک بہت ہی وفادار ایک بیٹا پیدا ہوگا اور وہ خدا کا میسنجر ہوگا۔</w:t>
      </w:r>
    </w:p>
    <w:p>
      <w:r>
        <w:rPr>
          <w:b/>
        </w:rPr>
        <w:t xml:space="preserve">[22:27] </w:t>
      </w:r>
      <w:r>
        <w:t>to wo unhone khabar di thi.</w:t>
      </w:r>
    </w:p>
    <w:p>
      <w:pPr>
        <w:jc w:val="right"/>
      </w:pPr>
      <w:r>
        <w:t>تو وہ انہوں نے خبر دی تھی۔</w:t>
      </w:r>
    </w:p>
    <w:p>
      <w:r>
        <w:rPr>
          <w:b/>
        </w:rPr>
        <w:t xml:space="preserve">[22:30] </w:t>
      </w:r>
      <w:r>
        <w:t>to Rasool Allah sallallahu alaihi wasallam ke paas jab insan ki shakal mein kai bar aaye Hazrat Jibrael to wo Dahya Kalbi ki shakal mein bhi aaye hain aur ek bedouin ki shakal mein bhi</w:t>
      </w:r>
    </w:p>
    <w:p>
      <w:pPr>
        <w:jc w:val="right"/>
      </w:pPr>
      <w:r>
        <w:t>تو رسول اللہ صلی اللہ علیہ وسلم کے پاس جب انسان کی شکل میں کئی بار آئے حضرت جبرائیل تو وہ دحیہ قلبی کی شکل میں بھی آئے ہیں اور ایک بدوین کی شکل میں بھی</w:t>
      </w:r>
    </w:p>
    <w:p>
      <w:r>
        <w:rPr>
          <w:b/>
        </w:rPr>
        <w:t xml:space="preserve">[22:41] </w:t>
      </w:r>
      <w:r>
        <w:t>aaye hain. Dahya Kalbi kafi handsome the. to un ki shakal mein jab Rasool Allah sallallahu alaihi wasallam ke paas kai log baithe hue the to kuch ek ek insan aaya aur wo matlab is desert mein to har aadmi jo hai garmi mein, desert mein, sehra mein,</w:t>
      </w:r>
    </w:p>
    <w:p>
      <w:pPr>
        <w:jc w:val="right"/>
      </w:pPr>
      <w:r>
        <w:t>آئے ہیں۔ دحیہ قلبی کافی ہینڈسم تھے۔ تو ان کی شکل میں جب رسول اللہ صلی اللہ علیہ وسلم کے پاس کئی لوگ بیٹھے ہوئے تھے تو کچھ ایک ایک انسان آیا اور وہ مطلب اس ڈیزرٹ میں تو ہر آدمی جو ہے گرمی میں، ڈیزرٹ میں، صحرا میں،</w:t>
      </w:r>
    </w:p>
    <w:p>
      <w:r>
        <w:rPr>
          <w:b/>
        </w:rPr>
        <w:t xml:space="preserve">[22:59] </w:t>
      </w:r>
      <w:r>
        <w:t>dhoop mein to paseena paseena ho jata tha. lekin wo ek dam saaf suthra kapda pehne hue, bilkul fresh. to logon ko bohat hairani hui ke ye kaun aadmi hai.</w:t>
      </w:r>
    </w:p>
    <w:p>
      <w:pPr>
        <w:jc w:val="right"/>
      </w:pPr>
      <w:r>
        <w:t>دھوپ میں تو پسینہ پسینہ ہو جاتا تھا۔ لیکن وہ ایک دم صاف ستھرا کپڑا پہنے ہوئے، بالکل فریش۔ تو لوگوں کو بہت حیرانی ہوئی کہ یہ کون آدمی ہے۔</w:t>
      </w:r>
    </w:p>
    <w:p>
      <w:r>
        <w:rPr>
          <w:b/>
        </w:rPr>
        <w:t xml:space="preserve">[23:10] </w:t>
      </w:r>
      <w:r>
        <w:t>phir is ne aage sawalat puchne shuru kiye Rasool Allah sallallahu alaihi wasallam se iman ke bare mein bataiye aur ehsan ke bare mein bataiye.</w:t>
      </w:r>
    </w:p>
    <w:p>
      <w:pPr>
        <w:jc w:val="right"/>
      </w:pPr>
      <w:r>
        <w:t>پھر اس نے آگے سوالات پوچھنے شروع کیے رسول اللہ صلی اللہ علیہ وسلم سے ایمان کے بارے میں بتائیے اور احسان کے بارے میں بتائیے۔</w:t>
      </w:r>
    </w:p>
    <w:p>
      <w:r>
        <w:rPr>
          <w:b/>
        </w:rPr>
        <w:t xml:space="preserve">[23:20] </w:t>
      </w:r>
      <w:r>
        <w:t>to jab aap batate to woh kehta ke sadqat aap ne sach kaha. to logon ko aur hairani hui ke yeh kaun hai jo aap ko keh raha hai ke aap ne sach kaha.</w:t>
      </w:r>
    </w:p>
    <w:p>
      <w:pPr>
        <w:jc w:val="right"/>
      </w:pPr>
      <w:r>
        <w:t>تو جب آپ بتاتے تو وہ کہتا کہ صدقت آپ نے سچ کہا۔ تو لوگوں کو اور حیرانی ہوئی کہ یہ کون ہے جو آپ کو کہہ رہا ہے کہ آپ نے سچ کہا۔</w:t>
      </w:r>
    </w:p>
    <w:p>
      <w:r>
        <w:rPr>
          <w:b/>
        </w:rPr>
        <w:t xml:space="preserve">[23:29] </w:t>
      </w:r>
      <w:r>
        <w:t>to us waqt hazrat umar bhi baithe hue thay. to us ke baad hazrat umar bohat der tak baithe rahe. woh to chala gaya.</w:t>
      </w:r>
    </w:p>
    <w:p>
      <w:pPr>
        <w:jc w:val="right"/>
      </w:pPr>
      <w:r>
        <w:t>تو اس وقت حضرت عمر بھی بیٹھے ہوئے تھے۔ تو اس کے بعد حضرت عمر بہت دیر تک بیٹھے رہے۔ وہ تو چلا گیا۔</w:t>
      </w:r>
    </w:p>
    <w:p>
      <w:r>
        <w:rPr>
          <w:b/>
        </w:rPr>
        <w:t xml:space="preserve">[23:37] </w:t>
      </w:r>
      <w:r>
        <w:t>phir unhon ne poocha ke aap se ke yeh kaun aadmi tha? tab unhon ne bataya ke hazrat jibril aaye thay tum logon ko islam ke bare mein batane ke liye.</w:t>
      </w:r>
    </w:p>
    <w:p>
      <w:pPr>
        <w:jc w:val="right"/>
      </w:pPr>
      <w:r>
        <w:t>پھر انہوں نے پوچھا کہ آپ سے کہ یہ کون آدمی تھا؟ تب انہوں نے بتایا کہ حضرت جبرائیل آئے تھے تم لوگوں کو اسلام کے بارے میں بتانے کے لیے۔</w:t>
      </w:r>
    </w:p>
    <w:p>
      <w:r>
        <w:rPr>
          <w:b/>
        </w:rPr>
        <w:t xml:space="preserve">[23:47] </w:t>
      </w:r>
      <w:r>
        <w:t>to woh jab insaan ki shakal mein aate hain na, tab hum dekh sakte hain. lekin agar woh asli shakal mein hotay hain tab woh invisible hotay hain.</w:t>
      </w:r>
    </w:p>
    <w:p>
      <w:pPr>
        <w:jc w:val="right"/>
      </w:pPr>
      <w:r>
        <w:t>تو وہ جب انسان کی شکل میں آتے ہیں نا، تب ہم دیکھ سکتے ہیں۔ لیکن اگر وہ اصلی شکل میں ہوتے ہیں تب وہ انویزیبل ہوتے ہیں۔</w:t>
      </w:r>
    </w:p>
    <w:p>
      <w:r>
        <w:rPr>
          <w:b/>
        </w:rPr>
        <w:t xml:space="preserve">[24:00] </w:t>
      </w:r>
      <w:r>
        <w:t>chounke farishtay noor se banay hue hain to woh apni koi bhi shakal ikhtiyar kar sakte hain.</w:t>
      </w:r>
    </w:p>
    <w:p>
      <w:pPr>
        <w:jc w:val="right"/>
      </w:pPr>
      <w:r>
        <w:t>چونکہ فرشتے نور سے بنے ہوئے ہیں تو وہ اپنی کوئی بھی شکل اختیار کر سکتے ہیں۔</w:t>
      </w:r>
    </w:p>
    <w:p>
      <w:r>
        <w:rPr>
          <w:b/>
        </w:rPr>
        <w:t xml:space="preserve">[24:09] </w:t>
      </w:r>
      <w:r>
        <w:t>to yeh hai ji. jazak allah apaa. yeh to bohat achi aur good information di hai aap ne jo aap ne share ki hai hum sab ke sath.</w:t>
      </w:r>
    </w:p>
    <w:p>
      <w:pPr>
        <w:jc w:val="right"/>
      </w:pPr>
      <w:r>
        <w:t>تو یہ ہے جی۔ جزاک اللہ آپا۔ یہ تو بہت اچھی اور گڈ انفارمیشن دیٹ یو شیئرڈ ود ال اف اس۔</w:t>
      </w:r>
    </w:p>
    <w:p>
      <w:r>
        <w:rPr>
          <w:b/>
        </w:rPr>
        <w:t xml:space="preserve">[24:19] </w:t>
      </w:r>
      <w:r>
        <w:t>apa, main aik angel ke bare mein zikr karna chahunga. main hayat us-sabah parh raha tha aur meri nazar se in angel ke bare mein information gayi to i wanted to share because aap ne bataya jaise bohat beshumar angels hain lekin yeh aik riwayat ke zareeye main batana chahunga.</w:t>
      </w:r>
    </w:p>
    <w:p>
      <w:pPr>
        <w:jc w:val="right"/>
      </w:pPr>
      <w:r>
        <w:t>آپا، میں ایک اینجل کے بارے میں ذکر کرنا چاہوں گا۔ میں حیات السابہ پڑھ رہا تھا اور میری نظر سے ان اینجل کے بارے میں انفارمیشن گئی تو آئی وانٹڈ ٹو شیئر بیکاز آپ نے بتایا جیسے بہت بے شمار اینجلز ہیں لیکن یہ ایک روایت کے ذریعے میں بتانا چاہ</w:t>
      </w:r>
    </w:p>
    <w:p>
      <w:r>
        <w:rPr>
          <w:b/>
        </w:rPr>
        <w:t xml:space="preserve">[24:36] </w:t>
      </w:r>
      <w:r>
        <w:t>unga. yeh riwayat hazrat arbaaz bin saariyah se related hai ke woh aik rasool allah ke sahabi thay aur bohat boodhay ho gaye thay. aur is liye woh yeh dua karte thay ke allah un ko maut de de.</w:t>
      </w:r>
    </w:p>
    <w:p>
      <w:pPr>
        <w:jc w:val="right"/>
      </w:pPr>
      <w:r>
        <w:t>وں گا۔ یہ روایت حضرت ارباز بن ساریہ سے ریلیٹڈ ہے کہ وہ ایک رسول اللہ کے صحابی تھے اور بہت بوڑھے ہو گئے تھے۔ اور اس لیے وہ یہ دعا کرتے تھے کہ اللہ ان کو موت دے دے۔</w:t>
      </w:r>
    </w:p>
    <w:p>
      <w:r>
        <w:rPr>
          <w:b/>
        </w:rPr>
        <w:t xml:space="preserve">[24:49] </w:t>
      </w:r>
      <w:r>
        <w:t>to woh yeh kehte thay ke aye allah, main bohat meri umar bohat zyada ho gayi hai, meri hadiyan patli aur kamzor ho gayi hain, to tu mujhe maut tak pouncha de.</w:t>
      </w:r>
    </w:p>
    <w:p>
      <w:pPr>
        <w:jc w:val="right"/>
      </w:pPr>
      <w:r>
        <w:t>تو وہ یہ کہتے تھے کہ اے اللہ، میں بہت میری عمر بہت زیادہ ہو گئی ہے، میری ہڈیاں پتلی اور کمزور ہو گئی ہیں، تو تو مجھے موت تک پہنچا دے۔</w:t>
      </w:r>
    </w:p>
    <w:p>
      <w:r>
        <w:rPr>
          <w:b/>
        </w:rPr>
        <w:t xml:space="preserve">[24:58] </w:t>
      </w:r>
      <w:r>
        <w:t>to aik baar aisa hua, apa, woh damishq ke masjid mein baithe hue thay to aik naujawan jo bohat hi haseen aur jameel tha, woh un ke paas aa kar baith gaya.</w:t>
      </w:r>
    </w:p>
    <w:p>
      <w:pPr>
        <w:jc w:val="right"/>
      </w:pPr>
      <w:r>
        <w:t>تو ایک بار ایسا ہوا، آپا، وہ دمشق کے مسجد میں بیٹھے ہوئے تھے تو ایک نوجوان جو بہت ہی حسین اور جمیل تھا، وہ ان کے پاس آ کر بیٹھ گیا۔</w:t>
      </w:r>
    </w:p>
    <w:p>
      <w:r>
        <w:rPr>
          <w:b/>
        </w:rPr>
        <w:t xml:space="preserve">[25:08] </w:t>
      </w:r>
      <w:r>
        <w:t>to unhon ne un se kaha hazrat arbaaz se ke aap yeh kya dua karte hain? to unhon ne kaha, to phir main kya dua karoon? to unhon ne kaha ke aap yeh dua kyun nahi karte ke aye allah, tu mere amal achay kar de</w:t>
      </w:r>
    </w:p>
    <w:p>
      <w:pPr>
        <w:jc w:val="right"/>
      </w:pPr>
      <w:r>
        <w:t>تو انہوں نے ان سے کہا حضرت ارباز سے کہ آپ یہ کیا دعا کرتے ہیں؟ تو انہوں نے کہا، تو پھر میں کیا دعا کروں؟ تو انہوں نے کہا کہ آپ یہ دعا کیوں نہیں کرتے کہ اے اللہ، تو میرے عمل اچھے کر دے</w:t>
      </w:r>
    </w:p>
    <w:p>
      <w:r>
        <w:rPr>
          <w:b/>
        </w:rPr>
        <w:t xml:space="preserve">[25:20] </w:t>
      </w:r>
      <w:r>
        <w:t>aur tu mujhe maut tak pouncha de? to jab hazrat arbaaz ne yeh suna to unhon ne us se poocha ke aap kaun hain? to unhon ne kaha ke main rebeel hoon aur main momineen ke dilo mein se gham nikaal leta hoon.</w:t>
      </w:r>
    </w:p>
    <w:p>
      <w:pPr>
        <w:jc w:val="right"/>
      </w:pPr>
      <w:r>
        <w:t>اور تو مجھے موت تک پہنچا دے؟ تو جب حضرت ارباز نے یہ سنا تو انہوں نے اس سے پوچھا کہ آپ کون ہیں؟ تو انہوں نے کہا کہ میں ربیل ہوں اور میں مومنوں کے دلوں میں سے غم نکال لیتا ہوں۔</w:t>
      </w:r>
    </w:p>
    <w:p>
      <w:r>
        <w:rPr>
          <w:b/>
        </w:rPr>
        <w:t xml:space="preserve">[25:34] </w:t>
      </w:r>
      <w:r>
        <w:t>he was an angel who is deputed by god to remove sorrows from the heart of people. to mujhe bohat hi yeh acha laga.</w:t>
      </w:r>
    </w:p>
    <w:p>
      <w:pPr>
        <w:jc w:val="right"/>
      </w:pPr>
      <w:r>
        <w:t>ہی واز این اینجل ہو از ڈیپیوٹڈ بائے گاڈ ٹو ریموو سوروز فرام دی ہارٹ اف پیپل۔ تو مجھے بہت ہی یہ اچھا لگا۔</w:t>
      </w:r>
    </w:p>
    <w:p>
      <w:r>
        <w:rPr>
          <w:b/>
        </w:rPr>
        <w:t xml:space="preserve">[25:43] </w:t>
      </w:r>
      <w:r>
        <w:t>halankay apa, jo gham hai, ghamgeen hona aik momin ke liye jaiz nahi hai.</w:t>
      </w:r>
    </w:p>
    <w:p>
      <w:pPr>
        <w:jc w:val="right"/>
      </w:pPr>
      <w:r>
        <w:t>حالانکہ آپا، جو غم ہے، غمگین ہونا ایک مومن کے لیے جائز نہیں ہے۔</w:t>
      </w:r>
    </w:p>
    <w:p>
      <w:r>
        <w:rPr>
          <w:b/>
        </w:rPr>
        <w:t xml:space="preserve">[25:49] </w:t>
      </w:r>
      <w:r>
        <w:t>lekin tab bhi kai baar aisa hota hai ke low feeling ho jati hai, you feel not very okay. to mere ko yeh yahan se yeh aik reference mila ke it can be a point to do dua to allah ke aye allah, tu humein rebeel ki company mein daal de aur hamare ghamon ko hamare dilo se nikaal de.</w:t>
      </w:r>
    </w:p>
    <w:p>
      <w:pPr>
        <w:jc w:val="right"/>
      </w:pPr>
      <w:r>
        <w:t>لیکن تب بھی کئی بار ایسا ہوتا ہے کہ لو فیلنگ ہو جاتی ہے، یو فیل ناٹ ویری اوکے۔ تو میرے کو یہ یہاں سے یہ ایک ریفرنس ملا کہ اٹ کین بی ا پوائنٹ ٹو ڈو دعا ٹو اللہ کہ اے اللہ، تو ہمیں ربیل کی کمپنی میں ڈال دے اور ہمارے غموں کو ہمارے دلوں سے نکال دے۔</w:t>
      </w:r>
    </w:p>
    <w:p>
      <w:r>
        <w:rPr>
          <w:b/>
        </w:rPr>
        <w:t xml:space="preserve">[26:08] </w:t>
      </w:r>
      <w:r>
        <w:t>to yeh jo angel of removing sorrows hai, rebeel, yeh bohat mujhe aik interesting aur bohat hi zabardast</w:t>
      </w:r>
    </w:p>
    <w:p>
      <w:pPr>
        <w:jc w:val="right"/>
      </w:pPr>
      <w:r>
        <w:t>تو یہ جو اینجل اف ریموونگ سوروز ہے، ربیل، یہ بہت مجھے ایک انٹرسٹنگ اور بہت ہی زبردست</w:t>
      </w:r>
    </w:p>
    <w:p>
      <w:r>
        <w:rPr>
          <w:b/>
        </w:rPr>
        <w:t xml:space="preserve">[26:17] </w:t>
      </w:r>
      <w:r>
        <w:t>angel laga. har kaam ke liye dua karni chahiye. ji. acha, apa, aap ne abhi kai angels ka zikr kiya. aap ne sab se pehle angel jibril ke bare mein bhi bataya.</w:t>
      </w:r>
    </w:p>
    <w:p>
      <w:pPr>
        <w:jc w:val="right"/>
      </w:pPr>
      <w:r>
        <w:t>اینجل لگے۔ ہر کام کے لیے دعا کرنی چاہیے۔ جی۔ اچھا، آپا، آپ نے ابھی کئی اینجلز کا ذکر کیا۔ آپ نے سب سے پہلے اینجل جبرائیل کے بارے میں بھی بتایا۔</w:t>
      </w:r>
    </w:p>
    <w:p>
      <w:r>
        <w:rPr>
          <w:b/>
        </w:rPr>
        <w:t xml:space="preserve">[26:27] </w:t>
      </w:r>
      <w:r>
        <w:t>to main chahunga thora is ko aap wazeh karen ke un ki main duty kya hai? is ke bare mein aap batayen. hazrat jibril alaihissalam, un ko christian tradition mein holy spirit kehte hain.</w:t>
      </w:r>
    </w:p>
    <w:p>
      <w:pPr>
        <w:jc w:val="right"/>
      </w:pPr>
      <w:r>
        <w:t>تو میں چاہوں گا تھوڑا اس کو آپ واضح کریں کہ ان کی مین ڈیوٹی کیا ہے؟ اس کے بارے میں آپ بتائیں۔ حضرت جبرائیل علیہ السلام، ان کو کرسچن ٹریڈیشن میں ہولی سپرٹ کہتے ہیں۔</w:t>
      </w:r>
    </w:p>
    <w:p>
      <w:r>
        <w:rPr>
          <w:b/>
        </w:rPr>
        <w:t xml:space="preserve">[26:40] </w:t>
      </w:r>
      <w:r>
        <w:t>wohi rooh al-amin jo hai arabi mein, wahi english mein holy spirit</w:t>
      </w:r>
    </w:p>
    <w:p>
      <w:pPr>
        <w:jc w:val="right"/>
      </w:pPr>
      <w:r>
        <w:t>وہی روح الامین جو ہے عربی میں، وہی انگلش میں ہولی سپرٹ</w:t>
      </w:r>
    </w:p>
    <w:p>
      <w:r>
        <w:rPr>
          <w:b/>
        </w:rPr>
        <w:t xml:space="preserve">[26:46] </w:t>
      </w:r>
      <w:r>
        <w:t>۔ to yeh tamam baray baray jo peghambar hain, un ke paas woh atay thay. woh asal mein khuda se direct contact nahi hota.</w:t>
      </w:r>
    </w:p>
    <w:p>
      <w:pPr>
        <w:jc w:val="right"/>
      </w:pPr>
      <w:r>
        <w:t>۔ تو یہ تمام بڑے بڑے جو پیغمبر ہیں، ان کے پاس وہ آتے تھے۔ وہ اصل میں خدا سے ڈائریکٹ کانٹیکٹ نہیں ہوتا۔</w:t>
      </w:r>
    </w:p>
    <w:p>
      <w:r>
        <w:rPr>
          <w:b/>
        </w:rPr>
        <w:t xml:space="preserve">[26:56] </w:t>
      </w:r>
      <w:r>
        <w:t>to yahi farishtay hain jo jinke zariye se hamara contact khuda se hota hai. khuda apne messages bhejta hai. to yeh sab se baray angel hain, archangel un ko bola jata hai.</w:t>
      </w:r>
    </w:p>
    <w:p>
      <w:pPr>
        <w:jc w:val="right"/>
      </w:pPr>
      <w:r>
        <w:t>تو یہی فرشتے ہیں جو جن کے ذریعے سے ہمارا کانٹیکٹ خدا سے ہوتا ہے۔ خدا اپنے میسجز بھیجتا ہے۔ تو یہ سب سے بڑے اینجل ہیں، آرک اینجل ان کو بولا جاتا ہے۔</w:t>
      </w:r>
    </w:p>
    <w:p>
      <w:r>
        <w:rPr>
          <w:b/>
        </w:rPr>
        <w:t xml:space="preserve">[27:08] </w:t>
      </w:r>
      <w:r>
        <w:t>to yeh intermediary between god and human beings hain.</w:t>
      </w:r>
    </w:p>
    <w:p>
      <w:pPr>
        <w:jc w:val="right"/>
      </w:pPr>
      <w:r>
        <w:t>تو یہ انٹرمیڈیری بٹوین گاڈ اینڈ ہیومن بینگ ہیں۔</w:t>
      </w:r>
    </w:p>
    <w:p>
      <w:r>
        <w:rPr>
          <w:b/>
        </w:rPr>
        <w:t xml:space="preserve">[27:12] </w:t>
      </w:r>
      <w:r>
        <w:t>to tamam jo messenger, tamam messages jo hain, woh yahi latay hain. quran mein teen baar hazrat jibril alaihissalam ka zikr hua hai.</w:t>
      </w:r>
    </w:p>
    <w:p>
      <w:pPr>
        <w:jc w:val="right"/>
      </w:pPr>
      <w:r>
        <w:t>تو تمام جو میسنجر، تمام میسجز جو ہیں، وہ یہی لاتے ہیں۔ قرآن میں تین بار حضرت جبرائیل علیہ السلام کا ذکر ہوا ہے۔</w:t>
      </w:r>
    </w:p>
    <w:p>
      <w:r>
        <w:rPr>
          <w:b/>
        </w:rPr>
        <w:t xml:space="preserve">[27:22] </w:t>
      </w:r>
      <w:r>
        <w:t>to woh revelations latay hain. aur rasool allah sallallahu alaihi wasallam jab ghare hira mein thay to us waqt hazrat jibril alaihissalam wahan aaye aur jab quran ki jo first verses hain, jab reveal ki to aap ne kaha ke main nahi, main ma ana bi qarin, main parha hua nahi hoon.</w:t>
      </w:r>
    </w:p>
    <w:p>
      <w:pPr>
        <w:jc w:val="right"/>
      </w:pPr>
      <w:r>
        <w:t>تو وہ ریولیشنز لاتے ہیں۔ اور رسول اللہ صلی اللہ علیہ وسلم جب غار حرا میں تھے تو اس وقت حضرت جبرائیل علیہ السلام وہاں آئے اور جب قرآن کی جو فرسٹ ورسز ہیں، جب ریویل کی تو آپ نے کہا کہ میں نہیں، میں ما انا بقارین، میں پڑھا ہوا نہیں ہوں۔</w:t>
      </w:r>
    </w:p>
    <w:p>
      <w:r>
        <w:rPr>
          <w:b/>
        </w:rPr>
        <w:t xml:space="preserve">[27:42] </w:t>
      </w:r>
      <w:r>
        <w:t>to hazrat jibril alaihissalam ne teen baar seena aise kiya aap ka pakad ke to teen baar kiya khoob kas ke phir aap parhna shuru kar diya aap ne.</w:t>
      </w:r>
    </w:p>
    <w:p>
      <w:pPr>
        <w:jc w:val="right"/>
      </w:pPr>
      <w:r>
        <w:t>تو حضرت جبرائیل علیہ السلام نے تین بار سینہ ایسے کیا آپ کا پکڑ کے تو تین بار کیا خوب کس کے پھر آپ پڑھنا شروع کر دیا آپ نے۔</w:t>
      </w:r>
    </w:p>
    <w:p>
      <w:r>
        <w:rPr>
          <w:b/>
        </w:rPr>
        <w:t xml:space="preserve">[27:54] </w:t>
      </w:r>
      <w:r>
        <w:t>to un logon ke andar bohat ziyada woh hoti hai salahiyat hoti hai aur woh insanon ko bohat kuch de sakte hain. to hamein receptive hona chahiye un se lene ke liye.</w:t>
      </w:r>
    </w:p>
    <w:p>
      <w:pPr>
        <w:jc w:val="right"/>
      </w:pPr>
      <w:r>
        <w:t>تو ان لوگوں کے اندر بہت زیادہ وہ ہوتی ہے صلاحیت ہوتی ہے اور وہ انسانوں کو بہت کچھ دے سکتے ہیں۔ تو ہمیں ریسیپٹیو ہونا چاہیے ان سے لینے کے لیے۔</w:t>
      </w:r>
    </w:p>
    <w:p>
      <w:r>
        <w:rPr>
          <w:b/>
        </w:rPr>
        <w:t xml:space="preserve">[28:08] </w:t>
      </w:r>
      <w:r>
        <w:t>to rasool Allah sal Allah aleh wasallam ne aam taur par to jo wahi aati thi na, woh woh awaz ki shakal mein aati thi.</w:t>
      </w:r>
    </w:p>
    <w:p>
      <w:pPr>
        <w:jc w:val="right"/>
      </w:pPr>
      <w:r>
        <w:t>تو رسول اللہ صلی اللہ علیہ وسلم نے عام طور پر تو جو وحی آتی تھی نا، وہ وہ آواز کی شکل میں آتی تھی۔</w:t>
      </w:r>
    </w:p>
    <w:p>
      <w:r>
        <w:rPr>
          <w:b/>
        </w:rPr>
        <w:t xml:space="preserve">[28:18] </w:t>
      </w:r>
      <w:r>
        <w:t>kehte hain ke jaise ringing of the bell, to woh awaz ki shakal mein aati thi. lekin kabhi kabhi woh zahir bhi hote the. kabhi wohi Dihya Kalbi ki shakal mein aur kabhi.</w:t>
      </w:r>
    </w:p>
    <w:p>
      <w:pPr>
        <w:jc w:val="right"/>
      </w:pPr>
      <w:r>
        <w:t>کہتے ہیں کہ جیسے رنگنگ آف دا بیل، تو وہ آواز کی شکل میں آتی تھی۔ لیکن کبھی کبھی وہ ظاہر بھی ہوتے تھے۔ کبھی وہی دحیہ قلبی کی شکل میں اور کبھی۔</w:t>
      </w:r>
    </w:p>
    <w:p>
      <w:r>
        <w:rPr>
          <w:b/>
        </w:rPr>
        <w:t xml:space="preserve">[28:30] </w:t>
      </w:r>
      <w:r>
        <w:t>isra aur miraj mein kehte hain ke rasool Allah sal Allah aleh wasallam ne Hazrat Jibrael ko asli shakal mein dekha tha.</w:t>
      </w:r>
    </w:p>
    <w:p>
      <w:pPr>
        <w:jc w:val="right"/>
      </w:pPr>
      <w:r>
        <w:t>اسراء اور معراج میں کہتے ہیں کہ رسول اللہ صلی اللہ علیہ وسلم نے حضرت جبرائیل کو اصلی شکل میں دیکھا تھا۔</w:t>
      </w:r>
    </w:p>
    <w:p>
      <w:r>
        <w:rPr>
          <w:b/>
        </w:rPr>
        <w:t xml:space="preserve">[28:39] </w:t>
      </w:r>
      <w:r>
        <w:t>to Hazrat Musa aleh wasallam ke liye aaye jab wahan Hazrat Hazrat Firon se encounter ho raha tha aur woh darya paar karna tha to us waqt Hazrat Jibrael aleh wasallam wahan par the.</w:t>
      </w:r>
    </w:p>
    <w:p>
      <w:pPr>
        <w:jc w:val="right"/>
      </w:pPr>
      <w:r>
        <w:t>تو حضرت موسی علیہ السلام کے لیے آئے جب وہاں حضرت حضرت فرعون سے انکاؤنٹر ہو رہا تھا اور وہ دریا پار کرنا تھا تو اس وقت حضرت جبرائیل علیہ السلام وہاں پر تھے۔</w:t>
      </w:r>
    </w:p>
    <w:p>
      <w:r>
        <w:rPr>
          <w:b/>
        </w:rPr>
        <w:t xml:space="preserve">[28:53] </w:t>
      </w:r>
      <w:r>
        <w:t>aur khaas taur par quran har ramzan mein rasool Allah sal Allah aleh wasallam ke paas aate the aur us waqt tak jitna quran reveal ho jata tha woh aap ke sath baith kar us ko padhte the.</w:t>
      </w:r>
    </w:p>
    <w:p>
      <w:pPr>
        <w:jc w:val="right"/>
      </w:pPr>
      <w:r>
        <w:t>اور خاص طور پر قرآن ہر رمضان میں رسول اللہ صلی اللہ علیہ وسلم کے پاس آتے تھے اور اس وقت تک جتنا قرآن ریویل ہو جاتا تھا وہ آپ کے ساتھ بیٹھ کر اس کو پڑھتے تھے۔</w:t>
      </w:r>
    </w:p>
    <w:p>
      <w:r>
        <w:rPr>
          <w:b/>
        </w:rPr>
        <w:t xml:space="preserve">[29:06] </w:t>
      </w:r>
      <w:r>
        <w:t>to aakhri saal jab ramzan mein aap aaye jab ke poora quran nazil ho chuka tha to unhon ne poora quran do bar padha aap ke sath aur woh aap Hazrat Jibrael aleh wasallam ne is ka order set kiya kyunke quran ki ayatein jo hain alag alag utarti thin.</w:t>
      </w:r>
    </w:p>
    <w:p>
      <w:pPr>
        <w:jc w:val="right"/>
      </w:pPr>
      <w:r>
        <w:t>تو آخری سال جب رمضان میں آپ آئے جب کہ پورا قرآن نازل ہو چکا تھا تو انہوں نے پورا قرآن دو بار پڑھا آپ کے ساتھ اور وہ آپ حضرت جبرائیل علیہ السلام نے اس کا آرڈر سیٹ کیا کیونکہ قرآن کی آیتیں جو ہیں الگ الگ اترتی تھیں۔</w:t>
      </w:r>
    </w:p>
    <w:p>
      <w:r>
        <w:rPr>
          <w:b/>
        </w:rPr>
        <w:t xml:space="preserve">[29:24] </w:t>
      </w:r>
      <w:r>
        <w:t>to Hazrat Jibrael aleh wasallam is ka order poora as it is jaise ab quran hai is ka order Hazrat Jibrael aleh wasallam ne set kiya tha. aur Hazrat Jibrael aleh wasallam ne panch bar rasool Allah sal Allah aleh wasallam ko namaz padhai.</w:t>
      </w:r>
    </w:p>
    <w:p>
      <w:pPr>
        <w:jc w:val="right"/>
      </w:pPr>
      <w:r>
        <w:t>تو حضرت جبرائیل علیہ السلام اس کا آرڈر پورا ایز اٹ از جیسے اب قرآن ہے اس کا آرڈر حضرت جبرائیل علیہ السلام نے سیٹ کیا تھا۔ اور حضرت جبرائیل علیہ السلام نے پانچ بار رسول اللہ صلی اللہ علیہ وسلم کو نماز پڑھائی۔</w:t>
      </w:r>
    </w:p>
    <w:p>
      <w:r>
        <w:rPr>
          <w:b/>
        </w:rPr>
        <w:t xml:space="preserve">[29:39] </w:t>
      </w:r>
      <w:r>
        <w:t>ek to sab se pehle wuzu karna bataya, phir namaz padhna bataya. do bar kehte hain kaba mein namaz padhai. to is tarah se jo wahi wala mamla hai,</w:t>
      </w:r>
    </w:p>
    <w:p>
      <w:pPr>
        <w:jc w:val="right"/>
      </w:pPr>
      <w:r>
        <w:t>ایک تو سب سے پہلے وضو کرنا بتایا، پھر نماز پڑھنا بتایا۔ دو بار کہتے ہیں کعبہ میں نماز پڑھائی۔ تو اس طریقے سے جو وحی والا معاملہ ہے،</w:t>
      </w:r>
    </w:p>
    <w:p>
      <w:r>
        <w:rPr>
          <w:b/>
        </w:rPr>
        <w:t xml:space="preserve">[29:50] </w:t>
      </w:r>
      <w:r>
        <w:t>khuda ke haan se jo revelation aate hain woh sab Hazrat Jibrael aleh wasallam karte hain. to kai log kehte the jo iman nahi laye the ke yeh jo hai woh khuda ke haan se nahi le aate hain, apni taraf se kuch le aate hain.</w:t>
      </w:r>
    </w:p>
    <w:p>
      <w:pPr>
        <w:jc w:val="right"/>
      </w:pPr>
      <w:r>
        <w:t>خدا کے ہاں سے جو ریولیشن آتے ہیں وہ سب حضرت جبرائیل علیہ السلام کرتے ہیں۔ تو کئی لوگ کہتے تھے جو ایمان نہیں لائے تھے کہ یہ جو ہے وہ خدا کے ہاں سے نہیں لے آتے ہیں، اپنی طرف سے کچھ لے آتے ہیں۔</w:t>
      </w:r>
    </w:p>
    <w:p>
      <w:r>
        <w:rPr>
          <w:b/>
        </w:rPr>
        <w:t xml:space="preserve">[30:07] </w:t>
      </w:r>
      <w:r>
        <w:t>to is par kaha gaya, isi par kaha gaya ke yeh Rooh al-Amin hain, trustworthy hain. jo kuch un ko khuda ki taraf se milta hai woh as it is khuda ke peghambar tak pahunchate hain.</w:t>
      </w:r>
    </w:p>
    <w:p>
      <w:pPr>
        <w:jc w:val="right"/>
      </w:pPr>
      <w:r>
        <w:t>تو اس پر کہا گیا، اسی پر کہا گیا کہ یہ روح الامین ہیں، ٹرسٹ وردی ہیں۔ جو کچھ ان کو خدا کی طرف سے ملتا ہے وہ ایز اٹ از خدا کے پیغمبر تک پہنچاتے ہیں۔</w:t>
      </w:r>
    </w:p>
    <w:p>
      <w:r>
        <w:rPr>
          <w:b/>
        </w:rPr>
        <w:t xml:space="preserve">[30:19] </w:t>
      </w:r>
      <w:r>
        <w:t>ji. and apa, Jibrael aleh wasallam was a constant helper of prophet throughout his life. and jaise aap ne bataya bhi ke do martaba unhon ne un ko original form mein dekha jis mein Allah ne un ko create kiya hai.</w:t>
      </w:r>
    </w:p>
    <w:p>
      <w:pPr>
        <w:jc w:val="right"/>
      </w:pPr>
      <w:r>
        <w:t>جی۔ اینڈ آپا، جبرائیل علیہ السلام واز ا کانسٹنٹ ہیلپر آف پرافٹ تھرو آؤٹ ہز لائف۔ اینڈ جیسے آپ نے بتایا بھی کہ دو مرتبہ انہوں نے ان کو اوریجنل فارم میں دیکھا جس میں اللہ نے ان کو کریٹ کیا ہے۔</w:t>
      </w:r>
    </w:p>
    <w:p>
      <w:r>
        <w:rPr>
          <w:b/>
        </w:rPr>
        <w:t xml:space="preserve">[30:32] </w:t>
      </w:r>
      <w:r>
        <w:t>aur apa, woh bohat hi amazing description</w:t>
      </w:r>
    </w:p>
    <w:p>
      <w:pPr>
        <w:jc w:val="right"/>
      </w:pPr>
      <w:r>
        <w:t>اور آپا، وہ بہت ہی امیزنگ ڈسکرپ</w:t>
      </w:r>
    </w:p>
    <w:p>
      <w:r>
        <w:rPr>
          <w:b/>
        </w:rPr>
        <w:t xml:space="preserve">[30:35] </w:t>
      </w:r>
      <w:r>
        <w:t>hai. matlab jitni bar padhein aap o mein aa jate hain ke prophet so that he had six hundred wings and there was pearl, rubies and diamonds dripping from his wings.</w:t>
      </w:r>
    </w:p>
    <w:p>
      <w:pPr>
        <w:jc w:val="right"/>
      </w:pPr>
      <w:r>
        <w:t>شن ہے۔ مطلب جتنی بار پڑھیں آپ او میں آ جاتے ہیں کہ پرافٹ سو دیٹ ہی ہیڈ سکس ہنڈرڈ ونگز اینڈ دیر واز پرل، روبیز اینڈ ڈائمنڈز ڈرپنگ فرام ہز ونگز۔</w:t>
      </w:r>
    </w:p>
    <w:p>
      <w:r>
        <w:rPr>
          <w:b/>
        </w:rPr>
        <w:t xml:space="preserve">[30:46] </w:t>
      </w:r>
      <w:r>
        <w:t>and he was sitting on a throne which covered the entire horizon and this color of the soul of his feet and of his wings was green.</w:t>
      </w:r>
    </w:p>
    <w:p>
      <w:pPr>
        <w:jc w:val="right"/>
      </w:pPr>
      <w:r>
        <w:t>اینڈ ہی واز سٹنگ ان ا تھرون وچ کورڈ دی انٹائر ہورائزن اینڈ دس کلر آف دا سول آف ہز فیٹ اینڈ آف ہز ونگز واز گرین۔</w:t>
      </w:r>
    </w:p>
    <w:p>
      <w:r>
        <w:rPr>
          <w:b/>
        </w:rPr>
        <w:t xml:space="preserve">[30:56] </w:t>
      </w:r>
      <w:r>
        <w:t>ah, its such an amazing description. apa, we hope and pray that we get to see and meet angel Jibrael in the hereafter, inshallah.</w:t>
      </w:r>
    </w:p>
    <w:p>
      <w:pPr>
        <w:jc w:val="right"/>
      </w:pPr>
      <w:r>
        <w:t>اہ، اٹس سچ اینڈ امیزنگ ڈسکرپشن۔ آپا، وی ہوپ اینڈ پری دیٹ وی گیٹ ٹو سی اینڈ میٹ اینجل جبرائیل ان دی ہیئر آفٹر، انشاءاللہ۔</w:t>
      </w:r>
    </w:p>
    <w:p>
      <w:r>
        <w:rPr>
          <w:b/>
        </w:rPr>
        <w:t xml:space="preserve">[31:05] </w:t>
      </w:r>
      <w:r>
        <w:t>apa, my question is that what who are the blessed souls who find company of the prophets? is ke bare mein aap hum sab ko batayen.</w:t>
      </w:r>
    </w:p>
    <w:p>
      <w:pPr>
        <w:jc w:val="right"/>
      </w:pPr>
      <w:r>
        <w:t>آپا، مائی کوئسچن از دیٹ واٹ ہو آر دا بلیسڈ سولز ہو فائنڈ کمپنی آف دا پرافٹس؟ اس کے بارے میں آپ ہم سب کو بتائیں۔</w:t>
      </w:r>
    </w:p>
    <w:p>
      <w:r>
        <w:rPr>
          <w:b/>
        </w:rPr>
        <w:t xml:space="preserve">[31:16] </w:t>
      </w:r>
      <w:r>
        <w:t>yeh is mein jo hai Allah taala inhi farishton ke zariye se insan ko guide karta hai. to Maulana ne likha ek jagah ke jab rasool Allah sal Allah aleh wasallam hayat the to aap ki company se tamam sahaba jo hain mustafeed hote the.</w:t>
      </w:r>
    </w:p>
    <w:p>
      <w:pPr>
        <w:jc w:val="right"/>
      </w:pPr>
      <w:r>
        <w:t>یہ اس میں جو ہے اللہ تعالی انہی فرشتوں کے ذریعے سے انسان کو گائیڈ کرتا ہے۔ تو مولانا نے لکھا ایک جگہ کہ جب رسول اللہ صلی اللہ علیہ وسلم حیات تھے تو آپ کی کمپنی سے تمام صحابہ جو ہیں مستفید ہوتے تھے۔</w:t>
      </w:r>
    </w:p>
    <w:p>
      <w:r>
        <w:rPr>
          <w:b/>
        </w:rPr>
        <w:t xml:space="preserve">[31:33] </w:t>
      </w:r>
      <w:r>
        <w:t>lekin ab jo hai, abhi ab bhi hamare paas woh to ek waqti taur par available tha lekin ab farishton ki shakal mein har insan ke liye woh company available hai aur yeh greatest blessing of God hai for man.</w:t>
      </w:r>
    </w:p>
    <w:p>
      <w:pPr>
        <w:jc w:val="right"/>
      </w:pPr>
      <w:r>
        <w:t>لیکن اب جو ہے، ابھی اب بھی ہمارے پاس وہ تو ایک وقتی طور پر اویلیبل تھا لیکن اب فرشتوں کی شکل میں ہر انسان کے لیے وہ کمپنی اویلیبل ہے اور یہ گریٹسٹ بلیسنگ آف گاڈ ہے فار مین۔</w:t>
      </w:r>
    </w:p>
    <w:p>
      <w:r>
        <w:rPr>
          <w:b/>
        </w:rPr>
        <w:t xml:space="preserve">[31:50] </w:t>
      </w:r>
      <w:r>
        <w:t>to angels jo hain woh hamare guide hain, hamein dunya mein achhe kaam ki raghbat dete hain</w:t>
      </w:r>
    </w:p>
    <w:p>
      <w:pPr>
        <w:jc w:val="right"/>
      </w:pPr>
      <w:r>
        <w:t>تو اینجلز جو ہیں وہ ہمارے گائیڈ ہیں، ہمیں دنیا میں اچھے کام کی رغبت دیتے ہیں</w:t>
      </w:r>
    </w:p>
    <w:p>
      <w:r>
        <w:rPr>
          <w:b/>
        </w:rPr>
        <w:t xml:space="preserve">[31:56] </w:t>
      </w:r>
      <w:r>
        <w:t>, bhalai ki taraf rasta dikhate hain aur yahi cheez hai jo hamein akhirat mein, hamein jannat mein entry dilayegi.</w:t>
      </w:r>
    </w:p>
    <w:p>
      <w:pPr>
        <w:jc w:val="right"/>
      </w:pPr>
      <w:r>
        <w:t>، بھلائی کی طرف راستہ دکھاتے ہیں اور یہی چیز ہے جو ہمیں آخرت میں، ہمیں جنت میں انٹری دلائیں گے۔</w:t>
      </w:r>
    </w:p>
    <w:p>
      <w:r>
        <w:rPr>
          <w:b/>
        </w:rPr>
        <w:t xml:space="preserve">[32:05] </w:t>
      </w:r>
      <w:r>
        <w:t>yeh Hazrat Jibrael aur tamam farishte jo hain woh to quran mein aaya hai ke jo log Allah par sachha iman late hain aur is par jame rehte hain, un ke upar farishte utarte hain.</w:t>
      </w:r>
    </w:p>
    <w:p>
      <w:pPr>
        <w:jc w:val="right"/>
      </w:pPr>
      <w:r>
        <w:t>یہ حضرت جبرائیل اور تمام فرشتے جو ہیں وہ تو قرآن میں آیا ہے کہ جو لوگ اللہ پر سچا ایمان لاتے ہیں اور اس پر جمے رہتے ہیں، ان کے اوپر فرشتے اترتے ہیں۔</w:t>
      </w:r>
    </w:p>
    <w:p>
      <w:r>
        <w:rPr>
          <w:b/>
        </w:rPr>
        <w:t xml:space="preserve">[32:19] </w:t>
      </w:r>
      <w:r>
        <w:t>to sab se pehle to iman hai aur phir us ko jame rehna, istiqamat jis ko kaha gaya hai.</w:t>
      </w:r>
    </w:p>
    <w:p>
      <w:pPr>
        <w:jc w:val="right"/>
      </w:pPr>
      <w:r>
        <w:t>تو سب سے پہلے تو ایمان ہے اور پھر اس کو جمے رہنا، استقامت جس کو کہا گیا ہے۔</w:t>
      </w:r>
    </w:p>
    <w:p>
      <w:r>
        <w:rPr>
          <w:b/>
        </w:rPr>
        <w:t xml:space="preserve">[32:25] </w:t>
      </w:r>
      <w:r>
        <w:t>to agar istiqamat nahi hoga to hum waqti taur par agar hum ne koi cheez achhi bhalai ki ikhtiyar ki aur baad mein us ko chhod diya to is par khuda ki blessings nahi milengi.</w:t>
      </w:r>
    </w:p>
    <w:p>
      <w:pPr>
        <w:jc w:val="right"/>
      </w:pPr>
      <w:r>
        <w:t>تو اگر استقامت نہیں ہوگا تو ہم وقتی طور پر اگر ہم نے کوئی چیز اچھی بھلائی کی اختیار کی اور بعد میں اس کو چھوڑ دیا تو اس پر خدا کی بلیسنگز نہیں ملیں گی۔</w:t>
      </w:r>
    </w:p>
    <w:p>
      <w:r>
        <w:rPr>
          <w:b/>
        </w:rPr>
        <w:t xml:space="preserve">[32:37] </w:t>
      </w:r>
      <w:r>
        <w:t>balkeh hum chahe thodi neki karein lekin woh mustaqil karein to woh khuda ko bohat ziyada pasand hai. to is ke liye yahi hai ke hamara distraction na ho kahin, hamara deviation na ho.</w:t>
      </w:r>
    </w:p>
    <w:p>
      <w:pPr>
        <w:jc w:val="right"/>
      </w:pPr>
      <w:r>
        <w:t>بلکہ ہم چاہے تھوڑی نیکی کریں لیکن وہ مستقل کریں تو وہ خدا کو بہت زیادہ پسند ہے۔ تو اس کے لیے یہی ہے کہ ہمارا ڈسٹریکشن نہ ہو کہیں، ہمارا ڈیوی ایشن نہ ہو۔</w:t>
      </w:r>
    </w:p>
    <w:p>
      <w:r>
        <w:rPr>
          <w:b/>
        </w:rPr>
        <w:t xml:space="preserve">[32:49] </w:t>
      </w:r>
      <w:r>
        <w:t>h</w:t>
      </w:r>
    </w:p>
    <w:p>
      <w:pPr>
        <w:jc w:val="right"/>
      </w:pPr>
      <w:r>
        <w:t>ہ</w:t>
      </w:r>
    </w:p>
    <w:p>
      <w:r>
        <w:rPr>
          <w:b/>
        </w:rPr>
        <w:t xml:space="preserve">[32:50] </w:t>
      </w:r>
      <w:r>
        <w:t>m ko aik bar sachai mil jaye to hum us sachai par musalsal chalte rahen. to is tareeqay se humain farishton ki sohbat mil sakti hai.</w:t>
      </w:r>
    </w:p>
    <w:p>
      <w:pPr>
        <w:jc w:val="right"/>
      </w:pPr>
      <w:r>
        <w:t>م کو ایک بار سچائی مل جائے تو ہم اس سچائی پر مسلسل چلتے رہیں۔ تو اس طریقے سے ہمیں فرشتوں کی صحبت مل سکتی ہے۔</w:t>
      </w:r>
    </w:p>
    <w:p>
      <w:r>
        <w:rPr>
          <w:b/>
        </w:rPr>
        <w:t xml:space="preserve">[33:03] </w:t>
      </w:r>
      <w:r>
        <w:t>to is tarah wohi jo surah fussilat mein aya hai ke farishton ki taraf se ke hum is dunya mein bhi aur akhirat mein bhi tumhare saathi hain.</w:t>
      </w:r>
    </w:p>
    <w:p>
      <w:pPr>
        <w:jc w:val="right"/>
      </w:pPr>
      <w:r>
        <w:t>تو اس طرح وہی جو سورہ فصلت میں آیا ہے کہ فرشتوں کی طرف سے کہ ہم اس دنیا میں بھی اور آخرت میں بھی تمہارے ساتھی ہیں۔</w:t>
      </w:r>
    </w:p>
    <w:p>
      <w:r>
        <w:rPr>
          <w:b/>
        </w:rPr>
        <w:t xml:space="preserve">[33:12] </w:t>
      </w:r>
      <w:r>
        <w:t>to agar hum bohat ziyada sensitivity hum develop karen ge, hum achhe kaam karen ge,</w:t>
      </w:r>
    </w:p>
    <w:p>
      <w:pPr>
        <w:jc w:val="right"/>
      </w:pPr>
      <w:r>
        <w:t>تو اگر ہم بہت زیادہ سینسٹیوٹی ہم ڈیولپ کریں گے، ہم اچھے کام کریں گے،</w:t>
      </w:r>
    </w:p>
    <w:p>
      <w:r>
        <w:rPr>
          <w:b/>
        </w:rPr>
        <w:t xml:space="preserve">[33:19] </w:t>
      </w:r>
      <w:r>
        <w:t>Allah ke rastay par chalenge to hum ko aisa feel hone lagta hai ke farishte hamare saath hain. to wohi hai ke hum ko waise hi kaam karna parega.</w:t>
      </w:r>
    </w:p>
    <w:p>
      <w:pPr>
        <w:jc w:val="right"/>
      </w:pPr>
      <w:r>
        <w:t>اللہ کے راستے پر چلیں گے تو ہم کو ایسا فیل ہونے لگتا ہے کہ فرشتے ہمارے ساتھ ہیں۔ تو وہی ہے کہ ہم کو ویسے ہی کام کرنا پڑے گا۔</w:t>
      </w:r>
    </w:p>
    <w:p>
      <w:r>
        <w:rPr>
          <w:b/>
        </w:rPr>
        <w:t xml:space="preserve">[33:31] </w:t>
      </w:r>
      <w:r>
        <w:t>God oriented thinking, God oriented approach, God oriented behavior. to isi ko jo hai na kono rabaniin kaha gaya hai.</w:t>
      </w:r>
    </w:p>
    <w:p>
      <w:pPr>
        <w:jc w:val="right"/>
      </w:pPr>
      <w:r>
        <w:t>گاڈ اورینٹڈ تھنکنگ، گاڈ اورینٹڈ اپروچ، گاڈ اورینٹڈ بیہیویئر۔ تو اسی کو جو ہے نا کونو ربانین کہا گیا ہے۔</w:t>
      </w:r>
    </w:p>
    <w:p>
      <w:r>
        <w:rPr>
          <w:b/>
        </w:rPr>
        <w:t xml:space="preserve">[33:41] </w:t>
      </w:r>
      <w:r>
        <w:t>to hamara jo sab se bara concern hai woh Khuda ban jaye.</w:t>
      </w:r>
    </w:p>
    <w:p>
      <w:pPr>
        <w:jc w:val="right"/>
      </w:pPr>
      <w:r>
        <w:t>تو ہمارا جو سب سے بڑا کنسرن ہے وہ خدا بن جائے۔</w:t>
      </w:r>
    </w:p>
    <w:p>
      <w:r>
        <w:rPr>
          <w:b/>
        </w:rPr>
        <w:t xml:space="preserve">[33:46] </w:t>
      </w:r>
      <w:r>
        <w:t>to jab hum yeh personality apni develop kar len ge to khud farishte ayen ge kyunke farishte to appoint hi kiye gaye hain insaan ke liye.</w:t>
      </w:r>
    </w:p>
    <w:p>
      <w:pPr>
        <w:jc w:val="right"/>
      </w:pPr>
      <w:r>
        <w:t>تو جب ہم یہ پرسنیلٹی اپنی ڈیولپ کر لیں گے تو خود فرشتے آئیں گے کیونکہ فرشتے تو اپوائنٹ ہی کیے گئے ہیں انسان کے لیے۔</w:t>
      </w:r>
    </w:p>
    <w:p>
      <w:r>
        <w:rPr>
          <w:b/>
        </w:rPr>
        <w:t xml:space="preserve">[33:56] </w:t>
      </w:r>
      <w:r>
        <w:t>to kya hota hai ke insaan ko hamesha seedha rasta dikhate rahen. to is ke liye humain apne aap ko negativity se free</w:t>
      </w:r>
    </w:p>
    <w:p>
      <w:pPr>
        <w:jc w:val="right"/>
      </w:pPr>
      <w:r>
        <w:t>تو کیا ہوتا ہے کہ انسان کو ہمیشہ سیدھا راستہ دکھاتے رہیں۔ تو اس کے لیے ہمیں اپنے آپ کو نیگیٹیوٹی سے فری</w:t>
      </w:r>
    </w:p>
    <w:p>
      <w:r>
        <w:rPr>
          <w:b/>
        </w:rPr>
        <w:t xml:space="preserve">[34:07] </w:t>
      </w:r>
      <w:r>
        <w:t>kar lena hai. jaise hum Hazrat Abu Bakr ki misaal mein dekha hai to negativity se hum free ho jayen aur har waqt positive rahen to shaitan hamare andar entry nahi paayega.</w:t>
      </w:r>
    </w:p>
    <w:p>
      <w:pPr>
        <w:jc w:val="right"/>
      </w:pPr>
      <w:r>
        <w:t>کر لینا ہے۔ جیسے ہم حضرت ابوبکر کی مثال میں دیکھا ہے تو نیگیٹیوٹی سے ہم فری ہو جائیں اور ہر وقت پازیٹیو رہیں تو شیطان ہمارے اندر انٹری نہیں پائے گا۔</w:t>
      </w:r>
    </w:p>
    <w:p>
      <w:r>
        <w:rPr>
          <w:b/>
        </w:rPr>
        <w:t xml:space="preserve">[34:19] </w:t>
      </w:r>
      <w:r>
        <w:t>shaitan entry pata hai ego jab hamara bhadakta hai to wahan shaitan entry pata hai. kai bar aisa maine mehsoos kiya hai ke baat choti si hoti hai lekin shaitan ki entry pa jane ki wajah se woh baat bohat hi bari</w:t>
      </w:r>
    </w:p>
    <w:p>
      <w:pPr>
        <w:jc w:val="right"/>
      </w:pPr>
      <w:r>
        <w:t>شیطان انٹری پاتا ہے ایگو جب ہمارا بھڑکتا ہے تو وہاں شیطان انٹری پاتا ہے۔ کئی بار ایسا میں نے محسوس کیا ہے کہ بات چھوٹی سی ہوتی ہے لیکن شیطان کی انٹری پا جانے کی وجہ سے وہ بات بہت ہی بڑی</w:t>
      </w:r>
    </w:p>
    <w:p>
      <w:r>
        <w:rPr>
          <w:b/>
        </w:rPr>
        <w:t xml:space="preserve">[34:35] </w:t>
      </w:r>
      <w:r>
        <w:t>lagne lagti hai, bohat hi serious lagne lagti hai. to humain apne ego ko crush karna hai, dabana hai aur apne consciousness ko develop karna hai.</w:t>
      </w:r>
    </w:p>
    <w:p>
      <w:pPr>
        <w:jc w:val="right"/>
      </w:pPr>
      <w:r>
        <w:t>لگنے لگتی ہے، بہت ہی سیریس لگنے لگتی ہے۔ تو ہمیں اپنے ایگو کو کرش کرنا ہے، دبانا ہے اور اپنے کانشیس کو ڈیولپ کرنا ہے۔</w:t>
      </w:r>
    </w:p>
    <w:p>
      <w:r>
        <w:rPr>
          <w:b/>
        </w:rPr>
        <w:t xml:space="preserve">[34:45] </w:t>
      </w:r>
      <w:r>
        <w:t>jab hamara consciousness develop ho jaye ga to phir humain angels ko entry point mil jaye ga. angels ko entry point jab milta hai, jab humain lagta hai ke hamare paas angels hain to phir hamare andar peace,</w:t>
      </w:r>
    </w:p>
    <w:p>
      <w:pPr>
        <w:jc w:val="right"/>
      </w:pPr>
      <w:r>
        <w:t>جب ہمارا کانشیس ڈیولپ ہو جائے گا تو پھر ہمیں اینجلز کو انٹری پوائنٹ مل جائے گا۔ اینجلز کو انٹری پوائنٹ جب ملتا ہے، جب ہمیں لگتا ہے کہ ہمارے پاس اینجلز ہیں تو پھر ہمارے اندر پیس،</w:t>
      </w:r>
    </w:p>
    <w:p>
      <w:r>
        <w:rPr>
          <w:b/>
        </w:rPr>
        <w:t xml:space="preserve">[35:01] </w:t>
      </w:r>
      <w:r>
        <w:t>hum matlab peace feel karte hain, solace hamare andar aa jata hai.</w:t>
      </w:r>
    </w:p>
    <w:p>
      <w:pPr>
        <w:jc w:val="right"/>
      </w:pPr>
      <w:r>
        <w:t>ہم مطلب پیس فیل کرتے ہیں، سولس ہمارے اندر آ جاتا ہے۔</w:t>
      </w:r>
    </w:p>
    <w:p>
      <w:r>
        <w:rPr>
          <w:b/>
        </w:rPr>
        <w:t xml:space="preserve">[35:05] </w:t>
      </w:r>
      <w:r>
        <w:t>to hamare andar tension free ho jate hain kyunke tension to sab madi concerns ko le kar hi tension hota hai. to agar hamare paas angels hon to hamare paas aik spiritual feeling hoti hai.</w:t>
      </w:r>
    </w:p>
    <w:p>
      <w:pPr>
        <w:jc w:val="right"/>
      </w:pPr>
      <w:r>
        <w:t>تو ہمارے اندر ٹینشن فری ہو جاتے ہیں کیونکہ ٹینشن تو سب مادی کنسرنز کو لے کر ہی ٹینشن ہوتا ہے۔ تو اگر ہمارے پاس اینجلز ہوں تو ہمارے پاس ایک سپرچول فیلنگ ہوتی ہے۔</w:t>
      </w:r>
    </w:p>
    <w:p>
      <w:r>
        <w:rPr>
          <w:b/>
        </w:rPr>
        <w:t xml:space="preserve">[35:19] </w:t>
      </w:r>
      <w:r>
        <w:t>to is se mehsoos hota hai ke hamare paas angels hain.</w:t>
      </w:r>
    </w:p>
    <w:p>
      <w:pPr>
        <w:jc w:val="right"/>
      </w:pPr>
      <w:r>
        <w:t>تو اس سے محسوس ہوتا ہے کہ ہمارے پاس اینجلز ہیں۔</w:t>
      </w:r>
    </w:p>
    <w:p>
      <w:r>
        <w:rPr>
          <w:b/>
        </w:rPr>
        <w:t xml:space="preserve">[35:23] </w:t>
      </w:r>
      <w:r>
        <w:t>to is ki humain bohat ziyada humain chahiye ke hum apni jo hai entry jo hai farishton ko den, na ke shaitanon ko.</w:t>
      </w:r>
    </w:p>
    <w:p>
      <w:pPr>
        <w:jc w:val="right"/>
      </w:pPr>
      <w:r>
        <w:t>تو اس کی ہمیں بہت زیادہ ہمیں چاہیے کہ ہم اپنی جو ہے انٹری جو ہے فرشتوں کو دیں، نہ کہ شیطانوں کو۔</w:t>
      </w:r>
    </w:p>
    <w:p>
      <w:r>
        <w:rPr>
          <w:b/>
        </w:rPr>
        <w:t xml:space="preserve">[35:36] </w:t>
      </w:r>
      <w:r>
        <w:t>ji, bilkul bohat sahi farmaya aap ne. aap ne apa, last question se pehle kuch comments parhna chahunga. kuch sawal viewers ne bhi pooche hain, but lekin time ho chuka hai to hum is ko agli dafa len ge.</w:t>
      </w:r>
    </w:p>
    <w:p>
      <w:pPr>
        <w:jc w:val="right"/>
      </w:pPr>
      <w:r>
        <w:t>جی، بالکل بہت صحیح فرمایا آپا۔ آپ نے آپا، لاسٹ کوئسچن سے پہلے کچھ کمنٹس پڑھنا چاہوں گا۔ کچھ سوال ویوورز نے بھی پوچھے ہیں، بٹ لیکن ٹائم ہو چکا ہے تو ہم اس کو اگلی دفعہ لیں گے۔</w:t>
      </w:r>
    </w:p>
    <w:p>
      <w:r>
        <w:rPr>
          <w:b/>
        </w:rPr>
        <w:t xml:space="preserve">[35:49] </w:t>
      </w:r>
      <w:r>
        <w:t>but I would like to read some of the comments on today's session.</w:t>
      </w:r>
    </w:p>
    <w:p>
      <w:pPr>
        <w:jc w:val="right"/>
      </w:pPr>
      <w:r>
        <w:t>بٹ آئی وڈ لائک ٹو ریڈ سم آف دا کمنٹس ان ٹوڈے سیشن۔</w:t>
      </w:r>
    </w:p>
    <w:p>
      <w:r>
        <w:rPr>
          <w:b/>
        </w:rPr>
        <w:t xml:space="preserve">[35:53] </w:t>
      </w:r>
      <w:r>
        <w:t>Vikrant, Mr Vikrant Daggar ne Noida se poocha hai sawal. unhon ne comment bheja hai. unhon ne likha hai: "Very interesting to know about angels and amazingly explained by Farida Apa today." Muhammad Yaqoob Umri sahib ne Delhi se likha hai: "Jazak Allah Khair Apa for choosing this important topic.</w:t>
      </w:r>
    </w:p>
    <w:p>
      <w:pPr>
        <w:jc w:val="right"/>
      </w:pPr>
      <w:r>
        <w:t>وکرانت، مسٹر وکرانت ڈاگر نے نوئیڈا سے پوچھا ہے سوال۔ انہوں نے کمنٹ بھیجا ہے۔ انہوں نے لکھا ہے: "ویری انٹرسٹنگ ٹو نو اباؤٹ اینجلز اینڈ امیزنگلی ایکسپلینڈ بائے فریدہ آپا ٹوڈے۔" محمد یعقوب عمری صاحب نے دلی سے لکھا ہے: "جزاک اللہ خیر آپا فار چوزنگ دس امپورٹنٹ ٹاپک۔</w:t>
      </w:r>
    </w:p>
    <w:p>
      <w:r>
        <w:rPr>
          <w:b/>
        </w:rPr>
        <w:t xml:space="preserve">[36:13] </w:t>
      </w:r>
      <w:r>
        <w:t>Reminded us of the involvement of angels in our life." Muhammad Asif Khan sahib ne Kanpur</w:t>
      </w:r>
    </w:p>
    <w:p>
      <w:pPr>
        <w:jc w:val="right"/>
      </w:pPr>
      <w:r>
        <w:t>ریمائنڈڈ اس آف دی انوالومنٹ آف اینجلز ان اور لائف۔" محمد اصف خان صاحب نے کانپور</w:t>
      </w:r>
    </w:p>
    <w:p>
      <w:r>
        <w:rPr>
          <w:b/>
        </w:rPr>
        <w:t xml:space="preserve">[36:20] </w:t>
      </w:r>
      <w:r>
        <w:t>se likha hai: "Aaj ka topic bohat naya hai mere liye aur Apa ne angel aur insaan ke beech ke rishte ko bohat behtar tareeqay se wazeh kiya hai aur bohat kam log jante hain farishton aur insanon ke beech ke relation ko." bohat shukriya CPS team ka.</w:t>
      </w:r>
    </w:p>
    <w:p>
      <w:pPr>
        <w:jc w:val="right"/>
      </w:pPr>
      <w:r>
        <w:t>سے لکھا ہے: "اج کا ٹاپک بہت نیا ہے میرے لیے اور آپا نے اینجل اور انسان کے بیچ کے رشتے کو بہت بہتر طریقے سے واضح کیا ہے اور بہت کم لوگ جانتے ہیں فرشتوں اور انسانوں کے بیچ کے ریلیشن کو۔" بہت شکریہ سی پی ایس ٹیم کا۔</w:t>
      </w:r>
    </w:p>
    <w:p>
      <w:r>
        <w:rPr>
          <w:b/>
        </w:rPr>
        <w:t xml:space="preserve">[36:38] </w:t>
      </w:r>
      <w:r>
        <w:t>Ms Sarah Aman ne likha hai: "It is a very good topic to discuss. There are angels and jinn around us all the</w:t>
      </w:r>
    </w:p>
    <w:p>
      <w:pPr>
        <w:jc w:val="right"/>
      </w:pPr>
      <w:r>
        <w:t>مس سارہ امن نے لکھا ہے: "اٹ از ا ویری گڈ ٹاپک ٹو ڈسکس۔ دیر آر اینجلز اینڈ جنز اراؤنڈ اس ال دا</w:t>
      </w:r>
    </w:p>
    <w:p>
      <w:r>
        <w:rPr>
          <w:b/>
        </w:rPr>
        <w:t xml:space="preserve">[36:45] </w:t>
      </w:r>
      <w:r>
        <w:t>time. The difference between jinn and angels, the different types of angels. Very good topic." Maulana Iqbal Umri ne Chennai se likha hai: "Discussion about angels is very important in today's era of robotic and wireless communication.</w:t>
      </w:r>
    </w:p>
    <w:p>
      <w:pPr>
        <w:jc w:val="right"/>
      </w:pPr>
      <w:r>
        <w:t>ٹائم۔ دا ڈیفرنس بٹوین جن اینڈ اینجلز، دا ڈفرنٹ ٹائپس آف اینجلز۔ ویری گڈ ٹاپک۔" مولانا اقبال عمری نے چنئی سے لکھا ہے: "ڈسکشن اباؤٹ اینجلز از ویری امپورٹنٹ ان ٹوڈے ایرا آف روبوٹک اینڈ وائرلیس کمیونیکیشن۔</w:t>
      </w:r>
    </w:p>
    <w:p>
      <w:r>
        <w:rPr>
          <w:b/>
        </w:rPr>
        <w:t xml:space="preserve">[37:00] </w:t>
      </w:r>
      <w:r>
        <w:t>It is very easy to understand God's planning and believe that God is helping us in the form of angels." Thank you very much for choosing a very good topic</w:t>
      </w:r>
    </w:p>
    <w:p>
      <w:pPr>
        <w:jc w:val="right"/>
      </w:pPr>
      <w:r>
        <w:t>اٹ از ویری ایزی ٹو انڈرسٹینڈ گاڈز پلاننگ اینڈ بیلیو دیٹ گاڈ از ہیلپنگ اس ان دا فارم آف اینجلز۔" تھینک یو ویری مچ فار چوزنگ ا ویری گڈ ٹاپک</w:t>
      </w:r>
    </w:p>
    <w:p>
      <w:r>
        <w:rPr>
          <w:b/>
        </w:rPr>
        <w:t xml:space="preserve">[37:12] </w:t>
      </w:r>
      <w:r>
        <w:t>. mus fareeda kamran ne pakistan se likha hai: "jazak allah iman boosting and spiritual talk. we learnt a lot from your session.</w:t>
      </w:r>
    </w:p>
    <w:p>
      <w:pPr>
        <w:jc w:val="right"/>
      </w:pPr>
      <w:r>
        <w:t>۔ مس فریدہ کامران نے پاکستان سے لکھا ہے: "جزاک اللہ ایمان بوسٹنگ اینڈ سپرچول ٹاک۔ وی لرنٹ ا لاٹ فرام یور سیشن۔</w:t>
      </w:r>
    </w:p>
    <w:p>
      <w:r>
        <w:rPr>
          <w:b/>
        </w:rPr>
        <w:t xml:space="preserve">[37:20] </w:t>
      </w:r>
      <w:r>
        <w:t>thank you cps team for the great effort you are doing to guide us." mus tazeen muskan ne bangalore se likha hai: "one has a total freedom in the world to be with companionship of angels or shaitan.</w:t>
      </w:r>
    </w:p>
    <w:p>
      <w:pPr>
        <w:jc w:val="right"/>
      </w:pPr>
      <w:r>
        <w:t>تھینک یو سی پی ایس ٹیم فار دا گریٹ ایفرٹ یو آر ڈوئنگ ٹو گائیڈ اس۔" مس تزین مسکان نے بینگلور سے لکھا ہے: "ون ہیز ا ٹوٹل فریڈم ان دا ورلڈ ٹو بی ود کمپینن شپ آف اینجلز اور شیطان۔</w:t>
      </w:r>
    </w:p>
    <w:p>
      <w:r>
        <w:rPr>
          <w:b/>
        </w:rPr>
        <w:t xml:space="preserve">[37:34] </w:t>
      </w:r>
      <w:r>
        <w:t>jannat mein positive personality wale log aur angels ke saath milega aur jahannum mein negative log aur shaitan ka saath hoga.</w:t>
      </w:r>
    </w:p>
    <w:p>
      <w:pPr>
        <w:jc w:val="right"/>
      </w:pPr>
      <w:r>
        <w:t>جنت میں پازیٹیو پرسنیلٹی والے لوگ اور اینجلز کے ساتھ ملے گا اور جہنم میں نیگیٹیو لوگ اور شیطان کا ساتھ ہوگا۔</w:t>
      </w:r>
    </w:p>
    <w:p>
      <w:r>
        <w:rPr>
          <w:b/>
        </w:rPr>
        <w:t xml:space="preserve">[37:43] </w:t>
      </w:r>
      <w:r>
        <w:t>jazak allah very important and iman boosting topic." apa, aap ne jaise bataya poore talk se yahi take away bhi hai ke hamesha positive rehna hai, negativity se bachna hai aur hamesha we have to stay focus on the right path, be connected with god almighty.</w:t>
      </w:r>
    </w:p>
    <w:p>
      <w:pPr>
        <w:jc w:val="right"/>
      </w:pPr>
      <w:r>
        <w:t>جزاک اللہ ویری امپورٹنٹ اینڈ ایمان بوسٹنگ ٹاپک۔" آپا، آپ نے جیسے بتایا پورے ٹاک سے یہی ٹیک اوے بھی ہے کہ ہمیشہ پازیٹیو رہنا ہے، نیگیٹیوٹی سے بچنا ہے اور ہمیشہ وی ہیو ٹو سٹے فوکس ان دا رائٹ پاتھ، بی کنیکٹڈ ود گاڈ المائٹی۔</w:t>
      </w:r>
    </w:p>
    <w:p>
      <w:r>
        <w:rPr>
          <w:b/>
        </w:rPr>
        <w:t xml:space="preserve">[38:03] </w:t>
      </w:r>
      <w:r>
        <w:t>and once we are steadfast to angels ki companionship hum sab ko hasil ho jayegi. Maulana Wahiduddin Khan sahib ne ek martaba kaha tha samjhate hue angels ke bare mein, mujhe yaad hai unhone kaha ke farishtey bohat masoom hote hain.</w:t>
      </w:r>
    </w:p>
    <w:p>
      <w:pPr>
        <w:jc w:val="right"/>
      </w:pPr>
      <w:r>
        <w:t>اینڈ ونس وی آر سٹیٹ فاسٹ تو اینجلز کی کمپینن شپ ہم سب کو حاصل ہو جائے گی۔ مولانا وحید الدین خان صاحب نے ایک مرتبہ کہا تھا سمجھاتے ہوئے اینجلز کے بارے میں، مجھے یاد ہے انہوں نے کہا کہ فرشتے بہت معصوم ہوتے ہیں۔</w:t>
      </w:r>
    </w:p>
    <w:p>
      <w:r>
        <w:rPr>
          <w:b/>
        </w:rPr>
        <w:t xml:space="preserve">[38:17] </w:t>
      </w:r>
      <w:r>
        <w:t>agar zara si bhi negativity ho to woh foran wahan se chale jate</w:t>
      </w:r>
    </w:p>
    <w:p>
      <w:pPr>
        <w:jc w:val="right"/>
      </w:pPr>
      <w:r>
        <w:t>اگر ذرا سی بھی نیگیٹیوٹی ہو تو وہ فوراً وہاں سے چلے جات</w:t>
      </w:r>
    </w:p>
    <w:p>
      <w:r>
        <w:rPr>
          <w:b/>
        </w:rPr>
        <w:t xml:space="preserve">[38:22] </w:t>
      </w:r>
      <w:r>
        <w:t>hain. to agar aap ko companions ki company chahiye to aap ko hamesha positive rehna chahiye. aur wahi aap ne Hazrat Abu Bakr ke jo incident jo aap ne bataya, woh bohat achhe se usko wazeh karta hai.</w:t>
      </w:r>
    </w:p>
    <w:p>
      <w:pPr>
        <w:jc w:val="right"/>
      </w:pPr>
      <w:r>
        <w:t>ے ہیں۔ تو اگر آپ کو کمپینینز کی کمپنی چاہیے تو آپ کو ہمیشہ پازیٹیو رہنا چاہیے۔ اور وہی آپ نے حضرت ابوبکر کے جو انسیڈنٹ جو آپ نے بتایا، وہ بہت اچھے سے اس کو واضح کرتا ہے۔</w:t>
      </w:r>
    </w:p>
    <w:p>
      <w:r>
        <w:rPr>
          <w:b/>
        </w:rPr>
        <w:t xml:space="preserve">[38:34] </w:t>
      </w:r>
      <w:r>
        <w:t>apa, apa, main chahunga ke jo last sawal hai kyunke angels invisible way mein hamari madad karte rehte hain, hamesha hamein pata hi nahi chalta hai.</w:t>
      </w:r>
    </w:p>
    <w:p>
      <w:pPr>
        <w:jc w:val="right"/>
      </w:pPr>
      <w:r>
        <w:t>آپا، آپا، میں چاہوں گا کہ جو لاسٹ سوال ہے کیونکہ اینجلز انویزیبل وے میں ہماری مدد کرتے رہتے ہیں، ہمیشہ ہمیں پتہ ہی نہیں چلتا ہے۔</w:t>
      </w:r>
    </w:p>
    <w:p>
      <w:r>
        <w:rPr>
          <w:b/>
        </w:rPr>
        <w:t xml:space="preserve">[38:46] </w:t>
      </w:r>
      <w:r>
        <w:t>to main chahunga ke Maulana ki zindagi se aap batayein kuch unke experiences ke kis tarah farishton ki madad aayi unke liye.</w:t>
      </w:r>
    </w:p>
    <w:p>
      <w:pPr>
        <w:jc w:val="right"/>
      </w:pPr>
      <w:r>
        <w:t>تو میں چاہوں گا کہ مولانا کی زندگی سے آپ بتائیں کچھ ان کے ایکسپیرینسز کہ کس طرح فرشتوں کی مدد آئی ان کے لیے۔</w:t>
      </w:r>
    </w:p>
    <w:p>
      <w:r>
        <w:rPr>
          <w:b/>
        </w:rPr>
        <w:t xml:space="preserve">[38:55] </w:t>
      </w:r>
      <w:r>
        <w:t>to is par aap aaj ka session khatam karein. bohat sare waqiat hain lekin ab do char cheezein main bataungi aap ko.</w:t>
      </w:r>
    </w:p>
    <w:p>
      <w:pPr>
        <w:jc w:val="right"/>
      </w:pPr>
      <w:r>
        <w:t>تو اس پر آپ آج کا سیشن ختم کریں۔ بہت سارے واقعات ہیں لیکن اب دو چار چیزیں میں بتاؤں گی آپ کو۔</w:t>
      </w:r>
    </w:p>
    <w:p>
      <w:r>
        <w:rPr>
          <w:b/>
        </w:rPr>
        <w:t xml:space="preserve">[39:08] </w:t>
      </w:r>
      <w:r>
        <w:t>farishtey dekhiye, sab ki madad karte hain.</w:t>
      </w:r>
    </w:p>
    <w:p>
      <w:pPr>
        <w:jc w:val="right"/>
      </w:pPr>
      <w:r>
        <w:t>فرشتے دیکھیے، سب کی مدد کرتے ہیں۔</w:t>
      </w:r>
    </w:p>
    <w:p>
      <w:r>
        <w:rPr>
          <w:b/>
        </w:rPr>
        <w:t xml:space="preserve">[39:12] </w:t>
      </w:r>
      <w:r>
        <w:t>jab koi jaise emergency situation, crisis situation, kai baar log kehte hain achhanak masla hal ho gaya, achhanak koi madad aa gayi, woh sab farishtey karte hain.</w:t>
      </w:r>
    </w:p>
    <w:p>
      <w:pPr>
        <w:jc w:val="right"/>
      </w:pPr>
      <w:r>
        <w:t>جب کوئی جیسے ایمرجنسی سچویشن، کرائسز سچویشن، کئی بار لوگ کہتے ہیں اچانک مسئلہ حل ہو گیا، اچانک کوئی مدد آ گئی، وہ سب فرشتے کرتے ہیں۔</w:t>
      </w:r>
    </w:p>
    <w:p>
      <w:r>
        <w:rPr>
          <w:b/>
        </w:rPr>
        <w:t xml:space="preserve">[39:23] </w:t>
      </w:r>
      <w:r>
        <w:t>to lekin kabhi kabhi insan mehsoos kar leta hai usko. to ek baar jab madrasay mein padhte the Maulana to wahan se aa rahe the, barish ka, barsaat ka zamana tha, andhera tha aur us waqt light waghera to hoti nahi thi.</w:t>
      </w:r>
    </w:p>
    <w:p>
      <w:pPr>
        <w:jc w:val="right"/>
      </w:pPr>
      <w:r>
        <w:t>تو لیکن کبھی کبھی انسان محسوس کر لیتا ہے اس کو۔ تو ایک بار جب مدرسے میں پڑھتے تھے مولانا تو وہاں سے آ رہے تھے، بارش کا، برسات کا زمانہ تھا، اندھیرا تھا اور اس وقت لائٹ وغیرہ تو ہوتی نہیں تھی۔</w:t>
      </w:r>
    </w:p>
    <w:p>
      <w:r>
        <w:rPr>
          <w:b/>
        </w:rPr>
        <w:t xml:space="preserve">[39:40] </w:t>
      </w:r>
      <w:r>
        <w:t>to ek woh doosra gaon tha Sarai Mir, wahan se Badhriya aa rahe the, beech mein ek gaon padta tha Sanjarpur, us waqt woh pul nahi bana hua tha.</w:t>
      </w:r>
    </w:p>
    <w:p>
      <w:pPr>
        <w:jc w:val="right"/>
      </w:pPr>
      <w:r>
        <w:t>تو ایک وہ دوسرا گاؤں تھا سرائے میر، وہاں سے بڑھریہ آ رہے تھے، بیچ میں ایک گاؤں پڑتا تھا سنجرپور، اس وقت وہ پل نہیں بنا ہوا تھا۔</w:t>
      </w:r>
    </w:p>
    <w:p>
      <w:r>
        <w:rPr>
          <w:b/>
        </w:rPr>
        <w:t xml:space="preserve">[39:49] </w:t>
      </w:r>
      <w:r>
        <w:t>to bohat mushkil hoti thi aana jaana. to woh kisi</w:t>
      </w:r>
    </w:p>
    <w:p>
      <w:pPr>
        <w:jc w:val="right"/>
      </w:pPr>
      <w:r>
        <w:t>تو بہت مشکل ہوتی تھی آنا جانا۔ تو وہ کسی</w:t>
      </w:r>
    </w:p>
    <w:p>
      <w:r>
        <w:rPr>
          <w:b/>
        </w:rPr>
        <w:t xml:space="preserve">[39:55] </w:t>
      </w:r>
      <w:r>
        <w:t>samajh nahi paya, andhere mein woh kisi bohat bada sa khet tha, woh samjhe ke yeh shayad shortcut hai, khet ke andar chale gaye.</w:t>
      </w:r>
    </w:p>
    <w:p>
      <w:pPr>
        <w:jc w:val="right"/>
      </w:pPr>
      <w:r>
        <w:t>سمجھ نہیں پایا، اندھیرے میں وہ کسی بہت بڑا سا کھیت تھا، وہ سمجھے کہ یہ شاید شارٹ کٹ ہے، کھیت کے اندر چلے گئے۔</w:t>
      </w:r>
    </w:p>
    <w:p>
      <w:r>
        <w:rPr>
          <w:b/>
        </w:rPr>
        <w:t xml:space="preserve">[40:04] </w:t>
      </w:r>
      <w:r>
        <w:t>ab woh raat ka waqt, woh shayad pata nahi kis cheez ka, woh bade bade pead the us mein aur raaste hi nahi samajh mein aaye. woh idhar ghoom rahe hain, idhar ghoom rahe hain aur raat ka waqt samajh mein hi nahi aaya.</w:t>
      </w:r>
    </w:p>
    <w:p>
      <w:pPr>
        <w:jc w:val="right"/>
      </w:pPr>
      <w:r>
        <w:t>اب وہ رات کا وقت، وہ شاید پتہ نہیں کس چیز کا، وہ بڑے بڑے پیڑ تھے اس میں اور راستے ہی نہیں سمجھ میں آئے۔ وہ ادھر گھوم رہے ہیں، ادھر گھوم رہے ہیں اور رات کا وقت سمجھ میں ہی نہیں آئے۔</w:t>
      </w:r>
    </w:p>
    <w:p>
      <w:r>
        <w:rPr>
          <w:b/>
        </w:rPr>
        <w:t xml:space="preserve">[40:16] </w:t>
      </w:r>
      <w:r>
        <w:t>to achhanak kehte hain koi ek badi si, ek gaon mein use hoti hai, badi si torch hoti hai. to gaon mein to usko chor bati kehte hain.</w:t>
      </w:r>
    </w:p>
    <w:p>
      <w:pPr>
        <w:jc w:val="right"/>
      </w:pPr>
      <w:r>
        <w:t>تو اچانک کہتے ہیں کوئی ایک بڑی سی، ایک گاؤں میں یوز ہوتی ہے، بڑی سی ٹارچ ہوتی ہے۔ تو گاؤں میں تو اس کو چور بتی کہتے ہیں۔</w:t>
      </w:r>
    </w:p>
    <w:p>
      <w:r>
        <w:rPr>
          <w:b/>
        </w:rPr>
        <w:t xml:space="preserve">[40:26] </w:t>
      </w:r>
      <w:r>
        <w:t>to woh koi le kar aa gaya aur woh rasta dikhata raha, poochne bas usne itna hi poocha ke kahan jaana hai.</w:t>
      </w:r>
    </w:p>
    <w:p>
      <w:pPr>
        <w:jc w:val="right"/>
      </w:pPr>
      <w:r>
        <w:t>تو وہ کوئی لے کر آ گیا اور وہ راستہ دکھاتا رہا، پوچھنے بس اس نے اتنا ہی پوچھا کہ کہاں جانا ہے۔</w:t>
      </w:r>
    </w:p>
    <w:p>
      <w:r>
        <w:rPr>
          <w:b/>
        </w:rPr>
        <w:t xml:space="preserve">[40:33] </w:t>
      </w:r>
      <w:r>
        <w:t>woh bataya ke wahan jaana hai to woh rasta dikhata raha aur khet se nikal gaye. jab unko rasta samajh mein aa gaya to woh ek achhanak ghayab ho gaya. to is tareeqay se bohat sare waqiat hain.</w:t>
      </w:r>
    </w:p>
    <w:p>
      <w:pPr>
        <w:jc w:val="right"/>
      </w:pPr>
      <w:r>
        <w:t>وہ بتایا کہ وہاں جانا ہے تو وہ راستہ دکھاتا رہا اور کھیت سے نکل گئے۔ جب ان کو راستہ سمجھ میں آ گیا تو وہ ایک اچانک غائب ہو گیا۔ تو اس طریقے سے بہت سارے واقعات ہیں۔</w:t>
      </w:r>
    </w:p>
    <w:p>
      <w:r>
        <w:rPr>
          <w:b/>
        </w:rPr>
        <w:t xml:space="preserve">[40:44] </w:t>
      </w:r>
      <w:r>
        <w:t>phir iske baad jab shayad 20, 25 saal ke beech mein Maulana ko small pox, jo badi wali chechak hoti hai, woh hui thi.</w:t>
      </w:r>
    </w:p>
    <w:p>
      <w:pPr>
        <w:jc w:val="right"/>
      </w:pPr>
      <w:r>
        <w:t>پھر اس کے بعد جب شاید 20، 25 سال کے بیچ میں مولانا کو اسمال پاکس، جو بڑی والی چیچک ہوتی ہے، وہ ہوئی تھی۔</w:t>
      </w:r>
    </w:p>
    <w:p>
      <w:r>
        <w:rPr>
          <w:b/>
        </w:rPr>
        <w:t xml:space="preserve">[40:55] </w:t>
      </w:r>
      <w:r>
        <w:t>ab poora face bhar gaya tha.</w:t>
      </w:r>
    </w:p>
    <w:p>
      <w:pPr>
        <w:jc w:val="right"/>
      </w:pPr>
      <w:r>
        <w:t>اب پورا فیس بھر گیا تھا۔</w:t>
      </w:r>
    </w:p>
    <w:p>
      <w:r>
        <w:rPr>
          <w:b/>
        </w:rPr>
        <w:t xml:space="preserve">[40:58] </w:t>
      </w:r>
      <w:r>
        <w:t>to bohat bohat pareshan the ke saare scar pad jayenge chehre pe. to phir kya hua? jab achhe ho gaye, jab bahar jaane lage to ek din kya hua?</w:t>
      </w:r>
    </w:p>
    <w:p>
      <w:pPr>
        <w:jc w:val="right"/>
      </w:pPr>
      <w:r>
        <w:t>تو بہت بہت پریشان تھے کہ سارے اسکار پڑ جائیں گے چہرے پہ۔ تو پھر کیا ہوا؟ جب اچھے ہو گئے، جب باہر جانے لگے تو ایک دن کیا ہوا؟</w:t>
      </w:r>
    </w:p>
    <w:p>
      <w:r>
        <w:rPr>
          <w:b/>
        </w:rPr>
        <w:t xml:space="preserve">[41:10] </w:t>
      </w:r>
      <w:r>
        <w:t>unko dekha ke ek arab kapda pehne hue ek aadmi aaya aur usne chehra dekha aur kaha ke yeh is ka main ilaaj jaanta hoon.</w:t>
      </w:r>
    </w:p>
    <w:p>
      <w:pPr>
        <w:jc w:val="right"/>
      </w:pPr>
      <w:r>
        <w:t>ان کو دیکھا کہ ایک عرب کپڑا پہنے ہوئے ایک آدمی آیا اور اس نے چہرہ دیکھا اور کہا کہ یہ اس کا میں علاج جانتا ہوں۔</w:t>
      </w:r>
    </w:p>
    <w:p>
      <w:r>
        <w:rPr>
          <w:b/>
        </w:rPr>
        <w:t xml:space="preserve">[41:22] </w:t>
      </w:r>
      <w:r>
        <w:t>phir woh gaya khet mein le kar ke wahan koi herb bataya ke yeh herb hai, usko ragdo aur ragad ke chehre pe lagao. to us waqt foran to poocha nahi Maulana ne ke aap kaun hain?</w:t>
      </w:r>
    </w:p>
    <w:p>
      <w:pPr>
        <w:jc w:val="right"/>
      </w:pPr>
      <w:r>
        <w:t>پھر وہ گیا کھیت میں لے کر کے وہاں کوئی ہرب بتایا کہ یہ ہرب ہے، اس کو رگڑو اور رگڑ کے چہرے پہ لگاؤ۔ تو اس وقت فوراً تو پوچھا نہیں مولانا نے کہ آپ کون ہیں؟</w:t>
      </w:r>
    </w:p>
    <w:p>
      <w:r>
        <w:rPr>
          <w:b/>
        </w:rPr>
        <w:t xml:space="preserve">[41:35] </w:t>
      </w:r>
      <w:r>
        <w:t>aap kon hain? phir woh jab jaane laga na to foran do chaar paanch minute ke andar andar ki baat hai, sochne lage ke is se poocha to hota woh kon hai.</w:t>
      </w:r>
    </w:p>
    <w:p>
      <w:pPr>
        <w:jc w:val="right"/>
      </w:pPr>
      <w:r>
        <w:t>آپ کون ہیں؟ پھر وہ جب جانے لگا نا تو فوراً دو چار پانچ منٹ کے اندر اندر کی بات ہے، سوچنے لگے کہ اس سے پوچھا تو ہوتا وہ کون ہے۔</w:t>
      </w:r>
    </w:p>
    <w:p>
      <w:r>
        <w:rPr>
          <w:b/>
        </w:rPr>
        <w:t xml:space="preserve">[41:47] </w:t>
      </w:r>
      <w:r>
        <w:t>to foran wahan par kaam karne wale bohat se hote thay. foran aik aadmi ko doraya, dekho woh aadmi kahan gaya? woh aadmi ghayab ho gaya, shayad farishta hi raha hoga.</w:t>
      </w:r>
    </w:p>
    <w:p>
      <w:pPr>
        <w:jc w:val="right"/>
      </w:pPr>
      <w:r>
        <w:t>تو فوراً وہاں پر کام کرنے والے بہت سے ہوتے تھے۔ فوراً ایک آدمی کو دوڑایا، دیکھو وہ آدمی کہاں گیا؟ وہ آدمی غائب ہو گیا، شاید فرشتہ ہی رہا ہوگا۔</w:t>
      </w:r>
    </w:p>
    <w:p>
      <w:r>
        <w:rPr>
          <w:b/>
        </w:rPr>
        <w:t xml:space="preserve">[41:56] </w:t>
      </w:r>
      <w:r>
        <w:t>ab wahan gaon mein, wahan par ghar waghera to thay nahi, khet hi khet thay. koi bhi aadmi nazar aata, woh nahi dikha. to phir wohi lagate rahe, ghus ghus ke woh herb aur woh aik dam chehra koi dekh nahi sakta ke kabhi chechak hui thi, aisa saaf ho gaya.</w:t>
      </w:r>
    </w:p>
    <w:p>
      <w:pPr>
        <w:jc w:val="right"/>
      </w:pPr>
      <w:r>
        <w:t>اب وہاں گاؤں میں، وہاں پر گھر وغیرہ تو تھے نہیں، کھیت ہی کھیت تھے۔ کوئی بھی آدمی نظر آتا، وہ نہیں دکھا۔ تو پھر وہی لگاتے رہے، گھس گھس کے وہ ہرب اور وہ ایک دم چہرہ کوئی دیکھ نہیں سکتا کہ کبھی چیچک ہوئی تھی، ایسا صاف ہو گیا۔</w:t>
      </w:r>
    </w:p>
    <w:p>
      <w:r>
        <w:rPr>
          <w:b/>
        </w:rPr>
        <w:t xml:space="preserve">[42:15] </w:t>
      </w:r>
      <w:r>
        <w:t>to aik baar lahore jab chale gaye thay, bohat ziyada pareshani ke alam mein, wahan par railway station par koi engine shunting kar raha tha.</w:t>
      </w:r>
    </w:p>
    <w:p>
      <w:pPr>
        <w:jc w:val="right"/>
      </w:pPr>
      <w:r>
        <w:t>تو ایک بار لاہور جب چلے گئے تھے، بہت زیادہ پریشانی کے عالم میں، وہاں پر ریلوے اسٹیشن پر کوئی انجن شنٹنگ کر رہا تھا۔</w:t>
      </w:r>
    </w:p>
    <w:p>
      <w:r>
        <w:rPr>
          <w:b/>
        </w:rPr>
        <w:t xml:space="preserve">[42:27] </w:t>
      </w:r>
      <w:r>
        <w:t>ab woh wahan par khare hue thay aur bas soch rahe thay ke isi mein kood jaon, khudkushi kar loon. ab woh wahin khare hue thay isi alam mein to laga ke kisi ne pakar liya hai aur koodne nahi diya.</w:t>
      </w:r>
    </w:p>
    <w:p>
      <w:pPr>
        <w:jc w:val="right"/>
      </w:pPr>
      <w:r>
        <w:t>اب وہ وہاں پر کھڑے ہوئے تھے اور بس سوچ رہے تھے کہ اسی میں کود جاؤں، خودکشی کر لوں۔ اب وہ وہیں کھڑے ہوئے تھے اسی عالم میں تو لگا کہ کسی نے پکڑ لیا ہے اور کودنے نہیں دیا۔</w:t>
      </w:r>
    </w:p>
    <w:p>
      <w:r>
        <w:rPr>
          <w:b/>
        </w:rPr>
        <w:t xml:space="preserve">[42:41] </w:t>
      </w:r>
      <w:r>
        <w:t>phir woh lamba qissa hai jo maulana ne apni biography mein likha hai.</w:t>
      </w:r>
    </w:p>
    <w:p>
      <w:pPr>
        <w:jc w:val="right"/>
      </w:pPr>
      <w:r>
        <w:t>پھر وہ لمبا قصہ ہے جو مولانا نے اپنی بائیوگرافی میں لکھا ہے۔</w:t>
      </w:r>
    </w:p>
    <w:p>
      <w:r>
        <w:rPr>
          <w:b/>
        </w:rPr>
        <w:t xml:space="preserve">[42:46] </w:t>
      </w:r>
      <w:r>
        <w:t>to is tareeqe ke bohat sare waqiat hain. aik baar jab amaan ka inteqal hua tha to taqreeban fajar ke time tha.</w:t>
      </w:r>
    </w:p>
    <w:p>
      <w:pPr>
        <w:jc w:val="right"/>
      </w:pPr>
      <w:r>
        <w:t>تو اس طریقے کے بہت سارے واقعات ہیں۔ ایک بار جب اماں کا انتقال ہوا تھا تو تقریباً فجر کے ٹائم تھا۔</w:t>
      </w:r>
    </w:p>
    <w:p>
      <w:r>
        <w:rPr>
          <w:b/>
        </w:rPr>
        <w:t xml:space="preserve">[42:56] </w:t>
      </w:r>
      <w:r>
        <w:t>to us waqt aik do din bohat ajeeb tabiyat ghabrati rahi sab ki. to maulana bahar nikle doosre din shayad to fajar ke waqt to</w:t>
      </w:r>
    </w:p>
    <w:p>
      <w:pPr>
        <w:jc w:val="right"/>
      </w:pPr>
      <w:r>
        <w:t>تو اس وقت ایک دو دن بہت عجیب طبیعت گھبراتی رہی سب کی۔ تو مولانا باہر نکلے دوسرے دن شاید تو فجر کے وقت تو</w:t>
      </w:r>
    </w:p>
    <w:p>
      <w:r>
        <w:rPr>
          <w:b/>
        </w:rPr>
        <w:t xml:space="preserve">[43:13] </w:t>
      </w:r>
      <w:r>
        <w:t>kehne lage ke aao zara sa dekho to kya ho raha hai kamre mein. aisa lag raha hai poora kamra logon bhara hua hai, insano se, logon se bhara hua hai.</w:t>
      </w:r>
    </w:p>
    <w:p>
      <w:pPr>
        <w:jc w:val="right"/>
      </w:pPr>
      <w:r>
        <w:t>کہنے لگے کہ آؤ ذرا سا دیکھو تو کیا ہو رہا ہے کمرے میں۔ ایسا لگ رہا ہے پورا کمرہ لوگوں بھرا ہوا ہے، انسانوں سے، لوگوں سے بھرا ہوا ہے۔</w:t>
      </w:r>
    </w:p>
    <w:p>
      <w:r>
        <w:rPr>
          <w:b/>
        </w:rPr>
        <w:t xml:space="preserve">[43:24] </w:t>
      </w:r>
      <w:r>
        <w:t>mein jis taraf bhi jata hoon, teen darwaze hain na maulana ke kamre mein. mein jis taraf bhi jata hoon, lagta hoon bheer mein chal raha hoon. to teeno taraf mein chala.</w:t>
      </w:r>
    </w:p>
    <w:p>
      <w:pPr>
        <w:jc w:val="right"/>
      </w:pPr>
      <w:r>
        <w:t>میں جس طرف بھی جاتا ہوں، تین دروازے ہیں نا مولانا کے کمرے میں۔ میں جس طرف بھی جاتا ہوں، لگتا ہوں بھیڑ میں چل رہا ہوں۔ تو تینوں طرف میں چلا۔</w:t>
      </w:r>
    </w:p>
    <w:p>
      <w:r>
        <w:rPr>
          <w:b/>
        </w:rPr>
        <w:t xml:space="preserve">[43:34] </w:t>
      </w:r>
      <w:r>
        <w:t>phir is ke baad shayad mein so rahi thi, fajar ka waqt tha.</w:t>
      </w:r>
    </w:p>
    <w:p>
      <w:pPr>
        <w:jc w:val="right"/>
      </w:pPr>
      <w:r>
        <w:t>پھر اس کے بعد شاید میں سو رہی تھی، فجر کا وقت تھا۔</w:t>
      </w:r>
    </w:p>
    <w:p>
      <w:r>
        <w:rPr>
          <w:b/>
        </w:rPr>
        <w:t xml:space="preserve">[43:39] </w:t>
      </w:r>
      <w:r>
        <w:t>to mein to aa nahi paai. phir kehne lage thori dair mein darwaza khat se bola aur sab sab log chale gaye jo feel kar rahe thay.</w:t>
      </w:r>
    </w:p>
    <w:p>
      <w:pPr>
        <w:jc w:val="right"/>
      </w:pPr>
      <w:r>
        <w:t>تو میں تو آ نہیں پائی۔ پھر کہنے لگے تھوڑی دیر میں دروازہ کھٹ سے بولا اور سب سب لوگ چلے گئے جو فیل کر رہے تھے۔</w:t>
      </w:r>
    </w:p>
    <w:p>
      <w:r>
        <w:rPr>
          <w:b/>
        </w:rPr>
        <w:t xml:space="preserve">[43:47] </w:t>
      </w:r>
      <w:r>
        <w:t>woh invisible thay, feel kar rahe thay. phir is ke baad aik dam mahaul sahi ho gaya. hum log balkay ja ke maulana kamre mein baithne lage aur tabiyat theek ho gayi.</w:t>
      </w:r>
    </w:p>
    <w:p>
      <w:pPr>
        <w:jc w:val="right"/>
      </w:pPr>
      <w:r>
        <w:t>وہ انویزیبل تھے، فیل کر رہے تھے۔ پھر اس کے بعد ایک دم ماحول صحیح ہو گیا۔ ہم لوگ بلکہ جا کے مولانا کمرے میں بیٹھنے لگے اور طبیعت ٹھیک ہو گئی۔</w:t>
      </w:r>
    </w:p>
    <w:p>
      <w:r>
        <w:rPr>
          <w:b/>
        </w:rPr>
        <w:t xml:space="preserve">[43:58] </w:t>
      </w:r>
      <w:r>
        <w:t>to woh aise mauqe par na shaitan aa jata hai ke log pareshan hain, chalo in logon ko aur pareshan karoon. to aise bohat sare waqiat hain.</w:t>
      </w:r>
    </w:p>
    <w:p>
      <w:pPr>
        <w:jc w:val="right"/>
      </w:pPr>
      <w:r>
        <w:t>تو وہ ایسے موقع پر نا شیطان آ جاتا ہے کہ لوگ پریشان ہیں، چلو ان لوگوں کو اور پریشان کروں۔ تو ایسے بہت سارے واقعات ہیں۔</w:t>
      </w:r>
    </w:p>
    <w:p>
      <w:r>
        <w:rPr>
          <w:b/>
        </w:rPr>
        <w:t xml:space="preserve">[44:07] </w:t>
      </w:r>
      <w:r>
        <w:t>mein</w:t>
      </w:r>
    </w:p>
    <w:p>
      <w:pPr>
        <w:jc w:val="right"/>
      </w:pPr>
      <w:r>
        <w:t>میں</w:t>
      </w:r>
    </w:p>
    <w:p>
      <w:r>
        <w:rPr>
          <w:b/>
        </w:rPr>
        <w:t xml:space="preserve">[44:10] </w:t>
      </w:r>
      <w:r>
        <w:t>matlab is ko baad mein hi kabhi karenge, bohat waqiat hain. inshallah shab qadr mein ji jo khwab dikhate hain, achhe khwab, woh bhi farishte hi dikhate hain.</w:t>
      </w:r>
    </w:p>
    <w:p>
      <w:pPr>
        <w:jc w:val="right"/>
      </w:pPr>
      <w:r>
        <w:t>مطلب اس کو بعد میں ہی کبھی کریں گے، بہت واقعات ہیں۔ انشاءاللہ شب قدر میں جی جو خواب دکھاتے ہیں، اچھے خواب، وہ بھی فرشتے ہی دکھاتے ہیں۔</w:t>
      </w:r>
    </w:p>
    <w:p>
      <w:r>
        <w:rPr>
          <w:b/>
        </w:rPr>
        <w:t xml:space="preserve">[44:21] </w:t>
      </w:r>
      <w:r>
        <w:t>shab qadr mein maulana ko jaga dete, farishte hi rahe honge, koi na koi jaga deta tha jaise koi kuch khila raha hai, kuch hila raha hai.</w:t>
      </w:r>
    </w:p>
    <w:p>
      <w:pPr>
        <w:jc w:val="right"/>
      </w:pPr>
      <w:r>
        <w:t>شب قدر میں مولانا کو جگا دیتے، فرشتے ہی رہے ہوں گے، کوئی نہ کوئی جگا دیتا تھا جیسے کوئی کچھ کھلا رہا ہے، کچھ ہلا رہا ہے۔</w:t>
      </w:r>
    </w:p>
    <w:p>
      <w:r>
        <w:rPr>
          <w:b/>
        </w:rPr>
        <w:t xml:space="preserve">[44:32] </w:t>
      </w:r>
      <w:r>
        <w:t>to woh tabhi to batate thay ke aaj shab qadr hai.</w:t>
      </w:r>
    </w:p>
    <w:p>
      <w:pPr>
        <w:jc w:val="right"/>
      </w:pPr>
      <w:r>
        <w:t>تو وہ تبھی تو بتاتے تھے کہ آج شب قدر ہے۔</w:t>
      </w:r>
    </w:p>
    <w:p>
      <w:r>
        <w:rPr>
          <w:b/>
        </w:rPr>
        <w:t xml:space="preserve">[44:35] </w:t>
      </w:r>
      <w:r>
        <w:t>ji to is tareeqe se musalsal hamara contact, hamara contact bohat barh jaye agar hum total sense mein positive ho jayen, negativity khatam kar dein.</w:t>
      </w:r>
    </w:p>
    <w:p>
      <w:pPr>
        <w:jc w:val="right"/>
      </w:pPr>
      <w:r>
        <w:t>جی تو اس طریقے سے مسلسل ہمارا کانٹیکٹ، ہمارا کانٹیکٹ بہت بڑھ جائے اگر ہم ٹوٹل سینس میں پازیٹیو ہو جائیں، نیگیٹیوٹی ختم کر دیں۔</w:t>
      </w:r>
    </w:p>
    <w:p>
      <w:r>
        <w:rPr>
          <w:b/>
        </w:rPr>
        <w:t xml:space="preserve">[44:47] </w:t>
      </w:r>
      <w:r>
        <w:t>jab hazrat abubakar ke sath negativity ke sath farishta nahi raha to hamare sath kaise reh sakta hai? aap sochiye, hamein bohat ziyada soch samajh kar apni zindagi guzarni hai.</w:t>
      </w:r>
    </w:p>
    <w:p>
      <w:pPr>
        <w:jc w:val="right"/>
      </w:pPr>
      <w:r>
        <w:t>جب حضرت ابوبکر کے ساتھ نیگیٹیوٹی کے ساتھ فرشتہ نہیں رہا تو ہمارے ساتھ کیسے رہ سکتا ہے؟ آپ سوچیے، ہمیں بہت زیادہ سوچ سمجھ کر اپنی زندگی گزارنی ہے۔</w:t>
      </w:r>
    </w:p>
    <w:p>
      <w:r>
        <w:rPr>
          <w:b/>
        </w:rPr>
        <w:t xml:space="preserve">[45:01] </w:t>
      </w:r>
      <w:r>
        <w:t>jazak allah apa for doing a very important topic today. hum is umeed ke sath dua karte hain ke aaj ki majlis ko tamam viewers ke sath farishte apni books mein record karenge aur baad mein bhi jo viewers is program ko dekhenge, un ko bhi record karenge.</w:t>
      </w:r>
    </w:p>
    <w:p>
      <w:pPr>
        <w:jc w:val="right"/>
      </w:pPr>
      <w:r>
        <w:t>جزاک اللہ آپا فار ڈوئنگ ا ویری امپورٹنٹ ٹاپک ٹوڈے۔ ہم اس امید کے ساتھ دعا کرتے ہیں کہ آج کی مجلس کو تمام ویوورز کے ساتھ فرشتے اپنی بکس میں ریکارڈ کریں گے اور بعد میں بھی جو ویوورز اس پروگرام کو دیکھیں گے، ان کو بھی ریکارڈ کریں گے۔</w:t>
      </w:r>
    </w:p>
    <w:p>
      <w:r>
        <w:rPr>
          <w:b/>
        </w:rPr>
        <w:t xml:space="preserve">[45:20] </w:t>
      </w:r>
      <w:r>
        <w:t>inshallah, ameen. we will end today session and be back next sunday at 10:30 am. thank you for watching today session.</w:t>
      </w:r>
    </w:p>
    <w:p>
      <w:pPr>
        <w:jc w:val="right"/>
      </w:pPr>
      <w:r>
        <w:t>انشاءاللہ، آمین۔ وی ویل اینڈ ٹوڈے سیشن اینڈ بی بیک نیکسٹ سنڈے ایٹ 10:30 ایم۔ تھینک یو فار واچنگ ٹوڈے سیشن۔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