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Last Phase of Human History (English) | June 8, 2007 | Maulana Wahiduddin Khan</w:t>
      </w:r>
    </w:p>
    <w:p>
      <w:r>
        <w:t>https://www.youtube.com/watch?v=Sa6wiaUerzQ</w:t>
      </w:r>
    </w:p>
    <w:p>
      <w:r>
        <w:rPr>
          <w:b/>
        </w:rPr>
        <w:t xml:space="preserve">[00:09] </w:t>
      </w:r>
      <w:r>
        <w:t>wasallallahu ala nabiyyil karim, rabbishrah li sadri, wa yassir li amri, wahlul uqdatam min lisani, yafqahu qawli.</w:t>
      </w:r>
    </w:p>
    <w:p>
      <w:pPr>
        <w:jc w:val="right"/>
      </w:pPr>
      <w:r>
        <w:t>وصلی اللہ علی النبی الکریم، رب اشرح لی صدری، ویسر لی امری، واحل العقدۃ من لسانی، یفقہ قولی.</w:t>
      </w:r>
    </w:p>
    <w:p>
      <w:r>
        <w:rPr>
          <w:b/>
        </w:rPr>
        <w:t xml:space="preserve">[00:25] </w:t>
      </w:r>
      <w:r>
        <w:t>The topic for this day is</w:t>
      </w:r>
    </w:p>
    <w:p>
      <w:pPr>
        <w:jc w:val="right"/>
      </w:pPr>
      <w:r>
        <w:t>The topic for this day is</w:t>
      </w:r>
    </w:p>
    <w:p>
      <w:r>
        <w:rPr>
          <w:b/>
        </w:rPr>
        <w:t xml:space="preserve">[00:40] </w:t>
      </w:r>
      <w:r>
        <w:t>the last phase of human history.</w:t>
      </w:r>
    </w:p>
    <w:p>
      <w:pPr>
        <w:jc w:val="right"/>
      </w:pPr>
      <w:r>
        <w:t>the last phase of human history.</w:t>
      </w:r>
    </w:p>
    <w:p>
      <w:r>
        <w:rPr>
          <w:b/>
        </w:rPr>
        <w:t xml:space="preserve">[00:48] </w:t>
      </w:r>
      <w:r>
        <w:t>Today I was sitting under my spiritual tree.</w:t>
      </w:r>
    </w:p>
    <w:p>
      <w:pPr>
        <w:jc w:val="right"/>
      </w:pPr>
      <w:r>
        <w:t>Today I was sitting under my spiritual tree.</w:t>
      </w:r>
    </w:p>
    <w:p>
      <w:r>
        <w:rPr>
          <w:b/>
        </w:rPr>
        <w:t xml:space="preserve">[00:55] </w:t>
      </w:r>
      <w:r>
        <w:t>It was morning time.</w:t>
      </w:r>
    </w:p>
    <w:p>
      <w:pPr>
        <w:jc w:val="right"/>
      </w:pPr>
      <w:r>
        <w:t>It was morning time.</w:t>
      </w:r>
    </w:p>
    <w:p>
      <w:r>
        <w:rPr>
          <w:b/>
        </w:rPr>
        <w:t xml:space="preserve">[01:03] </w:t>
      </w:r>
      <w:r>
        <w:t>Then sun began rising</w:t>
      </w:r>
    </w:p>
    <w:p>
      <w:pPr>
        <w:jc w:val="right"/>
      </w:pPr>
      <w:r>
        <w:t>Then sun began rising</w:t>
      </w:r>
    </w:p>
    <w:p>
      <w:r>
        <w:rPr>
          <w:b/>
        </w:rPr>
        <w:t xml:space="preserve">[01:10] </w:t>
      </w:r>
      <w:r>
        <w:t>from the eastern horizon, and I saw that suddenly the darkness of night disappeared, and the universal light had</w:t>
      </w:r>
    </w:p>
    <w:p>
      <w:pPr>
        <w:jc w:val="right"/>
      </w:pPr>
      <w:r>
        <w:t>from the eastern horizon, and I saw that suddenly the darkness of night disappeared, and the universal light had</w:t>
      </w:r>
    </w:p>
    <w:p>
      <w:r>
        <w:rPr>
          <w:b/>
        </w:rPr>
        <w:t xml:space="preserve">[01:41] </w:t>
      </w:r>
      <w:r>
        <w:t>brightened the whole atmosphere.</w:t>
      </w:r>
    </w:p>
    <w:p>
      <w:pPr>
        <w:jc w:val="right"/>
      </w:pPr>
      <w:r>
        <w:t>brightened the whole atmosphere.</w:t>
      </w:r>
    </w:p>
    <w:p>
      <w:r>
        <w:rPr>
          <w:b/>
        </w:rPr>
        <w:t xml:space="preserve">[01:48] </w:t>
      </w:r>
      <w:r>
        <w:t>For me, it was a sign.</w:t>
      </w:r>
    </w:p>
    <w:p>
      <w:pPr>
        <w:jc w:val="right"/>
      </w:pPr>
      <w:r>
        <w:t>For me, it was a sign.</w:t>
      </w:r>
    </w:p>
    <w:p>
      <w:r>
        <w:rPr>
          <w:b/>
        </w:rPr>
        <w:t xml:space="preserve">[01:56] </w:t>
      </w:r>
      <w:r>
        <w:t>It remembered me that God sends morning after every night.</w:t>
      </w:r>
    </w:p>
    <w:p>
      <w:pPr>
        <w:jc w:val="right"/>
      </w:pPr>
      <w:r>
        <w:t>It remembered me that God sends morning after every night.</w:t>
      </w:r>
    </w:p>
    <w:p>
      <w:r>
        <w:rPr>
          <w:b/>
        </w:rPr>
        <w:t xml:space="preserve">[02:03] </w:t>
      </w:r>
      <w:r>
        <w:t>So night is only</w:t>
      </w:r>
    </w:p>
    <w:p>
      <w:pPr>
        <w:jc w:val="right"/>
      </w:pPr>
      <w:r>
        <w:t>So night is only</w:t>
      </w:r>
    </w:p>
    <w:p>
      <w:r>
        <w:rPr>
          <w:b/>
        </w:rPr>
        <w:t xml:space="preserve">[02:11] </w:t>
      </w:r>
      <w:r>
        <w:t>an advance news, an advance information that soon morning is coming.</w:t>
      </w:r>
    </w:p>
    <w:p>
      <w:pPr>
        <w:jc w:val="right"/>
      </w:pPr>
      <w:r>
        <w:t>an advance news, an advance information that soon morning is coming.</w:t>
      </w:r>
    </w:p>
    <w:p>
      <w:r>
        <w:rPr>
          <w:b/>
        </w:rPr>
        <w:t xml:space="preserve">[02:21] </w:t>
      </w:r>
      <w:r>
        <w:t>So every time when I when we face some sad aspect of our life or some sad news,</w:t>
      </w:r>
    </w:p>
    <w:p>
      <w:pPr>
        <w:jc w:val="right"/>
      </w:pPr>
      <w:r>
        <w:t>So every time when I when we face some sad aspect of our life or some sad news,</w:t>
      </w:r>
    </w:p>
    <w:p>
      <w:r>
        <w:rPr>
          <w:b/>
        </w:rPr>
        <w:t xml:space="preserve">[02:31] </w:t>
      </w:r>
      <w:r>
        <w:t>we have to believe in advan</w:t>
      </w:r>
    </w:p>
    <w:p>
      <w:pPr>
        <w:jc w:val="right"/>
      </w:pPr>
      <w:r>
        <w:t>we have to believe in advan</w:t>
      </w:r>
    </w:p>
    <w:p>
      <w:r>
        <w:rPr>
          <w:b/>
        </w:rPr>
        <w:t xml:space="preserve">[02:41] </w:t>
      </w:r>
      <w:r>
        <w:t>ce that it is according to the law of nature.</w:t>
      </w:r>
    </w:p>
    <w:p>
      <w:pPr>
        <w:jc w:val="right"/>
      </w:pPr>
      <w:r>
        <w:t>ce that it is according to the law of nature.</w:t>
      </w:r>
    </w:p>
    <w:p>
      <w:r>
        <w:rPr>
          <w:b/>
        </w:rPr>
        <w:t xml:space="preserve">[02:56] </w:t>
      </w:r>
      <w:r>
        <w:t>So now we are experiencing darkness of light, but very soon light will appear to guide us</w:t>
      </w:r>
    </w:p>
    <w:p>
      <w:pPr>
        <w:jc w:val="right"/>
      </w:pPr>
      <w:r>
        <w:t>So now we are experiencing darkness of light, but very soon light will appear to guide us</w:t>
      </w:r>
    </w:p>
    <w:p>
      <w:r>
        <w:rPr>
          <w:b/>
        </w:rPr>
        <w:t xml:space="preserve">[03:12] </w:t>
      </w:r>
      <w:r>
        <w:t>—</w:t>
      </w:r>
    </w:p>
    <w:p>
      <w:pPr>
        <w:jc w:val="right"/>
      </w:pPr>
      <w:r>
        <w:t>.</w:t>
      </w:r>
    </w:p>
    <w:p>
      <w:r>
        <w:rPr>
          <w:b/>
        </w:rPr>
        <w:t xml:space="preserve">[03:19] </w:t>
      </w:r>
      <w:r>
        <w:t>There is a verse in the Quran, wa ka ayyim min ayatin fis samawati wal ardi yamurruna alaiha wa hum anha mu'ridun.</w:t>
      </w:r>
    </w:p>
    <w:p>
      <w:pPr>
        <w:jc w:val="right"/>
      </w:pPr>
      <w:r>
        <w:t>There is a verse in the Quran, وَكَأَيِّمْ مِنْ آَيَةٍ فِي السَّمٰوَاتِ وَالْأَرْضِ يَمُرُّونَ عَلَيْهَا وَهُمْ عَنْهَا مُوْرِضُونَ.</w:t>
      </w:r>
    </w:p>
    <w:p>
      <w:r>
        <w:rPr>
          <w:b/>
        </w:rPr>
        <w:t xml:space="preserve">[03:27] </w:t>
      </w:r>
      <w:r>
        <w:t>This verse you can see in this chapter number twelve.</w:t>
      </w:r>
    </w:p>
    <w:p>
      <w:pPr>
        <w:jc w:val="right"/>
      </w:pPr>
      <w:r>
        <w:t>This verse you can see in this chapter number twelve.</w:t>
      </w:r>
    </w:p>
    <w:p>
      <w:r>
        <w:rPr>
          <w:b/>
        </w:rPr>
        <w:t xml:space="preserve">[03:34] </w:t>
      </w:r>
      <w:r>
        <w:t>That is Surah Yusuf</w:t>
      </w:r>
    </w:p>
    <w:p>
      <w:pPr>
        <w:jc w:val="right"/>
      </w:pPr>
      <w:r>
        <w:t>That is Surah Yusuf</w:t>
      </w:r>
    </w:p>
    <w:p>
      <w:r>
        <w:rPr>
          <w:b/>
        </w:rPr>
        <w:t xml:space="preserve">[03:42] </w:t>
      </w:r>
      <w:r>
        <w:t>, chapter number twelve.</w:t>
      </w:r>
    </w:p>
    <w:p>
      <w:pPr>
        <w:jc w:val="right"/>
      </w:pPr>
      <w:r>
        <w:t>, chapter number twelve.</w:t>
      </w:r>
    </w:p>
    <w:p>
      <w:r>
        <w:rPr>
          <w:b/>
        </w:rPr>
        <w:t xml:space="preserve">[03:50] </w:t>
      </w:r>
      <w:r>
        <w:t>It means that there are so many signs in the heavens and in the earth, or in the</w:t>
      </w:r>
    </w:p>
    <w:p>
      <w:pPr>
        <w:jc w:val="right"/>
      </w:pPr>
      <w:r>
        <w:t>It means that there are so many signs in the heavens and in the earth, or in the</w:t>
      </w:r>
    </w:p>
    <w:p>
      <w:r>
        <w:rPr>
          <w:b/>
        </w:rPr>
        <w:t xml:space="preserve">[03:57] </w:t>
      </w:r>
      <w:r>
        <w:t>nature and in the history.</w:t>
      </w:r>
    </w:p>
    <w:p>
      <w:pPr>
        <w:jc w:val="right"/>
      </w:pPr>
      <w:r>
        <w:t>nature and in the history.</w:t>
      </w:r>
    </w:p>
    <w:p>
      <w:r>
        <w:rPr>
          <w:b/>
        </w:rPr>
        <w:t xml:space="preserve">[04:05] </w:t>
      </w:r>
      <w:r>
        <w:t>They observe these signs, but they always avoid.</w:t>
      </w:r>
    </w:p>
    <w:p>
      <w:pPr>
        <w:jc w:val="right"/>
      </w:pPr>
      <w:r>
        <w:t>They observe these signs, but they always avoid.</w:t>
      </w:r>
    </w:p>
    <w:p>
      <w:r>
        <w:rPr>
          <w:b/>
        </w:rPr>
        <w:t xml:space="preserve">[04:13] </w:t>
      </w:r>
      <w:r>
        <w:t>They always ignore these signs.</w:t>
      </w:r>
    </w:p>
    <w:p>
      <w:pPr>
        <w:jc w:val="right"/>
      </w:pPr>
      <w:r>
        <w:t>They always ignore these signs.</w:t>
      </w:r>
    </w:p>
    <w:p>
      <w:r>
        <w:rPr>
          <w:b/>
        </w:rPr>
        <w:t xml:space="preserve">[04:19] </w:t>
      </w:r>
      <w:r>
        <w:t>This verse has a very vast connotation.</w:t>
      </w:r>
    </w:p>
    <w:p>
      <w:pPr>
        <w:jc w:val="right"/>
      </w:pPr>
      <w:r>
        <w:t>This verse has a very vast connotation.</w:t>
      </w:r>
    </w:p>
    <w:p>
      <w:r>
        <w:rPr>
          <w:b/>
        </w:rPr>
        <w:t xml:space="preserve">[04:25] </w:t>
      </w:r>
      <w:r>
        <w:t>This is not in a limited sense. No.</w:t>
      </w:r>
    </w:p>
    <w:p>
      <w:pPr>
        <w:jc w:val="right"/>
      </w:pPr>
      <w:r>
        <w:t>This is not in a limited sense. No.</w:t>
      </w:r>
    </w:p>
    <w:p>
      <w:r>
        <w:rPr>
          <w:b/>
        </w:rPr>
        <w:t xml:space="preserve">[04:31] </w:t>
      </w:r>
      <w:r>
        <w:t>Here I would like to give some examples.</w:t>
      </w:r>
    </w:p>
    <w:p>
      <w:pPr>
        <w:jc w:val="right"/>
      </w:pPr>
      <w:r>
        <w:t>Here I would like to give some examples.</w:t>
      </w:r>
    </w:p>
    <w:p>
      <w:r>
        <w:rPr>
          <w:b/>
        </w:rPr>
        <w:t xml:space="preserve">[04:37] </w:t>
      </w:r>
      <w:r>
        <w:t>You know, before five hundred years</w:t>
      </w:r>
    </w:p>
    <w:p>
      <w:pPr>
        <w:jc w:val="right"/>
      </w:pPr>
      <w:r>
        <w:t>You know, before five hundred years</w:t>
      </w:r>
    </w:p>
    <w:p>
      <w:r>
        <w:rPr>
          <w:b/>
        </w:rPr>
        <w:t xml:space="preserve">[04:44] </w:t>
      </w:r>
      <w:r>
        <w:t>you know, five hundred years ago, philosophy schools of philosophy came into existence, and all the great minds</w:t>
      </w:r>
    </w:p>
    <w:p>
      <w:pPr>
        <w:jc w:val="right"/>
      </w:pPr>
      <w:r>
        <w:t>you know, five hundred years ago, philosophy schools of philosophy came into existence, and all the great minds</w:t>
      </w:r>
    </w:p>
    <w:p>
      <w:r>
        <w:rPr>
          <w:b/>
        </w:rPr>
        <w:t xml:space="preserve">[04:54] </w:t>
      </w:r>
      <w:r>
        <w:t>of the world were engaged in philosophy. For what?</w:t>
      </w:r>
    </w:p>
    <w:p>
      <w:pPr>
        <w:jc w:val="right"/>
      </w:pPr>
      <w:r>
        <w:t>of the world were engaged in philosophy. For what?</w:t>
      </w:r>
    </w:p>
    <w:p>
      <w:r>
        <w:rPr>
          <w:b/>
        </w:rPr>
        <w:t xml:space="preserve">[05:04] </w:t>
      </w:r>
      <w:r>
        <w:t>To discover the truth</w:t>
      </w:r>
    </w:p>
    <w:p>
      <w:pPr>
        <w:jc w:val="right"/>
      </w:pPr>
      <w:r>
        <w:t>To discover the truth</w:t>
      </w:r>
    </w:p>
    <w:p>
      <w:r>
        <w:rPr>
          <w:b/>
        </w:rPr>
        <w:t xml:space="preserve">[05:15] </w:t>
      </w:r>
      <w:r>
        <w:t>.</w:t>
      </w:r>
    </w:p>
    <w:p>
      <w:pPr>
        <w:jc w:val="right"/>
      </w:pPr>
      <w:r>
        <w:t>.</w:t>
      </w:r>
    </w:p>
    <w:p>
      <w:r>
        <w:rPr>
          <w:b/>
        </w:rPr>
        <w:t xml:space="preserve">[05:21] </w:t>
      </w:r>
      <w:r>
        <w:t>Truth with the capital T.</w:t>
      </w:r>
    </w:p>
    <w:p>
      <w:pPr>
        <w:jc w:val="right"/>
      </w:pPr>
      <w:r>
        <w:t>Truth with the capital T.</w:t>
      </w:r>
    </w:p>
    <w:p>
      <w:r>
        <w:rPr>
          <w:b/>
        </w:rPr>
        <w:t xml:space="preserve">[05:27] </w:t>
      </w:r>
      <w:r>
        <w:t>So the only goal of philosophy was to discover the truth.</w:t>
      </w:r>
    </w:p>
    <w:p>
      <w:pPr>
        <w:jc w:val="right"/>
      </w:pPr>
      <w:r>
        <w:t>So the only goal of philosophy was to discover the truth.</w:t>
      </w:r>
    </w:p>
    <w:p>
      <w:r>
        <w:rPr>
          <w:b/>
        </w:rPr>
        <w:t xml:space="preserve">[05:34] </w:t>
      </w:r>
      <w:r>
        <w:t>And it is a fact that philosophy the history of thought tells us that up to several thousand</w:t>
      </w:r>
    </w:p>
    <w:p>
      <w:pPr>
        <w:jc w:val="right"/>
      </w:pPr>
      <w:r>
        <w:t>And it is a fact that philosophy the history of thought tells us that up to several thousand</w:t>
      </w:r>
    </w:p>
    <w:p>
      <w:r>
        <w:rPr>
          <w:b/>
        </w:rPr>
        <w:t xml:space="preserve">[05:40] </w:t>
      </w:r>
      <w:r>
        <w:t>years all the great minds were engaged</w:t>
      </w:r>
    </w:p>
    <w:p>
      <w:pPr>
        <w:jc w:val="right"/>
      </w:pPr>
      <w:r>
        <w:t>years all the great minds were engaged</w:t>
      </w:r>
    </w:p>
    <w:p>
      <w:r>
        <w:rPr>
          <w:b/>
        </w:rPr>
        <w:t xml:space="preserve">[05:46] </w:t>
      </w:r>
      <w:r>
        <w:t>in philosophy.</w:t>
      </w:r>
    </w:p>
    <w:p>
      <w:pPr>
        <w:jc w:val="right"/>
      </w:pPr>
      <w:r>
        <w:t>in philosophy.</w:t>
      </w:r>
    </w:p>
    <w:p>
      <w:r>
        <w:rPr>
          <w:b/>
        </w:rPr>
        <w:t xml:space="preserve">[05:54] </w:t>
      </w:r>
      <w:r>
        <w:t>But in vain.</w:t>
      </w:r>
    </w:p>
    <w:p>
      <w:pPr>
        <w:jc w:val="right"/>
      </w:pPr>
      <w:r>
        <w:t>But in vain.</w:t>
      </w:r>
    </w:p>
    <w:p>
      <w:r>
        <w:rPr>
          <w:b/>
        </w:rPr>
        <w:t xml:space="preserve">[06:02] </w:t>
      </w:r>
      <w:r>
        <w:t>Philosophy failed to reach to its end.</w:t>
      </w:r>
    </w:p>
    <w:p>
      <w:pPr>
        <w:jc w:val="right"/>
      </w:pPr>
      <w:r>
        <w:t>Philosophy failed to reach to its end.</w:t>
      </w:r>
    </w:p>
    <w:p>
      <w:r>
        <w:rPr>
          <w:b/>
        </w:rPr>
        <w:t xml:space="preserve">[06:09] </w:t>
      </w:r>
      <w:r>
        <w:t>These philosophers failed to discover the truth.</w:t>
      </w:r>
    </w:p>
    <w:p>
      <w:pPr>
        <w:jc w:val="right"/>
      </w:pPr>
      <w:r>
        <w:t>These philosophers failed to discover the truth.</w:t>
      </w:r>
    </w:p>
    <w:p>
      <w:r>
        <w:rPr>
          <w:b/>
        </w:rPr>
        <w:t xml:space="preserve">[06:17] </w:t>
      </w:r>
      <w:r>
        <w:t>This was the fate of philosophy.</w:t>
      </w:r>
    </w:p>
    <w:p>
      <w:pPr>
        <w:jc w:val="right"/>
      </w:pPr>
      <w:r>
        <w:t>This was the fate of philosophy.</w:t>
      </w:r>
    </w:p>
    <w:p>
      <w:r>
        <w:rPr>
          <w:b/>
        </w:rPr>
        <w:t xml:space="preserve">[06:25] </w:t>
      </w:r>
      <w:r>
        <w:t>Then appeared modern science.</w:t>
      </w:r>
    </w:p>
    <w:p>
      <w:pPr>
        <w:jc w:val="right"/>
      </w:pPr>
      <w:r>
        <w:t>Then appeared modern science.</w:t>
      </w:r>
    </w:p>
    <w:p>
      <w:r>
        <w:rPr>
          <w:b/>
        </w:rPr>
        <w:t xml:space="preserve">[06:33] </w:t>
      </w:r>
      <w:r>
        <w:t>People were believing that science will give us the knowledge of truth.</w:t>
      </w:r>
    </w:p>
    <w:p>
      <w:pPr>
        <w:jc w:val="right"/>
      </w:pPr>
      <w:r>
        <w:t>People were believing that science will give us the knowledge of truth.</w:t>
      </w:r>
    </w:p>
    <w:p>
      <w:r>
        <w:rPr>
          <w:b/>
        </w:rPr>
        <w:t xml:space="preserve">[06:40] </w:t>
      </w:r>
      <w:r>
        <w:t>But very soon science declared</w:t>
      </w:r>
    </w:p>
    <w:p>
      <w:pPr>
        <w:jc w:val="right"/>
      </w:pPr>
      <w:r>
        <w:t>But very soon science declared</w:t>
      </w:r>
    </w:p>
    <w:p>
      <w:r>
        <w:rPr>
          <w:b/>
        </w:rPr>
        <w:t xml:space="preserve">[06:48] </w:t>
      </w:r>
      <w:r>
        <w:t>that by the scientific method we can reach to the knowledge of things.</w:t>
      </w:r>
    </w:p>
    <w:p>
      <w:pPr>
        <w:jc w:val="right"/>
      </w:pPr>
      <w:r>
        <w:t>that by the scientific method we can reach to the knowledge of things.</w:t>
      </w:r>
    </w:p>
    <w:p>
      <w:r>
        <w:rPr>
          <w:b/>
        </w:rPr>
        <w:t xml:space="preserve">[06:58] </w:t>
      </w:r>
      <w:r>
        <w:t>Scientific method can lead us to the knowledge of things.</w:t>
      </w:r>
    </w:p>
    <w:p>
      <w:pPr>
        <w:jc w:val="right"/>
      </w:pPr>
      <w:r>
        <w:t>Scientific method can lead us to the knowledge of things.</w:t>
      </w:r>
    </w:p>
    <w:p>
      <w:r>
        <w:rPr>
          <w:b/>
        </w:rPr>
        <w:t xml:space="preserve">[07:08] </w:t>
      </w:r>
      <w:r>
        <w:t>As far as the knowledge of truth is concerned, scient</w:t>
      </w:r>
    </w:p>
    <w:p>
      <w:pPr>
        <w:jc w:val="right"/>
      </w:pPr>
      <w:r>
        <w:t>As far as the knowledge of truth is concerned, scient</w:t>
      </w:r>
    </w:p>
    <w:p>
      <w:r>
        <w:rPr>
          <w:b/>
        </w:rPr>
        <w:t xml:space="preserve">[07:18] </w:t>
      </w:r>
      <w:r>
        <w:t>ific method cannot help us.</w:t>
      </w:r>
    </w:p>
    <w:p>
      <w:pPr>
        <w:jc w:val="right"/>
      </w:pPr>
      <w:r>
        <w:t>ific method cannot help us.</w:t>
      </w:r>
    </w:p>
    <w:p>
      <w:r>
        <w:rPr>
          <w:b/>
        </w:rPr>
        <w:t xml:space="preserve">[07:26] </w:t>
      </w:r>
      <w:r>
        <w:t>Here science has some limitations.</w:t>
      </w:r>
    </w:p>
    <w:p>
      <w:pPr>
        <w:jc w:val="right"/>
      </w:pPr>
      <w:r>
        <w:t>Here science has some limitations.</w:t>
      </w:r>
    </w:p>
    <w:p>
      <w:r>
        <w:rPr>
          <w:b/>
        </w:rPr>
        <w:t xml:space="preserve">[07:34] </w:t>
      </w:r>
      <w:r>
        <w:t>Then the third school was the school of spirituality.</w:t>
      </w:r>
    </w:p>
    <w:p>
      <w:pPr>
        <w:jc w:val="right"/>
      </w:pPr>
      <w:r>
        <w:t>Then the third school was the school of spirituality.</w:t>
      </w:r>
    </w:p>
    <w:p>
      <w:r>
        <w:rPr>
          <w:b/>
        </w:rPr>
        <w:t xml:space="preserve">[07:41] </w:t>
      </w:r>
      <w:r>
        <w:t>You know, in different names spirituality was fed</w:t>
      </w:r>
    </w:p>
    <w:p>
      <w:pPr>
        <w:jc w:val="right"/>
      </w:pPr>
      <w:r>
        <w:t>You know, in different names spirituality was fed</w:t>
      </w:r>
    </w:p>
    <w:p>
      <w:r>
        <w:rPr>
          <w:b/>
        </w:rPr>
        <w:t xml:space="preserve">[07:49] </w:t>
      </w:r>
      <w:r>
        <w:t>of people.</w:t>
      </w:r>
    </w:p>
    <w:p>
      <w:pPr>
        <w:jc w:val="right"/>
      </w:pPr>
      <w:r>
        <w:t>of people.</w:t>
      </w:r>
    </w:p>
    <w:p>
      <w:r>
        <w:rPr>
          <w:b/>
        </w:rPr>
        <w:t xml:space="preserve">[07:59] </w:t>
      </w:r>
      <w:r>
        <w:t>People were believing that spirituality will lead to the discovery of truth. How?</w:t>
      </w:r>
    </w:p>
    <w:p>
      <w:pPr>
        <w:jc w:val="right"/>
      </w:pPr>
      <w:r>
        <w:t>People were believing that spirituality will lead to the discovery of truth. How?</w:t>
      </w:r>
    </w:p>
    <w:p>
      <w:r>
        <w:rPr>
          <w:b/>
        </w:rPr>
        <w:t xml:space="preserve">[08:10] </w:t>
      </w:r>
      <w:r>
        <w:t>They believed that our heart is</w:t>
      </w:r>
    </w:p>
    <w:p>
      <w:pPr>
        <w:jc w:val="right"/>
      </w:pPr>
      <w:r>
        <w:t>They believed that our heart is</w:t>
      </w:r>
    </w:p>
    <w:p>
      <w:r>
        <w:rPr>
          <w:b/>
        </w:rPr>
        <w:t xml:space="preserve">[08:20] </w:t>
      </w:r>
      <w:r>
        <w:t>a reservoir.</w:t>
      </w:r>
    </w:p>
    <w:p>
      <w:pPr>
        <w:jc w:val="right"/>
      </w:pPr>
      <w:r>
        <w:t>a reservoir.</w:t>
      </w:r>
    </w:p>
    <w:p>
      <w:r>
        <w:rPr>
          <w:b/>
        </w:rPr>
        <w:t xml:space="preserve">[08:25] </w:t>
      </w:r>
      <w:r>
        <w:t>Our heart is a reservoir of truth, reservoir of all kinds of knowledge.</w:t>
      </w:r>
    </w:p>
    <w:p>
      <w:pPr>
        <w:jc w:val="right"/>
      </w:pPr>
      <w:r>
        <w:t>Our heart is a reservoir of truth, reservoir of all kinds of knowledge.</w:t>
      </w:r>
    </w:p>
    <w:p>
      <w:r>
        <w:rPr>
          <w:b/>
        </w:rPr>
        <w:t xml:space="preserve">[08:30] </w:t>
      </w:r>
      <w:r>
        <w:t>It was believed everywhere in the world.</w:t>
      </w:r>
    </w:p>
    <w:p>
      <w:pPr>
        <w:jc w:val="right"/>
      </w:pPr>
      <w:r>
        <w:t>It was believed everywhere in the world.</w:t>
      </w:r>
    </w:p>
    <w:p>
      <w:r>
        <w:rPr>
          <w:b/>
        </w:rPr>
        <w:t xml:space="preserve">[08:35] </w:t>
      </w:r>
      <w:r>
        <w:t>So many, many people were engaged to penetrate this ocean of knowledge.</w:t>
      </w:r>
    </w:p>
    <w:p>
      <w:pPr>
        <w:jc w:val="right"/>
      </w:pPr>
      <w:r>
        <w:t>So many, many people were engaged to penetrate this ocean of knowledge.</w:t>
      </w:r>
    </w:p>
    <w:p>
      <w:r>
        <w:rPr>
          <w:b/>
        </w:rPr>
        <w:t xml:space="preserve">[08:40] </w:t>
      </w:r>
      <w:r>
        <w:t>They concentrated to their heart.</w:t>
      </w:r>
    </w:p>
    <w:p>
      <w:pPr>
        <w:jc w:val="right"/>
      </w:pPr>
      <w:r>
        <w:t>They concentrated to their heart.</w:t>
      </w:r>
    </w:p>
    <w:p>
      <w:r>
        <w:rPr>
          <w:b/>
        </w:rPr>
        <w:t xml:space="preserve">[08:45] </w:t>
      </w:r>
      <w:r>
        <w:t>There were so</w:t>
      </w:r>
    </w:p>
    <w:p>
      <w:pPr>
        <w:jc w:val="right"/>
      </w:pPr>
      <w:r>
        <w:t>There were so</w:t>
      </w:r>
    </w:p>
    <w:p>
      <w:r>
        <w:rPr>
          <w:b/>
        </w:rPr>
        <w:t xml:space="preserve">[08:50] </w:t>
      </w:r>
      <w:r>
        <w:t>many exercises, so many meditations, only to reach to this reservoir of heart.</w:t>
      </w:r>
    </w:p>
    <w:p>
      <w:pPr>
        <w:jc w:val="right"/>
      </w:pPr>
      <w:r>
        <w:t>many exercises, so many meditations, only to reach to this reservoir of heart.</w:t>
      </w:r>
    </w:p>
    <w:p>
      <w:r>
        <w:rPr>
          <w:b/>
        </w:rPr>
        <w:t xml:space="preserve">[09:05] </w:t>
      </w:r>
      <w:r>
        <w:t>But you know, modern science, modern biological science has discovered that heart is noth</w:t>
      </w:r>
    </w:p>
    <w:p>
      <w:pPr>
        <w:jc w:val="right"/>
      </w:pPr>
      <w:r>
        <w:t>But you know, modern science, modern biological science has discovered that heart is noth</w:t>
      </w:r>
    </w:p>
    <w:p>
      <w:r>
        <w:rPr>
          <w:b/>
        </w:rPr>
        <w:t xml:space="preserve">[09:20] </w:t>
      </w:r>
      <w:r>
        <w:t>ing but a tool of circulation of blood.</w:t>
      </w:r>
    </w:p>
    <w:p>
      <w:pPr>
        <w:jc w:val="right"/>
      </w:pPr>
      <w:r>
        <w:t>ing but a tool of circulation of blood.</w:t>
      </w:r>
    </w:p>
    <w:p>
      <w:r>
        <w:rPr>
          <w:b/>
        </w:rPr>
        <w:t xml:space="preserve">[09:26] </w:t>
      </w:r>
      <w:r>
        <w:t>Circulation of blood.</w:t>
      </w:r>
    </w:p>
    <w:p>
      <w:pPr>
        <w:jc w:val="right"/>
      </w:pPr>
      <w:r>
        <w:t>Circulation of blood.</w:t>
      </w:r>
    </w:p>
    <w:p>
      <w:r>
        <w:rPr>
          <w:b/>
        </w:rPr>
        <w:t xml:space="preserve">[09:31] </w:t>
      </w:r>
      <w:r>
        <w:t>This is the only function of heart.</w:t>
      </w:r>
    </w:p>
    <w:p>
      <w:pPr>
        <w:jc w:val="right"/>
      </w:pPr>
      <w:r>
        <w:t>This is the only function of heart.</w:t>
      </w:r>
    </w:p>
    <w:p>
      <w:r>
        <w:rPr>
          <w:b/>
        </w:rPr>
        <w:t xml:space="preserve">[09:37] </w:t>
      </w:r>
      <w:r>
        <w:t>Our heart has no knowledge of truth.</w:t>
      </w:r>
    </w:p>
    <w:p>
      <w:pPr>
        <w:jc w:val="right"/>
      </w:pPr>
      <w:r>
        <w:t>Our heart has no knowledge of truth.</w:t>
      </w:r>
    </w:p>
    <w:p>
      <w:r>
        <w:rPr>
          <w:b/>
        </w:rPr>
        <w:t xml:space="preserve">[09:42] </w:t>
      </w:r>
      <w:r>
        <w:t>There is no reservoir.</w:t>
      </w:r>
    </w:p>
    <w:p>
      <w:pPr>
        <w:jc w:val="right"/>
      </w:pPr>
      <w:r>
        <w:t>There is no reservoir.</w:t>
      </w:r>
    </w:p>
    <w:p>
      <w:r>
        <w:rPr>
          <w:b/>
        </w:rPr>
        <w:t xml:space="preserve">[09:48] </w:t>
      </w:r>
      <w:r>
        <w:t>It is now it is an established fact that our heart has no such reservoir.</w:t>
      </w:r>
    </w:p>
    <w:p>
      <w:pPr>
        <w:jc w:val="right"/>
      </w:pPr>
      <w:r>
        <w:t>It is now it is an established fact that our heart has no such reservoir.</w:t>
      </w:r>
    </w:p>
    <w:p>
      <w:r>
        <w:rPr>
          <w:b/>
        </w:rPr>
        <w:t xml:space="preserve">[09:53] </w:t>
      </w:r>
      <w:r>
        <w:t>So now it is a fact that the so-called spiritual sciences cannot lead us to the truth.</w:t>
      </w:r>
    </w:p>
    <w:p>
      <w:pPr>
        <w:jc w:val="right"/>
      </w:pPr>
      <w:r>
        <w:t>So now it is a fact that the so-called spiritual sciences cannot lead us to the truth.</w:t>
      </w:r>
    </w:p>
    <w:p>
      <w:r>
        <w:rPr>
          <w:b/>
        </w:rPr>
        <w:t xml:space="preserve">[10:09] </w:t>
      </w:r>
      <w:r>
        <w:t>Then comes the civilization. You know,</w:t>
      </w:r>
    </w:p>
    <w:p>
      <w:pPr>
        <w:jc w:val="right"/>
      </w:pPr>
      <w:r>
        <w:t>Then comes the civilization. You know,</w:t>
      </w:r>
    </w:p>
    <w:p>
      <w:r>
        <w:rPr>
          <w:b/>
        </w:rPr>
        <w:t xml:space="preserve">[10:26] </w:t>
      </w:r>
      <w:r>
        <w:t>Alvin Toffler published a book in 1970 with the title Future Shock.</w:t>
      </w:r>
    </w:p>
    <w:p>
      <w:pPr>
        <w:jc w:val="right"/>
      </w:pPr>
      <w:r>
        <w:t>Alvin Toffler published a book in 1970 with the title Future Shock.</w:t>
      </w:r>
    </w:p>
    <w:p>
      <w:r>
        <w:rPr>
          <w:b/>
        </w:rPr>
        <w:t xml:space="preserve">[10:36] </w:t>
      </w:r>
      <w:r>
        <w:t>According to him, he used the word shock in a positive sense, not in a negative sense.</w:t>
      </w:r>
    </w:p>
    <w:p>
      <w:pPr>
        <w:jc w:val="right"/>
      </w:pPr>
      <w:r>
        <w:t>According to him, he used the word shock in a positive sense, not in a negative sense.</w:t>
      </w:r>
    </w:p>
    <w:p>
      <w:r>
        <w:rPr>
          <w:b/>
        </w:rPr>
        <w:t xml:space="preserve">[10:47] </w:t>
      </w:r>
      <w:r>
        <w:t>In this title,</w:t>
      </w:r>
    </w:p>
    <w:p>
      <w:pPr>
        <w:jc w:val="right"/>
      </w:pPr>
      <w:r>
        <w:t>In this title,</w:t>
      </w:r>
    </w:p>
    <w:p>
      <w:r>
        <w:rPr>
          <w:b/>
        </w:rPr>
        <w:t xml:space="preserve">[10:57] </w:t>
      </w:r>
      <w:r>
        <w:t>the word shock was used in a positive sense.</w:t>
      </w:r>
    </w:p>
    <w:p>
      <w:pPr>
        <w:jc w:val="right"/>
      </w:pPr>
      <w:r>
        <w:t>the word shock was used in a positive sense.</w:t>
      </w:r>
    </w:p>
    <w:p>
      <w:r>
        <w:rPr>
          <w:b/>
        </w:rPr>
        <w:t xml:space="preserve">[11:07] </w:t>
      </w:r>
      <w:r>
        <w:t>So future shock means that in the future our civilization will reach to its culmination, to a higher</w:t>
      </w:r>
    </w:p>
    <w:p>
      <w:pPr>
        <w:jc w:val="right"/>
      </w:pPr>
      <w:r>
        <w:t>So future shock means that in the future our civilization will reach to its culmination, to a higher</w:t>
      </w:r>
    </w:p>
    <w:p>
      <w:r>
        <w:rPr>
          <w:b/>
        </w:rPr>
        <w:t xml:space="preserve">[11:17] </w:t>
      </w:r>
      <w:r>
        <w:t>stage of civilization that is super-civilization, and man will be able to fulfill his dream of</w:t>
      </w:r>
    </w:p>
    <w:p>
      <w:pPr>
        <w:jc w:val="right"/>
      </w:pPr>
      <w:r>
        <w:t>stage of civilization that is super-civilization, and man will be able to fulfill his dream of</w:t>
      </w:r>
    </w:p>
    <w:p>
      <w:r>
        <w:rPr>
          <w:b/>
        </w:rPr>
        <w:t xml:space="preserve">[11:28] </w:t>
      </w:r>
      <w:r>
        <w:t>happiness, of pleasure, of finding a meaningful world. So it was the dream of Alvin Toffler. This book became popular all over the world. All over the world. People used to believe that our civilization is progressing. Our civiliz</w:t>
      </w:r>
    </w:p>
    <w:p>
      <w:pPr>
        <w:jc w:val="right"/>
      </w:pPr>
      <w:r>
        <w:t>happiness, of pleasure, of finding a meaningful world. So it was the dream of Alvin Toffler. This book became popular all over the world. All over the world. People used to believe that our civilization is progressing. Our civiliz</w:t>
      </w:r>
    </w:p>
    <w:p>
      <w:r>
        <w:rPr>
          <w:b/>
        </w:rPr>
        <w:t xml:space="preserve">[11:58] </w:t>
      </w:r>
      <w:r>
        <w:t>ation is heading to another stage that is super-civilization.</w:t>
      </w:r>
    </w:p>
    <w:p>
      <w:pPr>
        <w:jc w:val="right"/>
      </w:pPr>
      <w:r>
        <w:t>ation is heading to another stage that is super-civilization.</w:t>
      </w:r>
    </w:p>
    <w:p>
      <w:r>
        <w:rPr>
          <w:b/>
        </w:rPr>
        <w:t xml:space="preserve">[12:05] </w:t>
      </w:r>
      <w:r>
        <w:t>But again, what happened?</w:t>
      </w:r>
    </w:p>
    <w:p>
      <w:pPr>
        <w:jc w:val="right"/>
      </w:pPr>
      <w:r>
        <w:t>But again, what happened?</w:t>
      </w:r>
    </w:p>
    <w:p>
      <w:r>
        <w:rPr>
          <w:b/>
        </w:rPr>
        <w:t xml:space="preserve">[12:13] </w:t>
      </w:r>
      <w:r>
        <w:t>The phenomenon of global warming appeared, and all those dreams were shattered.</w:t>
      </w:r>
    </w:p>
    <w:p>
      <w:pPr>
        <w:jc w:val="right"/>
      </w:pPr>
      <w:r>
        <w:t>The phenomenon of global warming appeared, and all those dreams were shattered.</w:t>
      </w:r>
    </w:p>
    <w:p>
      <w:r>
        <w:rPr>
          <w:b/>
        </w:rPr>
        <w:t xml:space="preserve">[12:20] </w:t>
      </w:r>
      <w:r>
        <w:t>Now every day we find</w:t>
      </w:r>
    </w:p>
    <w:p>
      <w:pPr>
        <w:jc w:val="right"/>
      </w:pPr>
      <w:r>
        <w:t>Now every day we find</w:t>
      </w:r>
    </w:p>
    <w:p>
      <w:r>
        <w:rPr>
          <w:b/>
        </w:rPr>
        <w:t xml:space="preserve">[12:28] </w:t>
      </w:r>
      <w:r>
        <w:t>some news in the media about global warming.</w:t>
      </w:r>
    </w:p>
    <w:p>
      <w:pPr>
        <w:jc w:val="right"/>
      </w:pPr>
      <w:r>
        <w:t>some news in the media about global warming.</w:t>
      </w:r>
    </w:p>
    <w:p>
      <w:r>
        <w:rPr>
          <w:b/>
        </w:rPr>
        <w:t xml:space="preserve">[12:35] </w:t>
      </w:r>
      <w:r>
        <w:t>The scientific community persistently warns that our history is approaching to the end.</w:t>
      </w:r>
    </w:p>
    <w:p>
      <w:pPr>
        <w:jc w:val="right"/>
      </w:pPr>
      <w:r>
        <w:t>The scientific community persistently warns that our history is approaching to the end.</w:t>
      </w:r>
    </w:p>
    <w:p>
      <w:r>
        <w:rPr>
          <w:b/>
        </w:rPr>
        <w:t xml:space="preserve">[12:43] </w:t>
      </w:r>
      <w:r>
        <w:t>Our world is approaching to the end.</w:t>
      </w:r>
    </w:p>
    <w:p>
      <w:pPr>
        <w:jc w:val="right"/>
      </w:pPr>
      <w:r>
        <w:t>Our world is approaching to the end.</w:t>
      </w:r>
    </w:p>
    <w:p>
      <w:r>
        <w:rPr>
          <w:b/>
        </w:rPr>
        <w:t xml:space="preserve">[12:51] </w:t>
      </w:r>
      <w:r>
        <w:t>The minimum period is ten years, and the maximum period according</w:t>
      </w:r>
    </w:p>
    <w:p>
      <w:pPr>
        <w:jc w:val="right"/>
      </w:pPr>
      <w:r>
        <w:t>The minimum period is ten years, and the maximum period according</w:t>
      </w:r>
    </w:p>
    <w:p>
      <w:r>
        <w:rPr>
          <w:b/>
        </w:rPr>
        <w:t xml:space="preserve">[12:58] </w:t>
      </w:r>
      <w:r>
        <w:t>to their assessment is forty years.</w:t>
      </w:r>
    </w:p>
    <w:p>
      <w:pPr>
        <w:jc w:val="right"/>
      </w:pPr>
      <w:r>
        <w:t>to their assessment is forty years.</w:t>
      </w:r>
    </w:p>
    <w:p>
      <w:r>
        <w:rPr>
          <w:b/>
        </w:rPr>
        <w:t xml:space="preserve">[13:06] </w:t>
      </w:r>
      <w:r>
        <w:t>So there is no super-civilization.</w:t>
      </w:r>
    </w:p>
    <w:p>
      <w:pPr>
        <w:jc w:val="right"/>
      </w:pPr>
      <w:r>
        <w:t>So there is no super-civilization.</w:t>
      </w:r>
    </w:p>
    <w:p>
      <w:r>
        <w:rPr>
          <w:b/>
        </w:rPr>
        <w:t xml:space="preserve">[13:13] </w:t>
      </w:r>
      <w:r>
        <w:t>This is the fate of our struggle in philosophy, in science, in spirituality, in civilization everywhere.</w:t>
      </w:r>
    </w:p>
    <w:p>
      <w:pPr>
        <w:jc w:val="right"/>
      </w:pPr>
      <w:r>
        <w:t>This is the fate of our struggle in philosophy, in science, in spirituality, in civilization everywhere.</w:t>
      </w:r>
    </w:p>
    <w:p>
      <w:r>
        <w:rPr>
          <w:b/>
        </w:rPr>
        <w:t xml:space="preserve">[13:21] </w:t>
      </w:r>
      <w:r>
        <w:t>This is the sign</w:t>
      </w:r>
    </w:p>
    <w:p>
      <w:pPr>
        <w:jc w:val="right"/>
      </w:pPr>
      <w:r>
        <w:t>This is the sign</w:t>
      </w:r>
    </w:p>
    <w:p>
      <w:r>
        <w:rPr>
          <w:b/>
        </w:rPr>
        <w:t xml:space="preserve">[13:29] </w:t>
      </w:r>
      <w:r>
        <w:t>—</w:t>
      </w:r>
    </w:p>
    <w:p>
      <w:pPr>
        <w:jc w:val="right"/>
      </w:pPr>
      <w:r>
        <w:t>.</w:t>
      </w:r>
    </w:p>
    <w:p>
      <w:r>
        <w:rPr>
          <w:b/>
        </w:rPr>
        <w:t xml:space="preserve">[13:36] </w:t>
      </w:r>
      <w:r>
        <w:t>This is the sign.</w:t>
      </w:r>
    </w:p>
    <w:p>
      <w:pPr>
        <w:jc w:val="right"/>
      </w:pPr>
      <w:r>
        <w:t>This is the sign.</w:t>
      </w:r>
    </w:p>
    <w:p>
      <w:r>
        <w:rPr>
          <w:b/>
        </w:rPr>
        <w:t xml:space="preserve">[13:44] </w:t>
      </w:r>
      <w:r>
        <w:t>wa ka ayyin min ayatin fis samawati wal ardi yamurruna alaiha wa hum anha mu'ridun.</w:t>
      </w:r>
    </w:p>
    <w:p>
      <w:pPr>
        <w:jc w:val="right"/>
      </w:pPr>
      <w:r>
        <w:t>وَكَأَيِّمْ مِنْ آَيَةٍ فِي السَّمٰوَاتِ وَالْأَرْضِ يَمُرُّونَ عَلَيْهَا وَهُمْ عَنْهَا مُوْرِضُونَ.</w:t>
      </w:r>
    </w:p>
    <w:p>
      <w:r>
        <w:rPr>
          <w:b/>
        </w:rPr>
        <w:t xml:space="preserve">[13:51] </w:t>
      </w:r>
      <w:r>
        <w:t>The Quran declares that there are many, many signs in the nature as well as in human history. But</w:t>
      </w:r>
    </w:p>
    <w:p>
      <w:pPr>
        <w:jc w:val="right"/>
      </w:pPr>
      <w:r>
        <w:t>The Quran declares that there are many, many signs in the nature as well as in human history. But</w:t>
      </w:r>
    </w:p>
    <w:p>
      <w:r>
        <w:rPr>
          <w:b/>
        </w:rPr>
        <w:t xml:space="preserve">[13:59] </w:t>
      </w:r>
      <w:r>
        <w:t>people ignore all these signs.</w:t>
      </w:r>
    </w:p>
    <w:p>
      <w:pPr>
        <w:jc w:val="right"/>
      </w:pPr>
      <w:r>
        <w:t>people ignore all these signs.</w:t>
      </w:r>
    </w:p>
    <w:p>
      <w:r>
        <w:rPr>
          <w:b/>
        </w:rPr>
        <w:t xml:space="preserve">[14:04] </w:t>
      </w:r>
      <w:r>
        <w:t>They fail to take lessons.</w:t>
      </w:r>
    </w:p>
    <w:p>
      <w:pPr>
        <w:jc w:val="right"/>
      </w:pPr>
      <w:r>
        <w:t>They fail to take lessons.</w:t>
      </w:r>
    </w:p>
    <w:p>
      <w:r>
        <w:rPr>
          <w:b/>
        </w:rPr>
        <w:t xml:space="preserve">[14:09] </w:t>
      </w:r>
      <w:r>
        <w:t>They fail to draw lessons from these signs.</w:t>
      </w:r>
    </w:p>
    <w:p>
      <w:pPr>
        <w:jc w:val="right"/>
      </w:pPr>
      <w:r>
        <w:t>They fail to draw lessons from these signs.</w:t>
      </w:r>
    </w:p>
    <w:p>
      <w:r>
        <w:rPr>
          <w:b/>
        </w:rPr>
        <w:t xml:space="preserve">[14:14] </w:t>
      </w:r>
      <w:r>
        <w:t>Now what is the lesson?</w:t>
      </w:r>
    </w:p>
    <w:p>
      <w:pPr>
        <w:jc w:val="right"/>
      </w:pPr>
      <w:r>
        <w:t>Now what is the lesson?</w:t>
      </w:r>
    </w:p>
    <w:p>
      <w:r>
        <w:rPr>
          <w:b/>
        </w:rPr>
        <w:t xml:space="preserve">[14:19] </w:t>
      </w:r>
      <w:r>
        <w:t>The lesson is that we have to know.</w:t>
      </w:r>
    </w:p>
    <w:p>
      <w:pPr>
        <w:jc w:val="right"/>
      </w:pPr>
      <w:r>
        <w:t>The lesson is that we have to know.</w:t>
      </w:r>
    </w:p>
    <w:p>
      <w:r>
        <w:rPr>
          <w:b/>
        </w:rPr>
        <w:t xml:space="preserve">[14:24] </w:t>
      </w:r>
      <w:r>
        <w:t>We have to know that</w:t>
      </w:r>
    </w:p>
    <w:p>
      <w:pPr>
        <w:jc w:val="right"/>
      </w:pPr>
      <w:r>
        <w:t>We have to know that</w:t>
      </w:r>
    </w:p>
    <w:p>
      <w:r>
        <w:rPr>
          <w:b/>
        </w:rPr>
        <w:t xml:space="preserve">[14:30] </w:t>
      </w:r>
      <w:r>
        <w:t>this world was not created for that kind of purpose.</w:t>
      </w:r>
    </w:p>
    <w:p>
      <w:pPr>
        <w:jc w:val="right"/>
      </w:pPr>
      <w:r>
        <w:t>this world was not created for that kind of purpose.</w:t>
      </w:r>
    </w:p>
    <w:p>
      <w:r>
        <w:rPr>
          <w:b/>
        </w:rPr>
        <w:t xml:space="preserve">[14:40] </w:t>
      </w:r>
      <w:r>
        <w:t>This world was not created for that kind of purpose, to fulfill our dream. No.</w:t>
      </w:r>
    </w:p>
    <w:p>
      <w:pPr>
        <w:jc w:val="right"/>
      </w:pPr>
      <w:r>
        <w:t>This world was not created for that kind of purpose, to fulfill our dream. No.</w:t>
      </w:r>
    </w:p>
    <w:p>
      <w:r>
        <w:rPr>
          <w:b/>
        </w:rPr>
        <w:t xml:space="preserve">[14:51] </w:t>
      </w:r>
      <w:r>
        <w:t>You know, Sir James Jeans</w:t>
      </w:r>
    </w:p>
    <w:p>
      <w:pPr>
        <w:jc w:val="right"/>
      </w:pPr>
      <w:r>
        <w:t>You know, Sir James Jeans</w:t>
      </w:r>
    </w:p>
    <w:p>
      <w:r>
        <w:rPr>
          <w:b/>
        </w:rPr>
        <w:t xml:space="preserve">[15:01] </w:t>
      </w:r>
      <w:r>
        <w:t>was a great astronomer.</w:t>
      </w:r>
    </w:p>
    <w:p>
      <w:pPr>
        <w:jc w:val="right"/>
      </w:pPr>
      <w:r>
        <w:t>was a great astronomer.</w:t>
      </w:r>
    </w:p>
    <w:p>
      <w:r>
        <w:rPr>
          <w:b/>
        </w:rPr>
        <w:t xml:space="preserve">[15:09] </w:t>
      </w:r>
      <w:r>
        <w:t>He was a British astronomer, Sir James Jeans.</w:t>
      </w:r>
    </w:p>
    <w:p>
      <w:pPr>
        <w:jc w:val="right"/>
      </w:pPr>
      <w:r>
        <w:t>He was a British astronomer, Sir James Jeans.</w:t>
      </w:r>
    </w:p>
    <w:p>
      <w:r>
        <w:rPr>
          <w:b/>
        </w:rPr>
        <w:t xml:space="preserve">[15:17] </w:t>
      </w:r>
      <w:r>
        <w:t>He published a book with the title The Mysterious Universe.</w:t>
      </w:r>
    </w:p>
    <w:p>
      <w:pPr>
        <w:jc w:val="right"/>
      </w:pPr>
      <w:r>
        <w:t>He published a book with the title The Mysterious Universe.</w:t>
      </w:r>
    </w:p>
    <w:p>
      <w:r>
        <w:rPr>
          <w:b/>
        </w:rPr>
        <w:t xml:space="preserve">[15:26] </w:t>
      </w:r>
      <w:r>
        <w:t>In this book he has observed a very, very, very, very interesting</w:t>
      </w:r>
    </w:p>
    <w:p>
      <w:pPr>
        <w:jc w:val="right"/>
      </w:pPr>
      <w:r>
        <w:t>In this book he has observed a very, very, very, very interesting</w:t>
      </w:r>
    </w:p>
    <w:p>
      <w:r>
        <w:rPr>
          <w:b/>
        </w:rPr>
        <w:t xml:space="preserve">[15:34] </w:t>
      </w:r>
      <w:r>
        <w:t>item of our history.</w:t>
      </w:r>
    </w:p>
    <w:p>
      <w:pPr>
        <w:jc w:val="right"/>
      </w:pPr>
      <w:r>
        <w:t>item of our history.</w:t>
      </w:r>
    </w:p>
    <w:p>
      <w:r>
        <w:rPr>
          <w:b/>
        </w:rPr>
        <w:t xml:space="preserve">[15:41] </w:t>
      </w:r>
      <w:r>
        <w:t>I would like to read it out so that you may.</w:t>
      </w:r>
    </w:p>
    <w:p>
      <w:pPr>
        <w:jc w:val="right"/>
      </w:pPr>
      <w:r>
        <w:t>I would like to read it out so that you may.</w:t>
      </w:r>
    </w:p>
    <w:p>
      <w:r>
        <w:rPr>
          <w:b/>
        </w:rPr>
        <w:t xml:space="preserve">[15:49] </w:t>
      </w:r>
      <w:r>
        <w:t>What observation was made by Sir James Jeans in his book The Mysterious Universe?</w:t>
      </w:r>
    </w:p>
    <w:p>
      <w:pPr>
        <w:jc w:val="right"/>
      </w:pPr>
      <w:r>
        <w:t>What observation was made by Sir James Jeans in his book The Mysterious Universe?</w:t>
      </w:r>
    </w:p>
    <w:p>
      <w:r>
        <w:rPr>
          <w:b/>
        </w:rPr>
        <w:t xml:space="preserve">[15:56] </w:t>
      </w:r>
      <w:r>
        <w:t>This book was published in 1930, and this</w:t>
      </w:r>
    </w:p>
    <w:p>
      <w:pPr>
        <w:jc w:val="right"/>
      </w:pPr>
      <w:r>
        <w:t>This book was published in 1930, and this</w:t>
      </w:r>
    </w:p>
    <w:p>
      <w:r>
        <w:rPr>
          <w:b/>
        </w:rPr>
        <w:t xml:space="preserve">[16:04] </w:t>
      </w:r>
      <w:r>
        <w:t>observation you can see on its page eleven.</w:t>
      </w:r>
    </w:p>
    <w:p>
      <w:pPr>
        <w:jc w:val="right"/>
      </w:pPr>
      <w:r>
        <w:t>observation you can see on its page eleven.</w:t>
      </w:r>
    </w:p>
    <w:p>
      <w:r>
        <w:rPr>
          <w:b/>
        </w:rPr>
        <w:t xml:space="preserve">[16:12] </w:t>
      </w:r>
      <w:r>
        <w:t>Is this then all that life amounts to?</w:t>
      </w:r>
    </w:p>
    <w:p>
      <w:pPr>
        <w:jc w:val="right"/>
      </w:pPr>
      <w:r>
        <w:t>Is this then all that life amounts to?</w:t>
      </w:r>
    </w:p>
    <w:p>
      <w:r>
        <w:rPr>
          <w:b/>
        </w:rPr>
        <w:t xml:space="preserve">[16:20] </w:t>
      </w:r>
      <w:r>
        <w:t>To stumble almost by mistake into a universe which was clearly not designed for life, and which to</w:t>
      </w:r>
    </w:p>
    <w:p>
      <w:pPr>
        <w:jc w:val="right"/>
      </w:pPr>
      <w:r>
        <w:t>To stumble almost by mistake into a universe which was clearly not designed for life, and which to</w:t>
      </w:r>
    </w:p>
    <w:p>
      <w:r>
        <w:rPr>
          <w:b/>
        </w:rPr>
        <w:t xml:space="preserve">[16:28] </w:t>
      </w:r>
      <w:r>
        <w:t>all appearances is either totally indifferent or definitely hostile to it.</w:t>
      </w:r>
    </w:p>
    <w:p>
      <w:pPr>
        <w:jc w:val="right"/>
      </w:pPr>
      <w:r>
        <w:t>all appearances is either totally indifferent or definitely hostile to it.</w:t>
      </w:r>
    </w:p>
    <w:p>
      <w:r>
        <w:rPr>
          <w:b/>
        </w:rPr>
        <w:t xml:space="preserve">[16:36] </w:t>
      </w:r>
      <w:r>
        <w:t>To stay clinging on to a fragment of a grain of sand until we are frozen off.</w:t>
      </w:r>
    </w:p>
    <w:p>
      <w:pPr>
        <w:jc w:val="right"/>
      </w:pPr>
      <w:r>
        <w:t>To stay clinging on to a fragment of a grain of sand until we are frozen off.</w:t>
      </w:r>
    </w:p>
    <w:p>
      <w:r>
        <w:rPr>
          <w:b/>
        </w:rPr>
        <w:t xml:space="preserve">[16:46] </w:t>
      </w:r>
      <w:r>
        <w:t>To strut our tiny hour on our tiny stage with the knowledge that our aspirations are all doomed</w:t>
      </w:r>
    </w:p>
    <w:p>
      <w:pPr>
        <w:jc w:val="right"/>
      </w:pPr>
      <w:r>
        <w:t>To strut our tiny hour on our tiny stage with the knowledge that our aspirations are all doomed</w:t>
      </w:r>
    </w:p>
    <w:p>
      <w:r>
        <w:rPr>
          <w:b/>
        </w:rPr>
        <w:t xml:space="preserve">[16:56] </w:t>
      </w:r>
      <w:r>
        <w:t>to final frustration, and that our achievements must perish with our race</w:t>
      </w:r>
    </w:p>
    <w:p>
      <w:pPr>
        <w:jc w:val="right"/>
      </w:pPr>
      <w:r>
        <w:t>to final frustration, and that our achievements must perish with our race</w:t>
      </w:r>
    </w:p>
    <w:p>
      <w:r>
        <w:rPr>
          <w:b/>
        </w:rPr>
        <w:t xml:space="preserve">[17:06] </w:t>
      </w:r>
      <w:r>
        <w:t>leaving the universe as though we had never been.</w:t>
      </w:r>
    </w:p>
    <w:p>
      <w:pPr>
        <w:jc w:val="right"/>
      </w:pPr>
      <w:r>
        <w:t>leaving the universe as though we had never been.</w:t>
      </w:r>
    </w:p>
    <w:p>
      <w:r>
        <w:rPr>
          <w:b/>
        </w:rPr>
        <w:t xml:space="preserve">[17:13] </w:t>
      </w:r>
      <w:r>
        <w:t>This was a quotation from Sir James Jeans from his book The Mysterious Universe.</w:t>
      </w:r>
    </w:p>
    <w:p>
      <w:pPr>
        <w:jc w:val="right"/>
      </w:pPr>
      <w:r>
        <w:t>This was a quotation from Sir James Jeans from his book The Mysterious Universe.</w:t>
      </w:r>
    </w:p>
    <w:p>
      <w:r>
        <w:rPr>
          <w:b/>
        </w:rPr>
        <w:t xml:space="preserve">[17:21] </w:t>
      </w:r>
      <w:r>
        <w:t>This is not a single quotation from a single book.</w:t>
      </w:r>
    </w:p>
    <w:p>
      <w:pPr>
        <w:jc w:val="right"/>
      </w:pPr>
      <w:r>
        <w:t>This is not a single quotation from a single book.</w:t>
      </w:r>
    </w:p>
    <w:p>
      <w:r>
        <w:rPr>
          <w:b/>
        </w:rPr>
        <w:t xml:space="preserve">[17:29] </w:t>
      </w:r>
      <w:r>
        <w:t>It is a feeling of all men and wom</w:t>
      </w:r>
    </w:p>
    <w:p>
      <w:pPr>
        <w:jc w:val="right"/>
      </w:pPr>
      <w:r>
        <w:t>It is a feeling of all men and wom</w:t>
      </w:r>
    </w:p>
    <w:p>
      <w:r>
        <w:rPr>
          <w:b/>
        </w:rPr>
        <w:t xml:space="preserve">[17:36] </w:t>
      </w:r>
      <w:r>
        <w:t>en. All men and women. We are here in this world with desires, but we die without fulfilling our desires. We have ambitions. We have passions. We have dreams. We have hopes. But all are doomed to bury. Except men. There is</w:t>
      </w:r>
    </w:p>
    <w:p>
      <w:pPr>
        <w:jc w:val="right"/>
      </w:pPr>
      <w:r>
        <w:t>en. All men and women. We are here in this world with desires, but we die without fulfilling our desires. We have ambitions. We have passions. We have dreams. We have hopes. But all are doomed to bury. Except men. There is</w:t>
      </w:r>
    </w:p>
    <w:p>
      <w:r>
        <w:rPr>
          <w:b/>
        </w:rPr>
        <w:t xml:space="preserve">[18:06] </w:t>
      </w:r>
      <w:r>
        <w:t>no other creature.</w:t>
      </w:r>
    </w:p>
    <w:p>
      <w:pPr>
        <w:jc w:val="right"/>
      </w:pPr>
      <w:r>
        <w:t>no other creature.</w:t>
      </w:r>
    </w:p>
    <w:p>
      <w:r>
        <w:rPr>
          <w:b/>
        </w:rPr>
        <w:t xml:space="preserve">[18:11] </w:t>
      </w:r>
      <w:r>
        <w:t>No other creature.</w:t>
      </w:r>
    </w:p>
    <w:p>
      <w:pPr>
        <w:jc w:val="right"/>
      </w:pPr>
      <w:r>
        <w:t>No other creature.</w:t>
      </w:r>
    </w:p>
    <w:p>
      <w:r>
        <w:rPr>
          <w:b/>
        </w:rPr>
        <w:t xml:space="preserve">[18:16] </w:t>
      </w:r>
      <w:r>
        <w:t>All the stars and all the planets and all the trees and animals, all the mountains and oceans</w:t>
      </w:r>
    </w:p>
    <w:p>
      <w:pPr>
        <w:jc w:val="right"/>
      </w:pPr>
      <w:r>
        <w:t>All the stars and all the planets and all the trees and animals, all the mountains and oceans</w:t>
      </w:r>
    </w:p>
    <w:p>
      <w:r>
        <w:rPr>
          <w:b/>
        </w:rPr>
        <w:t xml:space="preserve">[18:21] </w:t>
      </w:r>
      <w:r>
        <w:t>are finding what they want.</w:t>
      </w:r>
    </w:p>
    <w:p>
      <w:pPr>
        <w:jc w:val="right"/>
      </w:pPr>
      <w:r>
        <w:t>are finding what they want.</w:t>
      </w:r>
    </w:p>
    <w:p>
      <w:r>
        <w:rPr>
          <w:b/>
        </w:rPr>
        <w:t xml:space="preserve">[18:26] </w:t>
      </w:r>
      <w:r>
        <w:t>Not a single creature of this world dies with such despair.</w:t>
      </w:r>
    </w:p>
    <w:p>
      <w:pPr>
        <w:jc w:val="right"/>
      </w:pPr>
      <w:r>
        <w:t>Not a single creature of this world dies with such despair.</w:t>
      </w:r>
    </w:p>
    <w:p>
      <w:r>
        <w:rPr>
          <w:b/>
        </w:rPr>
        <w:t xml:space="preserve">[18:31] </w:t>
      </w:r>
      <w:r>
        <w:t>Every other it</w:t>
      </w:r>
    </w:p>
    <w:p>
      <w:pPr>
        <w:jc w:val="right"/>
      </w:pPr>
      <w:r>
        <w:t>Every other it</w:t>
      </w:r>
    </w:p>
    <w:p>
      <w:r>
        <w:rPr>
          <w:b/>
        </w:rPr>
        <w:t xml:space="preserve">[18:36] </w:t>
      </w:r>
      <w:r>
        <w:t>em of the universe lives with full fulfillment.</w:t>
      </w:r>
    </w:p>
    <w:p>
      <w:pPr>
        <w:jc w:val="right"/>
      </w:pPr>
      <w:r>
        <w:t>em of the universe lives with full fulfillment.</w:t>
      </w:r>
    </w:p>
    <w:p>
      <w:r>
        <w:rPr>
          <w:b/>
        </w:rPr>
        <w:t xml:space="preserve">[18:44] </w:t>
      </w:r>
      <w:r>
        <w:t>It is only man who dies without fulfilling his desires, his hopes, his dreams, his aspirations.</w:t>
      </w:r>
    </w:p>
    <w:p>
      <w:pPr>
        <w:jc w:val="right"/>
      </w:pPr>
      <w:r>
        <w:t>It is only man who dies without fulfilling his desires, his hopes, his dreams, his aspirations.</w:t>
      </w:r>
    </w:p>
    <w:p>
      <w:r>
        <w:rPr>
          <w:b/>
        </w:rPr>
        <w:t xml:space="preserve">[18:52] </w:t>
      </w:r>
      <w:r>
        <w:t>It is a sign, S-I-G-N sign.</w:t>
      </w:r>
    </w:p>
    <w:p>
      <w:pPr>
        <w:jc w:val="right"/>
      </w:pPr>
      <w:r>
        <w:t>It is a sign, S-I-G-N sign.</w:t>
      </w:r>
    </w:p>
    <w:p>
      <w:r>
        <w:rPr>
          <w:b/>
        </w:rPr>
        <w:t xml:space="preserve">[19:00] </w:t>
      </w:r>
      <w:r>
        <w:t>We have to take a lesson from this sign</w:t>
      </w:r>
    </w:p>
    <w:p>
      <w:pPr>
        <w:jc w:val="right"/>
      </w:pPr>
      <w:r>
        <w:t>We have to take a lesson from this sign</w:t>
      </w:r>
    </w:p>
    <w:p>
      <w:r>
        <w:rPr>
          <w:b/>
        </w:rPr>
        <w:t xml:space="preserve">[19:08] </w:t>
      </w:r>
      <w:r>
        <w:t>—</w:t>
      </w:r>
    </w:p>
    <w:p>
      <w:pPr>
        <w:jc w:val="right"/>
      </w:pPr>
      <w:r>
        <w:t>.</w:t>
      </w:r>
    </w:p>
    <w:p>
      <w:r>
        <w:rPr>
          <w:b/>
        </w:rPr>
        <w:t xml:space="preserve">[19:14] </w:t>
      </w:r>
      <w:r>
        <w:t>We have to contemplate about this sign.</w:t>
      </w:r>
    </w:p>
    <w:p>
      <w:pPr>
        <w:jc w:val="right"/>
      </w:pPr>
      <w:r>
        <w:t>We have to contemplate about this sign.</w:t>
      </w:r>
    </w:p>
    <w:p>
      <w:r>
        <w:rPr>
          <w:b/>
        </w:rPr>
        <w:t xml:space="preserve">[19:21] </w:t>
      </w:r>
      <w:r>
        <w:t>Why are all other creatures successful, and it is only man who dies in failure?</w:t>
      </w:r>
    </w:p>
    <w:p>
      <w:pPr>
        <w:jc w:val="right"/>
      </w:pPr>
      <w:r>
        <w:t>Why are all other creatures successful, and it is only man who dies in failure?</w:t>
      </w:r>
    </w:p>
    <w:p>
      <w:r>
        <w:rPr>
          <w:b/>
        </w:rPr>
        <w:t xml:space="preserve">[19:27] </w:t>
      </w:r>
      <w:r>
        <w:t>Here I would like to give some more references.</w:t>
      </w:r>
    </w:p>
    <w:p>
      <w:pPr>
        <w:jc w:val="right"/>
      </w:pPr>
      <w:r>
        <w:t>Here I would like to give some more references.</w:t>
      </w:r>
    </w:p>
    <w:p>
      <w:r>
        <w:rPr>
          <w:b/>
        </w:rPr>
        <w:t xml:space="preserve">[19:33] </w:t>
      </w:r>
      <w:r>
        <w:t>For example, let us take Plato.</w:t>
      </w:r>
    </w:p>
    <w:p>
      <w:pPr>
        <w:jc w:val="right"/>
      </w:pPr>
      <w:r>
        <w:t>For example, let us take Plato.</w:t>
      </w:r>
    </w:p>
    <w:p>
      <w:r>
        <w:rPr>
          <w:b/>
        </w:rPr>
        <w:t xml:space="preserve">[19:39] </w:t>
      </w:r>
      <w:r>
        <w:t>Plato was a great philosopher, a great Greek philosopher.</w:t>
      </w:r>
    </w:p>
    <w:p>
      <w:pPr>
        <w:jc w:val="right"/>
      </w:pPr>
      <w:r>
        <w:t>Plato was a great philosopher, a great Greek philosopher.</w:t>
      </w:r>
    </w:p>
    <w:p>
      <w:r>
        <w:rPr>
          <w:b/>
        </w:rPr>
        <w:t xml:space="preserve">[19:49] </w:t>
      </w:r>
      <w:r>
        <w:t>He wanted to establish an ideal state.</w:t>
      </w:r>
    </w:p>
    <w:p>
      <w:pPr>
        <w:jc w:val="right"/>
      </w:pPr>
      <w:r>
        <w:t>He wanted to establish an ideal state.</w:t>
      </w:r>
    </w:p>
    <w:p>
      <w:r>
        <w:rPr>
          <w:b/>
        </w:rPr>
        <w:t xml:space="preserve">[20:00] </w:t>
      </w:r>
      <w:r>
        <w:t>Even his contemporary king was his disciple, and many other disciples, many other great minds also</w:t>
      </w:r>
    </w:p>
    <w:p>
      <w:pPr>
        <w:jc w:val="right"/>
      </w:pPr>
      <w:r>
        <w:t>Even his contemporary king was his disciple, and many other disciples, many other great minds also</w:t>
      </w:r>
    </w:p>
    <w:p>
      <w:r>
        <w:rPr>
          <w:b/>
        </w:rPr>
        <w:t xml:space="preserve">[20:10] </w:t>
      </w:r>
      <w:r>
        <w:t>wanted to establish an ideal state.</w:t>
      </w:r>
    </w:p>
    <w:p>
      <w:pPr>
        <w:jc w:val="right"/>
      </w:pPr>
      <w:r>
        <w:t>wanted to establish an ideal state.</w:t>
      </w:r>
    </w:p>
    <w:p>
      <w:r>
        <w:rPr>
          <w:b/>
        </w:rPr>
        <w:t xml:space="preserve">[20:17] </w:t>
      </w:r>
      <w:r>
        <w:t>But all those men failed.</w:t>
      </w:r>
    </w:p>
    <w:p>
      <w:pPr>
        <w:jc w:val="right"/>
      </w:pPr>
      <w:r>
        <w:t>But all those men failed.</w:t>
      </w:r>
    </w:p>
    <w:p>
      <w:r>
        <w:rPr>
          <w:b/>
        </w:rPr>
        <w:t xml:space="preserve">[20:25] </w:t>
      </w:r>
      <w:r>
        <w:t>Although they have sources, they have mind, they have everything, but they failed to establish an ideal state.</w:t>
      </w:r>
    </w:p>
    <w:p>
      <w:pPr>
        <w:jc w:val="right"/>
      </w:pPr>
      <w:r>
        <w:t>Although they have sources, they have mind, they have everything, but they failed to establish an ideal state.</w:t>
      </w:r>
    </w:p>
    <w:p>
      <w:r>
        <w:rPr>
          <w:b/>
        </w:rPr>
        <w:t xml:space="preserve">[20:33] </w:t>
      </w:r>
      <w:r>
        <w:t>Man is thinking in terms of ideal, in terms of</w:t>
      </w:r>
    </w:p>
    <w:p>
      <w:pPr>
        <w:jc w:val="right"/>
      </w:pPr>
      <w:r>
        <w:t>Man is thinking in terms of ideal, in terms of</w:t>
      </w:r>
    </w:p>
    <w:p>
      <w:r>
        <w:rPr>
          <w:b/>
        </w:rPr>
        <w:t xml:space="preserve">[20:40] </w:t>
      </w:r>
      <w:r>
        <w:t>ideal. Everyone wants ideals. Everyone loves ideals. So everyone, not only Plato, thinks in terms of ideals. But everyone failed to achieve his ideals. So ideals cannot be achieved. Why</w:t>
      </w:r>
    </w:p>
    <w:p>
      <w:pPr>
        <w:jc w:val="right"/>
      </w:pPr>
      <w:r>
        <w:t>ideal. Everyone wants ideals. Everyone loves ideals. So everyone, not only Plato, thinks in terms of ideals. But everyone failed to achieve his ideals. So ideals cannot be achieved. Why</w:t>
      </w:r>
    </w:p>
    <w:p>
      <w:r>
        <w:rPr>
          <w:b/>
        </w:rPr>
        <w:t xml:space="preserve">[21:10] </w:t>
      </w:r>
      <w:r>
        <w:t>—</w:t>
      </w:r>
    </w:p>
    <w:p>
      <w:pPr>
        <w:jc w:val="right"/>
      </w:pPr>
      <w:r>
        <w:t>?</w:t>
      </w:r>
    </w:p>
    <w:p>
      <w:r>
        <w:rPr>
          <w:b/>
        </w:rPr>
        <w:t xml:space="preserve">[21:17] </w:t>
      </w:r>
      <w:r>
        <w:t>If you want ideals, then why is it not achievable?</w:t>
      </w:r>
    </w:p>
    <w:p>
      <w:pPr>
        <w:jc w:val="right"/>
      </w:pPr>
      <w:r>
        <w:t>If you want ideals, then why is it not achievable?</w:t>
      </w:r>
    </w:p>
    <w:p>
      <w:r>
        <w:rPr>
          <w:b/>
        </w:rPr>
        <w:t xml:space="preserve">[21:23] </w:t>
      </w:r>
      <w:r>
        <w:t>Other creatures this is not the fate of other creatures.</w:t>
      </w:r>
    </w:p>
    <w:p>
      <w:pPr>
        <w:jc w:val="right"/>
      </w:pPr>
      <w:r>
        <w:t>Other creatures this is not the fate of other creatures.</w:t>
      </w:r>
    </w:p>
    <w:p>
      <w:r>
        <w:rPr>
          <w:b/>
        </w:rPr>
        <w:t xml:space="preserve">[21:29] </w:t>
      </w:r>
      <w:r>
        <w:t>Everything which they want is achievable for them.</w:t>
      </w:r>
    </w:p>
    <w:p>
      <w:pPr>
        <w:jc w:val="right"/>
      </w:pPr>
      <w:r>
        <w:t>Everything which they want is achievable for them.</w:t>
      </w:r>
    </w:p>
    <w:p>
      <w:r>
        <w:rPr>
          <w:b/>
        </w:rPr>
        <w:t xml:space="preserve">[21:36] </w:t>
      </w:r>
      <w:r>
        <w:t>For example, you see water flows from the top of the mountain.</w:t>
      </w:r>
    </w:p>
    <w:p>
      <w:pPr>
        <w:jc w:val="right"/>
      </w:pPr>
      <w:r>
        <w:t>For example, you see water flows from the top of the mountain.</w:t>
      </w:r>
    </w:p>
    <w:p>
      <w:r>
        <w:rPr>
          <w:b/>
        </w:rPr>
        <w:t xml:space="preserve">[21:42] </w:t>
      </w:r>
      <w:r>
        <w:t>He wants slope, slope to flow.</w:t>
      </w:r>
    </w:p>
    <w:p>
      <w:pPr>
        <w:jc w:val="right"/>
      </w:pPr>
      <w:r>
        <w:t>He wants slope, slope to flow.</w:t>
      </w:r>
    </w:p>
    <w:p>
      <w:r>
        <w:rPr>
          <w:b/>
        </w:rPr>
        <w:t xml:space="preserve">[21:50] </w:t>
      </w:r>
      <w:r>
        <w:t>So the whole mountain provides him slope so that he may flow.</w:t>
      </w:r>
    </w:p>
    <w:p>
      <w:pPr>
        <w:jc w:val="right"/>
      </w:pPr>
      <w:r>
        <w:t>So the whole mountain provides him slope so that he may flow.</w:t>
      </w:r>
    </w:p>
    <w:p>
      <w:r>
        <w:rPr>
          <w:b/>
        </w:rPr>
        <w:t xml:space="preserve">[21:57] </w:t>
      </w:r>
      <w:r>
        <w:t>So is the case of every item, every creature.</w:t>
      </w:r>
    </w:p>
    <w:p>
      <w:pPr>
        <w:jc w:val="right"/>
      </w:pPr>
      <w:r>
        <w:t>So is the case of every item, every creature.</w:t>
      </w:r>
    </w:p>
    <w:p>
      <w:r>
        <w:rPr>
          <w:b/>
        </w:rPr>
        <w:t xml:space="preserve">[22:05] </w:t>
      </w:r>
      <w:r>
        <w:t>They are achieving what</w:t>
      </w:r>
    </w:p>
    <w:p>
      <w:pPr>
        <w:jc w:val="right"/>
      </w:pPr>
      <w:r>
        <w:t>They are achieving what</w:t>
      </w:r>
    </w:p>
    <w:p>
      <w:r>
        <w:rPr>
          <w:b/>
        </w:rPr>
        <w:t xml:space="preserve">[22:12] </w:t>
      </w:r>
      <w:r>
        <w:t>they want.</w:t>
      </w:r>
    </w:p>
    <w:p>
      <w:pPr>
        <w:jc w:val="right"/>
      </w:pPr>
      <w:r>
        <w:t>they want.</w:t>
      </w:r>
    </w:p>
    <w:p>
      <w:r>
        <w:rPr>
          <w:b/>
        </w:rPr>
        <w:t xml:space="preserve">[22:17] </w:t>
      </w:r>
      <w:r>
        <w:t>Stars and planets are achieving what they want.</w:t>
      </w:r>
    </w:p>
    <w:p>
      <w:pPr>
        <w:jc w:val="right"/>
      </w:pPr>
      <w:r>
        <w:t>Stars and planets are achieving what they want.</w:t>
      </w:r>
    </w:p>
    <w:p>
      <w:r>
        <w:rPr>
          <w:b/>
        </w:rPr>
        <w:t xml:space="preserve">[22:22] </w:t>
      </w:r>
      <w:r>
        <w:t>For example, a star is a moving creature.</w:t>
      </w:r>
    </w:p>
    <w:p>
      <w:pPr>
        <w:jc w:val="right"/>
      </w:pPr>
      <w:r>
        <w:t>For example, a star is a moving creature.</w:t>
      </w:r>
    </w:p>
    <w:p>
      <w:r>
        <w:rPr>
          <w:b/>
        </w:rPr>
        <w:t xml:space="preserve">[22:26] </w:t>
      </w:r>
      <w:r>
        <w:t>They are all the time moving.</w:t>
      </w:r>
    </w:p>
    <w:p>
      <w:pPr>
        <w:jc w:val="right"/>
      </w:pPr>
      <w:r>
        <w:t>They are all the time moving.</w:t>
      </w:r>
    </w:p>
    <w:p>
      <w:r>
        <w:rPr>
          <w:b/>
        </w:rPr>
        <w:t xml:space="preserve">[22:31] </w:t>
      </w:r>
      <w:r>
        <w:t>All the time they are in the moving.</w:t>
      </w:r>
    </w:p>
    <w:p>
      <w:pPr>
        <w:jc w:val="right"/>
      </w:pPr>
      <w:r>
        <w:t>All the time they are in the moving.</w:t>
      </w:r>
    </w:p>
    <w:p>
      <w:r>
        <w:rPr>
          <w:b/>
        </w:rPr>
        <w:t xml:space="preserve">[22:36] </w:t>
      </w:r>
      <w:r>
        <w:t>So they want space, open space.</w:t>
      </w:r>
    </w:p>
    <w:p>
      <w:pPr>
        <w:jc w:val="right"/>
      </w:pPr>
      <w:r>
        <w:t>So they want space, open space.</w:t>
      </w:r>
    </w:p>
    <w:p>
      <w:r>
        <w:rPr>
          <w:b/>
        </w:rPr>
        <w:t xml:space="preserve">[22:41] </w:t>
      </w:r>
      <w:r>
        <w:t>The only requirement for stars is open space. So</w:t>
      </w:r>
    </w:p>
    <w:p>
      <w:pPr>
        <w:jc w:val="right"/>
      </w:pPr>
      <w:r>
        <w:t>The only requirement for stars is open space. So</w:t>
      </w:r>
    </w:p>
    <w:p>
      <w:r>
        <w:rPr>
          <w:b/>
        </w:rPr>
        <w:t xml:space="preserve">[22:45] </w:t>
      </w:r>
      <w:r>
        <w:t>every time they find a vast space, so they are moving, they are revolving without any obstacle.</w:t>
      </w:r>
    </w:p>
    <w:p>
      <w:pPr>
        <w:jc w:val="right"/>
      </w:pPr>
      <w:r>
        <w:t>every time they find a vast space, so they are moving, they are revolving without any obstacle.</w:t>
      </w:r>
    </w:p>
    <w:p>
      <w:r>
        <w:rPr>
          <w:b/>
        </w:rPr>
        <w:t xml:space="preserve">[22:55] </w:t>
      </w:r>
      <w:r>
        <w:t>They wanted space, and space was there.</w:t>
      </w:r>
    </w:p>
    <w:p>
      <w:pPr>
        <w:jc w:val="right"/>
      </w:pPr>
      <w:r>
        <w:t>They wanted space, and space was there.</w:t>
      </w:r>
    </w:p>
    <w:p>
      <w:r>
        <w:rPr>
          <w:b/>
        </w:rPr>
        <w:t xml:space="preserve">[23:06] </w:t>
      </w:r>
      <w:r>
        <w:t>Water wanted slope, and water was and slope was there.</w:t>
      </w:r>
    </w:p>
    <w:p>
      <w:pPr>
        <w:jc w:val="right"/>
      </w:pPr>
      <w:r>
        <w:t>Water wanted slope, and water was and slope was there.</w:t>
      </w:r>
    </w:p>
    <w:p>
      <w:r>
        <w:rPr>
          <w:b/>
        </w:rPr>
        <w:t xml:space="preserve">[23:16] </w:t>
      </w:r>
      <w:r>
        <w:t>Animals wanted food, and food was there.</w:t>
      </w:r>
    </w:p>
    <w:p>
      <w:pPr>
        <w:jc w:val="right"/>
      </w:pPr>
      <w:r>
        <w:t>Animals wanted food, and food was there.</w:t>
      </w:r>
    </w:p>
    <w:p>
      <w:r>
        <w:rPr>
          <w:b/>
        </w:rPr>
        <w:t xml:space="preserve">[23:21] </w:t>
      </w:r>
      <w:r>
        <w:t>But man is exceptionally a different creature.</w:t>
      </w:r>
    </w:p>
    <w:p>
      <w:pPr>
        <w:jc w:val="right"/>
      </w:pPr>
      <w:r>
        <w:t>But man is exceptionally a different creature.</w:t>
      </w:r>
    </w:p>
    <w:p>
      <w:r>
        <w:rPr>
          <w:b/>
        </w:rPr>
        <w:t xml:space="preserve">[23:26] </w:t>
      </w:r>
      <w:r>
        <w:t>Man has numerous desires.</w:t>
      </w:r>
    </w:p>
    <w:p>
      <w:pPr>
        <w:jc w:val="right"/>
      </w:pPr>
      <w:r>
        <w:t>Man has numerous desires.</w:t>
      </w:r>
    </w:p>
    <w:p>
      <w:r>
        <w:rPr>
          <w:b/>
        </w:rPr>
        <w:t xml:space="preserve">[23:31] </w:t>
      </w:r>
      <w:r>
        <w:t>Man has numerous ambitions.</w:t>
      </w:r>
    </w:p>
    <w:p>
      <w:pPr>
        <w:jc w:val="right"/>
      </w:pPr>
      <w:r>
        <w:t>Man has numerous ambitions.</w:t>
      </w:r>
    </w:p>
    <w:p>
      <w:r>
        <w:rPr>
          <w:b/>
        </w:rPr>
        <w:t xml:space="preserve">[23:37] </w:t>
      </w:r>
      <w:r>
        <w:t>Man has numerous dreams.</w:t>
      </w:r>
    </w:p>
    <w:p>
      <w:pPr>
        <w:jc w:val="right"/>
      </w:pPr>
      <w:r>
        <w:t>Man has numerous dreams.</w:t>
      </w:r>
    </w:p>
    <w:p>
      <w:r>
        <w:rPr>
          <w:b/>
        </w:rPr>
        <w:t xml:space="preserve">[23:42] </w:t>
      </w:r>
      <w:r>
        <w:t>Man has numerous goals. But</w:t>
      </w:r>
    </w:p>
    <w:p>
      <w:pPr>
        <w:jc w:val="right"/>
      </w:pPr>
      <w:r>
        <w:t>Man has numerous goals. But</w:t>
      </w:r>
    </w:p>
    <w:p>
      <w:r>
        <w:rPr>
          <w:b/>
        </w:rPr>
        <w:t xml:space="preserve">[23:47] </w:t>
      </w:r>
      <w:r>
        <w:t>his fate is not to achieve all these things.</w:t>
      </w:r>
    </w:p>
    <w:p>
      <w:pPr>
        <w:jc w:val="right"/>
      </w:pPr>
      <w:r>
        <w:t>his fate is not to achieve all these things.</w:t>
      </w:r>
    </w:p>
    <w:p>
      <w:r>
        <w:rPr>
          <w:b/>
        </w:rPr>
        <w:t xml:space="preserve">[23:57] </w:t>
      </w:r>
      <w:r>
        <w:t>The fate of man is to live in desires and die without fulfilling all these desires.</w:t>
      </w:r>
    </w:p>
    <w:p>
      <w:pPr>
        <w:jc w:val="right"/>
      </w:pPr>
      <w:r>
        <w:t>The fate of man is to live in desires and die without fulfilling all these desires.</w:t>
      </w:r>
    </w:p>
    <w:p>
      <w:r>
        <w:rPr>
          <w:b/>
        </w:rPr>
        <w:t xml:space="preserve">[24:08] </w:t>
      </w:r>
      <w:r>
        <w:t>So it is a point of contemplation. You know,</w:t>
      </w:r>
    </w:p>
    <w:p>
      <w:pPr>
        <w:jc w:val="right"/>
      </w:pPr>
      <w:r>
        <w:t>So it is a point of contemplation. You know,</w:t>
      </w:r>
    </w:p>
    <w:p>
      <w:r>
        <w:rPr>
          <w:b/>
        </w:rPr>
        <w:t xml:space="preserve">[24:18] </w:t>
      </w:r>
      <w:r>
        <w:t>a well-known let us take the case of well-known Charles Darwin. Charles Darwin was born in England. Charles Darwin developed an idea that was called Theory of Evolution. Although in the beginning Theory of Evolution was pertained only to organic evolution</w:t>
      </w:r>
    </w:p>
    <w:p>
      <w:pPr>
        <w:jc w:val="right"/>
      </w:pPr>
      <w:r>
        <w:t>a well-known let us take the case of well-known Charles Darwin. Charles Darwin was born in England. Charles Darwin developed an idea that was called Theory of Evolution. Although in the beginning Theory of Evolution was pertained only to organic evolution</w:t>
      </w:r>
    </w:p>
    <w:p>
      <w:r>
        <w:rPr>
          <w:b/>
        </w:rPr>
        <w:t xml:space="preserve">[24:48] </w:t>
      </w:r>
      <w:r>
        <w:t>, but soon it spread to all the disciplines.</w:t>
      </w:r>
    </w:p>
    <w:p>
      <w:pPr>
        <w:jc w:val="right"/>
      </w:pPr>
      <w:r>
        <w:t>, but soon it spread to all the disciplines.</w:t>
      </w:r>
    </w:p>
    <w:p>
      <w:r>
        <w:rPr>
          <w:b/>
        </w:rPr>
        <w:t xml:space="preserve">[24:55] </w:t>
      </w:r>
      <w:r>
        <w:t>So all the disciplines people became studied all the disciplines under this formula, formula of evolution.</w:t>
      </w:r>
    </w:p>
    <w:p>
      <w:pPr>
        <w:jc w:val="right"/>
      </w:pPr>
      <w:r>
        <w:t>So all the disciplines people became studied all the disciplines under this formula, formula of evolution.</w:t>
      </w:r>
    </w:p>
    <w:p>
      <w:r>
        <w:rPr>
          <w:b/>
        </w:rPr>
        <w:t xml:space="preserve">[25:03] </w:t>
      </w:r>
      <w:r>
        <w:t>So it was believed that there is a law of evolution.</w:t>
      </w:r>
    </w:p>
    <w:p>
      <w:pPr>
        <w:jc w:val="right"/>
      </w:pPr>
      <w:r>
        <w:t>So it was believed that there is a law of evolution.</w:t>
      </w:r>
    </w:p>
    <w:p>
      <w:r>
        <w:rPr>
          <w:b/>
        </w:rPr>
        <w:t xml:space="preserve">[25:11] </w:t>
      </w:r>
      <w:r>
        <w:t>So our civilization is evolv</w:t>
      </w:r>
    </w:p>
    <w:p>
      <w:pPr>
        <w:jc w:val="right"/>
      </w:pPr>
      <w:r>
        <w:t>So our civilization is evolv</w:t>
      </w:r>
    </w:p>
    <w:p>
      <w:r>
        <w:rPr>
          <w:b/>
        </w:rPr>
        <w:t xml:space="preserve">[25:18] </w:t>
      </w:r>
      <w:r>
        <w:t>—</w:t>
      </w:r>
    </w:p>
    <w:p>
      <w:pPr>
        <w:jc w:val="right"/>
      </w:pPr>
      <w:r>
        <w:t>ing.</w:t>
      </w:r>
    </w:p>
    <w:p>
      <w:r>
        <w:rPr>
          <w:b/>
        </w:rPr>
        <w:t xml:space="preserve">[25:24] </w:t>
      </w:r>
      <w:r>
        <w:t>Our culture is evolving.</w:t>
      </w:r>
    </w:p>
    <w:p>
      <w:pPr>
        <w:jc w:val="right"/>
      </w:pPr>
      <w:r>
        <w:t>Our culture is evolving.</w:t>
      </w:r>
    </w:p>
    <w:p>
      <w:r>
        <w:rPr>
          <w:b/>
        </w:rPr>
        <w:t xml:space="preserve">[25:29] </w:t>
      </w:r>
      <w:r>
        <w:t>Our life is evolving.</w:t>
      </w:r>
    </w:p>
    <w:p>
      <w:pPr>
        <w:jc w:val="right"/>
      </w:pPr>
      <w:r>
        <w:t>Our life is evolving.</w:t>
      </w:r>
    </w:p>
    <w:p>
      <w:r>
        <w:rPr>
          <w:b/>
        </w:rPr>
        <w:t xml:space="preserve">[25:34] </w:t>
      </w:r>
      <w:r>
        <w:t>To a culmination, to a destination.</w:t>
      </w:r>
    </w:p>
    <w:p>
      <w:pPr>
        <w:jc w:val="right"/>
      </w:pPr>
      <w:r>
        <w:t>To a culmination, to a destination.</w:t>
      </w:r>
    </w:p>
    <w:p>
      <w:r>
        <w:rPr>
          <w:b/>
        </w:rPr>
        <w:t xml:space="preserve">[25:40] </w:t>
      </w:r>
      <w:r>
        <w:t>Someday under this law of evolution the day will come when we will reach to the destination.</w:t>
      </w:r>
    </w:p>
    <w:p>
      <w:pPr>
        <w:jc w:val="right"/>
      </w:pPr>
      <w:r>
        <w:t>Someday under this law of evolution the day will come when we will reach to the destination.</w:t>
      </w:r>
    </w:p>
    <w:p>
      <w:r>
        <w:rPr>
          <w:b/>
        </w:rPr>
        <w:t xml:space="preserve">[25:45] </w:t>
      </w:r>
      <w:r>
        <w:t>But you know, before reaching to our evolved</w:t>
      </w:r>
    </w:p>
    <w:p>
      <w:pPr>
        <w:jc w:val="right"/>
      </w:pPr>
      <w:r>
        <w:t>But you know, before reaching to our evolved</w:t>
      </w:r>
    </w:p>
    <w:p>
      <w:r>
        <w:rPr>
          <w:b/>
        </w:rPr>
        <w:t xml:space="preserve">[25:50] </w:t>
      </w:r>
      <w:r>
        <w:t>culmination or before reaching to the destination, the phenomena of global warming appeared, and everything was jeopardized.</w:t>
      </w:r>
    </w:p>
    <w:p>
      <w:pPr>
        <w:jc w:val="right"/>
      </w:pPr>
      <w:r>
        <w:t>culmination or before reaching to the destination, the phenomena of global warming appeared, and everything was jeopardized.</w:t>
      </w:r>
    </w:p>
    <w:p>
      <w:r>
        <w:rPr>
          <w:b/>
        </w:rPr>
        <w:t xml:space="preserve">[26:01] </w:t>
      </w:r>
      <w:r>
        <w:t>So this is the fate of human being.</w:t>
      </w:r>
    </w:p>
    <w:p>
      <w:pPr>
        <w:jc w:val="right"/>
      </w:pPr>
      <w:r>
        <w:t>So this is the fate of human being.</w:t>
      </w:r>
    </w:p>
    <w:p>
      <w:r>
        <w:rPr>
          <w:b/>
        </w:rPr>
        <w:t xml:space="preserve">[26:12] </w:t>
      </w:r>
      <w:r>
        <w:t>The Quran invites you to</w:t>
      </w:r>
    </w:p>
    <w:p>
      <w:pPr>
        <w:jc w:val="right"/>
      </w:pPr>
      <w:r>
        <w:t>The Quran invites you to</w:t>
      </w:r>
    </w:p>
    <w:p>
      <w:r>
        <w:rPr>
          <w:b/>
        </w:rPr>
        <w:t xml:space="preserve">[26:23] </w:t>
      </w:r>
      <w:r>
        <w:t>think, to contemplate.</w:t>
      </w:r>
    </w:p>
    <w:p>
      <w:pPr>
        <w:jc w:val="right"/>
      </w:pPr>
      <w:r>
        <w:t>think, to contemplate.</w:t>
      </w:r>
    </w:p>
    <w:p>
      <w:r>
        <w:rPr>
          <w:b/>
        </w:rPr>
        <w:t xml:space="preserve">[26:30] </w:t>
      </w:r>
      <w:r>
        <w:t>The Quran invites you to think, to contemplate, to ponder over this thing.</w:t>
      </w:r>
    </w:p>
    <w:p>
      <w:pPr>
        <w:jc w:val="right"/>
      </w:pPr>
      <w:r>
        <w:t>The Quran invites you to think, to contemplate, to ponder over this thing.</w:t>
      </w:r>
    </w:p>
    <w:p>
      <w:r>
        <w:rPr>
          <w:b/>
        </w:rPr>
        <w:t xml:space="preserve">[26:38] </w:t>
      </w:r>
      <w:r>
        <w:t>Now I would like to remind two verses, two chapters from the Quran.</w:t>
      </w:r>
    </w:p>
    <w:p>
      <w:pPr>
        <w:jc w:val="right"/>
      </w:pPr>
      <w:r>
        <w:t>Now I would like to remind two verses, two chapters from the Quran.</w:t>
      </w:r>
    </w:p>
    <w:p>
      <w:r>
        <w:rPr>
          <w:b/>
        </w:rPr>
        <w:t xml:space="preserve">[26:46] </w:t>
      </w:r>
      <w:r>
        <w:t>Chapter Al-Asr and Chapter At-Teen.</w:t>
      </w:r>
    </w:p>
    <w:p>
      <w:pPr>
        <w:jc w:val="right"/>
      </w:pPr>
      <w:r>
        <w:t>Chapter Al-Asr and Chapter At-Teen.</w:t>
      </w:r>
    </w:p>
    <w:p>
      <w:r>
        <w:rPr>
          <w:b/>
        </w:rPr>
        <w:t xml:space="preserve">[26:54] </w:t>
      </w:r>
      <w:r>
        <w:t>Chapter Al-Asr and Chapter At-Teen.</w:t>
      </w:r>
    </w:p>
    <w:p>
      <w:pPr>
        <w:jc w:val="right"/>
      </w:pPr>
      <w:r>
        <w:t>Chapter Al-Asr and Chapter At-Teen.</w:t>
      </w:r>
    </w:p>
    <w:p>
      <w:r>
        <w:rPr>
          <w:b/>
        </w:rPr>
        <w:t xml:space="preserve">[27:04] </w:t>
      </w:r>
      <w:r>
        <w:t>In Chapter Al-Asr the Quran says, "Wal-Asr innallisani alafi khusr illalladhi naamnu wa amru salihat wa tawasu bil</w:t>
      </w:r>
    </w:p>
    <w:p>
      <w:pPr>
        <w:jc w:val="right"/>
      </w:pPr>
      <w:r>
        <w:t>In Chapter Al-Asr the Quran says, "Wal-Asr innallisani alafi khusr illalladhi naamnu wa amru salihat wa tawasu bil</w:t>
      </w:r>
    </w:p>
    <w:p>
      <w:r>
        <w:rPr>
          <w:b/>
        </w:rPr>
        <w:t xml:space="preserve">[27:15] </w:t>
      </w:r>
      <w:r>
        <w:t>haqq wa tawasu bil sabr." This Chapter Al-Asr it means that history is a witness.</w:t>
      </w:r>
    </w:p>
    <w:p>
      <w:pPr>
        <w:jc w:val="right"/>
      </w:pPr>
      <w:r>
        <w:t>haqq wa tawasu bil sabr." This Chapter Al-Asr it means that history is a witness.</w:t>
      </w:r>
    </w:p>
    <w:p>
      <w:r>
        <w:rPr>
          <w:b/>
        </w:rPr>
        <w:t xml:space="preserve">[27:25] </w:t>
      </w:r>
      <w:r>
        <w:t>History is a witness that man is in loss. L-O-S-S.</w:t>
      </w:r>
    </w:p>
    <w:p>
      <w:pPr>
        <w:jc w:val="right"/>
      </w:pPr>
      <w:r>
        <w:t>History is a witness that man is in loss. L-O-S-S.</w:t>
      </w:r>
    </w:p>
    <w:p>
      <w:r>
        <w:rPr>
          <w:b/>
        </w:rPr>
        <w:t xml:space="preserve">[27:35] </w:t>
      </w:r>
      <w:r>
        <w:t>History is a witness that man is in loss except those who are true believers and who do good deeds.</w:t>
      </w:r>
    </w:p>
    <w:p>
      <w:pPr>
        <w:jc w:val="right"/>
      </w:pPr>
      <w:r>
        <w:t>History is a witness that man is in loss except those who are true believers and who do good deeds.</w:t>
      </w:r>
    </w:p>
    <w:p>
      <w:r>
        <w:rPr>
          <w:b/>
        </w:rPr>
        <w:t xml:space="preserve">[27:45] </w:t>
      </w:r>
      <w:r>
        <w:t>The same is repeated in the other chapter with some</w:t>
      </w:r>
    </w:p>
    <w:p>
      <w:pPr>
        <w:jc w:val="right"/>
      </w:pPr>
      <w:r>
        <w:t>The same is repeated in the other chapter with some</w:t>
      </w:r>
    </w:p>
    <w:p>
      <w:r>
        <w:rPr>
          <w:b/>
        </w:rPr>
        <w:t xml:space="preserve">[27:55] </w:t>
      </w:r>
      <w:r>
        <w:t>difference.</w:t>
      </w:r>
    </w:p>
    <w:p>
      <w:pPr>
        <w:jc w:val="right"/>
      </w:pPr>
      <w:r>
        <w:t>difference.</w:t>
      </w:r>
    </w:p>
    <w:p>
      <w:r>
        <w:rPr>
          <w:b/>
        </w:rPr>
        <w:t xml:space="preserve">[28:12] </w:t>
      </w:r>
      <w:r>
        <w:t>It means that</w:t>
      </w:r>
    </w:p>
    <w:p>
      <w:pPr>
        <w:jc w:val="right"/>
      </w:pPr>
      <w:r>
        <w:t>It means that</w:t>
      </w:r>
    </w:p>
    <w:p>
      <w:r>
        <w:rPr>
          <w:b/>
        </w:rPr>
        <w:t xml:space="preserve">[28:28] </w:t>
      </w:r>
      <w:r>
        <w:t>God says in the Quran, "We created man in the best mold." M-O-U-L-D.</w:t>
      </w:r>
    </w:p>
    <w:p>
      <w:pPr>
        <w:jc w:val="right"/>
      </w:pPr>
      <w:r>
        <w:t>God says in the Quran, "We created man in the best mold." M-O-U-L-D.</w:t>
      </w:r>
    </w:p>
    <w:p>
      <w:r>
        <w:rPr>
          <w:b/>
        </w:rPr>
        <w:t xml:space="preserve">[28:36] </w:t>
      </w:r>
      <w:r>
        <w:t>We created man in the best mold.</w:t>
      </w:r>
    </w:p>
    <w:p>
      <w:pPr>
        <w:jc w:val="right"/>
      </w:pPr>
      <w:r>
        <w:t>We created man in the best mold.</w:t>
      </w:r>
    </w:p>
    <w:p>
      <w:r>
        <w:rPr>
          <w:b/>
        </w:rPr>
        <w:t xml:space="preserve">[28:43] </w:t>
      </w:r>
      <w:r>
        <w:t>Then we cast him down to the lowest of the low.</w:t>
      </w:r>
    </w:p>
    <w:p>
      <w:pPr>
        <w:jc w:val="right"/>
      </w:pPr>
      <w:r>
        <w:t>Then we cast him down to the lowest of the low.</w:t>
      </w:r>
    </w:p>
    <w:p>
      <w:r>
        <w:rPr>
          <w:b/>
        </w:rPr>
        <w:t xml:space="preserve">[28:51] </w:t>
      </w:r>
      <w:r>
        <w:t>Except those who are true</w:t>
      </w:r>
    </w:p>
    <w:p>
      <w:pPr>
        <w:jc w:val="right"/>
      </w:pPr>
      <w:r>
        <w:t>Except those who are true</w:t>
      </w:r>
    </w:p>
    <w:p>
      <w:r>
        <w:rPr>
          <w:b/>
        </w:rPr>
        <w:t xml:space="preserve">[28:58] </w:t>
      </w:r>
      <w:r>
        <w:t>believers and those who do good deeds.</w:t>
      </w:r>
    </w:p>
    <w:p>
      <w:pPr>
        <w:jc w:val="right"/>
      </w:pPr>
      <w:r>
        <w:t>believers and those who do good deeds.</w:t>
      </w:r>
    </w:p>
    <w:p>
      <w:r>
        <w:rPr>
          <w:b/>
        </w:rPr>
        <w:t xml:space="preserve">[29:06] </w:t>
      </w:r>
      <w:r>
        <w:t>It means that man was created in a very, very bitter position, but then he was thrown up</w:t>
      </w:r>
    </w:p>
    <w:p>
      <w:pPr>
        <w:jc w:val="right"/>
      </w:pPr>
      <w:r>
        <w:t>It means that man was created in a very, very bitter position, but then he was thrown up</w:t>
      </w:r>
    </w:p>
    <w:p>
      <w:r>
        <w:rPr>
          <w:b/>
        </w:rPr>
        <w:t xml:space="preserve">[29:13] </w:t>
      </w:r>
      <w:r>
        <w:t>in a place like earth.</w:t>
      </w:r>
    </w:p>
    <w:p>
      <w:pPr>
        <w:jc w:val="right"/>
      </w:pPr>
      <w:r>
        <w:t>in a place like earth.</w:t>
      </w:r>
    </w:p>
    <w:p>
      <w:r>
        <w:rPr>
          <w:b/>
        </w:rPr>
        <w:t xml:space="preserve">[29:21] </w:t>
      </w:r>
      <w:r>
        <w:t>This verse, this Quranic vers</w:t>
      </w:r>
    </w:p>
    <w:p>
      <w:pPr>
        <w:jc w:val="right"/>
      </w:pPr>
      <w:r>
        <w:t>This verse, this Quranic vers</w:t>
      </w:r>
    </w:p>
    <w:p>
      <w:r>
        <w:rPr>
          <w:b/>
        </w:rPr>
        <w:t xml:space="preserve">[29:28] </w:t>
      </w:r>
      <w:r>
        <w:t>e reminds us of another verse that is about the first man.</w:t>
      </w:r>
    </w:p>
    <w:p>
      <w:pPr>
        <w:jc w:val="right"/>
      </w:pPr>
      <w:r>
        <w:t>e reminds us of another verse that is about the first man.</w:t>
      </w:r>
    </w:p>
    <w:p>
      <w:r>
        <w:rPr>
          <w:b/>
        </w:rPr>
        <w:t xml:space="preserve">[29:40] </w:t>
      </w:r>
      <w:r>
        <w:t>You know, the first man, that is Adam and his wife Eve, were born, and then they were</w:t>
      </w:r>
    </w:p>
    <w:p>
      <w:pPr>
        <w:jc w:val="right"/>
      </w:pPr>
      <w:r>
        <w:t>You know, the first man, that is Adam and his wife Eve, were born, and then they were</w:t>
      </w:r>
    </w:p>
    <w:p>
      <w:r>
        <w:rPr>
          <w:b/>
        </w:rPr>
        <w:t xml:space="preserve">[29:52] </w:t>
      </w:r>
      <w:r>
        <w:t>settled in Paradise.</w:t>
      </w:r>
    </w:p>
    <w:p>
      <w:pPr>
        <w:jc w:val="right"/>
      </w:pPr>
      <w:r>
        <w:t>settled in Paradise.</w:t>
      </w:r>
    </w:p>
    <w:p>
      <w:r>
        <w:rPr>
          <w:b/>
        </w:rPr>
        <w:t xml:space="preserve">[30:04] </w:t>
      </w:r>
      <w:r>
        <w:t>"O Adam, you may stay here in this Paradise with your wife." So in Paradise there was everything,</w:t>
      </w:r>
    </w:p>
    <w:p>
      <w:pPr>
        <w:jc w:val="right"/>
      </w:pPr>
      <w:r>
        <w:t>"O Adam, you may stay here in this Paradise with your wife." So in Paradise there was everything,</w:t>
      </w:r>
    </w:p>
    <w:p>
      <w:r>
        <w:rPr>
          <w:b/>
        </w:rPr>
        <w:t xml:space="preserve">[30:11] </w:t>
      </w:r>
      <w:r>
        <w:t>all kinds of pleasure, all kinds of happiness.</w:t>
      </w:r>
    </w:p>
    <w:p>
      <w:pPr>
        <w:jc w:val="right"/>
      </w:pPr>
      <w:r>
        <w:t>all kinds of pleasure, all kinds of happiness.</w:t>
      </w:r>
    </w:p>
    <w:p>
      <w:r>
        <w:rPr>
          <w:b/>
        </w:rPr>
        <w:t xml:space="preserve">[30:19] </w:t>
      </w:r>
      <w:r>
        <w:t>So God settled Adam with his wife in this Paradise.</w:t>
      </w:r>
    </w:p>
    <w:p>
      <w:pPr>
        <w:jc w:val="right"/>
      </w:pPr>
      <w:r>
        <w:t>So God settled Adam with his wife in this Paradise.</w:t>
      </w:r>
    </w:p>
    <w:p>
      <w:r>
        <w:rPr>
          <w:b/>
        </w:rPr>
        <w:t xml:space="preserve">[30:27] </w:t>
      </w:r>
      <w:r>
        <w:t>But there was a restriction.</w:t>
      </w:r>
    </w:p>
    <w:p>
      <w:pPr>
        <w:jc w:val="right"/>
      </w:pPr>
      <w:r>
        <w:t>But there was a restriction.</w:t>
      </w:r>
    </w:p>
    <w:p>
      <w:r>
        <w:rPr>
          <w:b/>
        </w:rPr>
        <w:t xml:space="preserve">[30:35] </w:t>
      </w:r>
      <w:r>
        <w:t>God said, "La taqraba." "O Adam, don't approach this forbidden tree, otherwise you will failure." There was a forbidden tree. So God</w:t>
      </w:r>
    </w:p>
    <w:p>
      <w:pPr>
        <w:jc w:val="right"/>
      </w:pPr>
      <w:r>
        <w:t>God said, "La taqraba." "O Adam, don't approach this forbidden tree, otherwise you will failure." There was a forbidden tree. So God</w:t>
      </w:r>
    </w:p>
    <w:p>
      <w:r>
        <w:rPr>
          <w:b/>
        </w:rPr>
        <w:t xml:space="preserve">[31:05] </w:t>
      </w:r>
      <w:r>
        <w:t>told Adam, "Don't approach this forbidden tree." But he, but under temptation but Adam, under temptation, ate the</w:t>
      </w:r>
    </w:p>
    <w:p>
      <w:pPr>
        <w:jc w:val="right"/>
      </w:pPr>
      <w:r>
        <w:t>told Adam, "Don't approach this forbidden tree." But he, but under temptation but Adam, under temptation, ate the</w:t>
      </w:r>
    </w:p>
    <w:p>
      <w:r>
        <w:rPr>
          <w:b/>
        </w:rPr>
        <w:t xml:space="preserve">[31:21] </w:t>
      </w:r>
      <w:r>
        <w:t>fruit of that forbidden tree, and then he was thrown to this earth.</w:t>
      </w:r>
    </w:p>
    <w:p>
      <w:pPr>
        <w:jc w:val="right"/>
      </w:pPr>
      <w:r>
        <w:t>fruit of that forbidden tree, and then he was thrown to this earth.</w:t>
      </w:r>
    </w:p>
    <w:p>
      <w:r>
        <w:rPr>
          <w:b/>
        </w:rPr>
        <w:t xml:space="preserve">[31:36] </w:t>
      </w:r>
      <w:r>
        <w:t>Now you, if you see this story under those two, under the under those two chapters, you will</w:t>
      </w:r>
    </w:p>
    <w:p>
      <w:pPr>
        <w:jc w:val="right"/>
      </w:pPr>
      <w:r>
        <w:t>Now you, if you see this story under those two, under the under those two chapters, you will</w:t>
      </w:r>
    </w:p>
    <w:p>
      <w:r>
        <w:rPr>
          <w:b/>
        </w:rPr>
        <w:t xml:space="preserve">[31:51] </w:t>
      </w:r>
      <w:r>
        <w:t>see that when Adam and his generation were settled in this earth, they were bearing a return t</w:t>
      </w:r>
    </w:p>
    <w:p>
      <w:pPr>
        <w:jc w:val="right"/>
      </w:pPr>
      <w:r>
        <w:t>see that when Adam and his generation were settled in this earth, they were bearing a return t</w:t>
      </w:r>
    </w:p>
    <w:p>
      <w:r>
        <w:rPr>
          <w:b/>
        </w:rPr>
        <w:t xml:space="preserve">[32:06] </w:t>
      </w:r>
      <w:r>
        <w:t>icket also.</w:t>
      </w:r>
    </w:p>
    <w:p>
      <w:pPr>
        <w:jc w:val="right"/>
      </w:pPr>
      <w:r>
        <w:t>icket also.</w:t>
      </w:r>
    </w:p>
    <w:p>
      <w:r>
        <w:rPr>
          <w:b/>
        </w:rPr>
        <w:t xml:space="preserve">[32:12] </w:t>
      </w:r>
      <w:r>
        <w:t>Return ticket because that verse says that except those who are true believers and who could do good deeds.</w:t>
      </w:r>
    </w:p>
    <w:p>
      <w:pPr>
        <w:jc w:val="right"/>
      </w:pPr>
      <w:r>
        <w:t>Return ticket because that verse says that except those who are true believers and who could do good deeds.</w:t>
      </w:r>
    </w:p>
    <w:p>
      <w:r>
        <w:rPr>
          <w:b/>
        </w:rPr>
        <w:t xml:space="preserve">[32:18] </w:t>
      </w:r>
      <w:r>
        <w:t>So belief and good deeds are like a return ticket.</w:t>
      </w:r>
    </w:p>
    <w:p>
      <w:pPr>
        <w:jc w:val="right"/>
      </w:pPr>
      <w:r>
        <w:t>So belief and good deeds are like a return ticket.</w:t>
      </w:r>
    </w:p>
    <w:p>
      <w:r>
        <w:rPr>
          <w:b/>
        </w:rPr>
        <w:t xml:space="preserve">[32:25] </w:t>
      </w:r>
      <w:r>
        <w:t>Adam, the first Adam was settled in Paradise.</w:t>
      </w:r>
    </w:p>
    <w:p>
      <w:pPr>
        <w:jc w:val="right"/>
      </w:pPr>
      <w:r>
        <w:t>Adam, the first Adam was settled in Paradise.</w:t>
      </w:r>
    </w:p>
    <w:p>
      <w:r>
        <w:rPr>
          <w:b/>
        </w:rPr>
        <w:t xml:space="preserve">[32:31] </w:t>
      </w:r>
      <w:r>
        <w:t>Then he was</w:t>
      </w:r>
    </w:p>
    <w:p>
      <w:pPr>
        <w:jc w:val="right"/>
      </w:pPr>
      <w:r>
        <w:t>Then he was</w:t>
      </w:r>
    </w:p>
    <w:p>
      <w:r>
        <w:rPr>
          <w:b/>
        </w:rPr>
        <w:t xml:space="preserve">[32:37] </w:t>
      </w:r>
      <w:r>
        <w:t>sent to this earth.</w:t>
      </w:r>
    </w:p>
    <w:p>
      <w:pPr>
        <w:jc w:val="right"/>
      </w:pPr>
      <w:r>
        <w:t>sent to this earth.</w:t>
      </w:r>
    </w:p>
    <w:p>
      <w:r>
        <w:rPr>
          <w:b/>
        </w:rPr>
        <w:t xml:space="preserve">[32:43] </w:t>
      </w:r>
      <w:r>
        <w:t>But God Almighty says that if they prove to be a true believer and they do good deeds,</w:t>
      </w:r>
    </w:p>
    <w:p>
      <w:pPr>
        <w:jc w:val="right"/>
      </w:pPr>
      <w:r>
        <w:t>But God Almighty says that if they prove to be a true believer and they do good deeds,</w:t>
      </w:r>
    </w:p>
    <w:p>
      <w:r>
        <w:rPr>
          <w:b/>
        </w:rPr>
        <w:t xml:space="preserve">[32:49] </w:t>
      </w:r>
      <w:r>
        <w:t>then they will again settle in the Paradise.</w:t>
      </w:r>
    </w:p>
    <w:p>
      <w:pPr>
        <w:jc w:val="right"/>
      </w:pPr>
      <w:r>
        <w:t>then they will again settle in the Paradise.</w:t>
      </w:r>
    </w:p>
    <w:p>
      <w:r>
        <w:rPr>
          <w:b/>
        </w:rPr>
        <w:t xml:space="preserve">[32:55] </w:t>
      </w:r>
      <w:r>
        <w:t>They will find again a seat in the Paradise.</w:t>
      </w:r>
    </w:p>
    <w:p>
      <w:pPr>
        <w:jc w:val="right"/>
      </w:pPr>
      <w:r>
        <w:t>They will find again a seat in the Paradise.</w:t>
      </w:r>
    </w:p>
    <w:p>
      <w:r>
        <w:rPr>
          <w:b/>
        </w:rPr>
        <w:t xml:space="preserve">[33:01] </w:t>
      </w:r>
      <w:r>
        <w:t>It means that faith and good deeds were like a</w:t>
      </w:r>
    </w:p>
    <w:p>
      <w:pPr>
        <w:jc w:val="right"/>
      </w:pPr>
      <w:r>
        <w:t>It means that faith and good deeds were like a</w:t>
      </w:r>
    </w:p>
    <w:p>
      <w:r>
        <w:rPr>
          <w:b/>
        </w:rPr>
        <w:t xml:space="preserve">[33:07] </w:t>
      </w:r>
      <w:r>
        <w:t>return ticket for them.</w:t>
      </w:r>
    </w:p>
    <w:p>
      <w:pPr>
        <w:jc w:val="right"/>
      </w:pPr>
      <w:r>
        <w:t>return ticket for them.</w:t>
      </w:r>
    </w:p>
    <w:p>
      <w:r>
        <w:rPr>
          <w:b/>
        </w:rPr>
        <w:t xml:space="preserve">[33:18] </w:t>
      </w:r>
      <w:r>
        <w:t>But it was as a potential ticket, not an actual ticket.</w:t>
      </w:r>
    </w:p>
    <w:p>
      <w:pPr>
        <w:jc w:val="right"/>
      </w:pPr>
      <w:r>
        <w:t>But it was as a potential ticket, not an actual ticket.</w:t>
      </w:r>
    </w:p>
    <w:p>
      <w:r>
        <w:rPr>
          <w:b/>
        </w:rPr>
        <w:t xml:space="preserve">[33:29] </w:t>
      </w:r>
      <w:r>
        <w:t>Potential means Adam and his Adam and his generation were having all those potentials which are needed to</w:t>
      </w:r>
    </w:p>
    <w:p>
      <w:pPr>
        <w:jc w:val="right"/>
      </w:pPr>
      <w:r>
        <w:t>Potential means Adam and his Adam and his generation were having all those potentials which are needed to</w:t>
      </w:r>
    </w:p>
    <w:p>
      <w:r>
        <w:rPr>
          <w:b/>
        </w:rPr>
        <w:t xml:space="preserve">[33:39] </w:t>
      </w:r>
      <w:r>
        <w:t>do those kinds of good deeds which will serve as a return ticket. Why?</w:t>
      </w:r>
    </w:p>
    <w:p>
      <w:pPr>
        <w:jc w:val="right"/>
      </w:pPr>
      <w:r>
        <w:t>do those kinds of good deeds which will serve as a return ticket. Why?</w:t>
      </w:r>
    </w:p>
    <w:p>
      <w:r>
        <w:rPr>
          <w:b/>
        </w:rPr>
        <w:t xml:space="preserve">[33:54] </w:t>
      </w:r>
      <w:r>
        <w:t>This secret we find in another verse, "Allama Adam al-Asmaa kullah." God inculcated all those knowledges in Adam, in mankind. So ever</w:t>
      </w:r>
    </w:p>
    <w:p>
      <w:pPr>
        <w:jc w:val="right"/>
      </w:pPr>
      <w:r>
        <w:t>This secret we find in another verse, "Allama Adam al-Asmaa kullah." God inculcated all those knowledges in Adam, in mankind. So ever</w:t>
      </w:r>
    </w:p>
    <w:p>
      <w:r>
        <w:rPr>
          <w:b/>
        </w:rPr>
        <w:t xml:space="preserve">[34:09] </w:t>
      </w:r>
      <w:r>
        <w:t>yone who is born in this world, everyone who is born on this planet Earth, he has all</w:t>
      </w:r>
    </w:p>
    <w:p>
      <w:pPr>
        <w:jc w:val="right"/>
      </w:pPr>
      <w:r>
        <w:t>yone who is born in this world, everyone who is born on this planet Earth, he has all</w:t>
      </w:r>
    </w:p>
    <w:p>
      <w:r>
        <w:rPr>
          <w:b/>
        </w:rPr>
        <w:t xml:space="preserve">[34:17] </w:t>
      </w:r>
      <w:r>
        <w:t>those knowledges in his mind.</w:t>
      </w:r>
    </w:p>
    <w:p>
      <w:pPr>
        <w:jc w:val="right"/>
      </w:pPr>
      <w:r>
        <w:t>those knowledges in his mind.</w:t>
      </w:r>
    </w:p>
    <w:p>
      <w:r>
        <w:rPr>
          <w:b/>
        </w:rPr>
        <w:t xml:space="preserve">[34:25] </w:t>
      </w:r>
      <w:r>
        <w:t>But all all all all these knowledges are like potentials.</w:t>
      </w:r>
    </w:p>
    <w:p>
      <w:pPr>
        <w:jc w:val="right"/>
      </w:pPr>
      <w:r>
        <w:t>But all all all all these knowledges are like potentials.</w:t>
      </w:r>
    </w:p>
    <w:p>
      <w:r>
        <w:rPr>
          <w:b/>
        </w:rPr>
        <w:t xml:space="preserve">[34:32] </w:t>
      </w:r>
      <w:r>
        <w:t>So what is needed is to unfold these informations, to unfold these potentials.</w:t>
      </w:r>
    </w:p>
    <w:p>
      <w:pPr>
        <w:jc w:val="right"/>
      </w:pPr>
      <w:r>
        <w:t>So what is needed is to unfold these informations, to unfold these potentials.</w:t>
      </w:r>
    </w:p>
    <w:p>
      <w:r>
        <w:rPr>
          <w:b/>
        </w:rPr>
        <w:t xml:space="preserve">[34:40] </w:t>
      </w:r>
      <w:r>
        <w:t>So those who are successful in unfolding all these knowledges, all these potentials, they will find a return</w:t>
      </w:r>
    </w:p>
    <w:p>
      <w:pPr>
        <w:jc w:val="right"/>
      </w:pPr>
      <w:r>
        <w:t>So those who are successful in unfolding all these knowledges, all these potentials, they will find a return</w:t>
      </w:r>
    </w:p>
    <w:p>
      <w:r>
        <w:rPr>
          <w:b/>
        </w:rPr>
        <w:t xml:space="preserve">[34:48] </w:t>
      </w:r>
      <w:r>
        <w:t>ticket to Paradise.</w:t>
      </w:r>
    </w:p>
    <w:p>
      <w:pPr>
        <w:jc w:val="right"/>
      </w:pPr>
      <w:r>
        <w:t>ticket to Paradise.</w:t>
      </w:r>
    </w:p>
    <w:p>
      <w:r>
        <w:rPr>
          <w:b/>
        </w:rPr>
        <w:t xml:space="preserve">[34:56] </w:t>
      </w:r>
      <w:r>
        <w:t>And it is a two-point formula.</w:t>
      </w:r>
    </w:p>
    <w:p>
      <w:pPr>
        <w:jc w:val="right"/>
      </w:pPr>
      <w:r>
        <w:t>And it is a two-point formula.</w:t>
      </w:r>
    </w:p>
    <w:p>
      <w:r>
        <w:rPr>
          <w:b/>
        </w:rPr>
        <w:t xml:space="preserve">[35:03] </w:t>
      </w:r>
      <w:r>
        <w:t>This return ticket comprises of two it is a two-point formula.</w:t>
      </w:r>
    </w:p>
    <w:p>
      <w:pPr>
        <w:jc w:val="right"/>
      </w:pPr>
      <w:r>
        <w:t>This return ticket comprises of two it is a two-point formula.</w:t>
      </w:r>
    </w:p>
    <w:p>
      <w:r>
        <w:rPr>
          <w:b/>
        </w:rPr>
        <w:t xml:space="preserve">[35:11] </w:t>
      </w:r>
      <w:r>
        <w:t>One, faith, and the second, good deeds.</w:t>
      </w:r>
    </w:p>
    <w:p>
      <w:pPr>
        <w:jc w:val="right"/>
      </w:pPr>
      <w:r>
        <w:t>One, faith, and the second, good deeds.</w:t>
      </w:r>
    </w:p>
    <w:p>
      <w:r>
        <w:rPr>
          <w:b/>
        </w:rPr>
        <w:t xml:space="preserve">[35:17] </w:t>
      </w:r>
      <w:r>
        <w:t>Now what is faith?</w:t>
      </w:r>
    </w:p>
    <w:p>
      <w:pPr>
        <w:jc w:val="right"/>
      </w:pPr>
      <w:r>
        <w:t>Now what is faith?</w:t>
      </w:r>
    </w:p>
    <w:p>
      <w:r>
        <w:rPr>
          <w:b/>
        </w:rPr>
        <w:t xml:space="preserve">[35:23] </w:t>
      </w:r>
      <w:r>
        <w:t>Faith means discovery of God.</w:t>
      </w:r>
    </w:p>
    <w:p>
      <w:pPr>
        <w:jc w:val="right"/>
      </w:pPr>
      <w:r>
        <w:t>Faith means discovery of God.</w:t>
      </w:r>
    </w:p>
    <w:p>
      <w:r>
        <w:rPr>
          <w:b/>
        </w:rPr>
        <w:t xml:space="preserve">[35:30] </w:t>
      </w:r>
      <w:r>
        <w:t>When man was in Paradise, everything was known to him.</w:t>
      </w:r>
    </w:p>
    <w:p>
      <w:pPr>
        <w:jc w:val="right"/>
      </w:pPr>
      <w:r>
        <w:t>When man was in Paradise, everything was known to him.</w:t>
      </w:r>
    </w:p>
    <w:p>
      <w:r>
        <w:rPr>
          <w:b/>
        </w:rPr>
        <w:t xml:space="preserve">[35:36] </w:t>
      </w:r>
      <w:r>
        <w:t>He was living in a seen world</w:t>
      </w:r>
    </w:p>
    <w:p>
      <w:pPr>
        <w:jc w:val="right"/>
      </w:pPr>
      <w:r>
        <w:t>He was living in a seen world</w:t>
      </w:r>
    </w:p>
    <w:p>
      <w:r>
        <w:rPr>
          <w:b/>
        </w:rPr>
        <w:t xml:space="preserve">[35:42] </w:t>
      </w:r>
      <w:r>
        <w:t>—</w:t>
      </w:r>
    </w:p>
    <w:p>
      <w:pPr>
        <w:jc w:val="right"/>
      </w:pPr>
      <w:r>
        <w:t>.</w:t>
      </w:r>
    </w:p>
    <w:p>
      <w:r>
        <w:rPr>
          <w:b/>
        </w:rPr>
        <w:t xml:space="preserve">[35:45] </w:t>
      </w:r>
      <w:r>
        <w:t>He could know about God directly.</w:t>
      </w:r>
    </w:p>
    <w:p>
      <w:pPr>
        <w:jc w:val="right"/>
      </w:pPr>
      <w:r>
        <w:t>He could know about God directly.</w:t>
      </w:r>
    </w:p>
    <w:p>
      <w:r>
        <w:rPr>
          <w:b/>
        </w:rPr>
        <w:t xml:space="preserve">[35:49] </w:t>
      </w:r>
      <w:r>
        <w:t>He could see angels directly.</w:t>
      </w:r>
    </w:p>
    <w:p>
      <w:pPr>
        <w:jc w:val="right"/>
      </w:pPr>
      <w:r>
        <w:t>He could see angels directly.</w:t>
      </w:r>
    </w:p>
    <w:p>
      <w:r>
        <w:rPr>
          <w:b/>
        </w:rPr>
        <w:t xml:space="preserve">[35:52] </w:t>
      </w:r>
      <w:r>
        <w:t>He could see Paradise directly.</w:t>
      </w:r>
    </w:p>
    <w:p>
      <w:pPr>
        <w:jc w:val="right"/>
      </w:pPr>
      <w:r>
        <w:t>He could see Paradise directly.</w:t>
      </w:r>
    </w:p>
    <w:p>
      <w:r>
        <w:rPr>
          <w:b/>
        </w:rPr>
        <w:t xml:space="preserve">[35:56] </w:t>
      </w:r>
      <w:r>
        <w:t>So that was a seen world.</w:t>
      </w:r>
    </w:p>
    <w:p>
      <w:pPr>
        <w:jc w:val="right"/>
      </w:pPr>
      <w:r>
        <w:t>So that was a seen world.</w:t>
      </w:r>
    </w:p>
    <w:p>
      <w:r>
        <w:rPr>
          <w:b/>
        </w:rPr>
        <w:t xml:space="preserve">[35:59] </w:t>
      </w:r>
      <w:r>
        <w:t>Everything was observable.</w:t>
      </w:r>
    </w:p>
    <w:p>
      <w:pPr>
        <w:jc w:val="right"/>
      </w:pPr>
      <w:r>
        <w:t>Everything was observable.</w:t>
      </w:r>
    </w:p>
    <w:p>
      <w:r>
        <w:rPr>
          <w:b/>
        </w:rPr>
        <w:t xml:space="preserve">[36:03] </w:t>
      </w:r>
      <w:r>
        <w:t>Everything was seen for man.</w:t>
      </w:r>
    </w:p>
    <w:p>
      <w:pPr>
        <w:jc w:val="right"/>
      </w:pPr>
      <w:r>
        <w:t>Everything was seen for man.</w:t>
      </w:r>
    </w:p>
    <w:p>
      <w:r>
        <w:rPr>
          <w:b/>
        </w:rPr>
        <w:t xml:space="preserve">[36:06] </w:t>
      </w:r>
      <w:r>
        <w:t>Everything was known to man directly.</w:t>
      </w:r>
    </w:p>
    <w:p>
      <w:pPr>
        <w:jc w:val="right"/>
      </w:pPr>
      <w:r>
        <w:t>Everything was known to man directly.</w:t>
      </w:r>
    </w:p>
    <w:p>
      <w:r>
        <w:rPr>
          <w:b/>
        </w:rPr>
        <w:t xml:space="preserve">[36:09] </w:t>
      </w:r>
      <w:r>
        <w:t>But now in this world, everything is unseen.</w:t>
      </w:r>
    </w:p>
    <w:p>
      <w:pPr>
        <w:jc w:val="right"/>
      </w:pPr>
      <w:r>
        <w:t>But now in this world, everything is unseen.</w:t>
      </w:r>
    </w:p>
    <w:p>
      <w:r>
        <w:rPr>
          <w:b/>
        </w:rPr>
        <w:t xml:space="preserve">[36:13] </w:t>
      </w:r>
      <w:r>
        <w:t>Here in this world, we could not see God.</w:t>
      </w:r>
    </w:p>
    <w:p>
      <w:pPr>
        <w:jc w:val="right"/>
      </w:pPr>
      <w:r>
        <w:t>Here in this world, we could not see God.</w:t>
      </w:r>
    </w:p>
    <w:p>
      <w:r>
        <w:rPr>
          <w:b/>
        </w:rPr>
        <w:t xml:space="preserve">[36:17] </w:t>
      </w:r>
      <w:r>
        <w:t>We could not see angels.</w:t>
      </w:r>
    </w:p>
    <w:p>
      <w:pPr>
        <w:jc w:val="right"/>
      </w:pPr>
      <w:r>
        <w:t>We could not see angels.</w:t>
      </w:r>
    </w:p>
    <w:p>
      <w:r>
        <w:rPr>
          <w:b/>
        </w:rPr>
        <w:t xml:space="preserve">[36:20] </w:t>
      </w:r>
      <w:r>
        <w:t>We could not see Paradise.</w:t>
      </w:r>
    </w:p>
    <w:p>
      <w:pPr>
        <w:jc w:val="right"/>
      </w:pPr>
      <w:r>
        <w:t>We could not see Paradise.</w:t>
      </w:r>
    </w:p>
    <w:p>
      <w:r>
        <w:rPr>
          <w:b/>
        </w:rPr>
        <w:t xml:space="preserve">[36:24] </w:t>
      </w:r>
      <w:r>
        <w:t>Everything is unseen.</w:t>
      </w:r>
    </w:p>
    <w:p>
      <w:pPr>
        <w:jc w:val="right"/>
      </w:pPr>
      <w:r>
        <w:t>Everything is unseen.</w:t>
      </w:r>
    </w:p>
    <w:p>
      <w:r>
        <w:rPr>
          <w:b/>
        </w:rPr>
        <w:t xml:space="preserve">[36:28] </w:t>
      </w:r>
      <w:r>
        <w:t>So what is required?</w:t>
      </w:r>
    </w:p>
    <w:p>
      <w:pPr>
        <w:jc w:val="right"/>
      </w:pPr>
      <w:r>
        <w:t>So what is required?</w:t>
      </w:r>
    </w:p>
    <w:p>
      <w:r>
        <w:rPr>
          <w:b/>
        </w:rPr>
        <w:t xml:space="preserve">[36:32] </w:t>
      </w:r>
      <w:r>
        <w:t>We have to utilize our potentials.</w:t>
      </w:r>
    </w:p>
    <w:p>
      <w:pPr>
        <w:jc w:val="right"/>
      </w:pPr>
      <w:r>
        <w:t>We have to utilize our potentials.</w:t>
      </w:r>
    </w:p>
    <w:p>
      <w:r>
        <w:rPr>
          <w:b/>
        </w:rPr>
        <w:t xml:space="preserve">[36:36] </w:t>
      </w:r>
      <w:r>
        <w:t>Man is blessed with a great mind.</w:t>
      </w:r>
    </w:p>
    <w:p>
      <w:pPr>
        <w:jc w:val="right"/>
      </w:pPr>
      <w:r>
        <w:t>Man is blessed with a great mind.</w:t>
      </w:r>
    </w:p>
    <w:p>
      <w:r>
        <w:rPr>
          <w:b/>
        </w:rPr>
        <w:t xml:space="preserve">[36:39] </w:t>
      </w:r>
      <w:r>
        <w:t>Our mind has great, great potentials.</w:t>
      </w:r>
    </w:p>
    <w:p>
      <w:pPr>
        <w:jc w:val="right"/>
      </w:pPr>
      <w:r>
        <w:t>Our mind has great, great potentials.</w:t>
      </w:r>
    </w:p>
    <w:p>
      <w:r>
        <w:rPr>
          <w:b/>
        </w:rPr>
        <w:t xml:space="preserve">[36:43] </w:t>
      </w:r>
      <w:r>
        <w:t>Every individual mind is like a universe.</w:t>
      </w:r>
    </w:p>
    <w:p>
      <w:pPr>
        <w:jc w:val="right"/>
      </w:pPr>
      <w:r>
        <w:t>Every individual mind is like a universe.</w:t>
      </w:r>
    </w:p>
    <w:p>
      <w:r>
        <w:rPr>
          <w:b/>
        </w:rPr>
        <w:t xml:space="preserve">[36:51] </w:t>
      </w:r>
      <w:r>
        <w:t>Every individual mind is like a like a wisdom of the universe, like a knowledge of the universe.</w:t>
      </w:r>
    </w:p>
    <w:p>
      <w:pPr>
        <w:jc w:val="right"/>
      </w:pPr>
      <w:r>
        <w:t>Every individual mind is like a like a wisdom of the universe, like a knowledge of the universe.</w:t>
      </w:r>
    </w:p>
    <w:p>
      <w:r>
        <w:rPr>
          <w:b/>
        </w:rPr>
        <w:t xml:space="preserve">[36:59] </w:t>
      </w:r>
      <w:r>
        <w:t>So this is the potential.</w:t>
      </w:r>
    </w:p>
    <w:p>
      <w:pPr>
        <w:jc w:val="right"/>
      </w:pPr>
      <w:r>
        <w:t>So this is the potential.</w:t>
      </w:r>
    </w:p>
    <w:p>
      <w:r>
        <w:rPr>
          <w:b/>
        </w:rPr>
        <w:t xml:space="preserve">[37:06] </w:t>
      </w:r>
      <w:r>
        <w:t>And by using this potential, we can make the unseen world</w:t>
      </w:r>
    </w:p>
    <w:p>
      <w:pPr>
        <w:jc w:val="right"/>
      </w:pPr>
      <w:r>
        <w:t>And by using this potential, we can make the unseen world</w:t>
      </w:r>
    </w:p>
    <w:p>
      <w:r>
        <w:rPr>
          <w:b/>
        </w:rPr>
        <w:t xml:space="preserve">[37:14] </w:t>
      </w:r>
      <w:r>
        <w:t>a seen.</w:t>
      </w:r>
    </w:p>
    <w:p>
      <w:pPr>
        <w:jc w:val="right"/>
      </w:pPr>
      <w:r>
        <w:t>a seen.</w:t>
      </w:r>
    </w:p>
    <w:p>
      <w:r>
        <w:rPr>
          <w:b/>
        </w:rPr>
        <w:t xml:space="preserve">[37:20] </w:t>
      </w:r>
      <w:r>
        <w:t>If we utilize all these potentials, we can see all those things which are apparently unseen to us.</w:t>
      </w:r>
    </w:p>
    <w:p>
      <w:pPr>
        <w:jc w:val="right"/>
      </w:pPr>
      <w:r>
        <w:t>If we utilize all these potentials, we can see all those things which are apparently unseen to us.</w:t>
      </w:r>
    </w:p>
    <w:p>
      <w:r>
        <w:rPr>
          <w:b/>
        </w:rPr>
        <w:t xml:space="preserve">[37:26] </w:t>
      </w:r>
      <w:r>
        <w:t>By using this potential, these mental potentials, we can discover God Almighty.</w:t>
      </w:r>
    </w:p>
    <w:p>
      <w:pPr>
        <w:jc w:val="right"/>
      </w:pPr>
      <w:r>
        <w:t>By using this potential, these mental potentials, we can discover God Almighty.</w:t>
      </w:r>
    </w:p>
    <w:p>
      <w:r>
        <w:rPr>
          <w:b/>
        </w:rPr>
        <w:t xml:space="preserve">[37:33] </w:t>
      </w:r>
      <w:r>
        <w:t>We can discover Paradise.</w:t>
      </w:r>
    </w:p>
    <w:p>
      <w:pPr>
        <w:jc w:val="right"/>
      </w:pPr>
      <w:r>
        <w:t>We can discover Paradise.</w:t>
      </w:r>
    </w:p>
    <w:p>
      <w:r>
        <w:rPr>
          <w:b/>
        </w:rPr>
        <w:t xml:space="preserve">[37:39] </w:t>
      </w:r>
      <w:r>
        <w:t>We can discover the existence of angels.</w:t>
      </w:r>
    </w:p>
    <w:p>
      <w:pPr>
        <w:jc w:val="right"/>
      </w:pPr>
      <w:r>
        <w:t>We can discover the existence of angels.</w:t>
      </w:r>
    </w:p>
    <w:p>
      <w:r>
        <w:rPr>
          <w:b/>
        </w:rPr>
        <w:t xml:space="preserve">[37:45] </w:t>
      </w:r>
      <w:r>
        <w:t>We can discover the truth of prophets.</w:t>
      </w:r>
    </w:p>
    <w:p>
      <w:pPr>
        <w:jc w:val="right"/>
      </w:pPr>
      <w:r>
        <w:t>We can discover the truth of prophets.</w:t>
      </w:r>
    </w:p>
    <w:p>
      <w:r>
        <w:rPr>
          <w:b/>
        </w:rPr>
        <w:t xml:space="preserve">[37:55] </w:t>
      </w:r>
      <w:r>
        <w:t>Everything that is unseen to us can be seen if we utilize our mental capacities, our intellectual capacities.</w:t>
      </w:r>
    </w:p>
    <w:p>
      <w:pPr>
        <w:jc w:val="right"/>
      </w:pPr>
      <w:r>
        <w:t>Everything that is unseen to us can be seen if we utilize our mental capacities, our intellectual capacities.</w:t>
      </w:r>
    </w:p>
    <w:p>
      <w:r>
        <w:rPr>
          <w:b/>
        </w:rPr>
        <w:t xml:space="preserve">[38:05] </w:t>
      </w:r>
      <w:r>
        <w:t>So this is the test. So when</w:t>
      </w:r>
    </w:p>
    <w:p>
      <w:pPr>
        <w:jc w:val="right"/>
      </w:pPr>
      <w:r>
        <w:t>So this is the test. So when</w:t>
      </w:r>
    </w:p>
    <w:p>
      <w:r>
        <w:rPr>
          <w:b/>
        </w:rPr>
        <w:t xml:space="preserve">[38:15] </w:t>
      </w:r>
      <w:r>
        <w:t>Adam was settled in Paradise, it was settled he was settled at that time without test. Without test.</w:t>
      </w:r>
    </w:p>
    <w:p>
      <w:pPr>
        <w:jc w:val="right"/>
      </w:pPr>
      <w:r>
        <w:t>Adam was settled in Paradise, it was settled he was settled at that time without test. Without test.</w:t>
      </w:r>
    </w:p>
    <w:p>
      <w:r>
        <w:rPr>
          <w:b/>
        </w:rPr>
        <w:t xml:space="preserve">[38:23] </w:t>
      </w:r>
      <w:r>
        <w:t>It was like a reward.</w:t>
      </w:r>
    </w:p>
    <w:p>
      <w:pPr>
        <w:jc w:val="right"/>
      </w:pPr>
      <w:r>
        <w:t>It was like a reward.</w:t>
      </w:r>
    </w:p>
    <w:p>
      <w:r>
        <w:rPr>
          <w:b/>
        </w:rPr>
        <w:t xml:space="preserve">[38:30] </w:t>
      </w:r>
      <w:r>
        <w:t>But after tasting the after taking the forbidden tree, after taking the fruit of the forbidden tree, he</w:t>
      </w:r>
    </w:p>
    <w:p>
      <w:pPr>
        <w:jc w:val="right"/>
      </w:pPr>
      <w:r>
        <w:t>But after tasting the after taking the forbidden tree, after taking the fruit of the forbidden tree, he</w:t>
      </w:r>
    </w:p>
    <w:p>
      <w:r>
        <w:rPr>
          <w:b/>
        </w:rPr>
        <w:t xml:space="preserve">[38:38] </w:t>
      </w:r>
      <w:r>
        <w:t>was sent to this</w:t>
      </w:r>
    </w:p>
    <w:p>
      <w:pPr>
        <w:jc w:val="right"/>
      </w:pPr>
      <w:r>
        <w:t>was sent to this</w:t>
      </w:r>
    </w:p>
    <w:p>
      <w:r>
        <w:rPr>
          <w:b/>
        </w:rPr>
        <w:t xml:space="preserve">[38:45] </w:t>
      </w:r>
      <w:r>
        <w:t>in this world.</w:t>
      </w:r>
    </w:p>
    <w:p>
      <w:pPr>
        <w:jc w:val="right"/>
      </w:pPr>
      <w:r>
        <w:t>in this world.</w:t>
      </w:r>
    </w:p>
    <w:p>
      <w:r>
        <w:rPr>
          <w:b/>
        </w:rPr>
        <w:t xml:space="preserve">[38:50] </w:t>
      </w:r>
      <w:r>
        <w:t>So everything became unseen to him.</w:t>
      </w:r>
    </w:p>
    <w:p>
      <w:pPr>
        <w:jc w:val="right"/>
      </w:pPr>
      <w:r>
        <w:t>So everything became unseen to him.</w:t>
      </w:r>
    </w:p>
    <w:p>
      <w:r>
        <w:rPr>
          <w:b/>
        </w:rPr>
        <w:t xml:space="preserve">[38:55] </w:t>
      </w:r>
      <w:r>
        <w:t>What was seen to him in Paradise, now all those things are unseen to him.</w:t>
      </w:r>
    </w:p>
    <w:p>
      <w:pPr>
        <w:jc w:val="right"/>
      </w:pPr>
      <w:r>
        <w:t>What was seen to him in Paradise, now all those things are unseen to him.</w:t>
      </w:r>
    </w:p>
    <w:p>
      <w:r>
        <w:rPr>
          <w:b/>
        </w:rPr>
        <w:t xml:space="preserve">[39:00] </w:t>
      </w:r>
      <w:r>
        <w:t>But he has potentials.</w:t>
      </w:r>
    </w:p>
    <w:p>
      <w:pPr>
        <w:jc w:val="right"/>
      </w:pPr>
      <w:r>
        <w:t>But he has potentials.</w:t>
      </w:r>
    </w:p>
    <w:p>
      <w:r>
        <w:rPr>
          <w:b/>
        </w:rPr>
        <w:t xml:space="preserve">[39:05] </w:t>
      </w:r>
      <w:r>
        <w:t>He was not deprived of potentials.</w:t>
      </w:r>
    </w:p>
    <w:p>
      <w:pPr>
        <w:jc w:val="right"/>
      </w:pPr>
      <w:r>
        <w:t>He was not deprived of potentials.</w:t>
      </w:r>
    </w:p>
    <w:p>
      <w:r>
        <w:rPr>
          <w:b/>
        </w:rPr>
        <w:t xml:space="preserve">[39:10] </w:t>
      </w:r>
      <w:r>
        <w:t>He was deprived of only actuals, but not the potentials. So</w:t>
      </w:r>
    </w:p>
    <w:p>
      <w:pPr>
        <w:jc w:val="right"/>
      </w:pPr>
      <w:r>
        <w:t>He was deprived of only actuals, but not the potentials. So</w:t>
      </w:r>
    </w:p>
    <w:p>
      <w:r>
        <w:rPr>
          <w:b/>
        </w:rPr>
        <w:t xml:space="preserve">[39:16] </w:t>
      </w:r>
      <w:r>
        <w:t>it is required that he must unfold his mind.</w:t>
      </w:r>
    </w:p>
    <w:p>
      <w:pPr>
        <w:jc w:val="right"/>
      </w:pPr>
      <w:r>
        <w:t>it is required that he must unfold his mind.</w:t>
      </w:r>
    </w:p>
    <w:p>
      <w:r>
        <w:rPr>
          <w:b/>
        </w:rPr>
        <w:t xml:space="preserve">[39:22] </w:t>
      </w:r>
      <w:r>
        <w:t>He must avail his potentials.</w:t>
      </w:r>
    </w:p>
    <w:p>
      <w:pPr>
        <w:jc w:val="right"/>
      </w:pPr>
      <w:r>
        <w:t>He must avail his potentials.</w:t>
      </w:r>
    </w:p>
    <w:p>
      <w:r>
        <w:rPr>
          <w:b/>
        </w:rPr>
        <w:t xml:space="preserve">[39:28] </w:t>
      </w:r>
      <w:r>
        <w:t>And he must turn his unseen into seen.</w:t>
      </w:r>
    </w:p>
    <w:p>
      <w:pPr>
        <w:jc w:val="right"/>
      </w:pPr>
      <w:r>
        <w:t>And he must turn his unseen into seen.</w:t>
      </w:r>
    </w:p>
    <w:p>
      <w:r>
        <w:rPr>
          <w:b/>
        </w:rPr>
        <w:t xml:space="preserve">[39:34] </w:t>
      </w:r>
      <w:r>
        <w:t>He must believe God with all convictions.</w:t>
      </w:r>
    </w:p>
    <w:p>
      <w:pPr>
        <w:jc w:val="right"/>
      </w:pPr>
      <w:r>
        <w:t>He must believe God with all convictions.</w:t>
      </w:r>
    </w:p>
    <w:p>
      <w:r>
        <w:rPr>
          <w:b/>
        </w:rPr>
        <w:t xml:space="preserve">[39:40] </w:t>
      </w:r>
      <w:r>
        <w:t>He must realize Paradise without convictions.</w:t>
      </w:r>
    </w:p>
    <w:p>
      <w:pPr>
        <w:jc w:val="right"/>
      </w:pPr>
      <w:r>
        <w:t>He must realize Paradise without convictions.</w:t>
      </w:r>
    </w:p>
    <w:p>
      <w:r>
        <w:rPr>
          <w:b/>
        </w:rPr>
        <w:t xml:space="preserve">[39:46] </w:t>
      </w:r>
      <w:r>
        <w:t>He must discover angels.</w:t>
      </w:r>
    </w:p>
    <w:p>
      <w:pPr>
        <w:jc w:val="right"/>
      </w:pPr>
      <w:r>
        <w:t>He must discover angels.</w:t>
      </w:r>
    </w:p>
    <w:p>
      <w:r>
        <w:rPr>
          <w:b/>
        </w:rPr>
        <w:t xml:space="preserve">[39:52] </w:t>
      </w:r>
      <w:r>
        <w:t>He must discover the existence of angels with all convictions.</w:t>
      </w:r>
    </w:p>
    <w:p>
      <w:pPr>
        <w:jc w:val="right"/>
      </w:pPr>
      <w:r>
        <w:t>He must discover the existence of angels with all convictions.</w:t>
      </w:r>
    </w:p>
    <w:p>
      <w:r>
        <w:rPr>
          <w:b/>
        </w:rPr>
        <w:t xml:space="preserve">[39:58] </w:t>
      </w:r>
      <w:r>
        <w:t>He must discover the prophets as prophets with all convictions.</w:t>
      </w:r>
    </w:p>
    <w:p>
      <w:pPr>
        <w:jc w:val="right"/>
      </w:pPr>
      <w:r>
        <w:t>He must discover the prophets as prophets with all convictions.</w:t>
      </w:r>
    </w:p>
    <w:p>
      <w:r>
        <w:rPr>
          <w:b/>
        </w:rPr>
        <w:t xml:space="preserve">[40:04] </w:t>
      </w:r>
      <w:r>
        <w:t>He must discover the Quran as a word of God with all convictions.</w:t>
      </w:r>
    </w:p>
    <w:p>
      <w:pPr>
        <w:jc w:val="right"/>
      </w:pPr>
      <w:r>
        <w:t>He must discover the Quran as a word of God with all convictions.</w:t>
      </w:r>
    </w:p>
    <w:p>
      <w:r>
        <w:rPr>
          <w:b/>
        </w:rPr>
        <w:t xml:space="preserve">[40:10] </w:t>
      </w:r>
      <w:r>
        <w:t>Thus he can turn his</w:t>
      </w:r>
    </w:p>
    <w:p>
      <w:pPr>
        <w:jc w:val="right"/>
      </w:pPr>
      <w:r>
        <w:t>Thus he can turn his</w:t>
      </w:r>
    </w:p>
    <w:p>
      <w:r>
        <w:rPr>
          <w:b/>
        </w:rPr>
        <w:t xml:space="preserve">[40:16] </w:t>
      </w:r>
      <w:r>
        <w:t>unseen into seen.</w:t>
      </w:r>
    </w:p>
    <w:p>
      <w:pPr>
        <w:jc w:val="right"/>
      </w:pPr>
      <w:r>
        <w:t>unseen into seen.</w:t>
      </w:r>
    </w:p>
    <w:p>
      <w:r>
        <w:rPr>
          <w:b/>
        </w:rPr>
        <w:t xml:space="preserve">[40:21] </w:t>
      </w:r>
      <w:r>
        <w:t>This is the return ticket to Paradise.</w:t>
      </w:r>
    </w:p>
    <w:p>
      <w:pPr>
        <w:jc w:val="right"/>
      </w:pPr>
      <w:r>
        <w:t>This is the return ticket to Paradise.</w:t>
      </w:r>
    </w:p>
    <w:p>
      <w:r>
        <w:rPr>
          <w:b/>
        </w:rPr>
        <w:t xml:space="preserve">[40:26] </w:t>
      </w:r>
      <w:r>
        <w:t>This is the return ticket to Paradise for him.</w:t>
      </w:r>
    </w:p>
    <w:p>
      <w:pPr>
        <w:jc w:val="right"/>
      </w:pPr>
      <w:r>
        <w:t>This is the return ticket to Paradise for him.</w:t>
      </w:r>
    </w:p>
    <w:p>
      <w:r>
        <w:rPr>
          <w:b/>
        </w:rPr>
        <w:t xml:space="preserve">[40:32] </w:t>
      </w:r>
      <w:r>
        <w:t>So everyone must know this fact.</w:t>
      </w:r>
    </w:p>
    <w:p>
      <w:pPr>
        <w:jc w:val="right"/>
      </w:pPr>
      <w:r>
        <w:t>So everyone must know this fact.</w:t>
      </w:r>
    </w:p>
    <w:p>
      <w:r>
        <w:rPr>
          <w:b/>
        </w:rPr>
        <w:t xml:space="preserve">[40:37] </w:t>
      </w:r>
      <w:r>
        <w:t>Then I would like to add that God we have to know the creation plan of God.</w:t>
      </w:r>
    </w:p>
    <w:p>
      <w:pPr>
        <w:jc w:val="right"/>
      </w:pPr>
      <w:r>
        <w:t>Then I would like to add that God we have to know the creation plan of God.</w:t>
      </w:r>
    </w:p>
    <w:p>
      <w:r>
        <w:rPr>
          <w:b/>
        </w:rPr>
        <w:t xml:space="preserve">[40:42] </w:t>
      </w:r>
      <w:r>
        <w:t>According to the</w:t>
      </w:r>
    </w:p>
    <w:p>
      <w:pPr>
        <w:jc w:val="right"/>
      </w:pPr>
      <w:r>
        <w:t>According to the</w:t>
      </w:r>
    </w:p>
    <w:p>
      <w:r>
        <w:rPr>
          <w:b/>
        </w:rPr>
        <w:t xml:space="preserve">[40:48] </w:t>
      </w:r>
      <w:r>
        <w:t>Quranic description, according to the Quranic account, God created this world and God created man.</w:t>
      </w:r>
    </w:p>
    <w:p>
      <w:pPr>
        <w:jc w:val="right"/>
      </w:pPr>
      <w:r>
        <w:t>Quranic description, according to the Quranic account, God created this world and God created man.</w:t>
      </w:r>
    </w:p>
    <w:p>
      <w:r>
        <w:rPr>
          <w:b/>
        </w:rPr>
        <w:t xml:space="preserve">[40:55] </w:t>
      </w:r>
      <w:r>
        <w:t>And He divided His life span into two parts.</w:t>
      </w:r>
    </w:p>
    <w:p>
      <w:pPr>
        <w:jc w:val="right"/>
      </w:pPr>
      <w:r>
        <w:t>And He divided His life span into two parts.</w:t>
      </w:r>
    </w:p>
    <w:p>
      <w:r>
        <w:rPr>
          <w:b/>
        </w:rPr>
        <w:t xml:space="preserve">[41:03] </w:t>
      </w:r>
      <w:r>
        <w:t>God created man as an eternal being.</w:t>
      </w:r>
    </w:p>
    <w:p>
      <w:pPr>
        <w:jc w:val="right"/>
      </w:pPr>
      <w:r>
        <w:t>God created man as an eternal being.</w:t>
      </w:r>
    </w:p>
    <w:p>
      <w:r>
        <w:rPr>
          <w:b/>
        </w:rPr>
        <w:t xml:space="preserve">[41:11] </w:t>
      </w:r>
      <w:r>
        <w:t>God Almighty created man</w:t>
      </w:r>
    </w:p>
    <w:p>
      <w:pPr>
        <w:jc w:val="right"/>
      </w:pPr>
      <w:r>
        <w:t>God Almighty created man</w:t>
      </w:r>
    </w:p>
    <w:p>
      <w:r>
        <w:rPr>
          <w:b/>
        </w:rPr>
        <w:t xml:space="preserve">[41:18] </w:t>
      </w:r>
      <w:r>
        <w:t>as an eternal being.</w:t>
      </w:r>
    </w:p>
    <w:p>
      <w:pPr>
        <w:jc w:val="right"/>
      </w:pPr>
      <w:r>
        <w:t>as an eternal being.</w:t>
      </w:r>
    </w:p>
    <w:p>
      <w:r>
        <w:rPr>
          <w:b/>
        </w:rPr>
        <w:t xml:space="preserve">[41:25] </w:t>
      </w:r>
      <w:r>
        <w:t>But He divided His life span into two parts.</w:t>
      </w:r>
    </w:p>
    <w:p>
      <w:pPr>
        <w:jc w:val="right"/>
      </w:pPr>
      <w:r>
        <w:t>But He divided His life span into two parts.</w:t>
      </w:r>
    </w:p>
    <w:p>
      <w:r>
        <w:rPr>
          <w:b/>
        </w:rPr>
        <w:t xml:space="preserve">[41:32] </w:t>
      </w:r>
      <w:r>
        <w:t>A tiny part is in this earth, in this world, in the present world.</w:t>
      </w:r>
    </w:p>
    <w:p>
      <w:pPr>
        <w:jc w:val="right"/>
      </w:pPr>
      <w:r>
        <w:t>A tiny part is in this earth, in this world, in the present world.</w:t>
      </w:r>
    </w:p>
    <w:p>
      <w:r>
        <w:rPr>
          <w:b/>
        </w:rPr>
        <w:t xml:space="preserve">[41:39] </w:t>
      </w:r>
      <w:r>
        <w:t>Only a tiny part.</w:t>
      </w:r>
    </w:p>
    <w:p>
      <w:pPr>
        <w:jc w:val="right"/>
      </w:pPr>
      <w:r>
        <w:t>Only a tiny part.</w:t>
      </w:r>
    </w:p>
    <w:p>
      <w:r>
        <w:rPr>
          <w:b/>
        </w:rPr>
        <w:t xml:space="preserve">[41:46] </w:t>
      </w:r>
      <w:r>
        <w:t>And all the rest of His life that is eternal</w:t>
      </w:r>
    </w:p>
    <w:p>
      <w:pPr>
        <w:jc w:val="right"/>
      </w:pPr>
      <w:r>
        <w:t>And all the rest of His life that is eternal</w:t>
      </w:r>
    </w:p>
    <w:p>
      <w:r>
        <w:rPr>
          <w:b/>
        </w:rPr>
        <w:t xml:space="preserve">[41:53] </w:t>
      </w:r>
      <w:r>
        <w:t>was put in the hierarchy, in the world hierarchy, in the post-death period.</w:t>
      </w:r>
    </w:p>
    <w:p>
      <w:pPr>
        <w:jc w:val="right"/>
      </w:pPr>
      <w:r>
        <w:t>was put in the hierarchy, in the world hierarchy, in the post-death period.</w:t>
      </w:r>
    </w:p>
    <w:p>
      <w:r>
        <w:rPr>
          <w:b/>
        </w:rPr>
        <w:t xml:space="preserve">[42:00] </w:t>
      </w:r>
      <w:r>
        <w:t>So the present world is a testing ground.</w:t>
      </w:r>
    </w:p>
    <w:p>
      <w:pPr>
        <w:jc w:val="right"/>
      </w:pPr>
      <w:r>
        <w:t>So the present world is a testing ground.</w:t>
      </w:r>
    </w:p>
    <w:p>
      <w:r>
        <w:rPr>
          <w:b/>
        </w:rPr>
        <w:t xml:space="preserve">[42:08] </w:t>
      </w:r>
      <w:r>
        <w:t>Here we are under the test.</w:t>
      </w:r>
    </w:p>
    <w:p>
      <w:pPr>
        <w:jc w:val="right"/>
      </w:pPr>
      <w:r>
        <w:t>Here we are under the test.</w:t>
      </w:r>
    </w:p>
    <w:p>
      <w:r>
        <w:rPr>
          <w:b/>
        </w:rPr>
        <w:t xml:space="preserve">[42:15] </w:t>
      </w:r>
      <w:r>
        <w:t>And according to our present record, there are numerous angels as</w:t>
      </w:r>
    </w:p>
    <w:p>
      <w:pPr>
        <w:jc w:val="right"/>
      </w:pPr>
      <w:r>
        <w:t>And according to our present record, there are numerous angels as</w:t>
      </w:r>
    </w:p>
    <w:p>
      <w:r>
        <w:rPr>
          <w:b/>
        </w:rPr>
        <w:t xml:space="preserve">[42:23] </w:t>
      </w:r>
      <w:r>
        <w:t>observers.</w:t>
      </w:r>
    </w:p>
    <w:p>
      <w:pPr>
        <w:jc w:val="right"/>
      </w:pPr>
      <w:r>
        <w:t>observers.</w:t>
      </w:r>
    </w:p>
    <w:p>
      <w:r>
        <w:rPr>
          <w:b/>
        </w:rPr>
        <w:t xml:space="preserve">[42:29] </w:t>
      </w:r>
      <w:r>
        <w:t>There are God's angels as observers.</w:t>
      </w:r>
    </w:p>
    <w:p>
      <w:pPr>
        <w:jc w:val="right"/>
      </w:pPr>
      <w:r>
        <w:t>There are God's angels as observers.</w:t>
      </w:r>
    </w:p>
    <w:p>
      <w:r>
        <w:rPr>
          <w:b/>
        </w:rPr>
        <w:t xml:space="preserve">[42:35] </w:t>
      </w:r>
      <w:r>
        <w:t>Every time they watch every human being.</w:t>
      </w:r>
    </w:p>
    <w:p>
      <w:pPr>
        <w:jc w:val="right"/>
      </w:pPr>
      <w:r>
        <w:t>Every time they watch every human being.</w:t>
      </w:r>
    </w:p>
    <w:p>
      <w:r>
        <w:rPr>
          <w:b/>
        </w:rPr>
        <w:t xml:space="preserve">[42:41] </w:t>
      </w:r>
      <w:r>
        <w:t>So they are preparing a record of every human being, every man and woman.</w:t>
      </w:r>
    </w:p>
    <w:p>
      <w:pPr>
        <w:jc w:val="right"/>
      </w:pPr>
      <w:r>
        <w:t>So they are preparing a record of every human being, every man and woman.</w:t>
      </w:r>
    </w:p>
    <w:p>
      <w:r>
        <w:rPr>
          <w:b/>
        </w:rPr>
        <w:t xml:space="preserve">[42:47] </w:t>
      </w:r>
      <w:r>
        <w:t>These angels are preparing the record of our intention, our speech, our behavior,</w:t>
      </w:r>
    </w:p>
    <w:p>
      <w:pPr>
        <w:jc w:val="right"/>
      </w:pPr>
      <w:r>
        <w:t>These angels are preparing the record of our intention, our speech, our behavior,</w:t>
      </w:r>
    </w:p>
    <w:p>
      <w:r>
        <w:rPr>
          <w:b/>
        </w:rPr>
        <w:t xml:space="preserve">[42:53] </w:t>
      </w:r>
      <w:r>
        <w:t>our activities, everything.</w:t>
      </w:r>
    </w:p>
    <w:p>
      <w:pPr>
        <w:jc w:val="right"/>
      </w:pPr>
      <w:r>
        <w:t>our activities, everything.</w:t>
      </w:r>
    </w:p>
    <w:p>
      <w:r>
        <w:rPr>
          <w:b/>
        </w:rPr>
        <w:t xml:space="preserve">[43:00] </w:t>
      </w:r>
      <w:r>
        <w:t>So this record will be presented before God Almighty at the time of the Day of Judgment.</w:t>
      </w:r>
    </w:p>
    <w:p>
      <w:pPr>
        <w:jc w:val="right"/>
      </w:pPr>
      <w:r>
        <w:t>So this record will be presented before God Almighty at the time of the Day of Judgment.</w:t>
      </w:r>
    </w:p>
    <w:p>
      <w:r>
        <w:rPr>
          <w:b/>
        </w:rPr>
        <w:t xml:space="preserve">[43:08] </w:t>
      </w:r>
      <w:r>
        <w:t>So we must know the creation plan of God.</w:t>
      </w:r>
    </w:p>
    <w:p>
      <w:pPr>
        <w:jc w:val="right"/>
      </w:pPr>
      <w:r>
        <w:t>So we must know the creation plan of God.</w:t>
      </w:r>
    </w:p>
    <w:p>
      <w:r>
        <w:rPr>
          <w:b/>
        </w:rPr>
        <w:t xml:space="preserve">[43:16] </w:t>
      </w:r>
      <w:r>
        <w:t>Now all these historical events, natural events,</w:t>
      </w:r>
    </w:p>
    <w:p>
      <w:pPr>
        <w:jc w:val="right"/>
      </w:pPr>
      <w:r>
        <w:t>Now all these historical events, natural events,</w:t>
      </w:r>
    </w:p>
    <w:p>
      <w:r>
        <w:rPr>
          <w:b/>
        </w:rPr>
        <w:t xml:space="preserve">[43:23] </w:t>
      </w:r>
      <w:r>
        <w:t>are clear proof that it is not possible for us to create a Paradise on this earth.</w:t>
      </w:r>
    </w:p>
    <w:p>
      <w:pPr>
        <w:jc w:val="right"/>
      </w:pPr>
      <w:r>
        <w:t>are clear proof that it is not possible for us to create a Paradise on this earth.</w:t>
      </w:r>
    </w:p>
    <w:p>
      <w:r>
        <w:rPr>
          <w:b/>
        </w:rPr>
        <w:t xml:space="preserve">[43:28] </w:t>
      </w:r>
      <w:r>
        <w:t>All the philosophy failed.</w:t>
      </w:r>
    </w:p>
    <w:p>
      <w:pPr>
        <w:jc w:val="right"/>
      </w:pPr>
      <w:r>
        <w:t>All the philosophy failed.</w:t>
      </w:r>
    </w:p>
    <w:p>
      <w:r>
        <w:rPr>
          <w:b/>
        </w:rPr>
        <w:t xml:space="preserve">[43:33] </w:t>
      </w:r>
      <w:r>
        <w:t>All the science has failed.</w:t>
      </w:r>
    </w:p>
    <w:p>
      <w:pPr>
        <w:jc w:val="right"/>
      </w:pPr>
      <w:r>
        <w:t>All the science has failed.</w:t>
      </w:r>
    </w:p>
    <w:p>
      <w:r>
        <w:rPr>
          <w:b/>
        </w:rPr>
        <w:t xml:space="preserve">[43:38] </w:t>
      </w:r>
      <w:r>
        <w:t>All the spiritual activities have failed.</w:t>
      </w:r>
    </w:p>
    <w:p>
      <w:pPr>
        <w:jc w:val="right"/>
      </w:pPr>
      <w:r>
        <w:t>All the spiritual activities have failed.</w:t>
      </w:r>
    </w:p>
    <w:p>
      <w:r>
        <w:rPr>
          <w:b/>
        </w:rPr>
        <w:t xml:space="preserve">[43:43] </w:t>
      </w:r>
      <w:r>
        <w:t>The civilization has failed.</w:t>
      </w:r>
    </w:p>
    <w:p>
      <w:pPr>
        <w:jc w:val="right"/>
      </w:pPr>
      <w:r>
        <w:t>The civilization has failed.</w:t>
      </w:r>
    </w:p>
    <w:p>
      <w:r>
        <w:rPr>
          <w:b/>
        </w:rPr>
        <w:t xml:space="preserve">[43:48] </w:t>
      </w:r>
      <w:r>
        <w:t>So all those endeavors, all those struggles failed to</w:t>
      </w:r>
    </w:p>
    <w:p>
      <w:pPr>
        <w:jc w:val="right"/>
      </w:pPr>
      <w:r>
        <w:t>So all those endeavors, all those struggles failed to</w:t>
      </w:r>
    </w:p>
    <w:p>
      <w:r>
        <w:rPr>
          <w:b/>
        </w:rPr>
        <w:t xml:space="preserve">[43:54] </w:t>
      </w:r>
      <w:r>
        <w:t>achieve the goal to build a dream land, a dream world.</w:t>
      </w:r>
    </w:p>
    <w:p>
      <w:pPr>
        <w:jc w:val="right"/>
      </w:pPr>
      <w:r>
        <w:t>achieve the goal to build a dream land, a dream world.</w:t>
      </w:r>
    </w:p>
    <w:p>
      <w:r>
        <w:rPr>
          <w:b/>
        </w:rPr>
        <w:t xml:space="preserve">[44:01] </w:t>
      </w:r>
      <w:r>
        <w:t>So this is a clear sign that it is a clear sign that we cannot achieve our desired</w:t>
      </w:r>
    </w:p>
    <w:p>
      <w:pPr>
        <w:jc w:val="right"/>
      </w:pPr>
      <w:r>
        <w:t>So this is a clear sign that it is a clear sign that we cannot achieve our desired</w:t>
      </w:r>
    </w:p>
    <w:p>
      <w:r>
        <w:rPr>
          <w:b/>
        </w:rPr>
        <w:t xml:space="preserve">[44:09] </w:t>
      </w:r>
      <w:r>
        <w:t>world on this planet Earth.</w:t>
      </w:r>
    </w:p>
    <w:p>
      <w:pPr>
        <w:jc w:val="right"/>
      </w:pPr>
      <w:r>
        <w:t>world on this planet Earth.</w:t>
      </w:r>
    </w:p>
    <w:p>
      <w:r>
        <w:rPr>
          <w:b/>
        </w:rPr>
        <w:t xml:space="preserve">[44:16] </w:t>
      </w:r>
      <w:r>
        <w:t>We can achieve only in the</w:t>
      </w:r>
    </w:p>
    <w:p>
      <w:pPr>
        <w:jc w:val="right"/>
      </w:pPr>
      <w:r>
        <w:t>We can achieve only in the</w:t>
      </w:r>
    </w:p>
    <w:p>
      <w:r>
        <w:rPr>
          <w:b/>
        </w:rPr>
        <w:t xml:space="preserve">[44:24] </w:t>
      </w:r>
      <w:r>
        <w:t>post-death period and not in the pre-death period.</w:t>
      </w:r>
    </w:p>
    <w:p>
      <w:pPr>
        <w:jc w:val="right"/>
      </w:pPr>
      <w:r>
        <w:t>post-death period and not in the pre-death period.</w:t>
      </w:r>
    </w:p>
    <w:p>
      <w:r>
        <w:rPr>
          <w:b/>
        </w:rPr>
        <w:t xml:space="preserve">[44:34] </w:t>
      </w:r>
      <w:r>
        <w:t>So all the failure of our struggles is a clear indication that we are not on theright path.</w:t>
      </w:r>
    </w:p>
    <w:p>
      <w:pPr>
        <w:jc w:val="right"/>
      </w:pPr>
      <w:r>
        <w:t>So all the failure of our struggles is a clear indication that we are not on theright path.</w:t>
      </w:r>
    </w:p>
    <w:p>
      <w:r>
        <w:rPr>
          <w:b/>
        </w:rPr>
        <w:t xml:space="preserve">[44:44] </w:t>
      </w:r>
      <w:r>
        <w:t>Here I would like to remind again that verse of the Quran, "There are</w:t>
      </w:r>
    </w:p>
    <w:p>
      <w:pPr>
        <w:jc w:val="right"/>
      </w:pPr>
      <w:r>
        <w:t>Here I would like to remind again that verse of the Quran, "There are</w:t>
      </w:r>
    </w:p>
    <w:p>
      <w:r>
        <w:rPr>
          <w:b/>
        </w:rPr>
        <w:t xml:space="preserve">[44:54] </w:t>
      </w:r>
      <w:r>
        <w:t>many, many signs in the heaven and in the earth or in the nature and in history.</w:t>
      </w:r>
    </w:p>
    <w:p>
      <w:pPr>
        <w:jc w:val="right"/>
      </w:pPr>
      <w:r>
        <w:t>many, many signs in the heaven and in the earth or in the nature and in history.</w:t>
      </w:r>
    </w:p>
    <w:p>
      <w:r>
        <w:rPr>
          <w:b/>
        </w:rPr>
        <w:t xml:space="preserve">[45:04] </w:t>
      </w:r>
      <w:r>
        <w:t>These signs indicate that man has deviated from theright path.</w:t>
      </w:r>
    </w:p>
    <w:p>
      <w:pPr>
        <w:jc w:val="right"/>
      </w:pPr>
      <w:r>
        <w:t>These signs indicate that man has deviated from theright path.</w:t>
      </w:r>
    </w:p>
    <w:p>
      <w:r>
        <w:rPr>
          <w:b/>
        </w:rPr>
        <w:t xml:space="preserve">[45:14] </w:t>
      </w:r>
      <w:r>
        <w:t>These signs tell us theright path. These sign</w:t>
      </w:r>
    </w:p>
    <w:p>
      <w:pPr>
        <w:jc w:val="right"/>
      </w:pPr>
      <w:r>
        <w:t>These signs tell us theright path. These sign</w:t>
      </w:r>
    </w:p>
    <w:p>
      <w:r>
        <w:rPr>
          <w:b/>
        </w:rPr>
        <w:t xml:space="preserve">[45:24] </w:t>
      </w:r>
      <w:r>
        <w:t>s guide us to theright path. So we have to listen to the voice of nature, the voice of history. We have to reassess our life. We have to revise our activities. We have to rediscover the truth. O</w:t>
      </w:r>
    </w:p>
    <w:p>
      <w:pPr>
        <w:jc w:val="right"/>
      </w:pPr>
      <w:r>
        <w:t>s guide us to theright path. So we have to listen to the voice of nature, the voice of history. We have to reassess our life. We have to revise our activities. We have to rediscover the truth. O</w:t>
      </w:r>
    </w:p>
    <w:p>
      <w:r>
        <w:rPr>
          <w:b/>
        </w:rPr>
        <w:t xml:space="preserve">[45:54] </w:t>
      </w:r>
      <w:r>
        <w:t>therwise, we are doomed to failure.</w:t>
      </w:r>
    </w:p>
    <w:p>
      <w:pPr>
        <w:jc w:val="right"/>
      </w:pPr>
      <w:r>
        <w:t>therwise, we are doomed to failure.</w:t>
      </w:r>
    </w:p>
    <w:p>
      <w:r>
        <w:rPr>
          <w:b/>
        </w:rPr>
        <w:t xml:space="preserve">[46:00] </w:t>
      </w:r>
      <w:r>
        <w:t>Then there is no second chance.</w:t>
      </w:r>
    </w:p>
    <w:p>
      <w:pPr>
        <w:jc w:val="right"/>
      </w:pPr>
      <w:r>
        <w:t>Then there is no second chance.</w:t>
      </w:r>
    </w:p>
    <w:p>
      <w:r>
        <w:rPr>
          <w:b/>
        </w:rPr>
        <w:t xml:space="preserve">[46:06] </w:t>
      </w:r>
      <w:r>
        <w:t>There is no second chance for mankind.</w:t>
      </w:r>
    </w:p>
    <w:p>
      <w:pPr>
        <w:jc w:val="right"/>
      </w:pPr>
      <w:r>
        <w:t>There is no second chance for mankind.</w:t>
      </w:r>
    </w:p>
    <w:p>
      <w:r>
        <w:rPr>
          <w:b/>
        </w:rPr>
        <w:t xml:space="preserve">[46:12] </w:t>
      </w:r>
      <w:r>
        <w:t>This was the only chance.</w:t>
      </w:r>
    </w:p>
    <w:p>
      <w:pPr>
        <w:jc w:val="right"/>
      </w:pPr>
      <w:r>
        <w:t>This was the only chance.</w:t>
      </w:r>
    </w:p>
    <w:p>
      <w:r>
        <w:rPr>
          <w:b/>
        </w:rPr>
        <w:t xml:space="preserve">[46:18] </w:t>
      </w:r>
      <w:r>
        <w:t>The present global warming is telling us that this was the first</w:t>
      </w:r>
    </w:p>
    <w:p>
      <w:pPr>
        <w:jc w:val="right"/>
      </w:pPr>
      <w:r>
        <w:t>The present global warming is telling us that this was the first</w:t>
      </w:r>
    </w:p>
    <w:p>
      <w:r>
        <w:rPr>
          <w:b/>
        </w:rPr>
        <w:t xml:space="preserve">[46:24] </w:t>
      </w:r>
      <w:r>
        <w:t>chance and the period of the first chance is going to end.</w:t>
      </w:r>
    </w:p>
    <w:p>
      <w:pPr>
        <w:jc w:val="right"/>
      </w:pPr>
      <w:r>
        <w:t>chance and the period of the first chance is going to end.</w:t>
      </w:r>
    </w:p>
    <w:p>
      <w:r>
        <w:rPr>
          <w:b/>
        </w:rPr>
        <w:t xml:space="preserve">[46:29] </w:t>
      </w:r>
      <w:r>
        <w:t>Then there is no second chance.</w:t>
      </w:r>
    </w:p>
    <w:p>
      <w:pPr>
        <w:jc w:val="right"/>
      </w:pPr>
      <w:r>
        <w:t>Then there is no second chance.</w:t>
      </w:r>
    </w:p>
    <w:p>
      <w:r>
        <w:rPr>
          <w:b/>
        </w:rPr>
        <w:t xml:space="preserve">[46:34] </w:t>
      </w:r>
      <w:r>
        <w:t>According to the creation plan of God, there was only one chance for a human being.</w:t>
      </w:r>
    </w:p>
    <w:p>
      <w:pPr>
        <w:jc w:val="right"/>
      </w:pPr>
      <w:r>
        <w:t>According to the creation plan of God, there was only one chance for a human being.</w:t>
      </w:r>
    </w:p>
    <w:p>
      <w:r>
        <w:rPr>
          <w:b/>
        </w:rPr>
        <w:t xml:space="preserve">[46:39] </w:t>
      </w:r>
      <w:r>
        <w:t>That was in the pre-death period.</w:t>
      </w:r>
    </w:p>
    <w:p>
      <w:pPr>
        <w:jc w:val="right"/>
      </w:pPr>
      <w:r>
        <w:t>That was in the pre-death period.</w:t>
      </w:r>
    </w:p>
    <w:p>
      <w:r>
        <w:rPr>
          <w:b/>
        </w:rPr>
        <w:t xml:space="preserve">[46:44] </w:t>
      </w:r>
      <w:r>
        <w:t>For 60 years, 70 years, 90 years, that is all.</w:t>
      </w:r>
    </w:p>
    <w:p>
      <w:pPr>
        <w:jc w:val="right"/>
      </w:pPr>
      <w:r>
        <w:t>For 60 years, 70 years, 90 years, that is all.</w:t>
      </w:r>
    </w:p>
    <w:p>
      <w:r>
        <w:rPr>
          <w:b/>
        </w:rPr>
        <w:t xml:space="preserve">[46:50] </w:t>
      </w:r>
      <w:r>
        <w:t>This was the first chance</w:t>
      </w:r>
    </w:p>
    <w:p>
      <w:pPr>
        <w:jc w:val="right"/>
      </w:pPr>
      <w:r>
        <w:t>This was the first chance</w:t>
      </w:r>
    </w:p>
    <w:p>
      <w:r>
        <w:rPr>
          <w:b/>
        </w:rPr>
        <w:t xml:space="preserve">[46:55] </w:t>
      </w:r>
      <w:r>
        <w:t>—</w:t>
      </w:r>
    </w:p>
    <w:p>
      <w:pPr>
        <w:jc w:val="right"/>
      </w:pPr>
      <w:r>
        <w:t>.</w:t>
      </w:r>
    </w:p>
    <w:p>
      <w:r>
        <w:rPr>
          <w:b/>
        </w:rPr>
        <w:t xml:space="preserve">[47:01] </w:t>
      </w:r>
      <w:r>
        <w:t>No second chance is possible for any man or any woman.</w:t>
      </w:r>
    </w:p>
    <w:p>
      <w:pPr>
        <w:jc w:val="right"/>
      </w:pPr>
      <w:r>
        <w:t>No second chance is possible for any man or any woman.</w:t>
      </w:r>
    </w:p>
    <w:p>
      <w:r>
        <w:rPr>
          <w:b/>
        </w:rPr>
        <w:t xml:space="preserve">[47:07] </w:t>
      </w:r>
      <w:r>
        <w:t>So we have to be cautious.</w:t>
      </w:r>
    </w:p>
    <w:p>
      <w:pPr>
        <w:jc w:val="right"/>
      </w:pPr>
      <w:r>
        <w:t>So we have to be cautious.</w:t>
      </w:r>
    </w:p>
    <w:p>
      <w:r>
        <w:rPr>
          <w:b/>
        </w:rPr>
        <w:t xml:space="preserve">[47:13] </w:t>
      </w:r>
      <w:r>
        <w:t>We have to avail this first chance.</w:t>
      </w:r>
    </w:p>
    <w:p>
      <w:pPr>
        <w:jc w:val="right"/>
      </w:pPr>
      <w:r>
        <w:t>We have to avail this first chance.</w:t>
      </w:r>
    </w:p>
    <w:p>
      <w:r>
        <w:rPr>
          <w:b/>
        </w:rPr>
        <w:t xml:space="preserve">[47:20] </w:t>
      </w:r>
      <w:r>
        <w:t>If you fail if we fail to avail this first chance, then there is nothing but</w:t>
      </w:r>
    </w:p>
    <w:p>
      <w:pPr>
        <w:jc w:val="right"/>
      </w:pPr>
      <w:r>
        <w:t>If you fail if we fail to avail this first chance, then there is nothing but</w:t>
      </w:r>
    </w:p>
    <w:p>
      <w:r>
        <w:rPr>
          <w:b/>
        </w:rPr>
        <w:t xml:space="preserve">[47:26] </w:t>
      </w:r>
      <w:r>
        <w:t>eternal fire, eternal hell, eternal curse, eternal punishment.</w:t>
      </w:r>
    </w:p>
    <w:p>
      <w:pPr>
        <w:jc w:val="right"/>
      </w:pPr>
      <w:r>
        <w:t>eternal fire, eternal hell, eternal curse, eternal punishment.</w:t>
      </w:r>
    </w:p>
    <w:p>
      <w:r>
        <w:rPr>
          <w:b/>
        </w:rPr>
        <w:t xml:space="preserve">[47:36] </w:t>
      </w:r>
      <w:r>
        <w:t>So we have to be very, very conscious.</w:t>
      </w:r>
    </w:p>
    <w:p>
      <w:pPr>
        <w:jc w:val="right"/>
      </w:pPr>
      <w:r>
        <w:t>So we have to be very, very conscious.</w:t>
      </w:r>
    </w:p>
    <w:p>
      <w:r>
        <w:rPr>
          <w:b/>
        </w:rPr>
        <w:t xml:space="preserve">[47:46] </w:t>
      </w:r>
      <w:r>
        <w:t>We have to achieve this first ch</w:t>
      </w:r>
    </w:p>
    <w:p>
      <w:pPr>
        <w:jc w:val="right"/>
      </w:pPr>
      <w:r>
        <w:t>We have to achieve this first ch</w:t>
      </w:r>
    </w:p>
    <w:p>
      <w:r>
        <w:rPr>
          <w:b/>
        </w:rPr>
        <w:t xml:space="preserve">[47:56] </w:t>
      </w:r>
      <w:r>
        <w:t>ance.</w:t>
      </w:r>
    </w:p>
    <w:p>
      <w:pPr>
        <w:jc w:val="right"/>
      </w:pPr>
      <w:r>
        <w:t>ance.</w:t>
      </w:r>
    </w:p>
    <w:p>
      <w:r>
        <w:rPr>
          <w:b/>
        </w:rPr>
        <w:t xml:space="preserve">[48:01] </w:t>
      </w:r>
      <w:r>
        <w:t>We have to manage our time.</w:t>
      </w:r>
    </w:p>
    <w:p>
      <w:pPr>
        <w:jc w:val="right"/>
      </w:pPr>
      <w:r>
        <w:t>We have to manage our time.</w:t>
      </w:r>
    </w:p>
    <w:p>
      <w:r>
        <w:rPr>
          <w:b/>
        </w:rPr>
        <w:t xml:space="preserve">[48:06] </w:t>
      </w:r>
      <w:r>
        <w:t>We have to manage our money.</w:t>
      </w:r>
    </w:p>
    <w:p>
      <w:pPr>
        <w:jc w:val="right"/>
      </w:pPr>
      <w:r>
        <w:t>We have to manage our money.</w:t>
      </w:r>
    </w:p>
    <w:p>
      <w:r>
        <w:rPr>
          <w:b/>
        </w:rPr>
        <w:t xml:space="preserve">[48:11] </w:t>
      </w:r>
      <w:r>
        <w:t>We have to manage our life.</w:t>
      </w:r>
    </w:p>
    <w:p>
      <w:pPr>
        <w:jc w:val="right"/>
      </w:pPr>
      <w:r>
        <w:t>We have to manage our life.</w:t>
      </w:r>
    </w:p>
    <w:p>
      <w:r>
        <w:rPr>
          <w:b/>
        </w:rPr>
        <w:t xml:space="preserve">[48:17] </w:t>
      </w:r>
      <w:r>
        <w:t>We have to manage our desires.</w:t>
      </w:r>
    </w:p>
    <w:p>
      <w:pPr>
        <w:jc w:val="right"/>
      </w:pPr>
      <w:r>
        <w:t>We have to manage our desires.</w:t>
      </w:r>
    </w:p>
    <w:p>
      <w:r>
        <w:rPr>
          <w:b/>
        </w:rPr>
        <w:t xml:space="preserve">[48:22] </w:t>
      </w:r>
      <w:r>
        <w:t>We have to manage our desires in such a way that</w:t>
      </w:r>
    </w:p>
    <w:p>
      <w:pPr>
        <w:jc w:val="right"/>
      </w:pPr>
      <w:r>
        <w:t>We have to manage our desires in such a way that</w:t>
      </w:r>
    </w:p>
    <w:p>
      <w:r>
        <w:rPr>
          <w:b/>
        </w:rPr>
        <w:t xml:space="preserve">[48:27] </w:t>
      </w:r>
      <w:r>
        <w:t>we are not deviated from theright path. So we have to know the art ofright management. We have to learn the art ofright management. Management of our time, management of our money, management of our activities, management of our desir</w:t>
      </w:r>
    </w:p>
    <w:p>
      <w:pPr>
        <w:jc w:val="right"/>
      </w:pPr>
      <w:r>
        <w:t>we are not deviated from theright path. So we have to know the art ofright management. We have to learn the art ofright management. Management of our time, management of our money, management of our activities, management of our desir</w:t>
      </w:r>
    </w:p>
    <w:p>
      <w:r>
        <w:rPr>
          <w:b/>
        </w:rPr>
        <w:t xml:space="preserve">[48:57] </w:t>
      </w:r>
      <w:r>
        <w:t>es.</w:t>
      </w:r>
    </w:p>
    <w:p>
      <w:pPr>
        <w:jc w:val="right"/>
      </w:pPr>
      <w:r>
        <w:t>es.</w:t>
      </w:r>
    </w:p>
    <w:p>
      <w:r>
        <w:rPr>
          <w:b/>
        </w:rPr>
        <w:t xml:space="preserve">[49:01] </w:t>
      </w:r>
      <w:r>
        <w:t>There is no option for us. No option.</w:t>
      </w:r>
    </w:p>
    <w:p>
      <w:pPr>
        <w:jc w:val="right"/>
      </w:pPr>
      <w:r>
        <w:t>There is no option for us. No option.</w:t>
      </w:r>
    </w:p>
    <w:p>
      <w:r>
        <w:rPr>
          <w:b/>
        </w:rPr>
        <w:t xml:space="preserve">[49:06] </w:t>
      </w:r>
      <w:r>
        <w:t>There is no option at all.</w:t>
      </w:r>
    </w:p>
    <w:p>
      <w:pPr>
        <w:jc w:val="right"/>
      </w:pPr>
      <w:r>
        <w:t>There is no option at all.</w:t>
      </w:r>
    </w:p>
    <w:p>
      <w:r>
        <w:rPr>
          <w:b/>
        </w:rPr>
        <w:t xml:space="preserve">[49:10] </w:t>
      </w:r>
      <w:r>
        <w:t>Although we are free, everyone is free.</w:t>
      </w:r>
    </w:p>
    <w:p>
      <w:pPr>
        <w:jc w:val="right"/>
      </w:pPr>
      <w:r>
        <w:t>Although we are free, everyone is free.</w:t>
      </w:r>
    </w:p>
    <w:p>
      <w:r>
        <w:rPr>
          <w:b/>
        </w:rPr>
        <w:t xml:space="preserve">[49:14] </w:t>
      </w:r>
      <w:r>
        <w:t>We have total freedom.</w:t>
      </w:r>
    </w:p>
    <w:p>
      <w:pPr>
        <w:jc w:val="right"/>
      </w:pPr>
      <w:r>
        <w:t>We have total freedom.</w:t>
      </w:r>
    </w:p>
    <w:p>
      <w:r>
        <w:rPr>
          <w:b/>
        </w:rPr>
        <w:t xml:space="preserve">[49:18] </w:t>
      </w:r>
      <w:r>
        <w:t>We enjoy total freedom.</w:t>
      </w:r>
    </w:p>
    <w:p>
      <w:pPr>
        <w:jc w:val="right"/>
      </w:pPr>
      <w:r>
        <w:t>We enjoy total freedom.</w:t>
      </w:r>
    </w:p>
    <w:p>
      <w:r>
        <w:rPr>
          <w:b/>
        </w:rPr>
        <w:t xml:space="preserve">[49:23] </w:t>
      </w:r>
      <w:r>
        <w:t>So we are</w:t>
      </w:r>
    </w:p>
    <w:p>
      <w:pPr>
        <w:jc w:val="right"/>
      </w:pPr>
      <w:r>
        <w:t>So we are</w:t>
      </w:r>
    </w:p>
    <w:p>
      <w:r>
        <w:rPr>
          <w:b/>
        </w:rPr>
        <w:t xml:space="preserve">[49:27] </w:t>
      </w:r>
      <w:r>
        <w:t>free to act.</w:t>
      </w:r>
    </w:p>
    <w:p>
      <w:pPr>
        <w:jc w:val="right"/>
      </w:pPr>
      <w:r>
        <w:t>free to act.</w:t>
      </w:r>
    </w:p>
    <w:p>
      <w:r>
        <w:rPr>
          <w:b/>
        </w:rPr>
        <w:t xml:space="preserve">[49:34] </w:t>
      </w:r>
      <w:r>
        <w:t>But we cannot change our destiny.</w:t>
      </w:r>
    </w:p>
    <w:p>
      <w:pPr>
        <w:jc w:val="right"/>
      </w:pPr>
      <w:r>
        <w:t>But we cannot change our destiny.</w:t>
      </w:r>
    </w:p>
    <w:p>
      <w:r>
        <w:rPr>
          <w:b/>
        </w:rPr>
        <w:t xml:space="preserve">[49:40] </w:t>
      </w:r>
      <w:r>
        <w:t>We can act according to our choice.</w:t>
      </w:r>
    </w:p>
    <w:p>
      <w:pPr>
        <w:jc w:val="right"/>
      </w:pPr>
      <w:r>
        <w:t>We can act according to our choice.</w:t>
      </w:r>
    </w:p>
    <w:p>
      <w:r>
        <w:rPr>
          <w:b/>
        </w:rPr>
        <w:t xml:space="preserve">[49:47] </w:t>
      </w:r>
      <w:r>
        <w:t>We may act according to our choice.</w:t>
      </w:r>
    </w:p>
    <w:p>
      <w:pPr>
        <w:jc w:val="right"/>
      </w:pPr>
      <w:r>
        <w:t>We may act according to our choice.</w:t>
      </w:r>
    </w:p>
    <w:p>
      <w:r>
        <w:rPr>
          <w:b/>
        </w:rPr>
        <w:t xml:space="preserve">[49:53] </w:t>
      </w:r>
      <w:r>
        <w:t>But we have no power to change our destiny.</w:t>
      </w:r>
    </w:p>
    <w:p>
      <w:pPr>
        <w:jc w:val="right"/>
      </w:pPr>
      <w:r>
        <w:t>But we have no power to change our destiny.</w:t>
      </w:r>
    </w:p>
    <w:p>
      <w:r>
        <w:rPr>
          <w:b/>
        </w:rPr>
        <w:t xml:space="preserve">[50:00] </w:t>
      </w:r>
      <w:r>
        <w:t>This is very crucial, very important, very serious.</w:t>
      </w:r>
    </w:p>
    <w:p>
      <w:pPr>
        <w:jc w:val="right"/>
      </w:pPr>
      <w:r>
        <w:t>This is very crucial, very important, very serious.</w:t>
      </w:r>
    </w:p>
    <w:p>
      <w:r>
        <w:rPr>
          <w:b/>
        </w:rPr>
        <w:t xml:space="preserve">[50:05] </w:t>
      </w:r>
      <w:r>
        <w:t>It is a very serious matter.</w:t>
      </w:r>
    </w:p>
    <w:p>
      <w:pPr>
        <w:jc w:val="right"/>
      </w:pPr>
      <w:r>
        <w:t>It is a very serious matter.</w:t>
      </w:r>
    </w:p>
    <w:p>
      <w:r>
        <w:rPr>
          <w:b/>
        </w:rPr>
        <w:t xml:space="preserve">[50:10] </w:t>
      </w:r>
      <w:r>
        <w:t>It is a fact that we have total freedom.</w:t>
      </w:r>
    </w:p>
    <w:p>
      <w:pPr>
        <w:jc w:val="right"/>
      </w:pPr>
      <w:r>
        <w:t>It is a fact that we have total freedom.</w:t>
      </w:r>
    </w:p>
    <w:p>
      <w:r>
        <w:rPr>
          <w:b/>
        </w:rPr>
        <w:t xml:space="preserve">[50:15] </w:t>
      </w:r>
      <w:r>
        <w:t>But this freedom is conditional.</w:t>
      </w:r>
    </w:p>
    <w:p>
      <w:pPr>
        <w:jc w:val="right"/>
      </w:pPr>
      <w:r>
        <w:t>But this freedom is conditional.</w:t>
      </w:r>
    </w:p>
    <w:p>
      <w:r>
        <w:rPr>
          <w:b/>
        </w:rPr>
        <w:t xml:space="preserve">[50:20] </w:t>
      </w:r>
      <w:r>
        <w:t>This freedom is not absolute.</w:t>
      </w:r>
    </w:p>
    <w:p>
      <w:pPr>
        <w:jc w:val="right"/>
      </w:pPr>
      <w:r>
        <w:t>This freedom is not absolute.</w:t>
      </w:r>
    </w:p>
    <w:p>
      <w:r>
        <w:rPr>
          <w:b/>
        </w:rPr>
        <w:t xml:space="preserve">[50:25] </w:t>
      </w:r>
      <w:r>
        <w:t>We have to know, we have to understand that</w:t>
      </w:r>
    </w:p>
    <w:p>
      <w:pPr>
        <w:jc w:val="right"/>
      </w:pPr>
      <w:r>
        <w:t>We have to know, we have to understand that</w:t>
      </w:r>
    </w:p>
    <w:p>
      <w:r>
        <w:rPr>
          <w:b/>
        </w:rPr>
        <w:t xml:space="preserve">[50:30] </w:t>
      </w:r>
      <w:r>
        <w:t>although we have freedom, but our freedom is conditional, our freedom is not absolute.</w:t>
      </w:r>
    </w:p>
    <w:p>
      <w:pPr>
        <w:jc w:val="right"/>
      </w:pPr>
      <w:r>
        <w:t>although we have freedom, but our freedom is conditional, our freedom is not absolute.</w:t>
      </w:r>
    </w:p>
    <w:p>
      <w:r>
        <w:rPr>
          <w:b/>
        </w:rPr>
        <w:t xml:space="preserve">[50:37] </w:t>
      </w:r>
      <w:r>
        <w:t>So we have freedom to act.</w:t>
      </w:r>
    </w:p>
    <w:p>
      <w:pPr>
        <w:jc w:val="right"/>
      </w:pPr>
      <w:r>
        <w:t>So we have freedom to act.</w:t>
      </w:r>
    </w:p>
    <w:p>
      <w:r>
        <w:rPr>
          <w:b/>
        </w:rPr>
        <w:t xml:space="preserve">[50:45] </w:t>
      </w:r>
      <w:r>
        <w:t>But we have no freedom to change our destiny, to change the result.</w:t>
      </w:r>
    </w:p>
    <w:p>
      <w:pPr>
        <w:jc w:val="right"/>
      </w:pPr>
      <w:r>
        <w:t>But we have no freedom to change our destiny, to change the result.</w:t>
      </w:r>
    </w:p>
    <w:p>
      <w:r>
        <w:rPr>
          <w:b/>
        </w:rPr>
        <w:t xml:space="preserve">[50:52] </w:t>
      </w:r>
      <w:r>
        <w:t>We have no</w:t>
      </w:r>
    </w:p>
    <w:p>
      <w:pPr>
        <w:jc w:val="right"/>
      </w:pPr>
      <w:r>
        <w:t>We have no</w:t>
      </w:r>
    </w:p>
    <w:p>
      <w:r>
        <w:rPr>
          <w:b/>
        </w:rPr>
        <w:t xml:space="preserve">[51:00] </w:t>
      </w:r>
      <w:r>
        <w:t>power to change the course of doomsday.</w:t>
      </w:r>
    </w:p>
    <w:p>
      <w:pPr>
        <w:jc w:val="right"/>
      </w:pPr>
      <w:r>
        <w:t>power to change the course of doomsday.</w:t>
      </w:r>
    </w:p>
    <w:p>
      <w:r>
        <w:rPr>
          <w:b/>
        </w:rPr>
        <w:t xml:space="preserve">[51:08] </w:t>
      </w:r>
      <w:r>
        <w:t>Doomsday is coming very soon, very soon.</w:t>
      </w:r>
    </w:p>
    <w:p>
      <w:pPr>
        <w:jc w:val="right"/>
      </w:pPr>
      <w:r>
        <w:t>Doomsday is coming very soon, very soon.</w:t>
      </w:r>
    </w:p>
    <w:p>
      <w:r>
        <w:rPr>
          <w:b/>
        </w:rPr>
        <w:t xml:space="preserve">[51:15] </w:t>
      </w:r>
      <w:r>
        <w:t>Global warming tells us in a silent language that doomsday is coming.</w:t>
      </w:r>
    </w:p>
    <w:p>
      <w:pPr>
        <w:jc w:val="right"/>
      </w:pPr>
      <w:r>
        <w:t>Global warming tells us in a silent language that doomsday is coming.</w:t>
      </w:r>
    </w:p>
    <w:p>
      <w:r>
        <w:rPr>
          <w:b/>
        </w:rPr>
        <w:t xml:space="preserve">[51:23] </w:t>
      </w:r>
      <w:r>
        <w:t>The countdown has</w:t>
      </w:r>
    </w:p>
    <w:p>
      <w:pPr>
        <w:jc w:val="right"/>
      </w:pPr>
      <w:r>
        <w:t>The countdown has</w:t>
      </w:r>
    </w:p>
    <w:p>
      <w:r>
        <w:rPr>
          <w:b/>
        </w:rPr>
        <w:t xml:space="preserve">[51:30] </w:t>
      </w:r>
      <w:r>
        <w:t>reached its end.</w:t>
      </w:r>
    </w:p>
    <w:p>
      <w:pPr>
        <w:jc w:val="right"/>
      </w:pPr>
      <w:r>
        <w:t>reached its end.</w:t>
      </w:r>
    </w:p>
    <w:p>
      <w:r>
        <w:rPr>
          <w:b/>
        </w:rPr>
        <w:t xml:space="preserve">[51:38] </w:t>
      </w:r>
      <w:r>
        <w:t>So there is no time.</w:t>
      </w:r>
    </w:p>
    <w:p>
      <w:pPr>
        <w:jc w:val="right"/>
      </w:pPr>
      <w:r>
        <w:t>So there is no time.</w:t>
      </w:r>
    </w:p>
    <w:p>
      <w:r>
        <w:rPr>
          <w:b/>
        </w:rPr>
        <w:t xml:space="preserve">[51:45] </w:t>
      </w:r>
      <w:r>
        <w:t>We cannot afford the luxury of wasting our time.</w:t>
      </w:r>
    </w:p>
    <w:p>
      <w:pPr>
        <w:jc w:val="right"/>
      </w:pPr>
      <w:r>
        <w:t>We cannot afford the luxury of wasting our time.</w:t>
      </w:r>
    </w:p>
    <w:p>
      <w:r>
        <w:rPr>
          <w:b/>
        </w:rPr>
        <w:t xml:space="preserve">[51:53] </w:t>
      </w:r>
      <w:r>
        <w:t>This luxury cannot afford we cannot afford this luxury to waste our time. So I</w:t>
      </w:r>
    </w:p>
    <w:p>
      <w:pPr>
        <w:jc w:val="right"/>
      </w:pPr>
      <w:r>
        <w:t>This luxury cannot afford we cannot afford this luxury to waste our time. So I</w:t>
      </w:r>
    </w:p>
    <w:p>
      <w:r>
        <w:rPr>
          <w:b/>
        </w:rPr>
        <w:t xml:space="preserve">[52:00] </w:t>
      </w:r>
      <w:r>
        <w:t>will repeat that verse, those two verses from the Quran, "History is a witness that man is in</w:t>
      </w:r>
    </w:p>
    <w:p>
      <w:pPr>
        <w:jc w:val="right"/>
      </w:pPr>
      <w:r>
        <w:t>will repeat that verse, those two verses from the Quran, "History is a witness that man is in</w:t>
      </w:r>
    </w:p>
    <w:p>
      <w:r>
        <w:rPr>
          <w:b/>
        </w:rPr>
        <w:t xml:space="preserve">[52:16] </w:t>
      </w:r>
      <w:r>
        <w:t>loss except those who are true believers and who</w:t>
      </w:r>
    </w:p>
    <w:p>
      <w:pPr>
        <w:jc w:val="right"/>
      </w:pPr>
      <w:r>
        <w:t>loss except those who are true believers and who</w:t>
      </w:r>
    </w:p>
    <w:p>
      <w:r>
        <w:rPr>
          <w:b/>
        </w:rPr>
        <w:t xml:space="preserve">[52:31] </w:t>
      </w:r>
      <w:r>
        <w:t>do good deeds." And the other chapter is like this, "God Almighty says, 'We created man</w:t>
      </w:r>
    </w:p>
    <w:p>
      <w:pPr>
        <w:jc w:val="right"/>
      </w:pPr>
      <w:r>
        <w:t>do good deeds." And the other chapter is like this, "God Almighty says, 'We created man</w:t>
      </w:r>
    </w:p>
    <w:p>
      <w:r>
        <w:rPr>
          <w:b/>
        </w:rPr>
        <w:t xml:space="preserve">[53:01] </w:t>
      </w:r>
      <w:r>
        <w:t>in the best mold.</w:t>
      </w:r>
    </w:p>
    <w:p>
      <w:pPr>
        <w:jc w:val="right"/>
      </w:pPr>
      <w:r>
        <w:t>in the best mold.</w:t>
      </w:r>
    </w:p>
    <w:p>
      <w:r>
        <w:rPr>
          <w:b/>
        </w:rPr>
        <w:t xml:space="preserve">[53:11] </w:t>
      </w:r>
      <w:r>
        <w:t>Then we cast him down to the lowest of the low except those who prove to be true</w:t>
      </w:r>
    </w:p>
    <w:p>
      <w:pPr>
        <w:jc w:val="right"/>
      </w:pPr>
      <w:r>
        <w:t>Then we cast him down to the lowest of the low except those who prove to be true</w:t>
      </w:r>
    </w:p>
    <w:p>
      <w:r>
        <w:rPr>
          <w:b/>
        </w:rPr>
        <w:t xml:space="preserve">[53:21] </w:t>
      </w:r>
      <w:r>
        <w:t>believers and who do good deeds.'" So I can say that faith and good deeds are</w:t>
      </w:r>
    </w:p>
    <w:p>
      <w:pPr>
        <w:jc w:val="right"/>
      </w:pPr>
      <w:r>
        <w:t>believers and who do good deeds.'" So I can say that faith and good deeds are</w:t>
      </w:r>
    </w:p>
    <w:p>
      <w:r>
        <w:rPr>
          <w:b/>
        </w:rPr>
        <w:t xml:space="preserve">[53:31] </w:t>
      </w:r>
      <w:r>
        <w:t>a return ticket with every human being.</w:t>
      </w:r>
    </w:p>
    <w:p>
      <w:pPr>
        <w:jc w:val="right"/>
      </w:pPr>
      <w:r>
        <w:t>a return ticket with every human being.</w:t>
      </w:r>
    </w:p>
    <w:p>
      <w:r>
        <w:rPr>
          <w:b/>
        </w:rPr>
        <w:t xml:space="preserve">[53:37] </w:t>
      </w:r>
      <w:r>
        <w:t>We can avail this return ticket.</w:t>
      </w:r>
    </w:p>
    <w:p>
      <w:pPr>
        <w:jc w:val="right"/>
      </w:pPr>
      <w:r>
        <w:t>We can avail this return ticket.</w:t>
      </w:r>
    </w:p>
    <w:p>
      <w:r>
        <w:rPr>
          <w:b/>
        </w:rPr>
        <w:t xml:space="preserve">[53:44] </w:t>
      </w:r>
      <w:r>
        <w:t>And again, we can find a seat in the Paradise.</w:t>
      </w:r>
    </w:p>
    <w:p>
      <w:pPr>
        <w:jc w:val="right"/>
      </w:pPr>
      <w:r>
        <w:t>And again, we can find a seat in the Paradise.</w:t>
      </w:r>
    </w:p>
    <w:p>
      <w:r>
        <w:rPr>
          <w:b/>
        </w:rPr>
        <w:t xml:space="preserve">[53:50] </w:t>
      </w:r>
      <w:r>
        <w:t>But here I would like to add that faith and good deeds are not simply faith is not</w:t>
      </w:r>
    </w:p>
    <w:p>
      <w:pPr>
        <w:jc w:val="right"/>
      </w:pPr>
      <w:r>
        <w:t>But here I would like to add that faith and good deeds are not simply faith is not</w:t>
      </w:r>
    </w:p>
    <w:p>
      <w:r>
        <w:rPr>
          <w:b/>
        </w:rPr>
        <w:t xml:space="preserve">[53:56] </w:t>
      </w:r>
      <w:r>
        <w:t>simply a recitation of some words</w:t>
      </w:r>
    </w:p>
    <w:p>
      <w:pPr>
        <w:jc w:val="right"/>
      </w:pPr>
      <w:r>
        <w:t>simply a recitation of some words</w:t>
      </w:r>
    </w:p>
    <w:p>
      <w:r>
        <w:rPr>
          <w:b/>
        </w:rPr>
        <w:t xml:space="preserve">[54:02] </w:t>
      </w:r>
      <w:r>
        <w:t>like Kalima.</w:t>
      </w:r>
    </w:p>
    <w:p>
      <w:pPr>
        <w:jc w:val="right"/>
      </w:pPr>
      <w:r>
        <w:t>like Kalima.</w:t>
      </w:r>
    </w:p>
    <w:p>
      <w:r>
        <w:rPr>
          <w:b/>
        </w:rPr>
        <w:t xml:space="preserve">[54:07] </w:t>
      </w:r>
      <w:r>
        <w:t>People generally believe that faith means recitation of Kalima. No, no.</w:t>
      </w:r>
    </w:p>
    <w:p>
      <w:pPr>
        <w:jc w:val="right"/>
      </w:pPr>
      <w:r>
        <w:t>People generally believe that faith means recitation of Kalima. No, no.</w:t>
      </w:r>
    </w:p>
    <w:p>
      <w:r>
        <w:rPr>
          <w:b/>
        </w:rPr>
        <w:t xml:space="preserve">[54:13] </w:t>
      </w:r>
      <w:r>
        <w:t>Faith is discovery.</w:t>
      </w:r>
    </w:p>
    <w:p>
      <w:pPr>
        <w:jc w:val="right"/>
      </w:pPr>
      <w:r>
        <w:t>Faith is discovery.</w:t>
      </w:r>
    </w:p>
    <w:p>
      <w:r>
        <w:rPr>
          <w:b/>
        </w:rPr>
        <w:t xml:space="preserve">[54:18] </w:t>
      </w:r>
      <w:r>
        <w:t>Faith is realization.</w:t>
      </w:r>
    </w:p>
    <w:p>
      <w:pPr>
        <w:jc w:val="right"/>
      </w:pPr>
      <w:r>
        <w:t>Faith is realization.</w:t>
      </w:r>
    </w:p>
    <w:p>
      <w:r>
        <w:rPr>
          <w:b/>
        </w:rPr>
        <w:t xml:space="preserve">[54:24] </w:t>
      </w:r>
      <w:r>
        <w:t>Simply recitation of Kalima has nothing.</w:t>
      </w:r>
    </w:p>
    <w:p>
      <w:pPr>
        <w:jc w:val="right"/>
      </w:pPr>
      <w:r>
        <w:t>Simply recitation of Kalima has nothing.</w:t>
      </w:r>
    </w:p>
    <w:p>
      <w:r>
        <w:rPr>
          <w:b/>
        </w:rPr>
        <w:t xml:space="preserve">[54:29] </w:t>
      </w:r>
      <w:r>
        <w:t>Simply recitation of Kalima is nothing.</w:t>
      </w:r>
    </w:p>
    <w:p>
      <w:pPr>
        <w:jc w:val="right"/>
      </w:pPr>
      <w:r>
        <w:t>Simply recitation of Kalima is nothing.</w:t>
      </w:r>
    </w:p>
    <w:p>
      <w:r>
        <w:rPr>
          <w:b/>
        </w:rPr>
        <w:t xml:space="preserve">[54:35] </w:t>
      </w:r>
      <w:r>
        <w:t>Kalima means discovery.</w:t>
      </w:r>
    </w:p>
    <w:p>
      <w:pPr>
        <w:jc w:val="right"/>
      </w:pPr>
      <w:r>
        <w:t>Kalima means discovery.</w:t>
      </w:r>
    </w:p>
    <w:p>
      <w:r>
        <w:rPr>
          <w:b/>
        </w:rPr>
        <w:t xml:space="preserve">[54:42] </w:t>
      </w:r>
      <w:r>
        <w:t>Kalima means realization.</w:t>
      </w:r>
    </w:p>
    <w:p>
      <w:pPr>
        <w:jc w:val="right"/>
      </w:pPr>
      <w:r>
        <w:t>Kalima means realization.</w:t>
      </w:r>
    </w:p>
    <w:p>
      <w:r>
        <w:rPr>
          <w:b/>
        </w:rPr>
        <w:t xml:space="preserve">[54:50] </w:t>
      </w:r>
      <w:r>
        <w:t>So only that Kalima is valuable that is based on realization, that is based on discovery.</w:t>
      </w:r>
    </w:p>
    <w:p>
      <w:pPr>
        <w:jc w:val="right"/>
      </w:pPr>
      <w:r>
        <w:t>So only that Kalima is valuable that is based on realization, that is based on discovery.</w:t>
      </w:r>
    </w:p>
    <w:p>
      <w:r>
        <w:rPr>
          <w:b/>
        </w:rPr>
        <w:t xml:space="preserve">[54:58] </w:t>
      </w:r>
      <w:r>
        <w:t>When you say "La ilaha illallah," you are saying this on the basis of discovery, on the bas</w:t>
      </w:r>
    </w:p>
    <w:p>
      <w:pPr>
        <w:jc w:val="right"/>
      </w:pPr>
      <w:r>
        <w:t>When you say "La ilaha illallah," you are saying this on the basis of discovery, on the bas</w:t>
      </w:r>
    </w:p>
    <w:p>
      <w:r>
        <w:rPr>
          <w:b/>
        </w:rPr>
        <w:t xml:space="preserve">[55:05] </w:t>
      </w:r>
      <w:r>
        <w:t>is of realization, on the basis of discovery, on the basis of realization.</w:t>
      </w:r>
    </w:p>
    <w:p>
      <w:pPr>
        <w:jc w:val="right"/>
      </w:pPr>
      <w:r>
        <w:t>is of realization, on the basis of discovery, on the basis of realization.</w:t>
      </w:r>
    </w:p>
    <w:p>
      <w:r>
        <w:rPr>
          <w:b/>
        </w:rPr>
        <w:t xml:space="preserve">[55:11] </w:t>
      </w:r>
      <w:r>
        <w:t>It is not as a lip service.</w:t>
      </w:r>
    </w:p>
    <w:p>
      <w:pPr>
        <w:jc w:val="right"/>
      </w:pPr>
      <w:r>
        <w:t>It is not as a lip service.</w:t>
      </w:r>
    </w:p>
    <w:p>
      <w:r>
        <w:rPr>
          <w:b/>
        </w:rPr>
        <w:t xml:space="preserve">[55:17] </w:t>
      </w:r>
      <w:r>
        <w:t>When you say "La ilaha illallah," you are not saying as a lip service.</w:t>
      </w:r>
    </w:p>
    <w:p>
      <w:pPr>
        <w:jc w:val="right"/>
      </w:pPr>
      <w:r>
        <w:t>When you say "La ilaha illallah," you are not saying as a lip service.</w:t>
      </w:r>
    </w:p>
    <w:p>
      <w:r>
        <w:rPr>
          <w:b/>
        </w:rPr>
        <w:t xml:space="preserve">[55:23] </w:t>
      </w:r>
      <w:r>
        <w:t>But you are saying this on the basis of discovery, on the basis of realization.</w:t>
      </w:r>
    </w:p>
    <w:p>
      <w:pPr>
        <w:jc w:val="right"/>
      </w:pPr>
      <w:r>
        <w:t>But you are saying this on the basis of discovery, on the basis of realization.</w:t>
      </w:r>
    </w:p>
    <w:p>
      <w:r>
        <w:rPr>
          <w:b/>
        </w:rPr>
        <w:t xml:space="preserve">[55:29] </w:t>
      </w:r>
      <w:r>
        <w:t>It means that</w:t>
      </w:r>
    </w:p>
    <w:p>
      <w:pPr>
        <w:jc w:val="right"/>
      </w:pPr>
      <w:r>
        <w:t>It means that</w:t>
      </w:r>
    </w:p>
    <w:p>
      <w:r>
        <w:rPr>
          <w:b/>
        </w:rPr>
        <w:t xml:space="preserve">[55:35] </w:t>
      </w:r>
      <w:r>
        <w:t>"I have discovered that there is no God but one God.</w:t>
      </w:r>
    </w:p>
    <w:p>
      <w:pPr>
        <w:jc w:val="right"/>
      </w:pPr>
      <w:r>
        <w:t>, "I have discovered that there is no God but one God.</w:t>
      </w:r>
    </w:p>
    <w:p>
      <w:r>
        <w:rPr>
          <w:b/>
        </w:rPr>
        <w:t xml:space="preserve">[55:43] </w:t>
      </w:r>
      <w:r>
        <w:t>I have realized that there is no God but one God." So is the case of good deed.</w:t>
      </w:r>
    </w:p>
    <w:p>
      <w:pPr>
        <w:jc w:val="right"/>
      </w:pPr>
      <w:r>
        <w:t>I have realized that there is no God but one God." So is the case of good deed.</w:t>
      </w:r>
    </w:p>
    <w:p>
      <w:r>
        <w:rPr>
          <w:b/>
        </w:rPr>
        <w:t xml:space="preserve">[55:51] </w:t>
      </w:r>
      <w:r>
        <w:t>Good deed is not simply some form or rituals. No.</w:t>
      </w:r>
    </w:p>
    <w:p>
      <w:pPr>
        <w:jc w:val="right"/>
      </w:pPr>
      <w:r>
        <w:t>Good deed is not simply some form or rituals. No.</w:t>
      </w:r>
    </w:p>
    <w:p>
      <w:r>
        <w:rPr>
          <w:b/>
        </w:rPr>
        <w:t xml:space="preserve">[55:58] </w:t>
      </w:r>
      <w:r>
        <w:t>It is not a set of rituals.</w:t>
      </w:r>
    </w:p>
    <w:p>
      <w:pPr>
        <w:jc w:val="right"/>
      </w:pPr>
      <w:r>
        <w:t>It is not a set of rituals.</w:t>
      </w:r>
    </w:p>
    <w:p>
      <w:r>
        <w:rPr>
          <w:b/>
        </w:rPr>
        <w:t xml:space="preserve">[56:06] </w:t>
      </w:r>
      <w:r>
        <w:t>It is not simply a form.</w:t>
      </w:r>
    </w:p>
    <w:p>
      <w:pPr>
        <w:jc w:val="right"/>
      </w:pPr>
      <w:r>
        <w:t>It is not simply a form.</w:t>
      </w:r>
    </w:p>
    <w:p>
      <w:r>
        <w:rPr>
          <w:b/>
        </w:rPr>
        <w:t xml:space="preserve">[56:14] </w:t>
      </w:r>
      <w:r>
        <w:t>It is a good deed means a behavior that comes from the deep of your heart, from the</w:t>
      </w:r>
    </w:p>
    <w:p>
      <w:pPr>
        <w:jc w:val="right"/>
      </w:pPr>
      <w:r>
        <w:t>It is a good deed means a behavior that comes from the deep of your heart, from the</w:t>
      </w:r>
    </w:p>
    <w:p>
      <w:r>
        <w:rPr>
          <w:b/>
        </w:rPr>
        <w:t xml:space="preserve">[56:23] </w:t>
      </w:r>
      <w:r>
        <w:t>deep of your mind.</w:t>
      </w:r>
    </w:p>
    <w:p>
      <w:pPr>
        <w:jc w:val="right"/>
      </w:pPr>
      <w:r>
        <w:t>deep of your mind.</w:t>
      </w:r>
    </w:p>
    <w:p>
      <w:r>
        <w:rPr>
          <w:b/>
        </w:rPr>
        <w:t xml:space="preserve">[56:31] </w:t>
      </w:r>
      <w:r>
        <w:t>The Quran says,</w:t>
      </w:r>
    </w:p>
    <w:p>
      <w:pPr>
        <w:jc w:val="right"/>
      </w:pPr>
      <w:r>
        <w:t>The Quran says,</w:t>
      </w:r>
    </w:p>
    <w:p>
      <w:r>
        <w:rPr>
          <w:b/>
        </w:rPr>
        <w:t xml:space="preserve">[56:39] </w:t>
      </w:r>
      <w:r>
        <w:t>"Die in the color of God." So take this glass.</w:t>
      </w:r>
    </w:p>
    <w:p>
      <w:pPr>
        <w:jc w:val="right"/>
      </w:pPr>
      <w:r>
        <w:t>"Die in the color of God." So take this glass.</w:t>
      </w:r>
    </w:p>
    <w:p>
      <w:r>
        <w:rPr>
          <w:b/>
        </w:rPr>
        <w:t xml:space="preserve">[56:45] </w:t>
      </w:r>
      <w:r>
        <w:t>If you put some stones.</w:t>
      </w:r>
    </w:p>
    <w:p>
      <w:pPr>
        <w:jc w:val="right"/>
      </w:pPr>
      <w:r>
        <w:t>If you put some stones.</w:t>
      </w:r>
    </w:p>
    <w:p>
      <w:r>
        <w:rPr>
          <w:b/>
        </w:rPr>
        <w:t xml:space="preserve">[56:51] </w:t>
      </w:r>
      <w:r>
        <w:t>So a stone and water will live without mixing.</w:t>
      </w:r>
    </w:p>
    <w:p>
      <w:pPr>
        <w:jc w:val="right"/>
      </w:pPr>
      <w:r>
        <w:t>So a stone and water will live without mixing.</w:t>
      </w:r>
    </w:p>
    <w:p>
      <w:r>
        <w:rPr>
          <w:b/>
        </w:rPr>
        <w:t xml:space="preserve">[56:58] </w:t>
      </w:r>
      <w:r>
        <w:t>But if you put here some color, then color and water will mix with each other.</w:t>
      </w:r>
    </w:p>
    <w:p>
      <w:pPr>
        <w:jc w:val="right"/>
      </w:pPr>
      <w:r>
        <w:t>But if you put here some color, then color and water will mix with each other.</w:t>
      </w:r>
    </w:p>
    <w:p>
      <w:r>
        <w:rPr>
          <w:b/>
        </w:rPr>
        <w:t xml:space="preserve">[57:04] </w:t>
      </w:r>
      <w:r>
        <w:t>So is the belief</w:t>
      </w:r>
    </w:p>
    <w:p>
      <w:pPr>
        <w:jc w:val="right"/>
      </w:pPr>
      <w:r>
        <w:t>So is the belief</w:t>
      </w:r>
    </w:p>
    <w:p>
      <w:r>
        <w:rPr>
          <w:b/>
        </w:rPr>
        <w:t xml:space="preserve">[57:10] </w:t>
      </w:r>
      <w:r>
        <w:t>—</w:t>
      </w:r>
    </w:p>
    <w:p>
      <w:pPr>
        <w:jc w:val="right"/>
      </w:pPr>
      <w:r>
        <w:t>.</w:t>
      </w:r>
    </w:p>
    <w:p>
      <w:r>
        <w:rPr>
          <w:b/>
        </w:rPr>
        <w:t xml:space="preserve">[57:17] </w:t>
      </w:r>
      <w:r>
        <w:t>Belief means and good deed means that your whole personality is indulged, your whole personality is involved.</w:t>
      </w:r>
    </w:p>
    <w:p>
      <w:pPr>
        <w:jc w:val="right"/>
      </w:pPr>
      <w:r>
        <w:t>Belief means and good deed means that your whole personality is indulged, your whole personality is involved.</w:t>
      </w:r>
    </w:p>
    <w:p>
      <w:r>
        <w:rPr>
          <w:b/>
        </w:rPr>
        <w:t xml:space="preserve">[57:25] </w:t>
      </w:r>
      <w:r>
        <w:t>Good deed means that kind of action in which your whole personality was involved.</w:t>
      </w:r>
    </w:p>
    <w:p>
      <w:pPr>
        <w:jc w:val="right"/>
      </w:pPr>
      <w:r>
        <w:t>Good deed means that kind of action in which your whole personality was involved.</w:t>
      </w:r>
    </w:p>
    <w:p>
      <w:r>
        <w:rPr>
          <w:b/>
        </w:rPr>
        <w:t xml:space="preserve">[57:32] </w:t>
      </w:r>
      <w:r>
        <w:t>Belief is that kind of Kalima in which your whole mind was involved</w:t>
      </w:r>
    </w:p>
    <w:p>
      <w:pPr>
        <w:jc w:val="right"/>
      </w:pPr>
      <w:r>
        <w:t>Belief is that kind of Kalima in which your whole mind was involved</w:t>
      </w:r>
    </w:p>
    <w:p>
      <w:r>
        <w:rPr>
          <w:b/>
        </w:rPr>
        <w:t xml:space="preserve">[57:40] </w:t>
      </w:r>
      <w:r>
        <w:t>. And deed is that kind of action in which your whole personality was involved. This is the return ticket to Paradise. This is the return ticket to Paradise.</w:t>
      </w:r>
    </w:p>
    <w:p>
      <w:pPr>
        <w:jc w:val="right"/>
      </w:pPr>
      <w:r>
        <w:t>. And deed is that kind of action in which your whole personality was involved. This is the return ticket to Paradise. This is the return ticket to Paradise.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