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Concept of Education in Islam June 1, 2007</w:t>
      </w:r>
    </w:p>
    <w:p>
      <w:r>
        <w:t>https://www.youtube.com/watch?v=I99mjy5ZBvY</w:t>
      </w:r>
    </w:p>
    <w:p>
      <w:r>
        <w:rPr>
          <w:b/>
        </w:rPr>
        <w:t xml:space="preserve">[00:13] </w:t>
      </w:r>
      <w:r>
        <w:t>bismillah ir rehman ir rahim, wa salla Allahu ala an nabiyyi al karim. rab ishrah li sadri, wa yassir li amri, wah lul uqdatan min lisani, yafqahu qawli.</w:t>
      </w:r>
    </w:p>
    <w:p>
      <w:pPr>
        <w:jc w:val="right"/>
      </w:pPr>
      <w:r>
        <w:t>بسم اللہ الرحمن الرحیم، وصلی اللہ علی النبی الکریم. رب اشرح لی صدری، ویسر لی امری، واحل العقدۃ من لسانی، یفقہ قولی.</w:t>
      </w:r>
    </w:p>
    <w:p>
      <w:r>
        <w:rPr>
          <w:b/>
        </w:rPr>
        <w:t xml:space="preserve">[00:35] </w:t>
      </w:r>
      <w:r>
        <w:t>aaj ki talk ka mozu hai "The Concept of Education in Islam".</w:t>
      </w:r>
    </w:p>
    <w:p>
      <w:pPr>
        <w:jc w:val="right"/>
      </w:pPr>
      <w:r>
        <w:t>آج کی ٹاک کا موضوع ہے "The Concept of Education in Islam"۔</w:t>
      </w:r>
    </w:p>
    <w:p>
      <w:r>
        <w:rPr>
          <w:b/>
        </w:rPr>
        <w:t xml:space="preserve">[00:49] </w:t>
      </w:r>
      <w:r>
        <w:t>taleem ka tasawwur Islam mein.</w:t>
      </w:r>
    </w:p>
    <w:p>
      <w:pPr>
        <w:jc w:val="right"/>
      </w:pPr>
      <w:r>
        <w:t>تعلیم کا تصور اسلام میں۔</w:t>
      </w:r>
    </w:p>
    <w:p>
      <w:r>
        <w:rPr>
          <w:b/>
        </w:rPr>
        <w:t xml:space="preserve">[00:55] </w:t>
      </w:r>
      <w:r>
        <w:t>Islam mein taleem ka tasawwur kya hai, is ko samajhne ke liye yeh janana hoga ke Khuda ka Creation Plan kya hai.</w:t>
      </w:r>
    </w:p>
    <w:p>
      <w:pPr>
        <w:jc w:val="right"/>
      </w:pPr>
      <w:r>
        <w:t>اسلام میں تعلیم کا تصور کیا ہے، اس کو سمجھنے کے لیے یہ جاننا ہوگا کہ خدا کا Creation Plan کیا ہے۔</w:t>
      </w:r>
    </w:p>
    <w:p>
      <w:r>
        <w:rPr>
          <w:b/>
        </w:rPr>
        <w:t xml:space="preserve">[01:13] </w:t>
      </w:r>
      <w:r>
        <w:t>Islam ki jitni bhi taleemat hain, woh sab jurtii hain isi se ke Creation Plan kya hai.</w:t>
      </w:r>
    </w:p>
    <w:p>
      <w:pPr>
        <w:jc w:val="right"/>
      </w:pPr>
      <w:r>
        <w:t>اسلام کی جتنی بھی تعلیمات ہیں، وہ سب جڑتی ہیں اسی سے کہ Creation Plan کیا ہے۔</w:t>
      </w:r>
    </w:p>
    <w:p>
      <w:r>
        <w:rPr>
          <w:b/>
        </w:rPr>
        <w:t xml:space="preserve">[01:26] </w:t>
      </w:r>
      <w:r>
        <w:t>isi ko samajhne se hum doosri baaton ko samajh paate hain.</w:t>
      </w:r>
    </w:p>
    <w:p>
      <w:pPr>
        <w:jc w:val="right"/>
      </w:pPr>
      <w:r>
        <w:t>اسی کو سمجھنے سے ہم دوسری باتوں کو سمجھ پاتے ہیں۔</w:t>
      </w:r>
    </w:p>
    <w:p>
      <w:r>
        <w:rPr>
          <w:b/>
        </w:rPr>
        <w:t xml:space="preserve">[01:34] </w:t>
      </w:r>
      <w:r>
        <w:t>dekhen, History mein Education ke</w:t>
      </w:r>
    </w:p>
    <w:p>
      <w:pPr>
        <w:jc w:val="right"/>
      </w:pPr>
      <w:r>
        <w:t>دیکھیں، History میں Education کے</w:t>
      </w:r>
    </w:p>
    <w:p>
      <w:r>
        <w:rPr>
          <w:b/>
        </w:rPr>
        <w:t xml:space="preserve">[01:40] </w:t>
      </w:r>
      <w:r>
        <w:t>do Concepts rahe hain: Education for the sake of learning, Education for the sake of training.</w:t>
      </w:r>
    </w:p>
    <w:p>
      <w:pPr>
        <w:jc w:val="right"/>
      </w:pPr>
      <w:r>
        <w:t>دو Concepts رہے ہیں: Education for the sake of learning، Education for the sake of training۔</w:t>
      </w:r>
    </w:p>
    <w:p>
      <w:r>
        <w:rPr>
          <w:b/>
        </w:rPr>
        <w:t xml:space="preserve">[01:55] </w:t>
      </w:r>
      <w:r>
        <w:t>hamesha se aur aaj bhi yahi Concept hai Education ka.</w:t>
      </w:r>
    </w:p>
    <w:p>
      <w:pPr>
        <w:jc w:val="right"/>
      </w:pPr>
      <w:r>
        <w:t>ہمیشہ سے اور آج بھی یہی Concept ہے Education کا۔</w:t>
      </w:r>
    </w:p>
    <w:p>
      <w:r>
        <w:rPr>
          <w:b/>
        </w:rPr>
        <w:t xml:space="preserve">[02:04] </w:t>
      </w:r>
      <w:r>
        <w:t>taleem baraye ilm aur taleem baraye tarbiyat. To Islam se pehle, hazaron saal ke darmiyan,</w:t>
      </w:r>
    </w:p>
    <w:p>
      <w:pPr>
        <w:jc w:val="right"/>
      </w:pPr>
      <w:r>
        <w:t>تعلیم برائے علم اور تعلیم برائے تربیت۔ تو اسلام سے پہلے، ہزاروں سال کے درمیان،</w:t>
      </w:r>
    </w:p>
    <w:p>
      <w:r>
        <w:rPr>
          <w:b/>
        </w:rPr>
        <w:t xml:space="preserve">[02:22] </w:t>
      </w:r>
      <w:r>
        <w:t>Education ka jo Concept tha, woh bohat hi mehdood tha. bohat zyada Limited tha. khas tor par do tabqe hi.</w:t>
      </w:r>
    </w:p>
    <w:p>
      <w:pPr>
        <w:jc w:val="right"/>
      </w:pPr>
      <w:r>
        <w:t>Education کا جو Concept تھا، وہ بہت ہی محدود تھا۔ بہت زیادہ Limited تھا۔ خاص طور پر دو طبقے ہی۔</w:t>
      </w:r>
    </w:p>
    <w:p>
      <w:r>
        <w:rPr>
          <w:b/>
        </w:rPr>
        <w:t xml:space="preserve">[02:38] </w:t>
      </w:r>
      <w:r>
        <w:t>Islam. khas tor par Education sirf do tabqon mein hoti thi. ek Royality aur doosri Clergy. jo Royality thi, yani jo badshahi khandan hota tha,</w:t>
      </w:r>
    </w:p>
    <w:p>
      <w:pPr>
        <w:jc w:val="right"/>
      </w:pPr>
      <w:r>
        <w:t>اسلام۔ خاص طور پر Education صرف دو طبقوں میں ہوتی تھی۔ ایک Royality اور دوسری Clergy۔ جو Royality تھی، یعنی جو بادشاہی خاندان ہوتا تھا،</w:t>
      </w:r>
    </w:p>
    <w:p>
      <w:r>
        <w:rPr>
          <w:b/>
        </w:rPr>
        <w:t xml:space="preserve">[02:53] </w:t>
      </w:r>
      <w:r>
        <w:t>to us ki apni zarooraten theen. un ki apni riwayat theen, un ke apne tareeqe the. to is ko Maintain karne ke liye un ke haan taleem hoti thi.</w:t>
      </w:r>
    </w:p>
    <w:p>
      <w:pPr>
        <w:jc w:val="right"/>
      </w:pPr>
      <w:r>
        <w:t>تو اس کی اپنی ضرورتیں تھیں۔ ان کی اپنی روایات تھیں، ان کے اپنے طریقے تھے۔ تو اس کو Maintain کرنے کے لیے ان کے ہاں تعلیم ہوتی تھی۔</w:t>
      </w:r>
    </w:p>
    <w:p>
      <w:r>
        <w:rPr>
          <w:b/>
        </w:rPr>
        <w:t xml:space="preserve">[03:07] </w:t>
      </w:r>
      <w:r>
        <w:t>shahzadon ki taleem, durbariyon ki taleem, woh King Oriented Education hoti thi un ke haan.</w:t>
      </w:r>
    </w:p>
    <w:p>
      <w:pPr>
        <w:jc w:val="right"/>
      </w:pPr>
      <w:r>
        <w:t>شہزادوں کی تعلیم، درباریوں کی تعلیم، وہ King Oriented Education ہوتی تھی ان کے ہاں۔</w:t>
      </w:r>
    </w:p>
    <w:p>
      <w:r>
        <w:rPr>
          <w:b/>
        </w:rPr>
        <w:t xml:space="preserve">[03:19] </w:t>
      </w:r>
      <w:r>
        <w:t>ya Royality Oriented Education hoti thi wahan. woh bohat hi Limited thi.</w:t>
      </w:r>
    </w:p>
    <w:p>
      <w:pPr>
        <w:jc w:val="right"/>
      </w:pPr>
      <w:r>
        <w:t>یا Royality Oriented Education ہوتی تھی وہاں۔ وہ بہت ہی Limited تھی۔</w:t>
      </w:r>
    </w:p>
    <w:p>
      <w:r>
        <w:rPr>
          <w:b/>
        </w:rPr>
        <w:t xml:space="preserve">[03:28] </w:t>
      </w:r>
      <w:r>
        <w:t>is ke baad doosra jo Class tha, woh tha Clergy, yani mazhabi log.</w:t>
      </w:r>
    </w:p>
    <w:p>
      <w:pPr>
        <w:jc w:val="right"/>
      </w:pPr>
      <w:r>
        <w:t>اس کے بعد دوسرا جو Class تھا، وہ تھا Clergy، یعنی مذہبی لوگ۔</w:t>
      </w:r>
    </w:p>
    <w:p>
      <w:r>
        <w:rPr>
          <w:b/>
        </w:rPr>
        <w:t xml:space="preserve">[03:36] </w:t>
      </w:r>
      <w:r>
        <w:t>to jo mazhabi log the, wohi mazhabi rasoom ada karte the.</w:t>
      </w:r>
    </w:p>
    <w:p>
      <w:pPr>
        <w:jc w:val="right"/>
      </w:pPr>
      <w:r>
        <w:t>تو جو مذہبی لوگ تھے، وہی مذہبی رسوم ادا کرتے تھے۔</w:t>
      </w:r>
    </w:p>
    <w:p>
      <w:r>
        <w:rPr>
          <w:b/>
        </w:rPr>
        <w:t xml:space="preserve">[03:44] </w:t>
      </w:r>
      <w:r>
        <w:t>yani Islam se pehle jo mazhab ka jo Concept tha, woh yeh tha ke mazhabi peshwa hi ibadat karwata tha, wohi mazhabi rasoom ada karta tha.</w:t>
      </w:r>
    </w:p>
    <w:p>
      <w:pPr>
        <w:jc w:val="right"/>
      </w:pPr>
      <w:r>
        <w:t>یعنی اسلام سے پہلے جو مذہب کا جو Concept تھا، وہ یہ تھا کہ مذہبی پیشوا ہی عبادت کرواتا تھا، وہی مذہبی رسوم ادا کرتا تھا۔</w:t>
      </w:r>
    </w:p>
    <w:p>
      <w:r>
        <w:rPr>
          <w:b/>
        </w:rPr>
        <w:t xml:space="preserve">[03:58] </w:t>
      </w:r>
      <w:r>
        <w:t>Direct tor par Khuda ka taluq insan se nahi tha, un mazhabon ke mutabiq. Islam ne insan ka taluq Direct tor par Khuda se qaim kiya.</w:t>
      </w:r>
    </w:p>
    <w:p>
      <w:pPr>
        <w:jc w:val="right"/>
      </w:pPr>
      <w:r>
        <w:t>Direct طور پر خدا کا تعلق انسان سے نہیں تھا، ان مذہبوں کے مطابق۔ اسلام نے انسان کا تعلق Direct طور پر خدا سے قائم کیا۔</w:t>
      </w:r>
    </w:p>
    <w:p>
      <w:r>
        <w:rPr>
          <w:b/>
        </w:rPr>
        <w:t xml:space="preserve">[04:11] </w:t>
      </w:r>
      <w:r>
        <w:t>wa idha asa a laka ibadi inni fa inni qareeb. to Clergy ki zaroorat ki ki thi taleem taake woh in cheezon ko seekhe jis ko le kar ke woh ibadati rasoom ada karate hain.</w:t>
      </w:r>
    </w:p>
    <w:p>
      <w:pPr>
        <w:jc w:val="right"/>
      </w:pPr>
      <w:r>
        <w:t>وإذا أساء لك عبادي إني فإني قريب۔ تو Clergy کی ضرورت کی کی تھی تعلیم تاکہ وہ ان چیزوں کو سیکھے جس کو لے کر کے وہ عبادتی رسوم ادا کراتے ہیں۔</w:t>
      </w:r>
    </w:p>
    <w:p>
      <w:r>
        <w:rPr>
          <w:b/>
        </w:rPr>
        <w:t xml:space="preserve">[04:33] </w:t>
      </w:r>
      <w:r>
        <w:t>to ibadati rasoom ya mazhabi rasoom ko ada karne ke liye jo Education darkar thi, woh Education Clergy ko di jati thi.</w:t>
      </w:r>
    </w:p>
    <w:p>
      <w:pPr>
        <w:jc w:val="right"/>
      </w:pPr>
      <w:r>
        <w:t>تو عبادتی رسوم یا مذہبی رسوم کو ادا کرنے کے لیے جو Education درکار تھی، وہ Education Clergy کو دی جاتی تھی۔</w:t>
      </w:r>
    </w:p>
    <w:p>
      <w:r>
        <w:rPr>
          <w:b/>
        </w:rPr>
        <w:t xml:space="preserve">[04:48] </w:t>
      </w:r>
      <w:r>
        <w:t>to yeh Basically yeh do tabqe the: Royality aur Clergy. unhi ke darmiyan taleem mehdood hoti thi.</w:t>
      </w:r>
    </w:p>
    <w:p>
      <w:pPr>
        <w:jc w:val="right"/>
      </w:pPr>
      <w:r>
        <w:t>تو یہ Basically یہ دو طبقے تھے: Royality اور Clergy۔ انہی کے درمیان تعلیم محدود ہوتی تھی۔</w:t>
      </w:r>
    </w:p>
    <w:p>
      <w:r>
        <w:rPr>
          <w:b/>
        </w:rPr>
        <w:t xml:space="preserve">[05:01] </w:t>
      </w:r>
      <w:r>
        <w:t>islam ka yeh bohat bara contribution hai ke is ne taleem ko mehdoodiyat ke dairay se nikala.</w:t>
      </w:r>
    </w:p>
    <w:p>
      <w:pPr>
        <w:jc w:val="right"/>
      </w:pPr>
      <w:r>
        <w:t>اسلام کا یہ بہت بڑا Contribution ہے کہ اس نے تعلیم کو محدودیت کے دائرے سے نکالا۔</w:t>
      </w:r>
    </w:p>
    <w:p>
      <w:r>
        <w:rPr>
          <w:b/>
        </w:rPr>
        <w:t xml:space="preserve">[05:13] </w:t>
      </w:r>
      <w:r>
        <w:t>Education for All ka jo concept hai, woh islam ne paida kiya. Scholars ne mana hai is baat ko ke islam se pehle Education for All ka concept dunya mein mojood na tha.</w:t>
      </w:r>
    </w:p>
    <w:p>
      <w:pPr>
        <w:jc w:val="right"/>
      </w:pPr>
      <w:r>
        <w:t>Education for All کا جو Concept ہے، وہ اسلام نے پیدا کیا۔ Scholars نے مانا ہے اس بات کو کہ اسلام سے پہلے Education for All کا Concept دنیا میں موجود نہ تھا۔</w:t>
      </w:r>
    </w:p>
    <w:p>
      <w:r>
        <w:rPr>
          <w:b/>
        </w:rPr>
        <w:t xml:space="preserve">[05:30] </w:t>
      </w:r>
      <w:r>
        <w:t>Education for Clergy. Education for Royality. bas is qism ka mehdood tasawwur tha. yeh wajah hai ke aap dekhenge ke islam ke aane ke baad taleem ka phailao bohat zyada hua.</w:t>
      </w:r>
    </w:p>
    <w:p>
      <w:pPr>
        <w:jc w:val="right"/>
      </w:pPr>
      <w:r>
        <w:t>Education for Clergy۔ Education for Royality۔ بس اس قسم کا محدود تصور تھا۔ یہ وجہ ہے کہ آپ دیکھیں گے کہ اسلام کے آنے کے بعد تعلیم کا پھیلاؤ بہت زیادہ ہوا۔</w:t>
      </w:r>
    </w:p>
    <w:p>
      <w:r>
        <w:rPr>
          <w:b/>
        </w:rPr>
        <w:t xml:space="preserve">[05:44] </w:t>
      </w:r>
      <w:r>
        <w:t>arab mein hua, phir arab ke bahir har jagah hua. kyunke jab yeh nazariya hua ke har aadmi deen ko seekhe taake har aadmi Khuda se apna ta'alluq qaim kar sake,</w:t>
      </w:r>
    </w:p>
    <w:p>
      <w:pPr>
        <w:jc w:val="right"/>
      </w:pPr>
      <w:r>
        <w:t>عرب میں ہوا، پھر عرب کے باہر ہر جگہ ہوا۔ کیونکہ جب یہ نظریہ ہوا کہ ہر آدمی دین کو سیکھے تاکہ ہر آدمی خدا سے اپنا تعلق قائم کر سکے،</w:t>
      </w:r>
    </w:p>
    <w:p>
      <w:r>
        <w:rPr>
          <w:b/>
        </w:rPr>
        <w:t xml:space="preserve">[05:59] </w:t>
      </w:r>
      <w:r>
        <w:t>yeh jo concept hai, is concept ne zaroori qarar de diya ke har aadmi parhe. har aadmi parhe.</w:t>
      </w:r>
    </w:p>
    <w:p>
      <w:pPr>
        <w:jc w:val="right"/>
      </w:pPr>
      <w:r>
        <w:t>یہ جو Concept ہے، اس Concept نے ضروری قرار دے دیا کہ ہر آدمی پڑھے۔ ہر آدمی پڑھے۔</w:t>
      </w:r>
    </w:p>
    <w:p>
      <w:r>
        <w:rPr>
          <w:b/>
        </w:rPr>
        <w:t xml:space="preserve">[06:10] </w:t>
      </w:r>
      <w:r>
        <w:t>isi ke sath islam ne logon ko mawaqe khole logon ke liye ke woh mislan black and white ka difference khatam kiya.</w:t>
      </w:r>
    </w:p>
    <w:p>
      <w:pPr>
        <w:jc w:val="right"/>
      </w:pPr>
      <w:r>
        <w:t>اسی کے ساتھ اسلام نے لوگوں کو مواقع کھولے لوگوں کے لیے کہ وہ مثلاً بلیک اینڈ وائٹ کا Difference ختم کیا۔</w:t>
      </w:r>
    </w:p>
    <w:p>
      <w:r>
        <w:rPr>
          <w:b/>
        </w:rPr>
        <w:t xml:space="preserve">[06:23] </w:t>
      </w:r>
      <w:r>
        <w:t>la fazla lil-arabi wal-ajami. to chote aur bare ka jo concept tha, superior race aur inferior race ka jo concept tha, woh sab khatam kiya.</w:t>
      </w:r>
    </w:p>
    <w:p>
      <w:pPr>
        <w:jc w:val="right"/>
      </w:pPr>
      <w:r>
        <w:t>لا فضل للعربین والعجبین۔ تو چھوٹے اور بڑے کا جو Concept تھا، Superior Race اور Inferior Race کا جو Concept تھا، وہ سب ختم کیا۔</w:t>
      </w:r>
    </w:p>
    <w:p>
      <w:r>
        <w:rPr>
          <w:b/>
        </w:rPr>
        <w:t xml:space="preserve">[06:35] </w:t>
      </w:r>
      <w:r>
        <w:t>aur dunya mein barabari</w:t>
      </w:r>
    </w:p>
    <w:p>
      <w:pPr>
        <w:jc w:val="right"/>
      </w:pPr>
      <w:r>
        <w:t>اور دنیا میں برابری</w:t>
      </w:r>
    </w:p>
    <w:p>
      <w:r>
        <w:rPr>
          <w:b/>
        </w:rPr>
        <w:t xml:space="preserve">[06:41] </w:t>
      </w:r>
      <w:r>
        <w:t>laya islam. equality islam laya. yani scholars ne is ko mana hai ke equality jo aayi dunya mein, to woh islam ke zariye aayi pehli bar.</w:t>
      </w:r>
    </w:p>
    <w:p>
      <w:pPr>
        <w:jc w:val="right"/>
      </w:pPr>
      <w:r>
        <w:t>لایا اسلام۔ Equality اسلام لایا۔ یعنی Scholars نے اس کو مانا ہے کہ Equality جو آئی دنیا میں، تو وہ اسلام کے ذریعے آئی پہلی بار۔</w:t>
      </w:r>
    </w:p>
    <w:p>
      <w:r>
        <w:rPr>
          <w:b/>
        </w:rPr>
        <w:t xml:space="preserve">[06:54] </w:t>
      </w:r>
      <w:r>
        <w:t>mislan Swami Vivekananda jo India ke ek baray scholar thay, unhon ne kaha ke If ever any religion reached to this equality, it is Islam and Islam alone.</w:t>
      </w:r>
    </w:p>
    <w:p>
      <w:pPr>
        <w:jc w:val="right"/>
      </w:pPr>
      <w:r>
        <w:t>مثلاً Swami Vivekananda جو انڈیا کے ایک بڑے Scholar تھے، انہوں نے کہا کہ If ever any religion reached to this equality, it is Islam and Islam alone۔</w:t>
      </w:r>
    </w:p>
    <w:p>
      <w:r>
        <w:rPr>
          <w:b/>
        </w:rPr>
        <w:t xml:space="preserve">[07:09] </w:t>
      </w:r>
      <w:r>
        <w:t>to jab equality aayi to apne aap education phail gayi. to islam ne pehli bar aisa kiya insani history mein ke education for all ka concept phailaya.</w:t>
      </w:r>
    </w:p>
    <w:p>
      <w:pPr>
        <w:jc w:val="right"/>
      </w:pPr>
      <w:r>
        <w:t>تو جب Equality آئی تو اپنے آپ Education پھیل گئی۔ تو اسلام نے پہلی بار ایسا کیا انسانی History میں کہ Education for All کا Concept پھیلایا۔</w:t>
      </w:r>
    </w:p>
    <w:p>
      <w:r>
        <w:rPr>
          <w:b/>
        </w:rPr>
        <w:t xml:space="preserve">[07:28] </w:t>
      </w:r>
      <w:r>
        <w:t>yeh makkah mein. yeh tehreek makkah mein shuru hui, phir madinah pahunchi, madinah se phail kar ke woh baghdad aur cairo pahunchi, phir wahan se hotay hotay spain pahunchi.</w:t>
      </w:r>
    </w:p>
    <w:p>
      <w:pPr>
        <w:jc w:val="right"/>
      </w:pPr>
      <w:r>
        <w:t>یہ مکہ میں۔ یہ تحریک مکہ میں شروع ہوئی، پھر مدینہ پہنچی، مدینہ سے پھیل کر کے وہ بغداد اور قاہرہ پہنچی، پھر وہاں سے ہوتے ہوتے اسپین پہنچی۔</w:t>
      </w:r>
    </w:p>
    <w:p>
      <w:r>
        <w:rPr>
          <w:b/>
        </w:rPr>
        <w:t xml:space="preserve">[07:44] </w:t>
      </w:r>
      <w:r>
        <w:t>to yeh ek lamba period hai jabke islam ke zariye education phailayi jati rahi. aap jante hain ke shayad dunya mein pehli bar dar-ut-tarjama qaim hua baghdad mein aur phir cairo mein.</w:t>
      </w:r>
    </w:p>
    <w:p>
      <w:pPr>
        <w:jc w:val="right"/>
      </w:pPr>
      <w:r>
        <w:t>تو یہ ایک لمبا Period ہے جبکہ اسلام کے ذریعے Education پھیلائی جاتی رہی۔ آپ جانتے ہیں کہ شاید دنیا میں پہلی بار دارالترجمہ قائم ہوا بغداد میں اور پھر قاہرہ میں۔</w:t>
      </w:r>
    </w:p>
    <w:p>
      <w:r>
        <w:rPr>
          <w:b/>
        </w:rPr>
        <w:t xml:space="preserve">[08:03] </w:t>
      </w:r>
      <w:r>
        <w:t>dunya bhar ki kitaben jo is zamane mein hath se likha jata tha, aap jante hain, to alexandria mein aur damascus mein aur doosre maqamat par jo kitaben thin, jo pichle logon ne likhi thin,</w:t>
      </w:r>
    </w:p>
    <w:p>
      <w:pPr>
        <w:jc w:val="right"/>
      </w:pPr>
      <w:r>
        <w:t>دنیا بھر کی کتابیں جو اس زمانے میں ہاتھ سے لکھا جاتا تھا، آپ جانتے ہیں، تو اسکندریہ میں اور دمشق میں اور دوسرے مقامات پر جو کتابیں تھیں، جو پچھلے لوگوں نے لکھی تھیں،</w:t>
      </w:r>
    </w:p>
    <w:p>
      <w:r>
        <w:rPr>
          <w:b/>
        </w:rPr>
        <w:t xml:space="preserve">[08:24] </w:t>
      </w:r>
      <w:r>
        <w:t>to un ko mangaya gaya aur un ka tarjuma kiya gaya. isi ko altaf hussain hali ne is tarah se nazm kiya hai ke</w:t>
      </w:r>
    </w:p>
    <w:p>
      <w:pPr>
        <w:jc w:val="right"/>
      </w:pPr>
      <w:r>
        <w:t>تو ان کو منگایا گیا اور ان کا ترجمہ کیا گیا۔ اسی کو الطاف حسین حالی نے اس طرح سے نظم کیا ہے کہ</w:t>
      </w:r>
    </w:p>
    <w:p>
      <w:r>
        <w:rPr>
          <w:b/>
        </w:rPr>
        <w:t xml:space="preserve">[08:37] </w:t>
      </w:r>
      <w:r>
        <w:t>harim-e-khilafat mein oonton par lad kar, harim-e-khilafat mein oonton par lad kar chale jatay thay misr o yunan ke daftar.</w:t>
      </w:r>
    </w:p>
    <w:p>
      <w:pPr>
        <w:jc w:val="right"/>
      </w:pPr>
      <w:r>
        <w:t>حریم خلافت میں اونٹوں پر لد کر، حریم خلافت میں اونٹوں پر لد کر چلے جاتے تھے مصر و یونان کے دفتر۔</w:t>
      </w:r>
    </w:p>
    <w:p>
      <w:r>
        <w:rPr>
          <w:b/>
        </w:rPr>
        <w:t xml:space="preserve">[08:50] </w:t>
      </w:r>
      <w:r>
        <w:t>to pichla jo ilm tha, us ko tarjuma kiya aur phir us par izafa kiya to bohat zabardast tor par charchay-e-ilm ka paida ho gaya.</w:t>
      </w:r>
    </w:p>
    <w:p>
      <w:pPr>
        <w:jc w:val="right"/>
      </w:pPr>
      <w:r>
        <w:t>تو پچھلا جو علم تھا، اس کو ترجمہ کیا اور پھر اس پر اضافہ کیا تو بہت زبردست طور پر چرچہ علم کا پیدا ہوگیا۔</w:t>
      </w:r>
    </w:p>
    <w:p>
      <w:r>
        <w:rPr>
          <w:b/>
        </w:rPr>
        <w:t xml:space="preserve">[09:04] </w:t>
      </w:r>
      <w:r>
        <w:t>aam andaaz mein is se pehle kabhi bhi ilm ka charcha is tarah nahi hua karta tha. mehdood dairay mein log parhte thay aur mehdood dairay hi mein is ka charcha hota tha.</w:t>
      </w:r>
    </w:p>
    <w:p>
      <w:pPr>
        <w:jc w:val="right"/>
      </w:pPr>
      <w:r>
        <w:t>عمومی انداز میں اس سے پہلے کبھی بھی علم کا چرچہ اس طرح نہیں ہوا کرتا تھا۔ محدود دائرے میں لوگ پڑھتے تھے اور محدود دائرے ہی میں اس کا چرچہ ہوتا تھا۔</w:t>
      </w:r>
    </w:p>
    <w:p>
      <w:r>
        <w:rPr>
          <w:b/>
        </w:rPr>
        <w:t xml:space="preserve">[09:19] </w:t>
      </w:r>
      <w:r>
        <w:t>to yeh lehar jo</w:t>
      </w:r>
    </w:p>
    <w:p>
      <w:pPr>
        <w:jc w:val="right"/>
      </w:pPr>
      <w:r>
        <w:t>تو یہ لہر جو</w:t>
      </w:r>
    </w:p>
    <w:p>
      <w:r>
        <w:rPr>
          <w:b/>
        </w:rPr>
        <w:t xml:space="preserve">[09:25] </w:t>
      </w:r>
      <w:r>
        <w:t>Rasool Allah ne apne amal se bohat zabardast tor par is ko barhawa diya. aap jante hain ke sab se pehli jo ayat utri, woh thi iqra.</w:t>
      </w:r>
    </w:p>
    <w:p>
      <w:pPr>
        <w:jc w:val="right"/>
      </w:pPr>
      <w:r>
        <w:t>رسول اللہ نے اپنے عمل سے بہت زبردست طور پر اس کو بڑھاوا دیا۔ آپ جانتے ہیں کہ سب سے پہلی جو آیت اتری، وہ تھی اقراء۔</w:t>
      </w:r>
    </w:p>
    <w:p>
      <w:r>
        <w:rPr>
          <w:b/>
        </w:rPr>
        <w:t xml:space="preserve">[09:40] </w:t>
      </w:r>
      <w:r>
        <w:t>iqra. yahi pehla lafz tha jo Khuda ki taraf se aaya Rasool Allah ke pas. parho. Read.</w:t>
      </w:r>
    </w:p>
    <w:p>
      <w:pPr>
        <w:jc w:val="right"/>
      </w:pPr>
      <w:r>
        <w:t>اقراء۔ یہی پہلا لفظ تھا جو خدا کی طرف سے آیا رسول اللہ کے پاس۔ پڑھ۔ Read۔</w:t>
      </w:r>
    </w:p>
    <w:p>
      <w:r>
        <w:rPr>
          <w:b/>
        </w:rPr>
        <w:t xml:space="preserve">[09:51] </w:t>
      </w:r>
      <w:r>
        <w:t>yeh tha pehla sabaq ke parho, ilm ko barhao.</w:t>
      </w:r>
    </w:p>
    <w:p>
      <w:pPr>
        <w:jc w:val="right"/>
      </w:pPr>
      <w:r>
        <w:t>یہ تھا پہلا سبق کہ پڑھو، علم کو بڑھاؤ۔</w:t>
      </w:r>
    </w:p>
    <w:p>
      <w:r>
        <w:rPr>
          <w:b/>
        </w:rPr>
        <w:t xml:space="preserve">[10:00] </w:t>
      </w:r>
      <w:r>
        <w:t>to Rasool Allah sallallahu alaihi wasallam ne itna zyada logon ko motivate kiya ke aap ke sahabi zaid bin thabit, jo pehle sirf arabi zaban jante thay,</w:t>
      </w:r>
    </w:p>
    <w:p>
      <w:pPr>
        <w:jc w:val="right"/>
      </w:pPr>
      <w:r>
        <w:t>تو رسول اللہ صلی اللہ علیہ وسلم نے اتنا زیادہ لوگوں کو Motivate کیا کہ آپ کے ساتھی صحابی زید بن ثابت، جو پہلے صرف عربی زبان جانتے تھے،</w:t>
      </w:r>
    </w:p>
    <w:p>
      <w:r>
        <w:rPr>
          <w:b/>
        </w:rPr>
        <w:t xml:space="preserve">[10:15] </w:t>
      </w:r>
      <w:r>
        <w:t>woh char zabanein seekh dali unhon ne. char zabanein. aap ke zamane mein ek difai jang hui jis ko kehte hain Battle of Badr.</w:t>
      </w:r>
    </w:p>
    <w:p>
      <w:pPr>
        <w:jc w:val="right"/>
      </w:pPr>
      <w:r>
        <w:t>وہ چار زبانیں سیکھ ڈالی انہوں نے۔ چار زبانیں۔ آپ کے زمانے میں ایک دفاعی جنگ ہوئی جس کو کہتے ہیں Battle of Badr۔</w:t>
      </w:r>
    </w:p>
    <w:p>
      <w:r>
        <w:rPr>
          <w:b/>
        </w:rPr>
        <w:t xml:space="preserve">[10:30] </w:t>
      </w:r>
      <w:r>
        <w:t>to Badr ki larai mein aap ko fatah hui aur satar aadmi mukhalif party ke, yani makkah ke,</w:t>
      </w:r>
    </w:p>
    <w:p>
      <w:pPr>
        <w:jc w:val="right"/>
      </w:pPr>
      <w:r>
        <w:t>تو بدر کی لڑائی میں آپ کو فتح ہوئی اور ستر آدمی مخالف Party کے، یعنی مکہ کے،</w:t>
      </w:r>
    </w:p>
    <w:p>
      <w:r>
        <w:rPr>
          <w:b/>
        </w:rPr>
        <w:t xml:space="preserve">[10:42] </w:t>
      </w:r>
      <w:r>
        <w:t>giraftaar ho kar aa gaye madina. aaj kal ki zabaan mein kaha jaaye ke yeh Prisoners of War thay. to Prisoners of War ka Concept jo hai, woh kya hai?</w:t>
      </w:r>
    </w:p>
    <w:p>
      <w:pPr>
        <w:jc w:val="right"/>
      </w:pPr>
      <w:r>
        <w:t>گرفتار ہو کر آ گئے مدینہ۔ آج کل کی زبان میں کہا جائے کہ یہ Prisoners of War تھے۔ تو Prisoners of War کا Concept جو ہے، وہ کیا ہے؟</w:t>
      </w:r>
    </w:p>
    <w:p>
      <w:r>
        <w:rPr>
          <w:b/>
        </w:rPr>
        <w:t xml:space="preserve">[10:56] </w:t>
      </w:r>
      <w:r>
        <w:t>in ko band karna jeelon mein ya in ko maar daalna. in ka koi Constructive istemaal is se pehle nahi hota tha.</w:t>
      </w:r>
    </w:p>
    <w:p>
      <w:pPr>
        <w:jc w:val="right"/>
      </w:pPr>
      <w:r>
        <w:t>ان کو بند کرنا جیلوں میں یا ان کو مار ڈالنا۔ ان کا کوئی Constructive استعمال اس سے پہلے نہیں ہوتا تھا۔</w:t>
      </w:r>
    </w:p>
    <w:p>
      <w:r>
        <w:rPr>
          <w:b/>
        </w:rPr>
        <w:t xml:space="preserve">[11:10] </w:t>
      </w:r>
      <w:r>
        <w:t>Rasool Allah ne kya kiya? chuna ke yeh log is zamane ke hisaab se parhna likhna jaante thay, kyun ke Makka mein parhai hoti thi aur Madine mein parhai nahi thi, to aap ne is ko ek Opportunity ke taur par liya.</w:t>
      </w:r>
    </w:p>
    <w:p>
      <w:pPr>
        <w:jc w:val="right"/>
      </w:pPr>
      <w:r>
        <w:t>رسول اللہ نے کیا کیا؟ چونکہ یہ لوگ اس زمانے کے حساب سے پڑھنا لکھنا جانتے تھے، کیونکہ مکہ میں پڑھائی ہوتی تھی اور مدینے میں پڑھائی نہیں تھی، تو آپ نے اس کو ایک Opportunity کے طور پر لیا۔</w:t>
      </w:r>
    </w:p>
    <w:p>
      <w:r>
        <w:rPr>
          <w:b/>
        </w:rPr>
        <w:t xml:space="preserve">[11:27] </w:t>
      </w:r>
      <w:r>
        <w:t>in se kaha ke tum mein se ek aadmi agar Madine ke das bachon ko parha de, das bachon ko, to hum is ko chhod den ge.</w:t>
      </w:r>
    </w:p>
    <w:p>
      <w:pPr>
        <w:jc w:val="right"/>
      </w:pPr>
      <w:r>
        <w:t>ان سے کہا کہ تم میں سے ایک آدمی اگر مدینہ کے دس بچوں کو پڑھا دے، دس بچوں کو، تو ہم اس کو چھوڑ دیں گے۔</w:t>
      </w:r>
    </w:p>
    <w:p>
      <w:r>
        <w:rPr>
          <w:b/>
        </w:rPr>
        <w:t xml:space="preserve">[11:39] </w:t>
      </w:r>
      <w:r>
        <w:t>yeh kaisi anokhi baat hai ke yeh zahir hai ke woh dushman log thay, woh Prisoners of War thay, jangi mujrim thay woh.</w:t>
      </w:r>
    </w:p>
    <w:p>
      <w:pPr>
        <w:jc w:val="right"/>
      </w:pPr>
      <w:r>
        <w:t>یہ کیسی انوکھی بات ہے کہ یہ ظاہر ہے کہ وہ دشمن لوگ تھے، وہ Prisoners of War تھے، جنگی مجرم تھے وہ۔</w:t>
      </w:r>
    </w:p>
    <w:p>
      <w:r>
        <w:rPr>
          <w:b/>
        </w:rPr>
        <w:t xml:space="preserve">[11:48] </w:t>
      </w:r>
      <w:r>
        <w:t>lekin aap ne ilm ko itni zyada ahmiyat di, ilm ko, ke tum das aadmi, tum Madine ke das bachon ko parha do, ek aadmi, to hum is ko chhod den ge.</w:t>
      </w:r>
    </w:p>
    <w:p>
      <w:pPr>
        <w:jc w:val="right"/>
      </w:pPr>
      <w:r>
        <w:t>لیکن آپ نے علم کو اتنی زیادہ اہمیت دی، علم کو، کہ تم دس آدمی، تم مدینے کے دس بچوں کو پڑھا دو، ایک آدمی، تو ہم اس کو چھوڑ دیں گے۔</w:t>
      </w:r>
    </w:p>
    <w:p>
      <w:r>
        <w:rPr>
          <w:b/>
        </w:rPr>
        <w:t xml:space="preserve">[12:01] </w:t>
      </w:r>
      <w:r>
        <w:t>haalanke is mein to yeh Risk bhi tha, kyun ke yeh dushman thay, unhone aap ke khilaaf Attack kiya tha. to yeh ek Risk tha ke yeh log jab jayenge chhoot kar Makka, to phir Organize karenge, phir woh Attack karenge.</w:t>
      </w:r>
    </w:p>
    <w:p>
      <w:pPr>
        <w:jc w:val="right"/>
      </w:pPr>
      <w:r>
        <w:t>حالانکہ اس میں تو یہ Risk بھی تھا، کیونکہ یہ دشمن تھے، انہوں نے آپ کے خلاف Attack کیا تھا۔ تو یہ ایک Risk تھا کہ یہ لوگ جب جائیں گے چھوٹ کر مکہ، تو پھر Organize کریں گے، پھر وہ Attack کریں گے۔</w:t>
      </w:r>
    </w:p>
    <w:p>
      <w:r>
        <w:rPr>
          <w:b/>
        </w:rPr>
        <w:t xml:space="preserve">[12:17] </w:t>
      </w:r>
      <w:r>
        <w:t>aur sach much aisa hua. yaani is ke baad unhone Uhud ki ladaai chhedi unhone. Badr ke baad Uhud ki ladaai hui. to yeh ek Risk tha ke yeh log dobara Attack karenge aur zara dushmani karenge hamare khilaaf.</w:t>
      </w:r>
    </w:p>
    <w:p>
      <w:pPr>
        <w:jc w:val="right"/>
      </w:pPr>
      <w:r>
        <w:t>اور سچ مچ ایسا ہوا۔ یعنی اس کے بعد انہوں نے احد کی لڑائی چھیڑی انہوں نے۔ بدر کے بعد احد کی لڑائی ہوئی۔ تو یہ ایک Risk تھا کہ یہ لوگ دوبارہ Attack کریں گے اور ذرا دشمنی کریں گے ہمارے خلاف۔</w:t>
      </w:r>
    </w:p>
    <w:p>
      <w:r>
        <w:rPr>
          <w:b/>
        </w:rPr>
        <w:t xml:space="preserve">[12:33] </w:t>
      </w:r>
      <w:r>
        <w:t>to is ka matlab yeh hai ke aap ne apne is amal se yeh ek aisa Example Set kiya</w:t>
      </w:r>
    </w:p>
    <w:p>
      <w:pPr>
        <w:jc w:val="right"/>
      </w:pPr>
      <w:r>
        <w:t>تو اس کا معنی یہ ہے کہ آپ نے اپنے اس عمل سے یہ ایک ایسا Example Set کیا</w:t>
      </w:r>
    </w:p>
    <w:p>
      <w:r>
        <w:rPr>
          <w:b/>
        </w:rPr>
        <w:t xml:space="preserve">[12:45] </w:t>
      </w:r>
      <w:r>
        <w:t>ke Risk le kar ke bhi ilm haasil karo. kaisi ajeeb misaal thi yeh. ek to Hadees mein aap ne kaha ke atlub al-ilm walaw kaana bil Sīn.</w:t>
      </w:r>
    </w:p>
    <w:p>
      <w:pPr>
        <w:jc w:val="right"/>
      </w:pPr>
      <w:r>
        <w:t>کہ Risk لے کر کے بھی علم حاصل کرو۔ کیسی عجیب مثال تھی یہ۔ ایک تو حدیث میں آپ نے کہا کہ اطلب العلم بلو کانب السین۔</w:t>
      </w:r>
    </w:p>
    <w:p>
      <w:r>
        <w:rPr>
          <w:b/>
        </w:rPr>
        <w:t xml:space="preserve">[12:59] </w:t>
      </w:r>
      <w:r>
        <w:t>ilm haasil karo chahe is ke liye tumhein Cheen jaana pade. to yeh to safar ki baat thi ke lamba safar karna ho.</w:t>
      </w:r>
    </w:p>
    <w:p>
      <w:pPr>
        <w:jc w:val="right"/>
      </w:pPr>
      <w:r>
        <w:t>علم حاصل کرو چاہے اس کے لیے تمہیں چین جانا پڑے۔ تو یہ تو سفر کی بات تھی کہ لمبا سفر کرنا ہو۔</w:t>
      </w:r>
    </w:p>
    <w:p>
      <w:r>
        <w:rPr>
          <w:b/>
        </w:rPr>
        <w:t xml:space="preserve">[13:09] </w:t>
      </w:r>
      <w:r>
        <w:t>is zamane mein aap jaante hain ke aaj kal ki tarah Road to hoti nahi thi. na car thi, na hawai jahaz thay. hatta ke Steamship bhi nahi thay.</w:t>
      </w:r>
    </w:p>
    <w:p>
      <w:pPr>
        <w:jc w:val="right"/>
      </w:pPr>
      <w:r>
        <w:t>اس زمانے میں آپ جانتے ہیں کہ آج کل کی طرح Road تو ہوتی نہیں تھی۔ نہ کار تھیں، نہ ہوائی جہاز تھے۔ حتیٰ کہ Steamship بھی نہیں تھے۔</w:t>
      </w:r>
    </w:p>
    <w:p>
      <w:r>
        <w:rPr>
          <w:b/>
        </w:rPr>
        <w:t xml:space="preserve">[13:20] </w:t>
      </w:r>
      <w:r>
        <w:t>bahut mushkil tha ek mulk se doosre mulk mein pahunchna. to is ka matlab yeh hai ke aap ne yeh kaha ke agar tum ko mushkil safar karna pade, museebatein utha kar ke safar karna pade, tab bhi jaao</w:t>
      </w:r>
    </w:p>
    <w:p>
      <w:pPr>
        <w:jc w:val="right"/>
      </w:pPr>
      <w:r>
        <w:t>بہت مشکل تھا ایک ملک سے دوسرے ملک میں پہنچنا۔ تو اس کا مطلب یہ ہے کہ آپ نے یہ کہا کہ اگر تم کو مشکل سفر کرنا پڑے، مصیبتیں اٹھا کر کے سفر کرنا پڑے، تب بھی جاؤ</w:t>
      </w:r>
    </w:p>
    <w:p>
      <w:r>
        <w:rPr>
          <w:b/>
        </w:rPr>
        <w:t xml:space="preserve">[13:38] </w:t>
      </w:r>
      <w:r>
        <w:t>bahar aur ilm haasil karo. kyun ke is zamane mein Cheen mein ilm hota tha. aap jaante hain ke Cheen ka jo Civilization hai, woh bahut purani Civilization hai.</w:t>
      </w:r>
    </w:p>
    <w:p>
      <w:pPr>
        <w:jc w:val="right"/>
      </w:pPr>
      <w:r>
        <w:t>باہر اور علم حاصل کرو۔ چونکہ اس زمانے میں چین میں علم ہوتا تھا۔ آپ جانتے ہیں کہ چین کا جو Civilization ہے، وہ بہت پرانی Civilization ہے۔</w:t>
      </w:r>
    </w:p>
    <w:p>
      <w:r>
        <w:rPr>
          <w:b/>
        </w:rPr>
        <w:t xml:space="preserve">[13:54] </w:t>
      </w:r>
      <w:r>
        <w:t>to aap ne kaha ke atlub al-ilm walaw kaana bil Sīn. safar kar ke mushkil utha kar ke jaao aur ilm haasil karo.</w:t>
      </w:r>
    </w:p>
    <w:p>
      <w:pPr>
        <w:jc w:val="right"/>
      </w:pPr>
      <w:r>
        <w:t>تو آپ نے کہا کہ اطلب العلم بلو کانب السین۔ سفر کر کے مشکل اٹھا کر کے جاؤ اور علم حاصل کرو۔</w:t>
      </w:r>
    </w:p>
    <w:p>
      <w:r>
        <w:rPr>
          <w:b/>
        </w:rPr>
        <w:t xml:space="preserve">[14:04] </w:t>
      </w:r>
      <w:r>
        <w:t>yahan to aap ne yeh kaha. aur Badr ke maamle mein aap ne yeh Example Set kiya ke Risk le kar ke bhi ilm haasil karo.</w:t>
      </w:r>
    </w:p>
    <w:p>
      <w:pPr>
        <w:jc w:val="right"/>
      </w:pPr>
      <w:r>
        <w:t>یہاں تو آپ نے یہ کہا۔ اور بدر کے معاملے میں آپ نے یہ Example Set کیا کہ Risk لے کر کے بھی علم حاصل کرو۔</w:t>
      </w:r>
    </w:p>
    <w:p>
      <w:r>
        <w:rPr>
          <w:b/>
        </w:rPr>
        <w:t xml:space="preserve">[14:16] </w:t>
      </w:r>
      <w:r>
        <w:t>to is tarah se aap ne Promote kiya ilm ko. is ka nateeja yeh hua ke Musalmanon mein bahut zabardast ek lehar aa gayi ilm ki.</w:t>
      </w:r>
    </w:p>
    <w:p>
      <w:pPr>
        <w:jc w:val="right"/>
      </w:pPr>
      <w:r>
        <w:t>تو اس طرح سے آپ نے Promote کیا علم کو۔ اس کا نتیجہ یہ ہوا کہ مسلمانوں میں بہت زبردست ایک لہر آ گئی علم کی۔</w:t>
      </w:r>
    </w:p>
    <w:p>
      <w:r>
        <w:rPr>
          <w:b/>
        </w:rPr>
        <w:t xml:space="preserve">[14:26] </w:t>
      </w:r>
      <w:r>
        <w:t>bahut zabardast lehar aa gayi. chacha Musalman jab Iran mein pahunche to Baghdad mein unhone Bait al-Hikmat qaim kiya jis mein dunya bhar ki kitabein ikattha ki gayin jo Latin mein thi, Greek mein thi.</w:t>
      </w:r>
    </w:p>
    <w:p>
      <w:pPr>
        <w:jc w:val="right"/>
      </w:pPr>
      <w:r>
        <w:t>بہت زبردست لہر آ گئی۔ چاچا مسلمان جب ایران میں پہنچے تو بغداد میں انہوں نے بیت الحکمت قائم کیا جس میں دنیا بھر کی کتابیں اکٹھا کی گئیں جو Latin میں تھیں، Greek میں تھیں۔</w:t>
      </w:r>
    </w:p>
    <w:p>
      <w:r>
        <w:rPr>
          <w:b/>
        </w:rPr>
        <w:t xml:space="preserve">[14:45] </w:t>
      </w:r>
      <w:r>
        <w:t>un ko tarjuma kiya gaya Arabi zabaan mein. isi zamane mein India se bhi kitaab gayi thi kai. woh tarjuma kiya gaya Arabi zabaan mein.</w:t>
      </w:r>
    </w:p>
    <w:p>
      <w:pPr>
        <w:jc w:val="right"/>
      </w:pPr>
      <w:r>
        <w:t>ان کو ترجمہ کیا گیا عربی زبان میں۔ اسی زمانے میں انڈیا سے بھی کتاب گئی تھی کئی۔ وہ ترجمہ کیا گیا عربی زبان میں۔</w:t>
      </w:r>
    </w:p>
    <w:p>
      <w:r>
        <w:rPr>
          <w:b/>
        </w:rPr>
        <w:t xml:space="preserve">[14:57] </w:t>
      </w:r>
      <w:r>
        <w:t>misal ke taur par hum ne apne madarse mein ek kitaab padhi thi is ka naam tha Arabi mein Kalilah wa Dimnah. yeh madarse ke nisaab mein shaamil thi.</w:t>
      </w:r>
    </w:p>
    <w:p>
      <w:pPr>
        <w:jc w:val="right"/>
      </w:pPr>
      <w:r>
        <w:t>مثلاً ہم نے اپنے مدرسے میں ایک کتاب پڑھی تھی اس کا نام تھا عربی میں قلیلہ و دمنہ۔ یہ مدرسے کے نصاب میں شامل تھی۔</w:t>
      </w:r>
    </w:p>
    <w:p>
      <w:r>
        <w:rPr>
          <w:b/>
        </w:rPr>
        <w:t xml:space="preserve">[15:10] </w:t>
      </w:r>
      <w:r>
        <w:t>to Kalilah wa Dimnah kya hai? yeh ek Hindi kitaab ka Translation hai.</w:t>
      </w:r>
    </w:p>
    <w:p>
      <w:pPr>
        <w:jc w:val="right"/>
      </w:pPr>
      <w:r>
        <w:t>تو قلیلہ و دمنہ کیا ہے؟ یہ ایک ہندی کتاب کا Translation ہے۔</w:t>
      </w:r>
    </w:p>
    <w:p>
      <w:r>
        <w:rPr>
          <w:b/>
        </w:rPr>
        <w:t xml:space="preserve">[15:19] </w:t>
      </w:r>
      <w:r>
        <w:t>ab woh Hindi kitaab maujood nahi hai. woh Sanskrit kitaab. yeh ek Sanskrit kitaab ka Arabic Translation hai jis ko Ibn al-Muqaffa' ne kiya tha.</w:t>
      </w:r>
    </w:p>
    <w:p>
      <w:pPr>
        <w:jc w:val="right"/>
      </w:pPr>
      <w:r>
        <w:t>اب وہ ہندی کتاب موجود نہیں ہے۔ وہ سنسکرت کتاب۔ یہ ایک سنسکرت کتاب کا Arabic Translation ہے جس کو ابن مقفع نے کیا تھا۔</w:t>
      </w:r>
    </w:p>
    <w:p>
      <w:r>
        <w:rPr>
          <w:b/>
        </w:rPr>
        <w:t xml:space="preserve">[15:31] </w:t>
      </w:r>
      <w:r>
        <w:t>Sanskrit kitaab ka Arabic Translation. Ibn al-Muqaffa' ne kiya tha. Ibn al-Muqaffa' ne is ka tarjuma itna achha kiya hai ke agar aap padhein Kalilah wa Dimnah ko to yeh lagega nahi ke yeh Translation hai.</w:t>
      </w:r>
    </w:p>
    <w:p>
      <w:pPr>
        <w:jc w:val="right"/>
      </w:pPr>
      <w:r>
        <w:t>سنسکرت کتاب کا Arabic Translation۔ ابن مقفع نے کیا تھا۔ ابن مقفع نے اس کا ترجمہ اتنا اچھا کیا ہے کہ اگر آپ پڑھیں قلیلہ و دمنہ کو تو یہ لگے گا نہیں کہ یہ Translation ہے۔</w:t>
      </w:r>
    </w:p>
    <w:p>
      <w:r>
        <w:rPr>
          <w:b/>
        </w:rPr>
        <w:t xml:space="preserve">[15:49] </w:t>
      </w:r>
      <w:r>
        <w:t>is tareeqe se Hindsa par kitaab thi yahan woh le gaye us ko tarjuma kiya Arabi zabaan mein. aur yeh gintiyan jo hain, yeh ginti unhone wahan se li unhone.</w:t>
      </w:r>
    </w:p>
    <w:p>
      <w:pPr>
        <w:jc w:val="right"/>
      </w:pPr>
      <w:r>
        <w:t>اس طریقے سے ہندسہ پر کتاب تھی یہاں وہ لے گئے اس کو ترجمہ کیا عربی زبان میں۔ اور یہ گنتیاں جو ہیں، یہ گنتی انہوں نے وہاں سے لی انہوں نے۔</w:t>
      </w:r>
    </w:p>
    <w:p>
      <w:r>
        <w:rPr>
          <w:b/>
        </w:rPr>
        <w:t xml:space="preserve">[16:02] </w:t>
      </w:r>
      <w:r>
        <w:t>isi liye jab yeh ginti Arab se pahunchi Europe to unhone is ka naam rakh diya Arabic Numerals.</w:t>
      </w:r>
    </w:p>
    <w:p>
      <w:pPr>
        <w:jc w:val="right"/>
      </w:pPr>
      <w:r>
        <w:t>اسی لیے جب یہ گنتی عرب سے پہنچی یورپ تو انہوں نے اس کا نام رکھ دیا Arabic Numerals۔</w:t>
      </w:r>
    </w:p>
    <w:p>
      <w:r>
        <w:rPr>
          <w:b/>
        </w:rPr>
        <w:t xml:space="preserve">[16:13] </w:t>
      </w:r>
      <w:r>
        <w:t>Arabic Numerals۔ haalankeh woh sach poochein to woh Indian Numerals thay woh۔ Indian Numerals۔</w:t>
      </w:r>
    </w:p>
    <w:p>
      <w:pPr>
        <w:jc w:val="right"/>
      </w:pPr>
      <w:r>
        <w:t>Arabic Numerals۔ حالانکہ وہ سچ پوچھیں تو وہ Indian Numerals تھے وہ۔ Indian Numerals۔</w:t>
      </w:r>
    </w:p>
    <w:p>
      <w:r>
        <w:rPr>
          <w:b/>
        </w:rPr>
        <w:t xml:space="preserve">[16:22] </w:t>
      </w:r>
      <w:r>
        <w:t>lekin chounkeh European logon ko woh pohancha tha Arabic Translation ke zariye to unhon ne is ki taraf is ko mansoob kar diya۔</w:t>
      </w:r>
    </w:p>
    <w:p>
      <w:pPr>
        <w:jc w:val="right"/>
      </w:pPr>
      <w:r>
        <w:t>لیکن چونکہ European لوگوں کو وہ پہنچا تھا Arabic Translation کے ذریعے تو انہوں نے اس کی طرف اس کو منسوب کر دیا۔</w:t>
      </w:r>
    </w:p>
    <w:p>
      <w:r>
        <w:rPr>
          <w:b/>
        </w:rPr>
        <w:t xml:space="preserve">[16:35] </w:t>
      </w:r>
      <w:r>
        <w:t>to is tarah se ilm ka darya barhta raha aagay۔</w:t>
      </w:r>
    </w:p>
    <w:p>
      <w:pPr>
        <w:jc w:val="right"/>
      </w:pPr>
      <w:r>
        <w:t>تو اس طرح سے علم کا دریا بڑھتا رہا آگے۔</w:t>
      </w:r>
    </w:p>
    <w:p>
      <w:r>
        <w:rPr>
          <w:b/>
        </w:rPr>
        <w:t xml:space="preserve">[16:41] </w:t>
      </w:r>
      <w:r>
        <w:t>bohat zabardast kaam hua Baghdad mein aur Cairo mein۔ aur phir yeh kaam aagay barha aur Musalman jab Qurtuba mein aur wahan Spain mein Qurtuba aur Granada pohanchay to wahan unhon ne university banai۔</w:t>
      </w:r>
    </w:p>
    <w:p>
      <w:pPr>
        <w:jc w:val="right"/>
      </w:pPr>
      <w:r>
        <w:t>بہت زبردست کام ہوا بغداد میں اور قاہرہ میں۔ اور پھر یہ کام آگے بڑھا اور مسلمان جب قرطبہ میں اور وہاں اسپین میں قرطبہ اور غرناطہ پہنچے تو وہاں انہوں نے یونیورسٹی بنائی۔</w:t>
      </w:r>
    </w:p>
    <w:p>
      <w:r>
        <w:rPr>
          <w:b/>
        </w:rPr>
        <w:t xml:space="preserve">[16:55] </w:t>
      </w:r>
      <w:r>
        <w:t>barhay barhay taleemi idaray۔ to wahan ki Qurtuba ki university mein Europe ke log atay thay parhnay۔ chacha Roger Bacon jo England ka tha،</w:t>
      </w:r>
    </w:p>
    <w:p>
      <w:pPr>
        <w:jc w:val="right"/>
      </w:pPr>
      <w:r>
        <w:t>بڑے بڑے تعلیمی ادارے۔ تو وہاں کی قرطبہ کی یونیورسٹی میں یورپ کے لوگ آتے تھے پڑھنے۔ چاچا راجر بیکن جو انگلینڈ کا تھا،</w:t>
      </w:r>
    </w:p>
    <w:p>
      <w:r>
        <w:rPr>
          <w:b/>
        </w:rPr>
        <w:t xml:space="preserve">[17:11] </w:t>
      </w:r>
      <w:r>
        <w:t>Roger Bacon ne Spain mein Muslim university mein parha۔ phir aa kar ke us ne England mein university banai۔ Cambridge University۔</w:t>
      </w:r>
    </w:p>
    <w:p>
      <w:pPr>
        <w:jc w:val="right"/>
      </w:pPr>
      <w:r>
        <w:t>راجر بیکن نے اسپین میں مسلم یونیورسٹی میں پڑھا۔ پھر آ کر کے اس نے انگلینڈ میں یونیورسٹی بنائی۔ کیمبرج یونیورسٹی۔</w:t>
      </w:r>
    </w:p>
    <w:p>
      <w:r>
        <w:rPr>
          <w:b/>
        </w:rPr>
        <w:t xml:space="preserve">[17:23] </w:t>
      </w:r>
      <w:r>
        <w:t>to aik zamanah tha keh taleem ka har taraf charchah، har taraf charchah۔ to yeh taleem ya ilm ka charchah Musalmanon se nikal kar phir Europe mein aaya۔</w:t>
      </w:r>
    </w:p>
    <w:p>
      <w:pPr>
        <w:jc w:val="right"/>
      </w:pPr>
      <w:r>
        <w:t>تو ایک زمانہ تھا کہ تعلیم کا ہر طرف چرچہ، ہر طرف چرچہ۔ تو یہ تعلیم یا علم کا چرچہ مسلمانوں سے نکل کر پھر یورپ میں آیا۔</w:t>
      </w:r>
    </w:p>
    <w:p>
      <w:r>
        <w:rPr>
          <w:b/>
        </w:rPr>
        <w:t xml:space="preserve">[17:43] </w:t>
      </w:r>
      <w:r>
        <w:t>Europe se nikal kar America pohancha۔ is tareeqay se yeh ilm aagay barhta raha۔ to yahan mein aap ko yeh batana chahoon ga keh</w:t>
      </w:r>
    </w:p>
    <w:p>
      <w:pPr>
        <w:jc w:val="right"/>
      </w:pPr>
      <w:r>
        <w:t>یورپ سے نکل کر امریکہ پہنچا۔ اس طریقے سے یہ علم آگے بڑھتا رہا۔ تو یہاں میں آپ کو یہ بتانا چاہوں گا کہ</w:t>
      </w:r>
    </w:p>
    <w:p>
      <w:r>
        <w:rPr>
          <w:b/>
        </w:rPr>
        <w:t xml:space="preserve">[18:01] </w:t>
      </w:r>
      <w:r>
        <w:t>Musalmanon ka jo kaam hai woh Traditional daur mein hua۔ Traditional daur mein unhon ne aakhri had tak pohanchaya ilm ko۔</w:t>
      </w:r>
    </w:p>
    <w:p>
      <w:pPr>
        <w:jc w:val="right"/>
      </w:pPr>
      <w:r>
        <w:t>مسلمانوں کا جو کام ہے وہ Traditional دور میں ہوا۔ Traditional دور میں انہوں نے آخری حد تک پہنچایا علم کو۔</w:t>
      </w:r>
    </w:p>
    <w:p>
      <w:r>
        <w:rPr>
          <w:b/>
        </w:rPr>
        <w:t xml:space="preserve">[18:16] </w:t>
      </w:r>
      <w:r>
        <w:t>aik European Scholar Buffon ne likha hai keh But for the Arabs the Western Industrial Civilization will never have arisen at all۔</w:t>
      </w:r>
    </w:p>
    <w:p>
      <w:pPr>
        <w:jc w:val="right"/>
      </w:pPr>
      <w:r>
        <w:t>ایک European Scholar بریفارڈ نے لکھا ہے کہ But for the Arabs the Western Industrial Civilization will never have arisen at all۔</w:t>
      </w:r>
    </w:p>
    <w:p>
      <w:r>
        <w:rPr>
          <w:b/>
        </w:rPr>
        <w:t xml:space="preserve">[18:31] </w:t>
      </w:r>
      <w:r>
        <w:t>yani Arabon ke baghair European sanati daur paida hi nahi ho sakta tha۔ to woh is tarah hua keh unhon ne ilm ko Traditional daur mein Climax tak pohancha diya۔</w:t>
      </w:r>
    </w:p>
    <w:p>
      <w:pPr>
        <w:jc w:val="right"/>
      </w:pPr>
      <w:r>
        <w:t>یعنی عربوں کے بغیر European صنعتی دور پیدا ہی نہیں ہو سکتا تھا۔ تو وہ اس طرح ہوا کہ انہوں نے علم کو Traditional دور میں Climax تک پہنچا دیا۔</w:t>
      </w:r>
    </w:p>
    <w:p>
      <w:r>
        <w:rPr>
          <w:b/>
        </w:rPr>
        <w:t xml:space="preserve">[18:46] </w:t>
      </w:r>
      <w:r>
        <w:t>aakhri had tak pohancha diya۔ phir wahan se jo doosra daur hai Mechanical daur woh shuru hua Europe mein۔ phir Europe ke baad woh pohancha America mein۔</w:t>
      </w:r>
    </w:p>
    <w:p>
      <w:pPr>
        <w:jc w:val="right"/>
      </w:pPr>
      <w:r>
        <w:t>آخری حد تک پہنچا دیا۔ پھر وہاں سے جو دوسرا دور ہے Mechanical دور وہ شروع ہوا یورپ میں۔ پھر یورپ کے بعد وہ پہنچا امریکہ میں۔</w:t>
      </w:r>
    </w:p>
    <w:p>
      <w:r>
        <w:rPr>
          <w:b/>
        </w:rPr>
        <w:t xml:space="preserve">[18:58] </w:t>
      </w:r>
      <w:r>
        <w:t>Automation ka daur۔ America ne Automation ka daur paida kiya۔ kiya Musalmanon ne Traditional daur mein aakhri had tak pohanchaya ilm ko؟</w:t>
      </w:r>
    </w:p>
    <w:p>
      <w:pPr>
        <w:jc w:val="right"/>
      </w:pPr>
      <w:r>
        <w:t>Automation کا دور۔ امریکہ نے Automation کا دور پیدا کیا۔ کیا مسلمانوں نے Traditional دور میں آخری حد تک پہنچایا علم کو؟</w:t>
      </w:r>
    </w:p>
    <w:p>
      <w:r>
        <w:rPr>
          <w:b/>
        </w:rPr>
        <w:t xml:space="preserve">[19:07] </w:t>
      </w:r>
      <w:r>
        <w:t>phir Europe ne Mechanical daur mein bohat aagay taraqqi ki۔ phir America ne Automation ke daur mein pohancha diya ilm ko۔ ab aaj kal aap dekhtay hain keh Japan aur Cheen is mein kafi Contribute kar rahay hain۔</w:t>
      </w:r>
    </w:p>
    <w:p>
      <w:pPr>
        <w:jc w:val="right"/>
      </w:pPr>
      <w:r>
        <w:t>پھر یورپ نے Mechanical دور میں بہت آگے ترقی کی۔ پھر امریکہ نے Automation کے دور میں پہنچا دیا علم کو۔ اب آج کل آپ دیکھتے ہیں کہ جاپان اور چین اس میں کافی Contribute کر رہے ہیں۔</w:t>
      </w:r>
    </w:p>
    <w:p>
      <w:r>
        <w:rPr>
          <w:b/>
        </w:rPr>
        <w:t xml:space="preserve">[19:22] </w:t>
      </w:r>
      <w:r>
        <w:t>yeh hai aik safar۔ yahan mein yeh kahoon ga keh Islam ke nazriay se ilm ka safar na to khalis mazhabi hai na khalis duniyawi۔</w:t>
      </w:r>
    </w:p>
    <w:p>
      <w:pPr>
        <w:jc w:val="right"/>
      </w:pPr>
      <w:r>
        <w:t>یہ ہے ایک سفر۔ یہاں میں یہ کہوں گا کہ اسلام کے نظریے سے علم کا سفر نہ تو خالص مذہبی ہے نہ خالص دنیاوی۔</w:t>
      </w:r>
    </w:p>
    <w:p>
      <w:r>
        <w:rPr>
          <w:b/>
        </w:rPr>
        <w:t xml:space="preserve">[19:36] </w:t>
      </w:r>
      <w:r>
        <w:t>ilm ka safar marifat ka safar hai۔ ilm ka safar marifat ka safar hai۔ yani Khuda ka yeh matloob hai keh insan sachaiyon ko Discover karay۔</w:t>
      </w:r>
    </w:p>
    <w:p>
      <w:pPr>
        <w:jc w:val="right"/>
      </w:pPr>
      <w:r>
        <w:t>علم کا سفر معرفت کا سفر ہے۔ علم کا سفر معرفت کا سفر ہے۔ یعنی خدا کا یہ مطلوب ہے کہ انسان سچائیوں کو Discover کرے۔</w:t>
      </w:r>
    </w:p>
    <w:p>
      <w:r>
        <w:rPr>
          <w:b/>
        </w:rPr>
        <w:t xml:space="preserve">[19:51] </w:t>
      </w:r>
      <w:r>
        <w:t>Discover karay۔ marifat ko barhaye۔ apni Realization ko barhaye۔ is dunya mein Khuda ne nizam jo rakha hai woh hai jis ko mein kaha karta hoon keh Discovery Method۔</w:t>
      </w:r>
    </w:p>
    <w:p>
      <w:pPr>
        <w:jc w:val="right"/>
      </w:pPr>
      <w:r>
        <w:t>Discover کرے۔ معرفت کو بڑھائے۔ اپنی Realization کو بڑھائے۔ اس دنیا میں خدا نے نظام جو رکھا ہے وہ ہے جس کو میں کہا کرتا ہوں کہ Discovery Method۔</w:t>
      </w:r>
    </w:p>
    <w:p>
      <w:r>
        <w:rPr>
          <w:b/>
        </w:rPr>
        <w:t xml:space="preserve">[20:07] </w:t>
      </w:r>
      <w:r>
        <w:t>aap jantay hain keh Education ke System mein aik tareeqa hai jo bachon ke liye hota hai ziyadah tar۔ is ko kehtay hain Discovery Method۔</w:t>
      </w:r>
    </w:p>
    <w:p>
      <w:pPr>
        <w:jc w:val="right"/>
      </w:pPr>
      <w:r>
        <w:t>آپ جانتے ہیں کہ Education کے System میں ایک طریقہ ہے جو بچوں کے لیے ہوتا ہے زیادہ تر۔ اس کو کہتے ہیں Discovery Method۔</w:t>
      </w:r>
    </w:p>
    <w:p>
      <w:r>
        <w:rPr>
          <w:b/>
        </w:rPr>
        <w:t xml:space="preserve">[20:18] </w:t>
      </w:r>
      <w:r>
        <w:t>to Discovery Method mein kya hota hai؟ maslan aik oont hai۔ aik shakal yeh hai keh aap ne Blackboard par oont ka aik bana diya۔</w:t>
      </w:r>
    </w:p>
    <w:p>
      <w:pPr>
        <w:jc w:val="right"/>
      </w:pPr>
      <w:r>
        <w:t>تو Discovery Method میں کیا ہوتا ہے؟ مثلاً ایک اونٹ ہے۔ ایک شکل یہ ہے کہ آپ نے Blackboard پر اونٹ کا ایک بنا دیا۔</w:t>
      </w:r>
    </w:p>
    <w:p>
      <w:r>
        <w:rPr>
          <w:b/>
        </w:rPr>
        <w:t xml:space="preserve">[20:29] </w:t>
      </w:r>
      <w:r>
        <w:t>oont ka naqshah۔ aur Blackboard par aap ne is ki aik aik cheez ko likha keh yeh yeh is ka paon hai ya is ya is ka sir hai ya is ki peeth hai۔</w:t>
      </w:r>
    </w:p>
    <w:p>
      <w:pPr>
        <w:jc w:val="right"/>
      </w:pPr>
      <w:r>
        <w:t>اونٹ کا نقشہ۔ اور Blackboard پر آپ نے اس کی ایک ایک چیز کو لکھا کہ یہ یہ اس کا پاؤں ہے یا اس یا اس کا سر ہے یا اس کی پیٹھ ہے۔</w:t>
      </w:r>
    </w:p>
    <w:p>
      <w:r>
        <w:rPr>
          <w:b/>
        </w:rPr>
        <w:t xml:space="preserve">[20:40] </w:t>
      </w:r>
      <w:r>
        <w:t>wahan likh diya aap ne۔ wahan bachah dekh raha hai aur samajh raha hai۔ doosri shakal yeh hai keh aap ne oont ka yani lakri ka aap ne aik takhtah liya oont ki shakal ka۔</w:t>
      </w:r>
    </w:p>
    <w:p>
      <w:pPr>
        <w:jc w:val="right"/>
      </w:pPr>
      <w:r>
        <w:t>وہاں لکھ دیا آپ نے۔ وہاں بچہ دیکھ رہا ہے اور سمجھ رہا ہے۔ دوسری شکل یہ ہے کہ آپ نے اونٹ کا یعنی لکڑی کا آپ نے ایک تختہ لیا اونٹ کی شکل کا۔</w:t>
      </w:r>
    </w:p>
    <w:p>
      <w:r>
        <w:rPr>
          <w:b/>
        </w:rPr>
        <w:t xml:space="preserve">[20:55] </w:t>
      </w:r>
      <w:r>
        <w:t>is ke tukray kar diye۔ yani oont ki shakal jo thi us ke aap ne das bees bohat se tukray kar diye۔</w:t>
      </w:r>
    </w:p>
    <w:p>
      <w:pPr>
        <w:jc w:val="right"/>
      </w:pPr>
      <w:r>
        <w:t>اس کے ٹکڑے کر دیے۔ یعنی اونٹ کی شکل جو تھی اس کے آپ نے دس بیس بہت سے ٹکڑے کر دیے۔</w:t>
      </w:r>
    </w:p>
    <w:p>
      <w:r>
        <w:rPr>
          <w:b/>
        </w:rPr>
        <w:t xml:space="preserve">[21:03] </w:t>
      </w:r>
      <w:r>
        <w:t>yani matlab is ki dum hai، is ka sir hai، is ki aankh hai، is ki peeth hai، is ka paon hai، is ka pait hai۔ har cheez alag alag۔</w:t>
      </w:r>
    </w:p>
    <w:p>
      <w:pPr>
        <w:jc w:val="right"/>
      </w:pPr>
      <w:r>
        <w:t>یعنی مطلب اس کی دم ہے، اس کا سر ہے، اس کی آنکھ ہے، اس کی پیٹھ ہے، اس کا پاؤں ہے، اس کا پیٹ ہے۔ ہر چیز الگ الگ۔</w:t>
      </w:r>
    </w:p>
    <w:p>
      <w:r>
        <w:rPr>
          <w:b/>
        </w:rPr>
        <w:t xml:space="preserve">[21:11] </w:t>
      </w:r>
      <w:r>
        <w:t>har cheez alag alag۔ aur bikhair diya aap ne۔ ab bachay se aap kehtay hain keh is mein se tukray nikalo۔ nikal nikal kar ke oont ki shakal banao۔</w:t>
      </w:r>
    </w:p>
    <w:p>
      <w:pPr>
        <w:jc w:val="right"/>
      </w:pPr>
      <w:r>
        <w:t>ہر چیز الگ الگ۔ اور بکھیر دیا آپ نے۔ اب بچے سے آپ کہتے ہیں کہ اس میں سے ٹکڑے نکالو۔ نکال نکال کر کے اونٹ کی شکل بناؤ۔</w:t>
      </w:r>
    </w:p>
    <w:p>
      <w:r>
        <w:rPr>
          <w:b/>
        </w:rPr>
        <w:t xml:space="preserve">[21:22] </w:t>
      </w:r>
      <w:r>
        <w:t>ab is ke Mind mein oont ka Idea hai۔ ab woh dekh raha hai۔ wahan se nikala us ne keh yeh is ki oont ki peeth hai، yeh lag hai is ka، yeh paon hai، yeh dum hai، yeh sir hai۔</w:t>
      </w:r>
    </w:p>
    <w:p>
      <w:pPr>
        <w:jc w:val="right"/>
      </w:pPr>
      <w:r>
        <w:t>اب اس کے Mind میں اونٹ کا Idea ہے۔ اب وہ دیکھ رہا ہے۔ وہاں سے نکالا اس نے کہ یہ اس کی اونٹ کی پیٹھ ہے، یہ لگ ہے اس کا، یہ پاؤں ہے، یہ دم ہے، یہ سر ہے۔</w:t>
      </w:r>
    </w:p>
    <w:p>
      <w:r>
        <w:rPr>
          <w:b/>
        </w:rPr>
        <w:t xml:space="preserve">[21:33] </w:t>
      </w:r>
      <w:r>
        <w:t>to jor jor kar ke, jor jor kar ke woh oont ki shakal banata hai. is ko kaha jata hai Discovery Method. to Khuda ne is dunya mein Discovery Method rakha hai.</w:t>
      </w:r>
    </w:p>
    <w:p>
      <w:pPr>
        <w:jc w:val="right"/>
      </w:pPr>
      <w:r>
        <w:t>تو جوڑ جوڑ کر کے، جوڑ جوڑ کر کے وہ اونٹ کی شکل بناتا ہے۔ اس کو کہا جاتا ہے Discovery Method۔ تو خدا نے اس دنیا میں Discovery Method رکھا ہے۔</w:t>
      </w:r>
    </w:p>
    <w:p>
      <w:r>
        <w:rPr>
          <w:b/>
        </w:rPr>
        <w:t xml:space="preserve">[21:46] </w:t>
      </w:r>
      <w:r>
        <w:t>cheezein bikhri hui hain Nature mein. lekin wahi tukre ki shakal mein aap ko jor jor kar ke oont banana hai.</w:t>
      </w:r>
    </w:p>
    <w:p>
      <w:pPr>
        <w:jc w:val="right"/>
      </w:pPr>
      <w:r>
        <w:t>چیزیں بکھری ہوئی ہیں Nature میں۔ لیکن وہی ٹکڑے کی شکل میں آپ کو جوڑ جوڑ کر کے اونٹ بنانا ہے۔</w:t>
      </w:r>
    </w:p>
    <w:p>
      <w:r>
        <w:rPr>
          <w:b/>
        </w:rPr>
        <w:t xml:space="preserve">[21:58] </w:t>
      </w:r>
      <w:r>
        <w:t>jise is ne likha hai Burton Russell ne ke Knowledge ki do qism hai. Knowledge of Things, Knowledge of Truth. to Thing jo hai woh hamare ek Ideal hai hamara.</w:t>
      </w:r>
    </w:p>
    <w:p>
      <w:pPr>
        <w:jc w:val="right"/>
      </w:pPr>
      <w:r>
        <w:t>جسے اس نے لکھا ہے برٹن رسل نے کہ Knowledge کی دو قسم ہے۔ Knowledge of Things، Knowledge of Truth۔ تو Thing جو ہے وہ ہمارے ایک Ideal ہے ہمارا۔</w:t>
      </w:r>
    </w:p>
    <w:p>
      <w:r>
        <w:rPr>
          <w:b/>
        </w:rPr>
        <w:t xml:space="preserve">[22:13] </w:t>
      </w:r>
      <w:r>
        <w:t>Mind mein hamare ek Idea hai. Thing nahi, Truth ka. Truth jo hai woh hamare Mind mein is ka Idea hai. ek Ideal hai hamare Mind mein Truth ka.</w:t>
      </w:r>
    </w:p>
    <w:p>
      <w:pPr>
        <w:jc w:val="right"/>
      </w:pPr>
      <w:r>
        <w:t>Mind میں ہمارے ایک Idea ہے۔ Thing نہیں، Truth کا۔ Truth جو ہے وہ ہمارے Mind میں اس کا Idea ہے۔ ایک Ideal ہے ہمارے Mind میں Truth کا۔</w:t>
      </w:r>
    </w:p>
    <w:p>
      <w:r>
        <w:rPr>
          <w:b/>
        </w:rPr>
        <w:t xml:space="preserve">[22:24] </w:t>
      </w:r>
      <w:r>
        <w:t>to hamare Mind mein jo Idea hai Truth ka</w:t>
      </w:r>
    </w:p>
    <w:p>
      <w:pPr>
        <w:jc w:val="right"/>
      </w:pPr>
      <w:r>
        <w:t>تو ہمارے Mind میں جو Idea ہے Truth کا</w:t>
      </w:r>
    </w:p>
    <w:p>
      <w:r>
        <w:rPr>
          <w:b/>
        </w:rPr>
        <w:t xml:space="preserve">[22:29] </w:t>
      </w:r>
      <w:r>
        <w:t>is ko le kar ke hum sochte hain. aur phir Nature mein, Universe mein, dunya mein bikhri hui hain cheezein.</w:t>
      </w:r>
    </w:p>
    <w:p>
      <w:pPr>
        <w:jc w:val="right"/>
      </w:pPr>
      <w:r>
        <w:t>اس کو لے کر کے ہم سوچتے ہیں۔ اور پھر Nature میں، Universe میں، دنیا میں بکھری ہوئی ہیں چیزیں۔</w:t>
      </w:r>
    </w:p>
    <w:p>
      <w:r>
        <w:rPr>
          <w:b/>
        </w:rPr>
        <w:t xml:space="preserve">[22:40] </w:t>
      </w:r>
      <w:r>
        <w:t>ab is ko nikal nikal kar ke hamein sachai ki tasweer banani hai. yeh hai Discovery Method.</w:t>
      </w:r>
    </w:p>
    <w:p>
      <w:pPr>
        <w:jc w:val="right"/>
      </w:pPr>
      <w:r>
        <w:t>اب اس کو نکال نکال کر کے ہمیں سچائی کی تصویر بنانی ہے۔ یہ ہے Discovery Method۔</w:t>
      </w:r>
    </w:p>
    <w:p>
      <w:r>
        <w:rPr>
          <w:b/>
        </w:rPr>
        <w:t xml:space="preserve">[22:49] </w:t>
      </w:r>
      <w:r>
        <w:t>to yeh ek Process hai yahan se wahan tak jo chal raha hai. yeh koi ek ek qaum ke karne ka kaam nahi hai. ke sau saal, paanch sau saal mein karne ka kaam nahi.</w:t>
      </w:r>
    </w:p>
    <w:p>
      <w:pPr>
        <w:jc w:val="right"/>
      </w:pPr>
      <w:r>
        <w:t>تو یہ ایک Process ہے یہاں سے وہاں تک جو چل رہا ہے۔ یہ کوئی ایک ایک قوم کے کرنے کا کام نہیں ہے۔ کہ سو سال، پانچ سو سال میں کرنے کا کام نہیں۔</w:t>
      </w:r>
    </w:p>
    <w:p>
      <w:r>
        <w:rPr>
          <w:b/>
        </w:rPr>
        <w:t xml:space="preserve">[23:01] </w:t>
      </w:r>
      <w:r>
        <w:t>yeh poori History chahiye is ke liye. yeh ek Historical Process hai jo chalega, chalega, chalega. ab mein aap ko lotata hoon takhleeqi aqsa jo hai yani Creation Plan jo Khuda ka hai us ko samjhiye.</w:t>
      </w:r>
    </w:p>
    <w:p>
      <w:pPr>
        <w:jc w:val="right"/>
      </w:pPr>
      <w:r>
        <w:t>یہ پوری History چاہیے اس کے لیے۔ یہ ایک Historical Process ہے جو چلے گا، چلے گا، چلے گا۔ اب میں آپ کو لوٹاتا ہوں تخلیقی اقصیٰ جو ہے یعنی Creation Plan جو خدا کا ہے اس کو سمجھیے۔</w:t>
      </w:r>
    </w:p>
    <w:p>
      <w:r>
        <w:rPr>
          <w:b/>
        </w:rPr>
        <w:t xml:space="preserve">[23:21] </w:t>
      </w:r>
      <w:r>
        <w:t>ek hadith hai jo sanad ke aitbar se to zaeef hai woh. lekin mein samajhta hoon ke mafhoom ke aitbar se bilkul sahi hai woh. woh hai</w:t>
      </w:r>
    </w:p>
    <w:p>
      <w:pPr>
        <w:jc w:val="right"/>
      </w:pPr>
      <w:r>
        <w:t>ایک حدیث ہے جو سند کے اعتبار سے تو ضعیف ہے وہ۔ لیکن میں سمجھتا ہوں کہ مفہوم کے اعتبار سے بالکل صحیح ہے وہ۔ وہ ہے</w:t>
      </w:r>
    </w:p>
    <w:p>
      <w:r>
        <w:rPr>
          <w:b/>
        </w:rPr>
        <w:t xml:space="preserve">[23:33] </w:t>
      </w:r>
      <w:r>
        <w:t>Allah taala ne yani hadith qudsi hai woh. to ulma ke nazdeek yeh hadith zaeef samjhi jati hai sanad ke aitbar se. ke sufia is ko bohat mante hain.</w:t>
      </w:r>
    </w:p>
    <w:p>
      <w:pPr>
        <w:jc w:val="right"/>
      </w:pPr>
      <w:r>
        <w:t>اللہ تعالیٰ نے یعنی حدیث قدسی ہے وہ۔ تو علماء کے نزدیک یہ حدیث ضعیف سمجھی جاتی ہے سند کے اعتبار سے۔ کہ صوفیاء اس کو بہت مانتے ہیں۔</w:t>
      </w:r>
    </w:p>
    <w:p>
      <w:r>
        <w:rPr>
          <w:b/>
        </w:rPr>
        <w:t xml:space="preserve">[23:44] </w:t>
      </w:r>
      <w:r>
        <w:t>to is ke alfaaz yeh hain ke kunt kanz makhfiya fa ahbabtu an u'raf fa khalaqtu al-khalq.</w:t>
      </w:r>
    </w:p>
    <w:p>
      <w:pPr>
        <w:jc w:val="right"/>
      </w:pPr>
      <w:r>
        <w:t>تو اس کے الفاظ یہ ہیں کہ کنت کنز مخفیہ فاحببت عرفہ فخلقت الخلق۔</w:t>
      </w:r>
    </w:p>
    <w:p>
      <w:r>
        <w:rPr>
          <w:b/>
        </w:rPr>
        <w:t xml:space="preserve">[23:55] </w:t>
      </w:r>
      <w:r>
        <w:t>ke Khuda kehta hai ke mein ek chupa hua khazana tha. phir mein ne chaha ke mein jana jaon. to mein ne khalq ko paida kiya.</w:t>
      </w:r>
    </w:p>
    <w:p>
      <w:pPr>
        <w:jc w:val="right"/>
      </w:pPr>
      <w:r>
        <w:t>کہ خدا کہتا ہے کہ میں ایک چھپا ہوا خزانہ تھا۔ پھر میں نے چاہا کہ میں جانا جاؤں۔ تو میں نے خلق کو پیدا کیا۔</w:t>
      </w:r>
    </w:p>
    <w:p>
      <w:r>
        <w:rPr>
          <w:b/>
        </w:rPr>
        <w:t xml:space="preserve">[24:08] </w:t>
      </w:r>
      <w:r>
        <w:t>I was a hidden treasure</w:t>
      </w:r>
    </w:p>
    <w:p>
      <w:pPr>
        <w:jc w:val="right"/>
      </w:pPr>
      <w:r>
        <w:t>I was a hidden treasure</w:t>
      </w:r>
    </w:p>
    <w:p>
      <w:r>
        <w:rPr>
          <w:b/>
        </w:rPr>
        <w:t xml:space="preserve">[24:11] </w:t>
      </w:r>
      <w:r>
        <w:t>then I wanted to be known and then I created man and nature. mein samajhta hoon ke mani ke aitbar se bilkul sahi hai yeh hadith.</w:t>
      </w:r>
    </w:p>
    <w:p>
      <w:pPr>
        <w:jc w:val="right"/>
      </w:pPr>
      <w:r>
        <w:t>then I wanted to be known and then I created man and nature۔ میں سمجھتا ہوں کہ معنی کے اعتبار سے بالکل صحیح ہے یہ حدیث۔</w:t>
      </w:r>
    </w:p>
    <w:p>
      <w:r>
        <w:rPr>
          <w:b/>
        </w:rPr>
        <w:t xml:space="preserve">[24:23] </w:t>
      </w:r>
      <w:r>
        <w:t>mani ke aitbar se is mein koi kami ki baat nahi hai. ab dekhein ke yeh Allah taala ka jo jo mansooba tha us mein sab se ahem cheez hai marifat.</w:t>
      </w:r>
    </w:p>
    <w:p>
      <w:pPr>
        <w:jc w:val="right"/>
      </w:pPr>
      <w:r>
        <w:t>معنی کے اعتبار سے اس میں کوئی کمی کی بات نہیں ہے۔ اب دیکھیں کہ یہ اللہ تعالیٰ کا جو جو منصوبہ تھا اس میں سب سے اہم چیز ہے معرفت۔</w:t>
      </w:r>
    </w:p>
    <w:p>
      <w:r>
        <w:rPr>
          <w:b/>
        </w:rPr>
        <w:t xml:space="preserve">[24:38] </w:t>
      </w:r>
      <w:r>
        <w:t>Realization yani Khuda ki marifat. Khuda ki marifat</w:t>
      </w:r>
    </w:p>
    <w:p>
      <w:pPr>
        <w:jc w:val="right"/>
      </w:pPr>
      <w:r>
        <w:t>Realization یعنی خدا کی معرفت۔ خدا کی معرفت</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