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Hereafter in Islam June 24, 2007</w:t>
      </w:r>
    </w:p>
    <w:p>
      <w:r>
        <w:t>https://www.youtube.com/watch?v=Qqr-uGau0iU</w:t>
      </w:r>
    </w:p>
    <w:p>
      <w:r>
        <w:rPr>
          <w:b/>
        </w:rPr>
        <w:t xml:space="preserve">[00:14] </w:t>
      </w:r>
      <w:r>
        <w:t>Bismillah Rehman ur Rahim, wa salla Allahu ala Nabiyyil Kareem. Rabbishrah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[00:35] </w:t>
      </w:r>
      <w:r>
        <w:t>aaj ka jo topic hai woh hai aqeedah akhirat,</w:t>
      </w:r>
    </w:p>
    <w:p>
      <w:pPr>
        <w:jc w:val="right"/>
      </w:pPr>
      <w:r>
        <w:t>آج کا جو ٹاپک ہے وہ ہے عقیدہ آخرت،</w:t>
      </w:r>
    </w:p>
    <w:p>
      <w:r>
        <w:rPr>
          <w:b/>
        </w:rPr>
        <w:t xml:space="preserve">[00:48] </w:t>
      </w:r>
      <w:r>
        <w:t>The Concept of Hereafter in Islam.</w:t>
      </w:r>
    </w:p>
    <w:p>
      <w:pPr>
        <w:jc w:val="right"/>
      </w:pPr>
      <w:r>
        <w:t>The Concept of Hereafter in Islam۔</w:t>
      </w:r>
    </w:p>
    <w:p>
      <w:r>
        <w:rPr>
          <w:b/>
        </w:rPr>
        <w:t xml:space="preserve">[00:57] </w:t>
      </w:r>
      <w:r>
        <w:t>dekhiye, Islam mein teen aqeeday</w:t>
      </w:r>
    </w:p>
    <w:p>
      <w:pPr>
        <w:jc w:val="right"/>
      </w:pPr>
      <w:r>
        <w:t>دیکھیے، اسلام میں تین عقیدے</w:t>
      </w:r>
    </w:p>
    <w:p>
      <w:r>
        <w:rPr>
          <w:b/>
        </w:rPr>
        <w:t xml:space="preserve">[01:11] </w:t>
      </w:r>
      <w:r>
        <w:t>buniyadi maane jate hain. yani Islam ka jo aqeedah jati nizam hai is ke teen sutoon hain. woh hain</w:t>
      </w:r>
    </w:p>
    <w:p>
      <w:pPr>
        <w:jc w:val="right"/>
      </w:pPr>
      <w:r>
        <w:t>بنیادی مانے جاتے ہیں۔ یعنی اسلام کا جو عقیدہ جاتی نظام ہے اس کے تین ستون ہیں۔ وہ ہیں</w:t>
      </w:r>
    </w:p>
    <w:p>
      <w:r>
        <w:rPr>
          <w:b/>
        </w:rPr>
        <w:t xml:space="preserve">[01:24] </w:t>
      </w:r>
      <w:r>
        <w:t>Tauheed, Risalat aur Akhirat. yani The Oneness of God, Prophethood aur</w:t>
      </w:r>
    </w:p>
    <w:p>
      <w:pPr>
        <w:jc w:val="right"/>
      </w:pPr>
      <w:r>
        <w:t>توحید، رسالت اور آخرت۔ یعنی The Oneness of God، Prophethood اور</w:t>
      </w:r>
    </w:p>
    <w:p>
      <w:r>
        <w:rPr>
          <w:b/>
        </w:rPr>
        <w:t xml:space="preserve">[01:40] </w:t>
      </w:r>
      <w:r>
        <w:t>World Hereafter.</w:t>
      </w:r>
    </w:p>
    <w:p>
      <w:pPr>
        <w:jc w:val="right"/>
      </w:pPr>
      <w:r>
        <w:t>World Hereafter۔</w:t>
      </w:r>
    </w:p>
    <w:p>
      <w:r>
        <w:rPr>
          <w:b/>
        </w:rPr>
        <w:t xml:space="preserve">[01:44] </w:t>
      </w:r>
      <w:r>
        <w:t>yeh teen aqeeday Islam mein bohat hi buniyadi maane gaye hain.</w:t>
      </w:r>
    </w:p>
    <w:p>
      <w:pPr>
        <w:jc w:val="right"/>
      </w:pPr>
      <w:r>
        <w:t>یہ تین عقیدے اسلام میں بہت ہی بنیادی مانے گئے ہیں۔</w:t>
      </w:r>
    </w:p>
    <w:p>
      <w:r>
        <w:rPr>
          <w:b/>
        </w:rPr>
        <w:t xml:space="preserve">[01:55] </w:t>
      </w:r>
      <w:r>
        <w:t>aqida tauheed ka matlab hai ke There is no God but One God.</w:t>
      </w:r>
    </w:p>
    <w:p>
      <w:pPr>
        <w:jc w:val="right"/>
      </w:pPr>
      <w:r>
        <w:t>عقیدہ توحید کا مطلب ہے کہ There is no God but One God۔</w:t>
      </w:r>
    </w:p>
    <w:p>
      <w:r>
        <w:rPr>
          <w:b/>
        </w:rPr>
        <w:t xml:space="preserve">[02:04] </w:t>
      </w:r>
      <w:r>
        <w:t>ek hi Khuda hai jisne banaya is kainat ko. Wahi iska khaliq hai, wahi iska sustainer hai aur wahi Khawand-e Day of Judgment hai.</w:t>
      </w:r>
    </w:p>
    <w:p>
      <w:pPr>
        <w:jc w:val="right"/>
      </w:pPr>
      <w:r>
        <w:t>ایک ہی خدا ہے جس نے بنایا اس کائنات کو۔ وہی اس کا خالق ہے، وہی اس کا سسٹینر ہے اور وہی خداوندِ Day of Judgment ہے۔</w:t>
      </w:r>
    </w:p>
    <w:p>
      <w:r>
        <w:rPr>
          <w:b/>
        </w:rPr>
        <w:t xml:space="preserve">[02:23] </w:t>
      </w:r>
      <w:r>
        <w:t>Prophethood ka matlab yeh hai ke Khuda ne insano ki rehnumai ke liye har zamane mein</w:t>
      </w:r>
    </w:p>
    <w:p>
      <w:pPr>
        <w:jc w:val="right"/>
      </w:pPr>
      <w:r>
        <w:t>Prophethood کا مطلب یہ ہے کہ خدا نے انسانوں کی رہنمائی کے لیے ہر زمانے میں</w:t>
      </w:r>
    </w:p>
    <w:p>
      <w:r>
        <w:rPr>
          <w:b/>
        </w:rPr>
        <w:t xml:space="preserve">[02:38] </w:t>
      </w:r>
      <w:r>
        <w:t>aise log bheje jo Khuda ki</w:t>
      </w:r>
    </w:p>
    <w:p>
      <w:pPr>
        <w:jc w:val="right"/>
      </w:pPr>
      <w:r>
        <w:t>ایسے لوگ بھیجے جو خدا کی</w:t>
      </w:r>
    </w:p>
    <w:p>
      <w:r>
        <w:rPr>
          <w:b/>
        </w:rPr>
        <w:t xml:space="preserve">[02:48] </w:t>
      </w:r>
      <w:r>
        <w:t>rehnumai ko logo tak pahunchate the. Yeh goya Khuda ke paighambar the, unhi ko nabi kaha jata hai.</w:t>
      </w:r>
    </w:p>
    <w:p>
      <w:pPr>
        <w:jc w:val="right"/>
      </w:pPr>
      <w:r>
        <w:t>رہنمائی کو لوگوں تک پہنچاتے تھے۔ یہ گویا خدا کے پیغمبر تھے، انہی کو نبی کہا جاتا ہے۔</w:t>
      </w:r>
    </w:p>
    <w:p>
      <w:r>
        <w:rPr>
          <w:b/>
        </w:rPr>
        <w:t xml:space="preserve">[02:59] </w:t>
      </w:r>
      <w:r>
        <w:t>aur aakhirat ka matlab yeh hai ke yeh duniya aakhirkar khatm hogi aur iske baad ek aur duniya banegi jisko alam-e aakhirat kaha jata hai.</w:t>
      </w:r>
    </w:p>
    <w:p>
      <w:pPr>
        <w:jc w:val="right"/>
      </w:pPr>
      <w:r>
        <w:t>اور آخرت کا مطلب یہ ہے کہ یہ دنیا آخر کار ختم ہوگی اور اس کے بعد ایک اور دنیا بنے گی جس کو عالم آخرت کہا جاتا ہے۔</w:t>
      </w:r>
    </w:p>
    <w:p>
      <w:r>
        <w:rPr>
          <w:b/>
        </w:rPr>
        <w:t xml:space="preserve">[03:14] </w:t>
      </w:r>
      <w:r>
        <w:t>yani World Hereafter. To yeh hai teesra aqida Islam mein. Aaj ki sohbat mein aaj mein isi teesre aqida ke bare mein kuch kahunga.</w:t>
      </w:r>
    </w:p>
    <w:p>
      <w:pPr>
        <w:jc w:val="right"/>
      </w:pPr>
      <w:r>
        <w:t>یعنی World Hereafter۔ تو یہ ہے تیسرا عقیدہ اسلام میں۔ آج کی صحبت میں آج میں اسی تیسرے عقیدہ کے بارے میں کچھ کہوں گا۔</w:t>
      </w:r>
    </w:p>
    <w:p>
      <w:r>
        <w:rPr>
          <w:b/>
        </w:rPr>
        <w:t xml:space="preserve">[03:39] </w:t>
      </w:r>
      <w:r>
        <w:t>is mamle ko samajhne ke liye sabse pehle hamein yeh janana padega, yeh janana chahiye, yeh janana chahiye ke What is the Creation Plan of God?</w:t>
      </w:r>
    </w:p>
    <w:p>
      <w:pPr>
        <w:jc w:val="right"/>
      </w:pPr>
      <w:r>
        <w:t>اس معاملے کو سمجھنے کے لیے سب سے پہلے ہمیں یہ جاننا پڑے گا، یہ جاننا چاہیے، یہ جاننا چاہیے کہ What is the Creation Plan of God؟</w:t>
      </w:r>
    </w:p>
    <w:p>
      <w:r>
        <w:rPr>
          <w:b/>
        </w:rPr>
        <w:t xml:space="preserve">[04:00] </w:t>
      </w:r>
      <w:r>
        <w:t>Khuda ne jaisa ke Quran mein bataya gaya hai aur hadith adab mein iski tafseel pa sakte hain hum</w:t>
      </w:r>
    </w:p>
    <w:p>
      <w:pPr>
        <w:jc w:val="right"/>
      </w:pPr>
      <w:r>
        <w:t>خدا نے جیسا کہ قرآن میں بتایا گیا ہے اور حدیث ادب میں اس کی تفصیل پا سکتے ہیں ہم</w:t>
      </w:r>
    </w:p>
    <w:p>
      <w:r>
        <w:rPr>
          <w:b/>
        </w:rPr>
        <w:t xml:space="preserve">[04:12] </w:t>
      </w:r>
      <w:r>
        <w:t>ke Khuda ne insan ko banaya. Pehla insan Adam tha to usko Khuda ne Eternal Being ke taur par paida kiya.</w:t>
      </w:r>
    </w:p>
    <w:p>
      <w:pPr>
        <w:jc w:val="right"/>
      </w:pPr>
      <w:r>
        <w:t>کہ خدا نے انسان کو بنایا۔ پہلا انسان آدم تھا تو اس کو خدا نے Eternal Being کے طور پر پیدا کیا۔</w:t>
      </w:r>
    </w:p>
    <w:p>
      <w:r>
        <w:rPr>
          <w:b/>
        </w:rPr>
        <w:t xml:space="preserve">[04:26] </w:t>
      </w:r>
      <w:r>
        <w:t>yani insan koi keede makode ki tarah nahi tha, yeh paida hote hain, mar jate hain. Inka haal hota hai lekin inka mustaqbil nahi hota.</w:t>
      </w:r>
    </w:p>
    <w:p>
      <w:pPr>
        <w:jc w:val="right"/>
      </w:pPr>
      <w:r>
        <w:t>یعنی انسان کوئی کیڑے مکوڑے کی طرح نہیں تھا، یہ پیدا ہوتے ہیں، مر جاتے ہیں۔ ان کا حال ہوتا ہے لیکن ان کا مستقبل نہیں ہوتا۔</w:t>
      </w:r>
    </w:p>
    <w:p>
      <w:r>
        <w:rPr>
          <w:b/>
        </w:rPr>
        <w:t xml:space="preserve">[04:40] </w:t>
      </w:r>
      <w:r>
        <w:t>balkeh insan ko paida kiya Khuda ne Eternal Creature ki hesiyat se lekin uski zindagi ko Khuda ne taqseem kar diya do hisson mein.</w:t>
      </w:r>
    </w:p>
    <w:p>
      <w:pPr>
        <w:jc w:val="right"/>
      </w:pPr>
      <w:r>
        <w:t>بلکہ انسان کو پیدا کیا خدا نے Eternal Creature کی حیثیت سے لیکن اس کی زندگی کو خدا نے تقسیم کر دیا دو حصوں میں۔</w:t>
      </w:r>
    </w:p>
    <w:p>
      <w:r>
        <w:rPr>
          <w:b/>
        </w:rPr>
        <w:t xml:space="preserve">[04:59] </w:t>
      </w:r>
      <w:r>
        <w:t>Pre-Death Period aur Post-Death Period. To Post-Death Period jo hai usi ko kehte hain alam-e aakhirat.</w:t>
      </w:r>
    </w:p>
    <w:p>
      <w:pPr>
        <w:jc w:val="right"/>
      </w:pPr>
      <w:r>
        <w:t>Pre-Death Period اور Post-Death Period۔ تو Post-Death Period جو ہے اسی کو کہتے ہیں عالم آخرت۔</w:t>
      </w:r>
    </w:p>
    <w:p>
      <w:r>
        <w:rPr>
          <w:b/>
        </w:rPr>
        <w:t xml:space="preserve">[05:14] </w:t>
      </w:r>
      <w:r>
        <w:t>is duniya mein insan hai. Test ke liye. Yeh duniya testing ground hai. Aur aakhirat jo hai woh wahan woh hai inaam ke liye.</w:t>
      </w:r>
    </w:p>
    <w:p>
      <w:pPr>
        <w:jc w:val="right"/>
      </w:pPr>
      <w:r>
        <w:t>اس دنیا میں انسان ہے۔ ٹیسٹ کے لیے۔ یہ دنیا ٹیسٹنگ گراؤنڈ ہے۔ اور آخرت جو ہے وہ وہاں وہ ہے انعام کے لیے۔</w:t>
      </w:r>
    </w:p>
    <w:p>
      <w:r>
        <w:rPr>
          <w:b/>
        </w:rPr>
        <w:t xml:space="preserve">[05:32] </w:t>
      </w:r>
      <w:r>
        <w:t>yeh taqseem hai dono ke darmiyan. Aaj ki duniya mein insan ko jo kuch mila hua hai woh isko inaam ke taur par nahi mila hai balkeh test ke taur par mila hai.</w:t>
      </w:r>
    </w:p>
    <w:p>
      <w:pPr>
        <w:jc w:val="right"/>
      </w:pPr>
      <w:r>
        <w:t>یہ تقسیم ہے دونوں کے درمیان۔ آج کی دنیا میں انسان کو جو کچھ ملا ہوا ہے وہ اس کو انعام کے طور پر نہیں ملا ہے بلکہ ٹیسٹ کے طور پر ملا ہے۔</w:t>
      </w:r>
    </w:p>
    <w:p>
      <w:r>
        <w:rPr>
          <w:b/>
        </w:rPr>
        <w:t xml:space="preserve">[05:50] </w:t>
      </w:r>
      <w:r>
        <w:t>yahan dekhiye chahe siyasi taqat ho, chahe shohrat ho ya jismani fitness ho ya zehant ho ya maal ho, aulad ho, kuch bhi.</w:t>
      </w:r>
    </w:p>
    <w:p>
      <w:pPr>
        <w:jc w:val="right"/>
      </w:pPr>
      <w:r>
        <w:t>یہاں دیکھیے چاہے سیاسی طاقت ہو، چاہے شہرت ہو یا جسمانی فٹنس ہو یا ذہانت ہو یا مال ہو، اولاد ہو، کچھ بھی۔</w:t>
      </w:r>
    </w:p>
    <w:p>
      <w:r>
        <w:rPr>
          <w:b/>
        </w:rPr>
        <w:t xml:space="preserve">[06:08] </w:t>
      </w:r>
      <w:r>
        <w:t>har woh cheez jo is duniya mein aadmi ko milti hai. Property hai, karobar hai, kuch bhi.</w:t>
      </w:r>
    </w:p>
    <w:p>
      <w:pPr>
        <w:jc w:val="right"/>
      </w:pPr>
      <w:r>
        <w:t>ہر وہ چیز جو اس دنیا میں آدمی کو ملتی ہے۔ پراپرٹی ہے، کاروبار ہے، کچھ بھی۔</w:t>
      </w:r>
    </w:p>
    <w:p>
      <w:r>
        <w:rPr>
          <w:b/>
        </w:rPr>
        <w:t xml:space="preserve">[06:17] </w:t>
      </w:r>
      <w:r>
        <w:t>woh insan ko ba-taur inaam nahi milti. Woh test ke liye milti hai.</w:t>
      </w:r>
    </w:p>
    <w:p>
      <w:pPr>
        <w:jc w:val="right"/>
      </w:pPr>
      <w:r>
        <w:t>وہ انسان کو بطور انعام نہیں ملتی۔ وہ ٹیسٹ کے لیے ملتی ہے۔</w:t>
      </w:r>
    </w:p>
    <w:p>
      <w:r>
        <w:rPr>
          <w:b/>
        </w:rPr>
        <w:t xml:space="preserve">[06:26] </w:t>
      </w:r>
      <w:r>
        <w:t>aadmi ko chahiye ke isko test ke taur par dekhe. Jaise ek talib-e ilm jo hai jab woh hota hai imtihan hall mein to wahan hi bahut si cheezein hoti hain.</w:t>
      </w:r>
    </w:p>
    <w:p>
      <w:pPr>
        <w:jc w:val="right"/>
      </w:pPr>
      <w:r>
        <w:t>آدمی کو چاہیے کہ اس کو ٹیسٹ کے طور پر دیکھے۔ جیسے ایک طالب علم جو ہے جب وہ ہوتا ہے امتحان ہال میں تو وہاں ہی بہت سی چیزیں ہوتی ہیں۔</w:t>
      </w:r>
    </w:p>
    <w:p>
      <w:r>
        <w:rPr>
          <w:b/>
        </w:rPr>
        <w:t xml:space="preserve">[06:42] </w:t>
      </w:r>
      <w:r>
        <w:t>mez hai, kursi hai aur bhi bahut si cheezein hoti hain lekin in cheezon ko woh samajhta hai ke yeh imtihan hall jo hai imtihan hall ka hissa hai woh.</w:t>
      </w:r>
    </w:p>
    <w:p>
      <w:pPr>
        <w:jc w:val="right"/>
      </w:pPr>
      <w:r>
        <w:t>میز ہے، کرسی ہے اور بھی بہت سی چیزیں ہوتی ہیں لیکن ان چیزوں کو وہ سمجھتا ہے کہ یہ امتحان ہال جو ہے امتحان ہال کا حصہ ہے وہ۔</w:t>
      </w:r>
    </w:p>
    <w:p>
      <w:r>
        <w:rPr>
          <w:b/>
        </w:rPr>
        <w:t xml:space="preserve">[06:58] </w:t>
      </w:r>
      <w:r>
        <w:t>woh iske inaam ka hissa nahi hai. Woh to baad ko hoga.</w:t>
      </w:r>
    </w:p>
    <w:p>
      <w:pPr>
        <w:jc w:val="right"/>
      </w:pPr>
      <w:r>
        <w:t>وہ اس کے انعام کا حصہ نہیں ہے۔ وہ تو بعد کو ہوگا۔</w:t>
      </w:r>
    </w:p>
    <w:p>
      <w:r>
        <w:rPr>
          <w:b/>
        </w:rPr>
        <w:t xml:space="preserve">[07:08] </w:t>
      </w:r>
      <w:r>
        <w:t>to dekhiye</w:t>
      </w:r>
    </w:p>
    <w:p>
      <w:pPr>
        <w:jc w:val="right"/>
      </w:pPr>
      <w:r>
        <w:t>تو دیکھیے</w:t>
      </w:r>
    </w:p>
    <w:p>
      <w:r>
        <w:rPr>
          <w:b/>
        </w:rPr>
        <w:t xml:space="preserve">[07:13] </w:t>
      </w:r>
      <w:r>
        <w:t>Quran ke mutale se jahan tak mein samjha hoon woh yeh hai</w:t>
      </w:r>
    </w:p>
    <w:p>
      <w:pPr>
        <w:jc w:val="right"/>
      </w:pPr>
      <w:r>
        <w:t>قرآن کے مطالعے سے جہاں تک میں سمجھا ہوں وہ یہ ہے</w:t>
      </w:r>
    </w:p>
    <w:p>
      <w:r>
        <w:rPr>
          <w:b/>
        </w:rPr>
        <w:t xml:space="preserve">[07:19] </w:t>
      </w:r>
      <w:r>
        <w:t>ke</w:t>
      </w:r>
    </w:p>
    <w:p>
      <w:pPr>
        <w:jc w:val="right"/>
      </w:pPr>
      <w:r>
        <w:t>کہ</w:t>
      </w:r>
    </w:p>
    <w:p>
      <w:r>
        <w:rPr>
          <w:b/>
        </w:rPr>
        <w:t xml:space="preserve">[07:23] </w:t>
      </w:r>
      <w:r>
        <w:t>Khuda ne ek bahut hi kamil duniya ya ideal duniya banai. Iska naam Khuda ne jannat rakha ya jannat.</w:t>
      </w:r>
    </w:p>
    <w:p>
      <w:pPr>
        <w:jc w:val="right"/>
      </w:pPr>
      <w:r>
        <w:t>خدا نے ایک بہت ہی کامل دنیا یا آئیڈیل دنیا بنائی۔ اس کا نام خدا نے جنت رکھا یا جنت۔</w:t>
      </w:r>
    </w:p>
    <w:p>
      <w:r>
        <w:rPr>
          <w:b/>
        </w:rPr>
        <w:t xml:space="preserve">[07:37] </w:t>
      </w:r>
      <w:r>
        <w:t>yeh dunya abadi hai.</w:t>
      </w:r>
    </w:p>
    <w:p>
      <w:pPr>
        <w:jc w:val="right"/>
      </w:pPr>
      <w:r>
        <w:t>یہ دنیا ابدی ہے۔</w:t>
      </w:r>
    </w:p>
    <w:p>
      <w:r>
        <w:rPr>
          <w:b/>
        </w:rPr>
        <w:t xml:space="preserve">[07:41] </w:t>
      </w:r>
      <w:r>
        <w:t>jannat ki dunya abadi hai. wahan par abadit hai, wahan par har cheez ideal hai, wahan par har cheez kamil hai.</w:t>
      </w:r>
    </w:p>
    <w:p>
      <w:pPr>
        <w:jc w:val="right"/>
      </w:pPr>
      <w:r>
        <w:t>جنت کی دنیا ابدی ہے۔ وہاں پر ابدیت ہے، وہاں پر ہر چیز آئیڈیل ہے، وہاں پر ہر چیز کامل ہے۔</w:t>
      </w:r>
    </w:p>
    <w:p>
      <w:r>
        <w:rPr>
          <w:b/>
        </w:rPr>
        <w:t xml:space="preserve">[07:54] </w:t>
      </w:r>
      <w:r>
        <w:t>is dunya mein na to na to ziyada garmi hai na ziyada sardi hai. har cheez mein</w:t>
      </w:r>
    </w:p>
    <w:p>
      <w:pPr>
        <w:jc w:val="right"/>
      </w:pPr>
      <w:r>
        <w:t>اس دنیا میں نہ تو نہ تو زیادہ گرمی ہے نہ زیادہ سردی ہے۔ ہر چیز میں</w:t>
      </w:r>
    </w:p>
    <w:p>
      <w:r>
        <w:rPr>
          <w:b/>
        </w:rPr>
        <w:t xml:space="preserve">[08:07] </w:t>
      </w:r>
      <w:r>
        <w:t>yahan par aap jante hain ke dunya mein har cheez ke sath manfi pehlu mila hua hai. wahan har cheez musbat hai. wahan boredom nahi, wahan boorha pan nahi,</w:t>
      </w:r>
    </w:p>
    <w:p>
      <w:pPr>
        <w:jc w:val="right"/>
      </w:pPr>
      <w:r>
        <w:t>یہاں پر آپ جانتے ہیں کہ دنیا میں ہر چیز کے ساتھ منفی پہلو ملا ہوا ہے۔ وہاں ہر چیز مثبت ہے۔ وہاں بورڈم نہیں، وہاں بوڑھا پن نہیں،</w:t>
      </w:r>
    </w:p>
    <w:p>
      <w:r>
        <w:rPr>
          <w:b/>
        </w:rPr>
        <w:t xml:space="preserve">[08:21] </w:t>
      </w:r>
      <w:r>
        <w:t>wahan hadsa nahi, wahan maut nahi. aap jante hain ke insan ke dil mein beshumar khwahishain hain.</w:t>
      </w:r>
    </w:p>
    <w:p>
      <w:pPr>
        <w:jc w:val="right"/>
      </w:pPr>
      <w:r>
        <w:t>وہاں حادثہ نہیں، وہاں موت نہیں۔ آپ جانتے ہیں کہ انسان کے دل میں بے شمار خواہشیں ہیں۔</w:t>
      </w:r>
    </w:p>
    <w:p>
      <w:r>
        <w:rPr>
          <w:b/>
        </w:rPr>
        <w:t xml:space="preserve">[08:32] </w:t>
      </w:r>
      <w:r>
        <w:t>aadmi chahta hai ke in khwahishon ko woh pura kare lekin koi bhi is dunya mein apni khwahish ko pura nahi kar pata. chahe maal ho tab bhi, siyasi taqat ho tab bhi.</w:t>
      </w:r>
    </w:p>
    <w:p>
      <w:pPr>
        <w:jc w:val="right"/>
      </w:pPr>
      <w:r>
        <w:t>آدمی چاہتا ہے کہ ان خواہشوں کو وہ پورا کرے لیکن کوئی بھی اس دنیا میں اپنی خواہش کو پورا نہیں کر پاتا۔ چاہے مال ہو تب بھی، سیاسی طاقت ہو تب بھی۔</w:t>
      </w:r>
    </w:p>
    <w:p>
      <w:r>
        <w:rPr>
          <w:b/>
        </w:rPr>
        <w:t xml:space="preserve">[08:47] </w:t>
      </w:r>
      <w:r>
        <w:t>to aadmi ke paas khwahishen hain lekin poori nahin.</w:t>
      </w:r>
    </w:p>
    <w:p>
      <w:pPr>
        <w:jc w:val="right"/>
      </w:pPr>
      <w:r>
        <w:t>تو آدمی کے پاس خواہشیں ہیں لیکن پوری نہیں۔</w:t>
      </w:r>
    </w:p>
    <w:p>
      <w:r>
        <w:rPr>
          <w:b/>
        </w:rPr>
        <w:t xml:space="preserve">[08:52] </w:t>
      </w:r>
      <w:r>
        <w:t>to Khuda ne jo dunya banai,</w:t>
      </w:r>
    </w:p>
    <w:p>
      <w:pPr>
        <w:jc w:val="right"/>
      </w:pPr>
      <w:r>
        <w:t>تو خدا نے جو دنیا بنائی،</w:t>
      </w:r>
    </w:p>
    <w:p>
      <w:r>
        <w:rPr>
          <w:b/>
        </w:rPr>
        <w:t xml:space="preserve">[08:55] </w:t>
      </w:r>
      <w:r>
        <w:t>insaan ki jo zindagi ko banta to is ka matlab yeh hai ke is zindagi mein yaani Pre-Death</w:t>
      </w:r>
    </w:p>
    <w:p>
      <w:pPr>
        <w:jc w:val="right"/>
      </w:pPr>
      <w:r>
        <w:t>انسان کی جو زندگی کو بانٹا تو اس کا مطلب یہ ہے کہ اس زندگی میں یعنی Pre-Death</w:t>
      </w:r>
    </w:p>
    <w:p>
      <w:r>
        <w:rPr>
          <w:b/>
        </w:rPr>
        <w:t xml:space="preserve">[09:02] </w:t>
      </w:r>
      <w:r>
        <w:t>Period mein insaan</w:t>
      </w:r>
    </w:p>
    <w:p>
      <w:pPr>
        <w:jc w:val="right"/>
      </w:pPr>
      <w:r>
        <w:t>Period میں انسان</w:t>
      </w:r>
    </w:p>
    <w:p>
      <w:r>
        <w:rPr>
          <w:b/>
        </w:rPr>
        <w:t xml:space="preserve">[09:06] </w:t>
      </w:r>
      <w:r>
        <w:t>khwahish ko mehsoos kar sakta hai lekin</w:t>
      </w:r>
    </w:p>
    <w:p>
      <w:pPr>
        <w:jc w:val="right"/>
      </w:pPr>
      <w:r>
        <w:t>خواہش کو محسوس کر سکتا ہے لیکن</w:t>
      </w:r>
    </w:p>
    <w:p>
      <w:r>
        <w:rPr>
          <w:b/>
        </w:rPr>
        <w:t xml:space="preserve">[09:11] </w:t>
      </w:r>
      <w:r>
        <w:t>is ka poora hona</w:t>
      </w:r>
    </w:p>
    <w:p>
      <w:pPr>
        <w:jc w:val="right"/>
      </w:pPr>
      <w:r>
        <w:t>اس کا پورا ہونا</w:t>
      </w:r>
    </w:p>
    <w:p>
      <w:r>
        <w:rPr>
          <w:b/>
        </w:rPr>
        <w:t xml:space="preserve">[09:15] </w:t>
      </w:r>
      <w:r>
        <w:t>sirf Post-Death Period mein mumkin hai.</w:t>
      </w:r>
    </w:p>
    <w:p>
      <w:pPr>
        <w:jc w:val="right"/>
      </w:pPr>
      <w:r>
        <w:t>صرف Post-Death Period میں ممکن ہے۔</w:t>
      </w:r>
    </w:p>
    <w:p>
      <w:r>
        <w:rPr>
          <w:b/>
        </w:rPr>
        <w:t xml:space="preserve">[09:20] </w:t>
      </w:r>
      <w:r>
        <w:t>yeh hai Khuda ka takhleeqi mansooba. to Khuda ne jab banaya jannat ko</w:t>
      </w:r>
    </w:p>
    <w:p>
      <w:pPr>
        <w:jc w:val="right"/>
      </w:pPr>
      <w:r>
        <w:t>یہ ہے خدا کا تخلیقی منصوبہ۔ تو خدا نے جب بنایا جنت کو</w:t>
      </w:r>
    </w:p>
    <w:p>
      <w:r>
        <w:rPr>
          <w:b/>
        </w:rPr>
        <w:t xml:space="preserve">[09:31] </w:t>
      </w:r>
      <w:r>
        <w:t>jo insanon ke jo insan ke khwabon ki dunya hai, insan ke liye goya ke woh khwabon ki sarzamin hai. to paida karne ke bad Khuda ne insan ko jannati par rakha.</w:t>
      </w:r>
    </w:p>
    <w:p>
      <w:pPr>
        <w:jc w:val="right"/>
      </w:pPr>
      <w:r>
        <w:t>جو انسانوں کے جو انسان کے خوابوں کی دنیا ہے، انسان کے لیے گویا کہ وہ خوابوں کی سرزمین ہے۔ تو پیدا کرنے کے بعد خدا نے انسان کو جنتی پر رکھا۔</w:t>
      </w:r>
    </w:p>
    <w:p>
      <w:r>
        <w:rPr>
          <w:b/>
        </w:rPr>
        <w:t xml:space="preserve">[09:45] </w:t>
      </w:r>
      <w:r>
        <w:t>isi jannat mein rakha. jaisa ke Quran mein bataya gaya hai ke Khuda ne Adam ko jab paida kiya aur un ki biwi Hawa ko paida kiya to dono ko jannat mein rehne ko kaha.</w:t>
      </w:r>
    </w:p>
    <w:p>
      <w:pPr>
        <w:jc w:val="right"/>
      </w:pPr>
      <w:r>
        <w:t>اسی جنت میں رکھا۔ جیسا کہ قرآن میں بتایا گیا ہے کہ خدا نے آدم کو جب پیدا کیا اور ان کی بیوی حوا کو پیدا کیا تو دونوں کو جنت میں رہنے کو کہا۔</w:t>
      </w:r>
    </w:p>
    <w:p>
      <w:r>
        <w:rPr>
          <w:b/>
        </w:rPr>
        <w:t xml:space="preserve">[10:00] </w:t>
      </w:r>
      <w:r>
        <w:t>wahan par har qism ka saman tha, har qism ki khushi thi wahan par.</w:t>
      </w:r>
    </w:p>
    <w:p>
      <w:pPr>
        <w:jc w:val="right"/>
      </w:pPr>
      <w:r>
        <w:t>وہاں پر ہر قسم کا سامان تھا، ہر قسم کی خوشی تھی وہاں پر۔</w:t>
      </w:r>
    </w:p>
    <w:p>
      <w:r>
        <w:rPr>
          <w:b/>
        </w:rPr>
        <w:t xml:space="preserve">[10:10] </w:t>
      </w:r>
      <w:r>
        <w:t>lekin Khuda ne kaha ke la taqrab hadha al-shajar fatakuna min al-zalamin. yani jannat mein ek darakht tha, is darakht ko Khuda ne mamnoo darakht qarar diya.</w:t>
      </w:r>
    </w:p>
    <w:p>
      <w:pPr>
        <w:jc w:val="right"/>
      </w:pPr>
      <w:r>
        <w:t>لیکن خدا نے کہا کہ لا تقرب هذا الشجر فتكون من الظالمین۔ یعنی جنت میں ایک درخت تھا، اس درخت کو خدا نے ممنوعہ درخت قرار دیا۔</w:t>
      </w:r>
    </w:p>
    <w:p>
      <w:r>
        <w:rPr>
          <w:b/>
        </w:rPr>
        <w:t xml:space="preserve">[10:26] </w:t>
      </w:r>
      <w:r>
        <w:t>shajar mamnoo.</w:t>
      </w:r>
    </w:p>
    <w:p>
      <w:pPr>
        <w:jc w:val="right"/>
      </w:pPr>
      <w:r>
        <w:t>شجر ممنوعہ۔</w:t>
      </w:r>
    </w:p>
    <w:p>
      <w:r>
        <w:rPr>
          <w:b/>
        </w:rPr>
        <w:t xml:space="preserve">[10:32] </w:t>
      </w:r>
      <w:r>
        <w:t>kaha ke Adam ko kaha Khuda ne ke mat is darakht ke pas na jana, is ka phal na khana.</w:t>
      </w:r>
    </w:p>
    <w:p>
      <w:pPr>
        <w:jc w:val="right"/>
      </w:pPr>
      <w:r>
        <w:t>کہا کہ آدم کو کہا خدا نے کہ مت اس درخت کے پاس نہ جانا، اس کا پھل نہ کھانا۔</w:t>
      </w:r>
    </w:p>
    <w:p>
      <w:r>
        <w:rPr>
          <w:b/>
        </w:rPr>
        <w:t xml:space="preserve">[10:49] </w:t>
      </w:r>
      <w:r>
        <w:t>lekin Adam ne is darakht ke phal ko kha liya aur phir woh jannat se nikal diye gaye. yeh dekhiye kya cheez thi.</w:t>
      </w:r>
    </w:p>
    <w:p>
      <w:pPr>
        <w:jc w:val="right"/>
      </w:pPr>
      <w:r>
        <w:t>لیکن آدم نے اس درخت کے پھل کو کھا لیا اور پھر وہ جنت سے نکال دیے گئے۔ یہ دیکھیے کیا چیز تھی۔</w:t>
      </w:r>
    </w:p>
    <w:p>
      <w:r>
        <w:rPr>
          <w:b/>
        </w:rPr>
        <w:t xml:space="preserve">[10:58] </w:t>
      </w:r>
      <w:r>
        <w:t>mein samajhta hoon ke pehle din Khuda ne insan ko bataya ke ek hi cheez chahiye tum ko jannat mein abadi rehish panay ke liye.</w:t>
      </w:r>
    </w:p>
    <w:p>
      <w:pPr>
        <w:jc w:val="right"/>
      </w:pPr>
      <w:r>
        <w:t>میں سمجھتا ہوں کہ پہلے دن خدا نے انسان کو بتایا کہ ایک ہی چیز چاہیے تم کو جنت میں ابدی رہائش پانے کے لیے۔</w:t>
      </w:r>
    </w:p>
    <w:p>
      <w:r>
        <w:rPr>
          <w:b/>
        </w:rPr>
        <w:t xml:space="preserve">[11:14] </w:t>
      </w:r>
      <w:r>
        <w:t>hamesha ke liye jannat mein rehne ke liye. woh kya hai? tum ko azadi di hai hum ne, azadi. lekin ghalat istemal azadi se tum ko bachna hai.</w:t>
      </w:r>
    </w:p>
    <w:p>
      <w:pPr>
        <w:jc w:val="right"/>
      </w:pPr>
      <w:r>
        <w:t>ہمیشہ کے لیے جنت میں رہنے کے لیے۔ وہ کیا ہے؟ تم کو آزادی دی ہے ہم نے، آزادی۔ لیکن غلط استعمال آزادی سے تم کو بچنا ہے۔</w:t>
      </w:r>
    </w:p>
    <w:p>
      <w:r>
        <w:rPr>
          <w:b/>
        </w:rPr>
        <w:t xml:space="preserve">[11:27] </w:t>
      </w:r>
      <w:r>
        <w:t>apni azadi ko mehdood tareeqay mein istemal karna hai. to sab se bara jo jurm hai woh hai ghalat istemal azadi.</w:t>
      </w:r>
    </w:p>
    <w:p>
      <w:pPr>
        <w:jc w:val="right"/>
      </w:pPr>
      <w:r>
        <w:t>اپنی آزادی کو محدود طریقے میں استعمال کرنا ہے۔ تو سب سے بڑا جو جرم ہے وہ ہے غلط استعمال آزادی۔</w:t>
      </w:r>
    </w:p>
    <w:p>
      <w:r>
        <w:rPr>
          <w:b/>
        </w:rPr>
        <w:t xml:space="preserve">[11:44] </w:t>
      </w:r>
      <w:r>
        <w:t>durust istemal azadi aadmi ko jannat mein le jayega aur ghalat istemal azadi is ko jahannum mein le jayega.</w:t>
      </w:r>
    </w:p>
    <w:p>
      <w:pPr>
        <w:jc w:val="right"/>
      </w:pPr>
      <w:r>
        <w:t>درست استعمال آزادی آدمی کو جنت میں لے جائے گا اور غلط استعمال آزادی اس کو جہنم میں لے جائے گا۔</w:t>
      </w:r>
    </w:p>
    <w:p>
      <w:r>
        <w:rPr>
          <w:b/>
        </w:rPr>
        <w:t xml:space="preserve">[11:54] </w:t>
      </w:r>
      <w:r>
        <w:t>yeh hai aham test. aham test. to Khuda ne insan ko jannat dikha di aur yeh bata diya ke abhi to tum ko jannat dikhai gayi hai ek namoonay ke tor par.</w:t>
      </w:r>
    </w:p>
    <w:p>
      <w:pPr>
        <w:jc w:val="right"/>
      </w:pPr>
      <w:r>
        <w:t>یہی ہے اہم ٹیسٹ۔ اہم ٹیسٹ۔ تو خدا نے انسان کو جنت دکھا دی اور یہ بتا دیا کہ ابھی تو تم کو جنت دکھائی گئی ہے ایک نمونے کے طور پر۔</w:t>
      </w:r>
    </w:p>
    <w:p>
      <w:r>
        <w:rPr>
          <w:b/>
        </w:rPr>
        <w:t xml:space="preserve">[12:13] </w:t>
      </w:r>
      <w:r>
        <w:t>mustaqil basne ke liye tum ko ek saboot dena hai ke tum mustahiq ho. woh saboot kya hai?</w:t>
      </w:r>
    </w:p>
    <w:p>
      <w:pPr>
        <w:jc w:val="right"/>
      </w:pPr>
      <w:r>
        <w:t>مستقل بسنے کے لیے تم کو ایک ثبوت دینا ہے کہ تم مستحق ہو۔ وہ ثبوت کیا ہے؟</w:t>
      </w:r>
    </w:p>
    <w:p>
      <w:r>
        <w:rPr>
          <w:b/>
        </w:rPr>
        <w:t xml:space="preserve">[12:24] </w:t>
      </w:r>
      <w:r>
        <w:t>azadi ke hotay hue, azadi ke hotay hue azadi ka ghalat istemal na karna.</w:t>
      </w:r>
    </w:p>
    <w:p>
      <w:pPr>
        <w:jc w:val="right"/>
      </w:pPr>
      <w:r>
        <w:t>آزادی کے ہوتے ہوئے، آزادی کو آزادی کے ہوتے ہوئے آزادی کا غلط استعمال نہ کرنا۔</w:t>
      </w:r>
    </w:p>
    <w:p>
      <w:r>
        <w:rPr>
          <w:b/>
        </w:rPr>
        <w:t xml:space="preserve">[12:35] </w:t>
      </w:r>
      <w:r>
        <w:t>azadi ko azadi pa kar, azadi ka sahi istemal jo karega us ke liye jannat hai.</w:t>
      </w:r>
    </w:p>
    <w:p>
      <w:pPr>
        <w:jc w:val="right"/>
      </w:pPr>
      <w:r>
        <w:t>آزادی کو آزادی پا کر، آزادی کا صحیح استعمال جو کرے گا اس کے لیے جنت ہے۔</w:t>
      </w:r>
    </w:p>
    <w:p>
      <w:r>
        <w:rPr>
          <w:b/>
        </w:rPr>
        <w:t xml:space="preserve">[12:45] </w:t>
      </w:r>
      <w:r>
        <w:t>aur azadi ke aur pa kar jo azadi ka ghalat istemal karega us ke liye jahannum hai.</w:t>
      </w:r>
    </w:p>
    <w:p>
      <w:pPr>
        <w:jc w:val="right"/>
      </w:pPr>
      <w:r>
        <w:t>اور آزادی کے اور پا کر جو آزادی کا غلط استعمال کرے گا اس کے لیے جہنم ہے۔</w:t>
      </w:r>
    </w:p>
    <w:p>
      <w:r>
        <w:rPr>
          <w:b/>
        </w:rPr>
        <w:t xml:space="preserve">[12:54] </w:t>
      </w:r>
      <w:r>
        <w:t>to is ghalat istemal ki do sooraten hain. ek kam az kam, ek ziyada se ziyada. ek hai kam az kam ghalat istemal azadi aur doosra hai ziyada se ziyada ghalat istemal azadi.</w:t>
      </w:r>
    </w:p>
    <w:p>
      <w:pPr>
        <w:jc w:val="right"/>
      </w:pPr>
      <w:r>
        <w:t>تو اس غلط استعمال کی دو صورتیں ہیں۔ ایک کم از کم، ایک زیادہ سے زیادہ۔ ایک ہے کم از کم غلط استعمال آزادی اور دوسرا ہے زیادہ سے زیادہ غلط استعمال آزادی۔</w:t>
      </w:r>
    </w:p>
    <w:p>
      <w:r>
        <w:rPr>
          <w:b/>
        </w:rPr>
        <w:t xml:space="preserve">[13:13] </w:t>
      </w:r>
      <w:r>
        <w:t>to dono ki misalein Allah taala ne</w:t>
      </w:r>
    </w:p>
    <w:p>
      <w:pPr>
        <w:jc w:val="right"/>
      </w:pPr>
      <w:r>
        <w:t>تو دونوں کی مثالیں اللہ تعالیٰ نے</w:t>
      </w:r>
    </w:p>
    <w:p>
      <w:r>
        <w:rPr>
          <w:b/>
        </w:rPr>
        <w:t xml:space="preserve">[13:19] </w:t>
      </w:r>
      <w:r>
        <w:t>rakh dein shuru hi mein. Yaani jab tareekh shuru hui hamari, shuru tareekh, tabhi dono ki misalein rakh dein Khuda ne.</w:t>
      </w:r>
    </w:p>
    <w:p>
      <w:pPr>
        <w:jc w:val="right"/>
      </w:pPr>
      <w:r>
        <w:t>رکھ دیں شروع ہی میں۔ یعنی جب تاریخ شروع ہوئی ہماری، شروع تاریخ، تبھی دونوں کی مثالیں رکھ دیں خدا نے۔</w:t>
      </w:r>
    </w:p>
    <w:p>
      <w:r>
        <w:rPr>
          <w:b/>
        </w:rPr>
        <w:t xml:space="preserve">[13:33] </w:t>
      </w:r>
      <w:r>
        <w:t>woh kaise? Adam ne jab mamnooa darakht ke phal ko khaya to yeh tha kam az kam galat istemal aazadi.</w:t>
      </w:r>
    </w:p>
    <w:p>
      <w:pPr>
        <w:jc w:val="right"/>
      </w:pPr>
      <w:r>
        <w:t>وہ کیسے؟ آدم نے جب ممنوعہ درخت کے پھل کو کھایا تو یہ تھا کم از کم غلط استعمال آزادی۔</w:t>
      </w:r>
    </w:p>
    <w:p>
      <w:r>
        <w:rPr>
          <w:b/>
        </w:rPr>
        <w:t xml:space="preserve">[13:51] </w:t>
      </w:r>
      <w:r>
        <w:t>ke ek darakht, darakht woh alamat banata tha</w:t>
      </w:r>
    </w:p>
    <w:p>
      <w:pPr>
        <w:jc w:val="right"/>
      </w:pPr>
      <w:r>
        <w:t>کہ ایک درخت، درخت وہ علامت بناتا تھا</w:t>
      </w:r>
    </w:p>
    <w:p>
      <w:r>
        <w:rPr>
          <w:b/>
        </w:rPr>
        <w:t xml:space="preserve">[13:58] </w:t>
      </w:r>
      <w:r>
        <w:t>khwahishon ko. Insan ki jo khwahishein hain. Unko ek khwahish hui tabhi to khaya unho ne is ka phal. To insan ki khwahishein hain isi ko alamat banata tha woh.</w:t>
      </w:r>
    </w:p>
    <w:p>
      <w:pPr>
        <w:jc w:val="right"/>
      </w:pPr>
      <w:r>
        <w:t>خواہشوں کو۔ انسان کی جو خواہشیں ہیں۔ ان کو ایک خواہش ہوئی تبھی تو کھایا انہوں نے اس کا پھل۔ تو انسان کی خواہشیں ہیں اسی کو علامت بناتا تھا وہ۔</w:t>
      </w:r>
    </w:p>
    <w:p>
      <w:r>
        <w:rPr>
          <w:b/>
        </w:rPr>
        <w:t xml:space="preserve">[14:12] </w:t>
      </w:r>
      <w:r>
        <w:t>woh mamnooa darakht jannat ka. To khwahish se, khwahish se magloob ho kar, khwahish se mutasir ho kar aadmi aazadi ko galat istemal karta hai.</w:t>
      </w:r>
    </w:p>
    <w:p>
      <w:pPr>
        <w:jc w:val="right"/>
      </w:pPr>
      <w:r>
        <w:t>وہ ممنوعہ درخت جنت کا۔ تو خواہش سے، خواہش سے مغلوب ہو کر، خواہش سے متاثر ہو کر آدمی آزادی کو غلط استعمال کرتا ہے۔</w:t>
      </w:r>
    </w:p>
    <w:p>
      <w:r>
        <w:rPr>
          <w:b/>
        </w:rPr>
        <w:t xml:space="preserve">[14:31] </w:t>
      </w:r>
      <w:r>
        <w:t>To Adam ne jo kiya woh gaya ke kam az kam galat istemal aazadi tha. Aur is ke baad Adam ke jo bete the, Habil aur Qabil.</w:t>
      </w:r>
    </w:p>
    <w:p>
      <w:pPr>
        <w:jc w:val="right"/>
      </w:pPr>
      <w:r>
        <w:t>تو آدم نے جو کیا وہ گیا کہ کم از کم غلط استعمال آزادی تھا۔ اور اس کے بعد آدم کے جو بیٹے تھے، ہابیل اور قابیل۔</w:t>
      </w:r>
    </w:p>
    <w:p>
      <w:r>
        <w:rPr>
          <w:b/>
        </w:rPr>
        <w:t xml:space="preserve">[14:45] </w:t>
      </w:r>
      <w:r>
        <w:t>To ek tanaza paida hua dono mein. Is tanaze ko le kar ke Qabil jarah ban gaya, jarah ban gaya.</w:t>
      </w:r>
    </w:p>
    <w:p>
      <w:pPr>
        <w:jc w:val="right"/>
      </w:pPr>
      <w:r>
        <w:t>تو ایک تنازعہ پیدا ہوا دونوں میں۔ اس تنازعے کو لے کر کے قابیل جارح بن گیا، جارح بن گیا۔</w:t>
      </w:r>
    </w:p>
    <w:p>
      <w:r>
        <w:rPr>
          <w:b/>
        </w:rPr>
        <w:t xml:space="preserve">[14:58] </w:t>
      </w:r>
      <w:r>
        <w:t>Aur us ne apne bhai, sagay bhai Habil ko qatal kar diya. Is ka qatal kar diya. To qatal jo tha yeh woh tha zyada se zyada galat istemal aazadi.</w:t>
      </w:r>
    </w:p>
    <w:p>
      <w:pPr>
        <w:jc w:val="right"/>
      </w:pPr>
      <w:r>
        <w:t>اور اس نے اپنے بھائی، سگے بھائی ہابیل کو قتل کر دیا۔ اس کا قتل کر دیا۔ تو قتل جو تھا یہ وہ تھا زیادہ سے زیادہ غلط استعمال آزادی۔</w:t>
      </w:r>
    </w:p>
    <w:p>
      <w:r>
        <w:rPr>
          <w:b/>
        </w:rPr>
        <w:t xml:space="preserve">[15:17] </w:t>
      </w:r>
      <w:r>
        <w:t>To mamnooa darakht ke phal ko khana yeh tha kam az kam galat istemal aazadi. Kyun ke is mein jarahiyat nahi thi.</w:t>
      </w:r>
    </w:p>
    <w:p>
      <w:pPr>
        <w:jc w:val="right"/>
      </w:pPr>
      <w:r>
        <w:t>تو ممنوعہ درخت کے پھل کو کھانا یہ تھا کم از کم غلط استعمال آزادی۔ کیونکہ اس میں جارحیت نہیں تھی۔</w:t>
      </w:r>
    </w:p>
    <w:p>
      <w:r>
        <w:rPr>
          <w:b/>
        </w:rPr>
        <w:t xml:space="preserve">[15:30] </w:t>
      </w:r>
      <w:r>
        <w:t>Yeh tha ghair jarah galat istemal aazadi. To ghair jarah galat istemal aazadi ko mein keh raha hoon kam az kam galat istemal aazadi.</w:t>
      </w:r>
    </w:p>
    <w:p>
      <w:pPr>
        <w:jc w:val="right"/>
      </w:pPr>
      <w:r>
        <w:t>یہ تھا غیر جارح غلط استعمال آزادی۔ تو غیر جارح غلط استعمال آزادی کو میں کہہ رہا ہوں کم از کم غلط استعمال آزادی۔</w:t>
      </w:r>
    </w:p>
    <w:p>
      <w:r>
        <w:rPr>
          <w:b/>
        </w:rPr>
        <w:t xml:space="preserve">[15:43] </w:t>
      </w:r>
      <w:r>
        <w:t>Lekin chunke bete jo the Qabil unho ne ek tanaze ko le kar jab qatal kar diya, qatal kar diya apne bhai ko to unho ne kiya kiya?</w:t>
      </w:r>
    </w:p>
    <w:p>
      <w:pPr>
        <w:jc w:val="right"/>
      </w:pPr>
      <w:r>
        <w:t>لیکن چونکہ بیٹے جو تھے قابیل انہوں نے ایک تنازعے کو لے کر جب قتل کر دیا، قتل کر دیا اپنے بھائی کو تو انہوں نے کیا کیا؟</w:t>
      </w:r>
    </w:p>
    <w:p>
      <w:r>
        <w:rPr>
          <w:b/>
        </w:rPr>
        <w:t xml:space="preserve">[15:57] </w:t>
      </w:r>
      <w:r>
        <w:t>Jarah galat istemal aazadi ka irtikab kiya. That was an aggressive misuse of freedom.</w:t>
      </w:r>
    </w:p>
    <w:p>
      <w:pPr>
        <w:jc w:val="right"/>
      </w:pPr>
      <w:r>
        <w:t>جارح غلط استعمال آزادی کا ارتکاب کیا۔ That was an aggressive misuse of freedom۔</w:t>
      </w:r>
    </w:p>
    <w:p>
      <w:r>
        <w:rPr>
          <w:b/>
        </w:rPr>
        <w:t xml:space="preserve">[16:06] </w:t>
      </w:r>
      <w:r>
        <w:t>To isi ko mein keh raha hoon ke zyada se zyada galat istemal aazadi. Dono ki misalein Khuda ne muqarrar kar diya shuru hi mein.</w:t>
      </w:r>
    </w:p>
    <w:p>
      <w:pPr>
        <w:jc w:val="right"/>
      </w:pPr>
      <w:r>
        <w:t>تو اسی کو میں کہہ رہا ہوں کہ زیادہ سے زیادہ غلط استعمال آزادی۔ دونوں کی مثالیں خدا نے مقرر کر دیا شروع ہی میں۔</w:t>
      </w:r>
    </w:p>
    <w:p>
      <w:r>
        <w:rPr>
          <w:b/>
        </w:rPr>
        <w:t xml:space="preserve">[16:17] </w:t>
      </w:r>
      <w:r>
        <w:t>donon ki misalen.</w:t>
      </w:r>
    </w:p>
    <w:p>
      <w:pPr>
        <w:jc w:val="right"/>
      </w:pPr>
      <w:r>
        <w:t>دونوں کی مثالیں۔</w:t>
      </w:r>
    </w:p>
    <w:p>
      <w:r>
        <w:rPr>
          <w:b/>
        </w:rPr>
        <w:t xml:space="preserve">[16:19] </w:t>
      </w:r>
      <w:r>
        <w:t>phir jab Qabil ne yeh kiya ke apne bhai ko maar dala</w:t>
      </w:r>
    </w:p>
    <w:p>
      <w:pPr>
        <w:jc w:val="right"/>
      </w:pPr>
      <w:r>
        <w:t>پھر جب قابیل نے یہ کیا کہ اپنے بھائی کو مار ڈالا</w:t>
      </w:r>
    </w:p>
    <w:p>
      <w:r>
        <w:rPr>
          <w:b/>
        </w:rPr>
        <w:t xml:space="preserve">[16:24] </w:t>
      </w:r>
      <w:r>
        <w:t>to Quran mein hai ke Khuda ne yeh likh diya,</w:t>
      </w:r>
    </w:p>
    <w:p>
      <w:pPr>
        <w:jc w:val="right"/>
      </w:pPr>
      <w:r>
        <w:t>تو قرآن میں ہے کہ خدا نے یہ لکھ دیا،</w:t>
      </w:r>
    </w:p>
    <w:p>
      <w:r>
        <w:rPr>
          <w:b/>
        </w:rPr>
        <w:t xml:space="preserve">[16:29] </w:t>
      </w:r>
      <w:r>
        <w:t>paighambaron ke zariye bataya is baat ko</w:t>
      </w:r>
    </w:p>
    <w:p>
      <w:pPr>
        <w:jc w:val="right"/>
      </w:pPr>
      <w:r>
        <w:t>پیغمبروں کے ذریعے بتایا اس بات کو</w:t>
      </w:r>
    </w:p>
    <w:p>
      <w:r>
        <w:rPr>
          <w:b/>
        </w:rPr>
        <w:t xml:space="preserve">[16:33] </w:t>
      </w:r>
      <w:r>
        <w:t>keh man qatal nafsan bighair nafs wa fasaad</w:t>
      </w:r>
    </w:p>
    <w:p>
      <w:pPr>
        <w:jc w:val="right"/>
      </w:pPr>
      <w:r>
        <w:t>کہ من قتل نفسا بغیر نفس وفساد</w:t>
      </w:r>
    </w:p>
    <w:p>
      <w:r>
        <w:rPr>
          <w:b/>
        </w:rPr>
        <w:t xml:space="preserve">[16:37] </w:t>
      </w:r>
      <w:r>
        <w:t>fakannama qatalan nas jamee'an</w:t>
      </w:r>
    </w:p>
    <w:p>
      <w:pPr>
        <w:jc w:val="right"/>
      </w:pPr>
      <w:r>
        <w:t>فکانما قتل الناس جمیعا</w:t>
      </w:r>
    </w:p>
    <w:p>
      <w:r>
        <w:rPr>
          <w:b/>
        </w:rPr>
        <w:t xml:space="preserve">[16:41] </w:t>
      </w:r>
      <w:r>
        <w:t>wa man nahayaha fakannama ahya nas jamee'an.</w:t>
      </w:r>
    </w:p>
    <w:p>
      <w:pPr>
        <w:jc w:val="right"/>
      </w:pPr>
      <w:r>
        <w:t>ومن نایاها فکانما احیا الناس جمیعا۔</w:t>
      </w:r>
    </w:p>
    <w:p>
      <w:r>
        <w:rPr>
          <w:b/>
        </w:rPr>
        <w:t xml:space="preserve">[16:47] </w:t>
      </w:r>
      <w:r>
        <w:t>Yaani jo aadmi kisi doosre aadmi ko maar daley ga to woh sirf ek aadmi ko marna nahi hoga Khuda ke nazdeek.</w:t>
      </w:r>
    </w:p>
    <w:p>
      <w:pPr>
        <w:jc w:val="right"/>
      </w:pPr>
      <w:r>
        <w:t>یعنی جو آدمی کسی دوسرے آدمی کو مار ڈالے گا تو وہ صرف ایک آدمی کو مارنا نہیں ہوگا خدا کے نزدیک۔</w:t>
      </w:r>
    </w:p>
    <w:p>
      <w:r>
        <w:rPr>
          <w:b/>
        </w:rPr>
        <w:t xml:space="preserve">[17:03] </w:t>
      </w:r>
      <w:r>
        <w:t>Woh goya ke woh ek aisa bura kaam hoga goya ke us ne sare hi logon ko maar dala.</w:t>
      </w:r>
    </w:p>
    <w:p>
      <w:pPr>
        <w:jc w:val="right"/>
      </w:pPr>
      <w:r>
        <w:t>وہ گویا کہ وہ ایک ایسا برا کام ہوگا گویا کہ اس نے سارے ہی لوگوں کو مار ڈالا۔</w:t>
      </w:r>
    </w:p>
    <w:p>
      <w:r>
        <w:rPr>
          <w:b/>
        </w:rPr>
        <w:t xml:space="preserve">[17:14] </w:t>
      </w:r>
      <w:r>
        <w:t>Sare insano ko maar dala.</w:t>
      </w:r>
    </w:p>
    <w:p>
      <w:pPr>
        <w:jc w:val="right"/>
      </w:pPr>
      <w:r>
        <w:t>سارے انسانوں کو مار ڈالا۔</w:t>
      </w:r>
    </w:p>
    <w:p>
      <w:r>
        <w:rPr>
          <w:b/>
        </w:rPr>
        <w:t xml:space="preserve">[17:18] </w:t>
      </w:r>
      <w:r>
        <w:t>To Khuda ke nazdeek itna zyada bura kaam hai yeh. Itna zyada bura kaam hai.</w:t>
      </w:r>
    </w:p>
    <w:p>
      <w:pPr>
        <w:jc w:val="right"/>
      </w:pPr>
      <w:r>
        <w:t>تو خدا کے نزدیک اتنا زیادہ برا کام ہے یہ۔ اتنا زیادہ برا کام ہے۔</w:t>
      </w:r>
    </w:p>
    <w:p>
      <w:r>
        <w:rPr>
          <w:b/>
        </w:rPr>
        <w:t xml:space="preserve">[17:28] </w:t>
      </w:r>
      <w:r>
        <w:t>To mein yeh kahoon ga ke jo aham test hai woh hai aazadi ko, aazadi ko sahi istemal ya is ka galat istemal.</w:t>
      </w:r>
    </w:p>
    <w:p>
      <w:pPr>
        <w:jc w:val="right"/>
      </w:pPr>
      <w:r>
        <w:t>تو میں یہ کہوں گا کہ جو اہم ٹیسٹ ہے وہ ہے آزادی کو، آزادی کو صحیح استعمال یا اس کا غلط استعمال۔</w:t>
      </w:r>
    </w:p>
    <w:p>
      <w:r>
        <w:rPr>
          <w:b/>
        </w:rPr>
        <w:t xml:space="preserve">[17:43] </w:t>
      </w:r>
      <w:r>
        <w:t>Aazadi ka ghair jarah galat istemal kiya hai? What is the non-aggressive misuse of freedom?</w:t>
      </w:r>
    </w:p>
    <w:p>
      <w:pPr>
        <w:jc w:val="right"/>
      </w:pPr>
      <w:r>
        <w:t>آزادی کا غیر جارح غلط استعمال کیا ہے؟ What is the non-aggressive misuse of freedom؟</w:t>
      </w:r>
    </w:p>
    <w:p>
      <w:r>
        <w:rPr>
          <w:b/>
        </w:rPr>
        <w:t xml:space="preserve">[17:55] </w:t>
      </w:r>
      <w:r>
        <w:t>Woh hai apni khwahish par chalne lagna. Is mein woh sari cheezein aa jayengi jaise ghussa, badla, mayoosi, na-insafi,</w:t>
      </w:r>
    </w:p>
    <w:p>
      <w:pPr>
        <w:jc w:val="right"/>
      </w:pPr>
      <w:r>
        <w:t>وہ ہے اپنی خواہش پر چلنے لگنا۔ اس میں وہ ساری چیزیں آ جائیں گی جیسے غصہ، بدلہ، مایوسی، ناانصافی،</w:t>
      </w:r>
    </w:p>
    <w:p>
      <w:r>
        <w:rPr>
          <w:b/>
        </w:rPr>
        <w:t xml:space="preserve">[18:10] </w:t>
      </w:r>
      <w:r>
        <w:t>adam bardasht aur</w:t>
      </w:r>
    </w:p>
    <w:p>
      <w:pPr>
        <w:jc w:val="right"/>
      </w:pPr>
      <w:r>
        <w:t>عدم برداشت اور</w:t>
      </w:r>
    </w:p>
    <w:p>
      <w:r>
        <w:rPr>
          <w:b/>
        </w:rPr>
        <w:t xml:space="preserve">[18:16] </w:t>
      </w:r>
      <w:r>
        <w:t>is tarah ki jitni cheezein hain. Jis mein aadmi kisi ko qatal to nahi karta lekin ek manfi feal karta hai.</w:t>
      </w:r>
    </w:p>
    <w:p>
      <w:pPr>
        <w:jc w:val="right"/>
      </w:pPr>
      <w:r>
        <w:t>اس طرح کی جتنی چیزیں ہیں۔ جس میں آدمی کسی کو قتل تو نہیں کرتا لیکن ایک منفی فعل کرتا ہے۔</w:t>
      </w:r>
    </w:p>
    <w:p>
      <w:r>
        <w:rPr>
          <w:b/>
        </w:rPr>
        <w:t xml:space="preserve">[18:27] </w:t>
      </w:r>
      <w:r>
        <w:t>Jab aap kisi se nafrat karte hain to nafrat to dil mein hoti hai aap ke lekin nafrat karna Khuda ke nazdeek galat istemal aazadi ka hai.</w:t>
      </w:r>
    </w:p>
    <w:p>
      <w:pPr>
        <w:jc w:val="right"/>
      </w:pPr>
      <w:r>
        <w:t>جب آپ کسی سے نفرت کرتے ہیں تو نفرت تو دل میں ہوتی ہے آپ کے لیکن نفرت کرنا خدا کے نزدیک غلط استعمال آزادی کا ہے۔</w:t>
      </w:r>
    </w:p>
    <w:p>
      <w:r>
        <w:rPr>
          <w:b/>
        </w:rPr>
        <w:t xml:space="preserve">[18:44] </w:t>
      </w:r>
      <w:r>
        <w:t>aap ko khuda ne dil diya hai to aap doosron se pyar kijiye. aap doosron se achhe khayalat rakhiye apne dil mein.</w:t>
      </w:r>
    </w:p>
    <w:p>
      <w:pPr>
        <w:jc w:val="right"/>
      </w:pPr>
      <w:r>
        <w:t>آپ کو خدا نے دل دیا ہے تو آپ دوسروں سے پیار کیجیے۔ آپ دوسروں سے اچھے خیالات رکھیے اپنے دل میں۔</w:t>
      </w:r>
    </w:p>
    <w:p>
      <w:r>
        <w:rPr>
          <w:b/>
        </w:rPr>
        <w:t xml:space="preserve">[18:55] </w:t>
      </w:r>
      <w:r>
        <w:t>aap logon ke khair khwah baniye. aap ka rawaiyah dostana rawaiyah ho. yeh hoga durust istemal azadi ka.</w:t>
      </w:r>
    </w:p>
    <w:p>
      <w:pPr>
        <w:jc w:val="right"/>
      </w:pPr>
      <w:r>
        <w:t>آپ لوگوں کے خیر خواہ بنئیے۔ آپ کا رویہ دوستانہ رویہ ہو۔ یہ ہوگا درست استعمال آزادی کا۔</w:t>
      </w:r>
    </w:p>
    <w:p>
      <w:r>
        <w:rPr>
          <w:b/>
        </w:rPr>
        <w:t xml:space="preserve">[19:04] </w:t>
      </w:r>
      <w:r>
        <w:t>lekin jab aap yeh karein ke logon se nafrat karein, logon ko logon ke khilaf jhoothe propaganda karein, logon par be buniyad ilzam lagayein,</w:t>
      </w:r>
    </w:p>
    <w:p>
      <w:pPr>
        <w:jc w:val="right"/>
      </w:pPr>
      <w:r>
        <w:t>لیکن جب آپ یہ کریں کہ لوگوں سے نفرت کریں، لوگوں کو لوگوں کے خلاف جھوٹے پروپیگنڈے کریں، لوگوں پر بے بنیاد الزام لگائیں،</w:t>
      </w:r>
    </w:p>
    <w:p>
      <w:r>
        <w:rPr>
          <w:b/>
        </w:rPr>
        <w:t xml:space="preserve">[19:23] </w:t>
      </w:r>
      <w:r>
        <w:t>logon ki be izzati karein,</w:t>
      </w:r>
    </w:p>
    <w:p>
      <w:pPr>
        <w:jc w:val="right"/>
      </w:pPr>
      <w:r>
        <w:t>لوگوں کی بے عزتی کریں،</w:t>
      </w:r>
    </w:p>
    <w:p>
      <w:r>
        <w:rPr>
          <w:b/>
        </w:rPr>
        <w:t xml:space="preserve">[19:28] </w:t>
      </w:r>
      <w:r>
        <w:t>logon ke khilaf aisi baatein kahein jis ka aap ke paas koi saboot nahi hai. sirf apne dil ka bukhar nikalne ke liye aap kisi ko kuch bhi karne lagein.</w:t>
      </w:r>
    </w:p>
    <w:p>
      <w:pPr>
        <w:jc w:val="right"/>
      </w:pPr>
      <w:r>
        <w:t>لوگوں کے خلاف ایسی باتیں کہیں جس کا آپ کے پاس کوئی ثبوت نہیں ہے۔ صرف اپنے دل کا بخار نکالنے کے لیے آپ کسی کو کچھ بھی کرنے لگیں۔</w:t>
      </w:r>
    </w:p>
    <w:p>
      <w:r>
        <w:rPr>
          <w:b/>
        </w:rPr>
        <w:t xml:space="preserve">[19:40] </w:t>
      </w:r>
      <w:r>
        <w:t>yeh sara kya hai? yeh ghair jarah galat istemal azadi ka hai. lekin yeh itna hi bura hai itna ke koi doosra kaam bura hai.</w:t>
      </w:r>
    </w:p>
    <w:p>
      <w:pPr>
        <w:jc w:val="right"/>
      </w:pPr>
      <w:r>
        <w:t>یہ سارا کیا ہے؟ یہ غیر جارح غلط استعمال آزادی کا ہے۔ لیکن یہ اتنا ہی برا ہے اتنا کہ کوئی دوسرا کام برا ہے۔</w:t>
      </w:r>
    </w:p>
    <w:p>
      <w:r>
        <w:rPr>
          <w:b/>
        </w:rPr>
        <w:t xml:space="preserve">[19:52] </w:t>
      </w:r>
      <w:r>
        <w:t>yeh aadmi ko jahannum mein le jayega.</w:t>
      </w:r>
    </w:p>
    <w:p>
      <w:pPr>
        <w:jc w:val="right"/>
      </w:pPr>
      <w:r>
        <w:t>یہ آدمی کو جہنم میں لے جائے گا۔</w:t>
      </w:r>
    </w:p>
    <w:p>
      <w:r>
        <w:rPr>
          <w:b/>
        </w:rPr>
        <w:t xml:space="preserve">[19:58] </w:t>
      </w:r>
      <w:r>
        <w:t>jarah galat istemal azadi kya hai? woh qatl karna hai. kisi ke jaidad hadap kar lena hai.</w:t>
      </w:r>
    </w:p>
    <w:p>
      <w:pPr>
        <w:jc w:val="right"/>
      </w:pPr>
      <w:r>
        <w:t>جارح غلط استعمال آزادی کیا ہے؟ وہ قتل کرنا ہے۔ کسی کے جائیداد ہڑپ کر لینا ہے۔</w:t>
      </w:r>
    </w:p>
    <w:p>
      <w:r>
        <w:rPr>
          <w:b/>
        </w:rPr>
        <w:t xml:space="preserve">[20:07] </w:t>
      </w:r>
      <w:r>
        <w:t>is qism ki cheezein hain. to ghair jarah galat istemal azadi bhi aadmi ko jahannum mein le jayega.</w:t>
      </w:r>
    </w:p>
    <w:p>
      <w:pPr>
        <w:jc w:val="right"/>
      </w:pPr>
      <w:r>
        <w:t>اس قسم کی چیزیں ہیں۔ تو غیر جارح غلط استعمال آزادی بھی آدمی کو جہنم میں لے جائے گا۔</w:t>
      </w:r>
    </w:p>
    <w:p>
      <w:r>
        <w:rPr>
          <w:b/>
        </w:rPr>
        <w:t xml:space="preserve">[20:16] </w:t>
      </w:r>
      <w:r>
        <w:t>aur jarah galat istemal azadi bhi aadmi ko jahannum mein le jayega. farq yeh hai ke woh zyada bada jurm hai ya chhota jurm hai.</w:t>
      </w:r>
    </w:p>
    <w:p>
      <w:pPr>
        <w:jc w:val="right"/>
      </w:pPr>
      <w:r>
        <w:t>اور جارح غلط استعمال آزادی بھی آدمی کو جہنم میں لے جائے گا۔ فرق یہ ہے کہ وہ زیادہ بڑا جرم ہے یا چھوٹا جرم ہے۔</w:t>
      </w:r>
    </w:p>
    <w:p>
      <w:r>
        <w:rPr>
          <w:b/>
        </w:rPr>
        <w:t xml:space="preserve">[20:27] </w:t>
      </w:r>
      <w:r>
        <w:t>jurm dono hain.</w:t>
      </w:r>
    </w:p>
    <w:p>
      <w:pPr>
        <w:jc w:val="right"/>
      </w:pPr>
      <w:r>
        <w:t>جرم دونوں ہیں۔</w:t>
      </w:r>
    </w:p>
    <w:p>
      <w:r>
        <w:rPr>
          <w:b/>
        </w:rPr>
        <w:t xml:space="preserve">[20:32] </w:t>
      </w:r>
      <w:r>
        <w:t>to yeh khuda ne insani tareekh, insani tareekh ke shuru hi mein dono misalein rakh dein.</w:t>
      </w:r>
    </w:p>
    <w:p>
      <w:pPr>
        <w:jc w:val="right"/>
      </w:pPr>
      <w:r>
        <w:t>تو یہ خدا نے انسانی تاریخ، انسانی تاریخ کے شروع ہی میں دونوں مثالیں رکھ دیں۔</w:t>
      </w:r>
    </w:p>
    <w:p>
      <w:r>
        <w:rPr>
          <w:b/>
        </w:rPr>
        <w:t xml:space="preserve">[20:44] </w:t>
      </w:r>
      <w:r>
        <w:t>tahke insaan</w:t>
      </w:r>
    </w:p>
    <w:p>
      <w:pPr>
        <w:jc w:val="right"/>
      </w:pPr>
      <w:r>
        <w:t>تاکہ انسان</w:t>
      </w:r>
    </w:p>
    <w:p>
      <w:r>
        <w:rPr>
          <w:b/>
        </w:rPr>
        <w:t xml:space="preserve">[20:48] </w:t>
      </w:r>
      <w:r>
        <w:t>is se sabaq leta rahe. ab dekhiye ke jannat mein jane ke liye kya cheez chahiye? jannat mein jane ke liye chahiye jannati kirdar.</w:t>
      </w:r>
    </w:p>
    <w:p>
      <w:pPr>
        <w:jc w:val="right"/>
      </w:pPr>
      <w:r>
        <w:t>اس سے سبق لیتا رہے۔ اب دیکھیے کہ جنت میں جانے کے لیے کیا چیز چاہیے؟ جنت میں جانے کے لیے چاہیے جنتی کردار۔</w:t>
      </w:r>
    </w:p>
    <w:p>
      <w:r>
        <w:rPr>
          <w:b/>
        </w:rPr>
        <w:t xml:space="preserve">[21:03] </w:t>
      </w:r>
      <w:r>
        <w:t>jannati shakhsiyat. yeh chahiye. yaani khuda ne jannat banai wahan maadi lafz mein, in lafz maadi, har qism ki khushi, har qism ki achhi cheezein wahan kar dein.</w:t>
      </w:r>
    </w:p>
    <w:p>
      <w:pPr>
        <w:jc w:val="right"/>
      </w:pPr>
      <w:r>
        <w:t>جنتی شخصیت۔ یہ چاہیے۔ یعنی خدا نے جنت بنائی وہاں مادی لفظ میں، ان لفظ مادی، ہر قسم کی خوشی، ہر قسم کی اچھی چیزیں وہاں کر دیں۔</w:t>
      </w:r>
    </w:p>
    <w:p>
      <w:r>
        <w:rPr>
          <w:b/>
        </w:rPr>
        <w:t xml:space="preserve">[21:24] </w:t>
      </w:r>
      <w:r>
        <w:t>yaani behtareen sadkein, bahut hi achhe makaanaat, khana peena bahut hi achhi qism ka.</w:t>
      </w:r>
    </w:p>
    <w:p>
      <w:pPr>
        <w:jc w:val="right"/>
      </w:pPr>
      <w:r>
        <w:t>یعنی بہترین سڑکیں، بہت ہی اچھے مکانات، کھانا پینا بہت ہی اچھی قسم کا۔</w:t>
      </w:r>
    </w:p>
    <w:p>
      <w:r>
        <w:rPr>
          <w:b/>
        </w:rPr>
        <w:t xml:space="preserve">[21:34] </w:t>
      </w:r>
      <w:r>
        <w:t>woh sab kuch jo aap ka dil chahe woh wahan maujood hai. wahan par khauf nahi.</w:t>
      </w:r>
    </w:p>
    <w:p>
      <w:pPr>
        <w:jc w:val="right"/>
      </w:pPr>
      <w:r>
        <w:t>وہ سب کچھ جو آپ کا دل چاہے وہ وہاں موجود ہے۔ وہاں پر خوف نہیں۔</w:t>
      </w:r>
    </w:p>
    <w:p>
      <w:r>
        <w:rPr>
          <w:b/>
        </w:rPr>
        <w:t xml:space="preserve">[21:44] </w:t>
      </w:r>
      <w:r>
        <w:t>wahan par koi be cheini nahi. wahan par koi tension nahi. wahan par koi dabao nahi. aisi duniya.</w:t>
      </w:r>
    </w:p>
    <w:p>
      <w:pPr>
        <w:jc w:val="right"/>
      </w:pPr>
      <w:r>
        <w:t>وہاں پر کوئی بے چینی نہیں۔ وہاں پر کوئی ٹینشن نہیں۔ وہاں پر کوئی دباؤ نہیں۔ ایسی دنیا۔</w:t>
      </w:r>
    </w:p>
    <w:p>
      <w:r>
        <w:rPr>
          <w:b/>
        </w:rPr>
        <w:t xml:space="preserve">[21:55] </w:t>
      </w:r>
      <w:r>
        <w:t>to is duniya mein basane ke liye bhi woh insaan chahiye jo sau fisad misbat ho. sirf misbat shakhsiyat wale log hi wahan par basaye jayenge.</w:t>
      </w:r>
    </w:p>
    <w:p>
      <w:pPr>
        <w:jc w:val="right"/>
      </w:pPr>
      <w:r>
        <w:t>تو اس دنیا میں بسانے کے لیے بھی وہ انسان چاہیے جو سو فیصد مثبت ہو۔ صرف مثبت شخصیت والے لوگ ہی وہاں پر بسائے جائیں گے۔</w:t>
      </w:r>
    </w:p>
    <w:p>
      <w:r>
        <w:rPr>
          <w:b/>
        </w:rPr>
        <w:t xml:space="preserve">[22:08] </w:t>
      </w:r>
      <w:r>
        <w:t>manfi shakhsiyat log, manfi shakhsiyat le kar jo wahan pahunche us ke liye jannat mein jagah nahi hai. us ke liye jannat mein jagah nahi hai.</w:t>
      </w:r>
    </w:p>
    <w:p>
      <w:pPr>
        <w:jc w:val="right"/>
      </w:pPr>
      <w:r>
        <w:t>منفی شخصیت لوگ، منفی شخصیت لے کر جو وہاں پہنچے اس کے لیے جنت میں جگہ نہیں ہے۔ اس کے لیے جنت میں جگہ نہیں ہے۔</w:t>
      </w:r>
    </w:p>
    <w:p>
      <w:r>
        <w:rPr>
          <w:b/>
        </w:rPr>
        <w:t xml:space="preserve">[22:21] </w:t>
      </w:r>
      <w:r>
        <w:t>dekhiye yeh ek baat yaad rakh li jiye ke yeh shakhsiyat hai, yeh jo shakhsiyat ko banne ka kaam hai woh aakhirat mein nahi hone wala hai.</w:t>
      </w:r>
    </w:p>
    <w:p>
      <w:pPr>
        <w:jc w:val="right"/>
      </w:pPr>
      <w:r>
        <w:t>دیکھیے یہ ایک بات یاد رکھ لیجیے کہ یہ شخصیت ہے، یہ جو شخصیت کو بننے کا کام ہے وہ آخرت میں نہیں ہونے والا ہے۔</w:t>
      </w:r>
    </w:p>
    <w:p>
      <w:r>
        <w:rPr>
          <w:b/>
        </w:rPr>
        <w:t xml:space="preserve">[22:35] </w:t>
      </w:r>
      <w:r>
        <w:t>woh isi duniya mein hona hai. jaise imtehan jo hai woh imtehan hall mein hota hai. woh market par nahi hota.</w:t>
      </w:r>
    </w:p>
    <w:p>
      <w:pPr>
        <w:jc w:val="right"/>
      </w:pPr>
      <w:r>
        <w:t>وہ اسی دنیا میں ہونا ہے۔ جیسے امتحان جو ہے وہ امتحان ہال میں ہوتا ہے۔ وہ مارکیٹ پر نہیں ہوتا۔</w:t>
      </w:r>
    </w:p>
    <w:p>
      <w:r>
        <w:rPr>
          <w:b/>
        </w:rPr>
        <w:t xml:space="preserve">[22:48] </w:t>
      </w:r>
      <w:r>
        <w:t>jahan market par jab aata hai aadmi to wahan imtehan nahi liya jayega is ka. to aakhirat mein pahunch kar ke kisi ko</w:t>
      </w:r>
    </w:p>
    <w:p>
      <w:pPr>
        <w:jc w:val="right"/>
      </w:pPr>
      <w:r>
        <w:t>جہاں مارکیٹ پر جب آتا ہے آدمی تو وہاں امتحان نہیں لیا جائے گا اس کا۔ تو آخرت میں پہنچ کر کے کسی کو</w:t>
      </w:r>
    </w:p>
    <w:p>
      <w:r>
        <w:rPr>
          <w:b/>
        </w:rPr>
        <w:t xml:space="preserve">[22:59] </w:t>
      </w:r>
      <w:r>
        <w:t>banaya nahi jayega. bana banaya insaan jo hai wahan jo aadmi wahan is tarah pahunchega ke us ne apni shakhsiyat bana li thi us ke liye wahan inaam diya jayega.</w:t>
      </w:r>
    </w:p>
    <w:p>
      <w:pPr>
        <w:jc w:val="right"/>
      </w:pPr>
      <w:r>
        <w:t>بنایا نہیں جائے گا۔ بنا بنایا انسان جو ہے وہاں جو آدمی وہاں اس طرح پہنچے گا کہ اس نے اپنی شخصیت بنا لی تھی اس کے لیے وہاں انعام دیا جائے گا۔</w:t>
      </w:r>
    </w:p>
    <w:p>
      <w:r>
        <w:rPr>
          <w:b/>
        </w:rPr>
        <w:t xml:space="preserve">[23:15] </w:t>
      </w:r>
      <w:r>
        <w:t>to quran mein hai ke zalka jaza man tazka. yeh badla hai, yaani jannat badla hai un logon ke liye jo apna tazkiya karein.</w:t>
      </w:r>
    </w:p>
    <w:p>
      <w:pPr>
        <w:jc w:val="right"/>
      </w:pPr>
      <w:r>
        <w:t>تو قرآن میں ہے کہ ذالک جزاء من تزکا۔ یہ بدلہ ہے، یعنی جنت بدلہ ہے ان لوگوں کے لیے جو اپنا تزکیہ کریں۔</w:t>
      </w:r>
    </w:p>
    <w:p>
      <w:r>
        <w:rPr>
          <w:b/>
        </w:rPr>
        <w:t xml:space="preserve">[23:28] </w:t>
      </w:r>
      <w:r>
        <w:t>tazkiya matlab pakizgi. So it means that jannat mehfooz hai for those people who have purified personality.</w:t>
      </w:r>
    </w:p>
    <w:p>
      <w:pPr>
        <w:jc w:val="right"/>
      </w:pPr>
      <w:r>
        <w:t>تزکیہ مطلب پاکیزگی۔ So it means that جنت محفوظ ہے for those people who have purified personality۔</w:t>
      </w:r>
    </w:p>
    <w:p>
      <w:r>
        <w:rPr>
          <w:b/>
        </w:rPr>
        <w:t xml:space="preserve">[23:49] </w:t>
      </w:r>
      <w:r>
        <w:t>to aaj ki duniya mein jo log apne aap ko pakizgi shakhsiyat banayein un ke liye hai jannat.</w:t>
      </w:r>
    </w:p>
    <w:p>
      <w:pPr>
        <w:jc w:val="right"/>
      </w:pPr>
      <w:r>
        <w:t>تو آج کی دنیا میں جو لوگ اپنے آپ کو پاکیزہ شخصیت بنائیں ان کے لیے ہے جنت۔</w:t>
      </w:r>
    </w:p>
    <w:p>
      <w:r>
        <w:rPr>
          <w:b/>
        </w:rPr>
        <w:t xml:space="preserve">[24:03] </w:t>
      </w:r>
      <w:r>
        <w:t>abhi jo ayat maine padhi ke Hazrat Adam se kaha Allah taala ne un ki biwi se ke la taqurba shajarah fa takuna min az-zalimeen.</w:t>
      </w:r>
    </w:p>
    <w:p>
      <w:pPr>
        <w:jc w:val="right"/>
      </w:pPr>
      <w:r>
        <w:t>ابھی جو آیت میں نے پڑھی کہ حضرت آدم سے کہا اللہ تعالیٰ نے ان کی بیوی سے کہ لا تقربا شجرہ فتکون من الظالمین۔</w:t>
      </w:r>
    </w:p>
    <w:p>
      <w:r>
        <w:rPr>
          <w:b/>
        </w:rPr>
        <w:t xml:space="preserve">[24:16] </w:t>
      </w:r>
      <w:r>
        <w:t>is darakht ke paas na jana warna tum zalim ban jaoge. Zalim kya hai ya zulm kya cheez hai?</w:t>
      </w:r>
    </w:p>
    <w:p>
      <w:pPr>
        <w:jc w:val="right"/>
      </w:pPr>
      <w:r>
        <w:t>اس درخت کے پاس نہ جانا ورنہ تم ظالم بن جاؤ گے۔ ظالم کیا ہے یا ظلم کیا چیز ہے؟</w:t>
      </w:r>
    </w:p>
    <w:p>
      <w:r>
        <w:rPr>
          <w:b/>
        </w:rPr>
        <w:t xml:space="preserve">[24:26] </w:t>
      </w:r>
      <w:r>
        <w:t>zulm matlab tajawuz.</w:t>
      </w:r>
    </w:p>
    <w:p>
      <w:pPr>
        <w:jc w:val="right"/>
      </w:pPr>
      <w:r>
        <w:t>ظلم مطلب تجاوز۔</w:t>
      </w:r>
    </w:p>
    <w:p>
      <w:r>
        <w:rPr>
          <w:b/>
        </w:rPr>
        <w:t xml:space="preserve">[24:34] </w:t>
      </w:r>
      <w:r>
        <w:t>tajawuz karna.</w:t>
      </w:r>
    </w:p>
    <w:p>
      <w:pPr>
        <w:jc w:val="right"/>
      </w:pPr>
      <w:r>
        <w:t>تجاوز کرنا۔</w:t>
      </w:r>
    </w:p>
    <w:p>
      <w:r>
        <w:rPr>
          <w:b/>
        </w:rPr>
        <w:t xml:space="preserve">[24:39] </w:t>
      </w:r>
      <w:r>
        <w:t>sahih raste se hat jana, tajawuz karna, is se munharif kar jana woh hai zulm.</w:t>
      </w:r>
    </w:p>
    <w:p>
      <w:pPr>
        <w:jc w:val="right"/>
      </w:pPr>
      <w:r>
        <w:t>صحیح راستے سے ہٹ جانا، تجاوز کرنا، اس سے منحرف کر جانا وہ ہے ظلم۔</w:t>
      </w:r>
    </w:p>
    <w:p>
      <w:r>
        <w:rPr>
          <w:b/>
        </w:rPr>
        <w:t xml:space="preserve">[24:51] </w:t>
      </w:r>
      <w:r>
        <w:t>quran mein shirk ko bhi zulm kaha gaya hai. Inna ash-shirka la zulmun 'azeem. Har bar jab aadmi sachai se hat ta hai to woh zulm karta hai.</w:t>
      </w:r>
    </w:p>
    <w:p>
      <w:pPr>
        <w:jc w:val="right"/>
      </w:pPr>
      <w:r>
        <w:t>قرآن میں شرک کو بھی ظلم کہا گیا ہے۔ إن الشرك لظلم عظيم۔ ہر بار جب آدمی سچائی سے ہٹتا ہے تو وہ ظلم کرتا ہے۔</w:t>
      </w:r>
    </w:p>
    <w:p>
      <w:r>
        <w:rPr>
          <w:b/>
        </w:rPr>
        <w:t xml:space="preserve">[25:05] </w:t>
      </w:r>
      <w:r>
        <w:t>kyun dekhiye insaan ke andar Khuda ne sari achhi baatein jama kar di hain.</w:t>
      </w:r>
    </w:p>
    <w:p>
      <w:pPr>
        <w:jc w:val="right"/>
      </w:pPr>
      <w:r>
        <w:t>کیوں دیکھیے انسان کے اندر خدا نے ساری اچھی باتیں جمع کر دی ہیں۔</w:t>
      </w:r>
    </w:p>
    <w:p>
      <w:r>
        <w:rPr>
          <w:b/>
        </w:rPr>
        <w:t xml:space="preserve">[25:16] </w:t>
      </w:r>
      <w:r>
        <w:t>fitri taur par hi aadmi jaanta hai ke achha kya hai bura kya hai. Fa'allamaha fujuraha wa taqwaha. Aur phir Khuda ne nabiyon ke zariye sari baatein</w:t>
      </w:r>
    </w:p>
    <w:p>
      <w:pPr>
        <w:jc w:val="right"/>
      </w:pPr>
      <w:r>
        <w:t>فطری طور پر ہی آدمی جانتا ہے کہ اچھا کیا ہے برا کیا ہے۔ فعلمها وجورها وتقواها۔ اور پھر خدا نے نبیوں کے ذریعے ساری باتیں</w:t>
      </w:r>
    </w:p>
    <w:p>
      <w:r>
        <w:rPr>
          <w:b/>
        </w:rPr>
        <w:t xml:space="preserve">[25:35] </w:t>
      </w:r>
      <w:r>
        <w:t>bata di hain. To sachai kya hai burai kya hai? Khuda ki marzi kya hai aur Khuda ki marzi kya nahi hai?</w:t>
      </w:r>
    </w:p>
    <w:p>
      <w:pPr>
        <w:jc w:val="right"/>
      </w:pPr>
      <w:r>
        <w:t>بتا دی ہیں۔ تو سچائی کیا ہے برائی کیا ہے؟ خدا کی مرضی کیا ہے اور خدا کی مرضی کیا نہیں ہے؟</w:t>
      </w:r>
    </w:p>
    <w:p>
      <w:r>
        <w:rPr>
          <w:b/>
        </w:rPr>
        <w:t xml:space="preserve">[25:47] </w:t>
      </w:r>
      <w:r>
        <w:t>yeh ek maloom baat hai, yeh maloom baat hai insaan ke liye.</w:t>
      </w:r>
    </w:p>
    <w:p>
      <w:pPr>
        <w:jc w:val="right"/>
      </w:pPr>
      <w:r>
        <w:t>یہ ایک معلوم بات ہے، یہ معلوم بات ہے انسان کے لیے۔</w:t>
      </w:r>
    </w:p>
    <w:p>
      <w:r>
        <w:rPr>
          <w:b/>
        </w:rPr>
        <w:t xml:space="preserve">[25:54] </w:t>
      </w:r>
      <w:r>
        <w:t>andruni satah par bhi bairuni satah par bhi. Andruni satah par woh apni fitrat ke zariye jaanta hai is baat ko. Bairuni satah par woh inkeshaf ke zariye jaan pata hai.</w:t>
      </w:r>
    </w:p>
    <w:p>
      <w:pPr>
        <w:jc w:val="right"/>
      </w:pPr>
      <w:r>
        <w:t>اندرونی سطح پر بھی بیرونی سطح پر بھی۔ اندرونی سطح پر وہ اپنی فطرت کے ذریعے جانتا ہے اس بات کو۔ بیرونی سطح پر وہ انکشاف کے ذریعے جان پاتا ہے۔</w:t>
      </w:r>
    </w:p>
    <w:p>
      <w:r>
        <w:rPr>
          <w:b/>
        </w:rPr>
        <w:t xml:space="preserve">[26:10] </w:t>
      </w:r>
      <w:r>
        <w:t>to woh kafi maloom hai insaan ke liye. Ab jab aadmi Khuda ko chhod kar kisi aur ko apna Khuda banaye, kisi aur ko Khuda ka saathi manne lage.</w:t>
      </w:r>
    </w:p>
    <w:p>
      <w:pPr>
        <w:jc w:val="right"/>
      </w:pPr>
      <w:r>
        <w:t>تو وہ کافی معلوم ہے انسان کے لیے۔ اب جب آدمی خدا کو چھوڑ کر کسی اور کو اپنا خدا بنائے، کسی اور کو خدا کا ساتھی ماننے لگے۔</w:t>
      </w:r>
    </w:p>
    <w:p>
      <w:r>
        <w:rPr>
          <w:b/>
        </w:rPr>
        <w:t xml:space="preserve">[26:27] </w:t>
      </w:r>
      <w:r>
        <w:t>yani Khuda ki jo badai hai, Khuda ki jo jalal hai us mein kisi aur ko shamil kar le to woh hua munharifi, tajawuz.</w:t>
      </w:r>
    </w:p>
    <w:p>
      <w:pPr>
        <w:jc w:val="right"/>
      </w:pPr>
      <w:r>
        <w:t>یعنی خدا کی جو بڑائی ہے، خدا کی جو جلال ہے اس میں کسی اور کو شامل کر لے تو وہ ہوا منحرفی، تجاوز۔</w:t>
      </w:r>
    </w:p>
    <w:p>
      <w:r>
        <w:rPr>
          <w:b/>
        </w:rPr>
        <w:t xml:space="preserve">[26:41] </w:t>
      </w:r>
      <w:r>
        <w:t>yani sahi raste se hat jana yeh zulm hai. To zulm jo hai woh kya hai woh aadmi ko le jayega jahannum ki taraf.</w:t>
      </w:r>
    </w:p>
    <w:p>
      <w:pPr>
        <w:jc w:val="right"/>
      </w:pPr>
      <w:r>
        <w:t>یعنی صحیح راستے سے ہٹ جانا یہ ظلم ہے۔ تو ظلم جو ہے وہ کیا ہے وہ آدمی کو لے جائے گا جہنم کی طرف۔</w:t>
      </w:r>
    </w:p>
    <w:p>
      <w:r>
        <w:rPr>
          <w:b/>
        </w:rPr>
        <w:t xml:space="preserve">[26:55] </w:t>
      </w:r>
      <w:r>
        <w:t>jahannum ki taraf le jayega. To is duniya mein aadmi ko azmaish par rakha gaya hai aur azmaish yahi hai ke woh apna apne nafs ka, apne rooh ka pakizah kare.</w:t>
      </w:r>
    </w:p>
    <w:p>
      <w:pPr>
        <w:jc w:val="right"/>
      </w:pPr>
      <w:r>
        <w:t>جہنم کی طرف لے جائے گا۔ تو اس دنیا میں آدمی کو آزمائش پر رکھا گیا ہے اور آزمائش یہی ہے کہ وہ اپنا اپنے نفس کا، اپنے روح کا پاکیزہ کرے۔</w:t>
      </w:r>
    </w:p>
    <w:p>
      <w:r>
        <w:rPr>
          <w:b/>
        </w:rPr>
        <w:t xml:space="preserve">[27:14] </w:t>
      </w:r>
      <w:r>
        <w:t>pakizah rooh hi jannat mein jayegi.</w:t>
      </w:r>
    </w:p>
    <w:p>
      <w:pPr>
        <w:jc w:val="right"/>
      </w:pPr>
      <w:r>
        <w:t>پاکیزہ روح ہی جنت میں جائے گی۔</w:t>
      </w:r>
    </w:p>
    <w:p>
      <w:r>
        <w:rPr>
          <w:b/>
        </w:rPr>
        <w:t xml:space="preserve">[27:20] </w:t>
      </w:r>
      <w:r>
        <w:t>is ko bayan karne ke liye main ek qissa arz karoon. Do aadmi ek gaon mein paida hue, dono dost the.</w:t>
      </w:r>
    </w:p>
    <w:p>
      <w:pPr>
        <w:jc w:val="right"/>
      </w:pPr>
      <w:r>
        <w:t>اس کو بیان کرنے کے لیے میں ایک قصہ عرض کروں۔ دو آدمی ایک گاؤں میں پیدا ہوئے، دونوں دوست تھے۔</w:t>
      </w:r>
    </w:p>
    <w:p>
      <w:r>
        <w:rPr>
          <w:b/>
        </w:rPr>
        <w:t xml:space="preserve">[27:32] </w:t>
      </w:r>
      <w:r>
        <w:t>to ek aadmi jo hai baat ko. Chala gaya politics mein. Ek jo tha apne gaon hi par raha woh, apni kheti baadi karta raha.</w:t>
      </w:r>
    </w:p>
    <w:p>
      <w:pPr>
        <w:jc w:val="right"/>
      </w:pPr>
      <w:r>
        <w:t>تو ایک آدمی جو ہے بات کو۔ چلا گیا پولیٹکس میں۔ ایک جو تھا اپنے گاؤں ہی پر رہا وہ، اپنی کھیتی باڑی کرتا رہا۔</w:t>
      </w:r>
    </w:p>
    <w:p>
      <w:r>
        <w:rPr>
          <w:b/>
        </w:rPr>
        <w:t xml:space="preserve">[27:44] </w:t>
      </w:r>
      <w:r>
        <w:t>ek aadmi chala gaya politics mein. Aur is mein woh chalte chalte chalte chalte yahan tak badha ke woh رکن ban gaya aur phir wazir ban gaya woh.</w:t>
      </w:r>
    </w:p>
    <w:p>
      <w:pPr>
        <w:jc w:val="right"/>
      </w:pPr>
      <w:r>
        <w:t>ایک آدمی چلا گیا پولیٹکس میں۔ اور اس میں وہ چلتے چلتے چلتے چلتے یہاں تک بڑھا کہ وہ رکن بن گیا اور پھر وزیر بن گیا وہ۔</w:t>
      </w:r>
    </w:p>
    <w:p>
      <w:r>
        <w:rPr>
          <w:b/>
        </w:rPr>
        <w:t xml:space="preserve">[28:00] </w:t>
      </w:r>
      <w:r>
        <w:t>to gaon mein paida hua lekin badhte badhte badhte woh wazir ban gaya. Ab is ke paas kafi paisa aa gaya.</w:t>
      </w:r>
    </w:p>
    <w:p>
      <w:pPr>
        <w:jc w:val="right"/>
      </w:pPr>
      <w:r>
        <w:t>تو گاؤں میں پیدا ہوا لیکن بڑھتے بڑھتے بڑھتے وہ وزیر بن گیا۔ اب اس کے پاس کافی پیسہ آگیا۔</w:t>
      </w:r>
    </w:p>
    <w:p>
      <w:r>
        <w:rPr>
          <w:b/>
        </w:rPr>
        <w:t xml:space="preserve">[28:12] </w:t>
      </w:r>
      <w:r>
        <w:t>to us ne ek bahut achha ghar banaya. Poora ghar jo hai tha marble ka tha. Poora poora ghar marble ka tha. Bahut hi chamakdar.</w:t>
      </w:r>
    </w:p>
    <w:p>
      <w:pPr>
        <w:jc w:val="right"/>
      </w:pPr>
      <w:r>
        <w:t>تو اس نے ایک بہت اچھا گھر بنایا۔ پورا گھر جو ہے تھا ماربل کا تھا۔ پورا پورا گھر ماربل کا تھا۔ بہت ہی چمکدار۔</w:t>
      </w:r>
    </w:p>
    <w:p>
      <w:r>
        <w:rPr>
          <w:b/>
        </w:rPr>
        <w:t xml:space="preserve">[28:24] </w:t>
      </w:r>
      <w:r>
        <w:t>to is ka jo dost tha gaon wala us ko pata chala ke mere dost ko bada darja mil gaya hai.</w:t>
      </w:r>
    </w:p>
    <w:p>
      <w:pPr>
        <w:jc w:val="right"/>
      </w:pPr>
      <w:r>
        <w:t>تو اس کا جو دوست تھا گاؤں والا اس کو پتہ چلا کہ میرے دوست کو بڑا درجہ مل گیا ہے۔</w:t>
      </w:r>
    </w:p>
    <w:p>
      <w:r>
        <w:rPr>
          <w:b/>
        </w:rPr>
        <w:t xml:space="preserve">[28:35] </w:t>
      </w:r>
      <w:r>
        <w:t>woh to wazir ban gaya hai aur bahut bada makan banaya hai us ne shehar mein. To gaon se chal kar aaya wahan par aur wazir sahab se mila.</w:t>
      </w:r>
    </w:p>
    <w:p>
      <w:pPr>
        <w:jc w:val="right"/>
      </w:pPr>
      <w:r>
        <w:t>وہ تو وزیر بن گیا ہے اور بہت بڑا مکان بنایا ہے اس نے شہر میں۔ تو گاؤں سے چل کر آیا وہاں پر اور وزیر صاحب سے ملا۔</w:t>
      </w:r>
    </w:p>
    <w:p>
      <w:r>
        <w:rPr>
          <w:b/>
        </w:rPr>
        <w:t xml:space="preserve">[28:48] </w:t>
      </w:r>
      <w:r>
        <w:t>unhon ne yaad dilaya ke dekhiye hum log gaon mein rehte the ek saath. to aap ko bara darja mil gaya. ab mujhe bhi kahin koi laga dijiye.</w:t>
      </w:r>
    </w:p>
    <w:p>
      <w:pPr>
        <w:jc w:val="right"/>
      </w:pPr>
      <w:r>
        <w:t>انہوں نے یاد دلایا کہ دیکھیے ہم لوگ گاؤں میں رہتے تھے ایک ساتھ۔ تو آپ کو بڑا درجہ مل گیا۔ اب مجھے بھی کہیں کوئی لگا دیجیے۔</w:t>
      </w:r>
    </w:p>
    <w:p>
      <w:r>
        <w:rPr>
          <w:b/>
        </w:rPr>
        <w:t xml:space="preserve">[28:59] </w:t>
      </w:r>
      <w:r>
        <w:t>to unhon ne kaha ke theek hai. meri kothi jo hai tum us mein raho, dekh bhal karo. to dekh bhal karne ke liye unhon ne apni kothi us ko rakh diya.</w:t>
      </w:r>
    </w:p>
    <w:p>
      <w:pPr>
        <w:jc w:val="right"/>
      </w:pPr>
      <w:r>
        <w:t>تو انہوں نے کہا کہ ٹھیک ہے۔ میری کوٹھی جو ہے تم اس میں رہو، دیکھ بھال کرو۔ تو دیکھ بھال کرنے کے لیے انہوں نے اپنی کوٹھی اس کو رکھ دیا۔</w:t>
      </w:r>
    </w:p>
    <w:p>
      <w:r>
        <w:rPr>
          <w:b/>
        </w:rPr>
        <w:t xml:space="preserve">[29:12] </w:t>
      </w:r>
      <w:r>
        <w:t>ab kya hua ke gaon ke log ab ko maloom hua ke surti khane ke aadi ho jate hain. surti.</w:t>
      </w:r>
    </w:p>
    <w:p>
      <w:pPr>
        <w:jc w:val="right"/>
      </w:pPr>
      <w:r>
        <w:t>اب کیا ہوا کہ گاؤں کے لوگ اب کو معلوم ہوا کہ سورتی کھانے کے عادی ہو جاتے ہیں۔ سورتی۔</w:t>
      </w:r>
    </w:p>
    <w:p>
      <w:r>
        <w:rPr>
          <w:b/>
        </w:rPr>
        <w:t xml:space="preserve">[29:25] </w:t>
      </w:r>
      <w:r>
        <w:t>to woh bhi surti khane ka aadi tha. to surti wale ke liye ek zaroorat yeh hai ke woh jagah jagah apna woh nikalte hain munh se.</w:t>
      </w:r>
    </w:p>
    <w:p>
      <w:pPr>
        <w:jc w:val="right"/>
      </w:pPr>
      <w:r>
        <w:t>تو وہ بھی سورتی کھانے کا عادی تھا۔ تو سورتی والے کے لیے ایک ضرورت یہ ہے کہ وہ جگہ جگہ اپنا وہ نکالتے ہیں منہ سے۔</w:t>
      </w:r>
    </w:p>
    <w:p>
      <w:r>
        <w:rPr>
          <w:b/>
        </w:rPr>
        <w:t xml:space="preserve">[29:36] </w:t>
      </w:r>
      <w:r>
        <w:t>spit karte hain. to woh majboor hai nikalne ke liye. to un ki kothi mein idhar udhar woh aisa karta tha.</w:t>
      </w:r>
    </w:p>
    <w:p>
      <w:pPr>
        <w:jc w:val="right"/>
      </w:pPr>
      <w:r>
        <w:t>اسپٹ کرتے ہیں۔ تو وہ مجبور ہے نکالنے کے لیے۔ تو ان کی کوٹھی میں ادھر ادھر وہ ایسا کرتا تھا۔</w:t>
      </w:r>
    </w:p>
    <w:p>
      <w:r>
        <w:rPr>
          <w:b/>
        </w:rPr>
        <w:t xml:space="preserve">[29:50] </w:t>
      </w:r>
      <w:r>
        <w:t>don't spit wahan likha hua tha lekin woh parhna to janta nahi tha ke parhe. to behal wazir sahib ko pata chal gaya ke yeh aadmi jo hai aisa karta hai.</w:t>
      </w:r>
    </w:p>
    <w:p>
      <w:pPr>
        <w:jc w:val="right"/>
      </w:pPr>
      <w:r>
        <w:t>ڈونٹ اسپٹ وہاں لکھا ہوا تھا لیکن وہ پڑھنا تو جانتا نہیں تھا کہ پڑھے۔ تو بہرحال وزیر صاحب کو پتہ چل گیا کہ یہ آدمی جو ہے ایسا کرتا ہے۔</w:t>
      </w:r>
    </w:p>
    <w:p>
      <w:r>
        <w:rPr>
          <w:b/>
        </w:rPr>
        <w:t xml:space="preserve">[30:01] </w:t>
      </w:r>
      <w:r>
        <w:t>to zahir hai ke un ki jo kothi thi marble ki bani hui us se koi jor nahi tha aise aadmi ka. wahan to bohat safai thi, bilkul chamakta tha har taraf.</w:t>
      </w:r>
    </w:p>
    <w:p>
      <w:pPr>
        <w:jc w:val="right"/>
      </w:pPr>
      <w:r>
        <w:t>تو ظاہر ہے کہ ان کی جو کوٹھی تھی ماربل کی بنی ہوئی اس سے کوئی جوڑ نہیں تھا ایسے آدمی کا۔ وہاں تو بہت صفائی تھی، بالکل چمکتا تھا ہر طرف۔</w:t>
      </w:r>
    </w:p>
    <w:p>
      <w:r>
        <w:rPr>
          <w:b/>
        </w:rPr>
        <w:t xml:space="preserve">[30:13] </w:t>
      </w:r>
      <w:r>
        <w:t>ab yeh aadmi jo hai wahan ganda karta tha.</w:t>
      </w:r>
    </w:p>
    <w:p>
      <w:pPr>
        <w:jc w:val="right"/>
      </w:pPr>
      <w:r>
        <w:t>اب یہ آدمی جو ہے وہاں گندا کرتا تھا۔</w:t>
      </w:r>
    </w:p>
    <w:p>
      <w:r>
        <w:rPr>
          <w:b/>
        </w:rPr>
        <w:t xml:space="preserve">[30:19] </w:t>
      </w:r>
      <w:r>
        <w:t>to unhon ne is ko bulaya. unhon ne kaha ke bhai dekho tum mere dost ho. main tumhara khair khwah hoon.</w:t>
      </w:r>
    </w:p>
    <w:p>
      <w:pPr>
        <w:jc w:val="right"/>
      </w:pPr>
      <w:r>
        <w:t>تو انہوں نے اس کو بلایا۔ انہوں نے کہا کہ بھائی دیکھو تم میرے دوست ہو۔ میں تمہارا خیر خواہ ہوں۔</w:t>
      </w:r>
    </w:p>
    <w:p>
      <w:r>
        <w:rPr>
          <w:b/>
        </w:rPr>
        <w:t xml:space="preserve">[30:29] </w:t>
      </w:r>
      <w:r>
        <w:t>lekin tum is kothi mein rehne qabil nahi ho.</w:t>
      </w:r>
    </w:p>
    <w:p>
      <w:pPr>
        <w:jc w:val="right"/>
      </w:pPr>
      <w:r>
        <w:t>لیکن تم اس کوٹھی میں رہنے قابل نہیں ہو۔</w:t>
      </w:r>
    </w:p>
    <w:p>
      <w:r>
        <w:rPr>
          <w:b/>
        </w:rPr>
        <w:t xml:space="preserve">[30:34] </w:t>
      </w:r>
      <w:r>
        <w:t>tum is kothi mein rehne qabil nahi ho. tum apne ghar jao. main tum ko ghar par har mahine paisa bhejta rahoon ga.</w:t>
      </w:r>
    </w:p>
    <w:p>
      <w:pPr>
        <w:jc w:val="right"/>
      </w:pPr>
      <w:r>
        <w:t>تم اس کوٹھی میں رہنے قابل نہیں ہو۔ تم اپنے گھر جاؤ۔ میں تم کو گھر پر ہر مہینے پیسہ بھیجتا رہوں گا۔</w:t>
      </w:r>
    </w:p>
    <w:p>
      <w:r>
        <w:rPr>
          <w:b/>
        </w:rPr>
        <w:t xml:space="preserve">[30:44] </w:t>
      </w:r>
      <w:r>
        <w:t>jo paisa woh tum ko deta tha jahan woh paisa tum ko bhejta rahoon ga ghar par. ghar par raho. lekin kothi mein main nahi rakh sakta tum ko.</w:t>
      </w:r>
    </w:p>
    <w:p>
      <w:pPr>
        <w:jc w:val="right"/>
      </w:pPr>
      <w:r>
        <w:t>جو پیسہ وہ تم کو دیتا تھا جہاں وہ پیسہ تم کو بھیجتا رہوں گا گھر پر۔ گھر پر رہو۔ لیکن کوٹھی میں میں نہیں رکھ سکتا تم کو۔</w:t>
      </w:r>
    </w:p>
    <w:p>
      <w:r>
        <w:rPr>
          <w:b/>
        </w:rPr>
        <w:t xml:space="preserve">[30:53] </w:t>
      </w:r>
      <w:r>
        <w:t>kyun ke tumhare aadatein, tumhara mizaj, tumhari aadatein is kothi ke mutabiq nahi hain.</w:t>
      </w:r>
    </w:p>
    <w:p>
      <w:pPr>
        <w:jc w:val="right"/>
      </w:pPr>
      <w:r>
        <w:t>کیونکہ تمہارے عادتیں، تمہارا مزاج، تمہاری عادتیں اس کوٹھی کے مطابق نہیں ہیں۔</w:t>
      </w:r>
    </w:p>
    <w:p>
      <w:r>
        <w:rPr>
          <w:b/>
        </w:rPr>
        <w:t xml:space="preserve">[31:01] </w:t>
      </w:r>
      <w:r>
        <w:t>is waqey se maine samjha ek hadith ko. ek hadith hai ke peghambar e islam sallallahu alaihi wasallam ne bataya ke dunya ki umar khatam ho gayi aur qayamat aa gayi.</w:t>
      </w:r>
    </w:p>
    <w:p>
      <w:pPr>
        <w:jc w:val="right"/>
      </w:pPr>
      <w:r>
        <w:t>اس واقعے سے میں نے سمجھا ایک حدیث کو۔ ایک حدیث ہے کہ پیغمبر اسلام صلی اللہ علیہ وسلم نے بتایا کہ دنیا کی عمر ختم ہوگئی اور قیامت آگئی۔</w:t>
      </w:r>
    </w:p>
    <w:p>
      <w:r>
        <w:rPr>
          <w:b/>
        </w:rPr>
        <w:t xml:space="preserve">[31:22] </w:t>
      </w:r>
      <w:r>
        <w:t>aur sare log jama kiye jate hain maidan e hashar mein Khuda ke samne. sab ka hisab kitab hota hai. to bohat se log jahannum mein bhej diye jate hain aur kuch log jannat mein chale aate hain.</w:t>
      </w:r>
    </w:p>
    <w:p>
      <w:pPr>
        <w:jc w:val="right"/>
      </w:pPr>
      <w:r>
        <w:t>اور سارے لوگ جمع کیے جاتے ہیں میدان حشر میں خدا کے سامنے۔ سب کا حساب کتاب ہوتا ہے۔ تو بہت سے لوگ جہنم میں بھیج دیے جاتے ہیں اور کچھ لوگ جنت میں چلے آتے ہیں۔</w:t>
      </w:r>
    </w:p>
    <w:p>
      <w:r>
        <w:rPr>
          <w:b/>
        </w:rPr>
        <w:t xml:space="preserve">[31:39] </w:t>
      </w:r>
      <w:r>
        <w:t>ek aadmi abhi maidan e hashar mein khara hua hai. is ka faisla nahi hua. kyun ke is ke aamal aise nahi the ke woh jannat mein is ko dakhil kiya jaye.</w:t>
      </w:r>
    </w:p>
    <w:p>
      <w:pPr>
        <w:jc w:val="right"/>
      </w:pPr>
      <w:r>
        <w:t>ایک آدمی ابھی میدان حشر میں کھڑا ہوا ہے۔ اس کا فیصلہ نہیں ہوا۔ کیونکہ اس کے عمل ایسے نہیں تھے کہ وہ جنت میں اس کو داخل کیا جائے۔</w:t>
      </w:r>
    </w:p>
    <w:p>
      <w:r>
        <w:rPr>
          <w:b/>
        </w:rPr>
        <w:t xml:space="preserve">[31:52] </w:t>
      </w:r>
      <w:r>
        <w:t>to woh aadmi Khuda se kehta hai ke aap ne mujhe jannat mein dakhil nahi kiya. to kam az kam mujhe dikha dijiye ke jannat hai kiya.</w:t>
      </w:r>
    </w:p>
    <w:p>
      <w:pPr>
        <w:jc w:val="right"/>
      </w:pPr>
      <w:r>
        <w:t>تو وہ آدمی خدا سے کہتا ہے کہ آپ نے مجھے جنت میں داخل نہیں کیا۔ تو کم از کم مجھے دکھا دیجیے کہ جنت ہے کیا۔</w:t>
      </w:r>
    </w:p>
    <w:p>
      <w:r>
        <w:rPr>
          <w:b/>
        </w:rPr>
        <w:t xml:space="preserve">[32:04] </w:t>
      </w:r>
      <w:r>
        <w:t>main dekhun jannat ko. woh abadi dunya, woh misali dunya. woh kya hai woh?</w:t>
      </w:r>
    </w:p>
    <w:p>
      <w:pPr>
        <w:jc w:val="right"/>
      </w:pPr>
      <w:r>
        <w:t>میں دیکھوں جنت کو۔ وہ ابدی دنیا، وہ مثالی دنیا۔ وہ کیا ہے وہ؟</w:t>
      </w:r>
    </w:p>
    <w:p>
      <w:r>
        <w:rPr>
          <w:b/>
        </w:rPr>
        <w:t xml:space="preserve">[32:15] </w:t>
      </w:r>
      <w:r>
        <w:t>to Khuda farishte ko kehta hai ke jao in ko jannat ka darwaza kholo aur dikha do in ko jannat.</w:t>
      </w:r>
    </w:p>
    <w:p>
      <w:pPr>
        <w:jc w:val="right"/>
      </w:pPr>
      <w:r>
        <w:t>تو خدا فرشتے کو کہتا ہے کہ جاؤ ان کو جنت کا دروازہ کھولو اور دکھا دو ان کو جنت۔</w:t>
      </w:r>
    </w:p>
    <w:p>
      <w:r>
        <w:rPr>
          <w:b/>
        </w:rPr>
        <w:t xml:space="preserve">[32:26] </w:t>
      </w:r>
      <w:r>
        <w:t>to woh aadmi le jaya jata hai. darwaza khola jata hai. ab wahan se woh jannat ko dekhta hai.</w:t>
      </w:r>
    </w:p>
    <w:p>
      <w:pPr>
        <w:jc w:val="right"/>
      </w:pPr>
      <w:r>
        <w:t>تو وہ آدمی لے جایا جاتا ہے۔ دروازہ کھولا جاتا ہے۔ اب وہاں سے وہ جنت کو دیکھتا ہے۔</w:t>
      </w:r>
    </w:p>
    <w:p>
      <w:r>
        <w:rPr>
          <w:b/>
        </w:rPr>
        <w:t xml:space="preserve">[32:38] </w:t>
      </w:r>
      <w:r>
        <w:t>to jannat is ko itni khoobsurat maloom hoti hai, itni khoobsurat.</w:t>
      </w:r>
    </w:p>
    <w:p>
      <w:pPr>
        <w:jc w:val="right"/>
      </w:pPr>
      <w:r>
        <w:t>تو جنت اس کو اتنی خوبصورت معلوم ہوتی ہے، اتنی خوبصورت۔</w:t>
      </w:r>
    </w:p>
    <w:p>
      <w:r>
        <w:rPr>
          <w:b/>
        </w:rPr>
        <w:t xml:space="preserve">[32:44] </w:t>
      </w:r>
      <w:r>
        <w:t>jo hadith mein aata hai ke la ain rat wa la udhun samiat wa la khatar ala qalb bashar.</w:t>
      </w:r>
    </w:p>
    <w:p>
      <w:pPr>
        <w:jc w:val="right"/>
      </w:pPr>
      <w:r>
        <w:t>جو حدیث میں آتا ہے کہ لا عین رات ولا عذر سمعت ولا خطر علی قلب بشر۔</w:t>
      </w:r>
    </w:p>
    <w:p>
      <w:r>
        <w:rPr>
          <w:b/>
        </w:rPr>
        <w:t xml:space="preserve">[32:54] </w:t>
      </w:r>
      <w:r>
        <w:t>la ain rat wa la udhun samiat wa la khatar ala qalb bashar. yani jannat ek aisi jagah hogi itni khoobsurat, itni ma'ni khez, itni zyada yani dilkash ke na aadmi ne kabhi aisi cheez dekhi.</w:t>
      </w:r>
    </w:p>
    <w:p>
      <w:pPr>
        <w:jc w:val="right"/>
      </w:pPr>
      <w:r>
        <w:t>لا عین رات ولا عذر سمعت ولا خطر علی قلب بشر۔ یعنی جنت ایک ایسی جگہ ہوگی اتنی خوبصورت، اتنی معنی خیز، اتنی زیادہ یعنی دلکش کہ نہ آدمی نے کبھی ایسی چیز دیکھی۔</w:t>
      </w:r>
    </w:p>
    <w:p>
      <w:r>
        <w:rPr>
          <w:b/>
        </w:rPr>
        <w:t xml:space="preserve">[33:21] </w:t>
      </w:r>
      <w:r>
        <w:t>na aadmi ne kabhi aisi cheez suni. aur na kisi aadmi ke dil par yeh khayal guzra ke aisi bhi koi cheez ho sakti hai. itni achi jagah hogi woh.</w:t>
      </w:r>
    </w:p>
    <w:p>
      <w:pPr>
        <w:jc w:val="right"/>
      </w:pPr>
      <w:r>
        <w:t>نہ آدمی نے کبھی ایسی چیز سنی۔ اور نہ کسی آدمی کے دل پر یہ خیال گزرا کہ ایسی بھی کوئی چیز ہو سکتی ہے۔ اتنی اچھی جگہ ہوگی وہ۔</w:t>
      </w:r>
    </w:p>
    <w:p>
      <w:r>
        <w:rPr>
          <w:b/>
        </w:rPr>
        <w:t xml:space="preserve">[33:35] </w:t>
      </w:r>
      <w:r>
        <w:t>to jab woh aadmi dekhta hai jannat ko to phir woh Khuda se kehta hai ke aye Khuda</w:t>
      </w:r>
    </w:p>
    <w:p>
      <w:pPr>
        <w:jc w:val="right"/>
      </w:pPr>
      <w:r>
        <w:t>تو جب وہ آدمی دیکھتا ہے جنت کو تو پھر وہ خدا سے کہتا ہے کہ اے خدا</w:t>
      </w:r>
    </w:p>
    <w:p>
      <w:r>
        <w:rPr>
          <w:b/>
        </w:rPr>
        <w:t xml:space="preserve">[33:43] </w:t>
      </w:r>
      <w:r>
        <w:t>! jab tu ne mujhe jannat dikha diya to itna karam aur kar de ke mujhe jannat mein dakhil kar de.</w:t>
      </w:r>
    </w:p>
    <w:p>
      <w:pPr>
        <w:jc w:val="right"/>
      </w:pPr>
      <w:r>
        <w:t>! جب تو نے مجھے جنت دکھا دیا تو اتنا کرم اور کر دے کہ مجھے جنت میں داخل کر دے۔</w:t>
      </w:r>
    </w:p>
    <w:p>
      <w:r>
        <w:rPr>
          <w:b/>
        </w:rPr>
        <w:t xml:space="preserve">[33:54] </w:t>
      </w:r>
      <w:r>
        <w:t>mujhe bhi jannat mein dakhil kar de. to us waqt khuda kehta hai ke aye mere bande!</w:t>
      </w:r>
    </w:p>
    <w:p>
      <w:pPr>
        <w:jc w:val="right"/>
      </w:pPr>
      <w:r>
        <w:t>مجھے بھی جنت میں داخل کر دے۔ تو اس وقت خدا کہتا ہے کہ اے میرے بندے!</w:t>
      </w:r>
    </w:p>
    <w:p>
      <w:r>
        <w:rPr>
          <w:b/>
        </w:rPr>
        <w:t xml:space="preserve">[34:07] </w:t>
      </w:r>
      <w:r>
        <w:t>tu mujh se jannat ko na maang.</w:t>
      </w:r>
    </w:p>
    <w:p>
      <w:pPr>
        <w:jc w:val="right"/>
      </w:pPr>
      <w:r>
        <w:t>تو مجھ سے جنت کو نہ مانگ۔</w:t>
      </w:r>
    </w:p>
    <w:p>
      <w:r>
        <w:rPr>
          <w:b/>
        </w:rPr>
        <w:t xml:space="preserve">[34:13] </w:t>
      </w:r>
      <w:r>
        <w:t>main tujh ko woh duniya deta hoon jis ko tu chhod kar aaya hai. yani yeh duniya jis mein nai dilli hai, jis mein moscow hai, jis mein washington hai, jis mein paris hai, jis mein london hai.</w:t>
      </w:r>
    </w:p>
    <w:p>
      <w:pPr>
        <w:jc w:val="right"/>
      </w:pPr>
      <w:r>
        <w:t>میں تجھ کو وہ دنیا دیتا ہوں جس کو تو چھوڑ کر آیا ہے۔ یعنی یہ دنیا جس میں نئی دہلی ہے، جس میں ماسکو ہے، جس میں واشنگٹن ہے، جس میں پیرس ہے، جس میں لندن ہے۔</w:t>
      </w:r>
    </w:p>
    <w:p>
      <w:r>
        <w:rPr>
          <w:b/>
        </w:rPr>
        <w:t xml:space="preserve">[34:26] </w:t>
      </w:r>
      <w:r>
        <w:t>woh sari cheezein hain jo hum jaante hain.</w:t>
      </w:r>
    </w:p>
    <w:p>
      <w:pPr>
        <w:jc w:val="right"/>
      </w:pPr>
      <w:r>
        <w:t>وہ ساری چیزیں ہیں جو ہم جانتے ہیں۔</w:t>
      </w:r>
    </w:p>
    <w:p>
      <w:r>
        <w:rPr>
          <w:b/>
        </w:rPr>
        <w:t xml:space="preserve">[34:31] </w:t>
      </w:r>
      <w:r>
        <w:t>to khuda kehta hai ke yeh duniya jo tum chhod kar aaye ho woh duniya. aur is se waise hi ek aur duniya mein tum ko de deta hoon. do duniya hain.</w:t>
      </w:r>
    </w:p>
    <w:p>
      <w:pPr>
        <w:jc w:val="right"/>
      </w:pPr>
      <w:r>
        <w:t>تو خدا کہتا ہے کہ یہ دنیا جو تم چھوڑ کر آئے ہو وہ دنیا۔ اور اس سے ویسے ہی ایک اور دنیا میں تم کو دے دیتا ہوں۔ دو دنیا ہیں۔</w:t>
      </w:r>
    </w:p>
    <w:p>
      <w:r>
        <w:rPr>
          <w:b/>
        </w:rPr>
        <w:t xml:space="preserve">[34:42] </w:t>
      </w:r>
      <w:r>
        <w:t>magar tum jannat ko na maango.</w:t>
      </w:r>
    </w:p>
    <w:p>
      <w:pPr>
        <w:jc w:val="right"/>
      </w:pPr>
      <w:r>
        <w:t>مگر تم جنت کو نہ مانگو۔</w:t>
      </w:r>
    </w:p>
    <w:p>
      <w:r>
        <w:rPr>
          <w:b/>
        </w:rPr>
        <w:t xml:space="preserve">[34:47] </w:t>
      </w:r>
      <w:r>
        <w:t>to woh banda jo dekh chuka hai jannat ko aur yeh bhi duniya ko bhi dekh chuka hai. is ko dekh kar gaya hai wahan par us ne jannat ko dekha.</w:t>
      </w:r>
    </w:p>
    <w:p>
      <w:pPr>
        <w:jc w:val="right"/>
      </w:pPr>
      <w:r>
        <w:t>تو وہ بندہ جو دیکھ چکا ہے جنت کو اور یہ بھی دنیا کو بھی دیکھ چکا ہے۔ اس کو دیکھ کر گیا ہے وہاں پر اس نے جنت کو دیکھا۔</w:t>
      </w:r>
    </w:p>
    <w:p>
      <w:r>
        <w:rPr>
          <w:b/>
        </w:rPr>
        <w:t xml:space="preserve">[34:58] </w:t>
      </w:r>
      <w:r>
        <w:t>to woh kehta hai ke ya rab</w:t>
      </w:r>
    </w:p>
    <w:p>
      <w:pPr>
        <w:jc w:val="right"/>
      </w:pPr>
      <w:r>
        <w:t>تو وہ کہتا ہے کہ یا رب</w:t>
      </w:r>
    </w:p>
    <w:p>
      <w:r>
        <w:rPr>
          <w:b/>
        </w:rPr>
        <w:t xml:space="preserve">[35:02] </w:t>
      </w:r>
      <w:r>
        <w:t>! kaifa akunu ashqaa'a 'ibaadak? aye mere rab! main hi tere bando mein sab se zyada badbakht banda kyon banu?</w:t>
      </w:r>
    </w:p>
    <w:p>
      <w:pPr>
        <w:jc w:val="right"/>
      </w:pPr>
      <w:r>
        <w:t>! کیف اکون اشقاء عبادک؟ اے میرے رب! میں ہی تیرے بندوں میں سب سے زیادہ بدبخت بندہ کیوں بنوں؟</w:t>
      </w:r>
    </w:p>
    <w:p>
      <w:r>
        <w:rPr>
          <w:b/>
        </w:rPr>
        <w:t xml:space="preserve">[35:19] </w:t>
      </w:r>
      <w:r>
        <w:t>is ka matlab yeh hai ke jannat jab dekh lega aadmi to us ko lagega ke agar is jannat ko chhodun main aur do duniya hi le lun aisi.</w:t>
      </w:r>
    </w:p>
    <w:p>
      <w:pPr>
        <w:jc w:val="right"/>
      </w:pPr>
      <w:r>
        <w:t>اس کا مطلب یہ ہے کہ جنت جب دیکھ لے گا آدمی تو اس کو لگے گا کہ اگر اس جنت کو چھوڑوں میں اور دو دنیا ہی لے لوں ایسی۔</w:t>
      </w:r>
    </w:p>
    <w:p>
      <w:r>
        <w:rPr>
          <w:b/>
        </w:rPr>
        <w:t xml:space="preserve">[35:30] </w:t>
      </w:r>
      <w:r>
        <w:t>jo hamari aaj ki duniya hai, yeh jo hamara seyyara zameen hai.</w:t>
      </w:r>
    </w:p>
    <w:p>
      <w:pPr>
        <w:jc w:val="right"/>
      </w:pPr>
      <w:r>
        <w:t>جو ہماری آج کی دنیا ہے، یہ جو ہمارا سیارہ زمین ہے۔</w:t>
      </w:r>
    </w:p>
    <w:p>
      <w:r>
        <w:rPr>
          <w:b/>
        </w:rPr>
        <w:t xml:space="preserve">[35:37] </w:t>
      </w:r>
      <w:r>
        <w:t>aise do seyyare main le lun. to aisa lagega ke main to bahut hi bewakoof tha. mujh se zyada bewakoof kaun hoga?</w:t>
      </w:r>
    </w:p>
    <w:p>
      <w:pPr>
        <w:jc w:val="right"/>
      </w:pPr>
      <w:r>
        <w:t>ایسے دو سیارے میں لے لوں۔ تو ایسا لگے گا کہ میں تو بہت ہی بیوقوف تھا۔ مجھ سے زیادہ بیوقوف کون ہوگا؟</w:t>
      </w:r>
    </w:p>
    <w:p>
      <w:r>
        <w:rPr>
          <w:b/>
        </w:rPr>
        <w:t xml:space="preserve">[35:47] </w:t>
      </w:r>
      <w:r>
        <w:t>ke kitni badi cheez chhodi aur kitni chhoti cheez le li. to woh kahega</w:t>
      </w:r>
    </w:p>
    <w:p>
      <w:pPr>
        <w:jc w:val="right"/>
      </w:pPr>
      <w:r>
        <w:t>کہ کتنی بڑی چیز چھوڑی اور کتنی چھوٹی چیز لے لی۔ تو وہ کہے گا</w:t>
      </w:r>
    </w:p>
    <w:p>
      <w:r>
        <w:rPr>
          <w:b/>
        </w:rPr>
        <w:t xml:space="preserve">[35:53] </w:t>
      </w:r>
      <w:r>
        <w:t>ke ya rab! kaifa akunu ashqaa'a 'ibaadak? aye mere rab! agar main aisa karun to main to bahut hi zyada badbakht, bahut hi bewakoof banda ban jaunga.</w:t>
      </w:r>
    </w:p>
    <w:p>
      <w:pPr>
        <w:jc w:val="right"/>
      </w:pPr>
      <w:r>
        <w:t>کہ یا رب! کیف اکون اشقاء عبادک؟ اے میرے رب! اگر میں ایسا کروں تو میں تو بہت ہی زیادہ بدبخت، بہت ہی بیوقوف بندہ بن جاؤں گا۔</w:t>
      </w:r>
    </w:p>
    <w:p>
      <w:r>
        <w:rPr>
          <w:b/>
        </w:rPr>
        <w:t xml:space="preserve">[36:04] </w:t>
      </w:r>
      <w:r>
        <w:t>aap sochiye ke aisa kyon hoga? yani khuda us ko jannat mein jagah kyon nahi dega? is ko aap is qisse se samajh sakte hain. ke wazir ne apne dost ki qadar ki.</w:t>
      </w:r>
    </w:p>
    <w:p>
      <w:pPr>
        <w:jc w:val="right"/>
      </w:pPr>
      <w:r>
        <w:t>آپ سوچیے کہ ایسا کیوں ہوگا؟ یعنی خدا اس کو جنت میں جگہ کیوں نہیں دے گا؟ اس کو آپ اس قصے سے سمجھ سکتے ہیں۔ کہ وزیر نے اپنے دوست کی قدر کی۔</w:t>
      </w:r>
    </w:p>
    <w:p>
      <w:r>
        <w:rPr>
          <w:b/>
        </w:rPr>
        <w:t xml:space="preserve">[36:18] </w:t>
      </w:r>
      <w:r>
        <w:t>lekin jab yeh sawal hua ke wazir ki kothi mein us ko jagah de di jaye.</w:t>
      </w:r>
    </w:p>
    <w:p>
      <w:pPr>
        <w:jc w:val="right"/>
      </w:pPr>
      <w:r>
        <w:t>لیکن جب یہ سوال ہوا کہ وزیر کی کوٹھی میں اس کو جگہ دے دی جائے۔</w:t>
      </w:r>
    </w:p>
    <w:p>
      <w:r>
        <w:rPr>
          <w:b/>
        </w:rPr>
        <w:t xml:space="preserve">[36:26] </w:t>
      </w:r>
      <w:r>
        <w:t>to unhon ne kaha bhai nahi aisa to nahi kar sakta main. tum ko main paisa de dunga ja kar raho apne ghar par, khao piyo. lekin tum is qabil nahi ho ke tum us kothi mein rakhe jao.</w:t>
      </w:r>
    </w:p>
    <w:p>
      <w:pPr>
        <w:jc w:val="right"/>
      </w:pPr>
      <w:r>
        <w:t>تو انہوں نے کہا بھئی نہیں ایسا تو نہیں کر سکتا میں۔ تم کو میں پیسہ دے دوں گا جا کر رہو اپنے گھر پر، کھاؤ پیو۔ لیکن تم اس قابل نہیں ہو کہ تم اس کوٹھی میں رکھے جاؤ۔</w:t>
      </w:r>
    </w:p>
    <w:p>
      <w:r>
        <w:rPr>
          <w:b/>
        </w:rPr>
        <w:t xml:space="preserve">[36:36] </w:t>
      </w:r>
      <w:r>
        <w:t>kyon? tumhari aadatein woh nahi hain. tumhara mizaj woh nahi hai.</w:t>
      </w:r>
    </w:p>
    <w:p>
      <w:pPr>
        <w:jc w:val="right"/>
      </w:pPr>
      <w:r>
        <w:t>کیوں؟ تمہاری عادتیں وہ نہیں ہیں۔ تمہارا مزاج وہ نہیں ہے۔</w:t>
      </w:r>
    </w:p>
    <w:p>
      <w:r>
        <w:rPr>
          <w:b/>
        </w:rPr>
        <w:t xml:space="preserve">[36:45] </w:t>
      </w:r>
      <w:r>
        <w:t>jo is jannat, jo us kothi mein khapne wala ho. yahi muamla akhirat, jannat ka hoga.</w:t>
      </w:r>
    </w:p>
    <w:p>
      <w:pPr>
        <w:jc w:val="right"/>
      </w:pPr>
      <w:r>
        <w:t>جس جو اس جنت، جو اس کوٹھی میں کھپنے والا ہو۔ یہی معاملہ آخرت، جنت کا ہوگا۔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