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Prophet An Example of Modesty August 27, 2017</w:t>
      </w:r>
    </w:p>
    <w:p>
      <w:r>
        <w:t>https://www.youtube.com/watch?v=aR3V4c8fQC4</w:t>
      </w:r>
    </w:p>
    <w:p>
      <w:r>
        <w:rPr>
          <w:b/>
        </w:rPr>
        <w:t xml:space="preserve">[00:13] </w:t>
      </w:r>
      <w:r>
        <w:t>bismillah hir rahman nir rahim. wa salla Allahu 'ala an nabiyyil karim.</w:t>
      </w:r>
    </w:p>
    <w:p>
      <w:pPr>
        <w:jc w:val="right"/>
      </w:pPr>
      <w:r>
        <w:t>بسم اللہ الرحمن الرحیم۔ وصلی اللہ علی النبی الکریم۔</w:t>
      </w:r>
    </w:p>
    <w:p>
      <w:r>
        <w:rPr>
          <w:b/>
        </w:rPr>
        <w:t xml:space="preserve">[00:23] </w:t>
      </w:r>
      <w:r>
        <w:t>rabbi shrah li sadri wa yassir li amri, wah lul 'uqdatan min lisani yafqahu qawli.</w:t>
      </w:r>
    </w:p>
    <w:p>
      <w:pPr>
        <w:jc w:val="right"/>
      </w:pPr>
      <w:r>
        <w:t>رب اشرح لی صدری ویسر لی امری، واحل العقدۃ من لسانی یفقہ قولی۔</w:t>
      </w:r>
    </w:p>
    <w:p>
      <w:r>
        <w:rPr>
          <w:b/>
        </w:rPr>
        <w:t xml:space="preserve">[00:34] </w:t>
      </w:r>
      <w:r>
        <w:t>27 agast 2017.</w:t>
      </w:r>
    </w:p>
    <w:p>
      <w:pPr>
        <w:jc w:val="right"/>
      </w:pPr>
      <w:r>
        <w:t>27 اگست 2017۔</w:t>
      </w:r>
    </w:p>
    <w:p>
      <w:r>
        <w:rPr>
          <w:b/>
        </w:rPr>
        <w:t xml:space="preserve">[00:41] </w:t>
      </w:r>
      <w:r>
        <w:t>aap jaante hain ke be routine hai, mamool hai ke main rozana subah ko apne office ke bahar balcony mein baithta hoon,</w:t>
      </w:r>
    </w:p>
    <w:p>
      <w:pPr>
        <w:jc w:val="right"/>
      </w:pPr>
      <w:r>
        <w:t>آپ جانتے ہیں کہ بے روٹین ہے، معمول ہے کہ میں روزانہ صبح کو اپنے آفس کے باہر بالکونی میں بیٹھتا ہوں،</w:t>
      </w:r>
    </w:p>
    <w:p>
      <w:r>
        <w:rPr>
          <w:b/>
        </w:rPr>
        <w:t xml:space="preserve">[00:54] </w:t>
      </w:r>
      <w:r>
        <w:t>sooraj nikalne se pehle.</w:t>
      </w:r>
    </w:p>
    <w:p>
      <w:pPr>
        <w:jc w:val="right"/>
      </w:pPr>
      <w:r>
        <w:t>سورج نکلنے سے پہلے۔</w:t>
      </w:r>
    </w:p>
    <w:p>
      <w:r>
        <w:rPr>
          <w:b/>
        </w:rPr>
        <w:t xml:space="preserve">[00:58] </w:t>
      </w:r>
      <w:r>
        <w:t>to aaj bhi aise hi hua. phir maine dekha ke saade che baje suraj nikla, uski roshni phaili chaaron taraf.</w:t>
      </w:r>
    </w:p>
    <w:p>
      <w:pPr>
        <w:jc w:val="right"/>
      </w:pPr>
      <w:r>
        <w:t>تو آج بھی ایسے ہی ہوا۔ پھر میں نے دیکھا کہ ساڑھے چھ بجے سورج نکلا، اس کی روشنی پھیلی چاروں طرف۔</w:t>
      </w:r>
    </w:p>
    <w:p>
      <w:r>
        <w:rPr>
          <w:b/>
        </w:rPr>
        <w:t xml:space="preserve">[01:12] </w:t>
      </w:r>
      <w:r>
        <w:t>is waqeye ne mere mind ko trigger kiya.</w:t>
      </w:r>
    </w:p>
    <w:p>
      <w:pPr>
        <w:jc w:val="right"/>
      </w:pPr>
      <w:r>
        <w:t>اس واقعے نے میرے مائنڈ کو ٹریگر کیا۔</w:t>
      </w:r>
    </w:p>
    <w:p>
      <w:r>
        <w:rPr>
          <w:b/>
        </w:rPr>
        <w:t xml:space="preserve">[01:18] </w:t>
      </w:r>
      <w:r>
        <w:t>sochte hue main is rai par pahuncha ke yeh suraj jo rozana nikalta hai, woh hamare liye ek breaking news hota hai.</w:t>
      </w:r>
    </w:p>
    <w:p>
      <w:pPr>
        <w:jc w:val="right"/>
      </w:pPr>
      <w:r>
        <w:t>سوچتے ہوئے میں اس رائے پر پہنچا کہ یہ سورج جو روزانہ نکلتا ہے، وہ ہمارے لیے ایک بریکنگ نیوز ہوتا ہے۔</w:t>
      </w:r>
    </w:p>
    <w:p>
      <w:r>
        <w:rPr>
          <w:b/>
        </w:rPr>
        <w:t xml:space="preserve">[01:34] </w:t>
      </w:r>
      <w:r>
        <w:t>har subah ko, yaani din ke aaghaz mein, insaan ko ek paigham deta hai, har roz.</w:t>
      </w:r>
    </w:p>
    <w:p>
      <w:pPr>
        <w:jc w:val="right"/>
      </w:pPr>
      <w:r>
        <w:t>ہر صبح کو، یعنی دن کے آغاز میں، انسان کو ایک پیغام دیتا ہے، ہر روز۔</w:t>
      </w:r>
    </w:p>
    <w:p>
      <w:r>
        <w:rPr>
          <w:b/>
        </w:rPr>
        <w:t xml:space="preserve">[01:45] </w:t>
      </w:r>
      <w:r>
        <w:t>ae insaan, is waqt tu apni subah mein hai, bohat jald teri shaam hogi. shaam hone se pehle sachai ko discover kar le.</w:t>
      </w:r>
    </w:p>
    <w:p>
      <w:pPr>
        <w:jc w:val="right"/>
      </w:pPr>
      <w:r>
        <w:t>اے انسان، اس وقت تو اپنی صبح میں ہے، بہت جلد تیری شام ہوگی۔ شام ہونے سے پہلے سچائی کو ڈسکور کر لے۔</w:t>
      </w:r>
    </w:p>
    <w:p>
      <w:r>
        <w:rPr>
          <w:b/>
        </w:rPr>
        <w:t xml:space="preserve">[02:00] </w:t>
      </w:r>
      <w:r>
        <w:t>ae insaan, is waqt tu apni jawani ke urooj mein hai, bohat jald tu barhaape ke urooj ko pahunchega.</w:t>
      </w:r>
    </w:p>
    <w:p>
      <w:pPr>
        <w:jc w:val="right"/>
      </w:pPr>
      <w:r>
        <w:t>اے انسان، اس وقت تو اپنی جوانی کے عروج میں ہے، بہت جلد تو بڑھاپے کے عروج کو پہنچے گا۔</w:t>
      </w:r>
    </w:p>
    <w:p>
      <w:r>
        <w:rPr>
          <w:b/>
        </w:rPr>
        <w:t xml:space="preserve">[02:11] </w:t>
      </w:r>
      <w:r>
        <w:t>is se pehle zindagi ka raaz discover kar le aur uske mutabiq kaam shuru kar de.</w:t>
      </w:r>
    </w:p>
    <w:p>
      <w:pPr>
        <w:jc w:val="right"/>
      </w:pPr>
      <w:r>
        <w:t>اس سے پہلے زندگی کا راز ڈسکور کر لے اور اس کے مطابق کام شروع کر دے۔</w:t>
      </w:r>
    </w:p>
    <w:p>
      <w:r>
        <w:rPr>
          <w:b/>
        </w:rPr>
        <w:t xml:space="preserve">[02:22] </w:t>
      </w:r>
      <w:r>
        <w:t>ae insaan, is waqt tu health mein hai, bohat jald tu bimari ka tajurba hoga.</w:t>
      </w:r>
    </w:p>
    <w:p>
      <w:pPr>
        <w:jc w:val="right"/>
      </w:pPr>
      <w:r>
        <w:t>اے انسان، اس وقت تو ہیلتھ میں ہے، بہت جلد تو بیماری کا تجربہ ہوگا۔</w:t>
      </w:r>
    </w:p>
    <w:p>
      <w:r>
        <w:rPr>
          <w:b/>
        </w:rPr>
        <w:t xml:space="preserve">[02:33] </w:t>
      </w:r>
      <w:r>
        <w:t>is se pehle tu apni zindagi ka purpose daryaft kar le.</w:t>
      </w:r>
    </w:p>
    <w:p>
      <w:pPr>
        <w:jc w:val="right"/>
      </w:pPr>
      <w:r>
        <w:t>اس سے پہلے تو اپنی زندگی کا پرپس دریافت کر لے۔</w:t>
      </w:r>
    </w:p>
    <w:p>
      <w:r>
        <w:rPr>
          <w:b/>
        </w:rPr>
        <w:t xml:space="preserve">[02:43] </w:t>
      </w:r>
      <w:r>
        <w:t>ae insaan, is waqt tu</w:t>
      </w:r>
    </w:p>
    <w:p>
      <w:pPr>
        <w:jc w:val="right"/>
      </w:pPr>
      <w:r>
        <w:t>اے انسان، اس وقت تو</w:t>
      </w:r>
    </w:p>
    <w:p>
      <w:r>
        <w:rPr>
          <w:b/>
        </w:rPr>
        <w:t xml:space="preserve">[02:49] </w:t>
      </w:r>
      <w:r>
        <w:t>problem free paata hai apne aap ko. phir woh waqt aayega jab tu problem bikhar jayega. is se pehle apne aap ko jaan le.</w:t>
      </w:r>
    </w:p>
    <w:p>
      <w:pPr>
        <w:jc w:val="right"/>
      </w:pPr>
      <w:r>
        <w:t>پرابلم فری پاتا ہے اپنے آپ کو۔ پھر وہ وقت آئے گا جب تو پرابلم بکھر جائے گا۔ اس سے پہلے اپنے آپ کو جان لے۔</w:t>
      </w:r>
    </w:p>
    <w:p>
      <w:r>
        <w:rPr>
          <w:b/>
        </w:rPr>
        <w:t xml:space="preserve">[03:03] </w:t>
      </w:r>
      <w:r>
        <w:t>aur jaan le ke teri duty kya hai is duniya mein. tujhe kaise duniya mein rehna hai, uske mutabiq apne aap ko kar.</w:t>
      </w:r>
    </w:p>
    <w:p>
      <w:pPr>
        <w:jc w:val="right"/>
      </w:pPr>
      <w:r>
        <w:t>اور جان لے کہ تیری ڈیوٹی کیا ہے اس دنیا میں۔ تجھے کیسے دنیا میں رہنا ہے، اس کے مطابق اپنے آپ کو کر۔</w:t>
      </w:r>
    </w:p>
    <w:p>
      <w:r>
        <w:rPr>
          <w:b/>
        </w:rPr>
        <w:t xml:space="preserve">[03:19] </w:t>
      </w:r>
      <w:r>
        <w:t>is tarah sochte sochte mujhe tareekh ke kuch waqeat yaad aaye.</w:t>
      </w:r>
    </w:p>
    <w:p>
      <w:pPr>
        <w:jc w:val="right"/>
      </w:pPr>
      <w:r>
        <w:t>اس طرح سوچتے سوچتے مجھے تاریخ کے کچھ واقعات یاد آئے۔</w:t>
      </w:r>
    </w:p>
    <w:p>
      <w:r>
        <w:rPr>
          <w:b/>
        </w:rPr>
        <w:t xml:space="preserve">[03:28] </w:t>
      </w:r>
      <w:r>
        <w:t>main ne socha ke is se pehle British company India mein dakhil hui, yahan unhon ne ladaaiyan ki.</w:t>
      </w:r>
    </w:p>
    <w:p>
      <w:pPr>
        <w:jc w:val="right"/>
      </w:pPr>
      <w:r>
        <w:t>میں نے سوچا کہ اس سے پہلے برٹش کمپنی انڈیا میں داخل ہوئی، یہاں انہوں نے لڑائیاں کیں۔</w:t>
      </w:r>
    </w:p>
    <w:p>
      <w:r>
        <w:rPr>
          <w:b/>
        </w:rPr>
        <w:t xml:space="preserve">[03:42] </w:t>
      </w:r>
      <w:r>
        <w:t>aakhir mein unka jo haraif tha, rival, woh Tipu Sultan tha, jo bohat hi bahadur aadmi tha.</w:t>
      </w:r>
    </w:p>
    <w:p>
      <w:pPr>
        <w:jc w:val="right"/>
      </w:pPr>
      <w:r>
        <w:t>آخر میں ان کا جو حریف تھا، رائیول، وہ ٹیپو سلطان تھا، جو بہت ہی بہادر آدمی تھا۔</w:t>
      </w:r>
    </w:p>
    <w:p>
      <w:r>
        <w:rPr>
          <w:b/>
        </w:rPr>
        <w:t xml:space="preserve">[03:53] </w:t>
      </w:r>
      <w:r>
        <w:t>to is se British faujon ki jang hui. yahan tak ke chaar May 1799 ko Mysore mein battlefield mein woh halak ho gaya.</w:t>
      </w:r>
    </w:p>
    <w:p>
      <w:pPr>
        <w:jc w:val="right"/>
      </w:pPr>
      <w:r>
        <w:t>تو اس سے برٹش فوجوں کی جنگ ہوئی۔ یہاں تک کہ چار مئی 1799 کو میسور میں بیٹل فیلڈ میں وہ ہلاک ہو گیا۔</w:t>
      </w:r>
    </w:p>
    <w:p>
      <w:r>
        <w:rPr>
          <w:b/>
        </w:rPr>
        <w:t xml:space="preserve">[04:13] </w:t>
      </w:r>
      <w:r>
        <w:t>to is waqt jo Angrez is fauj ki command kar raha tha, uska naam tha General Harris. General Harris ne jab dekha ke battlefield mein shaitan Tipu ki laash padi hui hai,</w:t>
      </w:r>
    </w:p>
    <w:p>
      <w:pPr>
        <w:jc w:val="right"/>
      </w:pPr>
      <w:r>
        <w:t>تو اس وقت جو انگریز اس فوج کی کمانڈ کر رہا تھا، اس کا نام تھا جنرل ہیریس۔ جنرل ہیریس نے جب دیکھا کہ بیٹل فیلڈ میں شیطان ٹیپو کی لاش پڑی ہوئی ہے،</w:t>
      </w:r>
    </w:p>
    <w:p>
      <w:r>
        <w:rPr>
          <w:b/>
        </w:rPr>
        <w:t xml:space="preserve">[04:35] </w:t>
      </w:r>
      <w:r>
        <w:t>murda laash, to usko dekh kar woh chala utha. He shouted, "Today India is ours!</w:t>
      </w:r>
    </w:p>
    <w:p>
      <w:pPr>
        <w:jc w:val="right"/>
      </w:pPr>
      <w:r>
        <w:t>مردہ لاش، تو اس کو دیکھ کر وہ چلا اٹھا۔ ہی شاؤٹڈ، "ٹوڈے انڈیا از اورز!</w:t>
      </w:r>
    </w:p>
    <w:p>
      <w:r>
        <w:rPr>
          <w:b/>
        </w:rPr>
        <w:t xml:space="preserve">[04:47] </w:t>
      </w:r>
      <w:r>
        <w:t>"</w:t>
      </w:r>
    </w:p>
    <w:p>
      <w:pPr>
        <w:jc w:val="right"/>
      </w:pPr>
      <w:r>
        <w:t>"</w:t>
      </w:r>
    </w:p>
    <w:p>
      <w:r>
        <w:rPr>
          <w:b/>
        </w:rPr>
        <w:t xml:space="preserve">[04:52] </w:t>
      </w:r>
      <w:r>
        <w:t>is ke baad waqai yahan British rule qaim ho gaya. lekin har kamaal rizwaal, us ke baad tareekh ne dekha ke woh waqt aaya jab ke India mein.</w:t>
      </w:r>
    </w:p>
    <w:p>
      <w:pPr>
        <w:jc w:val="right"/>
      </w:pPr>
      <w:r>
        <w:t>اس کے بعد واقعی یہاں برٹش رول قائم ہو گیا۔ لیکن ہر کمال رضوال، اس کے بعد تاریخ نے دیکھا کہ وہ وقت آیا جب کہ انڈیا میں۔</w:t>
      </w:r>
    </w:p>
    <w:p>
      <w:r>
        <w:rPr>
          <w:b/>
        </w:rPr>
        <w:t xml:space="preserve">[05:08] </w:t>
      </w:r>
      <w:r>
        <w:t>Quit India ki tareekh chali. yahan tak ke us waqt ke Viceroy</w:t>
      </w:r>
    </w:p>
    <w:p>
      <w:pPr>
        <w:jc w:val="right"/>
      </w:pPr>
      <w:r>
        <w:t>کوئٹ انڈیا کی تاریخ چلی۔ یہاں تک کہ اس وقت کے وائسرائے</w:t>
      </w:r>
    </w:p>
    <w:p>
      <w:r>
        <w:rPr>
          <w:b/>
        </w:rPr>
        <w:t xml:space="preserve">[05:19] </w:t>
      </w:r>
      <w:r>
        <w:t>Mountbatten ne 15 August 1947 ko, August 15, 1947 ko, woh all India radio par aaye.</w:t>
      </w:r>
    </w:p>
    <w:p>
      <w:pPr>
        <w:jc w:val="right"/>
      </w:pPr>
      <w:r>
        <w:t>ماؤنٹ برٹن نے 15 اگست 1947 کو، اگست 15، 1947 کو، وہ آلڈیا ریڈیو پر آئے۔</w:t>
      </w:r>
    </w:p>
    <w:p>
      <w:r>
        <w:rPr>
          <w:b/>
        </w:rPr>
        <w:t xml:space="preserve">[05:33] </w:t>
      </w:r>
      <w:r>
        <w:t>us waqt TV nahi hota tha. radio par unhon ne</w:t>
      </w:r>
    </w:p>
    <w:p>
      <w:pPr>
        <w:jc w:val="right"/>
      </w:pPr>
      <w:r>
        <w:t>اس وقت ٹی وی نہیں ہوتا تھا۔ ریڈیو پر انہوں نے</w:t>
      </w:r>
    </w:p>
    <w:p>
      <w:r>
        <w:rPr>
          <w:b/>
        </w:rPr>
        <w:t xml:space="preserve">[05:41] </w:t>
      </w:r>
      <w:r>
        <w:t>aakhri Viceroy ke taur par yeh elaan kiya, 15 August ki raat ko 12 baj kar 1 minute par,</w:t>
      </w:r>
    </w:p>
    <w:p>
      <w:pPr>
        <w:jc w:val="right"/>
      </w:pPr>
      <w:r>
        <w:t>آخری وائسرائے کے طور پر یہ اعلان کیا، 15 اگست کی رات کو 12 بج کر 1 منٹ پر،</w:t>
      </w:r>
    </w:p>
    <w:p>
      <w:r>
        <w:rPr>
          <w:b/>
        </w:rPr>
        <w:t xml:space="preserve">[05:51] </w:t>
      </w:r>
      <w:r>
        <w:t>"Today India is for Indians!"</w:t>
      </w:r>
    </w:p>
    <w:p>
      <w:pPr>
        <w:jc w:val="right"/>
      </w:pPr>
      <w:r>
        <w:t>"ٹوڈے انڈیا از فار انڈینز!</w:t>
      </w:r>
    </w:p>
    <w:p>
      <w:r>
        <w:rPr>
          <w:b/>
        </w:rPr>
        <w:t xml:space="preserve">[05:55] </w:t>
      </w:r>
      <w:r>
        <w:t>unhon ne kaha tha ke "today India is free!" is ka matlab yeh tha ke "today India is far</w:t>
      </w:r>
    </w:p>
    <w:p>
      <w:pPr>
        <w:jc w:val="right"/>
      </w:pPr>
      <w:r>
        <w:t>" انہوں نے کہا تھا کہ "ٹوڈے انڈیا از فری!" اس کا مطلب یہ تھا کہ "ٹوڈے انڈیا از فار</w:t>
      </w:r>
    </w:p>
    <w:p>
      <w:r>
        <w:rPr>
          <w:b/>
        </w:rPr>
        <w:t xml:space="preserve">[06:03] </w:t>
      </w:r>
      <w:r>
        <w:t>indians!" to is tarah mere dimagh mein aik train chalti rahi thought ki. maine socha ke kitna sahi ailaan tha quran mein.</w:t>
      </w:r>
    </w:p>
    <w:p>
      <w:pPr>
        <w:jc w:val="right"/>
      </w:pPr>
      <w:r>
        <w:t>انڈینز!" تو اس طرح میرے دماغ میں ایک ٹرین چلتی رہی تھاٹ کی۔ میں نے سوچا کہ کتنا صحیح اعلان تھا قرآن میں۔</w:t>
      </w:r>
    </w:p>
    <w:p>
      <w:r>
        <w:rPr>
          <w:b/>
        </w:rPr>
        <w:t xml:space="preserve">[06:29] </w:t>
      </w:r>
      <w:r>
        <w:t>yahan asr ke matlab time, yani tareekh. tareekh gawah hai ke insaan ghaate mein hai.</w:t>
      </w:r>
    </w:p>
    <w:p>
      <w:pPr>
        <w:jc w:val="right"/>
      </w:pPr>
      <w:r>
        <w:t>یہاں عصر کے معنی ٹائم، یعنی تاریخ۔ تاریخ گواہ ہے کہ انسان گھاٹے میں ہے۔</w:t>
      </w:r>
    </w:p>
    <w:p>
      <w:r>
        <w:rPr>
          <w:b/>
        </w:rPr>
        <w:t xml:space="preserve">[06:43] </w:t>
      </w:r>
      <w:r>
        <w:t>ghaate ka matlab kya hai? ka matlab kya hai? har insaan aakhir kar ghaate ka experience karta hai.</w:t>
      </w:r>
    </w:p>
    <w:p>
      <w:pPr>
        <w:jc w:val="right"/>
      </w:pPr>
      <w:r>
        <w:t>گھاٹے کا مطلب کیا ہے؟ کا مطلب کیا ہے؟ ہر انسان آخر کار گھاٹے کا ایکسپیرینس کرتا ہے۔</w:t>
      </w:r>
    </w:p>
    <w:p>
      <w:r>
        <w:rPr>
          <w:b/>
        </w:rPr>
        <w:t xml:space="preserve">[06:57] </w:t>
      </w:r>
      <w:r>
        <w:t>yani barhaape ke baad, jawani ke baad barhaapa,</w:t>
      </w:r>
    </w:p>
    <w:p>
      <w:pPr>
        <w:jc w:val="right"/>
      </w:pPr>
      <w:r>
        <w:t>یعنی بڑھاپے کے بعد، جوانی کے بعد بڑھاپا،</w:t>
      </w:r>
    </w:p>
    <w:p>
      <w:r>
        <w:rPr>
          <w:b/>
        </w:rPr>
        <w:t xml:space="preserve">[07:04] </w:t>
      </w:r>
      <w:r>
        <w:t>health ke baad bimari, problem free ke baad problem se bhara hua,</w:t>
      </w:r>
    </w:p>
    <w:p>
      <w:pPr>
        <w:jc w:val="right"/>
      </w:pPr>
      <w:r>
        <w:t>ہیلتھ کے بعد بیماری، پرابلم فری کے بعد پرابلم سے بھرا ہوا،</w:t>
      </w:r>
    </w:p>
    <w:p>
      <w:r>
        <w:rPr>
          <w:b/>
        </w:rPr>
        <w:t xml:space="preserve">[07:19] </w:t>
      </w:r>
      <w:r>
        <w:t>tarraqi ke baad tanazzul.</w:t>
      </w:r>
    </w:p>
    <w:p>
      <w:pPr>
        <w:jc w:val="right"/>
      </w:pPr>
      <w:r>
        <w:t>ترقی کے بعد تنزل۔</w:t>
      </w:r>
    </w:p>
    <w:p>
      <w:r>
        <w:rPr>
          <w:b/>
        </w:rPr>
        <w:t xml:space="preserve">[07:23] </w:t>
      </w:r>
      <w:r>
        <w:t>gharz ke har insaan, har insaan, har insaan ko yahi tajurba hota hai. jis ko suraj har din dunya ko batata hai</w:t>
      </w:r>
    </w:p>
    <w:p>
      <w:pPr>
        <w:jc w:val="right"/>
      </w:pPr>
      <w:r>
        <w:t>غرض کہ ہر انسان، ہر انسان، ہر انسان کو یہی تجربہ ہوتا ہے۔ جس کو سورج ہر دن دنیا کو بتاتا ہے</w:t>
      </w:r>
    </w:p>
    <w:p>
      <w:r>
        <w:rPr>
          <w:b/>
        </w:rPr>
        <w:t xml:space="preserve">[07:34] </w:t>
      </w:r>
      <w:r>
        <w:t>ke aye insaan, tujh par beharaal khusr ka waqt aanay wala hai. beharaal tu is se pehle apne aap ko tayyar kar le.</w:t>
      </w:r>
    </w:p>
    <w:p>
      <w:pPr>
        <w:jc w:val="right"/>
      </w:pPr>
      <w:r>
        <w:t>کہ اے انسان، تجھ پر بہرحال خسر کا وقت آنے والا ہے۔ بہرحال تو اس سے پہلے اپنے آپ کو تیار کر لے۔</w:t>
      </w:r>
    </w:p>
    <w:p>
      <w:r>
        <w:rPr>
          <w:b/>
        </w:rPr>
        <w:t xml:space="preserve">[07:48] </w:t>
      </w:r>
      <w:r>
        <w:t>is se pehle apne aap ko tayyar kar le.</w:t>
      </w:r>
    </w:p>
    <w:p>
      <w:pPr>
        <w:jc w:val="right"/>
      </w:pPr>
      <w:r>
        <w:t>اس سے پہلے اپنے آپ کو تیار کر لے۔</w:t>
      </w:r>
    </w:p>
    <w:p>
      <w:r>
        <w:rPr>
          <w:b/>
        </w:rPr>
        <w:t xml:space="preserve">[07:56] </w:t>
      </w:r>
      <w:r>
        <w:t>ab jab mera mind trigger hua to main aur socha, aur socha, aur socha. yahan tak ke main itna der pahuncha ke</w:t>
      </w:r>
    </w:p>
    <w:p>
      <w:pPr>
        <w:jc w:val="right"/>
      </w:pPr>
      <w:r>
        <w:t>اب جب میرا مائنڈ ٹریگر ہوا تو میں اور سوچا، اور سوچا، اور سوچا۔ یہاں تک کہ میں اتنا دیر پہنچا کہ</w:t>
      </w:r>
    </w:p>
    <w:p>
      <w:r>
        <w:rPr>
          <w:b/>
        </w:rPr>
        <w:t xml:space="preserve">[08:09] </w:t>
      </w:r>
      <w:r>
        <w:t>suraj rozana breaking news ke tor par insaan ko jo message deta hai, us ka just kya hai? mere mind mein aya ke is ki just yeh hai ke aye insaan,</w:t>
      </w:r>
    </w:p>
    <w:p>
      <w:pPr>
        <w:jc w:val="right"/>
      </w:pPr>
      <w:r>
        <w:t>سورج روزانہ بریکنگ نیوز کے طور پر انسان کو جو میسج دیتا ہے، اس کا جسٹ کیا ہے؟ میرے مائنڈ میں آیا کہ اس کی جسٹ یہ ہے کہ اے انسان،</w:t>
      </w:r>
    </w:p>
    <w:p>
      <w:r>
        <w:rPr>
          <w:b/>
        </w:rPr>
        <w:t xml:space="preserve">[08:25] </w:t>
      </w:r>
      <w:r>
        <w:t>tu is haqeeqat ko daryaft kar, is haqeeqat ko daryaft kar ke tera creator all powerful hai aur tu all powerless.</w:t>
      </w:r>
    </w:p>
    <w:p>
      <w:pPr>
        <w:jc w:val="right"/>
      </w:pPr>
      <w:r>
        <w:t>تو اس حقیقت کو دریافت کر، اس حقیقت کو دریافت کر کہ تیرا کریٹر آل پاور فل ہے اور تو آل پاور لیس۔</w:t>
      </w:r>
    </w:p>
    <w:p>
      <w:r>
        <w:rPr>
          <w:b/>
        </w:rPr>
        <w:t xml:space="preserve">[08:43] </w:t>
      </w:r>
      <w:r>
        <w:t>yehi sab se bari discovery hai insaan ke liye. rozana suraj hum ko yeh batata hai</w:t>
      </w:r>
    </w:p>
    <w:p>
      <w:pPr>
        <w:jc w:val="right"/>
      </w:pPr>
      <w:r>
        <w:t>یہی سب سے بڑی ڈسکوری ہے انسان کے لیے۔ روزانہ سورج ہم کو یہ بتاتا ہے</w:t>
      </w:r>
    </w:p>
    <w:p>
      <w:r>
        <w:rPr>
          <w:b/>
        </w:rPr>
        <w:t xml:space="preserve">[08:56] </w:t>
      </w:r>
      <w:r>
        <w:t>ke tumhara creator all powerful hai aur tu all powerless.</w:t>
      </w:r>
    </w:p>
    <w:p>
      <w:pPr>
        <w:jc w:val="right"/>
      </w:pPr>
      <w:r>
        <w:t>کہ تمہارا کریٹر آل پاور فل ہے اور تو آل پاور لیس۔</w:t>
      </w:r>
    </w:p>
    <w:p>
      <w:r>
        <w:rPr>
          <w:b/>
        </w:rPr>
        <w:t xml:space="preserve">[09:05] </w:t>
      </w:r>
      <w:r>
        <w:t>phir maine socha ke aakhir hamare creator ne aisa kiya kyun? hamare creator ne aisa kyun kyun kiya?</w:t>
      </w:r>
    </w:p>
    <w:p>
      <w:pPr>
        <w:jc w:val="right"/>
      </w:pPr>
      <w:r>
        <w:t>پھر میں نے سوچا کہ آخر ہمارے کریٹر نے ایسا کیا کیوں؟ ہمارے کریٹر نے ایسا کیوں کیوں کیا؟</w:t>
      </w:r>
    </w:p>
    <w:p>
      <w:r>
        <w:rPr>
          <w:b/>
        </w:rPr>
        <w:t xml:space="preserve">[09:14] </w:t>
      </w:r>
      <w:r>
        <w:t>aap dekhen ke insaan itna saada, ajeeb o ghareeb makhlooq hai ke waqayatan woh asr taqweem hai.</w:t>
      </w:r>
    </w:p>
    <w:p>
      <w:pPr>
        <w:jc w:val="right"/>
      </w:pPr>
      <w:r>
        <w:t>آپ دیکھیں کہ انسان اتنا سادہ، عجیب و غریب مخلوق ہے کہ واقعتاً وہ عصر تقویم ہے۔</w:t>
      </w:r>
    </w:p>
    <w:p>
      <w:r>
        <w:rPr>
          <w:b/>
        </w:rPr>
        <w:t xml:space="preserve">[09:26] </w:t>
      </w:r>
      <w:r>
        <w:t>yani behtareen makhlooq har aitbaar se, is ka body, is ka mind, is ka poora structure, sari kainat mein tamam makhlooqat se behtar hai.</w:t>
      </w:r>
    </w:p>
    <w:p>
      <w:pPr>
        <w:jc w:val="right"/>
      </w:pPr>
      <w:r>
        <w:t>یعنی بہترین مخلوق ہر اعتبار سے، اس کا باڈی، اس کا مائنڈ، اس کا پورا اسٹرکچر، ساری کائنات میں تمام مخلوقات سے بہتر ہے۔</w:t>
      </w:r>
    </w:p>
    <w:p>
      <w:r>
        <w:rPr>
          <w:b/>
        </w:rPr>
        <w:t xml:space="preserve">[09:42] </w:t>
      </w:r>
      <w:r>
        <w:t>to kyun?</w:t>
      </w:r>
    </w:p>
    <w:p>
      <w:pPr>
        <w:jc w:val="right"/>
      </w:pPr>
      <w:r>
        <w:t>تو کیوں؟</w:t>
      </w:r>
    </w:p>
    <w:p>
      <w:r>
        <w:rPr>
          <w:b/>
        </w:rPr>
        <w:t xml:space="preserve">[09:46] </w:t>
      </w:r>
      <w:r>
        <w:t>is ki koi bara, is ke peeche koi bari baat honi chahiye. sirf yeh baat ke insaan jaan le ke main ajeez hoon aur khuda qadir mutlaq hai, yeh itna kaafi nahi hai.</w:t>
      </w:r>
    </w:p>
    <w:p>
      <w:pPr>
        <w:jc w:val="right"/>
      </w:pPr>
      <w:r>
        <w:t>اس کی کوئی بڑا، اس کے پیچھے کوئی بڑی بات ہونی چاہیے۔ صرف یہ بات کہ انسان جان لے کہ میں عاجز ہوں اور خدا قادر مطلق ہے، یہ اتنا کافی نہیں ہے۔</w:t>
      </w:r>
    </w:p>
    <w:p>
      <w:r>
        <w:rPr>
          <w:b/>
        </w:rPr>
        <w:t xml:space="preserve">[09:59] </w:t>
      </w:r>
      <w:r>
        <w:t>itna kaafi nahi hai. is se bari koi baat honi chahiye.</w:t>
      </w:r>
    </w:p>
    <w:p>
      <w:pPr>
        <w:jc w:val="right"/>
      </w:pPr>
      <w:r>
        <w:t>اتنا کافی نہیں ہے۔ اس سے بڑی کوئی بات ہونی چاہیے۔</w:t>
      </w:r>
    </w:p>
    <w:p>
      <w:r>
        <w:rPr>
          <w:b/>
        </w:rPr>
        <w:t xml:space="preserve">[10:06] </w:t>
      </w:r>
      <w:r>
        <w:t>woh bari baat yeh hai ke Allah Rabbul Alameen ne insaan ke liye aik peer rehnumai bana rakhi hai, "uddat lilmuttaqin".</w:t>
      </w:r>
    </w:p>
    <w:p>
      <w:pPr>
        <w:jc w:val="right"/>
      </w:pPr>
      <w:r>
        <w:t>وہ بڑی بات یہ ہے کہ اللہ رب العالمین نے انسان کے لیے ایک پیر رہنمائی بنا رکھی ہے، "عدت للمتقین"۔</w:t>
      </w:r>
    </w:p>
    <w:p>
      <w:r>
        <w:rPr>
          <w:b/>
        </w:rPr>
        <w:t xml:space="preserve">[10:18] </w:t>
      </w:r>
      <w:r>
        <w:t>kya ayat poori hai?</w:t>
      </w:r>
    </w:p>
    <w:p>
      <w:pPr>
        <w:jc w:val="right"/>
      </w:pPr>
      <w:r>
        <w:t>کیا آیت پوری ہے؟</w:t>
      </w:r>
    </w:p>
    <w:p>
      <w:r>
        <w:rPr>
          <w:b/>
        </w:rPr>
        <w:t xml:space="preserve">[10:26] </w:t>
      </w:r>
      <w:r>
        <w:t>"uddat lilmuttaqin". yani jannat ke baray mein yeh lafz ghor kijiye. tayyar ki gayi hai muttaqin ke liye. kis ne tayyar kiya?</w:t>
      </w:r>
    </w:p>
    <w:p>
      <w:pPr>
        <w:jc w:val="right"/>
      </w:pPr>
      <w:r>
        <w:t>"عدت للمتقین"۔ یعنی جنت کے بارے میں یہ لفظ غور کیجئے۔ تیار کی گئی ہے متقین کے لیے۔ کس نے تیار کیا؟</w:t>
      </w:r>
    </w:p>
    <w:p>
      <w:r>
        <w:rPr>
          <w:b/>
        </w:rPr>
        <w:t xml:space="preserve">[10:36] </w:t>
      </w:r>
      <w:r>
        <w:t>Allah Rabbul Alameen ne. "uddat lilmuttaqin".</w:t>
      </w:r>
    </w:p>
    <w:p>
      <w:pPr>
        <w:jc w:val="right"/>
      </w:pPr>
      <w:r>
        <w:t>اللہ رب العالمین نے۔ "عدت للمتقین"۔</w:t>
      </w:r>
    </w:p>
    <w:p>
      <w:r>
        <w:rPr>
          <w:b/>
        </w:rPr>
        <w:t xml:space="preserve">[10:45] </w:t>
      </w:r>
      <w:r>
        <w:t>kesi ajeeb baat hai ke khaliq-e-kaenat khud keh raha hai ke ae bande, tere liye maine ek jannat tayyar kar rakhi hai</w:t>
      </w:r>
    </w:p>
    <w:p>
      <w:pPr>
        <w:jc w:val="right"/>
      </w:pPr>
      <w:r>
        <w:t>کیسی عجیب بات ہے کہ خالق کائنات خود کہہ رہا ہے کہ اے بندے، تیرے لیے میں نے ایک جنت تیار کر رکھی ہے</w:t>
      </w:r>
    </w:p>
    <w:p>
      <w:r>
        <w:rPr>
          <w:b/>
        </w:rPr>
        <w:t xml:space="preserve">[10:55] </w:t>
      </w:r>
      <w:r>
        <w:t>mutaqqin ke liye. mutaqqin ke ma'ne kya hue? mutaqqin ke bare mein ghaur kijiye to pahunchenge aap is haqeeqat tak ke mutaqqin ka matlab hai ke woh afraad, woh insaan jo sach, jo seekhar banen, seekhar,</w:t>
      </w:r>
    </w:p>
    <w:p>
      <w:pPr>
        <w:jc w:val="right"/>
      </w:pPr>
      <w:r>
        <w:t>متقین کے لیے۔ متقین کے معنی کیا ہوئے؟ متقین کے بارے میں غور کیجئے تو پہنچیں گے آپ اس حقیقت تک کہ متقین کا مطلب ہے کہ وہ افراد، وہ انسان جو سچ، جو سیکھر بنیں، سیکھر،</w:t>
      </w:r>
    </w:p>
    <w:p>
      <w:r>
        <w:rPr>
          <w:b/>
        </w:rPr>
        <w:t xml:space="preserve">[11:18] </w:t>
      </w:r>
      <w:r>
        <w:t>phir woh sachai ko discover karen. phir apne aap ko is sachai par dhal len. apne aap ko isi nich mein develop karen.</w:t>
      </w:r>
    </w:p>
    <w:p>
      <w:pPr>
        <w:jc w:val="right"/>
      </w:pPr>
      <w:r>
        <w:t>پھر وہ سچائی کو ڈسکور کریں۔ پھر اپنے آپ کو اس سچائی پر ڈھالیں۔ اپنے آپ کو اسی نچ میں ڈویلپ کریں۔</w:t>
      </w:r>
    </w:p>
    <w:p>
      <w:r>
        <w:rPr>
          <w:b/>
        </w:rPr>
        <w:t xml:space="preserve">[11:31] </w:t>
      </w:r>
      <w:r>
        <w:t>phir apne andar woh personality banayen jo personality paradise mein settle karne ke qabil ho.</w:t>
      </w:r>
    </w:p>
    <w:p>
      <w:pPr>
        <w:jc w:val="right"/>
      </w:pPr>
      <w:r>
        <w:t>پھر اپنے اندر وہ پرسنیلٹی بنائیں جو پرسنیلٹی پارڈائز میں سیٹل کرنے کے قابل ہو۔</w:t>
      </w:r>
    </w:p>
    <w:p>
      <w:r>
        <w:rPr>
          <w:b/>
        </w:rPr>
        <w:t xml:space="preserve">[11:46] </w:t>
      </w:r>
      <w:r>
        <w:t>aur is ki qeemat kya hai? is jannat mein entry paane ki qeemat kya hai? yeh main sochta raha.</w:t>
      </w:r>
    </w:p>
    <w:p>
      <w:pPr>
        <w:jc w:val="right"/>
      </w:pPr>
      <w:r>
        <w:t>اور اس کی قیمت کیا ہے؟ اس جنت میں انٹری پانے کی قیمت کیا ہے؟ یہ میں سوچتا رہا۔</w:t>
      </w:r>
    </w:p>
    <w:p>
      <w:r>
        <w:rPr>
          <w:b/>
        </w:rPr>
        <w:t xml:space="preserve">[11:56] </w:t>
      </w:r>
      <w:r>
        <w:t>to in short mujhe samajh mein aaya ke is ki qeemat yeh hai ke insaan ek ajeeb-o-ghareeb kaam anjaam deta hai. aap jante hain ke is kainaat mein galaxy hai, suraj system hai,</w:t>
      </w:r>
    </w:p>
    <w:p>
      <w:pPr>
        <w:jc w:val="right"/>
      </w:pPr>
      <w:r>
        <w:t>تو ان شارٹ مجھے سمجھ میں آیا کہ اس کی قیمت یہ ہے کہ انسان ایک عجیب و غریب کام انجام دیتا ہے۔ آپ جانتے ہیں کہ اس کائنات میں گلیکسی ہے، سورج سسٹم ہے،</w:t>
      </w:r>
    </w:p>
    <w:p>
      <w:r>
        <w:rPr>
          <w:b/>
        </w:rPr>
        <w:t xml:space="preserve">[12:10] </w:t>
      </w:r>
      <w:r>
        <w:t>pahaad hai, samandar hai, sitare hain. kitni sari cheezen hain, inginat. lekin insaan ek bahut hi ajeeb-o-ghareeb cheez hai, woh ek ajeeb-o-ghareeb woh waqea anjaam deta hai.</w:t>
      </w:r>
    </w:p>
    <w:p>
      <w:pPr>
        <w:jc w:val="right"/>
      </w:pPr>
      <w:r>
        <w:t>پہاڑ ہے، سمندر ہے، ستارے ہیں۔ کتنی ساری چیزیں ہیں، ان گنت۔ لیکن انسان ایک بہت ہی عجیب و غریب چیز ہے، وہ ایک عجیب و غریب وہ واقعہ انجام دیتا ہے۔</w:t>
      </w:r>
    </w:p>
    <w:p>
      <w:r>
        <w:rPr>
          <w:b/>
        </w:rPr>
        <w:t xml:space="preserve">[12:28] </w:t>
      </w:r>
      <w:r>
        <w:t>isi waqea ki qeemat jannat hai. woh waqea kya hai?</w:t>
      </w:r>
    </w:p>
    <w:p>
      <w:pPr>
        <w:jc w:val="right"/>
      </w:pPr>
      <w:r>
        <w:t>اسی واقعے کی قیمت جنت ہے۔ وہ واقعہ کیا ہے؟</w:t>
      </w:r>
    </w:p>
    <w:p>
      <w:r>
        <w:rPr>
          <w:b/>
        </w:rPr>
        <w:t xml:space="preserve">[12:37] </w:t>
      </w:r>
      <w:r>
        <w:t>to mere lafzon mein woh yeh hai ke insaan woh anokhi makhlooq hai.</w:t>
      </w:r>
    </w:p>
    <w:p>
      <w:pPr>
        <w:jc w:val="right"/>
      </w:pPr>
      <w:r>
        <w:t>تو میرے لفظوں میں وہ یہ ہے کہ انسان وہ انوکھی مخلوق ہے۔</w:t>
      </w:r>
    </w:p>
    <w:p>
      <w:r>
        <w:rPr>
          <w:b/>
        </w:rPr>
        <w:t xml:space="preserve">[12:48] </w:t>
      </w:r>
      <w:r>
        <w:t>main yeh kahunga ke is kainaat mein har ek Allah ke muqable mein sirf aajiz hai. insaan hi nahin.</w:t>
      </w:r>
    </w:p>
    <w:p>
      <w:pPr>
        <w:jc w:val="right"/>
      </w:pPr>
      <w:r>
        <w:t>میں یہ کہوں گا کہ اس کائنات میں ہر ایک اللہ کے مقابلے میں صرف عاجز ہے۔ انسان ہی نہیں۔</w:t>
      </w:r>
    </w:p>
    <w:p>
      <w:r>
        <w:rPr>
          <w:b/>
        </w:rPr>
        <w:t xml:space="preserve">[12:59] </w:t>
      </w:r>
      <w:r>
        <w:t>insaan hi nahin. galaxy aajiz hai. suraj system aajiz hai. samandar aajiz hai. pahaad aajiz hai. is duniya mein jo kuch hai, woh sab khaliq ke muqable mein aajiz hai, aajiz hai, aajiz hai.</w:t>
      </w:r>
    </w:p>
    <w:p>
      <w:pPr>
        <w:jc w:val="right"/>
      </w:pPr>
      <w:r>
        <w:t>انسان ہی نہیں۔ گلیکسی عاجز ہے۔ سورج سسٹم عاجز ہے۔ سمندر عاجز ہے۔ پہاڑ عاجز ہے۔ اس دنیا میں جو کچھ ہے، وہ سب خالق کے مقابلے میں عاجز ہے، عاجز ہے، عاجز ہے۔</w:t>
      </w:r>
    </w:p>
    <w:p>
      <w:r>
        <w:rPr>
          <w:b/>
        </w:rPr>
        <w:t xml:space="preserve">[13:15] </w:t>
      </w:r>
      <w:r>
        <w:t>phir insaan ka kamaal kya hai? insaan ka kamaal bahut ajeeb hai.</w:t>
      </w:r>
    </w:p>
    <w:p>
      <w:pPr>
        <w:jc w:val="right"/>
      </w:pPr>
      <w:r>
        <w:t>پھر انسان کا کمال کیا ہے؟ انسان کا کمال بہت عجیب ہے۔</w:t>
      </w:r>
    </w:p>
    <w:p>
      <w:r>
        <w:rPr>
          <w:b/>
        </w:rPr>
        <w:t xml:space="preserve">[13:24] </w:t>
      </w:r>
      <w:r>
        <w:t>insaan ke bare mein taareef ki jati hai ke insaan ki jo sifat-e-khaas hai, woh hai conceptual thinking. yaani soch kar kisi baat ko jaanna.</w:t>
      </w:r>
    </w:p>
    <w:p>
      <w:pPr>
        <w:jc w:val="right"/>
      </w:pPr>
      <w:r>
        <w:t>انسان کے بارے میں تعریف کی جاتی ہے کہ انسان کی جو صفت خاص ہے، وہ ہے کنسیپچول تھنکنگ۔ یعنی سوچ کر کسی بات کو جاننا۔</w:t>
      </w:r>
    </w:p>
    <w:p>
      <w:r>
        <w:rPr>
          <w:b/>
        </w:rPr>
        <w:t xml:space="preserve">[13:39] </w:t>
      </w:r>
      <w:r>
        <w:t>tasawwurati taur par kisi baat ko jaanna. yeh hai conceptual thinking.</w:t>
      </w:r>
    </w:p>
    <w:p>
      <w:pPr>
        <w:jc w:val="right"/>
      </w:pPr>
      <w:r>
        <w:t>تصوراتی طور پر کسی بات کو جاننا۔ یہ ہے کنسیپچول تھنکنگ۔</w:t>
      </w:r>
    </w:p>
    <w:p>
      <w:r>
        <w:rPr>
          <w:b/>
        </w:rPr>
        <w:t xml:space="preserve">[13:48] </w:t>
      </w:r>
      <w:r>
        <w:t>to insaan ka kamaal yeh hai ke woh</w:t>
      </w:r>
    </w:p>
    <w:p>
      <w:pPr>
        <w:jc w:val="right"/>
      </w:pPr>
      <w:r>
        <w:t>تو انسان کا کمال یہ ہے کہ وہ</w:t>
      </w:r>
    </w:p>
    <w:p>
      <w:r>
        <w:rPr>
          <w:b/>
        </w:rPr>
        <w:t xml:space="preserve">[13:53] </w:t>
      </w:r>
      <w:r>
        <w:t>soch kar is haqeeqat ko daryaft karta hai. jis ko mere lafzon mein yeh hai ke insaan</w:t>
      </w:r>
    </w:p>
    <w:p>
      <w:pPr>
        <w:jc w:val="right"/>
      </w:pPr>
      <w:r>
        <w:t>سوچ کر اس حقیقت کو دریافت کرتا ہے۔ جس کو میرے لفظوں میں یہ ہے کہ انسان</w:t>
      </w:r>
    </w:p>
    <w:p>
      <w:r>
        <w:rPr>
          <w:b/>
        </w:rPr>
        <w:t xml:space="preserve">[14:08] </w:t>
      </w:r>
      <w:r>
        <w:t>all powerful God ke muqable mein</w:t>
      </w:r>
    </w:p>
    <w:p>
      <w:pPr>
        <w:jc w:val="right"/>
      </w:pPr>
      <w:r>
        <w:t>آل پاور فل گاڈ کے مقابلے میں</w:t>
      </w:r>
    </w:p>
    <w:p>
      <w:r>
        <w:rPr>
          <w:b/>
        </w:rPr>
        <w:t xml:space="preserve">[14:15] </w:t>
      </w:r>
      <w:r>
        <w:t>all powerless ka doosra extend banata hai.</w:t>
      </w:r>
    </w:p>
    <w:p>
      <w:pPr>
        <w:jc w:val="right"/>
      </w:pPr>
      <w:r>
        <w:t>آل پاور لیس کا دوسرا ایکسٹینڈ بناتا ہے۔</w:t>
      </w:r>
    </w:p>
    <w:p>
      <w:r>
        <w:rPr>
          <w:b/>
        </w:rPr>
        <w:t xml:space="preserve">[14:22] </w:t>
      </w:r>
      <w:r>
        <w:t>yaani ek taraf to creator hai, jis ko hum Khuda kehte hain. ek taraf creator hai, jo all powerful hai, all powerful hai.</w:t>
      </w:r>
    </w:p>
    <w:p>
      <w:pPr>
        <w:jc w:val="right"/>
      </w:pPr>
      <w:r>
        <w:t>یعنی ایک طرف تو کریٹر ہے، جس کو ہم خدا کہتے ہیں۔ ایک طرف کریٹر ہے، جو آل پاور فل ہے، آل پاور فل ہے۔</w:t>
      </w:r>
    </w:p>
    <w:p>
      <w:r>
        <w:rPr>
          <w:b/>
        </w:rPr>
        <w:t xml:space="preserve">[14:31] </w:t>
      </w:r>
      <w:r>
        <w:t>ab ghaur kijiye kaisi ajeeb taqat hogi khaliq ki, jis ne</w:t>
      </w:r>
    </w:p>
    <w:p>
      <w:pPr>
        <w:jc w:val="right"/>
      </w:pPr>
      <w:r>
        <w:t>اب غور کیجئے کیسی عجیب طاقت ہوگی خالق کی، جس نے</w:t>
      </w:r>
    </w:p>
    <w:p>
      <w:r>
        <w:rPr>
          <w:b/>
        </w:rPr>
        <w:t xml:space="preserve">[14:42] </w:t>
      </w:r>
      <w:r>
        <w:t>big bang ka waqea anjaam diya. jis ne galaxy banai. yeh suraj system banaya. yeh zameen banai. yahan pahaad, samandar, janglaat, insaan, haiwanat, yeh sab banaye.</w:t>
      </w:r>
    </w:p>
    <w:p>
      <w:pPr>
        <w:jc w:val="right"/>
      </w:pPr>
      <w:r>
        <w:t>بگ بینگ کا واقعہ انجام دیا۔ جس نے گلیکسی بنائی۔ یہ سورج سسٹم بنایا۔ یہ زمین بنائی۔ یہاں پہاڑ، سمندر، جنگل، انسان، حیوانات، یہ سب بنائے۔</w:t>
      </w:r>
    </w:p>
    <w:p>
      <w:r>
        <w:rPr>
          <w:b/>
        </w:rPr>
        <w:t xml:space="preserve">[14:56] </w:t>
      </w:r>
      <w:r>
        <w:t>to yeh to us ki mind boggling, us ki taqat hai. hum is ko soch soch nahin sakte. mind boggling. to yeh bilashuba ek bahut anokha waqea hai ke insaan</w:t>
      </w:r>
    </w:p>
    <w:p>
      <w:pPr>
        <w:jc w:val="right"/>
      </w:pPr>
      <w:r>
        <w:t>تو یہ تو اس کی مائنڈ باگلنگ، اس کی طاقت ہے۔ ہم اس کو سوچ سوچ نہیں سکتے۔ مائنڈ باگلنگ۔ تو یہ بلاشبہ ایک بہت انوکھا واقعہ ہے کہ انسان</w:t>
      </w:r>
    </w:p>
    <w:p>
      <w:r>
        <w:rPr>
          <w:b/>
        </w:rPr>
        <w:t xml:space="preserve">[15:18] </w:t>
      </w:r>
      <w:r>
        <w:t>all powerful God ke muqable mein all powerless ka doosra extend banata hai, sho'oori taur par.</w:t>
      </w:r>
    </w:p>
    <w:p>
      <w:pPr>
        <w:jc w:val="right"/>
      </w:pPr>
      <w:r>
        <w:t>آل پاور فل گاڈ کے مقابلے میں آل پاور لیس کا دوسرا ایکسٹینڈ بناتا ہے، شعوری طور پر۔</w:t>
      </w:r>
    </w:p>
    <w:p>
      <w:r>
        <w:rPr>
          <w:b/>
        </w:rPr>
        <w:t xml:space="preserve">[15:30] </w:t>
      </w:r>
      <w:r>
        <w:t>yeh extend banane ke liye aadmi ko bahut zyada</w:t>
      </w:r>
    </w:p>
    <w:p>
      <w:pPr>
        <w:jc w:val="right"/>
      </w:pPr>
      <w:r>
        <w:t>یہ ایکسٹینڈ بنانے کے لیے آدمی کو بہت زیادہ</w:t>
      </w:r>
    </w:p>
    <w:p>
      <w:r>
        <w:rPr>
          <w:b/>
        </w:rPr>
        <w:t xml:space="preserve">[15:36] </w:t>
      </w:r>
      <w:r>
        <w:t>sochna padta hai. apne poore mind ko involve karna padta hai. poori apni poori zindagi ko is mein jhonk dena padta hai.</w:t>
      </w:r>
    </w:p>
    <w:p>
      <w:pPr>
        <w:jc w:val="right"/>
      </w:pPr>
      <w:r>
        <w:t>سوچنا پڑتا ہے۔ اپنے پورے مائنڈ کو انوالو کرنا پڑتا ہے۔ پوری اپنی پوری زندگی کو اس میں جھونک دینا پڑتا ہے۔</w:t>
      </w:r>
    </w:p>
    <w:p>
      <w:r>
        <w:rPr>
          <w:b/>
        </w:rPr>
        <w:t xml:space="preserve">[15:49] </w:t>
      </w:r>
      <w:r>
        <w:t>apni poori zindagi ko is talash mein jhonk dena parta hai. har qism ke distraction se bacha kar apne aap ko is mein aik dam dedicate karna parta hai.</w:t>
      </w:r>
    </w:p>
    <w:p>
      <w:pPr>
        <w:jc w:val="right"/>
      </w:pPr>
      <w:r>
        <w:t>اپنی پوری زندگی کو اس تلاش میں جھونک دینا پڑتا ہے۔ ہر قسم کے ڈسٹرکشن سے بچا کر اپنے آپ کو اس میں ایک دم ڈیڈیکیٹ کرنا پڑتا ہے۔</w:t>
      </w:r>
    </w:p>
    <w:p>
      <w:r>
        <w:rPr>
          <w:b/>
        </w:rPr>
        <w:t xml:space="preserve">[16:03] </w:t>
      </w:r>
      <w:r>
        <w:t>tab ja kar yeh waqia hota hai ke aap is qabil hotay hain ke all powerful ke muqablay mein all powerless ka doosra extend bana chukay hain, shaoori tor par.</w:t>
      </w:r>
    </w:p>
    <w:p>
      <w:pPr>
        <w:jc w:val="right"/>
      </w:pPr>
      <w:r>
        <w:t>تب جا کر یہ واقعہ ہوتا ہے کہ آپ اس قابل ہوتے ہیں کہ آل پاور فل کے مقابلے میں آل پاور لیس کا دوسرا ایکسٹینڈ بنا چکے ہیں، شعوری طور پر۔</w:t>
      </w:r>
    </w:p>
    <w:p>
      <w:r>
        <w:rPr>
          <w:b/>
        </w:rPr>
        <w:t xml:space="preserve">[16:18] </w:t>
      </w:r>
      <w:r>
        <w:t>jab insan aisa kar le</w:t>
      </w:r>
    </w:p>
    <w:p>
      <w:pPr>
        <w:jc w:val="right"/>
      </w:pPr>
      <w:r>
        <w:t>جب انسان ایسا کر لے</w:t>
      </w:r>
    </w:p>
    <w:p>
      <w:r>
        <w:rPr>
          <w:b/>
        </w:rPr>
        <w:t xml:space="preserve">[16:24] </w:t>
      </w:r>
      <w:r>
        <w:t>to saaray farishtay awaz detay hain ke khuda, yahan woh insan hai jo tera matloob hai.</w:t>
      </w:r>
    </w:p>
    <w:p>
      <w:pPr>
        <w:jc w:val="right"/>
      </w:pPr>
      <w:r>
        <w:t>تو سارے فرشتے آواز دیتے ہیں کہ خدا، یہاں وہ انسان ہے جو تیرا مطلوب ہے۔</w:t>
      </w:r>
    </w:p>
    <w:p>
      <w:r>
        <w:rPr>
          <w:b/>
        </w:rPr>
        <w:t xml:space="preserve">[16:35] </w:t>
      </w:r>
      <w:r>
        <w:t>saaray zameen o aasman mein jo farishtay phailay hue hain, woh awaz detay hain ke aye rab ul alameen, tera matloob insan wajood mein aa gaya.</w:t>
      </w:r>
    </w:p>
    <w:p>
      <w:pPr>
        <w:jc w:val="right"/>
      </w:pPr>
      <w:r>
        <w:t>سارے زمین و آسمان میں جو فرشتے پھیلے ہوئے ہیں، وہ آواز دیتے ہیں کہ اے رب العالمین، تیرا مطلوب انسان وجود میں آ گیا۔</w:t>
      </w:r>
    </w:p>
    <w:p>
      <w:r>
        <w:rPr>
          <w:b/>
        </w:rPr>
        <w:t xml:space="preserve">[16:48] </w:t>
      </w:r>
      <w:r>
        <w:t>tera matloob insan wajood mein aa gaya. ab tu apni rehmat se is ke liye paradise ke darwazay khol de.</w:t>
      </w:r>
    </w:p>
    <w:p>
      <w:pPr>
        <w:jc w:val="right"/>
      </w:pPr>
      <w:r>
        <w:t>تیرا مطلوب انسان وجود میں آ گیا۔ اب تو اپنی رحمت سے اس کے لیے پارڈائز کے دروازے کھول دے۔</w:t>
      </w:r>
    </w:p>
    <w:p>
      <w:r>
        <w:rPr>
          <w:b/>
        </w:rPr>
        <w:t xml:space="preserve">[17:01] </w:t>
      </w:r>
      <w:r>
        <w:t>to is mamlay mein angels ka jo role hai, woh witness ka role hai. insan jo waqia anjaam deta hai is mamlay mein, angels ka role witness ka role hai.</w:t>
      </w:r>
    </w:p>
    <w:p>
      <w:pPr>
        <w:jc w:val="right"/>
      </w:pPr>
      <w:r>
        <w:t>تو اس معاملے میں اینجلز کا جو رول ہے، وہ وٹنس کا رول ہے۔ انسان جو واقعہ انجام دیتا ہے اس معاملے میں، اینجلز کا رول وٹنس کا رول ہے۔</w:t>
      </w:r>
    </w:p>
    <w:p>
      <w:r>
        <w:rPr>
          <w:b/>
        </w:rPr>
        <w:t xml:space="preserve">[17:15] </w:t>
      </w:r>
      <w:r>
        <w:t>jab yeh waqia ho jata hai, ho jata hai, koi Allah ka banda shaoori tor par yeh saboot deta hai ke woh woh woh insan hai jis ne all powerful ke muqablay mein all powerless ka doosra extend banaya.</w:t>
      </w:r>
    </w:p>
    <w:p>
      <w:pPr>
        <w:jc w:val="right"/>
      </w:pPr>
      <w:r>
        <w:t>جب یہ واقعہ ہو جاتا ہے، ہو جاتا ہے، کوئی اللہ کا بندہ شعوری طور پر یہ ثبوت دیتا ہے کہ وہ وہ وہ انسان ہے جس نے آل پاور فل کے مقابلے میں آل پاور لیس کا دوسرا ایکسٹینڈ بنایا۔</w:t>
      </w:r>
    </w:p>
    <w:p>
      <w:r>
        <w:rPr>
          <w:b/>
        </w:rPr>
        <w:t xml:space="preserve">[17:39] </w:t>
      </w:r>
      <w:r>
        <w:t>to yeh itna anokha waqia hota hai ke saaray zameen o aasman ke farishtay bol padtay hain ke aye Allah, yahan woh insan hai jo tere mayar par poora utra.</w:t>
      </w:r>
    </w:p>
    <w:p>
      <w:pPr>
        <w:jc w:val="right"/>
      </w:pPr>
      <w:r>
        <w:t>تو یہ اتنا انوکھا واقعہ ہوتا ہے کہ سارے زمین و آسمان کے فرشتے بول پڑتے ہیں کہ اے اللہ، یہاں وہ انسان ہے جو تیرے معیار پر پورا اترا۔</w:t>
      </w:r>
    </w:p>
    <w:p>
      <w:r>
        <w:rPr>
          <w:b/>
        </w:rPr>
        <w:t xml:space="preserve">[17:57] </w:t>
      </w:r>
      <w:r>
        <w:t>ab tu is ke liye jannat ke darwazay khol de.</w:t>
      </w:r>
    </w:p>
    <w:p>
      <w:pPr>
        <w:jc w:val="right"/>
      </w:pPr>
      <w:r>
        <w:t>اب تو اس کے لیے جنت کے دروازے کھول دے۔</w:t>
      </w:r>
    </w:p>
    <w:p>
      <w:r>
        <w:rPr>
          <w:b/>
        </w:rPr>
        <w:t xml:space="preserve">[18:07] </w:t>
      </w:r>
      <w:r>
        <w:t>to khuda kehta hai ke aye farishton, tum gawah raho. khuda kehta hai ke aye farishton, tum gawah raho ke mein ne is insan ke liye darwazay khol diye jannat ke.</w:t>
      </w:r>
    </w:p>
    <w:p>
      <w:pPr>
        <w:jc w:val="right"/>
      </w:pPr>
      <w:r>
        <w:t>تو خدا کہتا ہے کہ اے فرشتوں، تم گواہ رہو۔ خدا کہتا ہے کہ اے فرشتوں، تم گواہ رہو کہ میں نے اس انسان کے لیے دروازے کھول دیے جنت کے۔</w:t>
      </w:r>
    </w:p>
    <w:p>
      <w:r>
        <w:rPr>
          <w:b/>
        </w:rPr>
        <w:t xml:space="preserve">[18:22] </w:t>
      </w:r>
      <w:r>
        <w:t>to yeh hai woh message jo har subah ko suraj deta hai. meri ajeeb fitrat hai, mein ne banaya nahi apne aap thi mere andar ke bachpan se mein suraj ko dekhta hoon.</w:t>
      </w:r>
    </w:p>
    <w:p>
      <w:pPr>
        <w:jc w:val="right"/>
      </w:pPr>
      <w:r>
        <w:t>تو یہ ہے وہ میسج جو ہر صبح کو سورج دیتا ہے۔ میری عجیب فطرت ہے، میں نے بنایا نہیں اپنے آپ تھی میرے اندر کہ بچپن سے میں سورج کو دیکھتا ہوں۔</w:t>
      </w:r>
    </w:p>
    <w:p>
      <w:r>
        <w:rPr>
          <w:b/>
        </w:rPr>
        <w:t xml:space="preserve">[18:41] </w:t>
      </w:r>
      <w:r>
        <w:t>hamara gaon mein paida hua, mein gaon mein har taraf khet, bagh, nadi, yahi sab mahol tha.</w:t>
      </w:r>
    </w:p>
    <w:p>
      <w:pPr>
        <w:jc w:val="right"/>
      </w:pPr>
      <w:r>
        <w:t>ہمارا گاؤں میں پیدا ہوا، میں گاؤں میں ہر طرف کھیت، باغ، ندی، یہی سب ماحول تھا۔</w:t>
      </w:r>
    </w:p>
    <w:p>
      <w:r>
        <w:rPr>
          <w:b/>
        </w:rPr>
        <w:t xml:space="preserve">[18:53] </w:t>
      </w:r>
      <w:r>
        <w:t>wahan tamaddun nahi tha. wahan koi civilization nahi thi. to subah ko rozana mein taqreeban pul par ja kar ke, chota sa pul tha,</w:t>
      </w:r>
    </w:p>
    <w:p>
      <w:pPr>
        <w:jc w:val="right"/>
      </w:pPr>
      <w:r>
        <w:t>وہاں تمدن نہیں تھا۔ وہاں کوئی سولائزیشن نہیں تھی۔ تو صبح کو روزانہ میں تقریباً پل پر جا کر کے، چھوٹا سا پل تھا،</w:t>
      </w:r>
    </w:p>
    <w:p>
      <w:r>
        <w:rPr>
          <w:b/>
        </w:rPr>
        <w:t xml:space="preserve">[19:09] </w:t>
      </w:r>
      <w:r>
        <w:t>suraj ke nikalnay ko dekhta tha.</w:t>
      </w:r>
    </w:p>
    <w:p>
      <w:pPr>
        <w:jc w:val="right"/>
      </w:pPr>
      <w:r>
        <w:t>سورج کے نکلنے کو دیکھتا تھا۔</w:t>
      </w:r>
    </w:p>
    <w:p>
      <w:r>
        <w:rPr>
          <w:b/>
        </w:rPr>
        <w:t xml:space="preserve">[19:14] </w:t>
      </w:r>
      <w:r>
        <w:t>yeh mein aur bhar karta raha. lekin yeh jo yeh jo hai ehsas ke suraj jab nikalta hai to woh breaking news deta hai.</w:t>
      </w:r>
    </w:p>
    <w:p>
      <w:pPr>
        <w:jc w:val="right"/>
      </w:pPr>
      <w:r>
        <w:t>یہ میں اور بھر کرتا رہا۔ لیکن یہ جو یہ جو ہے احساس کہ سورج جب نکلتا ہے تو وہ بریکنگ نیوز دیتا ہے۔</w:t>
      </w:r>
    </w:p>
    <w:p>
      <w:r>
        <w:rPr>
          <w:b/>
        </w:rPr>
        <w:t xml:space="preserve">[19:23] </w:t>
      </w:r>
      <w:r>
        <w:t>yeh aaj hi mere mind mein aaya ke suraj jab subah ko nikalta hai to aik breaking news deta hai.</w:t>
      </w:r>
    </w:p>
    <w:p>
      <w:pPr>
        <w:jc w:val="right"/>
      </w:pPr>
      <w:r>
        <w:t>یہ آج ہی میرے مائنڈ میں آیا کہ سورج جب صبح کو نکلتا ہے تو ایک بریکنگ نیوز دیتا ہے۔</w:t>
      </w:r>
    </w:p>
    <w:p>
      <w:r>
        <w:rPr>
          <w:b/>
        </w:rPr>
        <w:t xml:space="preserve">[19:36] </w:t>
      </w:r>
      <w:r>
        <w:t>ke aye insan, tere liye waqt aa gaya, is waqt ko jaan aur is ko avail kar. tu wala khasar jo hai,</w:t>
      </w:r>
    </w:p>
    <w:p>
      <w:pPr>
        <w:jc w:val="right"/>
      </w:pPr>
      <w:r>
        <w:t>کہ اے انسان، تیرے لیے وقت آ گیا، اس وقت کو جان اور اس کو اویل کر۔ تو والا خسر جو ہے،</w:t>
      </w:r>
    </w:p>
    <w:p>
      <w:r>
        <w:rPr>
          <w:b/>
        </w:rPr>
        <w:t xml:space="preserve">[19:48] </w:t>
      </w:r>
      <w:r>
        <w:t>poori tareekh isi ki jo suraj hai, jis ka ailan kar raha hai, poori tareekh isi ki gawahi de rahi hai. jaisa ke mein ne arz kiya ke British General Harris,</w:t>
      </w:r>
    </w:p>
    <w:p>
      <w:pPr>
        <w:jc w:val="right"/>
      </w:pPr>
      <w:r>
        <w:t>پوری تاریخ اسی کی جو سورج ہے، جس کا اعلان کر رہا ہے، پوری تاریخ اسی کی گواہی دے رہی ہے۔ جیسا کہ میں نے عرض کیا کہ برٹش جنرل ہیرس،</w:t>
      </w:r>
    </w:p>
    <w:p>
      <w:r>
        <w:rPr>
          <w:b/>
        </w:rPr>
        <w:t xml:space="preserve">[20:06] </w:t>
      </w:r>
      <w:r>
        <w:t>jo India mein British rule ko qaim karne ke liye lad raha tha, aur aakhir mein is ki ladai hui subah Mysore mein Sultan Tipu se.</w:t>
      </w:r>
    </w:p>
    <w:p>
      <w:pPr>
        <w:jc w:val="right"/>
      </w:pPr>
      <w:r>
        <w:t>جو انڈیا میں برٹش رول کو قائم کرنے کے لیے لڑ رہا تھا، اور آخر میں اس کی لڑائی ہوئی صبح میسور میں سلطان ٹیپو سے۔</w:t>
      </w:r>
    </w:p>
    <w:p>
      <w:r>
        <w:rPr>
          <w:b/>
        </w:rPr>
        <w:t xml:space="preserve">[20:21] </w:t>
      </w:r>
      <w:r>
        <w:t>ab bari sakht ladai ke baad woh Sultan Tipu ko halak karne mein kamyab ho gaya. to ghore par sawar tha woh, aur phir ghoda chalatay hue jab wahan pohancha jahan Sultan Tipu ki murda lash pari hui thi, to dekhte hi woh chala utha.</w:t>
      </w:r>
    </w:p>
    <w:p>
      <w:pPr>
        <w:jc w:val="right"/>
      </w:pPr>
      <w:r>
        <w:t>اب بڑی سخت لڑائی کے بعد وہ سلطان ٹیپو کو ہلاک کرنے میں کامیاب ہو گیا۔ تو گھوڑے پر سوار تھا وہ، اور پھر گھوڑا چلاتے ہوئے جب وہاں پہنچا جہاں سلطان ٹیپو کی مردہ لاش پڑی ہوئی تھی، تو دیکھتے ہی وہ چلا اٹھا۔</w:t>
      </w:r>
    </w:p>
    <w:p>
      <w:r>
        <w:rPr>
          <w:b/>
        </w:rPr>
        <w:t xml:space="preserve">[20:42] </w:t>
      </w:r>
      <w:r>
        <w:t>he he shouted, "today India is ours". lekin same British</w:t>
      </w:r>
    </w:p>
    <w:p>
      <w:pPr>
        <w:jc w:val="right"/>
      </w:pPr>
      <w:r>
        <w:t>ہی ہی شاؤٹڈ، "ٹوڈے انڈیا از اورز"۔ لیکن سیم برٹش</w:t>
      </w:r>
    </w:p>
    <w:p>
      <w:r>
        <w:rPr>
          <w:b/>
        </w:rPr>
        <w:t xml:space="preserve">[20:55] </w:t>
      </w:r>
      <w:r>
        <w:t>regime, same British rule India mein aakhir kar waqt aa gaya, khatam ho gaya. aur khud British Viceroy Lord Mountbatten ne 15 August 1947 ko barah bajay raat ke barah baj kay aik minute par all India radio pe ailan kiya ke "today India is free".</w:t>
      </w:r>
    </w:p>
    <w:p>
      <w:pPr>
        <w:jc w:val="right"/>
      </w:pPr>
      <w:r>
        <w:t>ریجیم، سیم برٹش رول انڈیا میں آخر کار وقت آ گیا، ختم ہو گیا۔ اور خود برٹش وائسرائے لارڈ ماؤنٹ روڈن نے 15 اگست 1947 کو بارہ بجے رات کے بارہ بج کے ایک منٹ پر آل انڈیا ریڈیو پہ اعلان کیا کہ "ٹوڈے انڈیا از فری"۔</w:t>
      </w:r>
    </w:p>
    <w:p>
      <w:r>
        <w:rPr>
          <w:b/>
        </w:rPr>
        <w:t xml:space="preserve">[21:18] </w:t>
      </w:r>
      <w:r>
        <w:t>is ka matlab tha ke "today aaj hum India ko Indians ke hawale karte hain". "today India is in five Indians". jis India ko hum ne jeet kar hasil kiya tha, ab hum is India ko khud Indians ke hawale karte hain.</w:t>
      </w:r>
    </w:p>
    <w:p>
      <w:pPr>
        <w:jc w:val="right"/>
      </w:pPr>
      <w:r>
        <w:t>اس کا مطلب تھا کہ "ٹوڈے آج ہم انڈیا کو انڈینز کے حوالے کرتے ہیں"۔ "ٹوڈے انڈیا از ان فائیو انڈینز"۔ جس انڈیا کو ہم نے جیت کر حاصل کیا تھا، اب ہم اس انڈیا کو خود انڈینز کے حوالے کرتے ہیں۔</w:t>
      </w:r>
    </w:p>
    <w:p>
      <w:r>
        <w:rPr>
          <w:b/>
        </w:rPr>
        <w:t xml:space="preserve">[21:36] </w:t>
      </w:r>
      <w:r>
        <w:t>"today India is five Indians". yeh sari baatein jo hain bilkul mind boggling hain, insan ko halanay wali hain.</w:t>
      </w:r>
    </w:p>
    <w:p>
      <w:pPr>
        <w:jc w:val="right"/>
      </w:pPr>
      <w:r>
        <w:t>"ٹوڈے انڈیا از فائیو انڈینز"۔ یہ ساری باتیں جو ہیں بالکل مائنڈ باگلنگ ہیں، انسان کو ہلانے والی ہیں۔</w:t>
      </w:r>
    </w:p>
    <w:p>
      <w:r>
        <w:rPr>
          <w:b/>
        </w:rPr>
        <w:t xml:space="preserve">[21:48] </w:t>
      </w:r>
      <w:r>
        <w:t>insaan ki soch ko jagane wali hain.</w:t>
      </w:r>
    </w:p>
    <w:p>
      <w:pPr>
        <w:jc w:val="right"/>
      </w:pPr>
      <w:r>
        <w:t>انسان کی سوچ کو جگانے والی ہیں۔</w:t>
      </w:r>
    </w:p>
    <w:p>
      <w:r>
        <w:rPr>
          <w:b/>
        </w:rPr>
        <w:t xml:space="preserve">[21:59] </w:t>
      </w:r>
      <w:r>
        <w:t>insaan ko woh insaan banane wali hain jo jis ke andar toofan aa jaye, insaan ke andar toofan, brain storming ho.</w:t>
      </w:r>
    </w:p>
    <w:p>
      <w:pPr>
        <w:jc w:val="right"/>
      </w:pPr>
      <w:r>
        <w:t>انسان کو وہ انسان بنانے والی ہیں جو جس کے اندر طوفان آ جائے، انسان کے اندر طوفان، برین اسٹارمنگ ہو۔</w:t>
      </w:r>
    </w:p>
    <w:p>
      <w:r>
        <w:rPr>
          <w:b/>
        </w:rPr>
        <w:t xml:space="preserve">[22:15] </w:t>
      </w:r>
      <w:r>
        <w:t>aur insaan soche</w:t>
      </w:r>
    </w:p>
    <w:p>
      <w:pPr>
        <w:jc w:val="right"/>
      </w:pPr>
      <w:r>
        <w:t>اور انسان سوچے</w:t>
      </w:r>
    </w:p>
    <w:p>
      <w:r>
        <w:rPr>
          <w:b/>
        </w:rPr>
        <w:t xml:space="preserve">[22:19] </w:t>
      </w:r>
      <w:r>
        <w:t>apne khaliq ke bare mein, mein kaise paida hua? mera khaliq mujh se kya chahta hai? khaliq ki scheme kya hai mere bare mein?</w:t>
      </w:r>
    </w:p>
    <w:p>
      <w:pPr>
        <w:jc w:val="right"/>
      </w:pPr>
      <w:r>
        <w:t>اپنے خالق کے بارے میں، میں کیسے پیدا ہوا؟ میرا خالق مجھ سے کیا چاہتا ہے؟ خالق کی اسکیم کیا ہے میرے بارے میں؟</w:t>
      </w:r>
    </w:p>
    <w:p>
      <w:r>
        <w:rPr>
          <w:b/>
        </w:rPr>
        <w:t xml:space="preserve">[22:33] </w:t>
      </w:r>
      <w:r>
        <w:t>mein kya karoon ke khaliq mujh se raazi ho aur apni rehmaton se mujhe nawaze? yeh sochna hai insaan ka asal kaam.</w:t>
      </w:r>
    </w:p>
    <w:p>
      <w:pPr>
        <w:jc w:val="right"/>
      </w:pPr>
      <w:r>
        <w:t>میں کیا کروں کہ خالق مجھ سے راضی ہو اور اپنی رحمتوں سے مجھے نوازے؟ یہ سوچنا ہے انسان کا اصل کام۔</w:t>
      </w:r>
    </w:p>
    <w:p>
      <w:r>
        <w:rPr>
          <w:b/>
        </w:rPr>
        <w:t xml:space="preserve">[22:45] </w:t>
      </w:r>
      <w:r>
        <w:t>paisa kamana sirf baraye need hai, zaroorat. paisa kamana hai baraye zaroorat.</w:t>
      </w:r>
    </w:p>
    <w:p>
      <w:pPr>
        <w:jc w:val="right"/>
      </w:pPr>
      <w:r>
        <w:t>پیسہ کمانا صرف برائے نیڈ ہے، ضرورت۔ پیسہ کمانا ہے برائے ضرورت۔</w:t>
      </w:r>
    </w:p>
    <w:p>
      <w:r>
        <w:rPr>
          <w:b/>
        </w:rPr>
        <w:t xml:space="preserve">[22:55] </w:t>
      </w:r>
      <w:r>
        <w:t>aur yeh sab cheezein hain baraye maqsad. toh insaan ko jeena padta hai maqsad aur need ke beech mein.</w:t>
      </w:r>
    </w:p>
    <w:p>
      <w:pPr>
        <w:jc w:val="right"/>
      </w:pPr>
      <w:r>
        <w:t>اور یہ سب چیزیں ہیں برائے مقصد۔ تو انسان کو جینا پڑتا ہے مقصد اور نیڈ کے بیچ میں۔</w:t>
      </w:r>
    </w:p>
    <w:p>
      <w:r>
        <w:rPr>
          <w:b/>
        </w:rPr>
        <w:t xml:space="preserve">[23:07] </w:t>
      </w:r>
      <w:r>
        <w:t>zaroorat ke liye hamein kamana padta hai, lekin hamara maqsad money nahi hai. maqsad toh yeh janna hai ke hamare khaliq ki scheme kya hai hamare bare mein.</w:t>
      </w:r>
    </w:p>
    <w:p>
      <w:pPr>
        <w:jc w:val="right"/>
      </w:pPr>
      <w:r>
        <w:t>ضرورت کے لیے ہمیں کمانا پڑتا ہے، لیکن ہمارا مقصد منی نہیں ہے۔ مقصد تو یہ جاننا ہے کہ ہمارے خالق کی اسکیم کیا ہے ہمارے بارے میں۔</w:t>
      </w:r>
    </w:p>
    <w:p>
      <w:r>
        <w:rPr>
          <w:b/>
        </w:rPr>
        <w:t xml:space="preserve">[23:24] </w:t>
      </w:r>
      <w:r>
        <w:t>apni scheme ko aap kehte hain janiye, usay koi farq nahi padta. aap ko khaliq ki scheme janna padta hai. toh paisa kamana baraye zaroorat hai, lekin baraye maqsad yeh hai ke aap</w:t>
      </w:r>
    </w:p>
    <w:p>
      <w:pPr>
        <w:jc w:val="right"/>
      </w:pPr>
      <w:r>
        <w:t>اپنی اسکیم کو آپ کہتے ہیں جانیں، اسے کوئی فرق نہیں پڑتا۔ آپ کو خالق کی اسکیم جاننا پڑتا ہے۔ تو پیسہ کمانا برائے ضرورت ہے، لیکن برائے مقصد یہ ہے کہ آپ</w:t>
      </w:r>
    </w:p>
    <w:p>
      <w:r>
        <w:rPr>
          <w:b/>
        </w:rPr>
        <w:t xml:space="preserve">[23:42] </w:t>
      </w:r>
      <w:r>
        <w:t>apne aap ko aakhirat tak is mein involve karein, yeh janne mein ke khaliq ki scheme aap theek se mere bare mein kya hai?</w:t>
      </w:r>
    </w:p>
    <w:p>
      <w:pPr>
        <w:jc w:val="right"/>
      </w:pPr>
      <w:r>
        <w:t>اپنے آپ کو آخرت تک اس میں انوالو کریں، یہ جاننے میں کہ خالق کی اسکیم آپ ٹھیک سے میرے بارے میں کیا ہے؟</w:t>
      </w:r>
    </w:p>
    <w:p>
      <w:r>
        <w:rPr>
          <w:b/>
        </w:rPr>
        <w:t xml:space="preserve">[23:56] </w:t>
      </w:r>
      <w:r>
        <w:t>toh woh yahi hai ke insaan</w:t>
      </w:r>
    </w:p>
    <w:p>
      <w:pPr>
        <w:jc w:val="right"/>
      </w:pPr>
      <w:r>
        <w:t>تو وہ یہی ہے کہ انسان</w:t>
      </w:r>
    </w:p>
    <w:p>
      <w:r>
        <w:rPr>
          <w:b/>
        </w:rPr>
        <w:t xml:space="preserve">[24:03] </w:t>
      </w:r>
      <w:r>
        <w:t>jaise mein subah mein parhta hua, subah mein baitha hua is ko soch raha tha toh Quran ki ayat jo pehli ayat hai, "Alhamdulillah Rabbil Alameen" mere mind mein aayi.</w:t>
      </w:r>
    </w:p>
    <w:p>
      <w:pPr>
        <w:jc w:val="right"/>
      </w:pPr>
      <w:r>
        <w:t>جیسے میں صبح میں پڑھتا ہوا، صبح میں بیٹھا ہوا اس کو سوچ رہا تھا تو قرآن کی آیت جو پہلی آیت ہے، "الحمدللہ رب العالمین" میرے مائنڈ میں آئی۔</w:t>
      </w:r>
    </w:p>
    <w:p>
      <w:r>
        <w:rPr>
          <w:b/>
        </w:rPr>
        <w:t xml:space="preserve">[24:20] </w:t>
      </w:r>
      <w:r>
        <w:t>"Alhamdulillah Rabbil Alameen".</w:t>
      </w:r>
    </w:p>
    <w:p>
      <w:pPr>
        <w:jc w:val="right"/>
      </w:pPr>
      <w:r>
        <w:t>"الحمدللہ رب العالمین"۔</w:t>
      </w:r>
    </w:p>
    <w:p>
      <w:r>
        <w:rPr>
          <w:b/>
        </w:rPr>
        <w:t xml:space="preserve">[24:25] </w:t>
      </w:r>
      <w:r>
        <w:t>iska matlab kya hai?</w:t>
      </w:r>
    </w:p>
    <w:p>
      <w:pPr>
        <w:jc w:val="right"/>
      </w:pPr>
      <w:r>
        <w:t>اس کا مطلب کیا ہے؟</w:t>
      </w:r>
    </w:p>
    <w:p>
      <w:r>
        <w:rPr>
          <w:b/>
        </w:rPr>
        <w:t xml:space="preserve">[24:29] </w:t>
      </w:r>
      <w:r>
        <w:t>mein ne kaha ke is ka matlab yeh hai "Al Kibria Lillah Rabbil Alameen". "Wal Izzu Lil Insan". "Al Kibria Lillah Rabbil Alameen".</w:t>
      </w:r>
    </w:p>
    <w:p>
      <w:pPr>
        <w:jc w:val="right"/>
      </w:pPr>
      <w:r>
        <w:t>میں نے کہا کہ اس کا مطلب یہ ہے "الکبریا للہ رب العالمین"۔ "والعز للإنسان"۔ "الکبریا للہ رب العالمین"۔</w:t>
      </w:r>
    </w:p>
    <w:p>
      <w:r>
        <w:rPr>
          <w:b/>
        </w:rPr>
        <w:t xml:space="preserve">[24:42] </w:t>
      </w:r>
      <w:r>
        <w:t>"Wal Izzu Lil Insan". yeh matlab hai is ka.</w:t>
      </w:r>
    </w:p>
    <w:p>
      <w:pPr>
        <w:jc w:val="right"/>
      </w:pPr>
      <w:r>
        <w:t>"والعز للإنسان"۔ یہ مطلب ہے اس کا۔</w:t>
      </w:r>
    </w:p>
    <w:p>
      <w:r>
        <w:rPr>
          <w:b/>
        </w:rPr>
        <w:t xml:space="preserve">[24:50] </w:t>
      </w:r>
      <w:r>
        <w:t>is tarah ki jab raatein guzrein aap ki, is tarah ka din aap guzrein, is tarah aap suraj ka istaqbal karein, is tarah aap suraj ke doobne ko dekhein, aur is tarah aap Quran ko padhein, tab woh waqt aata hai jab ke aap is qabil hon.</w:t>
      </w:r>
    </w:p>
    <w:p>
      <w:pPr>
        <w:jc w:val="right"/>
      </w:pPr>
      <w:r>
        <w:t>اس طرح کی جب راتیں گزریں آپ کی، اس طرح کا دن آپ گزریں، اس طرح آپ سورج کا استقبال کریں، اس طرح آپ سورج کے ڈوبنے کو دیکھیں، اور اس طرح آپ قرآن کو پڑھیں، تب وہ وقت آتا ہے جب کہ آپ اس قابل ہوں۔</w:t>
      </w:r>
    </w:p>
    <w:p>
      <w:r>
        <w:rPr>
          <w:b/>
        </w:rPr>
        <w:t xml:space="preserve">[25:06] </w:t>
      </w:r>
      <w:r>
        <w:t>jisko maine abhi arz kiya ke insaan ka sab se bara kamal yeh hai, shu'oori kamal ke woh</w:t>
      </w:r>
    </w:p>
    <w:p>
      <w:pPr>
        <w:jc w:val="right"/>
      </w:pPr>
      <w:r>
        <w:t>جس کو میں نے ابھی عرض کیا کہ انسان کا سب سے بڑا کمال یہ ہے، شعوری کمال کہ وہ</w:t>
      </w:r>
    </w:p>
    <w:p>
      <w:r>
        <w:rPr>
          <w:b/>
        </w:rPr>
        <w:t xml:space="preserve">[25:25] </w:t>
      </w:r>
      <w:r>
        <w:t>all powerful khaliq ke muqable mein all powerless ka doosra extend banata hai. tab wahan tak pohnchte hain aap.</w:t>
      </w:r>
    </w:p>
    <w:p>
      <w:pPr>
        <w:jc w:val="right"/>
      </w:pPr>
      <w:r>
        <w:t>آل پاور فل خالق کے مقابلے میں آل پاور لیس کا دوسرا ایکسٹینڈ بناتا ہے۔ تب وہاں تک پہنچتے ہیں آپ۔</w:t>
      </w:r>
    </w:p>
    <w:p>
      <w:r>
        <w:rPr>
          <w:b/>
        </w:rPr>
        <w:t xml:space="preserve">[25:35] </w:t>
      </w:r>
      <w:r>
        <w:t>aur jab aap yahan tak pohnch jate hain, tab aap qualify karte hain jannat mein dakhle ke liye.</w:t>
      </w:r>
    </w:p>
    <w:p>
      <w:pPr>
        <w:jc w:val="right"/>
      </w:pPr>
      <w:r>
        <w:t>اور جب آپ یہاں تک پہنچ جاتے ہیں، تب آپ کوالیفائی کرتے ہیں جنت میں داخلے کے لیے۔</w:t>
      </w:r>
    </w:p>
    <w:p>
      <w:r>
        <w:rPr>
          <w:b/>
        </w:rPr>
        <w:t xml:space="preserve">[25:45] </w:t>
      </w:r>
      <w:r>
        <w:t>jab aap yahan tak pohnch jayein, tab aap qualify karte hain jannat mein dakhle ke liye. phir yeh sab sochte sochte sochte sochte mujhe Rasool Allah (SAW) ke kuch waqiat yaad aaye.</w:t>
      </w:r>
    </w:p>
    <w:p>
      <w:pPr>
        <w:jc w:val="right"/>
      </w:pPr>
      <w:r>
        <w:t>جب آپ یہاں تک پہنچ جائیں، تب آپ کوالیفائی کرتے ہیں جنت میں داخلے کے لیے۔ پھر یہ سب سوچتے سوچتے سوچتے سوچتے مجھے رسول اللہ صلی اللہ علیہ وسلم کے کچھ واقعات یاد آئے۔</w:t>
      </w:r>
    </w:p>
    <w:p>
      <w:r>
        <w:rPr>
          <w:b/>
        </w:rPr>
        <w:t xml:space="preserve">[26:01] </w:t>
      </w:r>
      <w:r>
        <w:t>misal ke taur par dekhiye,</w:t>
      </w:r>
    </w:p>
    <w:p>
      <w:pPr>
        <w:jc w:val="right"/>
      </w:pPr>
      <w:r>
        <w:t>مثلاً دیکھئے،</w:t>
      </w:r>
    </w:p>
    <w:p>
      <w:r>
        <w:rPr>
          <w:b/>
        </w:rPr>
        <w:t xml:space="preserve">[26:05] </w:t>
      </w:r>
      <w:r>
        <w:t>yani woh insaan jo isi spirit mein jeeta hai, woh insaan jo isi jeeta hai, woh woh paighambar tha.</w:t>
      </w:r>
    </w:p>
    <w:p>
      <w:pPr>
        <w:jc w:val="right"/>
      </w:pPr>
      <w:r>
        <w:t>یعنی وہ انسان جو اسی اسپرٹ میں جیتا ہے، وہ انسان جو اسی جیتا ہے، وہ وہ پیغمبر تھا۔</w:t>
      </w:r>
    </w:p>
    <w:p>
      <w:r>
        <w:rPr>
          <w:b/>
        </w:rPr>
        <w:t xml:space="preserve">[26:17] </w:t>
      </w:r>
      <w:r>
        <w:t>yeh jo maine arz kiya, is spirit mein jeene wala insaan ka naam paighambar hai, is ka kya haal hota hai? toh dekhiye, hijrat se pehle jab aap par zulm ho raha tha toh Abu Talib ki wafat ke baad aap Makah se chal kar Taif gaye.</w:t>
      </w:r>
    </w:p>
    <w:p>
      <w:pPr>
        <w:jc w:val="right"/>
      </w:pPr>
      <w:r>
        <w:t>یہ جو میں نے عرض کیا، اس اسپرٹ میں جینے والا انسان کا نام پیغمبر ہے، اس کا کیا حال ہوتا ہے؟ تو دیکھئے، ہجرت سے پہلے جب آپ پر ظلم ہو رہا تھا تو ابو طالب کی وفات کے بعد آپ مکہ سے چل کر طائف گئے۔</w:t>
      </w:r>
    </w:p>
    <w:p>
      <w:r>
        <w:rPr>
          <w:b/>
        </w:rPr>
        <w:t xml:space="preserve">[26:45] </w:t>
      </w:r>
      <w:r>
        <w:t>Makkah walon ne aap par zulm kar rakha tha. aap Taif gaye, wahan ke do sardaron se mile, is umeed mein ke Makkah walon ne mujh ko nahi mara toh shayad Taif walay mujh ko maar lein.</w:t>
      </w:r>
    </w:p>
    <w:p>
      <w:pPr>
        <w:jc w:val="right"/>
      </w:pPr>
      <w:r>
        <w:t>مکہ والوں نے آپ پر ظلم کر رکھا تھا۔ آپ طائف گئے، وہاں کے دو سرداروں سے ملے، اس امید میں کہ مکہ والوں نے مجھ کو نہیں مارا تو شاید طائف والے مجھ کو مار لیں۔</w:t>
      </w:r>
    </w:p>
    <w:p>
      <w:r>
        <w:rPr>
          <w:b/>
        </w:rPr>
        <w:t xml:space="preserve">[27:04] </w:t>
      </w:r>
      <w:r>
        <w:t>par wahan unhon ne bohat hi bura sulook kiya unhon ne. unhon ne taif ke larkon ko ishara kar diya aur unhon ne pathar maar maar kar aap ko nikala taif ke shehar se.</w:t>
      </w:r>
    </w:p>
    <w:p>
      <w:pPr>
        <w:jc w:val="right"/>
      </w:pPr>
      <w:r>
        <w:t>پر وہاں انہوں نے بہت ہی برا سلوک کیا انہوں نے۔ انہوں نے طائف کے لڑکوں کو اشارہ کر دیا اور انہوں نے پتھر مار مار کر آپ کو نکالا طائف کے شہر سے۔</w:t>
      </w:r>
    </w:p>
    <w:p>
      <w:r>
        <w:rPr>
          <w:b/>
        </w:rPr>
        <w:t xml:space="preserve">[27:23] </w:t>
      </w:r>
      <w:r>
        <w:t>aik aik taif ne kaha, taif ke aik ke aik sardar ne kaha,</w:t>
      </w:r>
    </w:p>
    <w:p>
      <w:pPr>
        <w:jc w:val="right"/>
      </w:pPr>
      <w:r>
        <w:t>ایک ایک طائف نے کہا، طائف کے ایک کے ایک سردار نے کہا،</w:t>
      </w:r>
    </w:p>
    <w:p>
      <w:r>
        <w:rPr>
          <w:b/>
        </w:rPr>
        <w:t xml:space="preserve">[27:31] </w:t>
      </w:r>
      <w:r>
        <w:t>"kya khuda ko apna peghambar banane ke liye tum hi mile thay? tumhare jaisa insaan?" is ko quran mein aik ayat aayi hai is bare mein.</w:t>
      </w:r>
    </w:p>
    <w:p>
      <w:pPr>
        <w:jc w:val="right"/>
      </w:pPr>
      <w:r>
        <w:t>"کیا خدا کو اپنا پیغمبر بنانے کے لیے تم ہی ملے تھے؟ تمہارے جیسا انسان؟" اس کو قرآن میں ایک آیت آئی ہے اس بارے میں۔</w:t>
      </w:r>
    </w:p>
    <w:p>
      <w:r>
        <w:rPr>
          <w:b/>
        </w:rPr>
        <w:t xml:space="preserve">[27:45] </w:t>
      </w:r>
      <w:r>
        <w:t>yani woh unhon ne kaha ya woh kehte hain ke quran ko allah ne</w:t>
      </w:r>
    </w:p>
    <w:p>
      <w:pPr>
        <w:jc w:val="right"/>
      </w:pPr>
      <w:r>
        <w:t>یعنی وہ انہوں نے کہا یا وہ کہتے ہیں کہ قرآن کو اللہ نے</w:t>
      </w:r>
    </w:p>
    <w:p>
      <w:r>
        <w:rPr>
          <w:b/>
        </w:rPr>
        <w:t xml:space="preserve">[27:55] </w:t>
      </w:r>
      <w:r>
        <w:t>do bari bastiyon mein se kisi sardar ke upar kyun nahi utara? yani makkah ka sardar ya taif ka sardar.</w:t>
      </w:r>
    </w:p>
    <w:p>
      <w:pPr>
        <w:jc w:val="right"/>
      </w:pPr>
      <w:r>
        <w:t>دو بڑی بستیوں میں سے کسی سردار کے اوپر کیوں نہیں اتارا؟ یعنی مکہ کا سردار یا طائف کا سردار۔</w:t>
      </w:r>
    </w:p>
    <w:p>
      <w:r>
        <w:rPr>
          <w:b/>
        </w:rPr>
        <w:t xml:space="preserve">[28:08] </w:t>
      </w:r>
      <w:r>
        <w:t>dekhye, yeh ayat kya bol rahi hai? ke allah ko tumhari sardari ki zaroorat nahi hai. allah ko is se koi dilchaspi nahi ke tum badshah ho, takht par baithe ho.</w:t>
      </w:r>
    </w:p>
    <w:p>
      <w:pPr>
        <w:jc w:val="right"/>
      </w:pPr>
      <w:r>
        <w:t>دیکھئے، یہ آیت کیا بول رہی ہے؟ کہ اللہ کو تمہاری سرداری کی ضرورت نہیں ہے۔ اللہ کو اس سے کوئی دلچسپی نہیں کہ تم بادشاہ ہو، تخت پر بیٹھے ہو۔</w:t>
      </w:r>
    </w:p>
    <w:p>
      <w:r>
        <w:rPr>
          <w:b/>
        </w:rPr>
        <w:t xml:space="preserve">[28:25] </w:t>
      </w:r>
      <w:r>
        <w:t>allah ko is se koi matlab nahi hai ke tum dunya ki shan o shokat tumhare sath ho.</w:t>
      </w:r>
    </w:p>
    <w:p>
      <w:pPr>
        <w:jc w:val="right"/>
      </w:pPr>
      <w:r>
        <w:t>اللہ کو اس سے کوئی مطلب نہیں ہے کہ تم دنیا کی شان و شوکت تمہارے ساتھ ہو۔</w:t>
      </w:r>
    </w:p>
    <w:p>
      <w:r>
        <w:rPr>
          <w:b/>
        </w:rPr>
        <w:t xml:space="preserve">[28:35] </w:t>
      </w:r>
      <w:r>
        <w:t>allah ko jo matlab hai woh wahi hai jo maine arz kiya ke kya yeh woh insaan hai jis ne apne ishq ko daryaft kiya hai?</w:t>
      </w:r>
    </w:p>
    <w:p>
      <w:pPr>
        <w:jc w:val="right"/>
      </w:pPr>
      <w:r>
        <w:t>اللہ کو جو مطلب ہے وہ وہی ہے جو میں نے عرض کیا کہ کیا یہ وہ انسان ہے جس نے اپنے عشق کو دریافت کیا ہے؟</w:t>
      </w:r>
    </w:p>
    <w:p>
      <w:r>
        <w:rPr>
          <w:b/>
        </w:rPr>
        <w:t xml:space="preserve">[28:45] </w:t>
      </w:r>
      <w:r>
        <w:t>jis ne rab ul alameen ki kibriyai ko daryaft kiya hai?</w:t>
      </w:r>
    </w:p>
    <w:p>
      <w:pPr>
        <w:jc w:val="right"/>
      </w:pPr>
      <w:r>
        <w:t>جس نے رب العالمین کی کبرائی کو دریافت کیا ہے؟</w:t>
      </w:r>
    </w:p>
    <w:p>
      <w:r>
        <w:rPr>
          <w:b/>
        </w:rPr>
        <w:t xml:space="preserve">[28:53] </w:t>
      </w:r>
      <w:r>
        <w:t>woh insaan.</w:t>
      </w:r>
    </w:p>
    <w:p>
      <w:pPr>
        <w:jc w:val="right"/>
      </w:pPr>
      <w:r>
        <w:t>وہ انسان۔</w:t>
      </w:r>
    </w:p>
    <w:p>
      <w:r>
        <w:rPr>
          <w:b/>
        </w:rPr>
        <w:t xml:space="preserve">[28:57] </w:t>
      </w:r>
      <w:r>
        <w:t>to is tarah ka jo insaan hota hai, us ki tasweer yeh hai ke rasool allah jab lote taif se aur jab nidaal thay, taif ki basti se nikle aap</w:t>
      </w:r>
    </w:p>
    <w:p>
      <w:pPr>
        <w:jc w:val="right"/>
      </w:pPr>
      <w:r>
        <w:t>تو اس طرح کا جو انسان ہوتا ہے، اس کی تصویر یہ ہے کہ رسول اللہ جب لوٹے طائف سے اور جب نڈھال تھے، طائف کی بستی سے نکلے آپ</w:t>
      </w:r>
    </w:p>
    <w:p>
      <w:r>
        <w:rPr>
          <w:b/>
        </w:rPr>
        <w:t xml:space="preserve">[29:16] </w:t>
      </w:r>
      <w:r>
        <w:t>to riwayat mein aata hai ke aap ne aik maqam par do rak'at namaz padhi, aap ki zuban se yeh alfaaz nikle,</w:t>
      </w:r>
    </w:p>
    <w:p>
      <w:pPr>
        <w:jc w:val="right"/>
      </w:pPr>
      <w:r>
        <w:t>تو روایت میں آتا ہے کہ آپ نے ایک مقام پر دو رکعت نماز پڑھی، آپ کی زبان سے یہ الفاظ نکلے،</w:t>
      </w:r>
    </w:p>
    <w:p>
      <w:r>
        <w:rPr>
          <w:b/>
        </w:rPr>
        <w:t xml:space="preserve">[29:28] </w:t>
      </w:r>
      <w:r>
        <w:t>"allahumma ilayka ashku da'fa quwwati wa qillata hiyalti wa huwani 'alan nas ya arhamar rahimin".</w:t>
      </w:r>
    </w:p>
    <w:p>
      <w:pPr>
        <w:jc w:val="right"/>
      </w:pPr>
      <w:r>
        <w:t>"اللہم إليك أشكو ضعف قوتي وقلة حيلتي وهواني على الناس يا أرحم الراحمین"۔</w:t>
      </w:r>
    </w:p>
    <w:p>
      <w:r>
        <w:rPr>
          <w:b/>
        </w:rPr>
        <w:t xml:space="preserve">[29:41] </w:t>
      </w:r>
      <w:r>
        <w:t>"allahumma ilayka ashku da'fa quwwati wa qillata hiyalti wa huwani 'alan nas ya arhamar rahimin".</w:t>
      </w:r>
    </w:p>
    <w:p>
      <w:pPr>
        <w:jc w:val="right"/>
      </w:pPr>
      <w:r>
        <w:t>"اللہم إليك أشكو ضعف قوتي وقلة حيلتي وهواني على الناس يا أرحم الراحمین"۔</w:t>
      </w:r>
    </w:p>
    <w:p>
      <w:r>
        <w:rPr>
          <w:b/>
        </w:rPr>
        <w:t xml:space="preserve">[29:50] </w:t>
      </w:r>
      <w:r>
        <w:t>dekhye, yahan insaniyat, woh insaniyat jo maine arz kiya, apne kamal par dikhai deti hai.</w:t>
      </w:r>
    </w:p>
    <w:p>
      <w:pPr>
        <w:jc w:val="right"/>
      </w:pPr>
      <w:r>
        <w:t>دیکھئے، یہاں انسانیت، وہ انسانیت جو میں نے عرض کیا، اپنے کمال پر دکھائی دیتی ہے۔</w:t>
      </w:r>
    </w:p>
    <w:p>
      <w:r>
        <w:rPr>
          <w:b/>
        </w:rPr>
        <w:t xml:space="preserve">[30:00] </w:t>
      </w:r>
      <w:r>
        <w:t>woh insaan jis ne apne ishq ko daryaft kiya hai allah rab ul alameen ke muqable mein, jis ne all powerful god ke muqable mein all powerless ka doosra extend banaya hai, woh insaan yahan dikhai parta hai.</w:t>
      </w:r>
    </w:p>
    <w:p>
      <w:pPr>
        <w:jc w:val="right"/>
      </w:pPr>
      <w:r>
        <w:t>وہ انسان جس نے اپنے عشق کو دریافت کیا ہے اللہ رب العالمین کے مقابلے میں، جس نے آل پاور فل گارڈ کے مقابلے میں آل پاور لیس کا دوسرا ایکسٹینڈ بنایا ہے، وہ انسان یہاں دکھائی پڑتا ہے۔</w:t>
      </w:r>
    </w:p>
    <w:p>
      <w:r>
        <w:rPr>
          <w:b/>
        </w:rPr>
        <w:t xml:space="preserve">[30:20] </w:t>
      </w:r>
      <w:r>
        <w:t>"allahumma ilayka ashku da'fa quwwati wa qillata hiyalti wa huwani 'alan nas ya arhamar rahimin".</w:t>
      </w:r>
    </w:p>
    <w:p>
      <w:pPr>
        <w:jc w:val="right"/>
      </w:pPr>
      <w:r>
        <w:t>"اللہم إليك أشكو ضعف قوتي وقلة حيلتي وهواني على الناس يا أرحم الراحمین"۔</w:t>
      </w:r>
    </w:p>
    <w:p>
      <w:r>
        <w:rPr>
          <w:b/>
        </w:rPr>
        <w:t xml:space="preserve">[30:28] </w:t>
      </w:r>
      <w:r>
        <w:t>dekhye, yahan to woh woh moqa hai jab ke logon ne aap par pathar mare. yahan woh moqa hai jab aap par logon ne pathar mare.</w:t>
      </w:r>
    </w:p>
    <w:p>
      <w:pPr>
        <w:jc w:val="right"/>
      </w:pPr>
      <w:r>
        <w:t>دیکھئے، یہاں تو وہ وہ موقع ہے جب کہ لوگوں نے آپ پر پتھر مارے۔ یہاں وہ موقع ہے جب آپ پر لوگوں نے پتھر مارے۔</w:t>
      </w:r>
    </w:p>
    <w:p>
      <w:r>
        <w:rPr>
          <w:b/>
        </w:rPr>
        <w:t xml:space="preserve">[30:39] </w:t>
      </w:r>
      <w:r>
        <w:t>ab doosra dekhye, aap jab jab aap ko fateh hui, woh daur khatam ho gaya, tab bhi kya haal tha aap ka?</w:t>
      </w:r>
    </w:p>
    <w:p>
      <w:pPr>
        <w:jc w:val="right"/>
      </w:pPr>
      <w:r>
        <w:t>اب دوسرا دیکھئے، آپ جب جب آپ کو فتح ہوئی، وہ دور ختم ہو گیا، تب بھی کیا حال تھا آپ کا؟</w:t>
      </w:r>
    </w:p>
    <w:p>
      <w:r>
        <w:rPr>
          <w:b/>
        </w:rPr>
        <w:t xml:space="preserve">[30:53] </w:t>
      </w:r>
      <w:r>
        <w:t>ab dunya mein aap ko pathar maarne wala nahi raha, tab kya haal tha aap ka? to makkah ki fateh ke baad jab aap dakhil hue thay makkah mein to kitab tareekh batati hai ke aap oont par baithe thay.</w:t>
      </w:r>
    </w:p>
    <w:p>
      <w:pPr>
        <w:jc w:val="right"/>
      </w:pPr>
      <w:r>
        <w:t>اب دنیا میں آپ کو پتھر مارنے والا نہیں رہا، تب کیا حال تھا آپ کا؟ تو مکہ کی فتح کے بعد جب آپ داخل ہوئے تھے مکہ میں تو کتاب تاریخ بتاتی ہے کہ آپ اونٹ پر بیٹھے تھے۔</w:t>
      </w:r>
    </w:p>
    <w:p>
      <w:r>
        <w:rPr>
          <w:b/>
        </w:rPr>
        <w:t xml:space="preserve">[31:11] </w:t>
      </w:r>
      <w:r>
        <w:t>oont par aap jante hain kajawa hota hai, aap jhuke hue thay, aap ki dadi kajawa se touch kar rahi thi.</w:t>
      </w:r>
    </w:p>
    <w:p>
      <w:pPr>
        <w:jc w:val="right"/>
      </w:pPr>
      <w:r>
        <w:t>اونٹ پر آپ جانتے ہیں کجاوا ہوتا ہے، آپ جھکے ہوئے تھے، آپ کی داڑھی کجاوے سے ٹچ کر رہی تھی۔</w:t>
      </w:r>
    </w:p>
    <w:p>
      <w:r>
        <w:rPr>
          <w:b/>
        </w:rPr>
        <w:t xml:space="preserve">[31:21] </w:t>
      </w:r>
      <w:r>
        <w:t>itna jhuke hue thay ke aap ki dadi kajawa se touch kar rahi thi.</w:t>
      </w:r>
    </w:p>
    <w:p>
      <w:pPr>
        <w:jc w:val="right"/>
      </w:pPr>
      <w:r>
        <w:t>اتنا جھکے ہوئے تھے کہ آپ کی داڑھی کجاوے سے ٹچ کر رہی تھی۔</w:t>
      </w:r>
    </w:p>
    <w:p>
      <w:r>
        <w:rPr>
          <w:b/>
        </w:rPr>
        <w:t xml:space="preserve">[31:30] </w:t>
      </w:r>
      <w:r>
        <w:t>aur aap ki zuban par alfaaz kya thay?</w:t>
      </w:r>
    </w:p>
    <w:p>
      <w:pPr>
        <w:jc w:val="right"/>
      </w:pPr>
      <w:r>
        <w:t>اور آپ کی زبان پر الفاظ کیا تھے؟</w:t>
      </w:r>
    </w:p>
    <w:p>
      <w:r>
        <w:rPr>
          <w:b/>
        </w:rPr>
        <w:t xml:space="preserve">[31:35] </w:t>
      </w:r>
      <w:r>
        <w:t>yani yeh waqt tha jab ke aap fateh hain, wahan to aap is halat mein thay ke har insaan aap ko haqeer samajhta tha.</w:t>
      </w:r>
    </w:p>
    <w:p>
      <w:pPr>
        <w:jc w:val="right"/>
      </w:pPr>
      <w:r>
        <w:t>یعنی یہ وقت تھا جب کہ آپ فاتح ہیں، وہاں تو آپ اس حالت میں تھے کہ ہر انسان آپ کو حقیر سمجھتا تھا۔</w:t>
      </w:r>
    </w:p>
    <w:p>
      <w:r>
        <w:rPr>
          <w:b/>
        </w:rPr>
        <w:t xml:space="preserve">[31:46] </w:t>
      </w:r>
      <w:r>
        <w:t>haqeer. makkah se le kar taif tak. tab ki woh tasweer hai. yahan tasweer hai fateh ki.</w:t>
      </w:r>
    </w:p>
    <w:p>
      <w:pPr>
        <w:jc w:val="right"/>
      </w:pPr>
      <w:r>
        <w:t>حقیر۔ مکہ سے لے کر طائف تک۔ تب کی وہ تصویر ہے۔ یہاں تصویر ہے فاتح کی۔</w:t>
      </w:r>
    </w:p>
    <w:p>
      <w:r>
        <w:rPr>
          <w:b/>
        </w:rPr>
        <w:t xml:space="preserve">[31:58] </w:t>
      </w:r>
      <w:r>
        <w:t>yahan aap ka sar jhuka hua hai, daadhi kajaway ko touch kar rahi hai, aur aap bol rahe hain, aap ke zuban par alfaaz hain, "alhamdulillah alladhi nasra abdah".</w:t>
      </w:r>
    </w:p>
    <w:p>
      <w:pPr>
        <w:jc w:val="right"/>
      </w:pPr>
      <w:r>
        <w:t>یہاں آپ کا سر جھکا ہوا ہے، داڑھی کجاوے کو ٹچ کر رہی ہے، اور آپ بول رہے ہیں، آپ کے زبان پر الفاظ ہیں، "الحمدللہ الذی نصر عبدہ"۔</w:t>
      </w:r>
    </w:p>
    <w:p>
      <w:r>
        <w:rPr>
          <w:b/>
        </w:rPr>
        <w:t xml:space="preserve">[32:16] </w:t>
      </w:r>
      <w:r>
        <w:t>"alhamdulillah alladhi nasra abdah". "wa anjaza wa'dah".</w:t>
      </w:r>
    </w:p>
    <w:p>
      <w:pPr>
        <w:jc w:val="right"/>
      </w:pPr>
      <w:r>
        <w:t>"الحمدللہ الذی نصر عبدہ"۔ "وأنجز وعدہ"۔</w:t>
      </w:r>
    </w:p>
    <w:p>
      <w:r>
        <w:rPr>
          <w:b/>
        </w:rPr>
        <w:t xml:space="preserve">[32:27] </w:t>
      </w:r>
      <w:r>
        <w:t>"wa anjaza wa'dah". "wahazama al-ahzaaba wahdah".</w:t>
      </w:r>
    </w:p>
    <w:p>
      <w:pPr>
        <w:jc w:val="right"/>
      </w:pPr>
      <w:r>
        <w:t>"وأنجز وعدہ"۔ "وہضم الأحزاب وحدہ"۔</w:t>
      </w:r>
    </w:p>
    <w:p>
      <w:r>
        <w:rPr>
          <w:b/>
        </w:rPr>
        <w:t xml:space="preserve">[32:37] </w:t>
      </w:r>
      <w:r>
        <w:t>yeh fateh ke alfaaz hain.</w:t>
      </w:r>
    </w:p>
    <w:p>
      <w:pPr>
        <w:jc w:val="right"/>
      </w:pPr>
      <w:r>
        <w:t>یہ فاتح کے الفاظ ہیں۔</w:t>
      </w:r>
    </w:p>
    <w:p>
      <w:r>
        <w:rPr>
          <w:b/>
        </w:rPr>
        <w:t xml:space="preserve">[32:42] </w:t>
      </w:r>
      <w:r>
        <w:t>to dono mein koi farq nahi, aap dekhiye, jab peghambar par pathar mare ja rahe hain, tab jo boli bola wo, us waqt bhi, aur jab is ko fateh ho chuki hai, tab bhi alfaaz bol raha hai.</w:t>
      </w:r>
    </w:p>
    <w:p>
      <w:pPr>
        <w:jc w:val="right"/>
      </w:pPr>
      <w:r>
        <w:t>تو دونوں میں کوئی فرق نہیں، آپ دیکھئے، جب پیغمبر پر پتھر مارے جا رہے ہیں، تب جو بولی بولا وہ، اس وقت بھی، اور جب اس کو فتح ہو چکی ہے، تب بھی الفاظ بول رہا ہے۔</w:t>
      </w:r>
    </w:p>
    <w:p>
      <w:r>
        <w:rPr>
          <w:b/>
        </w:rPr>
        <w:t xml:space="preserve">[33:03] </w:t>
      </w:r>
      <w:r>
        <w:t>yani peghambar ne yeh nahi kaha ke "today makkah is ours". general harris ki tarah aap ne yeh nahi kaha ke "today makkah is ours".</w:t>
      </w:r>
    </w:p>
    <w:p>
      <w:pPr>
        <w:jc w:val="right"/>
      </w:pPr>
      <w:r>
        <w:t>یعنی پیغمبر نے یہ نہیں کہا کہ "ٹوڈے مکہ از آورز"۔ جنرل ہیرس کی طرح آپ نے یہ نہیں کہا کہ "ٹوڈے مکہ از آورز"۔</w:t>
      </w:r>
    </w:p>
    <w:p>
      <w:r>
        <w:rPr>
          <w:b/>
        </w:rPr>
        <w:t xml:space="preserve">[33:15] </w:t>
      </w:r>
      <w:r>
        <w:t>"today arab is ours". "today the whole world is ours". yeh sab alfaaz nahi bole aap ne.</w:t>
      </w:r>
    </w:p>
    <w:p>
      <w:pPr>
        <w:jc w:val="right"/>
      </w:pPr>
      <w:r>
        <w:t>"ٹوڈے عرب از آورز"۔ "ٹوڈے دا ہول ورلڈ از آورز"۔ یہ سب الفاظ نہیں بولے آپ نے۔</w:t>
      </w:r>
    </w:p>
    <w:p>
      <w:r>
        <w:rPr>
          <w:b/>
        </w:rPr>
        <w:t xml:space="preserve">[33:26] </w:t>
      </w:r>
      <w:r>
        <w:t>aap ne kaha ke "alhamdulillah alladhi anjaza wa'dah wa nasra abdah wahazama al-ahzaab</w:t>
      </w:r>
    </w:p>
    <w:p>
      <w:pPr>
        <w:jc w:val="right"/>
      </w:pPr>
      <w:r>
        <w:t>آپ نے کہا کہ "الحمدللہ الذی أنجز وعدہ ونصر عبدہ وهضم الأحزاب</w:t>
      </w:r>
    </w:p>
    <w:p>
      <w:r>
        <w:rPr>
          <w:b/>
        </w:rPr>
        <w:t xml:space="preserve">[33:42] </w:t>
      </w:r>
      <w:r>
        <w:t>wahdah".</w:t>
      </w:r>
    </w:p>
    <w:p>
      <w:pPr>
        <w:jc w:val="right"/>
      </w:pPr>
      <w:r>
        <w:t>وحدہ"۔</w:t>
      </w:r>
    </w:p>
    <w:p>
      <w:r>
        <w:rPr>
          <w:b/>
        </w:rPr>
        <w:t xml:space="preserve">[33:46] </w:t>
      </w:r>
      <w:r>
        <w:t>to yeh hai woh insaan, yeh hai uswa-e-rasool.</w:t>
      </w:r>
    </w:p>
    <w:p>
      <w:pPr>
        <w:jc w:val="right"/>
      </w:pPr>
      <w:r>
        <w:t>تو یہ ہے وہ انسان، یہ ہے اسوہ رسول۔</w:t>
      </w:r>
    </w:p>
    <w:p>
      <w:r>
        <w:rPr>
          <w:b/>
        </w:rPr>
        <w:t xml:space="preserve">[33:53] </w:t>
      </w:r>
      <w:r>
        <w:t>rasool ka uswa jo hai, rasool ki jo shakhsiyat hai,</w:t>
      </w:r>
    </w:p>
    <w:p>
      <w:pPr>
        <w:jc w:val="right"/>
      </w:pPr>
      <w:r>
        <w:t>رسول کا اسوہ جو ہے، رسول کی جو شخصیت ہے،</w:t>
      </w:r>
    </w:p>
    <w:p>
      <w:r>
        <w:rPr>
          <w:b/>
        </w:rPr>
        <w:t xml:space="preserve">[34:00] </w:t>
      </w:r>
      <w:r>
        <w:t>woh yeh hai.</w:t>
      </w:r>
    </w:p>
    <w:p>
      <w:pPr>
        <w:jc w:val="right"/>
      </w:pPr>
      <w:r>
        <w:t>وہ یہ ہے۔</w:t>
      </w:r>
    </w:p>
    <w:p>
      <w:r>
        <w:rPr>
          <w:b/>
        </w:rPr>
        <w:t xml:space="preserve">[34:07] </w:t>
      </w:r>
      <w:r>
        <w:t>rasool ki shakhsiyat yeh hai. aur yahi hamein isi ki hamein pairvi karni hai. yeh shakhsiyat aap ki koi ba-taur fazilat nahi hai.</w:t>
      </w:r>
    </w:p>
    <w:p>
      <w:pPr>
        <w:jc w:val="right"/>
      </w:pPr>
      <w:r>
        <w:t>رسول کی شخصیت یہ ہے۔ اور یہی ہمیں اسی کی ہمیں پیروی کرنی ہے۔ یہ شخصیت آپ کی کوئی بطور فضیلت نہیں ہے۔</w:t>
      </w:r>
    </w:p>
    <w:p>
      <w:r>
        <w:rPr>
          <w:b/>
        </w:rPr>
        <w:t xml:space="preserve">[34:17] </w:t>
      </w:r>
      <w:r>
        <w:t>nahi, yeh ba-taur pairvi hai. hum sab ke liye woh namoona hai, hum sab ke liye woh qabil-e-taqleed namoona hai.</w:t>
      </w:r>
    </w:p>
    <w:p>
      <w:pPr>
        <w:jc w:val="right"/>
      </w:pPr>
      <w:r>
        <w:t>نہیں، یہ بطور پیروی ہے۔ ہم سب کے لیے وہ نمونہ ہے، ہم سب کے لیے وہ قابل تقلید نمونہ ہے۔</w:t>
      </w:r>
    </w:p>
    <w:p>
      <w:r>
        <w:rPr>
          <w:b/>
        </w:rPr>
        <w:t xml:space="preserve">[34:30] </w:t>
      </w:r>
      <w:r>
        <w:t>ghor kijiye ke doosra fateh, doosre fateh jab fateh karte hain aur dakhil hote hain fatehana to kya kehte hain?</w:t>
      </w:r>
    </w:p>
    <w:p>
      <w:pPr>
        <w:jc w:val="right"/>
      </w:pPr>
      <w:r>
        <w:t>غور کیجئے کہ دوسرا فاتح، دوسرے فاتح جب فتح کرتے ہیں اور داخل ہوتے ہیں فاتحانہ تو کیا کہتے ہیں؟</w:t>
      </w:r>
    </w:p>
    <w:p>
      <w:r>
        <w:rPr>
          <w:b/>
        </w:rPr>
        <w:t xml:space="preserve">[34:41] </w:t>
      </w:r>
      <w:r>
        <w:t>"today this country is ours". rasool ne kya kaha? rasool ne yeh nahi kaha ke "today makkah is ours".</w:t>
      </w:r>
    </w:p>
    <w:p>
      <w:pPr>
        <w:jc w:val="right"/>
      </w:pPr>
      <w:r>
        <w:t>"ٹوڈے دس کنٹری از آورز"۔ رسول نے کیا کہا؟ رسول نے یہ نہیں کہا کہ "ٹوڈے مکہ از آورز"۔</w:t>
      </w:r>
    </w:p>
    <w:p>
      <w:r>
        <w:rPr>
          <w:b/>
        </w:rPr>
        <w:t xml:space="preserve">[34:51] </w:t>
      </w:r>
      <w:r>
        <w:t>"today arab is ours". nahi, sab sari dunya Allah ki hai, main bhi Allah ka hoon.</w:t>
      </w:r>
    </w:p>
    <w:p>
      <w:pPr>
        <w:jc w:val="right"/>
      </w:pPr>
      <w:r>
        <w:t>"ٹوڈے عرب از آورز"۔ نہیں، سب ساری دنیا اللہ کی ہے، میں بھی اللہ کا ہوں۔</w:t>
      </w:r>
    </w:p>
    <w:p>
      <w:r>
        <w:rPr>
          <w:b/>
        </w:rPr>
        <w:t xml:space="preserve">[35:04] </w:t>
      </w:r>
      <w:r>
        <w:t>yeh hai woh cheez jis ko hum izzat kehte hain. izzat insaan ki aala tareen quality hai.</w:t>
      </w:r>
    </w:p>
    <w:p>
      <w:pPr>
        <w:jc w:val="right"/>
      </w:pPr>
      <w:r>
        <w:t>یہ ہے وہ چیز جس کو ہم عزت کہتے ہیں۔ عزت انسان کی اعلیٰ ترین کوالٹی ہے۔</w:t>
      </w:r>
    </w:p>
    <w:p>
      <w:r>
        <w:rPr>
          <w:b/>
        </w:rPr>
        <w:t xml:space="preserve">[35:15] </w:t>
      </w:r>
      <w:r>
        <w:t>yahan peghambar izzat ke kamaal par dikhai deta hai. yahan peghambar izzat,</w:t>
      </w:r>
    </w:p>
    <w:p>
      <w:pPr>
        <w:jc w:val="right"/>
      </w:pPr>
      <w:r>
        <w:t>یہاں پیغمبر عزت کے کمال پر دکھائی دیتا ہے۔ یہاں پیغمبر عزت،</w:t>
      </w:r>
    </w:p>
    <w:p>
      <w:r>
        <w:rPr>
          <w:b/>
        </w:rPr>
        <w:t xml:space="preserve">[35:27] </w:t>
      </w:r>
      <w:r>
        <w:t>helplessness ke kamaal par dikhai deta hai. aur bilashubah kisi insaan ki, chahe peghambari kyun na ho, us ki sab se bari quality yeh izzat hai Allah ke muqable mein.</w:t>
      </w:r>
    </w:p>
    <w:p>
      <w:pPr>
        <w:jc w:val="right"/>
      </w:pPr>
      <w:r>
        <w:t>ہیلپ لیسنس کے کمال پر دکھائی دیتا ہے۔ اور بلاشبہ کسی انسان کی، چاہے پیغمبری کیوں نہ ہو، اس کی سب سے بڑی کوالٹی یہ عزت ہے اللہ کے مقابلے میں۔</w:t>
      </w:r>
    </w:p>
    <w:p>
      <w:r>
        <w:rPr>
          <w:b/>
        </w:rPr>
        <w:t xml:space="preserve">[35:45] </w:t>
      </w:r>
      <w:r>
        <w:t>Allah ke muqable mein.</w:t>
      </w:r>
    </w:p>
    <w:p>
      <w:pPr>
        <w:jc w:val="right"/>
      </w:pPr>
      <w:r>
        <w:t>اللہ کے مقابلے میں۔</w:t>
      </w:r>
    </w:p>
    <w:p>
      <w:r>
        <w:rPr>
          <w:b/>
        </w:rPr>
        <w:t xml:space="preserve">[35:54] </w:t>
      </w:r>
      <w:r>
        <w:t>yani Allah ki sab se bari quality yeh hai ke woh all-powerful hai. insaan ki sab se bari quality yeh hai ke woh all-powerless hai. jo aadmi is shaoori saboot de de is daryaft ka to usi ke liye jannat hai.</w:t>
      </w:r>
    </w:p>
    <w:p>
      <w:pPr>
        <w:jc w:val="right"/>
      </w:pPr>
      <w:r>
        <w:t>یعنی اللہ کی سب سے بڑی کوالٹی یہ ہے کہ وہ آل پاور فل ہے۔ انسان کی سب سے بڑی کوالٹی یہ ہے کہ وہ آل پاور لیس ہے۔ جو آدمی اس شعوری ثبوت دے دے اس دریافت کا تو اسی کے لیے جنت ہے۔</w:t>
      </w:r>
    </w:p>
    <w:p>
      <w:r>
        <w:rPr>
          <w:b/>
        </w:rPr>
        <w:t xml:space="preserve">[36:18] </w:t>
      </w:r>
      <w:r>
        <w:t>usi ke liye jannat hai.</w:t>
      </w:r>
    </w:p>
    <w:p>
      <w:pPr>
        <w:jc w:val="right"/>
      </w:pPr>
      <w:r>
        <w:t>اسی کے لیے جنت ہے۔</w:t>
      </w:r>
    </w:p>
    <w:p>
      <w:r>
        <w:rPr>
          <w:b/>
        </w:rPr>
        <w:t xml:space="preserve">[36:26] </w:t>
      </w:r>
      <w:r>
        <w:t>jannat koi</w:t>
      </w:r>
    </w:p>
    <w:p>
      <w:pPr>
        <w:jc w:val="right"/>
      </w:pPr>
      <w:r>
        <w:t>جنت کوئی</w:t>
      </w:r>
    </w:p>
    <w:p>
      <w:r>
        <w:rPr>
          <w:b/>
        </w:rPr>
        <w:t xml:space="preserve">[36:31] </w:t>
      </w:r>
      <w:r>
        <w:t>free ka ticket nahi hai ke kisi gate par bat raha hai, ja ke le lo.</w:t>
      </w:r>
    </w:p>
    <w:p>
      <w:pPr>
        <w:jc w:val="right"/>
      </w:pPr>
      <w:r>
        <w:t>فری کا ٹکٹ نہیں ہے کہ کسی گیٹ پر بٹ رہا ہے، جا کے لے لو۔</w:t>
      </w:r>
    </w:p>
    <w:p>
      <w:r>
        <w:rPr>
          <w:b/>
        </w:rPr>
        <w:t xml:space="preserve">[36:39] </w:t>
      </w:r>
      <w:r>
        <w:t>jannat koi free ka ticket nahi hai, koi doosra butt hai.</w:t>
      </w:r>
    </w:p>
    <w:p>
      <w:pPr>
        <w:jc w:val="right"/>
      </w:pPr>
      <w:r>
        <w:t>جنت کوئی فری کا ٹکٹ نہیں ہے، کوئی دوسرا بٹ ہے۔</w:t>
      </w:r>
    </w:p>
    <w:p>
      <w:r>
        <w:rPr>
          <w:b/>
        </w:rPr>
        <w:t xml:space="preserve">[36:46] </w:t>
      </w:r>
      <w:r>
        <w:t>jannat ka ticket koi doosra butt nahi batta. jannat ke liye aap ko khud apne aap ko qualify karna parta hai.</w:t>
      </w:r>
    </w:p>
    <w:p>
      <w:pPr>
        <w:jc w:val="right"/>
      </w:pPr>
      <w:r>
        <w:t>جنت کا ٹکٹ کوئی دوسرا بٹ نہیں بٹتا۔ جنت کے لیے آپ کو خود اپنے آپ کو کوالیفائی کرنا پڑتا ہے۔</w:t>
      </w:r>
    </w:p>
    <w:p>
      <w:r>
        <w:rPr>
          <w:b/>
        </w:rPr>
        <w:t xml:space="preserve">[36:57] </w:t>
      </w:r>
      <w:r>
        <w:t>jannat ke liye aap ko khud apne aap ko qualify karna parta hai. kisi window par is ka ticket nahi milta. dunya mein koi aisi window nahi hai jahan jannat ka ticket bik raha ho ya distribute ho raha ho.</w:t>
      </w:r>
    </w:p>
    <w:p>
      <w:pPr>
        <w:jc w:val="right"/>
      </w:pPr>
      <w:r>
        <w:t>جنت کے لیے آپ کو خود اپنے آپ کو کوالیفائی کرنا پڑتا ہے۔ کسی ونڈو پر اس کا ٹکٹ نہیں ملتا۔ دنیا میں کوئی ایسی ونڈو نہیں ہے جہاں جنت کا ٹکٹ بک رہا ہو یا ڈسٹریبیوٹ ہو رہا ہو۔</w:t>
      </w:r>
    </w:p>
    <w:p>
      <w:r>
        <w:rPr>
          <w:b/>
        </w:rPr>
        <w:t xml:space="preserve">[37:21] </w:t>
      </w:r>
      <w:r>
        <w:t>jannat ke liye aap ko khud apne aap ko qualify karna parta hai. apne aap ko. aur wohi hai, is ka aik lafz mein wohi hai ke aap apna izzat ko shaoori taur par establish kar saken.</w:t>
      </w:r>
    </w:p>
    <w:p>
      <w:pPr>
        <w:jc w:val="right"/>
      </w:pPr>
      <w:r>
        <w:t>جنت کے لیے آپ کو خود اپنے آپ کو کوالیفائی کرنا پڑتا ہے۔ اپنے آپ کو۔ اور وہ یہی ہے، اس کا ایک لفظ میں یہی ہے کہ آپ اپنا عزت کو شعوری طور پر اسٹیبلش کر سکیں۔</w:t>
      </w:r>
    </w:p>
    <w:p>
      <w:r>
        <w:rPr>
          <w:b/>
        </w:rPr>
        <w:t xml:space="preserve">[37:39] </w:t>
      </w:r>
      <w:r>
        <w:t>yani all powerful god ke muqable mein apne aap ko all powerless izzat ko establish kar saken.</w:t>
      </w:r>
    </w:p>
    <w:p>
      <w:pPr>
        <w:jc w:val="right"/>
      </w:pPr>
      <w:r>
        <w:t>یعنی آل پاور فل گارڈ کے مقابلے میں اپنے آپ کو آل پاور لیس عزت کو اسٹیبلش کر سکیں۔</w:t>
      </w:r>
    </w:p>
    <w:p>
      <w:r>
        <w:rPr>
          <w:b/>
        </w:rPr>
        <w:t xml:space="preserve">[37:51] </w:t>
      </w:r>
      <w:r>
        <w:t>isi madrisity ka naam hai. isi madrisity aadmi ko jannat ke qabil banati hai.</w:t>
      </w:r>
    </w:p>
    <w:p>
      <w:pPr>
        <w:jc w:val="right"/>
      </w:pPr>
      <w:r>
        <w:t>اسی مادریسٹی کا نام ہے۔ اسی مادریسٹی آدمی کو جنت کے قابل بناتی ہے۔</w:t>
      </w:r>
    </w:p>
    <w:p>
      <w:r>
        <w:rPr>
          <w:b/>
        </w:rPr>
        <w:t xml:space="preserve">[38:02] </w:t>
      </w:r>
      <w:r>
        <w:t>jannat to logon ki jagah hai jo</w:t>
      </w:r>
    </w:p>
    <w:p>
      <w:pPr>
        <w:jc w:val="right"/>
      </w:pPr>
      <w:r>
        <w:t>جنت تو لوگوں کی جگہ ہے جو</w:t>
      </w:r>
    </w:p>
    <w:p>
      <w:r>
        <w:rPr>
          <w:b/>
        </w:rPr>
        <w:t xml:space="preserve">[38:07] </w:t>
      </w:r>
      <w:r>
        <w:t>madris ban kar dunya mein rahen. surah luqman mein yeh ayat aai hai is silsile mein, "wa 'ibad ur rahmani alladhina yamshuna 'ala al-ardi hawnan".</w:t>
      </w:r>
    </w:p>
    <w:p>
      <w:pPr>
        <w:jc w:val="right"/>
      </w:pPr>
      <w:r>
        <w:t>مادریس بن کر دنیا میں رہیں۔ سورہ لقمان میں یہ آیت آئی ہے اس سلسلے میں، "وَعِبَادُ الرَّحْمٰنِ الَّذِينَ يَمْشُونَ عَلَى الَّذِي هُوَنَ"۔</w:t>
      </w:r>
    </w:p>
    <w:p>
      <w:r>
        <w:rPr>
          <w:b/>
        </w:rPr>
        <w:t xml:space="preserve">[38:20] </w:t>
      </w:r>
      <w:r>
        <w:t>yeh hai asal haqeeqat.</w:t>
      </w:r>
    </w:p>
    <w:p>
      <w:pPr>
        <w:jc w:val="right"/>
      </w:pPr>
      <w:r>
        <w:t>یہ ہے اصل حقیقت۔</w:t>
      </w:r>
    </w:p>
    <w:p>
      <w:r>
        <w:rPr>
          <w:b/>
        </w:rPr>
        <w:t xml:space="preserve">[38:26] </w:t>
      </w:r>
      <w:r>
        <w:t>mein dua karta hoon ke Allah taala hum sab ko tofeeq de ke hum asal baat ko samjhen.</w:t>
      </w:r>
    </w:p>
    <w:p>
      <w:pPr>
        <w:jc w:val="right"/>
      </w:pPr>
      <w:r>
        <w:t>میں دعا کرتا ہوں کہ اللہ تعالیٰ ہم سب کو توفیق دے کہ ہم اصل بات کو سمجھیں۔</w:t>
      </w:r>
    </w:p>
    <w:p>
      <w:r>
        <w:rPr>
          <w:b/>
        </w:rPr>
        <w:t xml:space="preserve">[38:38] </w:t>
      </w:r>
      <w:r>
        <w:t>log kisi aur baton mein phanse hue hain, kisi aur cheez ko asal baat samjhe hue hain. doosri doosri baton ko asal baat ka darja de rakha hai.</w:t>
      </w:r>
    </w:p>
    <w:p>
      <w:pPr>
        <w:jc w:val="right"/>
      </w:pPr>
      <w:r>
        <w:t>لوگ کسی اور باتوں میں پھنسے ہوئے ہیں، کسی اور چیز کو اصل بات سمجھے ہوئے ہیں۔ دوسری دوسری باتوں کو اصل بات کا درجہ دے رکھا ہے۔</w:t>
      </w:r>
    </w:p>
    <w:p>
      <w:r>
        <w:rPr>
          <w:b/>
        </w:rPr>
        <w:t xml:space="preserve">[38:53] </w:t>
      </w:r>
      <w:r>
        <w:t>to mein dua karta hoon ke Allah taala hum ko is</w:t>
      </w:r>
    </w:p>
    <w:p>
      <w:pPr>
        <w:jc w:val="right"/>
      </w:pPr>
      <w:r>
        <w:t>تو میں دعا کرتا ہوں کہ اللہ تعالیٰ ہم کو اس</w:t>
      </w:r>
    </w:p>
    <w:p>
      <w:r>
        <w:rPr>
          <w:b/>
        </w:rPr>
        <w:t xml:space="preserve">[39:00] </w:t>
      </w:r>
      <w:r>
        <w:t>is fitne se bachaye aur hum ko sahi ma'ano mein</w:t>
      </w:r>
    </w:p>
    <w:p>
      <w:pPr>
        <w:jc w:val="right"/>
      </w:pPr>
      <w:r>
        <w:t>اس فتنے سے بچائے اور ہم کو صحیح معنی میں</w:t>
      </w:r>
    </w:p>
    <w:p>
      <w:r>
        <w:rPr>
          <w:b/>
        </w:rPr>
        <w:t xml:space="preserve">[39:10] </w:t>
      </w:r>
      <w:r>
        <w:t>khushu aur taqwa ki tofeeq de.</w:t>
      </w:r>
    </w:p>
    <w:p>
      <w:pPr>
        <w:jc w:val="right"/>
      </w:pPr>
      <w:r>
        <w:t>خشوع اور تقویٰ کی توفیق دے۔</w:t>
      </w:r>
    </w:p>
    <w:p>
      <w:r>
        <w:rPr>
          <w:b/>
        </w:rPr>
        <w:t xml:space="preserve">[39:20] </w:t>
      </w:r>
      <w:r>
        <w:t>hum Razi Allahu Anhum ka misdaq ban saken. yani dunya mein is mein is insaan ki tasweer hai jo dunya mein Allah ki us ki cheezon par razi hota hai,</w:t>
      </w:r>
    </w:p>
    <w:p>
      <w:pPr>
        <w:jc w:val="right"/>
      </w:pPr>
      <w:r>
        <w:t>ہم رضی اللہ عنہم کا مصداق بن سکیں۔ یعنی دنیا میں اس میں اس انسان کی تصویر ہے جو دنیا میں اللہ کی اس کی چیزوں پر راضی ہوتا ہے،</w:t>
      </w:r>
    </w:p>
    <w:p>
      <w:r>
        <w:rPr>
          <w:b/>
        </w:rPr>
        <w:t xml:space="preserve">[39:40] </w:t>
      </w:r>
      <w:r>
        <w:t>phir Allah us ke us ke sath razi ho jata hai ke woh us ko jannat mein dakhil karay. "wa radiya Allahu 'anhu wa radu 'anhu".</w:t>
      </w:r>
    </w:p>
    <w:p>
      <w:pPr>
        <w:jc w:val="right"/>
      </w:pPr>
      <w:r>
        <w:t>پھر اللہ اس کے اس کے ساتھ راضی ہو جاتا ہے کہ وہ اس کو جنت میں داخل کرے۔ "وَرَضِيَ اللَّهُ عَنْهُ وَرَضُوْا عَنْهُ"۔</w:t>
      </w:r>
    </w:p>
    <w:p>
      <w:r>
        <w:rPr>
          <w:b/>
        </w:rPr>
        <w:t xml:space="preserve">[39:54] </w:t>
      </w:r>
      <w:r>
        <w:t>"ja'alaka al-'alamuna khashyatan rabban". yani woh insaan jo dunya mein Allah ki us ki cheezon par razi raha, us ko yeh darja milega ke Allah akhirat mein us se razi ho jayega.</w:t>
      </w:r>
    </w:p>
    <w:p>
      <w:pPr>
        <w:jc w:val="right"/>
      </w:pPr>
      <w:r>
        <w:t>"جَعَلْكَ الْعَلَمُونَ خَشْيًا رَبًّا"۔ یعنی وہ انسان جو دنیا میں اللہ کی اس کی چیزوں پر راضی رہا، اس کو یہ درجہ ملے گا کہ اللہ آخرت میں اس سے راضی ہو جائے گا۔</w:t>
      </w:r>
    </w:p>
    <w:p>
      <w:r>
        <w:rPr>
          <w:b/>
        </w:rPr>
        <w:t xml:space="preserve">[40:14] </w:t>
      </w:r>
      <w:r>
        <w:t>aur wahan par woh us basti mein reh payega jis ke bare mein aaya hai ke "ula'ika an-nabiyyina was-siddiqina wash-shuhada'i was-salihina wa hasuna ula'ika rafiqan".</w:t>
      </w:r>
    </w:p>
    <w:p>
      <w:pPr>
        <w:jc w:val="right"/>
      </w:pPr>
      <w:r>
        <w:t>اور وہاں پر وہ اس بستی میں رہ پائے گا جس کے بارے میں آیا ہے کہ "اُولَئِكَ مَا النَّبِيِّينَ وَالصِّدِّيقِينَ وَالشَّهْدَاءِ وَالصَّالِحِينَ وَحَسَوْنَ اُولَئِكَ رَفِيقًا"۔</w:t>
      </w:r>
    </w:p>
    <w:p>
      <w:r>
        <w:rPr>
          <w:b/>
        </w:rPr>
        <w:t xml:space="preserve">[40:39] </w:t>
      </w:r>
      <w:r>
        <w:t>yeh hauz rifaqat ka aik muashra hoga, hauz rifaqat ki aik society hogi jis mein sirf khush khitbat bandon ko dakhil milega.</w:t>
      </w:r>
    </w:p>
    <w:p>
      <w:pPr>
        <w:jc w:val="right"/>
      </w:pPr>
      <w:r>
        <w:t>یہ حوض رفاقت کا ایک معاشرہ ہوگا، حوض رفاقت کی ایک سوسائٹی ہوگی جس میں صرف خوش خطبت بندوں کو داخل ملے گا۔</w:t>
      </w:r>
    </w:p>
    <w:p>
      <w:r>
        <w:rPr>
          <w:b/>
        </w:rPr>
        <w:t xml:space="preserve">[40:55] </w:t>
      </w:r>
      <w:r>
        <w:t>"ula'ika an-nabiyyina was-siddiqina wash-shuhada'i was-salihina wa hasuna ula'ika rafiqan".</w:t>
      </w:r>
    </w:p>
    <w:p>
      <w:pPr>
        <w:jc w:val="right"/>
      </w:pPr>
      <w:r>
        <w:t>"اُولَئِكَ مَا النَّبِيِّينَ وَالصِّدِّيقِينَ وَالشَّهْدَاءِ وَالصَّالِحِينَ وَحَسَوْنَ اُولَئِكَ رَفِيقًا"۔</w:t>
      </w:r>
    </w:p>
    <w:p>
      <w:r>
        <w:rPr>
          <w:b/>
        </w:rPr>
        <w:t xml:space="preserve">[41:07] </w:t>
      </w:r>
      <w:r>
        <w:t>is ke bare mein Rasool Allah ne farmaya tha aakhri waqt mein, jab aap ka waqt aakhri waqt aa gaya tha ke "Allahumma arfiqni lala".</w:t>
      </w:r>
    </w:p>
    <w:p>
      <w:pPr>
        <w:jc w:val="right"/>
      </w:pPr>
      <w:r>
        <w:t>اس کے بارے میں رسول اللہ نے فرمایا تھا آخری وقت میں، جب آپ کا وقت آخری وقت آگیا تھا کہ "اللَّهُمَّ أَرْرَفِيقًا لَالَا"۔</w:t>
      </w:r>
    </w:p>
    <w:p>
      <w:r>
        <w:rPr>
          <w:b/>
        </w:rPr>
        <w:t xml:space="preserve">[41:19] </w:t>
      </w:r>
      <w:r>
        <w:t>"Allahumma arfiqni lala".</w:t>
      </w:r>
    </w:p>
    <w:p>
      <w:pPr>
        <w:jc w:val="right"/>
      </w:pPr>
      <w:r>
        <w:t>"اللَّهُمَّ أَرْرَفِيقًا لَالَا"۔</w:t>
      </w:r>
    </w:p>
    <w:p>
      <w:r>
        <w:rPr>
          <w:b/>
        </w:rPr>
        <w:t xml:space="preserve">[41:24] </w:t>
      </w:r>
      <w:r>
        <w:t>to isi ke liye mein dua karta hoon apne liye aur aap ke liye. bilashuba yahi sab se bari kamyabi hai.</w:t>
      </w:r>
    </w:p>
    <w:p>
      <w:pPr>
        <w:jc w:val="right"/>
      </w:pPr>
      <w:r>
        <w:t>تو اسی کے لیے میں دعا کرتا ہوں اپنے لیے اور آپ کے لیے۔ بلاشبہ یہی سب سے بڑی کامیابی ہے۔</w:t>
      </w:r>
    </w:p>
    <w:p>
      <w:r>
        <w:rPr>
          <w:b/>
        </w:rPr>
        <w:t xml:space="preserve">[41:40] </w:t>
      </w:r>
      <w:r>
        <w:t>is se bari kamyabi aur koi nahi.</w:t>
      </w:r>
    </w:p>
    <w:p>
      <w:pPr>
        <w:jc w:val="right"/>
      </w:pPr>
      <w:r>
        <w:t>اس سے بڑی کامیابی اور کوئی نہیں۔</w:t>
      </w:r>
    </w:p>
    <w:p>
      <w:r>
        <w:rPr>
          <w:b/>
        </w:rPr>
        <w:t xml:space="preserve">[41:48] </w:t>
      </w:r>
      <w:r>
        <w:t>to dekhiye, deen ki gehri baaten tadabbur se maloom hoti hain. tadabbur.</w:t>
      </w:r>
    </w:p>
    <w:p>
      <w:pPr>
        <w:jc w:val="right"/>
      </w:pPr>
      <w:r>
        <w:t>تو دیکھئے، دین کی گہری باتیں تدبر سے معلوم ہوتی ہیں۔ تدبر۔</w:t>
      </w:r>
    </w:p>
    <w:p>
      <w:r>
        <w:rPr>
          <w:b/>
        </w:rPr>
        <w:t xml:space="preserve">[41:58] </w:t>
      </w:r>
      <w:r>
        <w:t>to aap sab ko main kahoon ga ke aap ghor o fikr ka art seekhein, tadabbur ka fun seekhein, quran ko gehrai ke sath samajhna seekhein.</w:t>
      </w:r>
    </w:p>
    <w:p>
      <w:pPr>
        <w:jc w:val="right"/>
      </w:pPr>
      <w:r>
        <w:t>تو آپ سب کو میں کہوں گا کہ آپ غور و فکر کا آرٹ سیکھیں، تدبر کا فن سیکھیں، قرآن کو گہرائی کے ساتھ سمجھنا سیکھیں۔</w:t>
      </w:r>
    </w:p>
    <w:p>
      <w:r>
        <w:rPr>
          <w:b/>
        </w:rPr>
        <w:t xml:space="preserve">[42:19] </w:t>
      </w:r>
      <w:r>
        <w:t>quran dunya mein allah ka numainda hai. is numainde se miliye, woh aap ko sab kuch bataye ga.</w:t>
      </w:r>
    </w:p>
    <w:p>
      <w:pPr>
        <w:jc w:val="right"/>
      </w:pPr>
      <w:r>
        <w:t>قرآن دنیا میں اللہ کا نمائندہ ہے۔ اس نمائندے سے ملیئے، وہ آپ کو سب کچھ بتائے گا۔</w:t>
      </w:r>
    </w:p>
    <w:p>
      <w:r>
        <w:rPr>
          <w:b/>
        </w:rPr>
        <w:t xml:space="preserve">[42:31] </w:t>
      </w:r>
      <w:r>
        <w:t>assalam o alaikum wa rehmatullah.</w:t>
      </w:r>
    </w:p>
    <w:p>
      <w:pPr>
        <w:jc w:val="right"/>
      </w:pPr>
      <w:r>
        <w:t>السلام علیکم ورحمۃ اللہ۔</w:t>
      </w:r>
    </w:p>
    <w:p>
      <w:r>
        <w:rPr>
          <w:b/>
        </w:rPr>
        <w:t xml:space="preserve">[42:43] </w:t>
      </w:r>
      <w:r>
        <w:t>Okay, we will now start with the question answer session. We will first, I will first read out the comments and then take the questions.</w:t>
      </w:r>
    </w:p>
    <w:p>
      <w:pPr>
        <w:jc w:val="right"/>
      </w:pPr>
      <w:r>
        <w:t>Okay, we will now start with the question answer session. We will first, I will first read out the comments and then take the questions.</w:t>
      </w:r>
    </w:p>
    <w:p>
      <w:r>
        <w:rPr>
          <w:b/>
        </w:rPr>
        <w:t xml:space="preserve">[42:53] </w:t>
      </w:r>
      <w:r>
        <w:t>maulana, aaj kafi sare comments aaye hain. aamir mori sahib ne srinagar se comment bheja hai, "What a thrilling thought that the rising of sun is always a breaking news for us,</w:t>
      </w:r>
    </w:p>
    <w:p>
      <w:pPr>
        <w:jc w:val="right"/>
      </w:pPr>
      <w:r>
        <w:t>مولانا، آج کافی سارے comments آئے ہیں۔ عامر موری صاحب نے سری نگر سے comment بھیجا ہے، "What a thrilling thought that the rising of sun is always a breaking news for us,</w:t>
      </w:r>
    </w:p>
    <w:p>
      <w:r>
        <w:rPr>
          <w:b/>
        </w:rPr>
        <w:t xml:space="preserve">[43:07] </w:t>
      </w:r>
      <w:r>
        <w:t>and God gives us a daily reminder to acknowledge that our creator is all powerful and we are all powerless." miss kurutulen ne bhi srinagar se comment bheja hai, unhon ne likha hai,</w:t>
      </w:r>
    </w:p>
    <w:p>
      <w:pPr>
        <w:jc w:val="right"/>
      </w:pPr>
      <w:r>
        <w:t>and God gives us a daily reminder to acknowledge that our creator is all powerful and we are all powerless." Miss Kurutulen نے بھی سری نگر سے comment بھیجا ہے، انہوں نے لکھا ہے،</w:t>
      </w:r>
    </w:p>
    <w:p>
      <w:r>
        <w:rPr>
          <w:b/>
        </w:rPr>
        <w:t xml:space="preserve">[43:21] </w:t>
      </w:r>
      <w:r>
        <w:t>"The way you have explained the message of rising sun to human beings is so apt, unique, educative, and thought-provoking.</w:t>
      </w:r>
    </w:p>
    <w:p>
      <w:pPr>
        <w:jc w:val="right"/>
      </w:pPr>
      <w:r>
        <w:t>"The way you have explained the message of rising sun to human beings is so apt, unique, educative, and thought-provoking.</w:t>
      </w:r>
    </w:p>
    <w:p>
      <w:r>
        <w:rPr>
          <w:b/>
        </w:rPr>
        <w:t xml:space="preserve">[43:31] </w:t>
      </w:r>
      <w:r>
        <w:t>Absorbing and taking it seriously will revolutionize one's life, leaving little scope for errors. God is great and we are helpless creatures is the ultimate reality." allahabad se shoaib ahmed sahib ne comment bheja hai, unhon ne likha hai, "aaj ke is daur mein insan ko peace, shanti ki behad zaroorat hai." maulana wahiduddin khan ne apna tamam jeevan is talash mein waqf kar diya.</w:t>
      </w:r>
    </w:p>
    <w:p>
      <w:pPr>
        <w:jc w:val="right"/>
      </w:pPr>
      <w:r>
        <w:t>Absorbing and taking it seriously will revolutionize one's life, leaving little scope for errors. God is great and we are helpless creatures is the ultimate reality." علا آباد سے شعیب احمد صاحب نے comment بھیجا ہے، انہوں نے لکھا ہے، "آج کے اس دور میں انسان کو peace، شانتی کی بے حد ضرورت ہے۔" مولانا وحید الدین خان نے اپنا تمام जीवन اس تلاش میں وقف کر دیا۔</w:t>
      </w:r>
    </w:p>
    <w:p>
      <w:r>
        <w:rPr>
          <w:b/>
        </w:rPr>
        <w:t xml:space="preserve">[44:00] </w:t>
      </w:r>
      <w:r>
        <w:t>unhon ne apni khoj ke motiyon ko hum tak kitabon ki shakal mein pahunchaya hai ke kitabein aaj ki jadeed insan ke zehn ko poori tarah address karti hain.</w:t>
      </w:r>
    </w:p>
    <w:p>
      <w:pPr>
        <w:jc w:val="right"/>
      </w:pPr>
      <w:r>
        <w:t>انہوں نے اپنی کھوج کے موتیوں کو ہم تک کتابوں کی شکل میں پہنچایا ہے کہ کتابیں آج کی جدید انسان کے ذہن کو پوری طرح address کرتی ہیں۔</w:t>
      </w:r>
    </w:p>
    <w:p>
      <w:r>
        <w:rPr>
          <w:b/>
        </w:rPr>
        <w:t xml:space="preserve">[44:11] </w:t>
      </w:r>
      <w:r>
        <w:t>aap tamam logon se guzarish hai ke aap log maulana ki kitabon se faida uthayein. doctor safina tabassum ne ajmer se comment bheja hai, unhon ne likha hai, "maulana sahib, you have clearly differentiated the idea of need and purpose in human life.</w:t>
      </w:r>
    </w:p>
    <w:p>
      <w:pPr>
        <w:jc w:val="right"/>
      </w:pPr>
      <w:r>
        <w:t>آپ تمام لوگوں سے گزارش ہے کہ آپ لوگ مولانا کی کتابوں سے فائدہ اٹھائیں۔ ڈاکٹر صفینہ تبسم نے اجمیر سے comment بھیجا ہے، انہوں نے لکھا ہے، "مولانا صاحب، you have clearly differentiated the idea of need and purpose in human life.</w:t>
      </w:r>
    </w:p>
    <w:p>
      <w:r>
        <w:rPr>
          <w:b/>
        </w:rPr>
        <w:t xml:space="preserve">[44:31] </w:t>
      </w:r>
      <w:r>
        <w:t>It is really mandatory to know why we are in here in this world and what our creator wants from us.</w:t>
      </w:r>
    </w:p>
    <w:p>
      <w:pPr>
        <w:jc w:val="right"/>
      </w:pPr>
      <w:r>
        <w:t>It is really mandatory to know why we are in here in this world and what our creator wants from us.</w:t>
      </w:r>
    </w:p>
    <w:p>
      <w:r>
        <w:rPr>
          <w:b/>
        </w:rPr>
        <w:t xml:space="preserve">[44:39] </w:t>
      </w:r>
      <w:r>
        <w:t>agar aap ne humein yeh shaoor na diya hota to hum bhi paisa kamane wale haiwan ban jaate. jazak allah maulana sahib." miss kohsar izhar ne usa se comment bheja hai, unhon ne likha hai,</w:t>
      </w:r>
    </w:p>
    <w:p>
      <w:pPr>
        <w:jc w:val="right"/>
      </w:pPr>
      <w:r>
        <w:t>اگر آپ نے ہمیں یہ شعور نہ دیا ہوتا تو ہم بھی پیسہ کمانے والے حیوان بن جاتے۔ جزاک اللہ مولانا صاحب۔" Miss Kohsar Izhar نے USA سے comment بھیجا ہے، انہوں نے لکھا ہے،</w:t>
      </w:r>
    </w:p>
    <w:p>
      <w:r>
        <w:rPr>
          <w:b/>
        </w:rPr>
        <w:t xml:space="preserve">[44:54] </w:t>
      </w:r>
      <w:r>
        <w:t>"jazak allah maulana sahib, today you have explained the greatest concept of discovery of all powerful God versus all powerless human on a conscious level.</w:t>
      </w:r>
    </w:p>
    <w:p>
      <w:pPr>
        <w:jc w:val="right"/>
      </w:pPr>
      <w:r>
        <w:t>"جزاک اللہ مولانا صاحب، today you have explained the greatest concept of discovery of all powerful God versus all powerless human on a conscious level.</w:t>
      </w:r>
    </w:p>
    <w:p>
      <w:r>
        <w:rPr>
          <w:b/>
        </w:rPr>
        <w:t xml:space="preserve">[45:07] </w:t>
      </w:r>
      <w:r>
        <w:t>This is great learning for me today." haan, doctor naghma siddiqui ne likha hai, "maulana, today you have given a truly new interpretation of how man must live in this world to be eligible for paradise in the next.</w:t>
      </w:r>
    </w:p>
    <w:p>
      <w:pPr>
        <w:jc w:val="right"/>
      </w:pPr>
      <w:r>
        <w:t>This is great learning for me today." ہاں، ڈاکٹر نغمہ صدیقی نے لکھا ہے، "مولانا، today you have given a truly new interpretation of how man must live in this world to be eligible for paradise in the next.</w:t>
      </w:r>
    </w:p>
    <w:p>
      <w:r>
        <w:rPr>
          <w:b/>
        </w:rPr>
        <w:t xml:space="preserve">[45:23] </w:t>
      </w:r>
      <w:r>
        <w:t>Man must discover his helplessness in comparison to God's greatness. jazak allah." riyaz bhatt sahib ne srinagar se comment likha hai, "conceptualized thinking differentiates human from animal.</w:t>
      </w:r>
    </w:p>
    <w:p>
      <w:pPr>
        <w:jc w:val="right"/>
      </w:pPr>
      <w:r>
        <w:t>Man must discover his helplessness in comparison to God's greatness. جزاک اللہ۔" ریاض بھٹ صاحب نے سری نگر سے comment لکھا ہے، "Conceptualized thinking differentiates human from animal.</w:t>
      </w:r>
    </w:p>
    <w:p>
      <w:r>
        <w:rPr>
          <w:b/>
        </w:rPr>
        <w:t xml:space="preserve">[45:39] </w:t>
      </w:r>
      <w:r>
        <w:t>It is this difference which dawns him with the realization of all powerful creator and all powerless creation.</w:t>
      </w:r>
    </w:p>
    <w:p>
      <w:pPr>
        <w:jc w:val="right"/>
      </w:pPr>
      <w:r>
        <w:t>It is this difference which dawns him with the realization of all powerful creator and all powerless creation.</w:t>
      </w:r>
    </w:p>
    <w:p>
      <w:r>
        <w:rPr>
          <w:b/>
        </w:rPr>
        <w:t xml:space="preserve">[45:50] </w:t>
      </w:r>
      <w:r>
        <w:t>And this realization makes him eligible for paradise for which angels stand witness.</w:t>
      </w:r>
    </w:p>
    <w:p>
      <w:pPr>
        <w:jc w:val="right"/>
      </w:pPr>
      <w:r>
        <w:t>And this realization makes him eligible for paradise for which angels stand witness.</w:t>
      </w:r>
    </w:p>
    <w:p>
      <w:r>
        <w:rPr>
          <w:b/>
        </w:rPr>
        <w:t xml:space="preserve">[45:57] </w:t>
      </w:r>
      <w:r>
        <w:t>This is the takeaway from today's lecture." miss shabana ansari ne pakistan se comment bheja hai, "The personality of Prophet is perfectly aajiz in all situation, is a great model for us to follow.</w:t>
      </w:r>
    </w:p>
    <w:p>
      <w:pPr>
        <w:jc w:val="right"/>
      </w:pPr>
      <w:r>
        <w:t>This is the takeaway from today's lecture." Miss Shabana Ansari نے پاکستان سے comment بھیجا ہے، "The personality of Prophet is perfectly aajiz in all situation, is a great model for us to follow.</w:t>
      </w:r>
    </w:p>
    <w:p>
      <w:r>
        <w:rPr>
          <w:b/>
        </w:rPr>
        <w:t xml:space="preserve">[46:14] </w:t>
      </w:r>
      <w:r>
        <w:t>We have to make ourselves modest, then we will be able to qualify for jannat. This is the gist I understand from today's lecture." jazak allah maulana sahib.</w:t>
      </w:r>
    </w:p>
    <w:p>
      <w:pPr>
        <w:jc w:val="right"/>
      </w:pPr>
      <w:r>
        <w:t>We have to make ourselves modest, then we will be able to qualify for جنت. This is the gist I understand from today's lecture." جزاک اللہ مولانا صاحب۔</w:t>
      </w:r>
    </w:p>
    <w:p>
      <w:r>
        <w:rPr>
          <w:b/>
        </w:rPr>
        <w:t xml:space="preserve">[46:29] </w:t>
      </w:r>
      <w:r>
        <w:t>maulana, ab sawal lete hain.</w:t>
      </w:r>
    </w:p>
    <w:p>
      <w:pPr>
        <w:jc w:val="right"/>
      </w:pPr>
      <w:r>
        <w:t>مولانا، اب سوال لیتے ہیں۔</w:t>
      </w:r>
    </w:p>
    <w:p>
      <w:r>
        <w:rPr>
          <w:b/>
        </w:rPr>
        <w:t xml:space="preserve">[46:36] </w:t>
      </w:r>
      <w:r>
        <w:t>doctor naghma siddiqui ne sawal likha hai delhi se, unhon ne likha hai, "Man is ready to discover his helplessness in comparison to God, but how should he discover his modesty in comparison to other men?" is ke bare mein batayein.</w:t>
      </w:r>
    </w:p>
    <w:p>
      <w:pPr>
        <w:jc w:val="right"/>
      </w:pPr>
      <w:r>
        <w:t>ڈاکٹر نغمہ صدیقی نے سوال لکھا ہے دلی سے، انہوں نے لکھا ہے، "Man is ready to discover his helplessness in comparison to God, but how should he discover his modesty in comparison to other men?" اس کے بارے میں بتائیں۔</w:t>
      </w:r>
    </w:p>
    <w:p>
      <w:r>
        <w:rPr>
          <w:b/>
        </w:rPr>
        <w:t xml:space="preserve">[46:56] </w:t>
      </w:r>
      <w:r>
        <w:t>deykhiye, modesty ka taluq other men se nahi hai,</w:t>
      </w:r>
    </w:p>
    <w:p>
      <w:pPr>
        <w:jc w:val="right"/>
      </w:pPr>
      <w:r>
        <w:t>دیکھئے، modesty کا تعلق other men سے نہیں ہے،</w:t>
      </w:r>
    </w:p>
    <w:p>
      <w:r>
        <w:rPr>
          <w:b/>
        </w:rPr>
        <w:t xml:space="preserve">[47:03] </w:t>
      </w:r>
      <w:r>
        <w:t>God se hai.</w:t>
      </w:r>
    </w:p>
    <w:p>
      <w:pPr>
        <w:jc w:val="right"/>
      </w:pPr>
      <w:r>
        <w:t>God سے ہے۔</w:t>
      </w:r>
    </w:p>
    <w:p>
      <w:r>
        <w:rPr>
          <w:b/>
        </w:rPr>
        <w:t xml:space="preserve">[47:07] </w:t>
      </w:r>
      <w:r>
        <w:t>other men se to woh apne aap aa jata hai, alag se discover nahi karna hai.</w:t>
      </w:r>
    </w:p>
    <w:p>
      <w:pPr>
        <w:jc w:val="right"/>
      </w:pPr>
      <w:r>
        <w:t>Other men سے تو وہ اپنے آپ آ جاتا ہے، الگ سے discover نہیں کرنا ہے۔</w:t>
      </w:r>
    </w:p>
    <w:p>
      <w:r>
        <w:rPr>
          <w:b/>
        </w:rPr>
        <w:t xml:space="preserve">[47:16] </w:t>
      </w:r>
      <w:r>
        <w:t>allah rab ul alameen ke muqable mein jab aap apni modesty ko discover karte hain to aap aal madaris ban jaate hain, aal madaris, har aitbar se madaris, chahe doosra insan ho ya kuch bhi ho.</w:t>
      </w:r>
    </w:p>
    <w:p>
      <w:pPr>
        <w:jc w:val="right"/>
      </w:pPr>
      <w:r>
        <w:t>اللہ رب العالمین کے مقابلے میں جب آپ اپنی modesty کو discover کرتے ہیں تو آپ آل مادریس بن جاتے ہیں، آل مادریس، ہر اعتبار سے مادریس، چاہے دوسرا انسان ہو یا کچھ بھی ہو۔</w:t>
      </w:r>
    </w:p>
    <w:p>
      <w:r>
        <w:rPr>
          <w:b/>
        </w:rPr>
        <w:t xml:space="preserve">[47:34] </w:t>
      </w:r>
      <w:r>
        <w:t>to hamara jo</w:t>
      </w:r>
    </w:p>
    <w:p>
      <w:pPr>
        <w:jc w:val="right"/>
      </w:pPr>
      <w:r>
        <w:t>تو ہمارا جو</w:t>
      </w:r>
    </w:p>
    <w:p>
      <w:r>
        <w:rPr>
          <w:b/>
        </w:rPr>
        <w:t xml:space="preserve">[47:39] </w:t>
      </w:r>
      <w:r>
        <w:t>humein jo karna hai woh yahi hai ke hum alhamdulillah rabbil alameen ki reality ko discover karein.</w:t>
      </w:r>
    </w:p>
    <w:p>
      <w:pPr>
        <w:jc w:val="right"/>
      </w:pPr>
      <w:r>
        <w:t>ہمیں جو کرنا ہے وہ یہی ہے کہ ہم الحمدللہ ربین کی reality کو discover کریں۔</w:t>
      </w:r>
    </w:p>
    <w:p>
      <w:r>
        <w:rPr>
          <w:b/>
        </w:rPr>
        <w:t xml:space="preserve">[47:49] </w:t>
      </w:r>
      <w:r>
        <w:t>ab al-kabri lillah ko hum jaanein,</w:t>
      </w:r>
    </w:p>
    <w:p>
      <w:pPr>
        <w:jc w:val="right"/>
      </w:pPr>
      <w:r>
        <w:t>اب الکبری للہ کو ہم جانیں،</w:t>
      </w:r>
    </w:p>
    <w:p>
      <w:r>
        <w:rPr>
          <w:b/>
        </w:rPr>
        <w:t xml:space="preserve">[47:56] </w:t>
      </w:r>
      <w:r>
        <w:t>is ke baad apne aap sari baatein aa jaati hain, baqiya baaton ko alag se janne ki zaroorat baqi nahin rehti.</w:t>
      </w:r>
    </w:p>
    <w:p>
      <w:pPr>
        <w:jc w:val="right"/>
      </w:pPr>
      <w:r>
        <w:t>اس کے بعد اپنے آپ ساری باتیں آ جاتی ہیں، بقیہ باتوں کو الگ سے جاننے کی ضرورت باقی نہیں رہتی۔</w:t>
      </w:r>
    </w:p>
    <w:p>
      <w:r>
        <w:rPr>
          <w:b/>
        </w:rPr>
        <w:t xml:space="preserve">[48:06] </w:t>
      </w:r>
      <w:r>
        <w:t>maulana, agla sawal bheja hai kaleem ahmad sahab ne, unhone location hi likhi hai, unka sawal yeh hai, "In the whole world, Muslims are in trouble at this situation.</w:t>
      </w:r>
    </w:p>
    <w:p>
      <w:pPr>
        <w:jc w:val="right"/>
      </w:pPr>
      <w:r>
        <w:t>مولانا، اگلا سوال بھیجا ہے کلیم احمد صاحب نے، انہوں نے location ہی لکھی ہے، ان کا سوال یہ ہے، "In the whole world, Muslims are in trouble at this situation.</w:t>
      </w:r>
    </w:p>
    <w:p>
      <w:r>
        <w:rPr>
          <w:b/>
        </w:rPr>
        <w:t xml:space="preserve">[48:20] </w:t>
      </w:r>
      <w:r>
        <w:t>maulana sahab, what is the advice that what Muslims should do?"</w:t>
      </w:r>
    </w:p>
    <w:p>
      <w:pPr>
        <w:jc w:val="right"/>
      </w:pPr>
      <w:r>
        <w:t>مولانا صاحب، what is the advice that what Muslims should do?"</w:t>
      </w:r>
    </w:p>
    <w:p>
      <w:r>
        <w:rPr>
          <w:b/>
        </w:rPr>
        <w:t xml:space="preserve">[48:29] </w:t>
      </w:r>
      <w:r>
        <w:t>dekhiye, musalmanon ke liye guide book hai quran, lekin maujooda zamane mein musalmanon ke liye guide book ban gaya hai media.</w:t>
      </w:r>
    </w:p>
    <w:p>
      <w:pPr>
        <w:jc w:val="right"/>
      </w:pPr>
      <w:r>
        <w:t>دیکھئے، مسلمانوں کے لیے guide book ہے قرآن، لیکن موجودہ زمانے میں مسلمانوں کے لیے guide book بن گیا ہے میڈیا۔</w:t>
      </w:r>
    </w:p>
    <w:p>
      <w:r>
        <w:rPr>
          <w:b/>
        </w:rPr>
        <w:t xml:space="preserve">[48:42] </w:t>
      </w:r>
      <w:r>
        <w:t>bas media mein jo chupta hai usi ka charcha, usi ko sochna, usi par likhna, usi par bolna. ek quran as a guide book musalmanon ke liye raha nahin hai, bahut se bahut kuch log padh lete hain tilawat ke taur par,</w:t>
      </w:r>
    </w:p>
    <w:p>
      <w:pPr>
        <w:jc w:val="right"/>
      </w:pPr>
      <w:r>
        <w:t>بس میڈیا میں جو چھپتا ہے اسی کا چرچا، اسی کو سوچنا، اسی پر لکھنا، اسی پر بولنا۔ ایک قرآن as a guide book مسلمانوں کے لیے رہا نہیں ہے، بہت سے بہت کچھ لوگ پڑھ لیتے ہیں تلاوت کے طور پر،</w:t>
      </w:r>
    </w:p>
    <w:p>
      <w:r>
        <w:rPr>
          <w:b/>
        </w:rPr>
        <w:t xml:space="preserve">[48:59] </w:t>
      </w:r>
      <w:r>
        <w:t>guide book ke taur par koi quran ko leta nahin hai. Guide book bana hua hai wahi media, political logon ki taqreerein,</w:t>
      </w:r>
    </w:p>
    <w:p>
      <w:pPr>
        <w:jc w:val="right"/>
      </w:pPr>
      <w:r>
        <w:t>guide book کے طور پر کوئی قرآن کو لیتا نہیں ہے۔ Guide book بنا ہوا ہے وہی میڈیا، political لوگوں کی تقریریں،</w:t>
      </w:r>
    </w:p>
    <w:p>
      <w:r>
        <w:rPr>
          <w:b/>
        </w:rPr>
        <w:t xml:space="preserve">[49:10] </w:t>
      </w:r>
      <w:r>
        <w:t>facebook mein jo baatein aati hain woh wahi guide book hai.</w:t>
      </w:r>
    </w:p>
    <w:p>
      <w:pPr>
        <w:jc w:val="right"/>
      </w:pPr>
      <w:r>
        <w:t>فیس بک میں جو باتیں آتی ہیں وہ وہی guide book ہے۔</w:t>
      </w:r>
    </w:p>
    <w:p>
      <w:r>
        <w:rPr>
          <w:b/>
        </w:rPr>
        <w:t xml:space="preserve">[49:17] </w:t>
      </w:r>
      <w:r>
        <w:t>masla, asal masla yahi hai. ab musalmanon ko yeh karna padega ke woh dobara loten quran ki taraf, real silsile mein, tab yeh masla hal hoga.</w:t>
      </w:r>
    </w:p>
    <w:p>
      <w:pPr>
        <w:jc w:val="right"/>
      </w:pPr>
      <w:r>
        <w:t>مسئلہ، اصل مسئلہ یہی ہے۔ اب مسلمانوں کو یہ کرنا پڑے گا کہ وہ دوبارہ لوٹیں قرآن کی طرف، real سلسلے میں، تب یہ مسئلہ حل ہوگا۔</w:t>
      </w:r>
    </w:p>
    <w:p>
      <w:r>
        <w:rPr>
          <w:b/>
        </w:rPr>
        <w:t xml:space="preserve">[49:31] </w:t>
      </w:r>
      <w:r>
        <w:t>Real silsile mein, yaani tilawat ke silsile mein nahin, is ko gehrai ke saath samajhne ke silsile mein. Maulana, agla sawal lene se pehle ek comment padhna chahenge jo maulana iqbal umri ne bheja hai chennai se,</w:t>
      </w:r>
    </w:p>
    <w:p>
      <w:pPr>
        <w:jc w:val="right"/>
      </w:pPr>
      <w:r>
        <w:t>Real سلسلے میں، یعنی تلاوت کے سلسلے میں نہیں، اس کو گہرائی کے ساتھ سمجھنے کے سلسلے میں۔ مولانا، اگلا سوال لینے سے پہلے ایک comment پڑھنا چاہیں گے جو مولانا اقبال عمری نے بھیجا ہے چنئی سے،</w:t>
      </w:r>
    </w:p>
    <w:p>
      <w:r>
        <w:rPr>
          <w:b/>
        </w:rPr>
        <w:t xml:space="preserve">[49:45] </w:t>
      </w:r>
      <w:r>
        <w:t>unhone likha hai, "Woh insaan ghaate mein nahin hai jo apni aajizi ko daryaft kare aur Khuda ki kamil qudrat ka etraf kare." Maulana, aap ne aaj bilkul momin ki nafsiyat ko wazeh kar diya.</w:t>
      </w:r>
    </w:p>
    <w:p>
      <w:pPr>
        <w:jc w:val="right"/>
      </w:pPr>
      <w:r>
        <w:t>انہوں نے لکھا ہے، "وہ انسان گھاٹے میں نہیں ہے جو اپنی عاجزی کو دریافت کرے اور خدا کی کامل قدرت کا اعتراف کرے۔" مولانا، آپ نے آج بالکل مومن کی نفسیات کو واضح کر دیا۔</w:t>
      </w:r>
    </w:p>
    <w:p>
      <w:r>
        <w:rPr>
          <w:b/>
        </w:rPr>
        <w:t xml:space="preserve">[50:00] </w:t>
      </w:r>
      <w:r>
        <w:t>jazak Allah. Maulana, agla sawal bheja hai gufran sahab ne kanpur se, unhone likha hai, "Maulana sahab, even though I am an Indian and a proud one,</w:t>
      </w:r>
    </w:p>
    <w:p>
      <w:pPr>
        <w:jc w:val="right"/>
      </w:pPr>
      <w:r>
        <w:t>جزاک اللہ۔ مولانا، اگلا سوال بھیجا ہے گفران صاحب نے کانپور سے، انہوں نے لکھا ہے، "مولانا صاحب، even though I am an Indian and a proud one,</w:t>
      </w:r>
    </w:p>
    <w:p>
      <w:r>
        <w:rPr>
          <w:b/>
        </w:rPr>
        <w:t xml:space="preserve">[50:15] </w:t>
      </w:r>
      <w:r>
        <w:t>still it pains me when our non-Muslim brothers mistrust us aur call us traitors. How should people like me address such accusations?" Dekhiye,</w:t>
      </w:r>
    </w:p>
    <w:p>
      <w:pPr>
        <w:jc w:val="right"/>
      </w:pPr>
      <w:r>
        <w:t>still it pains me when our non-Muslim brothers mistrust us اور call us traitors. How should people like me address such accusations?" دیکھئے،</w:t>
      </w:r>
    </w:p>
    <w:p>
      <w:r>
        <w:rPr>
          <w:b/>
        </w:rPr>
        <w:t xml:space="preserve">[50:31] </w:t>
      </w:r>
      <w:r>
        <w:t>is sawal ka jawab sirf ek hai.</w:t>
      </w:r>
    </w:p>
    <w:p>
      <w:pPr>
        <w:jc w:val="right"/>
      </w:pPr>
      <w:r>
        <w:t>اس سوال کا جواب صرف ایک ہے۔</w:t>
      </w:r>
    </w:p>
    <w:p>
      <w:r>
        <w:rPr>
          <w:b/>
        </w:rPr>
        <w:t xml:space="preserve">[50:37] </w:t>
      </w:r>
      <w:r>
        <w:t>Aap yeh mat dekhiye ke doosre aap ko kya kehte hain. Zindagi bhar maine yahi kiya hai, mere bahut zyada critique hai, bahut zyada.</w:t>
      </w:r>
    </w:p>
    <w:p>
      <w:pPr>
        <w:jc w:val="right"/>
      </w:pPr>
      <w:r>
        <w:t>آپ یہ مت دیکھئے کہ دوسرے آپ کو کیا کہتے ہیں۔ زندگی بھر میں نے یہی کیا ہے، میرے بہت زیادہ critique ہے، بہت زیادہ۔</w:t>
      </w:r>
    </w:p>
    <w:p>
      <w:r>
        <w:rPr>
          <w:b/>
        </w:rPr>
        <w:t xml:space="preserve">[50:50] </w:t>
      </w:r>
      <w:r>
        <w:t>Maine kabhi yeh nahin socha ke doosre mujhe kya kehte hain. Maine sirf apne dil mein jhaanka ke main khud kya hoon.</w:t>
      </w:r>
    </w:p>
    <w:p>
      <w:pPr>
        <w:jc w:val="right"/>
      </w:pPr>
      <w:r>
        <w:t>میں نے کبھی یہ نہیں سوچا کہ دوسرے مجھے کیا کہتے ہیں۔ میں نے صرف اپنے دل میں جھانکا کہ میں خود کیا ہوں۔</w:t>
      </w:r>
    </w:p>
    <w:p>
      <w:r>
        <w:rPr>
          <w:b/>
        </w:rPr>
        <w:t xml:space="preserve">[51:00] </w:t>
      </w:r>
      <w:r>
        <w:t>Agar maine paaya ke main woh nahin hoon jo log kehte hain to bas that was enough for me. Yeh maine sari zindagi kiya hai.</w:t>
      </w:r>
    </w:p>
    <w:p>
      <w:pPr>
        <w:jc w:val="right"/>
      </w:pPr>
      <w:r>
        <w:t>اگر میں نے پایا کہ میں وہ نہیں ہوں جو لوگ کہتے ہیں تو بس that was enough for me۔ یہ میں نے ساری زندگی کیا ہے۔</w:t>
      </w:r>
    </w:p>
    <w:p>
      <w:r>
        <w:rPr>
          <w:b/>
        </w:rPr>
        <w:t xml:space="preserve">[51:11] </w:t>
      </w:r>
      <w:r>
        <w:t>Aap ko pata hai ke maine poori history mein shayad itna zyada critique jitna mujh par kiya hai ke kisi aur par nahin hua.</w:t>
      </w:r>
    </w:p>
    <w:p>
      <w:pPr>
        <w:jc w:val="right"/>
      </w:pPr>
      <w:r>
        <w:t>آپ کو پتہ ہے کہ میں نے پوری history میں شاید اتنا زیادہ کرسچن جتنا مجھ پر کیا ہے کہ کسی اور پر نہیں ہوا۔</w:t>
      </w:r>
    </w:p>
    <w:p>
      <w:r>
        <w:rPr>
          <w:b/>
        </w:rPr>
        <w:t xml:space="preserve">[51:23] </w:t>
      </w:r>
      <w:r>
        <w:t>Jaise kal ek sahab ne bataya ke aap to bahut hi zyada galat aadmi hain, aap rasool Allah ko mukammal usmani nahin mante.</w:t>
      </w:r>
    </w:p>
    <w:p>
      <w:pPr>
        <w:jc w:val="right"/>
      </w:pPr>
      <w:r>
        <w:t>جیسے کل ایک صاحب نے بتایا کہ آپ تو بہت ہی زیادہ غلط آدمی ہیں، آپ رسول اللہ کو مکمل عثمانی نہیں مانتے۔</w:t>
      </w:r>
    </w:p>
    <w:p>
      <w:r>
        <w:rPr>
          <w:b/>
        </w:rPr>
        <w:t xml:space="preserve">[51:37] </w:t>
      </w:r>
      <w:r>
        <w:t>Abhi kal ki baat hai ke ek sahab ne kaha ke aap bahut hi zyada galat aadmi hain kyunke aap rasool Allah ko mukammal usmani nahin mante.</w:t>
      </w:r>
    </w:p>
    <w:p>
      <w:pPr>
        <w:jc w:val="right"/>
      </w:pPr>
      <w:r>
        <w:t>ابھی کل کی بات ہے کہ ایک صاحب نے کہا کہ آپ بہت ہی زیادہ غلط آدمی ہیں کیونکہ آپ رسول اللہ کو مکمل عثمانی نہیں مانتے۔</w:t>
      </w:r>
    </w:p>
    <w:p>
      <w:r>
        <w:rPr>
          <w:b/>
        </w:rPr>
        <w:t xml:space="preserve">[51:47] </w:t>
      </w:r>
      <w:r>
        <w:t>To aap yaqeen kijiye ke maine un se koi behas nahin ki, apne dil mein dekha ke kya waqai mein rasool Allah ko mukammal usmani nahin manta. Mere dil ne kaha ke main mukammal se bhi zyada mukammal manta hoon,</w:t>
      </w:r>
    </w:p>
    <w:p>
      <w:pPr>
        <w:jc w:val="right"/>
      </w:pPr>
      <w:r>
        <w:t>تو آپ یقین کیجئے کہ میں نے ان سے کوئی بحث نہیں کی، اپنے دل میں دیکھا کہ کیا واقعی میں رسول اللہ کو مکمل عثمانی نہیں مانتا۔ میرے دل نے کہا کہ میں مکمل سے بھی زیادہ مکمل مانتا ہوں،</w:t>
      </w:r>
    </w:p>
    <w:p>
      <w:r>
        <w:rPr>
          <w:b/>
        </w:rPr>
        <w:t xml:space="preserve">[52:03] </w:t>
      </w:r>
      <w:r>
        <w:t>mukammal se bhi zyada mukammal. To bas that was enough for me. Phir main un se kuch na mere dil mein koi ghussa hai na kuch nahin, koi shikayat hai na koi koi jawab diya maine un ko.</w:t>
      </w:r>
    </w:p>
    <w:p>
      <w:pPr>
        <w:jc w:val="right"/>
      </w:pPr>
      <w:r>
        <w:t>مکمل سے بھی زیادہ مکمل۔ تو بس that was enough for me۔ پھر میں ان سے کچھ نہ میرے دل میں کوئی غصہ ہے نہ کچھ نہیں، کوئی شکایت ہے نہ کوئی کوئی جواب دیا میں نے ان کو۔</w:t>
      </w:r>
    </w:p>
    <w:p>
      <w:r>
        <w:rPr>
          <w:b/>
        </w:rPr>
        <w:t xml:space="preserve">[52:17] </w:t>
      </w:r>
      <w:r>
        <w:t>To sab se acha jawab jo main apne tajrube se hai woh yahi hai ke doosre kya kehte hain is ko mat dekhiye, aap apne dil mein jhaankiye ke aap khud kya hain, aap ke conscience ke mutabiq.</w:t>
      </w:r>
    </w:p>
    <w:p>
      <w:pPr>
        <w:jc w:val="right"/>
      </w:pPr>
      <w:r>
        <w:t>تو سب سے اچھا جواب جو میں اپنے تجربے سے ہے وہ یہی ہے کہ دوسرے کیا کہتے ہیں اس کو مت دیکھئے، آپ اپنے دل میں جھانکئے کہ آپ خود کیا ہیں، آپ کے conscience کے مطابق۔</w:t>
      </w:r>
    </w:p>
    <w:p>
      <w:r>
        <w:rPr>
          <w:b/>
        </w:rPr>
        <w:t xml:space="preserve">[52:32] </w:t>
      </w:r>
      <w:r>
        <w:t>agar aap ke conscience ka hai ke aap right track par hain to bas mutmaen ho jaiye.</w:t>
      </w:r>
    </w:p>
    <w:p>
      <w:pPr>
        <w:jc w:val="right"/>
      </w:pPr>
      <w:r>
        <w:t>اگر آپ کے conscience کا ہے کہ آپright track پر ہیں تو بس مطمئن ہو جائیے۔</w:t>
      </w:r>
    </w:p>
    <w:p>
      <w:r>
        <w:rPr>
          <w:b/>
        </w:rPr>
        <w:t xml:space="preserve">[52:44] </w:t>
      </w:r>
      <w:r>
        <w:t>molana, agla sawal lete hain. agla sawal bheja hai doctor safina tabassum ne ajmer se, aur unhon ne aap se poocha hai ke "How should we know that whether I am completely modest or not?" is ke bare mein bataiye.</w:t>
      </w:r>
    </w:p>
    <w:p>
      <w:pPr>
        <w:jc w:val="right"/>
      </w:pPr>
      <w:r>
        <w:t>مولانا، اگلا سوال لیتے ہیں۔ اگلا سوال بھیجا ہے ڈاکٹر صفینہ تبسم نے اجمیر سے، اور انہوں نے آپ سے پوچھا ہے کہ "How should we know that whether I am completely modest or not؟" اس کے بارے میں بتائیں۔</w:t>
      </w:r>
    </w:p>
    <w:p>
      <w:r>
        <w:rPr>
          <w:b/>
        </w:rPr>
        <w:t xml:space="preserve">[53:03] </w:t>
      </w:r>
      <w:r>
        <w:t>isi sawal ke bare mein kal parson mein ne ek sahab se kaha tha ke jab aap ka haal yeh ho jaye ke</w:t>
      </w:r>
    </w:p>
    <w:p>
      <w:pPr>
        <w:jc w:val="right"/>
      </w:pPr>
      <w:r>
        <w:t>اسی سوال کے بارے میں کل پرسوں میں نے ایک صاحب سے کہا تھا کہ جب آپ کا حال یہ ہو جائے کہ</w:t>
      </w:r>
    </w:p>
    <w:p>
      <w:r>
        <w:rPr>
          <w:b/>
        </w:rPr>
        <w:t xml:space="preserve">[53:18] </w:t>
      </w:r>
      <w:r>
        <w:t>praise aap ko khush na kare aur criticism aap ko affirm na kare to aap woh insan ban gaye.</w:t>
      </w:r>
    </w:p>
    <w:p>
      <w:pPr>
        <w:jc w:val="right"/>
      </w:pPr>
      <w:r>
        <w:t>praise آپ کو خوش نہ کرے اور کرسچن آپ کو affirm نہ کرے تو آپ وہ انسان بن گئے۔</w:t>
      </w:r>
    </w:p>
    <w:p>
      <w:r>
        <w:rPr>
          <w:b/>
        </w:rPr>
        <w:t xml:space="preserve">[53:30] </w:t>
      </w:r>
      <w:r>
        <w:t>yani koi tareef kare to aap khush na hon, koi aap ko bura bataye to aap ke dil mein koi gham na paida ho to phir aap wohi insan hain.</w:t>
      </w:r>
    </w:p>
    <w:p>
      <w:pPr>
        <w:jc w:val="right"/>
      </w:pPr>
      <w:r>
        <w:t>یعنی کوئی تعریف کرے تو آپ خوش نہ ہوں، کوئی آپ کو برا بتائے تو آپ کے دل میں کوئی غم نہ پیدا ہو تو پھر آپ وہی انسان ہیں۔</w:t>
      </w:r>
    </w:p>
    <w:p>
      <w:r>
        <w:rPr>
          <w:b/>
        </w:rPr>
        <w:t xml:space="preserve">[53:47] </w:t>
      </w:r>
      <w:r>
        <w:t>ab yahi jhanakiye apne ko ke aap kya woh insan hain jo tareef se khush nahi hota aur criticism se affirm nahi hota.</w:t>
      </w:r>
    </w:p>
    <w:p>
      <w:pPr>
        <w:jc w:val="right"/>
      </w:pPr>
      <w:r>
        <w:t>اب یہی جھانکئے اپنے کو کہ آپ کیا وہ انسان ہیں جو تعریف سے خوش نہیں ہوتا اور ترقیض سے affirm نہیں ہوتا۔</w:t>
      </w:r>
    </w:p>
    <w:p>
      <w:r>
        <w:rPr>
          <w:b/>
        </w:rPr>
        <w:t xml:space="preserve">[53:57] </w:t>
      </w:r>
      <w:r>
        <w:t>agar yeh hai to bas kafi hai aap ke liye. molana, agla sawal bheja hai abdul rehman sahab ne dilli se, unhon ne likha hai, "aksar aisa hota hai ke hum bohat comfortable life jeete hue bhi har cheez se bore ho jate hain aur har cheez ko for granted lene lagte hain jis se apne creator ke liye shukr ka jazba bohat kam ho jata hai.</w:t>
      </w:r>
    </w:p>
    <w:p>
      <w:pPr>
        <w:jc w:val="right"/>
      </w:pPr>
      <w:r>
        <w:t>اگر یہ ہے تو بس کافی ہے آپ کے لیے۔ مولانا، اگلا سوال بھیجا ہے عبدالرحمن صاحب نے دلی سے، انہوں نے لکھا ہے، "اکثر ایسا ہوتا ہے کہ ہم بہت comfortable life جیتے ہوئے بھی ہر چیز سے bore ہو جاتے ہیں اور ہر چیز کو for granted لینے لگتے ہیں جس سے اپنے creator کے لیے شکر کا جذبہ بہت کم ہو جاتا ہے۔</w:t>
      </w:r>
    </w:p>
    <w:p>
      <w:r>
        <w:rPr>
          <w:b/>
        </w:rPr>
        <w:t xml:space="preserve">[54:22] </w:t>
      </w:r>
      <w:r>
        <w:t>to aise mein hum apna self renewal kaise karein? is ki advice karein." bas quran ko samajh kar parhiye, hadithon ko samajh kar parhiye, rasool Allah ki zindagi ko samajh kar mutala kijiye,</w:t>
      </w:r>
    </w:p>
    <w:p>
      <w:pPr>
        <w:jc w:val="right"/>
      </w:pPr>
      <w:r>
        <w:t>تو ایسے میں ہم اپنا self renewal کیسے کریں؟ اس کی advice کریں۔" بس قرآن کو سمجھ کر پڑھئے، حدیثوں کو سمجھ کر پڑھئے، رسول اللہ کی زندگی کو سمجھ کر مطالعہ کیجئے،</w:t>
      </w:r>
    </w:p>
    <w:p>
      <w:r>
        <w:rPr>
          <w:b/>
        </w:rPr>
        <w:t xml:space="preserve">[54:40] </w:t>
      </w:r>
      <w:r>
        <w:t>sahaba ki zindagi ko samajh kar mutala kijiye. samajh kar is liye keh raha hoon mein, ek sath ek mulaqat hui jo urdu jante the to mere sath kuch aur log the to mein ne to nahi, doosron ne un se sawal kiya.</w:t>
      </w:r>
    </w:p>
    <w:p>
      <w:pPr>
        <w:jc w:val="right"/>
      </w:pPr>
      <w:r>
        <w:t>صحابہ کی زندگی کو سمجھ کر مطالعہ کیجئے۔ سمجھ کر اس لیے کہہ رہا ہوں میں، ایک ساتھ ایک ملاقات ہوئی جو عربی جانتے تھے تو میرے ساتھ کچھ اور لوگ تھے تو میں نے تو نہیں، دوسروں نے ان سے سوال کیا۔</w:t>
      </w:r>
    </w:p>
    <w:p>
      <w:r>
        <w:rPr>
          <w:b/>
        </w:rPr>
        <w:t xml:space="preserve">[54:59] </w:t>
      </w:r>
      <w:r>
        <w:t>yeh baat aayi thi ke unhon ne kunz ul amal ka poora, yani ramzan ke mahine mein, pichle ramzan mein poora poora kunz ul amal ko parhaya.</w:t>
      </w:r>
    </w:p>
    <w:p>
      <w:pPr>
        <w:jc w:val="right"/>
      </w:pPr>
      <w:r>
        <w:t>یہ بات آئی تھی کہ انہوں نے کنز العمال کا پورا، یعنی رمضان کے مہینے میں، پچھلے رمضان میں پورا پورا کنز العمال کو پڑھایا۔</w:t>
      </w:r>
    </w:p>
    <w:p>
      <w:r>
        <w:rPr>
          <w:b/>
        </w:rPr>
        <w:t xml:space="preserve">[55:15] </w:t>
      </w:r>
      <w:r>
        <w:t>kunz ul amal ek moti kitab hai</w:t>
      </w:r>
    </w:p>
    <w:p>
      <w:pPr>
        <w:jc w:val="right"/>
      </w:pPr>
      <w:r>
        <w:t>کنز العمال ایک موٹی کتاب ہے</w:t>
      </w:r>
    </w:p>
    <w:p>
      <w:r>
        <w:rPr>
          <w:b/>
        </w:rPr>
        <w:t xml:space="preserve">[55:20] </w:t>
      </w:r>
      <w:r>
        <w:t>to is mein sahaba ki, tabeen ki aur aala darje ke musalmanon ki bohat si baatein hain. to hamare sathiyon ne un se poocha ke kunz ul amal ki koi ek baat bataiye,</w:t>
      </w:r>
    </w:p>
    <w:p>
      <w:pPr>
        <w:jc w:val="right"/>
      </w:pPr>
      <w:r>
        <w:t>تو اس میں صحابہ کی، تابعین کی اور اعلیٰ درجے کے مسلمانوں کی بہت سی باتیں ہیں۔ تو ہمارے ساتھیوں نے ان سے پوچھا کہ کنز العمال کی کوئی ایک بات بتائیے،</w:t>
      </w:r>
    </w:p>
    <w:p>
      <w:r>
        <w:rPr>
          <w:b/>
        </w:rPr>
        <w:t xml:space="preserve">[55:34] </w:t>
      </w:r>
      <w:r>
        <w:t>wisdom ki jo hamari mufeed ho. to aap yaqeen kijiye ke koi ek baat na bata sake. woh jab ke woh urdu jante the, ab poori poori kunz ul amal unhon ne ramzan mein parhi thi.</w:t>
      </w:r>
    </w:p>
    <w:p>
      <w:pPr>
        <w:jc w:val="right"/>
      </w:pPr>
      <w:r>
        <w:t>wisdom کی جو ہماری مفید ہو۔ تو آپ یقین کیجئے کہ کوئی ایک بات نہ بتا سکے۔ وہ جب کہ وہ عربی جانتے تھے، اب پوری پوری کنز العمال انہوں نے رمضان میں پڑھی تھی۔</w:t>
      </w:r>
    </w:p>
    <w:p>
      <w:r>
        <w:rPr>
          <w:b/>
        </w:rPr>
        <w:t xml:space="preserve">[55:47] </w:t>
      </w:r>
      <w:r>
        <w:t>to log parhte hain lekin wahi hai ke Hazrat Aisha ne jo kaha tha ke "أولئك قروا ولم يقروا" aksar logon par yahi saadiq aata hai ke "أولئك قروا ولم يقروا".</w:t>
      </w:r>
    </w:p>
    <w:p>
      <w:pPr>
        <w:jc w:val="right"/>
      </w:pPr>
      <w:r>
        <w:t>تو لوگ پڑھتے ہیں لیکن وہی ہے کہ حضرت عائشہ نے جو کہا تھا کہ "أولئك قروا ولم يقروا" اکثر لوگوں پر یہی صادق آتا ہے کہ "أولئك قروا ولم يقروا"۔</w:t>
      </w:r>
    </w:p>
    <w:p>
      <w:r>
        <w:rPr>
          <w:b/>
        </w:rPr>
        <w:t xml:space="preserve">[56:04] </w:t>
      </w:r>
      <w:r>
        <w:t>ab mein kya karoon? yeh mein kahunga ke bhai sahi tareeqe se parhiye</w:t>
      </w:r>
    </w:p>
    <w:p>
      <w:pPr>
        <w:jc w:val="right"/>
      </w:pPr>
      <w:r>
        <w:t>اب میں کیا کروں؟ یہ میں کہوں گا کہ بھئی صحیح طریقے سے پڑھئے</w:t>
      </w:r>
    </w:p>
    <w:p>
      <w:r>
        <w:rPr>
          <w:b/>
        </w:rPr>
        <w:t xml:space="preserve">[56:13] </w:t>
      </w:r>
      <w:r>
        <w:t>aur to mein kuch nahi keh sakta. ji molana, agla sawal hong kong se tausif bukhari sahab ne bheja hai, unhon ne likha hai, "mayusi se nikalne ke liye konsi buniyadi cheez ya tareeqa ikhtiyar karna chahiye?" is ke bare mein bataiye.</w:t>
      </w:r>
    </w:p>
    <w:p>
      <w:pPr>
        <w:jc w:val="right"/>
      </w:pPr>
      <w:r>
        <w:t>اور تو میں کچھ نہیں کہہ سکتا۔ جی مولانا، اگلا سوال ہانگ کانگ سے توصیف بخاری صاحب نے بھیجا ہے، انہوں نے لکھا ہے، "مایوسی سے نکلنے کے لیے کون سی بنیادی چیز یا طریقہ اختیار کرنا چاہیے؟" اس کے بارے میں بتائیں۔</w:t>
      </w:r>
    </w:p>
    <w:p>
      <w:r>
        <w:rPr>
          <w:b/>
        </w:rPr>
        <w:t xml:space="preserve">[56:34] </w:t>
      </w:r>
      <w:r>
        <w:t>mere liye to yahi hai ke har din jab subah ko mein dekhta hoon ke suraj nikal raha hai, jis tarah aaj sare chhe baje dekha mein ne to mein hope se bhar jata hoon.</w:t>
      </w:r>
    </w:p>
    <w:p>
      <w:pPr>
        <w:jc w:val="right"/>
      </w:pPr>
      <w:r>
        <w:t>میرے لیے تو یہی ہے کہ ہر دن جب صبح کو میں دیکھتا ہوں کہ سورج نکل رہا ہے، جس طرح آج ساڑھے چھ بجے دیکھا میں نے تو میں hope سے بھر جاتا ہوں۔</w:t>
      </w:r>
    </w:p>
    <w:p>
      <w:r>
        <w:rPr>
          <w:b/>
        </w:rPr>
        <w:t xml:space="preserve">[56:48] </w:t>
      </w:r>
      <w:r>
        <w:t>yani suraj ka har din nikalna subah ko hope ka pahad hota hai, hope ka universal le kar aata hai.</w:t>
      </w:r>
    </w:p>
    <w:p>
      <w:pPr>
        <w:jc w:val="right"/>
      </w:pPr>
      <w:r>
        <w:t>یعنی سورج کا ہر دن نکلنا صبح کو hope کا پہاڑ ہوتا ہے، hope کا universal لے کر آتا ہے۔</w:t>
      </w:r>
    </w:p>
    <w:p>
      <w:r>
        <w:rPr>
          <w:b/>
        </w:rPr>
        <w:t xml:space="preserve">[56:57] </w:t>
      </w:r>
      <w:r>
        <w:t>woh shoori tor par agar mein Allah ke is is is nishan ko dekhun to mein kabhi mayusi ka shikar nahi ho sakta.</w:t>
      </w:r>
    </w:p>
    <w:p>
      <w:pPr>
        <w:jc w:val="right"/>
      </w:pPr>
      <w:r>
        <w:t>وہ شعوری طور پر اگر میں اللہ کے اس اس اس نشان کو دیکھوں تو میں کبھی مایوسی کا شکار نہیں ہو سکتا۔</w:t>
      </w:r>
    </w:p>
    <w:p>
      <w:r>
        <w:rPr>
          <w:b/>
        </w:rPr>
        <w:t xml:space="preserve">[57:09] </w:t>
      </w:r>
      <w:r>
        <w:t>mera haal yahi hai</w:t>
      </w:r>
    </w:p>
    <w:p>
      <w:pPr>
        <w:jc w:val="right"/>
      </w:pPr>
      <w:r>
        <w:t>میرا حال یہی ہے</w:t>
      </w:r>
    </w:p>
    <w:p>
      <w:r>
        <w:rPr>
          <w:b/>
        </w:rPr>
        <w:t xml:space="preserve">[57:13] </w:t>
      </w:r>
      <w:r>
        <w:t>ke jab mein gaon mein tha tab se mein suraj ke nikalne ko dekhta hoon aur suraj ka nikalna mujhe Allah rab ul alameen ki taraf se umeed ka ek ek samandar hota hai.</w:t>
      </w:r>
    </w:p>
    <w:p>
      <w:pPr>
        <w:jc w:val="right"/>
      </w:pPr>
      <w:r>
        <w:t>کہ جب میں گاؤں میں تھا تب سے میں سورج کے نکلنے کو دیکھتا ہوں اور سورج کا نکلنا مجھے اللہ رب العالمین کی طرف سے امید کا ایک ایک سمندر ہوتا ہے۔</w:t>
      </w:r>
    </w:p>
    <w:p>
      <w:r>
        <w:rPr>
          <w:b/>
        </w:rPr>
        <w:t xml:space="preserve">[57:26] </w:t>
      </w:r>
      <w:r>
        <w:t>mere liye to kafi hai.</w:t>
      </w:r>
    </w:p>
    <w:p>
      <w:pPr>
        <w:jc w:val="right"/>
      </w:pPr>
      <w:r>
        <w:t>میرے لیے تو کافی ہے۔</w:t>
      </w:r>
    </w:p>
    <w:p>
      <w:r>
        <w:rPr>
          <w:b/>
        </w:rPr>
        <w:t xml:space="preserve">[57:30] </w:t>
      </w:r>
      <w:r>
        <w:t>molana, agla sawal dilli se kya hai nafees siddiqui sahab ne aur unhon ne likha hai, "moashre ko acha banane mein aurat ka contribution sab se zyada hota hai, phir bhi moashra aurat ko woh ehtiram nahi karta jo use karna chahiye.</w:t>
      </w:r>
    </w:p>
    <w:p>
      <w:pPr>
        <w:jc w:val="right"/>
      </w:pPr>
      <w:r>
        <w:t>مولانا، اگلا سوال دلی سے کیا ہے نفیس صدیقی صاحب نے اور انہوں نے لکھا ہے، "معاشرے کو اچھا بنانے میں عورت کا contribution سب سے زیادہ ہوتا ہے، پھر بھی معاشرہ عورت کو وہ احترام نہیں کرتا جو اسے کرنا چاہیے۔</w:t>
      </w:r>
    </w:p>
    <w:p>
      <w:r>
        <w:rPr>
          <w:b/>
        </w:rPr>
        <w:t xml:space="preserve">[57:49] </w:t>
      </w:r>
      <w:r>
        <w:t>aisa kyun hai?" is ke bare mein bataiye. bhai, koi ehtiram kare ya na kare, Allah ke nazdeek aap woh insan hon jo Allah ki mansha poora kar raha hai to wahi kafi hai kyunke lena insan se nahi hai, lena to Allah rab ul alameen se hai.</w:t>
      </w:r>
    </w:p>
    <w:p>
      <w:pPr>
        <w:jc w:val="right"/>
      </w:pPr>
      <w:r>
        <w:t>ایسا کیوں ہے؟" اس کے بارے میں بتائیں۔ بھئی، کوئی احترام کرے یا نہ کرے، اللہ کے نزدیک آپ وہ انسان ہوں جو اللہ کی منشا پورا کر رہا ہے تو وہی کافی ہے کیونکہ لینا انسان سے نہیں ہے، لینا تو اللہ رب العالمین سے ہے۔</w:t>
      </w:r>
    </w:p>
    <w:p>
      <w:r>
        <w:rPr>
          <w:b/>
        </w:rPr>
        <w:t xml:space="preserve">[58:09] </w:t>
      </w:r>
      <w:r>
        <w:t>aurat hi ki baat nahi hai, mard ka kaun aitraf karta hai? mein ne to aaj tak kisi insan ko nahi dekha ke jo sahi maano mein kisi ke deen ko acknowledge kare.</w:t>
      </w:r>
    </w:p>
    <w:p>
      <w:pPr>
        <w:jc w:val="right"/>
      </w:pPr>
      <w:r>
        <w:t>عورت ہی کی بات نہیں ہے، مرد کا کون اعتراف کرتا ہے؟ میں نے تو آج تک کسی انسان کو نہیں دیکھا کہ جو صحیح معنوں میں کسی کے دین کو acknowledge کرے۔</w:t>
      </w:r>
    </w:p>
    <w:p>
      <w:r>
        <w:rPr>
          <w:b/>
        </w:rPr>
        <w:t xml:space="preserve">[58:23] </w:t>
      </w:r>
      <w:r>
        <w:t>yaqeen keejiyay ke aik insaan nahin jaanta ho, kisi ko kisi se mila ho, kisi ko kisi se faida hua ho aur woh sach much acknowledge kare uss ko.</w:t>
      </w:r>
    </w:p>
    <w:p>
      <w:pPr>
        <w:jc w:val="right"/>
      </w:pPr>
      <w:r>
        <w:t>یقین کیجئے کہ ایک انسان نہیں جانتا ہو، کسی کو کسی سے ملا ہو، کسی کو کسی سے فائدہ ہوا ہو اور وہ سچ مچ acknowledge کرے اس کو۔</w:t>
      </w:r>
    </w:p>
    <w:p>
      <w:r>
        <w:rPr>
          <w:b/>
        </w:rPr>
        <w:t xml:space="preserve">[58:39] </w:t>
      </w:r>
      <w:r>
        <w:t>main to nahin jaanta, main sirf aik hi misaal mere paas hai, woh scholar misaal hai, scholar mazhabi logon ki misaal mere paas nahin hai. main ne aik qissa bataya tha aap ko ke aik saahab thay abul furqan adum garh ke, to un ke gaon ke aik saahab thay, un ke jaantay thay woh.</w:t>
      </w:r>
    </w:p>
    <w:p>
      <w:pPr>
        <w:jc w:val="right"/>
      </w:pPr>
      <w:r>
        <w:t>میں تو نہیں جانتا، میں صرف ایک ہی مثال میرے پاس ہے، وہ سکولر مثال ہے، سکولر مذہبی لوگوں کی مثال میرے پاس نہیں ہے۔ میں نے ایک قصہ بتایا تھا آپ کو کہ ایک صاحب تھے ابوالفرقان آدم گڑھ کے، تو ان کے گاؤں کے ایک صاحب تھے، ان کے جانتے تھے وہ۔</w:t>
      </w:r>
    </w:p>
    <w:p>
      <w:r>
        <w:rPr>
          <w:b/>
        </w:rPr>
        <w:t xml:space="preserve">[58:58] </w:t>
      </w:r>
      <w:r>
        <w:t>to woh lag gaye congress mein sanjar gandhi ke zamanay mein aur gaon se nikal kar woh dilli pohnchay. to sanjar gandhi ne un ki salahiyat dekhi, un ki qadar ki aur un ko raj sabha mein bharwa diya.</w:t>
      </w:r>
    </w:p>
    <w:p>
      <w:pPr>
        <w:jc w:val="right"/>
      </w:pPr>
      <w:r>
        <w:t>تو وہ لگ گئے کانگریس میں سنجر گاندھی کے زمانے میں اور گاؤں سے نکل کر وہ دلی پہنچ گئے۔ تو سنجر گاندھی نے ان کی صلاحیت دیکھی، ان کی قدر کی اور ان کو راج سبھا میں بھروا دیا۔</w:t>
      </w:r>
    </w:p>
    <w:p>
      <w:r>
        <w:rPr>
          <w:b/>
        </w:rPr>
        <w:t xml:space="preserve">[59:14] </w:t>
      </w:r>
      <w:r>
        <w:t>iss ke baad un ko raj sabha ka jo residence hota hai, woh mil gaya jis mein sab kuch hota hai, sara saman, gaadi se le kar se le kar yaani telephone tak.</w:t>
      </w:r>
    </w:p>
    <w:p>
      <w:pPr>
        <w:jc w:val="right"/>
      </w:pPr>
      <w:r>
        <w:t>اس کے بعد ان کو راج سبھا کا جو residence ہوتا ہے، وہ مل گیا جس میں سب کچھ ہوتا ہے، سارا سامان، گاڑی سے لے کر سے لے کر یعنی ٹیلی فون تک۔</w:t>
      </w:r>
    </w:p>
    <w:p>
      <w:r>
        <w:rPr>
          <w:b/>
        </w:rPr>
        <w:t xml:space="preserve">[59:31] </w:t>
      </w:r>
      <w:r>
        <w:t>to abul furqan saahab ne bataya mujh ko, mujh se milnay gaye thay woh ke woh saahab jo thay baar baar yeh kehtay thay, "yeh sab sanjar babu ki dain hai,</w:t>
      </w:r>
    </w:p>
    <w:p>
      <w:pPr>
        <w:jc w:val="right"/>
      </w:pPr>
      <w:r>
        <w:t>تو ابوالفرقان صاحب نے بتایا مجھ کو، مجھ سے ملنے گئے تھے وہ کہ وہ صاحب جو تھے بار بار یہ کہتے تھے، "یہ سب سنجر بابو کی دین ہے،</w:t>
      </w:r>
    </w:p>
    <w:p>
      <w:r>
        <w:rPr>
          <w:b/>
        </w:rPr>
        <w:t xml:space="preserve">[59:45] </w:t>
      </w:r>
      <w:r>
        <w:t>yeh sab sanjar babu ki dain hai." yaani flat mein jatay hain, woh aik well furnished flat tha, woh well furnished flat to uss ko dekh ke kehtay thay ke "yeh sab sanjar babu ki dain hai." aisa acknowledgement, aisa etraaf main ne aik hi paya.</w:t>
      </w:r>
    </w:p>
    <w:p>
      <w:pPr>
        <w:jc w:val="right"/>
      </w:pPr>
      <w:r>
        <w:t>یہ سب سنجر بابو کی دین ہے۔" یعنی فلیٹ میں جاتے ہیں، وہ ایک well furnished فلیٹ تھا، وہ well furnished فلیٹ تو اس کو دیکھ کے کہتے تھے کہ "یہ سب سنجر بابو کی دین ہے۔" ایسا acknowledgement، ایسا اعتراف میں نے ایک ہی پایا۔</w:t>
      </w:r>
    </w:p>
    <w:p>
      <w:r>
        <w:rPr>
          <w:b/>
        </w:rPr>
        <w:t xml:space="preserve">[1:00:05] </w:t>
      </w:r>
      <w:r>
        <w:t>jitnay mazhabi log hain, deeni log hain, unhein main ne acknowledgement nahin paya. logon ke dil mein hota hoga, munh se bolain, woh to aik hi mujhe mila hai, poori zindagi mein mila hai.</w:t>
      </w:r>
    </w:p>
    <w:p>
      <w:pPr>
        <w:jc w:val="right"/>
      </w:pPr>
      <w:r>
        <w:t>جتنے مذہبی لوگ ہیں، دینی لوگ ہیں، انہیں میں نے acknowledgement نہیں پایا۔ لوگوں کے دل میں ہوتا ہوگا، منہ سے بولیں، وہ تو ایک ہی مجھے ملا ہے، پوری زندگی میں ملا ہے۔</w:t>
      </w:r>
    </w:p>
    <w:p>
      <w:r>
        <w:rPr>
          <w:b/>
        </w:rPr>
        <w:t xml:space="preserve">[1:00:17] </w:t>
      </w:r>
      <w:r>
        <w:t>to main kya karoon? aurat, aap aurat ki baat kar rahay hain, yeh sab ki baat hai, yeh sab ki baat hai. hamari qaum acknowledge karna jantay hi nahin,</w:t>
      </w:r>
    </w:p>
    <w:p>
      <w:pPr>
        <w:jc w:val="right"/>
      </w:pPr>
      <w:r>
        <w:t>تو میں کیا کروں؟ عورت، آپ عورت کی بات کر رہے ہیں، یہ سب کی بات ہے، یہ سب کی بات ہے۔ ہماری قوم acknowledge کرنا جانتے ہی نہیں،</w:t>
      </w:r>
    </w:p>
    <w:p>
      <w:r>
        <w:rPr>
          <w:b/>
        </w:rPr>
        <w:t xml:space="preserve">[1:00:31] </w:t>
      </w:r>
      <w:r>
        <w:t>aurat ki baat nahin hai, mard ki baat bhi yahi hai. mera tajurba main ne bayan kar ke bhi bohat insaanon ka main tajurba uthaya hai, main ne wohi aik insaan mujhe mila jo kehta tha, "yeh sab sanjar babu ki dain hai." aisa etraaf to khuda ke bhi nahin koi karta, insaan ka kya karay ga?</w:t>
      </w:r>
    </w:p>
    <w:p>
      <w:pPr>
        <w:jc w:val="right"/>
      </w:pPr>
      <w:r>
        <w:t>عورت کی بات نہیں ہے، مرد کی بات بھی یہی ہے۔ میرا تجربہ میں نے بیان کر کے بھی بہت انسانوں کا میں تجربہ اٹھایا ہے، میں نے وہی ایک انسان مجھے ملا جو کہتا تھا، "یہ سب سنجر بابو کی دین ہے۔" ایسا اعتراف تو خدا کے بھی نہیں کوئی کرتا، انسان کا کیا کرے گا؟</w:t>
      </w:r>
    </w:p>
    <w:p>
      <w:r>
        <w:rPr>
          <w:b/>
        </w:rPr>
        <w:t xml:space="preserve">[1:00:53] </w:t>
      </w:r>
      <w:r>
        <w:t>bas zahir si baat hai, woh ghussa ho jayen gay, zahir si baat hai, woh tanqeed karen gay, zahir si baat hai, woh negative ho jayen gay. koi baray se bara aap ne kisi ke sath sulook kiya ho, woh bhool jayen gay.</w:t>
      </w:r>
    </w:p>
    <w:p>
      <w:pPr>
        <w:jc w:val="right"/>
      </w:pPr>
      <w:r>
        <w:t>بس ظاہر سی بات ہے، وہ غصہ ہو جائیں گے، ظاہر سی بات ہے، وہ تنقید کریں گے، ظاہر سی بات ہے، وہ negative ہو جائیں گے۔ کوئی بڑے سے بڑا آپ نے کسی کے ساتھ سلوک کیا ہو، وہ بھول جائیں گے۔</w:t>
      </w:r>
    </w:p>
    <w:p>
      <w:r>
        <w:rPr>
          <w:b/>
        </w:rPr>
        <w:t xml:space="preserve">[1:01:05] </w:t>
      </w:r>
      <w:r>
        <w:t>yeh to hum dekh rahay hain. to haqeeqat yeh hai ke mard aurat ki baat nahin hai, sab ki baat yahi hai, mere tajurbe ke mutabiq.</w:t>
      </w:r>
    </w:p>
    <w:p>
      <w:pPr>
        <w:jc w:val="right"/>
      </w:pPr>
      <w:r>
        <w:t>یہ تو ہم دیکھ رہے ہیں۔ تو حقیقت یہ ہے کہ مرد عورت کی بات نہیں ہے، سب کی بات یہی ہے، میرے تجربے کے مطابق۔</w:t>
      </w:r>
    </w:p>
    <w:p>
      <w:r>
        <w:rPr>
          <w:b/>
        </w:rPr>
        <w:t xml:space="preserve">[1:01:19] </w:t>
      </w:r>
      <w:r>
        <w:t>maulana, agla sawal usa se miss kousar izhar ne bheja hai, unhon ne likha hai, "When we totally submit to our creator, we become ojiz and humble,</w:t>
      </w:r>
    </w:p>
    <w:p>
      <w:pPr>
        <w:jc w:val="right"/>
      </w:pPr>
      <w:r>
        <w:t>مولانا، اگلا سوال یو ایس اے سے مس کوثر اظہار نے بھیجا ہے، انہوں نے لکھا ہے، "When we totally submit to our creator, we become ojiz and humble,</w:t>
      </w:r>
    </w:p>
    <w:p>
      <w:r>
        <w:rPr>
          <w:b/>
        </w:rPr>
        <w:t xml:space="preserve">[1:01:32] </w:t>
      </w:r>
      <w:r>
        <w:t>but at the same time we show arrogance to other people.</w:t>
      </w:r>
    </w:p>
    <w:p>
      <w:pPr>
        <w:jc w:val="right"/>
      </w:pPr>
      <w:r>
        <w:t>but at the same time we show arrogance to other people.</w:t>
      </w:r>
    </w:p>
    <w:p>
      <w:r>
        <w:rPr>
          <w:b/>
        </w:rPr>
        <w:t xml:space="preserve">[1:01:37] </w:t>
      </w:r>
      <w:r>
        <w:t>Why there is such a stark difference? What is missing here?" maulana, iss ke baray mein batayen. bhai, bara hi anokha sawal hai, bohat anokha sawal hai.</w:t>
      </w:r>
    </w:p>
    <w:p>
      <w:pPr>
        <w:jc w:val="right"/>
      </w:pPr>
      <w:r>
        <w:t>Why there is such a stark difference? What is missing here?" مولانا، اس کے بارے میں بتائیں۔ بھئی، بڑا ہی انوکھا سوال ہے، بہت انوکھا سوال ہے۔</w:t>
      </w:r>
    </w:p>
    <w:p>
      <w:r>
        <w:rPr>
          <w:b/>
        </w:rPr>
        <w:t xml:space="preserve">[1:01:49] </w:t>
      </w:r>
      <w:r>
        <w:t>main yeh kahoon ga apne tajurbe ke mutabiq ke Allah ke muqablay mein bhi woh aajiz nahin banta, aisa insaan kahani lip service ki taraf bolta hai.</w:t>
      </w:r>
    </w:p>
    <w:p>
      <w:pPr>
        <w:jc w:val="right"/>
      </w:pPr>
      <w:r>
        <w:t>میں یہ کہوں گا اپنے تجربے کے مطابق کہ اللہ کے مقابلے میں بھی وہ عاجز نہیں بنتا، ایسا انسان کہانی lip service کی طرف بولتا ہے۔</w:t>
      </w:r>
    </w:p>
    <w:p>
      <w:r>
        <w:rPr>
          <w:b/>
        </w:rPr>
        <w:t xml:space="preserve">[1:02:03] </w:t>
      </w:r>
      <w:r>
        <w:t>yaad rakhiye, Allah ke muqablay mein ishq ki daryaft ka jo criterion hai, woh insaan hai, insaan hai.</w:t>
      </w:r>
    </w:p>
    <w:p>
      <w:pPr>
        <w:jc w:val="right"/>
      </w:pPr>
      <w:r>
        <w:t>یاد رکھیے، اللہ کے مقابلے میں عشق کی دریافت کا جو criterion ہے، وہ انسان ہے، انسان ہے۔</w:t>
      </w:r>
    </w:p>
    <w:p>
      <w:r>
        <w:rPr>
          <w:b/>
        </w:rPr>
        <w:t xml:space="preserve">[1:02:17] </w:t>
      </w:r>
      <w:r>
        <w:t>yaani Allah ke muqablay mein apna ishq daryaft karne ki saboot yeh hai ke aap insaan ke muqablay mein apnay ko, apnay ishq ko daryaft karen, nahin to woh lip service hai.</w:t>
      </w:r>
    </w:p>
    <w:p>
      <w:pPr>
        <w:jc w:val="right"/>
      </w:pPr>
      <w:r>
        <w:t>یعنی اللہ کے مقابلے میں اپنا عشق دریافت کرنے کی ثبوت یہ ہے کہ آپ انسان کے مقابلے میں اپنے کو، اپنے عشق کو دریافت کریں، نہیں تو وہ lip service ہے۔</w:t>
      </w:r>
    </w:p>
    <w:p>
      <w:r>
        <w:rPr>
          <w:b/>
        </w:rPr>
        <w:t xml:space="preserve">[1:02:31] </w:t>
      </w:r>
      <w:r>
        <w:t>jo Allah ke muqablay mein bolta hai, "Alhamdulillah, Alhamdulillah, Subhan Allah", woh sab lip service hota hai, kuch nahin hota. aur yeh hadees se sabit hai ke "man lam yashhad al-nas lam yashhad Allah".</w:t>
      </w:r>
    </w:p>
    <w:p>
      <w:pPr>
        <w:jc w:val="right"/>
      </w:pPr>
      <w:r>
        <w:t>جو اللہ کے مقابلے میں بولتا ہے، "الحمدللہ، الحمدللہ، سبحان اللہ"، وہ سب lip service ہوتا ہے، کچھ نہیں ہوتا۔ اور یہ حدیث سے ثابت ہے کہ "من لم یشہد الناس لم یشہد اللہ"۔</w:t>
      </w:r>
    </w:p>
    <w:p>
      <w:r>
        <w:rPr>
          <w:b/>
        </w:rPr>
        <w:t xml:space="preserve">[1:02:46] </w:t>
      </w:r>
      <w:r>
        <w:t>jo insaan ka etraaf nahin karay ga, woh Allah ka bhi etraaf nahin karay ga. iss ka matlab yahi hai ke agar tum dekho ke insaan ke muqablay mein.</w:t>
      </w:r>
    </w:p>
    <w:p>
      <w:pPr>
        <w:jc w:val="right"/>
      </w:pPr>
      <w:r>
        <w:t>جو انسان کا اعتراف نہیں کرے گا، وہ اللہ کا بھی اعتراف نہیں کرے گا۔ اس کا مطلب یہی ہے کہ اگر تم دیکھو کہ انسان کے مقابلے میں۔</w:t>
      </w:r>
    </w:p>
    <w:p>
      <w:r>
        <w:rPr>
          <w:b/>
        </w:rPr>
        <w:t xml:space="preserve">[1:02:56] </w:t>
      </w:r>
      <w:r>
        <w:t>to woh acknowledge karta nahin, etraaf karta nahin, aur Allah Allah khoob karta hai. to woh woh sab banawati hai, lip service hai, iss ki koi haqeeqat nahin hai.</w:t>
      </w:r>
    </w:p>
    <w:p>
      <w:pPr>
        <w:jc w:val="right"/>
      </w:pPr>
      <w:r>
        <w:t>تو وہ acknowledge کرتا نہیں، اعتراف کرتا نہیں، اور اللہ اللہ خوب کرتا ہے۔ تو وہ وہ سب بناوٹی ہے، lip service ہے، اس کی کوئی حقیقت نہیں ہے۔</w:t>
      </w:r>
    </w:p>
    <w:p>
      <w:r>
        <w:rPr>
          <w:b/>
        </w:rPr>
        <w:t xml:space="preserve">[1:03:08] </w:t>
      </w:r>
      <w:r>
        <w:t>jo aadmi sahi taur par Allah ko daryaft karay ga, Allah ke muqablay mein apni modesty ko daryaft karay ga, woh saray insaanon ke baray mein modest ban jayay ga.</w:t>
      </w:r>
    </w:p>
    <w:p>
      <w:pPr>
        <w:jc w:val="right"/>
      </w:pPr>
      <w:r>
        <w:t>جو آدمی صحیح طور پر اللہ کو دریافت کرے گا، اللہ کے مقابلے میں اپنی modesty کو دریافت کرے گا، وہ سارے انسانوں کے بارے میں modest بن جائے گا۔</w:t>
      </w:r>
    </w:p>
    <w:p>
      <w:r>
        <w:rPr>
          <w:b/>
        </w:rPr>
        <w:t xml:space="preserve">[1:03:20] </w:t>
      </w:r>
      <w:r>
        <w:t>yahi possible hai ke aap insaan ke muqablay mein arrogant banen aur Allah ke muqablay mein modest nahin ho sakta.</w:t>
      </w:r>
    </w:p>
    <w:p>
      <w:pPr>
        <w:jc w:val="right"/>
      </w:pPr>
      <w:r>
        <w:t>یہی possible ہے کہ آپ انسان کے مقابلے میں arrogant بنیں اور اللہ کے مقابلے میں modest نہیں ہو سکتا۔</w:t>
      </w:r>
    </w:p>
    <w:p>
      <w:r>
        <w:rPr>
          <w:b/>
        </w:rPr>
        <w:t xml:space="preserve">[1:03:31] </w:t>
      </w:r>
      <w:r>
        <w:t>kyun ke Allah aap ka hareef nahin hai, Allah aap ka rival nahin hai, to wahan iss tarah ki sooraten pesh nahin aati. Allah se aap ka koi money ka, property ka koi jhagda nahin hota,</w:t>
      </w:r>
    </w:p>
    <w:p>
      <w:pPr>
        <w:jc w:val="right"/>
      </w:pPr>
      <w:r>
        <w:t>کیونکہ اللہ آپ کا حریف نہیں ہے، اللہ آپ کا rival نہیں ہے، تو وہاں اس طرح کی صورتیں پیش نہیں آتی۔ اللہ سے آپ کا کوئی money کا، property کا کوئی جھگڑا نہیں ہوتا،</w:t>
      </w:r>
    </w:p>
    <w:p>
      <w:r>
        <w:rPr>
          <w:b/>
        </w:rPr>
        <w:t xml:space="preserve">[1:03:46] </w:t>
      </w:r>
      <w:r>
        <w:t>to iss liye wahan wahan baat khulti nahin. insaan ke mamlay mein khulti hai ke baar baar aap ko Allah se, ke baar baar aap ko insaan se rivalry hoti hai, baar baar aap ko interest clash hota hai,</w:t>
      </w:r>
    </w:p>
    <w:p>
      <w:pPr>
        <w:jc w:val="right"/>
      </w:pPr>
      <w:r>
        <w:t>تو اس لیے وہاں وہاں بات کھلتی نہیں۔ انسان کے معاملے میں کھلتی ہے کہ بار بار آپ کو اللہ سے، کہ بار بار آپ کو انسان سے rivalry ہوتی ہے، بار بار آپ کو interest clash ہوتا ہے،</w:t>
      </w:r>
    </w:p>
    <w:p>
      <w:r>
        <w:rPr>
          <w:b/>
        </w:rPr>
        <w:t xml:space="preserve">[1:04:05] </w:t>
      </w:r>
      <w:r>
        <w:t>baar baar aap ko koi na koi ikhtilaf pesh aata hai. to Allah ke muqablay mein log Alhamdulillah iss khoob iss liye karte hain ke wahan koi koi takrao nahin hai.</w:t>
      </w:r>
    </w:p>
    <w:p>
      <w:pPr>
        <w:jc w:val="right"/>
      </w:pPr>
      <w:r>
        <w:t>بار بار آپ کو کوئی نہ کوئی اختلاف پیش آتا ہے۔ تو اللہ کے مقابلے میں لوگ الحمدللہ اس خوب اس لیے کرتے ہیں کہ وہاں کوئی کوئی ٹکراؤ نہیں ہے۔</w:t>
      </w:r>
    </w:p>
    <w:p>
      <w:r>
        <w:rPr>
          <w:b/>
        </w:rPr>
        <w:t xml:space="preserve">[1:04:17] </w:t>
      </w:r>
      <w:r>
        <w:t>insan ke muqable mein takrao hai, is liye wahan nahi keh paate. to yaad rakhiye, Allah ke muqable mein aap kaise hain, is ka saboot hai ke insan ke muqable mein aap kaise hain.</w:t>
      </w:r>
    </w:p>
    <w:p>
      <w:pPr>
        <w:jc w:val="right"/>
      </w:pPr>
      <w:r>
        <w:t>انسان کے مقابلے میں ٹکراؤ ہے، اس لیے وہاں نہیں کہہ پاتے۔ تو یاد رکھیے، اللہ کے مقابلے میں آپ کیسے ہیں، اس کا ثبوت ہے کہ انسان کے مقابلے میں آپ کیسے ہیں۔</w:t>
      </w:r>
    </w:p>
    <w:p>
      <w:r>
        <w:rPr>
          <w:b/>
        </w:rPr>
        <w:t xml:space="preserve">[1:04:30] </w:t>
      </w:r>
      <w:r>
        <w:t>yeh matlab hai is hadith ka "man lam yashhad al-nas lam yashhad Allah". yaani Allah ke muqable mein aap kaise hain, is ka faisla is par hoga ke insan ke muqable mein aap kaise hain.</w:t>
      </w:r>
    </w:p>
    <w:p>
      <w:pPr>
        <w:jc w:val="right"/>
      </w:pPr>
      <w:r>
        <w:t>یہ مطلب ہے اس حدیث کا "من لم یشہد الناس لم یشہد اللہ"۔ یعنی اللہ کے مقابلے میں آپ کیسے ہیں، اس کا فیصلہ اس پر ہوگا کہ انسان کے مقابلے میں آپ کیسے ہیں۔</w:t>
      </w:r>
    </w:p>
    <w:p>
      <w:r>
        <w:rPr>
          <w:b/>
        </w:rPr>
        <w:t xml:space="preserve">[1:04:47] </w:t>
      </w:r>
      <w:r>
        <w:t>maulana, agla sawal mr. khwaja kaleemuddin sahib ne bheja hai pennsylvania usa se, unhon ne likha hai, "maulana sahib, what is the origin of word fatwa?</w:t>
      </w:r>
    </w:p>
    <w:p>
      <w:pPr>
        <w:jc w:val="right"/>
      </w:pPr>
      <w:r>
        <w:t>مولانا، اگلا سوال مسٹر خواجہ کلیم الدین صاحب نے بھیجا ہے پینسلوینیا یو ایس اے سے، انہوں نے لکھا ہے، "مولانا صاحب، what is the origin of word فتویٰ؟</w:t>
      </w:r>
    </w:p>
    <w:p>
      <w:r>
        <w:rPr>
          <w:b/>
        </w:rPr>
        <w:t xml:space="preserve">[1:04:58] </w:t>
      </w:r>
      <w:r>
        <w:t>has this word been used during prophet and his companions' time</w:t>
      </w:r>
    </w:p>
    <w:p>
      <w:pPr>
        <w:jc w:val="right"/>
      </w:pPr>
      <w:r>
        <w:t>Has this word been used during Prophet and his companions' time</w:t>
      </w:r>
    </w:p>
    <w:p>
      <w:r>
        <w:rPr>
          <w:b/>
        </w:rPr>
        <w:t xml:space="preserve">[1:05:03] </w:t>
      </w:r>
      <w:r>
        <w:t>? does anyone need a certificate to issue a fatwa? isn't any scholar's view in his article equivalent to a fatwa?</w:t>
      </w:r>
    </w:p>
    <w:p>
      <w:pPr>
        <w:jc w:val="right"/>
      </w:pPr>
      <w:r>
        <w:t>? Does anyone need a certificate to issue a فتویٰ? Isn't any scholar's view in his article equivalent to a فتویٰ?</w:t>
      </w:r>
    </w:p>
    <w:p>
      <w:r>
        <w:rPr>
          <w:b/>
        </w:rPr>
        <w:t xml:space="preserve">[1:05:13] </w:t>
      </w:r>
      <w:r>
        <w:t>does he have to express his views under the title of fat</w:t>
      </w:r>
    </w:p>
    <w:p>
      <w:pPr>
        <w:jc w:val="right"/>
      </w:pPr>
      <w:r>
        <w:t>Does he have to express his views under the title of فت</w:t>
      </w:r>
    </w:p>
    <w:p>
      <w:r>
        <w:rPr>
          <w:b/>
        </w:rPr>
        <w:t xml:space="preserve">[1:05:18] </w:t>
      </w:r>
      <w:r>
        <w:t>wa? please clarify this issue." dekhiye, fatwa ka lafz to khud hadith mein aaya hai</w:t>
      </w:r>
    </w:p>
    <w:p>
      <w:pPr>
        <w:jc w:val="right"/>
      </w:pPr>
      <w:r>
        <w:t>ویٰ? Please clarify this issue." دیکھیے، فتویٰ کا لفظ تو خود حدیث آیا ہے</w:t>
      </w:r>
    </w:p>
    <w:p>
      <w:r>
        <w:rPr>
          <w:b/>
        </w:rPr>
        <w:t xml:space="preserve">[1:05:30] </w:t>
      </w:r>
      <w:r>
        <w:t>"istafti qalbaka", lekin fatwa jo institution ban gaya hai, woh pehle hargiz nahi tha.</w:t>
      </w:r>
    </w:p>
    <w:p>
      <w:pPr>
        <w:jc w:val="right"/>
      </w:pPr>
      <w:r>
        <w:t>"استفتی قلبک"، لیکن فتویٰ جو institution بن گیا ہے، وہ پہلے ہرگز نہیں تھا۔</w:t>
      </w:r>
    </w:p>
    <w:p>
      <w:r>
        <w:rPr>
          <w:b/>
        </w:rPr>
        <w:t xml:space="preserve">[1:05:38] </w:t>
      </w:r>
      <w:r>
        <w:t>yeh to baad mein hua hai. pehle zamane mein fatwa koi institution nahi tha. fatwa ka matlab tha ke opinion, fatwa ke lafzi maani opinion.</w:t>
      </w:r>
    </w:p>
    <w:p>
      <w:pPr>
        <w:jc w:val="right"/>
      </w:pPr>
      <w:r>
        <w:t>یہ تو بعد میں ہوا ہے۔ پہلے زمانے میں فتویٰ کوئی institution نہیں تھا۔ فتویٰ کا مطلب تھا کہ opinion، فتویٰ کے لفظی معنی opinion۔</w:t>
      </w:r>
    </w:p>
    <w:p>
      <w:r>
        <w:rPr>
          <w:b/>
        </w:rPr>
        <w:t xml:space="preserve">[1:05:50] </w:t>
      </w:r>
      <w:r>
        <w:t>yaani ek aalim se aap poochein aur woh bataye apni rai to that is fatwa. ab jo ban gaya institution, woh hargiz is zamane mein nahi tha.</w:t>
      </w:r>
    </w:p>
    <w:p>
      <w:pPr>
        <w:jc w:val="right"/>
      </w:pPr>
      <w:r>
        <w:t>یعنی ایک عالم سے آپ پوچھیں اور وہ بتائے اپنی رائے تو that is فتویٰ۔ اب جو بن گیا institution، وہ ہرگز اس زمانے میں نہیں تھا۔</w:t>
      </w:r>
    </w:p>
    <w:p>
      <w:r>
        <w:rPr>
          <w:b/>
        </w:rPr>
        <w:t xml:space="preserve">[1:06:06] </w:t>
      </w:r>
      <w:r>
        <w:t>is liye sahi, is liye fatwa apni jagah par durust hai, lekin woh isi maani mein hai ke ek aalim apni rai bataye, woh rai kisi ke liye sirf ek rai ho, bas us se zyada aur kuch nahi.</w:t>
      </w:r>
    </w:p>
    <w:p>
      <w:pPr>
        <w:jc w:val="right"/>
      </w:pPr>
      <w:r>
        <w:t>اس لیے صحیح، اس لیے فتویٰ اپنی جگہ پر درست ہے، لیکن وہ اسی معنی میں ہے کہ ایک عالم اپنی رائے بتائے، وہ رائے کسی کے لیے صرف ایک رائے ہو، بس اس سے زیادہ اور کچھ نہیں۔</w:t>
      </w:r>
    </w:p>
    <w:p>
      <w:r>
        <w:rPr>
          <w:b/>
        </w:rPr>
        <w:t xml:space="preserve">[1:06:22] </w:t>
      </w:r>
      <w:r>
        <w:t>aur rai bhi pooche apne bare mein, jaise kuch logon ne poocha mufti se ke sania mirza ka libas kaisa hai, islam ke mutabiq hai ke nahi.</w:t>
      </w:r>
    </w:p>
    <w:p>
      <w:pPr>
        <w:jc w:val="right"/>
      </w:pPr>
      <w:r>
        <w:t>اور رائے بھی پوچھے اپنے بارے میں، جیسے کچھ لوگوں نے پوچھا مفتی سے کہ ثانیہ مرزا کا لباس کیسا ہے، اسلام کے مطابق ہے کہ نہیں۔</w:t>
      </w:r>
    </w:p>
    <w:p>
      <w:r>
        <w:rPr>
          <w:b/>
        </w:rPr>
        <w:t xml:space="preserve">[1:06:31] </w:t>
      </w:r>
      <w:r>
        <w:t>to unhon ne fatwa de diya ke islam ke mutabiq nahi. woh poochna bhi galat tha, fatwa dena bhi galat tha. khud sania mirza agar pooche to aap bata sakte hain.</w:t>
      </w:r>
    </w:p>
    <w:p>
      <w:pPr>
        <w:jc w:val="right"/>
      </w:pPr>
      <w:r>
        <w:t>تو انہوں نے فتویٰ دے دیا کہ اسلام کے مطابق نہیں۔ وہ پوچھنا بھی غلط تھا، فتویٰ دینا بھی غلط تھا۔ خود ثانیہ مرزا اگر پوچھے تو آپ بتا سکتے ہیں۔</w:t>
      </w:r>
    </w:p>
    <w:p>
      <w:r>
        <w:rPr>
          <w:b/>
        </w:rPr>
        <w:t xml:space="preserve">[1:06:42] </w:t>
      </w:r>
      <w:r>
        <w:t>kisi ke bare mein koi doosra pooche to bilashuba unislamic hai.</w:t>
      </w:r>
    </w:p>
    <w:p>
      <w:pPr>
        <w:jc w:val="right"/>
      </w:pPr>
      <w:r>
        <w:t>کسی کے بارے میں کوئی دوسرا پوچھے تو بلاشبہ unislamic ہے۔</w:t>
      </w:r>
    </w:p>
    <w:p>
      <w:r>
        <w:rPr>
          <w:b/>
        </w:rPr>
        <w:t xml:space="preserve">[1:06:49] </w:t>
      </w:r>
      <w:r>
        <w:t>maulana, agla sawal kashmir se bheja hai raees ahmad dar sahib ne, unhon ne likha hai, "maulana sahib, kya yeh marifat har insan ke bas ki baat hai?</w:t>
      </w:r>
    </w:p>
    <w:p>
      <w:pPr>
        <w:jc w:val="right"/>
      </w:pPr>
      <w:r>
        <w:t>مولانا، اگلا سوال کشمیر سے بھیجا ہے رئیس احمد ڈار صاحب نے، انہوں نے لکھا ہے، "مولانا صاحب، کیا یہ معرفت ہر انسان کے بس کی بات ہے؟</w:t>
      </w:r>
    </w:p>
    <w:p>
      <w:r>
        <w:rPr>
          <w:b/>
        </w:rPr>
        <w:t xml:space="preserve">[1:07:02] </w:t>
      </w:r>
      <w:r>
        <w:t>main aksar dekhta hoon ke kuch log bohat achhe hote hain, lekin deen ke maamle mein, but spirit mein khali hote hain. is ke bare mein bataye." nahi, main is ko nahi manunga ke bohat achhe hote hain.</w:t>
      </w:r>
    </w:p>
    <w:p>
      <w:pPr>
        <w:jc w:val="right"/>
      </w:pPr>
      <w:r>
        <w:t>میں اکثر دیکھتا ہوں کہ کچھ لوگ بہت اچھے ہوتے ہیں، لیکن دین کے معاملے میں، but spirit میں خالی ہوتے ہیں۔ اس کے بارے میں بتائیں۔" نہیں، میں اس کو نہیں مانوں گا کہ بہت اچھے ہوتے ہیں۔</w:t>
      </w:r>
    </w:p>
    <w:p>
      <w:r>
        <w:rPr>
          <w:b/>
        </w:rPr>
        <w:t xml:space="preserve">[1:07:17] </w:t>
      </w:r>
      <w:r>
        <w:t>dekhiye, ek hai manners, manners mein achhe hote hain woh. social manners, social manners alag cheez hai, real state mein akhlaq alag cheez hai.</w:t>
      </w:r>
    </w:p>
    <w:p>
      <w:pPr>
        <w:jc w:val="right"/>
      </w:pPr>
      <w:r>
        <w:t>دیکھیے، ایک ہے manners، manners میں اچھے ہوتے ہیں وہ۔ Social manners، social manners الگ چیز ہے، real state میں اخلاق الگ چیز ہے۔</w:t>
      </w:r>
    </w:p>
    <w:p>
      <w:r>
        <w:rPr>
          <w:b/>
        </w:rPr>
        <w:t xml:space="preserve">[1:07:29] </w:t>
      </w:r>
      <w:r>
        <w:t>aam taur par log kehte hain ke koi aadmi social manners bara achha ho to matlab hai ke bara achha hai. to social manners to ek ek ek woh hoti hai, ek banawati cheez hoti hai.</w:t>
      </w:r>
    </w:p>
    <w:p>
      <w:pPr>
        <w:jc w:val="right"/>
      </w:pPr>
      <w:r>
        <w:t>عام طور پر لوگ کہتے ہیں کہ کوئی آدمی social manners بڑا اچھا ہو تو مطلب ہے کہ بڑا اچھا ہے۔ تو social manners تو ایک ایک ایک وہ ہوتی ہے، ایک بناوٹی چیز ہوتی ہے۔</w:t>
      </w:r>
    </w:p>
    <w:p>
      <w:r>
        <w:rPr>
          <w:b/>
        </w:rPr>
        <w:t xml:space="preserve">[1:07:42] </w:t>
      </w:r>
      <w:r>
        <w:t>aam taur par logon ki ghalati yahi maine payi hai ke social manners ko samajhte hain ke bara achha aadmi hai, halanke andar se woh kuch nahi hota. to jo aadmi sach much Allah se darne wala hoga, us ke andar aala akhlaq zaroor paida hoga.</w:t>
      </w:r>
    </w:p>
    <w:p>
      <w:pPr>
        <w:jc w:val="right"/>
      </w:pPr>
      <w:r>
        <w:t>عام طور پر لوگوں کی غلطی یہی میں نے پائی ہے کہ social manners کو سمجھتے ہیں کہ بڑا اچھا آدمی ہے، حالانکہ اندر سے وہ کچھ نہیں ہوتا۔ تو جو آدمی سچ مچ اللہ سے ڈرنے والا ہوگا، اس کے اندر اعلیٰ اخلاق ضرور پیدا ہوگا۔</w:t>
      </w:r>
    </w:p>
    <w:p>
      <w:r>
        <w:rPr>
          <w:b/>
        </w:rPr>
        <w:t xml:space="preserve">[1:07:59] </w:t>
      </w:r>
      <w:r>
        <w:t>to dono ko alag alag nahi kar sakte aap. aap social manners ke sense mein le rahe hain, is liye aap alag kiye hue hain.</w:t>
      </w:r>
    </w:p>
    <w:p>
      <w:pPr>
        <w:jc w:val="right"/>
      </w:pPr>
      <w:r>
        <w:t>تو دونوں کو الگ الگ نہیں کر سکتے آپ۔ آپ social manners کے sense میں لے رہے ہیں، اس لیے آپ الگ کیے ہوئے ہیں۔</w:t>
      </w:r>
    </w:p>
    <w:p>
      <w:r>
        <w:rPr>
          <w:b/>
        </w:rPr>
        <w:t xml:space="preserve">[1:08:11] </w:t>
      </w:r>
      <w:r>
        <w:t>maulana, agla sawal lene se pehle ek comment padhna chahenge jo shad hussain sahib ne bheja hai srinagar se, unhon ne likha hai, "maulana sahib has deciphered an eternal breaking news from nature.</w:t>
      </w:r>
    </w:p>
    <w:p>
      <w:pPr>
        <w:jc w:val="right"/>
      </w:pPr>
      <w:r>
        <w:t>مولانا، اگلا سوال لینے سے پہلے ایک کمنٹ پڑھنا چاہیں گے جو شاد حسین صاحب نے بھیجا ہے سری نگر سے، انہوں نے لکھا ہے، "مولانا صاحب has deciphered an eternal breaking news from nature.</w:t>
      </w:r>
    </w:p>
    <w:p>
      <w:r>
        <w:rPr>
          <w:b/>
        </w:rPr>
        <w:t xml:space="preserve">[1:08:25] </w:t>
      </w:r>
      <w:r>
        <w:t>thank you for crushing our negligence.</w:t>
      </w:r>
    </w:p>
    <w:p>
      <w:pPr>
        <w:jc w:val="right"/>
      </w:pPr>
      <w:r>
        <w:t>Thank you for crushing our negligence.</w:t>
      </w:r>
    </w:p>
    <w:p>
      <w:r>
        <w:rPr>
          <w:b/>
        </w:rPr>
        <w:t xml:space="preserve">[1:08:28] </w:t>
      </w:r>
      <w:r>
        <w:t>thank you for guiding us to a wonderful parameter for modesty." maulana, agla sawal bhi srinagar se hai aamir mori sahib ka, unhon ne aapse poocha hai ke "how can we increase god consciousness?</w:t>
      </w:r>
    </w:p>
    <w:p>
      <w:pPr>
        <w:jc w:val="right"/>
      </w:pPr>
      <w:r>
        <w:t>Thank you for guiding us to a wonderful parameter for modesty." مولانا، اگلا سوال بھی سری نگر سے ہے عامر موری صاحب کا، انہوں نے آپ سے پوچھا ہے کہ "How can we increase God consciousness؟</w:t>
      </w:r>
    </w:p>
    <w:p>
      <w:r>
        <w:rPr>
          <w:b/>
        </w:rPr>
        <w:t xml:space="preserve">[1:08:43] </w:t>
      </w:r>
      <w:r>
        <w:t>is ki guidance hamein dijiye."</w:t>
      </w:r>
    </w:p>
    <w:p>
      <w:pPr>
        <w:jc w:val="right"/>
      </w:pPr>
      <w:r>
        <w:t>اس کی guidance ہمیں دیجیے۔"</w:t>
      </w:r>
    </w:p>
    <w:p>
      <w:r>
        <w:rPr>
          <w:b/>
        </w:rPr>
        <w:t xml:space="preserve">[1:08:51] </w:t>
      </w:r>
      <w:r>
        <w:t>main bas yahi kahunga ke hamara program barabar suniye, hamari kitabein padhiye, yeh sab kijiye, quran ka mutala kijiye, tazkir al-quran ko padhiye, yeh sab kijiye.</w:t>
      </w:r>
    </w:p>
    <w:p>
      <w:pPr>
        <w:jc w:val="right"/>
      </w:pPr>
      <w:r>
        <w:t>میں بس یہی کہوں گا کہ ہمارا پروگرام برابر سنیے، ہماری کتابیں پڑھیے، یہ سب کیجیے، قرآن کا مطالعہ کیجیے، تذکر القرآن کو پڑھیے، یہ سب کیجیے۔</w:t>
      </w:r>
    </w:p>
    <w:p>
      <w:r>
        <w:rPr>
          <w:b/>
        </w:rPr>
        <w:t xml:space="preserve">[1:09:06] </w:t>
      </w:r>
      <w:r>
        <w:t>is ka koi masti rasta tareeqa nahi hai.</w:t>
      </w:r>
    </w:p>
    <w:p>
      <w:pPr>
        <w:jc w:val="right"/>
      </w:pPr>
      <w:r>
        <w:t>اس کا کوئی مستی رست طریقہ نہیں ہے۔</w:t>
      </w:r>
    </w:p>
    <w:p>
      <w:r>
        <w:rPr>
          <w:b/>
        </w:rPr>
        <w:t xml:space="preserve">[1:09:11] </w:t>
      </w:r>
      <w:r>
        <w:t>molana, agla sawal bheja hai muhammad tauseef sahib ne, unhon ne location nahi likhi hai. un ka sawal is tarah hai, "In Quran Allah said there is no compulsion in religion,</w:t>
      </w:r>
    </w:p>
    <w:p>
      <w:pPr>
        <w:jc w:val="right"/>
      </w:pPr>
      <w:r>
        <w:t>مولانا، اگلا سوال بھیجا ہے محمد توصیف صاحب نے، انہوں نے لوکیشن نہیں لکھی ہے۔ ان کا سوال اس طرح ہے، "In Quran Allah said there is no compulsion in religion,</w:t>
      </w:r>
    </w:p>
    <w:p>
      <w:r>
        <w:rPr>
          <w:b/>
        </w:rPr>
        <w:t xml:space="preserve">[1:09:26] </w:t>
      </w:r>
      <w:r>
        <w:t>and after some time it was abrogated by chapter nine verse number twenty-nine, which said, 'Fight those from among the people of the book who believe neither in God nor in the last day,</w:t>
      </w:r>
    </w:p>
    <w:p>
      <w:pPr>
        <w:jc w:val="right"/>
      </w:pPr>
      <w:r>
        <w:t>and after some time it was abrogated by chapter nine verse number twenty-nine, which said, 'Fight those from among the people of the book who believe neither in God nor in the last day,</w:t>
      </w:r>
    </w:p>
    <w:p>
      <w:r>
        <w:rPr>
          <w:b/>
        </w:rPr>
        <w:t xml:space="preserve">[1:09:42] </w:t>
      </w:r>
      <w:r>
        <w:t>nor hold as unlawful what God and His messengers have declared to be unlawful, nor follow the true religion until they pay the tax willingly and agree to sub</w:t>
      </w:r>
    </w:p>
    <w:p>
      <w:pPr>
        <w:jc w:val="right"/>
      </w:pPr>
      <w:r>
        <w:t>nor hold as unlawful what God and His messengers have declared to be unlawful, nor follow the true religion until they pay the tax willingly and agree to sub</w:t>
      </w:r>
    </w:p>
    <w:p>
      <w:r>
        <w:rPr>
          <w:b/>
        </w:rPr>
        <w:t xml:space="preserve">[1:09:55] </w:t>
      </w:r>
      <w:r>
        <w:t>mit.'" molana sahib, if this verse is correct, then are we to forcibly convert non-Muslims to Islam?</w:t>
      </w:r>
    </w:p>
    <w:p>
      <w:pPr>
        <w:jc w:val="right"/>
      </w:pPr>
      <w:r>
        <w:t>mit.'" مولانا صاحب، if this verse is correct, then are we to forcibly convert non-Muslims to Islam?</w:t>
      </w:r>
    </w:p>
    <w:p>
      <w:r>
        <w:rPr>
          <w:b/>
        </w:rPr>
        <w:t xml:space="preserve">[1:10:04] </w:t>
      </w:r>
      <w:r>
        <w:t>What is your answer to this</w:t>
      </w:r>
    </w:p>
    <w:p>
      <w:pPr>
        <w:jc w:val="right"/>
      </w:pPr>
      <w:r>
        <w:t>What is your answer to this</w:t>
      </w:r>
    </w:p>
    <w:p>
      <w:r>
        <w:rPr>
          <w:b/>
        </w:rPr>
        <w:t xml:space="preserve">[1:10:06] </w:t>
      </w:r>
      <w:r>
        <w:t>؟ hargiz nahi, islam mein forcible conversion hai hi nahi. aur yeh jo aap ne farmaya, woh naskh kaise nahi hai?</w:t>
      </w:r>
    </w:p>
    <w:p>
      <w:pPr>
        <w:jc w:val="right"/>
      </w:pPr>
      <w:r>
        <w:t>؟ ہرگز نہیں، اسلام میں forcible conversion ہے ہی نہیں۔ اور یہ جو آپ نے فرمایا، وہ نسخ کیسے نہیں ہے؟</w:t>
      </w:r>
    </w:p>
    <w:p>
      <w:r>
        <w:rPr>
          <w:b/>
        </w:rPr>
        <w:t xml:space="preserve">[1:10:17] </w:t>
      </w:r>
      <w:r>
        <w:t>woh jo aap ne ayat padhi, aap aisa kijiye ke aap tazkir ul quran ko padhiye, mutaliq ayaton ko gehrai ke sath padhiye, ghor ke sath to aap ko is mein aap ko jawab mil jayega.</w:t>
      </w:r>
    </w:p>
    <w:p>
      <w:pPr>
        <w:jc w:val="right"/>
      </w:pPr>
      <w:r>
        <w:t>وہ جو آپ نے آیت پڑھی، آپ ایسا کیجیے کہ آپ تذکر القرآن کو پڑھیے، متعلق آیتوں کو گہرائی کے ساتھ پڑھیے، غور کے ساتھ تو آپ کو اس میں آپ کو جواب مل جائے گا۔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