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Prophet Ibrahim's Example for Present Muslims September 3, 2017</w:t>
      </w:r>
    </w:p>
    <w:p>
      <w:r>
        <w:t>https://www.youtube.com/watch?v=Y8EiPwBEPyg</w:t>
      </w:r>
    </w:p>
    <w:p>
      <w:r>
        <w:rPr>
          <w:b/>
        </w:rPr>
        <w:t xml:space="preserve">[00:15] </w:t>
      </w:r>
      <w:r>
        <w:t>bismillah hir rahman nir rahim</w:t>
      </w:r>
    </w:p>
    <w:p>
      <w:pPr>
        <w:jc w:val="right"/>
      </w:pPr>
      <w:r>
        <w:t>بسم اللہ الرحمن الرحیم</w:t>
      </w:r>
    </w:p>
    <w:p>
      <w:r>
        <w:rPr>
          <w:b/>
        </w:rPr>
        <w:t xml:space="preserve">[00:21] </w:t>
      </w:r>
      <w:r>
        <w:t>rab ishrah li sadri</w:t>
      </w:r>
    </w:p>
    <w:p>
      <w:pPr>
        <w:jc w:val="right"/>
      </w:pPr>
      <w:r>
        <w:t>رب اشرح لی صدری</w:t>
      </w:r>
    </w:p>
    <w:p>
      <w:r>
        <w:rPr>
          <w:b/>
        </w:rPr>
        <w:t xml:space="preserve">[00:23] </w:t>
      </w:r>
      <w:r>
        <w:t>wa yassir li amri</w:t>
      </w:r>
    </w:p>
    <w:p>
      <w:pPr>
        <w:jc w:val="right"/>
      </w:pPr>
      <w:r>
        <w:t>ویسر لی امری</w:t>
      </w:r>
    </w:p>
    <w:p>
      <w:r>
        <w:rPr>
          <w:b/>
        </w:rPr>
        <w:t xml:space="preserve">[00:26] </w:t>
      </w:r>
      <w:r>
        <w:t>wah ul uqdata min lisani yaf qah qawli</w:t>
      </w:r>
    </w:p>
    <w:p>
      <w:pPr>
        <w:jc w:val="right"/>
      </w:pPr>
      <w:r>
        <w:t>واحل العقدۃ من لسانی یفقہ قولی</w:t>
      </w:r>
    </w:p>
    <w:p>
      <w:r>
        <w:rPr>
          <w:b/>
        </w:rPr>
        <w:t xml:space="preserve">[00:33] </w:t>
      </w:r>
      <w:r>
        <w:t>teen september</w:t>
      </w:r>
    </w:p>
    <w:p>
      <w:pPr>
        <w:jc w:val="right"/>
      </w:pPr>
      <w:r>
        <w:t>تین ستمبر</w:t>
      </w:r>
    </w:p>
    <w:p>
      <w:r>
        <w:rPr>
          <w:b/>
        </w:rPr>
        <w:t xml:space="preserve">[00:36] </w:t>
      </w:r>
      <w:r>
        <w:t>do hazar satrah</w:t>
      </w:r>
    </w:p>
    <w:p>
      <w:pPr>
        <w:jc w:val="right"/>
      </w:pPr>
      <w:r>
        <w:t>دو ہزار سترہ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