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Inspiration September 17, 2017 Maulana Wahiduddin Khan</w:t>
      </w:r>
    </w:p>
    <w:p>
      <w:r>
        <w:t>https://www.youtube.com/watch?v=xn4EhCPAE3o</w:t>
      </w:r>
    </w:p>
    <w:p>
      <w:r>
        <w:rPr>
          <w:b/>
        </w:rPr>
        <w:t xml:space="preserve">[00:14] </w:t>
      </w:r>
      <w:r>
        <w:t>bismillah hir rahman nir rahim,</w:t>
      </w:r>
    </w:p>
    <w:p>
      <w:pPr>
        <w:jc w:val="right"/>
      </w:pPr>
      <w:r>
        <w:t>بسم اللہ الرحمن الرحیم،</w:t>
      </w:r>
    </w:p>
    <w:p>
      <w:r>
        <w:rPr>
          <w:b/>
        </w:rPr>
        <w:t xml:space="preserve">[00:19] </w:t>
      </w:r>
      <w:r>
        <w:t>wa salla Allahu ala nabiyyi al karim. rab ishrah li sadri, wa yassir li amri, wa 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[00:42] </w:t>
      </w:r>
      <w:r>
        <w:t>17 september</w:t>
      </w:r>
    </w:p>
    <w:p>
      <w:pPr>
        <w:jc w:val="right"/>
      </w:pPr>
      <w:r>
        <w:t>17 ستمبر</w:t>
      </w:r>
    </w:p>
    <w:p>
      <w:r>
        <w:rPr>
          <w:b/>
        </w:rPr>
        <w:t xml:space="preserve">[00:45] </w:t>
      </w:r>
      <w:r>
        <w:t>2017.</w:t>
      </w:r>
    </w:p>
    <w:p>
      <w:pPr>
        <w:jc w:val="right"/>
      </w:pPr>
      <w:r>
        <w:t>2017۔</w:t>
      </w:r>
    </w:p>
    <w:p>
      <w:r>
        <w:rPr>
          <w:b/>
        </w:rPr>
        <w:t xml:space="preserve">[00:52] </w:t>
      </w:r>
      <w:r>
        <w:t>aap jante hain ke mera routine hai ke subah ko fajar ki namaz ke baad mein apne office ke samne,</w:t>
      </w:r>
    </w:p>
    <w:p>
      <w:pPr>
        <w:jc w:val="right"/>
      </w:pPr>
      <w:r>
        <w:t>آپ جانتے ہیں کہ میرا روٹین ہے کہ صبح کو فجر کی نماز کے بعد میں اپنے آفس کے سامنے،</w:t>
      </w:r>
    </w:p>
    <w:p>
      <w:r>
        <w:rPr>
          <w:b/>
        </w:rPr>
        <w:t xml:space="preserve">[01:07] </w:t>
      </w:r>
      <w:r>
        <w:t>jo lambi balcony hai, wahan baithta hoon. is waqt mere samne, balkay charon taraf, nature ka scene hota hai.</w:t>
      </w:r>
    </w:p>
    <w:p>
      <w:pPr>
        <w:jc w:val="right"/>
      </w:pPr>
      <w:r>
        <w:t>جو لمبی بالکنی ہے، وہاں بیٹھتا ہوں۔ اس وقت میرے سامنے، بلکہ چاروں طرف، نیچر کا سین ہوتا ہے۔</w:t>
      </w:r>
    </w:p>
    <w:p>
      <w:r>
        <w:rPr>
          <w:b/>
        </w:rPr>
        <w:t xml:space="preserve">[01:22] </w:t>
      </w:r>
      <w:r>
        <w:t>yani darakht, chiriyaan, badal, aasman, yeh sab. to is mein mein ja kar baith jata hoon.</w:t>
      </w:r>
    </w:p>
    <w:p>
      <w:pPr>
        <w:jc w:val="right"/>
      </w:pPr>
      <w:r>
        <w:t>یعنی درخت، چڑیاں، بادل، آسمان، یہ سب۔ تو اس میں میں جا کر بیٹھ جاتا ہوں۔</w:t>
      </w:r>
    </w:p>
    <w:p>
      <w:r>
        <w:rPr>
          <w:b/>
        </w:rPr>
        <w:t xml:space="preserve">[01:33] </w:t>
      </w:r>
      <w:r>
        <w:t>phir dheere dheere</w:t>
      </w:r>
    </w:p>
    <w:p>
      <w:pPr>
        <w:jc w:val="right"/>
      </w:pPr>
      <w:r>
        <w:t>پھر دھیرے دھیرے</w:t>
      </w:r>
    </w:p>
    <w:p>
      <w:r>
        <w:rPr>
          <w:b/>
        </w:rPr>
        <w:t xml:space="preserve">[01:38] </w:t>
      </w:r>
      <w:r>
        <w:t>suraj nikalta hai, us ki roshni phailti hai. yeh poora nature mere samne ho jata hai is waqt.</w:t>
      </w:r>
    </w:p>
    <w:p>
      <w:pPr>
        <w:jc w:val="right"/>
      </w:pPr>
      <w:r>
        <w:t>سورج نکلتا ہے، اس کی روشنی پھیلتی ہے۔ یہ پورا نیچر میرے سامنے ہو جاتا ہے اس وقت۔</w:t>
      </w:r>
    </w:p>
    <w:p>
      <w:r>
        <w:rPr>
          <w:b/>
        </w:rPr>
        <w:t xml:space="preserve">[01:51] </w:t>
      </w:r>
      <w:r>
        <w:t>to aaj is ko dekhte hue mujhe quran ki aik ayat yaad aayi, jis ko aam taur par ayat al kursi kaha jata hai.</w:t>
      </w:r>
    </w:p>
    <w:p>
      <w:pPr>
        <w:jc w:val="right"/>
      </w:pPr>
      <w:r>
        <w:t>تو آج اس کو دیکھتے ہوئے مجھے قرآن کی ایک آیت یاد آئی، جس کو عام طور پر آیت الکرسی کہا جاتا ہے۔</w:t>
      </w:r>
    </w:p>
    <w:p>
      <w:r>
        <w:rPr>
          <w:b/>
        </w:rPr>
        <w:t xml:space="preserve">[02:09] </w:t>
      </w:r>
      <w:r>
        <w:t>is ayat ke alfaaz, is ka tarjuma, is waqt aap ko sunaya jayega.</w:t>
      </w:r>
    </w:p>
    <w:p>
      <w:pPr>
        <w:jc w:val="right"/>
      </w:pPr>
      <w:r>
        <w:t>اس آیت کے الفاظ، اس کا ترجمہ، اس وقت آپ کو سنایا جائے گا۔</w:t>
      </w:r>
    </w:p>
    <w:p>
      <w:r>
        <w:rPr>
          <w:b/>
        </w:rPr>
        <w:t xml:space="preserve">[02:16] </w:t>
      </w:r>
      <w:r>
        <w:t>bismillah ir rehman ir rahim. allah la ilaha illa huwa, al-hayyul qayyum. la ta'khudhuhu sinatun wa la nawm.</w:t>
      </w:r>
    </w:p>
    <w:p>
      <w:pPr>
        <w:jc w:val="right"/>
      </w:pPr>
      <w:r>
        <w:t>بسم اللہ الرحمن الرحیم۔ اللہ لا الہ الاھو، الحی القیوم، لا تأخذہ سنۃ ولا نعوم۔</w:t>
      </w:r>
    </w:p>
    <w:p>
      <w:r>
        <w:rPr>
          <w:b/>
        </w:rPr>
        <w:t xml:space="preserve">[02:27] </w:t>
      </w:r>
      <w:r>
        <w:t>lahu ma fis samawati wa ma fil ard. man dhal-ladhi yashfa'u 'indahu illa bi idhnih. ya'lamu ma bayna aydihim wa ma khalfahum, wa la yuhituna bi shay'in min 'ilmihi illa bima sha'a.</w:t>
      </w:r>
    </w:p>
    <w:p>
      <w:pPr>
        <w:jc w:val="right"/>
      </w:pPr>
      <w:r>
        <w:t>لہو ما فی السماوات وما فی الارض۔ من الذی یشفع عنده الا باذنہ، یعلم ما بین ایدیہم وما خلفہم، ولا یحیطون بشئی من علمہ الا بما شاء۔</w:t>
      </w:r>
    </w:p>
    <w:p>
      <w:r>
        <w:rPr>
          <w:b/>
        </w:rPr>
        <w:t xml:space="preserve">[02:43] </w:t>
      </w:r>
      <w:r>
        <w:t>wasi'a kursiyyuhus samawati wal ard. wa la ya'uduhu hifdhuhuma. wa huwal 'aliyyul 'adhim. surah al-baqarah, ayat number 255.</w:t>
      </w:r>
    </w:p>
    <w:p>
      <w:pPr>
        <w:jc w:val="right"/>
      </w:pPr>
      <w:r>
        <w:t>وسع کرسیہ السماوات والارض، ولا یعودہ حفظہما، وھو العلی العظیم۔ سورہ البقرہ، آیت نمبر 255۔</w:t>
      </w:r>
    </w:p>
    <w:p>
      <w:r>
        <w:rPr>
          <w:b/>
        </w:rPr>
        <w:t xml:space="preserve">[03:00] </w:t>
      </w:r>
      <w:r>
        <w:t>allah, is ke siwa koi mabood nahin. woh zindah hai, sab ka thamne wala hai. is ko na aankh aati hai aur na neend.</w:t>
      </w:r>
    </w:p>
    <w:p>
      <w:pPr>
        <w:jc w:val="right"/>
      </w:pPr>
      <w:r>
        <w:t>اللہ، اس کے سوا کوئی معبود نہیں۔ وہ زندہ ہے، سب کا تھامنے والا ہے۔ اس کو نہ آنکھ آتی ہے اور نہ نیند۔</w:t>
      </w:r>
    </w:p>
    <w:p>
      <w:r>
        <w:rPr>
          <w:b/>
        </w:rPr>
        <w:t xml:space="preserve">[03:12] </w:t>
      </w:r>
      <w:r>
        <w:t>isi ka hai jo kuch aasmanon mein, jo kuch aasmanon aur zameen mein hai. kaun hai jo is ke paas is ki ijazat ke baghair sifarish kare?</w:t>
      </w:r>
    </w:p>
    <w:p>
      <w:pPr>
        <w:jc w:val="right"/>
      </w:pPr>
      <w:r>
        <w:t>اسی کا ہے جو کچھ آسمانوں میں، جو کچھ آسمانوں اور زمین میں ہے۔ کون ہے جو اس کے پاس اس کی اجازت کے بغیر سفارش کرے؟</w:t>
      </w:r>
    </w:p>
    <w:p>
      <w:r>
        <w:rPr>
          <w:b/>
        </w:rPr>
        <w:t xml:space="preserve">[03:24] </w:t>
      </w:r>
      <w:r>
        <w:t>woh janta hai jo kuch un ke aage hai aur jo kuch un ke peechhe hai. aur woh is ke ilm mein, aur woh is ke ilm mein se kisi cheez ka ahata nahin kar sakte magar jo woh chahe.</w:t>
      </w:r>
    </w:p>
    <w:p>
      <w:pPr>
        <w:jc w:val="right"/>
      </w:pPr>
      <w:r>
        <w:t>وہ جانتا ہے جو کچھ ان کے آگے ہے اور جو کچھ ان کے پیچھے ہے۔ اور اس کے علم میں، اور وہ اس کے علم میں سے کسی چیز کا احاطہ نہیں کر سکتے مگر جو وہ چاہے۔</w:t>
      </w:r>
    </w:p>
    <w:p>
      <w:r>
        <w:rPr>
          <w:b/>
        </w:rPr>
        <w:t xml:space="preserve">[03:39] </w:t>
      </w:r>
      <w:r>
        <w:t>is ki hukoomat aasmanon aur zameen par chhai hui hai. woh thakta nahin un ke thamne se. aur wohi hai buland martaba, bada.</w:t>
      </w:r>
    </w:p>
    <w:p>
      <w:pPr>
        <w:jc w:val="right"/>
      </w:pPr>
      <w:r>
        <w:t>اس کی حکومت آسمانوں اور زمین پر چھائی ہوئی ہے۔ وہ تھکتا نہیں ان کے تھامنے سے۔ اور وہی ہے بلند مرتبہ، بڑا۔</w:t>
      </w:r>
    </w:p>
    <w:p>
      <w:r>
        <w:rPr>
          <w:b/>
        </w:rPr>
        <w:t xml:space="preserve">[03:51] </w:t>
      </w:r>
      <w:r>
        <w:t>ek martaba aur tarjuma padh dijiye.</w:t>
      </w:r>
    </w:p>
    <w:p>
      <w:pPr>
        <w:jc w:val="right"/>
      </w:pPr>
      <w:r>
        <w:t>ایک مرتبہ اور ترجمہ پڑھ دیجیے۔</w:t>
      </w:r>
    </w:p>
    <w:p>
      <w:r>
        <w:rPr>
          <w:b/>
        </w:rPr>
        <w:t xml:space="preserve">[03:58] </w:t>
      </w:r>
      <w:r>
        <w:t>allah, is ke siwa koi mabood nahin. woh zindah hai, sab ka thamne wala. is ko na aankh aati hai aur na neend.</w:t>
      </w:r>
    </w:p>
    <w:p>
      <w:pPr>
        <w:jc w:val="right"/>
      </w:pPr>
      <w:r>
        <w:t>اللہ، اس کے سوا کوئی معبود نہیں۔ وہ زندہ ہے، سب کا تھامنے والا۔ اس کو نہ آنکھ آتی ہے اور نہ نیند۔</w:t>
      </w:r>
    </w:p>
    <w:p>
      <w:r>
        <w:rPr>
          <w:b/>
        </w:rPr>
        <w:t xml:space="preserve">[04:12] </w:t>
      </w:r>
      <w:r>
        <w:t>isi ka hai jo kuch aasmanon aur zameen mein hai. kaun hai jo is ke paas is ki ijazat ke baghair sifarish kare?</w:t>
      </w:r>
    </w:p>
    <w:p>
      <w:pPr>
        <w:jc w:val="right"/>
      </w:pPr>
      <w:r>
        <w:t>اسی کا ہے جو کچھ آسمانوں اور زمین میں ہے۔ کون ہے جو اس کے پاس اس کی اجازت کے بغیر سفارش کرے؟</w:t>
      </w:r>
    </w:p>
    <w:p>
      <w:r>
        <w:rPr>
          <w:b/>
        </w:rPr>
        <w:t xml:space="preserve">[04:22] </w:t>
      </w:r>
      <w:r>
        <w:t>woh janta hai jo kuch un ke aage hai aur jo kuch un ke peechhe hai. aur woh is ke ilm mein se kisi cheez ka ahata nahin kar sakte magar jo woh chahe.</w:t>
      </w:r>
    </w:p>
    <w:p>
      <w:pPr>
        <w:jc w:val="right"/>
      </w:pPr>
      <w:r>
        <w:t>وہ جانتا ہے جو کچھ ان کے آگے ہے اور جو کچھ ان کے پیچھے ہے۔ اور وہ اس کے علم میں سے کسی چیز کا احاطہ نہیں کر سکتے مگر جو وہ چاہے۔</w:t>
      </w:r>
    </w:p>
    <w:p>
      <w:r>
        <w:rPr>
          <w:b/>
        </w:rPr>
        <w:t xml:space="preserve">[04:36] </w:t>
      </w:r>
      <w:r>
        <w:t>is ki hukoomat aasmanon aur zameen par chhai hui hai. woh thakta nahin un ke thamne se. aur wohi hai buland martaba, bada.</w:t>
      </w:r>
    </w:p>
    <w:p>
      <w:pPr>
        <w:jc w:val="right"/>
      </w:pPr>
      <w:r>
        <w:t>اس کی حکومت آسمانوں اور زمین پر چھائی ہوئی ہے۔ وہ تھکتا نہیں ان کے تھامنے سے۔ اور وہی ہے بلند مرتبہ، بڑا۔</w:t>
      </w:r>
    </w:p>
    <w:p>
      <w:r>
        <w:rPr>
          <w:b/>
        </w:rPr>
        <w:t xml:space="preserve">[04:53] </w:t>
      </w:r>
      <w:r>
        <w:t>yeh ayat mujhe nature ka scene dekhte hue yaad aayi.</w:t>
      </w:r>
    </w:p>
    <w:p>
      <w:pPr>
        <w:jc w:val="right"/>
      </w:pPr>
      <w:r>
        <w:t>یہ آیت مجھے نیچر کا سین دیکھتے ہوئے یاد آئی۔</w:t>
      </w:r>
    </w:p>
    <w:p>
      <w:r>
        <w:rPr>
          <w:b/>
        </w:rPr>
        <w:t xml:space="preserve">[05:06] </w:t>
      </w:r>
      <w:r>
        <w:t>mujhe ek ajeeb, ek ajeeb experience hua. yeh ayat jo hai quran mein, is ko ayat al kursi kehte hain.</w:t>
      </w:r>
    </w:p>
    <w:p>
      <w:pPr>
        <w:jc w:val="right"/>
      </w:pPr>
      <w:r>
        <w:t>مجھے ایک عجیب، ایک عجیب ایکسپیرینس ہوا۔ یہ آیت جو ہے قرآن میں، اس کو آیت الکرسی کہتے ہیں۔</w:t>
      </w:r>
    </w:p>
    <w:p>
      <w:r>
        <w:rPr>
          <w:b/>
        </w:rPr>
        <w:t xml:space="preserve">[05:19] </w:t>
      </w:r>
      <w:r>
        <w:t>lekin yeh bohat ajeeb ayat hai. ayat al kursi ise kehte hain ke is mein yeh lafz aaya hai ke: "wasi'a kursiyyuhus samawati wal ard".</w:t>
      </w:r>
    </w:p>
    <w:p>
      <w:pPr>
        <w:jc w:val="right"/>
      </w:pPr>
      <w:r>
        <w:t>لیکن یہ بہت عجیب آیت ہے۔ آیت الکرسی اسے کہتے ہیں کہ اس میں یہ لفظ آیا ہے کہ: "وسع کرسیہ السماوات والارض"۔</w:t>
      </w:r>
    </w:p>
    <w:p>
      <w:r>
        <w:rPr>
          <w:b/>
        </w:rPr>
        <w:t xml:space="preserve">[05:32] </w:t>
      </w:r>
      <w:r>
        <w:t>yani allah ki kursi, allah ka takht, poore zameen o aasman ko</w:t>
      </w:r>
    </w:p>
    <w:p>
      <w:pPr>
        <w:jc w:val="right"/>
      </w:pPr>
      <w:r>
        <w:t>یعنی اللہ کی کرسی، اللہ کا تخت، پورے زمین و آسمان کو</w:t>
      </w:r>
    </w:p>
    <w:p>
      <w:r>
        <w:rPr>
          <w:b/>
        </w:rPr>
        <w:t xml:space="preserve">[05:45] </w:t>
      </w:r>
      <w:r>
        <w:t>tak basi hai. is waqt mujhe ek ajeeb ehsas hua.</w:t>
      </w:r>
    </w:p>
    <w:p>
      <w:pPr>
        <w:jc w:val="right"/>
      </w:pPr>
      <w:r>
        <w:t>تک بسی ہے۔ اس وقت مجھے ایک عجیب احساس ہوا۔</w:t>
      </w:r>
    </w:p>
    <w:p>
      <w:r>
        <w:rPr>
          <w:b/>
        </w:rPr>
        <w:t xml:space="preserve">[05:54] </w:t>
      </w:r>
      <w:r>
        <w:t>mujhe aisa mehsoos hua jaise ke sach much allah ka takht poori kainat mein bichha hua hai.</w:t>
      </w:r>
    </w:p>
    <w:p>
      <w:pPr>
        <w:jc w:val="right"/>
      </w:pPr>
      <w:r>
        <w:t>مجھے ایسا محسوس ہوا جیسے کہ سچ مچ اللہ کا تخت پوری کائنات میں بچھا ہوا ہے۔</w:t>
      </w:r>
    </w:p>
    <w:p>
      <w:r>
        <w:rPr>
          <w:b/>
        </w:rPr>
        <w:t xml:space="preserve">[06:06] </w:t>
      </w:r>
      <w:r>
        <w:t>aur poori kainat, bashمول insan, is ke tehat hai.</w:t>
      </w:r>
    </w:p>
    <w:p>
      <w:pPr>
        <w:jc w:val="right"/>
      </w:pPr>
      <w:r>
        <w:t>اور پوری کائنات، بشمول انسان، اس کے تحت ہے۔</w:t>
      </w:r>
    </w:p>
    <w:p>
      <w:r>
        <w:rPr>
          <w:b/>
        </w:rPr>
        <w:t xml:space="preserve">[06:14] </w:t>
      </w:r>
      <w:r>
        <w:t>allah ke takht ke tehat poori kainat aa gayi hai. yeh ek ajeeb ehsas tha.</w:t>
      </w:r>
    </w:p>
    <w:p>
      <w:pPr>
        <w:jc w:val="right"/>
      </w:pPr>
      <w:r>
        <w:t>اللہ کے تخت کے تحت پوری کائنات آ گئی ہے۔ یہ ایک عجیب احساس تھا۔</w:t>
      </w:r>
    </w:p>
    <w:p>
      <w:r>
        <w:rPr>
          <w:b/>
        </w:rPr>
        <w:t xml:space="preserve">[06:26] </w:t>
      </w:r>
      <w:r>
        <w:t>bohat ajeeb.</w:t>
      </w:r>
    </w:p>
    <w:p>
      <w:pPr>
        <w:jc w:val="right"/>
      </w:pPr>
      <w:r>
        <w:t>بہت عجیب۔</w:t>
      </w:r>
    </w:p>
    <w:p>
      <w:r>
        <w:rPr>
          <w:b/>
        </w:rPr>
        <w:t xml:space="preserve">[06:31] </w:t>
      </w:r>
      <w:r>
        <w:t>mujhe aisa mehsoos hua jaise ke main</w:t>
      </w:r>
    </w:p>
    <w:p>
      <w:pPr>
        <w:jc w:val="right"/>
      </w:pPr>
      <w:r>
        <w:t>مجھے ایسا محسوس ہوا جیسے کہ میں</w:t>
      </w:r>
    </w:p>
    <w:p>
      <w:r>
        <w:rPr>
          <w:b/>
        </w:rPr>
        <w:t xml:space="preserve">[06:36] </w:t>
      </w:r>
      <w:r>
        <w:t>sach much allah ke paros mein pahunch gaya hoon. allah ke bohat qareeb pahunch gaya hoon.</w:t>
      </w:r>
    </w:p>
    <w:p>
      <w:pPr>
        <w:jc w:val="right"/>
      </w:pPr>
      <w:r>
        <w:t>سچ مچ اللہ کے پڑوس میں پہنچ گیا ہوں۔ اللہ کے بہت قریب پہنچ گیا ہوں۔</w:t>
      </w:r>
    </w:p>
    <w:p>
      <w:r>
        <w:rPr>
          <w:b/>
        </w:rPr>
        <w:t xml:space="preserve">[06:49] </w:t>
      </w:r>
      <w:r>
        <w:t>phir is waqt, yeh subah ka waqt tha.</w:t>
      </w:r>
    </w:p>
    <w:p>
      <w:pPr>
        <w:jc w:val="right"/>
      </w:pPr>
      <w:r>
        <w:t>پھر اس وقت، یہ صبح کا وقت تھا۔</w:t>
      </w:r>
    </w:p>
    <w:p>
      <w:r>
        <w:rPr>
          <w:b/>
        </w:rPr>
        <w:t xml:space="preserve">[06:58] </w:t>
      </w:r>
      <w:r>
        <w:t>is waqt mujhe quran ki aik ayat yaad aai. yeh ayat surah bani israel mein hai.</w:t>
      </w:r>
    </w:p>
    <w:p>
      <w:pPr>
        <w:jc w:val="right"/>
      </w:pPr>
      <w:r>
        <w:t>اس وقت مجھے قرآن کی ایک آیت یاد آئی۔ یہ آیت سورہ بنی اسرائیل میں ہے۔</w:t>
      </w:r>
    </w:p>
    <w:p>
      <w:r>
        <w:rPr>
          <w:b/>
        </w:rPr>
        <w:t xml:space="preserve">[07:09] </w:t>
      </w:r>
      <w:r>
        <w:t>subah ko quran ka parhna, is ke baray mein hai yeh ayat. woh yeh hai: "in qanar al-fajr kan mashhoodan".</w:t>
      </w:r>
    </w:p>
    <w:p>
      <w:pPr>
        <w:jc w:val="right"/>
      </w:pPr>
      <w:r>
        <w:t>صبح کو قرآن کا پڑھنا، اس کے بارے میں ہے یہ آیت۔ وہ یہ ہے: "إن قنار الفجر کان مشہوداً"۔</w:t>
      </w:r>
    </w:p>
    <w:p>
      <w:r>
        <w:rPr>
          <w:b/>
        </w:rPr>
        <w:t xml:space="preserve">[07:22] </w:t>
      </w:r>
      <w:r>
        <w:t>"in qanar al-fajr kan mashhoodan". is ka matlab yeh hai ke:</w:t>
      </w:r>
    </w:p>
    <w:p>
      <w:pPr>
        <w:jc w:val="right"/>
      </w:pPr>
      <w:r>
        <w:t>"إن قنار الفجر کان مشہوداً"۔ اس کا مطلب یہ ہے کہ:</w:t>
      </w:r>
    </w:p>
    <w:p>
      <w:r>
        <w:rPr>
          <w:b/>
        </w:rPr>
        <w:t xml:space="preserve">[07:30] </w:t>
      </w:r>
      <w:r>
        <w:t>"Indeed, the recitation of the Quran at dawn is witnessed".</w:t>
      </w:r>
    </w:p>
    <w:p>
      <w:pPr>
        <w:jc w:val="right"/>
      </w:pPr>
      <w:r>
        <w:t>"Indeed, the recitation of the Quran at dawn is witnessed"۔</w:t>
      </w:r>
    </w:p>
    <w:p>
      <w:r>
        <w:rPr>
          <w:b/>
        </w:rPr>
        <w:t xml:space="preserve">[07:46] </w:t>
      </w:r>
      <w:r>
        <w:t>is ke baray mein hadith mein bhi aaya hai. aisa lagta hai ke sare farishtay kharay ho kar quran ko sun rahay hain.</w:t>
      </w:r>
    </w:p>
    <w:p>
      <w:pPr>
        <w:jc w:val="right"/>
      </w:pPr>
      <w:r>
        <w:t>اس کے بارے میں حدیث میں بھی آیا ہے۔ ایسا لگتا ہے کہ سارے فرشتے کھڑے ہو کر قرآن کو سن رہے ہوں۔</w:t>
      </w:r>
    </w:p>
    <w:p>
      <w:r>
        <w:rPr>
          <w:b/>
        </w:rPr>
        <w:t xml:space="preserve">[07:59] </w:t>
      </w:r>
      <w:r>
        <w:t>aisa mahol hota hai is waqt. aap ghor kijiye ke subah ke waqt quran ko parhna</w:t>
      </w:r>
    </w:p>
    <w:p>
      <w:pPr>
        <w:jc w:val="right"/>
      </w:pPr>
      <w:r>
        <w:t>ایسا ماحول ہوتا ہے اس وقت۔ آپ غور کیجیے کہ صبح کے وقت قرآن کو پڑھنا</w:t>
      </w:r>
    </w:p>
    <w:p>
      <w:r>
        <w:rPr>
          <w:b/>
        </w:rPr>
        <w:t xml:space="preserve">[08:12] </w:t>
      </w:r>
      <w:r>
        <w:t>kaisa ajeeb hoga jabkay sare farishtay kharay ho kar quran ko sun rahay hain.</w:t>
      </w:r>
    </w:p>
    <w:p>
      <w:pPr>
        <w:jc w:val="right"/>
      </w:pPr>
      <w:r>
        <w:t>کیسا عجیب ہوگا جبکہ سارے فرشتے کھڑے ہو کر قرآن کو سن رہے ہوں۔</w:t>
      </w:r>
    </w:p>
    <w:p>
      <w:r>
        <w:rPr>
          <w:b/>
        </w:rPr>
        <w:t xml:space="preserve">[08:24] </w:t>
      </w:r>
      <w:r>
        <w:t>yeh sab baatein sochtay hue mujhe yeh khayal aaya ke yeh yeh kya cheez hai?</w:t>
      </w:r>
    </w:p>
    <w:p>
      <w:pPr>
        <w:jc w:val="right"/>
      </w:pPr>
      <w:r>
        <w:t>یہ سب باتیں سوچتے ہوئے مجھے یہ خیال آیا کہ یہ یہ کیا چیز ہے؟</w:t>
      </w:r>
    </w:p>
    <w:p>
      <w:r>
        <w:rPr>
          <w:b/>
        </w:rPr>
        <w:t xml:space="preserve">[08:35] </w:t>
      </w:r>
      <w:r>
        <w:t>to yeh jo ayat al-kursi hai, surah al-baqarah mein jo ayat hai, surah ayat al-kursi, woh gaya,</w:t>
      </w:r>
    </w:p>
    <w:p>
      <w:pPr>
        <w:jc w:val="right"/>
      </w:pPr>
      <w:r>
        <w:t>تو یہ جو آیت الکرسی ہے، سورہ البقرہ میں جو آیت ہے، سورہ آیت الکرسی، وہ گیا،</w:t>
      </w:r>
    </w:p>
    <w:p>
      <w:r>
        <w:rPr>
          <w:b/>
        </w:rPr>
        <w:t xml:space="preserve">[08:49] </w:t>
      </w:r>
      <w:r>
        <w:t>woh gaya allah ke attributes ka, allah ki sifat ka lafzi bayan hai.</w:t>
      </w:r>
    </w:p>
    <w:p>
      <w:pPr>
        <w:jc w:val="right"/>
      </w:pPr>
      <w:r>
        <w:t>وہ گیا اللہ کے ایٹریبیوٹس کا، اللہ کی صفات کا لفظی بیان ہے۔</w:t>
      </w:r>
    </w:p>
    <w:p>
      <w:r>
        <w:rPr>
          <w:b/>
        </w:rPr>
        <w:t xml:space="preserve">[09:04] </w:t>
      </w:r>
      <w:r>
        <w:t>allah ki sifat ka, allah ke attributes ka lafzi bayan hai. aur yeh jo jis ko hum nature kehtay hain, yeh nature goya is ka demonstration hai.</w:t>
      </w:r>
    </w:p>
    <w:p>
      <w:pPr>
        <w:jc w:val="right"/>
      </w:pPr>
      <w:r>
        <w:t>اللہ کی صفات کا، اللہ کے ایٹریبیوٹس کا لفظی بیان ہے۔ اور یہ جو جس کو ہم نیچر کہتے ہیں، یہ نیچر گویا اس کا ڈیمونسٹریشن ہے۔</w:t>
      </w:r>
    </w:p>
    <w:p>
      <w:r>
        <w:rPr>
          <w:b/>
        </w:rPr>
        <w:t xml:space="preserve">[09:26] </w:t>
      </w:r>
      <w:r>
        <w:t>yeh nature allah ke attributes ka demonstration hai. yeh bari ajeeb cheez hai.</w:t>
      </w:r>
    </w:p>
    <w:p>
      <w:pPr>
        <w:jc w:val="right"/>
      </w:pPr>
      <w:r>
        <w:t>یہ نیچر اللہ کے ایٹریبیوٹس کا ڈیمونسٹریشن ہے۔ یہ بڑی عجیب چیز ہے۔</w:t>
      </w:r>
    </w:p>
    <w:p>
      <w:r>
        <w:rPr>
          <w:b/>
        </w:rPr>
        <w:t xml:space="preserve">[09:37] </w:t>
      </w:r>
      <w:r>
        <w:t>mere ghar ke, mere office ke samnay aik peir hai. is peir par aik bail charhi hui hai.</w:t>
      </w:r>
    </w:p>
    <w:p>
      <w:pPr>
        <w:jc w:val="right"/>
      </w:pPr>
      <w:r>
        <w:t>میرے گھر کے، میرے آفس کے سامنے ایک پیڑ ہے۔ اس پیڑ پر ایک بیل چڑھی ہوئی ہے۔</w:t>
      </w:r>
    </w:p>
    <w:p>
      <w:r>
        <w:rPr>
          <w:b/>
        </w:rPr>
        <w:t xml:space="preserve">[09:48] </w:t>
      </w:r>
      <w:r>
        <w:t>to peir mein to phool waisa nahi hota lekin yeh bail charhi hui hai, is mein kaantay hotay hain.</w:t>
      </w:r>
    </w:p>
    <w:p>
      <w:pPr>
        <w:jc w:val="right"/>
      </w:pPr>
      <w:r>
        <w:t>تو پیڑ میں تو پھول ویسا نہیں ہوتا لیکن یہ بیل چڑھی ہوئی ہے، اس میں کانٹے ہوتے ہیں۔</w:t>
      </w:r>
    </w:p>
    <w:p>
      <w:r>
        <w:rPr>
          <w:b/>
        </w:rPr>
        <w:t xml:space="preserve">[09:59] </w:t>
      </w:r>
      <w:r>
        <w:t>kaantay. aur ajeeb baat hai ke kaantay ke sath sath phool bohat hi achhay, bohat hi beautiful phool hotay hain.</w:t>
      </w:r>
    </w:p>
    <w:p>
      <w:pPr>
        <w:jc w:val="right"/>
      </w:pPr>
      <w:r>
        <w:t>کانٹے۔ اور عجیب بات ہے کہ کانٹے کے ساتھ ساتھ پھول بہت ہی اچھے، بہت ہی بیوٹی فل پھول ہوتے ہیں۔</w:t>
      </w:r>
    </w:p>
    <w:p>
      <w:r>
        <w:rPr>
          <w:b/>
        </w:rPr>
        <w:t xml:space="preserve">[10:13] </w:t>
      </w:r>
      <w:r>
        <w:t>is bail mein jo kaantay hotay hain, us ke sath, us ke paros mein, us ke sath sath bohat hi beautiful phool hotay hain.</w:t>
      </w:r>
    </w:p>
    <w:p>
      <w:pPr>
        <w:jc w:val="right"/>
      </w:pPr>
      <w:r>
        <w:t>اس بیل میں جو کانٹے ہوتے ہیں، اس کے ساتھ، اس کے پڑوس میں، اس کے ساتھ ساتھ بہت ہی بیوٹی فل پھول ہوتے ہیں۔</w:t>
      </w:r>
    </w:p>
    <w:p>
      <w:r>
        <w:rPr>
          <w:b/>
        </w:rPr>
        <w:t xml:space="preserve">[10:26] </w:t>
      </w:r>
      <w:r>
        <w:t>is ko</w:t>
      </w:r>
    </w:p>
    <w:p>
      <w:pPr>
        <w:jc w:val="right"/>
      </w:pPr>
      <w:r>
        <w:t>اس کو</w:t>
      </w:r>
    </w:p>
    <w:p>
      <w:r>
        <w:rPr>
          <w:b/>
        </w:rPr>
        <w:t xml:space="preserve">[10:29] </w:t>
      </w:r>
      <w:r>
        <w:t>sochtay hue mein nay, mere mind mein yeh baat aai ke allah rab ul alameen bohat hi ziyada good taste ka khaliq hai.</w:t>
      </w:r>
    </w:p>
    <w:p>
      <w:pPr>
        <w:jc w:val="right"/>
      </w:pPr>
      <w:r>
        <w:t>سوچتے ہوئے میں نے، میرے مائنڈ میں یہ بات آئی کہ اللہ رب العالمین بہت ہی زیادہ گڈ ٹیسٹ کا خالق ہے۔</w:t>
      </w:r>
    </w:p>
    <w:p>
      <w:r>
        <w:rPr>
          <w:b/>
        </w:rPr>
        <w:t xml:space="preserve">[10:45] </w:t>
      </w:r>
      <w:r>
        <w:t>jis ko kehtay hain khush, khush zaouq. bohat hi ziyada high taste ka khaliq hai.</w:t>
      </w:r>
    </w:p>
    <w:p>
      <w:pPr>
        <w:jc w:val="right"/>
      </w:pPr>
      <w:r>
        <w:t>جس کو کہتے ہیں خوش، خوش ذوق۔ بہت ہی زیادہ ہائی ٹیسٹ کا خالق ہے۔</w:t>
      </w:r>
    </w:p>
    <w:p>
      <w:r>
        <w:rPr>
          <w:b/>
        </w:rPr>
        <w:t xml:space="preserve">[10:57] </w:t>
      </w:r>
      <w:r>
        <w:t>ke is nay kisi maslehat ki bina par kaantay banaye. kisi maslehat ki bina par kaantay banaye.</w:t>
      </w:r>
    </w:p>
    <w:p>
      <w:pPr>
        <w:jc w:val="right"/>
      </w:pPr>
      <w:r>
        <w:t>کہ اس نے کسی مصلحت کی بنا پر کانٹے بنائے۔ کسی مصلحت کی بنا پر کانٹے بنائے۔</w:t>
      </w:r>
    </w:p>
    <w:p>
      <w:r>
        <w:rPr>
          <w:b/>
        </w:rPr>
        <w:t xml:space="preserve">[11:09] </w:t>
      </w:r>
      <w:r>
        <w:t>to isi ke sath wahan is nay khush, bohat hi beautiful phool uga diye. kaantay ke sath phool.</w:t>
      </w:r>
    </w:p>
    <w:p>
      <w:pPr>
        <w:jc w:val="right"/>
      </w:pPr>
      <w:r>
        <w:t>تو اسی کے ساتھ وہاں اس نے خوش، بہت ہی بیوٹی فل پھول اگا دیے۔ کانٹے کے ساتھ پھول۔</w:t>
      </w:r>
    </w:p>
    <w:p>
      <w:r>
        <w:rPr>
          <w:b/>
        </w:rPr>
        <w:t xml:space="preserve">[11:21] </w:t>
      </w:r>
      <w:r>
        <w:t>yani allah ko gawara nahi hua ke bas kaantay hi kaantay hon.</w:t>
      </w:r>
    </w:p>
    <w:p>
      <w:pPr>
        <w:jc w:val="right"/>
      </w:pPr>
      <w:r>
        <w:t>یعنی اللہ کو گوارا نہیں ہوا کہ بس کانٹے ہی کانٹے ہوں۔</w:t>
      </w:r>
    </w:p>
    <w:p>
      <w:r>
        <w:rPr>
          <w:b/>
        </w:rPr>
        <w:t xml:space="preserve">[11:29] </w:t>
      </w:r>
      <w:r>
        <w:t>is ka to jo taste tha, taste, good taste is ka, is ka taqaza hua ke wahan par bohat beautiful qism ke phool uga diye jayen.</w:t>
      </w:r>
    </w:p>
    <w:p>
      <w:pPr>
        <w:jc w:val="right"/>
      </w:pPr>
      <w:r>
        <w:t>اس کا تو جو ٹیسٹ تھا، ٹیسٹ، گڈ ٹیسٹ اس کا، اس کا تقاضا ہوا کہ وہاں پر بہت بیوٹی فل قسم کے پھول اگا دیے جائیں۔</w:t>
      </w:r>
    </w:p>
    <w:p>
      <w:r>
        <w:rPr>
          <w:b/>
        </w:rPr>
        <w:t xml:space="preserve">[11:46] </w:t>
      </w:r>
      <w:r>
        <w:t>phir mein nay socha ke itna, itna ziyada</w:t>
      </w:r>
    </w:p>
    <w:p>
      <w:pPr>
        <w:jc w:val="right"/>
      </w:pPr>
      <w:r>
        <w:t>پھر میں نے سوچا کہ اتنا، اتنا زیادہ</w:t>
      </w:r>
    </w:p>
    <w:p>
      <w:r>
        <w:rPr>
          <w:b/>
        </w:rPr>
        <w:t xml:space="preserve">[11:56] </w:t>
      </w:r>
      <w:r>
        <w:t>good taste wala khuda,</w:t>
      </w:r>
    </w:p>
    <w:p>
      <w:pPr>
        <w:jc w:val="right"/>
      </w:pPr>
      <w:r>
        <w:t>گڈ ٹیسٹ والا خدا،</w:t>
      </w:r>
    </w:p>
    <w:p>
      <w:r>
        <w:rPr>
          <w:b/>
        </w:rPr>
        <w:t xml:space="preserve">[12:00] </w:t>
      </w:r>
      <w:r>
        <w:t>itna zyada good test wala khuda, kya aisa karega ke insaan ko jahannum mein daal de?</w:t>
      </w:r>
    </w:p>
    <w:p>
      <w:pPr>
        <w:jc w:val="right"/>
      </w:pPr>
      <w:r>
        <w:t>اتنا زیادہ گڈ ٹیسٹ والا خدا، کیا ایسا کرے گا کہ انسان کو جہنم میں ڈال دے؟</w:t>
      </w:r>
    </w:p>
    <w:p>
      <w:r>
        <w:rPr>
          <w:b/>
        </w:rPr>
        <w:t xml:space="preserve">[12:15] </w:t>
      </w:r>
      <w:r>
        <w:t>aisa karega insaan ko jahannum mein daal de? nahin. isi liye quran mein hai ke: "la islaah illa al-ishq".</w:t>
      </w:r>
    </w:p>
    <w:p>
      <w:pPr>
        <w:jc w:val="right"/>
      </w:pPr>
      <w:r>
        <w:t>ایسا کرے گا انسان کو جہنم میں ڈال دے؟ نہیں۔ اسی لیے قرآن میں ہے کہ: "لا اصلاح الا العشق"۔</w:t>
      </w:r>
    </w:p>
    <w:p>
      <w:r>
        <w:rPr>
          <w:b/>
        </w:rPr>
        <w:t xml:space="preserve">[12:29] </w:t>
      </w:r>
      <w:r>
        <w:t>sirf ishq log hi jayenge jahannum mein. ishq ka maani kehte hain ke bohat sarkash, bohat zyada sarkash.</w:t>
      </w:r>
    </w:p>
    <w:p>
      <w:pPr>
        <w:jc w:val="right"/>
      </w:pPr>
      <w:r>
        <w:t>صرف عشق لوگ ہی جائیں گے جہنم میں۔ عشق کا معنی کہتے ہیں کہ بہت سرکش، بہت زیادہ سرکش۔</w:t>
      </w:r>
    </w:p>
    <w:p>
      <w:r>
        <w:rPr>
          <w:b/>
        </w:rPr>
        <w:t xml:space="preserve">[12:41] </w:t>
      </w:r>
      <w:r>
        <w:t>main sunta hoon ke is dunya mein sab se zyada jo buri cheez hai, jo kisi insaan ko jahannum ka mustahiq banati hai,</w:t>
      </w:r>
    </w:p>
    <w:p>
      <w:pPr>
        <w:jc w:val="right"/>
      </w:pPr>
      <w:r>
        <w:t>میں سنتا ہوں کہ اس دنیا میں سب سے زیادہ جو بری چیز ہے، جو کسی انسان کو جہنم کا مستحق بناتی ہے،</w:t>
      </w:r>
    </w:p>
    <w:p>
      <w:r>
        <w:rPr>
          <w:b/>
        </w:rPr>
        <w:t xml:space="preserve">[12:56] </w:t>
      </w:r>
      <w:r>
        <w:t>woh hai sarkashi. is ki english mein kahenge: "Arogance". "Arogance". ek hi cheez aisi hai jis ko Allah maaf nahin karega.</w:t>
      </w:r>
    </w:p>
    <w:p>
      <w:pPr>
        <w:jc w:val="right"/>
      </w:pPr>
      <w:r>
        <w:t>وہ ہے سرکشی۔ اس کی انگلش میں کہیں گے: "Arogance"۔ "Arogance"۔ ایک ہی چیز ایسی ہے جس کو اللہ معاف نہیں کرے گا۔</w:t>
      </w:r>
    </w:p>
    <w:p>
      <w:r>
        <w:rPr>
          <w:b/>
        </w:rPr>
        <w:t xml:space="preserve">[13:10] </w:t>
      </w:r>
      <w:r>
        <w:t>aur woh hai "Arogance" ya sarkashi. is ke bar aks agar insaan modestly, is pe, is ke bar aks insaan agar modest bane, modest, mutawazi,</w:t>
      </w:r>
    </w:p>
    <w:p>
      <w:pPr>
        <w:jc w:val="right"/>
      </w:pPr>
      <w:r>
        <w:t>اور وہ ہے "Arogance" یا سرکشی۔ اس کے برعکس اگر انسان modestly، اس پہ، اس کے برعکس انسان اگر modest بنے، modest، متواضع،</w:t>
      </w:r>
    </w:p>
    <w:p>
      <w:r>
        <w:rPr>
          <w:b/>
        </w:rPr>
        <w:t xml:space="preserve">[13:33] </w:t>
      </w:r>
      <w:r>
        <w:t>modest bane agar to Allah zaroor is ko bakhsh dega. dekhiye, ek hadith aati hai ke jo log</w:t>
      </w:r>
    </w:p>
    <w:p>
      <w:pPr>
        <w:jc w:val="right"/>
      </w:pPr>
      <w:r>
        <w:t>modest بنے اگر تو اللہ ضرور اس کو بخش دے گا۔ دیکھیے، ایک حدیث آتی ہے کہ جو لوگ</w:t>
      </w:r>
    </w:p>
    <w:p>
      <w:r>
        <w:rPr>
          <w:b/>
        </w:rPr>
        <w:t xml:space="preserve">[13:53] </w:t>
      </w:r>
      <w:r>
        <w:t>badr mein shareek hue the, badr ke ghazwa badr mein, un ko badri kaha jata hai.</w:t>
      </w:r>
    </w:p>
    <w:p>
      <w:pPr>
        <w:jc w:val="right"/>
      </w:pPr>
      <w:r>
        <w:t>بدر میں شریک ہوئے تھے، بدر کے غزوہ بدر میں، ان کو بدری کہا جاتا ہے۔</w:t>
      </w:r>
    </w:p>
    <w:p>
      <w:r>
        <w:rPr>
          <w:b/>
        </w:rPr>
        <w:t xml:space="preserve">[14:04] </w:t>
      </w:r>
      <w:r>
        <w:t>badri. kyunke is waqt bohat hi zyada be sira sawani ki halat thi. to ek bohat ajeeb hadith hai ke ek aadmi ne</w:t>
      </w:r>
    </w:p>
    <w:p>
      <w:pPr>
        <w:jc w:val="right"/>
      </w:pPr>
      <w:r>
        <w:t>بدری۔ کیونکہ اس وقت بہت ہی زیادہ بے سرا سوانی کی حالت تھی۔ تو ایک بہت عجیب حدیث ہے کہ ایک آدمی نے</w:t>
      </w:r>
    </w:p>
    <w:p>
      <w:r>
        <w:rPr>
          <w:b/>
        </w:rPr>
        <w:t xml:space="preserve">[14:19] </w:t>
      </w:r>
      <w:r>
        <w:t>ek badri sahabi se ek ghalti ho gayi thi. ek badri sahabi se ek ghalti ho gayi thi.</w:t>
      </w:r>
    </w:p>
    <w:p>
      <w:pPr>
        <w:jc w:val="right"/>
      </w:pPr>
      <w:r>
        <w:t>ایک بدری صحابی سے ایک غلطی ہو گئی تھی۔ ایک بدری صحابی سے ایک غلطی ہو گئی تھی۔</w:t>
      </w:r>
    </w:p>
    <w:p>
      <w:r>
        <w:rPr>
          <w:b/>
        </w:rPr>
        <w:t xml:space="preserve">[14:29] </w:t>
      </w:r>
      <w:r>
        <w:t>to ek aadmi ne un ko bura kaha.</w:t>
      </w:r>
    </w:p>
    <w:p>
      <w:pPr>
        <w:jc w:val="right"/>
      </w:pPr>
      <w:r>
        <w:t>تو ایک آدمی نے ان کو برا کہا۔</w:t>
      </w:r>
    </w:p>
    <w:p>
      <w:r>
        <w:rPr>
          <w:b/>
        </w:rPr>
        <w:t xml:space="preserve">[14:37] </w:t>
      </w:r>
      <w:r>
        <w:t>bura kaha. to aap ne farmaya ke un ko kuch mat kaho.</w:t>
      </w:r>
    </w:p>
    <w:p>
      <w:pPr>
        <w:jc w:val="right"/>
      </w:pPr>
      <w:r>
        <w:t>برا کہا۔ تو آپ نے فرمایا کہ ان کو کچھ مت کہو۔</w:t>
      </w:r>
    </w:p>
    <w:p>
      <w:r>
        <w:rPr>
          <w:b/>
        </w:rPr>
        <w:t xml:space="preserve">[14:47] </w:t>
      </w:r>
      <w:r>
        <w:t>kya maloom Allah ne un ki taraf jhaank kar dekha ho?</w:t>
      </w:r>
    </w:p>
    <w:p>
      <w:pPr>
        <w:jc w:val="right"/>
      </w:pPr>
      <w:r>
        <w:t>کیا معلوم اللہ نے ان کی طرف جھانک کر دیکھا ہو؟</w:t>
      </w:r>
    </w:p>
    <w:p>
      <w:r>
        <w:rPr>
          <w:b/>
        </w:rPr>
        <w:t xml:space="preserve">[14:57] </w:t>
      </w:r>
      <w:r>
        <w:t>yaani badr ke waqe ke baad kya maloom Allah ne un ki taraf jhaank kar dekha ho aur yeh keh diya ho ke: "af'al ma shi'tum fa inni qad ghafert lakum".</w:t>
      </w:r>
    </w:p>
    <w:p>
      <w:pPr>
        <w:jc w:val="right"/>
      </w:pPr>
      <w:r>
        <w:t>یعنی بدر کے واقعے کے بعد کیا معلوم اللہ نے ان کی طرف جھانک کر دیکھا ہو اور یہ کہہ دیا ہو کہ: "افعل ما شئتم فانی قد غفرت لکم"۔</w:t>
      </w:r>
    </w:p>
    <w:p>
      <w:r>
        <w:rPr>
          <w:b/>
        </w:rPr>
        <w:t xml:space="preserve">[15:18] </w:t>
      </w:r>
      <w:r>
        <w:t>yaani ab jo chahe karo, maine tum ko bakhsh diya. "af'al ma shi'tum fa inni qad ghafert lakum".</w:t>
      </w:r>
    </w:p>
    <w:p>
      <w:pPr>
        <w:jc w:val="right"/>
      </w:pPr>
      <w:r>
        <w:t>یعنی اب جو چاہے کرو، میں نے تم کو بخش دیا۔ "افعل ما شئتم فانی قد غفرت لکم"۔</w:t>
      </w:r>
    </w:p>
    <w:p>
      <w:r>
        <w:rPr>
          <w:b/>
        </w:rPr>
        <w:t xml:space="preserve">[15:33] </w:t>
      </w:r>
      <w:r>
        <w:t>jo chaho karo, maine tum ko bakhsh diya. to dekhiye, yeh sirf badr ki baat nahin hai.</w:t>
      </w:r>
    </w:p>
    <w:p>
      <w:pPr>
        <w:jc w:val="right"/>
      </w:pPr>
      <w:r>
        <w:t>جو چاہو کرو، میں نے تم کو بخش دیا۔ تو دیکھیے، یہ صرف بدر کی بات نہیں ہے۔</w:t>
      </w:r>
    </w:p>
    <w:p>
      <w:r>
        <w:rPr>
          <w:b/>
        </w:rPr>
        <w:t xml:space="preserve">[15:43] </w:t>
      </w:r>
      <w:r>
        <w:t>yeh Allah ki ek rehmat ki baat hai. yaani doosre bhi aise</w:t>
      </w:r>
    </w:p>
    <w:p>
      <w:pPr>
        <w:jc w:val="right"/>
      </w:pPr>
      <w:r>
        <w:t>یہ اللہ کی ایک رحمت کی بات ہے۔ یعنی دوسرے بھی ایسے</w:t>
      </w:r>
    </w:p>
    <w:p>
      <w:r>
        <w:rPr>
          <w:b/>
        </w:rPr>
        <w:t xml:space="preserve">[15:55] </w:t>
      </w:r>
      <w:r>
        <w:t>af'aal ho sakte hain jis par Allah ka ek aur saadiq aata ho. maslan tawazu, modesty.</w:t>
      </w:r>
    </w:p>
    <w:p>
      <w:pPr>
        <w:jc w:val="right"/>
      </w:pPr>
      <w:r>
        <w:t>افعال ہو سکتے ہیں جس پر اللہ کا ایک اور صادق آتا ہو۔ مثلاً تواضع، modesty۔</w:t>
      </w:r>
    </w:p>
    <w:p>
      <w:r>
        <w:rPr>
          <w:b/>
        </w:rPr>
        <w:t xml:space="preserve">[16:08] </w:t>
      </w:r>
      <w:r>
        <w:t>mein samajhta hoon keh jo aadmi</w:t>
      </w:r>
    </w:p>
    <w:p>
      <w:pPr>
        <w:jc w:val="right"/>
      </w:pPr>
      <w:r>
        <w:t>میں سمجھتا ہوں کہ جو آدمی</w:t>
      </w:r>
    </w:p>
    <w:p>
      <w:r>
        <w:rPr>
          <w:b/>
        </w:rPr>
        <w:t xml:space="preserve">[16:12] </w:t>
      </w:r>
      <w:r>
        <w:t>sachi tawazu, sachi modesty</w:t>
      </w:r>
    </w:p>
    <w:p>
      <w:pPr>
        <w:jc w:val="right"/>
      </w:pPr>
      <w:r>
        <w:t>سچی تواضع، سچی modesty</w:t>
      </w:r>
    </w:p>
    <w:p>
      <w:r>
        <w:rPr>
          <w:b/>
        </w:rPr>
        <w:t xml:space="preserve">[16:16] </w:t>
      </w:r>
      <w:r>
        <w:t>ka suboot de, sachi modesty,</w:t>
      </w:r>
    </w:p>
    <w:p>
      <w:pPr>
        <w:jc w:val="right"/>
      </w:pPr>
      <w:r>
        <w:t>کا ثبوت دے، سچی modesty،</w:t>
      </w:r>
    </w:p>
    <w:p>
      <w:r>
        <w:rPr>
          <w:b/>
        </w:rPr>
        <w:t xml:space="preserve">[16:22] </w:t>
      </w:r>
      <w:r>
        <w:t>to mujhe aisa lagta hai keh shayad</w:t>
      </w:r>
    </w:p>
    <w:p>
      <w:pPr>
        <w:jc w:val="right"/>
      </w:pPr>
      <w:r>
        <w:t>تو مجھے ایسا لگتا ہے کہ شاید</w:t>
      </w:r>
    </w:p>
    <w:p>
      <w:r>
        <w:rPr>
          <w:b/>
        </w:rPr>
        <w:t xml:space="preserve">[16:27] </w:t>
      </w:r>
      <w:r>
        <w:t>Allah is mauqe par bhi keh de ga</w:t>
      </w:r>
    </w:p>
    <w:p>
      <w:pPr>
        <w:jc w:val="right"/>
      </w:pPr>
      <w:r>
        <w:t>اللہ اس موقع پر بھی کہہ دے گا</w:t>
      </w:r>
    </w:p>
    <w:p>
      <w:r>
        <w:rPr>
          <w:b/>
        </w:rPr>
        <w:t xml:space="preserve">[16:31] </w:t>
      </w:r>
      <w:r>
        <w:t>aise logon se</w:t>
      </w:r>
    </w:p>
    <w:p>
      <w:pPr>
        <w:jc w:val="right"/>
      </w:pPr>
      <w:r>
        <w:t>ایسے لوگوں سے</w:t>
      </w:r>
    </w:p>
    <w:p>
      <w:r>
        <w:rPr>
          <w:b/>
        </w:rPr>
        <w:t xml:space="preserve">[16:34] </w:t>
      </w:r>
      <w:r>
        <w:t>keh: "af'al ma shi'tum fa inni qad ghafert lakum".</w:t>
      </w:r>
    </w:p>
    <w:p>
      <w:pPr>
        <w:jc w:val="right"/>
      </w:pPr>
      <w:r>
        <w:t>کہ: "افعل ما شئتم فانی قد غفرت لکم"۔</w:t>
      </w:r>
    </w:p>
    <w:p>
      <w:r>
        <w:rPr>
          <w:b/>
        </w:rPr>
        <w:t xml:space="preserve">[16:40] </w:t>
      </w:r>
      <w:r>
        <w:t>ke jo chahe karo, maine tum ko bakhsh diya. dekhiye, jis ko maine kaha ke sachi tawazu, sachi modesty, woh kya hai?</w:t>
      </w:r>
    </w:p>
    <w:p>
      <w:pPr>
        <w:jc w:val="right"/>
      </w:pPr>
      <w:r>
        <w:t>کہ جو چاہے کرو، میں نے تم کو بخش دیا۔ دیکھیے، جس کو میں نے کہا کہ سچی تواضع، سچی modesty، وہ کیا ہے؟</w:t>
      </w:r>
    </w:p>
    <w:p>
      <w:r>
        <w:rPr>
          <w:b/>
        </w:rPr>
        <w:t xml:space="preserve">[16:51] </w:t>
      </w:r>
      <w:r>
        <w:t>is ki ek misaal main deta hoon. jab madine mein</w:t>
      </w:r>
    </w:p>
    <w:p>
      <w:pPr>
        <w:jc w:val="right"/>
      </w:pPr>
      <w:r>
        <w:t>اس کی ایک مثال میں دیتا ہوں۔ جب مدینہ میں</w:t>
      </w:r>
    </w:p>
    <w:p>
      <w:r>
        <w:rPr>
          <w:b/>
        </w:rPr>
        <w:t xml:space="preserve">[17:01] </w:t>
      </w:r>
      <w:r>
        <w:t>hijrat ke das saal baad, aap jante hain ke rasool Allah salallahu alaihi wasallam ki wafat hui.</w:t>
      </w:r>
    </w:p>
    <w:p>
      <w:pPr>
        <w:jc w:val="right"/>
      </w:pPr>
      <w:r>
        <w:t>ہجرت کے دس سال بعد، آپ جانتے ہیں کہ رسول اللہ صلی اللہ علیہ وسلم کی وفات ہوئی۔</w:t>
      </w:r>
    </w:p>
    <w:p>
      <w:r>
        <w:rPr>
          <w:b/>
        </w:rPr>
        <w:t xml:space="preserve">[17:12] </w:t>
      </w:r>
      <w:r>
        <w:t>to zahir hai ke aap ki wafat koi saada baat nahin thi. saare sahaba ek ajeeb qism ki halat mein mubtala ho gaye.</w:t>
      </w:r>
    </w:p>
    <w:p>
      <w:pPr>
        <w:jc w:val="right"/>
      </w:pPr>
      <w:r>
        <w:t>تو ظاہر ہے کہ آپ کی وفات کوئی سادہ بات نہیں تھی۔ سارے صحابہ ایک عجیب قسم کی حالت میں مبتلا ہو گئے۔</w:t>
      </w:r>
    </w:p>
    <w:p>
      <w:r>
        <w:rPr>
          <w:b/>
        </w:rPr>
        <w:t xml:space="preserve">[17:26] </w:t>
      </w:r>
      <w:r>
        <w:t>to haath waghera bohat zyada,</w:t>
      </w:r>
    </w:p>
    <w:p>
      <w:pPr>
        <w:jc w:val="right"/>
      </w:pPr>
      <w:r>
        <w:t>تو ہاتھ وغیرہ بہت زیادہ،</w:t>
      </w:r>
    </w:p>
    <w:p>
      <w:r>
        <w:rPr>
          <w:b/>
        </w:rPr>
        <w:t xml:space="preserve">[17:32] </w:t>
      </w:r>
      <w:r>
        <w:t>is waqt bohat zyada,</w:t>
      </w:r>
    </w:p>
    <w:p>
      <w:pPr>
        <w:jc w:val="right"/>
      </w:pPr>
      <w:r>
        <w:t>اس وقت بہت زیادہ،</w:t>
      </w:r>
    </w:p>
    <w:p>
      <w:r>
        <w:rPr>
          <w:b/>
        </w:rPr>
        <w:t xml:space="preserve">[17:38] </w:t>
      </w:r>
      <w:r>
        <w:t>yani jazbat mein bhare hue the. To is is halat mein unhon ne keh diya ke Rasool Allah ki wafaat nahi hui hai.</w:t>
      </w:r>
    </w:p>
    <w:p>
      <w:pPr>
        <w:jc w:val="right"/>
      </w:pPr>
      <w:r>
        <w:t>یعنی جذبات میں بھرے ہوئے تھے۔ تو اس اس حالت میں انہوں نے کہہ دیا کہ رسول اللہ کی وفات نہیں ہوئی ہے۔</w:t>
      </w:r>
    </w:p>
    <w:p>
      <w:r>
        <w:rPr>
          <w:b/>
        </w:rPr>
        <w:t xml:space="preserve">[17:50] </w:t>
      </w:r>
      <w:r>
        <w:t>woh</w:t>
      </w:r>
    </w:p>
    <w:p>
      <w:pPr>
        <w:jc w:val="right"/>
      </w:pPr>
      <w:r>
        <w:t>وہ</w:t>
      </w:r>
    </w:p>
    <w:p>
      <w:r>
        <w:rPr>
          <w:b/>
        </w:rPr>
        <w:t xml:space="preserve">[17:55] </w:t>
      </w:r>
      <w:r>
        <w:t>is se inkar kar diya, unhon ne ke wafaat nahi hui hai. Aur talwar le ke khare ho gaye ke jo kahe ga ke Rasool Allah ki wafaat hui hai to mein us ki gardan maar doon ga.</w:t>
      </w:r>
    </w:p>
    <w:p>
      <w:pPr>
        <w:jc w:val="right"/>
      </w:pPr>
      <w:r>
        <w:t>اس سے انکار کر دیا، انہوں نے کہ وفات نہیں ہوئی ہے۔ اور تلوار لے کے کھڑے ہو گئے کہ جو کہے گا کہ رسول اللہ کی وفات ہوئی ہے تو میں اس کی گردن مار دوں گا۔</w:t>
      </w:r>
    </w:p>
    <w:p>
      <w:r>
        <w:rPr>
          <w:b/>
        </w:rPr>
        <w:t xml:space="preserve">[18:10] </w:t>
      </w:r>
      <w:r>
        <w:t>To is waqt, yani wafaat ke waqt, Hazrat Abu Bakr jo sab se senior Sahabi the, woh Madine mein maujood nahi the.</w:t>
      </w:r>
    </w:p>
    <w:p>
      <w:pPr>
        <w:jc w:val="right"/>
      </w:pPr>
      <w:r>
        <w:t>تو اس وقت، یعنی وفات کے وقت، حضرت ابوبکر جو سب سے سینئر صحابی تھے، وہ مدینے میں موجود نہیں تھے۔</w:t>
      </w:r>
    </w:p>
    <w:p>
      <w:r>
        <w:rPr>
          <w:b/>
        </w:rPr>
        <w:t xml:space="preserve">[18:22] </w:t>
      </w:r>
      <w:r>
        <w:t>Madine ke paas aik maqam par gaye hue the. To is waqt to phir woh aa gaye. Jab unhon ne dekha ke</w:t>
      </w:r>
    </w:p>
    <w:p>
      <w:pPr>
        <w:jc w:val="right"/>
      </w:pPr>
      <w:r>
        <w:t>مدینے کے پاس ایک مقام پر گئے ہوئے تھے۔ تو اس وقت تو پھر وہ آ گئے۔ جب انہوں نے دیکھا کہ</w:t>
      </w:r>
    </w:p>
    <w:p>
      <w:r>
        <w:rPr>
          <w:b/>
        </w:rPr>
        <w:t xml:space="preserve">[18:34] </w:t>
      </w:r>
      <w:r>
        <w:t>sab log ekatha hain aur Hazrat Umar bohat hi josh mein kar rahe hain ke Rasool Allah ki wafaat jo kahe ga to mein us ki gardan maar doon ga.</w:t>
      </w:r>
    </w:p>
    <w:p>
      <w:pPr>
        <w:jc w:val="right"/>
      </w:pPr>
      <w:r>
        <w:t>سب لوگ اکٹھا ہیں اور حضرت عمر بہت ہی جوش میں کر رہے ہیں کہ رسول اللہ کی وفات جو کہے گا تو میں اس کی گردن مار دوں گا۔</w:t>
      </w:r>
    </w:p>
    <w:p>
      <w:r>
        <w:rPr>
          <w:b/>
        </w:rPr>
        <w:t xml:space="preserve">[18:49] </w:t>
      </w:r>
      <w:r>
        <w:t>To woh gaye Umar ke paas</w:t>
      </w:r>
    </w:p>
    <w:p>
      <w:pPr>
        <w:jc w:val="right"/>
      </w:pPr>
      <w:r>
        <w:t>تو وہ گئے عمر کے پاس</w:t>
      </w:r>
    </w:p>
    <w:p>
      <w:r>
        <w:rPr>
          <w:b/>
        </w:rPr>
        <w:t xml:space="preserve">[18:56] </w:t>
      </w:r>
      <w:r>
        <w:t>Aur kaha ke Umar, aisa mat kaho. Lekin Umar is waqt itne zyada jazbat mein the ke unhon ne Hazrat Abu Bakr ki baat bhi nahi suni.</w:t>
      </w:r>
    </w:p>
    <w:p>
      <w:pPr>
        <w:jc w:val="right"/>
      </w:pPr>
      <w:r>
        <w:t>اور کہا کہ عمر، ایسا مت کہو۔ لیکن عمر اس وقت اتنے زیادہ جذبات میں تھے کہ انہوں نے حضرت ابوبکر کی بات بھی نہیں سنی۔</w:t>
      </w:r>
    </w:p>
    <w:p>
      <w:r>
        <w:rPr>
          <w:b/>
        </w:rPr>
        <w:t xml:space="preserve">[19:07] </w:t>
      </w:r>
      <w:r>
        <w:t>Bars, is ko to bars, bars hide kar dena. Bars hide kar diya. Jab dekha Hazrat Abu Bakr ne ke woh baat sun nahi rahe hain to thore faasle par alag woh khare ho gaye.</w:t>
      </w:r>
    </w:p>
    <w:p>
      <w:pPr>
        <w:jc w:val="right"/>
      </w:pPr>
      <w:r>
        <w:t>برس، اس کو تو برس، برس ہائیڈ کر دینا۔ برس ہائیڈ کر دیا۔ جب دیکھا حضرت ابوبکر نے کہ وہ بات سن نہیں رہے ہیں تو تھوڑے فاصلے پر الگ وہ کھڑے ہو گئے۔</w:t>
      </w:r>
    </w:p>
    <w:p>
      <w:r>
        <w:rPr>
          <w:b/>
        </w:rPr>
        <w:t xml:space="preserve">[19:24] </w:t>
      </w:r>
      <w:r>
        <w:t>Jahan log jama the. Alif, apni taqreer shuru kar di unhon ne. Is taqreer mein unhon ne aik ayat parh di.</w:t>
      </w:r>
    </w:p>
    <w:p>
      <w:pPr>
        <w:jc w:val="right"/>
      </w:pPr>
      <w:r>
        <w:t>جہاں لوگ جمع تھے۔ الف، اپنی تقریر شروع کر دی انہوں نے۔ اس تقریر میں انہوں نے ایک آیت پڑھ دی۔</w:t>
      </w:r>
    </w:p>
    <w:p>
      <w:r>
        <w:rPr>
          <w:b/>
        </w:rPr>
        <w:t xml:space="preserve">[19:37] </w:t>
      </w:r>
      <w:r>
        <w:t>Hazrat Abu Bakr ne ek ayat</w:t>
      </w:r>
    </w:p>
    <w:p>
      <w:pPr>
        <w:jc w:val="right"/>
      </w:pPr>
      <w:r>
        <w:t>حضرت ابوبکر نے ایک آیت</w:t>
      </w:r>
    </w:p>
    <w:p>
      <w:r>
        <w:rPr>
          <w:b/>
        </w:rPr>
        <w:t xml:space="preserve">[19:41] </w:t>
      </w:r>
      <w:r>
        <w:t>Quran ki. Woh ayat yeh thi</w:t>
      </w:r>
    </w:p>
    <w:p>
      <w:pPr>
        <w:jc w:val="right"/>
      </w:pPr>
      <w:r>
        <w:t>قرآن کی۔ وہ آیت یہ تھی</w:t>
      </w:r>
    </w:p>
    <w:p>
      <w:r>
        <w:rPr>
          <w:b/>
        </w:rPr>
        <w:t xml:space="preserve">[19:47] </w:t>
      </w:r>
      <w:r>
        <w:t>keh: "Imam Muhammad Rasool</w:t>
      </w:r>
    </w:p>
    <w:p>
      <w:pPr>
        <w:jc w:val="right"/>
      </w:pPr>
      <w:r>
        <w:t>کہ: "امام محمد رسول</w:t>
      </w:r>
    </w:p>
    <w:p>
      <w:r>
        <w:rPr>
          <w:b/>
        </w:rPr>
        <w:t xml:space="preserve">[19:52] </w:t>
      </w:r>
      <w:r>
        <w:t>min qabr-e-Rasool</w:t>
      </w:r>
    </w:p>
    <w:p>
      <w:pPr>
        <w:jc w:val="right"/>
      </w:pPr>
      <w:r>
        <w:t>من قبر رسول</w:t>
      </w:r>
    </w:p>
    <w:p>
      <w:r>
        <w:rPr>
          <w:b/>
        </w:rPr>
        <w:t xml:space="preserve">[20:13] </w:t>
      </w:r>
      <w:r>
        <w:t>Allah". Is ka matlab yeh hai ke</w:t>
      </w:r>
    </w:p>
    <w:p>
      <w:pPr>
        <w:jc w:val="right"/>
      </w:pPr>
      <w:r>
        <w:t>اللہ"۔ اس کا مطلب یہ ہے کہ</w:t>
      </w:r>
    </w:p>
    <w:p>
      <w:r>
        <w:rPr>
          <w:b/>
        </w:rPr>
        <w:t xml:space="preserve">[20:20] </w:t>
      </w:r>
      <w:r>
        <w:t>Makkah Muhammad to sirf aik Rasool hain,</w:t>
      </w:r>
    </w:p>
    <w:p>
      <w:pPr>
        <w:jc w:val="right"/>
      </w:pPr>
      <w:r>
        <w:t>مکے محمد تو صرف ایک رسول ہیں،</w:t>
      </w:r>
    </w:p>
    <w:p>
      <w:r>
        <w:rPr>
          <w:b/>
        </w:rPr>
        <w:t xml:space="preserve">[20:25] </w:t>
      </w:r>
      <w:r>
        <w:t>doosre bohat se Rasool pehle mar chuke hain.</w:t>
      </w:r>
    </w:p>
    <w:p>
      <w:pPr>
        <w:jc w:val="right"/>
      </w:pPr>
      <w:r>
        <w:t>دوسرے بہت سے رسول پہلے مر چکے ہیں۔</w:t>
      </w:r>
    </w:p>
    <w:p>
      <w:r>
        <w:rPr>
          <w:b/>
        </w:rPr>
        <w:t xml:space="preserve">[20:31] </w:t>
      </w:r>
      <w:r>
        <w:t>Agar woh qatal ho jayen ya un par maut aa jaye to kya tum ulte paon phir jaoge?</w:t>
      </w:r>
    </w:p>
    <w:p>
      <w:pPr>
        <w:jc w:val="right"/>
      </w:pPr>
      <w:r>
        <w:t>اگر وہ قتل ہو جائیں یا ان پر موت آ جائے تو کیا تم الٹے پاؤں پھر جاؤ گے؟</w:t>
      </w:r>
    </w:p>
    <w:p>
      <w:r>
        <w:rPr>
          <w:b/>
        </w:rPr>
        <w:t xml:space="preserve">[20:49] </w:t>
      </w:r>
      <w:r>
        <w:t>Aur jo ulte paon phira</w:t>
      </w:r>
    </w:p>
    <w:p>
      <w:pPr>
        <w:jc w:val="right"/>
      </w:pPr>
      <w:r>
        <w:t>اور جو الٹے پاؤں پھرا</w:t>
      </w:r>
    </w:p>
    <w:p>
      <w:r>
        <w:rPr>
          <w:b/>
        </w:rPr>
        <w:t xml:space="preserve">[20:55] </w:t>
      </w:r>
      <w:r>
        <w:t>to woh Allah ko koi nuqsan nahi pounchaaye ga.</w:t>
      </w:r>
    </w:p>
    <w:p>
      <w:pPr>
        <w:jc w:val="right"/>
      </w:pPr>
      <w:r>
        <w:t>تو وہ اللہ کو کوئی نقصان نہیں پہنچائے گا۔</w:t>
      </w:r>
    </w:p>
    <w:p>
      <w:r>
        <w:rPr>
          <w:b/>
        </w:rPr>
        <w:t xml:space="preserve">[21:01] </w:t>
      </w:r>
      <w:r>
        <w:t>Aur shukr karwane ko Allah bara ajr de ga. To jaise hi Hazrat Umar ne yeh ayat suni,</w:t>
      </w:r>
    </w:p>
    <w:p>
      <w:pPr>
        <w:jc w:val="right"/>
      </w:pPr>
      <w:r>
        <w:t>اور شکر کروانے کو اللہ بڑا اجر دے گا۔ تو جیسے ہی حضرت عمر نے یہ آیت سنی،</w:t>
      </w:r>
    </w:p>
    <w:p>
      <w:r>
        <w:rPr>
          <w:b/>
        </w:rPr>
        <w:t xml:space="preserve">[21:15] </w:t>
      </w:r>
      <w:r>
        <w:t>wohi Umar jo khaufnak ho rahe the aur talwar liye hue khare the, wahi Umar achaanak zameen par gir pade.</w:t>
      </w:r>
    </w:p>
    <w:p>
      <w:pPr>
        <w:jc w:val="right"/>
      </w:pPr>
      <w:r>
        <w:t>وہی عمر جو خوفناک ہو رہے تھے اور تلوار لیے ہوئے کھڑے تھے، وہی عمر اچانک زمین پر گر پڑے۔</w:t>
      </w:r>
    </w:p>
    <w:p>
      <w:r>
        <w:rPr>
          <w:b/>
        </w:rPr>
        <w:t xml:space="preserve">[21:31] </w:t>
      </w:r>
      <w:r>
        <w:t>Kaisi ajeeb baat hai ke woh jo ayat thi, woh lafzon ka majmooa hi to tha, woh koi top bandook to thi nahi.</w:t>
      </w:r>
    </w:p>
    <w:p>
      <w:pPr>
        <w:jc w:val="right"/>
      </w:pPr>
      <w:r>
        <w:t>کیسی عجیب بات ہے کہ وہ جو آیت تھی، وہ لفظوں کا مجموعہ ہی تو تھا، وہ کوئی توپ بندوق تو تھی نہیں۔</w:t>
      </w:r>
    </w:p>
    <w:p>
      <w:r>
        <w:rPr>
          <w:b/>
        </w:rPr>
        <w:t xml:space="preserve">[21:44] </w:t>
      </w:r>
      <w:r>
        <w:t>Lekin un ke liye Allah ke alfaaz,</w:t>
      </w:r>
    </w:p>
    <w:p>
      <w:pPr>
        <w:jc w:val="right"/>
      </w:pPr>
      <w:r>
        <w:t>لیکن ان کے لیے اللہ کے الفاظ،</w:t>
      </w:r>
    </w:p>
    <w:p>
      <w:r>
        <w:rPr>
          <w:b/>
        </w:rPr>
        <w:t xml:space="preserve">[21:52] </w:t>
      </w:r>
      <w:r>
        <w:t>Allah ke alfaaz itne bare the, itne bare the, hamare paas se bhi zyada.</w:t>
      </w:r>
    </w:p>
    <w:p>
      <w:pPr>
        <w:jc w:val="right"/>
      </w:pPr>
      <w:r>
        <w:t>اللہ کے الفاظ اتنے بڑے تھے، اتنے بڑے تھے، ہمارے پاس سے بھی زیادہ۔</w:t>
      </w:r>
    </w:p>
    <w:p>
      <w:r>
        <w:rPr>
          <w:b/>
        </w:rPr>
        <w:t xml:space="preserve">[22:01] </w:t>
      </w:r>
      <w:r>
        <w:t>To is ka sunna hi kafi tha ke woh zameen mein gir pade. Woh kehte hain ke mere paon ne, mere piron ne mera bojh uthane se inkar kar diya.</w:t>
      </w:r>
    </w:p>
    <w:p>
      <w:pPr>
        <w:jc w:val="right"/>
      </w:pPr>
      <w:r>
        <w:t>تو اس کا سننا ہی کافی تھا کہ وہ زمین میں گر پڑے۔ وہ کہتے ہیں کہ میرے پاؤں نے، میرے پیروں نے میرا بوجھ اٹھانے سے انکار کر دیا۔</w:t>
      </w:r>
    </w:p>
    <w:p>
      <w:r>
        <w:rPr>
          <w:b/>
        </w:rPr>
        <w:t xml:space="preserve">[22:17] </w:t>
      </w:r>
      <w:r>
        <w:t>Khud kehte hain is ke bare mein ke mere piron ne mera bojh uthane se inkar kar diya.</w:t>
      </w:r>
    </w:p>
    <w:p>
      <w:pPr>
        <w:jc w:val="right"/>
      </w:pPr>
      <w:r>
        <w:t>خود کہتے ہیں اس کے بارے میں کہ میرے پیروں نے میرا بوجھ اٹھانے سے انکار کر دیا۔</w:t>
      </w:r>
    </w:p>
    <w:p>
      <w:r>
        <w:rPr>
          <w:b/>
        </w:rPr>
        <w:t xml:space="preserve">[22:31] </w:t>
      </w:r>
      <w:r>
        <w:t>Aur mujhe yaqeen ho gaya ke Rasool Allah ki wafaat ho gayi. Yeh hai modesty.</w:t>
      </w:r>
    </w:p>
    <w:p>
      <w:pPr>
        <w:jc w:val="right"/>
      </w:pPr>
      <w:r>
        <w:t>اور مجھے یقین ہو گیا کہ رسول اللہ کی وفات ہو گئی۔ یہ ہے modesty۔</w:t>
      </w:r>
    </w:p>
    <w:p>
      <w:r>
        <w:rPr>
          <w:b/>
        </w:rPr>
        <w:t xml:space="preserve">[22:42] </w:t>
      </w:r>
      <w:r>
        <w:t>yeh hai modesty ka aik sacha namona.</w:t>
      </w:r>
    </w:p>
    <w:p>
      <w:pPr>
        <w:jc w:val="right"/>
      </w:pPr>
      <w:r>
        <w:t>یہ ہے modesty کا ایک سچا نمونہ۔</w:t>
      </w:r>
    </w:p>
    <w:p>
      <w:r>
        <w:rPr>
          <w:b/>
        </w:rPr>
        <w:t xml:space="preserve">[22:51] </w:t>
      </w:r>
      <w:r>
        <w:t>to mein samajhta hoon ke jis tarah Allah taala ko arrogance bohat ziyada napasand hai, is ke muqable mein Allah taala ko modesty bohat ziyada pasand hai.</w:t>
      </w:r>
    </w:p>
    <w:p>
      <w:pPr>
        <w:jc w:val="right"/>
      </w:pPr>
      <w:r>
        <w:t>تو میں سمجھتا ہوں کہ جس طرح اللہ تعالیٰ کو arrogance بہت زیادہ ناپسند ہے، اس کے مقابلے میں اللہ تعالیٰ کو modesty بہت زیادہ پسند ہے۔</w:t>
      </w:r>
    </w:p>
    <w:p>
      <w:r>
        <w:rPr>
          <w:b/>
        </w:rPr>
        <w:t xml:space="preserve">[23:09] </w:t>
      </w:r>
      <w:r>
        <w:t>aur is darje ki modesty, jis darje ki modesty Hazrat Umar ne dikhai,</w:t>
      </w:r>
    </w:p>
    <w:p>
      <w:pPr>
        <w:jc w:val="right"/>
      </w:pPr>
      <w:r>
        <w:t>اور اس درجے کی modesty، جس درجے کی modesty حضرت عمر نے دکھائی،</w:t>
      </w:r>
    </w:p>
    <w:p>
      <w:r>
        <w:rPr>
          <w:b/>
        </w:rPr>
        <w:t xml:space="preserve">[23:17] </w:t>
      </w:r>
      <w:r>
        <w:t>jis darje ki modesty Hazrat Umar ne dikhai, to jo log aisi modesty dikhayen, mujhe yaqeen hai ke Allah un se keh de ga:</w:t>
      </w:r>
    </w:p>
    <w:p>
      <w:pPr>
        <w:jc w:val="right"/>
      </w:pPr>
      <w:r>
        <w:t>جس درجے کی modesty حضرت عمر نے دکھائی، تو جو لوگ ایسی modesty دکھائیں، مجھے یقین ہے کہ اللہ ان سے کہہ دے گا:</w:t>
      </w:r>
    </w:p>
    <w:p>
      <w:r>
        <w:rPr>
          <w:b/>
        </w:rPr>
        <w:t xml:space="preserve">[23:35] </w:t>
      </w:r>
      <w:r>
        <w:t>"afal ma shi'tum fa inni qad ghafert lakum".</w:t>
      </w:r>
    </w:p>
    <w:p>
      <w:pPr>
        <w:jc w:val="right"/>
      </w:pPr>
      <w:r>
        <w:t>"افعل ما شئتم فانی قد غفرت لکم"۔</w:t>
      </w:r>
    </w:p>
    <w:p>
      <w:r>
        <w:rPr>
          <w:b/>
        </w:rPr>
        <w:t xml:space="preserve">[23:45] </w:t>
      </w:r>
      <w:r>
        <w:t>jo chahe karo, ab mein tum ko bakhsh diya. Yeh khalq ka, yaani shan-e-kalam hai. Is ka matlab nahi ke ab khoob buraiyan karo.</w:t>
      </w:r>
    </w:p>
    <w:p>
      <w:pPr>
        <w:jc w:val="right"/>
      </w:pPr>
      <w:r>
        <w:t>جو چاہے کرو، اب میں تم کو بخش دیا۔ یہ خالق کا، یعنی شان کلام ہے۔ اس کا مطلب نہیں کہ اب خوب برائیاں کرو۔</w:t>
      </w:r>
    </w:p>
    <w:p>
      <w:r>
        <w:rPr>
          <w:b/>
        </w:rPr>
        <w:t xml:space="preserve">[23:58] </w:t>
      </w:r>
      <w:r>
        <w:t>Yeh matlab nahi hai, yaani koi license nahi hai. Yeh buraiyon ka license nahi hai. Nahi, yeh yeh khalq ka shan-e-kalam hai.</w:t>
      </w:r>
    </w:p>
    <w:p>
      <w:pPr>
        <w:jc w:val="right"/>
      </w:pPr>
      <w:r>
        <w:t>یہ مطلب نہیں ہے، یعنی کوئی license نہیں ہے۔ یہ برائیوں کا license نہیں ہے۔ نہیں، یہ یہ خالق کا شان کلام ہے۔</w:t>
      </w:r>
    </w:p>
    <w:p>
      <w:r>
        <w:rPr>
          <w:b/>
        </w:rPr>
        <w:t xml:space="preserve">[24:14] </w:t>
      </w:r>
      <w:r>
        <w:t>to</w:t>
      </w:r>
    </w:p>
    <w:p>
      <w:pPr>
        <w:jc w:val="right"/>
      </w:pPr>
      <w:r>
        <w:t>تو</w:t>
      </w:r>
    </w:p>
    <w:p>
      <w:r>
        <w:rPr>
          <w:b/>
        </w:rPr>
        <w:t xml:space="preserve">[24:23] </w:t>
      </w:r>
      <w:r>
        <w:t>jis waqt mein nature ko dekh raha tha aur yeh baatein mere mind mein aa rahi theen, to mein socha,</w:t>
      </w:r>
    </w:p>
    <w:p>
      <w:pPr>
        <w:jc w:val="right"/>
      </w:pPr>
      <w:r>
        <w:t>جس وقت میں nature کو دیکھ رہا تھا اور یہ باتیں میرے mind میں آ رہی تھیں، تو میں سوچا،</w:t>
      </w:r>
    </w:p>
    <w:p>
      <w:r>
        <w:rPr>
          <w:b/>
        </w:rPr>
        <w:t xml:space="preserve">[24:37] </w:t>
      </w:r>
      <w:r>
        <w:t>mujhe aisa laga ke saare hi</w:t>
      </w:r>
    </w:p>
    <w:p>
      <w:pPr>
        <w:jc w:val="right"/>
      </w:pPr>
      <w:r>
        <w:t>مجھے ایسا لگا کہ سارے ہی</w:t>
      </w:r>
    </w:p>
    <w:p>
      <w:r>
        <w:rPr>
          <w:b/>
        </w:rPr>
        <w:t xml:space="preserve">[24:43] </w:t>
      </w:r>
      <w:r>
        <w:t>zameen o aasman Allah ke aage jhuke hue hain. Wasi'a kursiyyu samawati wal arz.</w:t>
      </w:r>
    </w:p>
    <w:p>
      <w:pPr>
        <w:jc w:val="right"/>
      </w:pPr>
      <w:r>
        <w:t>زمین و آسمان اللہ کے آگے جھکے ہوئے ہیں۔ وسیع کرسی و سماوات والارض۔</w:t>
      </w:r>
    </w:p>
    <w:p>
      <w:r>
        <w:rPr>
          <w:b/>
        </w:rPr>
        <w:t xml:space="preserve">[24:56] </w:t>
      </w:r>
      <w:r>
        <w:t>Hazrat Umar jo thay, woh shaoori taur par jhuke hue thay, jhuk gaye thay.</w:t>
      </w:r>
    </w:p>
    <w:p>
      <w:pPr>
        <w:jc w:val="right"/>
      </w:pPr>
      <w:r>
        <w:t>حضرت عمر جو تھے، وہ شعوری طور پر جھکے ہوئے تھے، جھک گئے تھے۔</w:t>
      </w:r>
    </w:p>
    <w:p>
      <w:r>
        <w:rPr>
          <w:b/>
        </w:rPr>
        <w:t xml:space="preserve">[25:07] </w:t>
      </w:r>
      <w:r>
        <w:t>Yaani conscious mind ke sath. Hazrat Umar shaoori taur par jhuk gaye thay. Aur zameen o aasman jo hain, woh law of nature ke tehat jhuke hue hain.</w:t>
      </w:r>
    </w:p>
    <w:p>
      <w:pPr>
        <w:jc w:val="right"/>
      </w:pPr>
      <w:r>
        <w:t>یعنی conscious mind کے ساتھ۔ حضرت عمر شعوری طور پر جھک گئے تھے۔ اور زمین و آسمان جو ہیں، وہ law of nature کے تحت جھکے ہوئے ہیں۔</w:t>
      </w:r>
    </w:p>
    <w:p>
      <w:r>
        <w:rPr>
          <w:b/>
        </w:rPr>
        <w:t xml:space="preserve">[25:25] </w:t>
      </w:r>
      <w:r>
        <w:t>to kaha ke yeh nature har subah ko aik demonstration deti hai.</w:t>
      </w:r>
    </w:p>
    <w:p>
      <w:pPr>
        <w:jc w:val="right"/>
      </w:pPr>
      <w:r>
        <w:t>تو کہا کہ یہ nature ہر صبح کو ایک demonstration دیتی ہے۔</w:t>
      </w:r>
    </w:p>
    <w:p>
      <w:r>
        <w:rPr>
          <w:b/>
        </w:rPr>
        <w:t xml:space="preserve">[25:35] </w:t>
      </w:r>
      <w:r>
        <w:t>har subah ko aik demonstration deti hai ke agar tum is darje ka amal karo, jis darje ka amal Al-Badr ne kiya tha,</w:t>
      </w:r>
    </w:p>
    <w:p>
      <w:pPr>
        <w:jc w:val="right"/>
      </w:pPr>
      <w:r>
        <w:t>ہر صبح کو ایک demonstration دیتی ہے کہ اگر تم اس درجے کا عمل کرو، جس درجے کا عمل ال بدر نے کیا تھا،</w:t>
      </w:r>
    </w:p>
    <w:p>
      <w:r>
        <w:rPr>
          <w:b/>
        </w:rPr>
        <w:t xml:space="preserve">[25:50] </w:t>
      </w:r>
      <w:r>
        <w:t>jis darje ka amal Hazrat Umar ne kiya tha, to aaj bhi Khuda yeh kahe ga ke: "afal ma shi'tum fa inni qad ghafert lakum".</w:t>
      </w:r>
    </w:p>
    <w:p>
      <w:pPr>
        <w:jc w:val="right"/>
      </w:pPr>
      <w:r>
        <w:t>جس درجے کا عمل حضرت عمر نے کیا تھا، تو آج بھی خدا یہ کہے گا کہ: "افعل ما شئتم فانی قد غفرت لکم"۔</w:t>
      </w:r>
    </w:p>
    <w:p>
      <w:r>
        <w:rPr>
          <w:b/>
        </w:rPr>
        <w:t xml:space="preserve">[26:07] </w:t>
      </w:r>
      <w:r>
        <w:t>jo chahe karo, kyunke ab maine tum ko maaf kar diya. Main phir yeh kahunga ke maaf karne ke ma'ni buraiyon ka license de diya.</w:t>
      </w:r>
    </w:p>
    <w:p>
      <w:pPr>
        <w:jc w:val="right"/>
      </w:pPr>
      <w:r>
        <w:t>جو چاہے کرو، کیونکہ اب میں نے تم کو معاف کر دیا۔ میں پھر یہ کہوں گا کہ معاف کرنے کے معنی برائیوں کا license دے دیا۔</w:t>
      </w:r>
    </w:p>
    <w:p>
      <w:r>
        <w:rPr>
          <w:b/>
        </w:rPr>
        <w:t xml:space="preserve">[26:22] </w:t>
      </w:r>
      <w:r>
        <w:t>Yeh matlab nahi hai. Yeh aik shan-e-kalam hai.</w:t>
      </w:r>
    </w:p>
    <w:p>
      <w:pPr>
        <w:jc w:val="right"/>
      </w:pPr>
      <w:r>
        <w:t>یہ مطلب نہیں ہے۔ یہ ایک شان کلام ہے۔</w:t>
      </w:r>
    </w:p>
    <w:p>
      <w:r>
        <w:rPr>
          <w:b/>
        </w:rPr>
        <w:t xml:space="preserve">[26:28] </w:t>
      </w:r>
      <w:r>
        <w:t>aur is shan-e-kalam ka</w:t>
      </w:r>
    </w:p>
    <w:p>
      <w:pPr>
        <w:jc w:val="right"/>
      </w:pPr>
      <w:r>
        <w:t>اور اس شان کلام کا</w:t>
      </w:r>
    </w:p>
    <w:p>
      <w:r>
        <w:rPr>
          <w:b/>
        </w:rPr>
        <w:t xml:space="preserve">[26:33] </w:t>
      </w:r>
      <w:r>
        <w:t>jante hain, bande par kya asar hoga? Banda aur ziyada mutawazin ho jayega, aur ziyada modest ho jayega, aur ziyada jhuk jayega.</w:t>
      </w:r>
    </w:p>
    <w:p>
      <w:pPr>
        <w:jc w:val="right"/>
      </w:pPr>
      <w:r>
        <w:t>جانتے ہیں، بندے پر کیا اثر ہوگا؟ بندہ اور زیادہ متوازن ہو جائے گا، اور زیادہ modest ہو جائے گا، اور زیادہ جھک جائے گا۔</w:t>
      </w:r>
    </w:p>
    <w:p>
      <w:r>
        <w:rPr>
          <w:b/>
        </w:rPr>
        <w:t xml:space="preserve">[26:47] </w:t>
      </w:r>
      <w:r>
        <w:t>Aisa nahi ke woh is ke baad sarkashi karne lage. Aisa nahi ho sakta.</w:t>
      </w:r>
    </w:p>
    <w:p>
      <w:pPr>
        <w:jc w:val="right"/>
      </w:pPr>
      <w:r>
        <w:t>ایسا نہیں کہ وہ اس کے بعد سرکشی کرنے لگے۔ ایسا نہیں ہو سکتا۔</w:t>
      </w:r>
    </w:p>
    <w:p>
      <w:r>
        <w:rPr>
          <w:b/>
        </w:rPr>
        <w:t xml:space="preserve">[26:57] </w:t>
      </w:r>
      <w:r>
        <w:t>ab yeh sab sochte hue mujhe aik aur baat yaad aayi. Dekhiye,</w:t>
      </w:r>
    </w:p>
    <w:p>
      <w:pPr>
        <w:jc w:val="right"/>
      </w:pPr>
      <w:r>
        <w:t>اب یہ سب سوچتے ہوئے مجھے ایک اور بات یاد آئی۔ دیکھیے،</w:t>
      </w:r>
    </w:p>
    <w:p>
      <w:r>
        <w:rPr>
          <w:b/>
        </w:rPr>
        <w:t xml:space="preserve">[27:07] </w:t>
      </w:r>
      <w:r>
        <w:t>yeh Sahaba ke zamane se baad ke buzurgon ke bare mein aata hai ke aksar log yeh sochte thay ke Quran mein sab se ziyada hopeful ayat konsi hai?</w:t>
      </w:r>
    </w:p>
    <w:p>
      <w:pPr>
        <w:jc w:val="right"/>
      </w:pPr>
      <w:r>
        <w:t>یہ صحابہ کے زمانے سے بعد کے بزرگوں کے بارے میں آتا ہے کہ اکثر لوگ یہ سوچتے تھے کہ قرآن میں سب سے زیادہ hopeful آیت کونسی ہے؟</w:t>
      </w:r>
    </w:p>
    <w:p>
      <w:r>
        <w:rPr>
          <w:b/>
        </w:rPr>
        <w:t xml:space="preserve">[27:29] </w:t>
      </w:r>
      <w:r>
        <w:t>Quran mein sab se ziyada hopeful ayat konsi hai? Yeh pur-umeed ayat. To kai aayatein logon ne batayi hain, lekin ghaliban majority ki ayat, majority jo hai,</w:t>
      </w:r>
    </w:p>
    <w:p>
      <w:pPr>
        <w:jc w:val="right"/>
      </w:pPr>
      <w:r>
        <w:t>قرآن میں سب سے زیادہ hopeful آیت کونسی ہے؟ یہ پرامید آیت۔ تو کئی آیتیں لوگوں نے بتائی ہیں، لیکن غالباً majority کی آیت، majority جو ہے،</w:t>
      </w:r>
    </w:p>
    <w:p>
      <w:r>
        <w:rPr>
          <w:b/>
        </w:rPr>
        <w:t xml:space="preserve">[27:52] </w:t>
      </w:r>
      <w:r>
        <w:t>majority ki rai yeh hai ke Quran ki yeh ayat sab se ziyada hopeful ayat hai. Qul ya 'ibadi alladhina asrafu 'ala anfusihim la taqnaṭu min raḥmati Allāh.</w:t>
      </w:r>
    </w:p>
    <w:p>
      <w:pPr>
        <w:jc w:val="right"/>
      </w:pPr>
      <w:r>
        <w:t>majority کی رائے یہ ہے کہ قرآن کی یہ آیت سب سے زیادہ hopeful آیت ہے۔ کل یا الذین اصرف علیہم لا تقرب اللہ اللہ۔</w:t>
      </w:r>
    </w:p>
    <w:p>
      <w:r>
        <w:rPr>
          <w:b/>
        </w:rPr>
        <w:t xml:space="preserve">[28:12] </w:t>
      </w:r>
      <w:r>
        <w:t>is ka tarjuma hai ke keh do: " aye mere bando!</w:t>
      </w:r>
    </w:p>
    <w:p>
      <w:pPr>
        <w:jc w:val="right"/>
      </w:pPr>
      <w:r>
        <w:t>اس کا ترجمہ ہے کہ کہہ دو: "اے میرے بندوں!</w:t>
      </w:r>
    </w:p>
    <w:p>
      <w:r>
        <w:rPr>
          <w:b/>
        </w:rPr>
        <w:t xml:space="preserve">[28:20] </w:t>
      </w:r>
      <w:r>
        <w:t>jinhon ne apni janon par zulm kiya hai, ziyadati ki hai, allah ki rehmat se mayoos na ho,</w:t>
      </w:r>
    </w:p>
    <w:p>
      <w:pPr>
        <w:jc w:val="right"/>
      </w:pPr>
      <w:r>
        <w:t>جنہوں نے اپنی جانوں پر ظلم کیا ہے، زیادتی کی ہے، اللہ کی رحمت سے مایوس نہ ہو،</w:t>
      </w:r>
    </w:p>
    <w:p>
      <w:r>
        <w:rPr>
          <w:b/>
        </w:rPr>
        <w:t xml:space="preserve">[28:33] </w:t>
      </w:r>
      <w:r>
        <w:t>kyunke allah sare hi gunahon ko bakhsh dene wala hai."</w:t>
      </w:r>
    </w:p>
    <w:p>
      <w:pPr>
        <w:jc w:val="right"/>
      </w:pPr>
      <w:r>
        <w:t>کیونکہ اللہ سارے ہی گناہوں کو بخش دینے والا ہے۔"</w:t>
      </w:r>
    </w:p>
    <w:p>
      <w:r>
        <w:rPr>
          <w:b/>
        </w:rPr>
        <w:t xml:space="preserve">[28:42] </w:t>
      </w:r>
      <w:r>
        <w:t>to main ne bhi is lihaz se bohat socha hai ke keh qur'an ki kaun si ayat</w:t>
      </w:r>
    </w:p>
    <w:p>
      <w:pPr>
        <w:jc w:val="right"/>
      </w:pPr>
      <w:r>
        <w:t>تو میں نے بھی اس لحاظ سے بہت سوچا ہے کہ کہ قرآن کی کون سی آیت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