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28 - Al-Qasas</w:t>
      </w:r>
    </w:p>
    <w:p>
      <w:r>
        <w:t>https://www.youtube.com/watch?v=SLqZb0bu3UQ</w:t>
      </w:r>
    </w:p>
    <w:p>
      <w:r>
        <w:rPr>
          <w:b/>
        </w:rPr>
        <w:t xml:space="preserve">[00:01] </w:t>
      </w:r>
      <w:r>
        <w:t>al-qasas. shuru allah ke naam se jo bara meherban, nihayat reham wala hai. ta, seen, meem.</w:t>
      </w:r>
    </w:p>
    <w:p>
      <w:pPr>
        <w:jc w:val="right"/>
      </w:pPr>
      <w:r>
        <w:t>القصص۔ شروع اللہ کے نام سے جو بڑا مہربان، نہایت رحم والا ہے۔ تا، سین، میم۔</w:t>
      </w:r>
    </w:p>
    <w:p>
      <w:r>
        <w:rPr>
          <w:b/>
        </w:rPr>
        <w:t xml:space="preserve">[00:11] </w:t>
      </w:r>
      <w:r>
        <w:t>yeh wazeh kitab ki ayaten hain. hum moosa aur fir'on ka kuch hal tum ko theek theek sunate hain, un logon ke liye jo iman layen.</w:t>
      </w:r>
    </w:p>
    <w:p>
      <w:pPr>
        <w:jc w:val="right"/>
      </w:pPr>
      <w:r>
        <w:t>یہ واضح کتاب کی آیتیں ہیں۔ ہم موسیٰ اور فرعون کا کچھ حال تم کو ٹھیک ٹھیک سناتے ہیں، اُن لوگوں کے لیے جو ایمان لائیں۔</w:t>
      </w:r>
    </w:p>
    <w:p>
      <w:r>
        <w:rPr>
          <w:b/>
        </w:rPr>
        <w:t xml:space="preserve">[00:21] </w:t>
      </w:r>
      <w:r>
        <w:t>beshak fir'on ne zameen mein sarkashi ki aur us ne us ke bashindon ko girohon mein taqseem kar diya. un mein se ek giroh ko us ne kamzor kar rakha tha.</w:t>
      </w:r>
    </w:p>
    <w:p>
      <w:pPr>
        <w:jc w:val="right"/>
      </w:pPr>
      <w:r>
        <w:t>بے شک فرعون نے زمین میں سرکشی کی اور اُس نے اُس کے باشندوں کو گروہوں میں تقسیم کر دیا۔ اُن میں سے ایک گروہ کو اُس نے کمزور کر رکھا تھا۔</w:t>
      </w:r>
    </w:p>
    <w:p>
      <w:r>
        <w:rPr>
          <w:b/>
        </w:rPr>
        <w:t xml:space="preserve">[00:32] </w:t>
      </w:r>
      <w:r>
        <w:t>wo un ke larkon ko zabah karta tha aur un ki auraton ko zinda rakhta tha. beshak wo fasad karne walon mein se tha. aur hum chahte the ke un logon par ehsan karen jo zameen mein kamzor kar diye gaye the aur un ko peshwa banayen aur un ko waris bana den, aur un ko zameen mein iqtadar ata karen.</w:t>
      </w:r>
    </w:p>
    <w:p>
      <w:pPr>
        <w:jc w:val="right"/>
      </w:pPr>
      <w:r>
        <w:t>وہ اُن کے لڑکوں کو ذبح کرتا تھا اور اُن کی عورتوں کو زندہ رکھتا تھا۔ بے شک وہ فساد کرنے والوں میں سے تھا۔ اور ہم چاہتے تھے کہ اُن لوگوں پر احسان کریں جو زمین میں کمزور کر دیے گئے تھے اور اُن کو پیشوا بنائیں اور اُن کو وارث بنا دیں، اور اُن کو زمین میں اقتدار عطا کریں۔</w:t>
      </w:r>
    </w:p>
    <w:p>
      <w:r>
        <w:rPr>
          <w:b/>
        </w:rPr>
        <w:t xml:space="preserve">[00:55] </w:t>
      </w:r>
      <w:r>
        <w:t>aur fir'on aur haman aur un ki faujon ko un se wahi dikha den jis se wo darte the. aur hum ne moosa ki maan ko ilham kiya ke us ko doodh pila'o, phir jab tum ko us ki babat dar ho to us ko darya mein daal do.</w:t>
      </w:r>
    </w:p>
    <w:p>
      <w:pPr>
        <w:jc w:val="right"/>
      </w:pPr>
      <w:r>
        <w:t>اور فرعون اور ہامان اور اُن کی فوجوں کو اُن سے وہی دکھا دیں جس سے وہ ڈرتے تھے۔ اور ہم نے موسیٰ کی ماں کو الہام کیا کہ اُس کو دودھ پلاؤ، پھر جب تم کو اُس کی بابت ڈر ہو تو اُس کو دریا میں ڈال دو۔</w:t>
      </w:r>
    </w:p>
    <w:p>
      <w:r>
        <w:rPr>
          <w:b/>
        </w:rPr>
        <w:t xml:space="preserve">[01:12] </w:t>
      </w:r>
      <w:r>
        <w:t>aur na andesha karo aur na ghamgeen ho. hum us ko tumhare paas lauta kar layenge aur us ko peghambaron mein se banayenge.</w:t>
      </w:r>
    </w:p>
    <w:p>
      <w:pPr>
        <w:jc w:val="right"/>
      </w:pPr>
      <w:r>
        <w:t>اور نہ اندیشہ کرو اور نہ غمگین ہو۔ ہم اُس کو تمہارے پاس لوٹا کر لائیں گے اور اُس کو پیغمبروں میں سے بنائیں گے۔</w:t>
      </w:r>
    </w:p>
    <w:p>
      <w:r>
        <w:rPr>
          <w:b/>
        </w:rPr>
        <w:t xml:space="preserve">[01:21] </w:t>
      </w:r>
      <w:r>
        <w:t>phir us ko fir'on ke ghar walon ne utha liya ta ke wo un ke liye dushman ho aur gham ka sabab bane. beshak fir'on aur haman aur un ke lashkar khata kar the.</w:t>
      </w:r>
    </w:p>
    <w:p>
      <w:pPr>
        <w:jc w:val="right"/>
      </w:pPr>
      <w:r>
        <w:t>پھر اُس کو فرعون کے گھر والوں نے اٹھا لیا تاکہ وہ اُن کے لیے دشمن ہو اور غم کا باعث بنے۔ بے شک فرعون اور ہامان اور اُن کے لشکر خطا کار تھے۔</w:t>
      </w:r>
    </w:p>
    <w:p>
      <w:r>
        <w:rPr>
          <w:b/>
        </w:rPr>
        <w:t xml:space="preserve">[01:33] </w:t>
      </w:r>
      <w:r>
        <w:t>aur fir'on ki بیوی ne kaha ke yeh aankh ki thandak hai mere liye aur tumhare liye, is ko qatal na karo. kya ajab ke yeh hum ko nafa de ya hum is ko beta bana len, aur wo samajhte na the.</w:t>
      </w:r>
    </w:p>
    <w:p>
      <w:pPr>
        <w:jc w:val="right"/>
      </w:pPr>
      <w:r>
        <w:t>اور فرعون کی بیوی نے کہا کہ یہ آنکھ کی ٹھنڈک ہے میرے لیے اور تمہارے لیے، اس کو قتل نہ کرو۔ کیا عجب کہ یہ ہم کو نفع دے یا ہم اس کو بیٹا بنا لیں، اور وہ سمجھتے نہ تھے۔</w:t>
      </w:r>
    </w:p>
    <w:p>
      <w:r>
        <w:rPr>
          <w:b/>
        </w:rPr>
        <w:t xml:space="preserve">[01:49] </w:t>
      </w:r>
      <w:r>
        <w:t>aur moosa ki maan ka dil bechain ho gaya. qareeb tha ke wo us ko zahir kar de, agar hum us ke dil ko na sambhalte ke wo yaqeen karne walon mein se rahe.</w:t>
      </w:r>
    </w:p>
    <w:p>
      <w:pPr>
        <w:jc w:val="right"/>
      </w:pPr>
      <w:r>
        <w:t>اور موسیٰ کی ماں کا دل بے چین ہو گیا۔ قریب تھا کہ وہ اُس کو ظاہر کر دے، اگر ہم اُس کے دل کو نہ سنبھالتے کہ وہ یقین کرنے والوں میں سے رہے۔</w:t>
      </w:r>
    </w:p>
    <w:p>
      <w:r>
        <w:rPr>
          <w:b/>
        </w:rPr>
        <w:t xml:space="preserve">[02:00] </w:t>
      </w:r>
      <w:r>
        <w:t>aur us ne us ki behan se kaha ke tu us ke peechay peechay ja, to wo us ko ajnabi ban kar dekhti rahi aur un logon ko khabar nahi hui.</w:t>
      </w:r>
    </w:p>
    <w:p>
      <w:pPr>
        <w:jc w:val="right"/>
      </w:pPr>
      <w:r>
        <w:t>اور اُس نے اُس کی بہن سے کہا کہ تو اُس کے پیچھے پیچھے جا، تو وہ اُس کو اجنبی بن کر دیکھتی رہی اور اُن لوگوں کو خبر نہیں ہوئی۔</w:t>
      </w:r>
    </w:p>
    <w:p>
      <w:r>
        <w:rPr>
          <w:b/>
        </w:rPr>
        <w:t xml:space="preserve">[02:10] </w:t>
      </w:r>
      <w:r>
        <w:t>aur hum ne pehle hi moosa se daiyon ko rok rakha tha. to ladki ne kaha: "kya main tum ko aise ghar walon ka pata doon jo is ko tumhare liye paalen aur wo is ki khair khwahi karen?" pas hum ne us ko us ki maan ki taraf lauta diya ta ke us ki aankhen thandi hon aur wo ghamgeen na ho, aur ta ke wo jaan le ke allah ka wada sach hai,</w:t>
      </w:r>
    </w:p>
    <w:p>
      <w:pPr>
        <w:jc w:val="right"/>
      </w:pPr>
      <w:r>
        <w:t>اور ہم نے پہلے ہی موسیٰ سے دائیوں کو روک رکھا تھا۔ تو لڑکی نے کہا: "کیا میں تم کو ایسے گھر والوں کا پتہ دوں جو اس کو تمہارے لیے پالیں اور وہ اس کی خیر خواہی کریں؟" پس ہم نے اُس کو اُس کی ماں کی طرف لوٹا دیا تاکہ اُس کی آنکھیں ٹھنڈی ہوں اور وہ غمگین نہ ہو، اور تاکہ وہ جان لے کہ اللہ کا وعدہ سچا ہے،</w:t>
      </w:r>
    </w:p>
    <w:p>
      <w:r>
        <w:rPr>
          <w:b/>
        </w:rPr>
        <w:t xml:space="preserve">[02:36] </w:t>
      </w:r>
      <w:r>
        <w:t>magar aksar log nahi jante. aur jab moosa apni jawani ko pohncha aur poora ho gaya to hum ne us ko hikmat aur ilm ata kiya.</w:t>
      </w:r>
    </w:p>
    <w:p>
      <w:pPr>
        <w:jc w:val="right"/>
      </w:pPr>
      <w:r>
        <w:t>مگر اکثر لوگ نہیں جانتے۔ اور جب موسیٰ اپنی جوانی کو پہنچا اور پورا ہو گیا تو ہم نے اُس کو حکمت اور علم عطا کیا۔</w:t>
      </w:r>
    </w:p>
    <w:p>
      <w:r>
        <w:rPr>
          <w:b/>
        </w:rPr>
        <w:t xml:space="preserve">[02:47] </w:t>
      </w:r>
      <w:r>
        <w:t>aur hum isi tarah badla dete hain neki karne walon ko. aur shahar mein wo aise dakhil hua jab ke shahar wale ghaflat mein the to us ne wahan do aadmiyon ko ladte hue paya.</w:t>
      </w:r>
    </w:p>
    <w:p>
      <w:pPr>
        <w:jc w:val="right"/>
      </w:pPr>
      <w:r>
        <w:t>اور ہم اسی طرح بدلہ دیتے ہیں نیکی کرنے والوں کو۔ اور شہر میں وہ ایسے داخل ہوا جب کہ شہر والے غفلت میں تھے تو اُس نے وہاں دو آدمیوں کو لڑتے ہوئے پایا۔</w:t>
      </w:r>
    </w:p>
    <w:p>
      <w:r>
        <w:rPr>
          <w:b/>
        </w:rPr>
        <w:t xml:space="preserve">[03:00] </w:t>
      </w:r>
      <w:r>
        <w:t>ek us ki apni qom ka tha aur doosra dushmanon mein se tha. to jo us ki qom mein se tha us ne us ke khilaf madad talab ki, jo us ke dushmanon mein se tha.</w:t>
      </w:r>
    </w:p>
    <w:p>
      <w:pPr>
        <w:jc w:val="right"/>
      </w:pPr>
      <w:r>
        <w:t>ایک اُس کی اپنی قوم کا تھا اور دوسرا دشمنوں میں سے تھا۔ تو جو اُس کی قوم میں سے تھا اُس نے اُس کے خلاف مدد طلب کی، جو اُس کے دشمنوں میں سے تھا۔</w:t>
      </w:r>
    </w:p>
    <w:p>
      <w:r>
        <w:rPr>
          <w:b/>
        </w:rPr>
        <w:t xml:space="preserve">[03:12] </w:t>
      </w:r>
      <w:r>
        <w:t>pas moosa ne us ko ghonsa mara, phir us ka kaam tamam kar diya. moosa ne kaha ke yeh shaitan ke kaam se hai. beshak wo dushman hai, khula gumrah karne wala.</w:t>
      </w:r>
    </w:p>
    <w:p>
      <w:pPr>
        <w:jc w:val="right"/>
      </w:pPr>
      <w:r>
        <w:t>پس موسیٰ نے اُس کو گھونسا مارا، پھر اُس کا کام تمام کر دیا۔ موسیٰ نے کہا کہ یہ شیطان کے کام سے ہے۔ بے شک وہ دشمن ہے، کھلا گمراہ کرنے والا۔</w:t>
      </w:r>
    </w:p>
    <w:p>
      <w:r>
        <w:rPr>
          <w:b/>
        </w:rPr>
        <w:t xml:space="preserve">[03:25] </w:t>
      </w:r>
      <w:r>
        <w:t>us ne kaha ke: " aye mere rab</w:t>
      </w:r>
    </w:p>
    <w:p>
      <w:pPr>
        <w:jc w:val="right"/>
      </w:pPr>
      <w:r>
        <w:t>اُس نے کہا کہ: "اے میرے رب</w:t>
      </w:r>
    </w:p>
    <w:p>
      <w:r>
        <w:rPr>
          <w:b/>
        </w:rPr>
        <w:t xml:space="preserve">[03:27] </w:t>
      </w:r>
      <w:r>
        <w:t>! main ne apni jan par zulm kiya hai, pas tu mujh ko bakhsh de." to khuda ne us ko bakhsh diya. beshak wo bakhshne wala, reham karne wala hai.</w:t>
      </w:r>
    </w:p>
    <w:p>
      <w:pPr>
        <w:jc w:val="right"/>
      </w:pPr>
      <w:r>
        <w:t>! میں نے اپنی جان پر ظلم کیا ہے، پس تو مجھ کو بخش دے۔" تو خدا نے اُس کو بخش دیا۔ بے شک وہ بخشنے والا، رحم کرنے والا ہے۔</w:t>
      </w:r>
    </w:p>
    <w:p>
      <w:r>
        <w:rPr>
          <w:b/>
        </w:rPr>
        <w:t xml:space="preserve">[03:38] </w:t>
      </w:r>
      <w:r>
        <w:t>us ne kaha ke: " aye mere rab!</w:t>
      </w:r>
    </w:p>
    <w:p>
      <w:pPr>
        <w:jc w:val="right"/>
      </w:pPr>
      <w:r>
        <w:t>اُس نے کہا کہ: "اے میرے رب!</w:t>
      </w:r>
    </w:p>
    <w:p>
      <w:r>
        <w:rPr>
          <w:b/>
        </w:rPr>
        <w:t xml:space="preserve">[03:41] </w:t>
      </w:r>
      <w:r>
        <w:t>jaisa tu ne mere upar fazal kiya to main kabhi mujrimon ka madadgar nahi banunga." phir subah ko wo shahar mein utha, darta hua, khabar leta hua.</w:t>
      </w:r>
    </w:p>
    <w:p>
      <w:pPr>
        <w:jc w:val="right"/>
      </w:pPr>
      <w:r>
        <w:t>جیسا تو نے میرے اوپر فضل کیا تو میں کبھی مجرموں کا مددگار نہیں بنوں گا۔" پھر صبح کو وہ شہر میں اٹھا، ڈرتا ہوا، خبر لیتا ہوا۔</w:t>
      </w:r>
    </w:p>
    <w:p>
      <w:r>
        <w:rPr>
          <w:b/>
        </w:rPr>
        <w:t xml:space="preserve">[03:52] </w:t>
      </w:r>
      <w:r>
        <w:t>to dekhta ke wohi shakhs jis ne kal madad mangi thi, wohi aaj phir us ko madad ke liye pukaar raha hai. Moosa ne us se kaha: "beshak tum sareeh gumrah ho." phir jab us ne chaha ke us ko pakre jo un dono ka dushman tha to us ne kaha ke: "ae Moosa</w:t>
      </w:r>
    </w:p>
    <w:p>
      <w:pPr>
        <w:jc w:val="right"/>
      </w:pPr>
      <w:r>
        <w:t>تو دیکھتا کہ وہی شخص جس نے کل مدد مانگی تھی، وہی آج پھر اُس کو مدد کے لیے پکار رہا ہے۔ موسیٰ نے اُس سے کہا: "بے شک تم صریح گمراہ ہو۔" پھر جب اُس نے چاہا کہ اُس کو پکڑے جو اُن دونوں کا دشمن تھا تو اُس نے کہا کہ: "اے موسیٰ</w:t>
      </w:r>
    </w:p>
    <w:p>
      <w:r>
        <w:rPr>
          <w:b/>
        </w:rPr>
        <w:t xml:space="preserve">[04:10] </w:t>
      </w:r>
      <w:r>
        <w:t>! kya tum mujh ko qatal karna chahte ho jis tarah tum ne kal ek shakhs ko qatal kiya? tum to zameen mein sarkash ban kar rehna chahte ho.</w:t>
      </w:r>
    </w:p>
    <w:p>
      <w:pPr>
        <w:jc w:val="right"/>
      </w:pPr>
      <w:r>
        <w:t>! کیا تم مجھ کو قتل کرنا چاہتے ہو جس طرح تم نے کل ایک شخص کو قتل کیا؟ تم تو زمین میں سرکش بن کر رہنا چاہتے ہو۔</w:t>
      </w:r>
    </w:p>
    <w:p>
      <w:r>
        <w:rPr>
          <w:b/>
        </w:rPr>
        <w:t xml:space="preserve">[04:19] </w:t>
      </w:r>
      <w:r>
        <w:t>tum sulah karne walon mein se banna nahi chahte." aur ek shakhs shehar ke kinare se daudta hua aaya. us ne kaha: "ae Moosa!</w:t>
      </w:r>
    </w:p>
    <w:p>
      <w:pPr>
        <w:jc w:val="right"/>
      </w:pPr>
      <w:r>
        <w:t>تم صلح کرنے والوں میں سے بننا نہیں چاہتے۔" اور ایک شخص شہر کے کنارے سے دوڑتا ہوا آیا۔ اُس نے کہا: "اے موسیٰ!</w:t>
      </w:r>
    </w:p>
    <w:p>
      <w:r>
        <w:rPr>
          <w:b/>
        </w:rPr>
        <w:t xml:space="preserve">[04:29] </w:t>
      </w:r>
      <w:r>
        <w:t>darbar wale mashwara kar rahe hain ke woh tum ko maar dalen. pas tum nikal jao, main tumhare khair khwahon mein se hoon." phir woh wahan se nikla darta hua, khabar leta hua.</w:t>
      </w:r>
    </w:p>
    <w:p>
      <w:pPr>
        <w:jc w:val="right"/>
      </w:pPr>
      <w:r>
        <w:t>دربار والے مشورہ کر رہے ہیں کہ وہ تم کو مار ڈالیں۔ پس تم نکل جاؤ، میں تمہارے خیر خواہوں میں سے ہوں۔" پھر وہ وہاں سے نکلا ڈرتا ہوا، خبر لیتا ہوا۔</w:t>
      </w:r>
    </w:p>
    <w:p>
      <w:r>
        <w:rPr>
          <w:b/>
        </w:rPr>
        <w:t xml:space="preserve">[04:42] </w:t>
      </w:r>
      <w:r>
        <w:t>us ne kaha ke: "ae mere rab!</w:t>
      </w:r>
    </w:p>
    <w:p>
      <w:pPr>
        <w:jc w:val="right"/>
      </w:pPr>
      <w:r>
        <w:t>اُس نے کہا کہ: "اے میرے رب!</w:t>
      </w:r>
    </w:p>
    <w:p>
      <w:r>
        <w:rPr>
          <w:b/>
        </w:rPr>
        <w:t xml:space="preserve">[04:45] </w:t>
      </w:r>
      <w:r>
        <w:t>mujhe zalim logon se nijat de." aur jab us ne Madyan ka rukh kiya to us ne kaha: "umeed hai ke mera rab mujh ko seedha rasta dikha de." aur jab woh Madyan ke pani par pohancha to wahan us ne logon ki ek jamaat ko pani pilate hue paya.</w:t>
      </w:r>
    </w:p>
    <w:p>
      <w:pPr>
        <w:jc w:val="right"/>
      </w:pPr>
      <w:r>
        <w:t>مجھے ظالم لوگوں سے نجات دے۔" اور جب اُس نے مدین کا رخ کیا تو اُس نے کہا: "امید ہے کہ میرا رب مجھ کو سیدھا راستہ دکھا دے۔" اور جب وہ مدین کے پانی پر پہنچا تو وہاں اُس نے لوگوں کی ایک جماعت کو پانی پلاتے ہوئے پایا۔</w:t>
      </w:r>
    </w:p>
    <w:p>
      <w:r>
        <w:rPr>
          <w:b/>
        </w:rPr>
        <w:t xml:space="preserve">[05:02] </w:t>
      </w:r>
      <w:r>
        <w:t>aur un se alag ek taraf do auraton ko dekha ke woh apni bakriyon ko roke hue khadi hain. Moosa ne un se poocha ke: "tumhara kya majra hai?" unhon ne kaha ke: "hum pani nahi pilate jab tak charwahe apni bakriyan hata na len, aur hamara baap bohat boodha hai." to us ne un ke janwaron ko pani pilaya, phir saaye ki taraf hat gaya.</w:t>
      </w:r>
    </w:p>
    <w:p>
      <w:pPr>
        <w:jc w:val="right"/>
      </w:pPr>
      <w:r>
        <w:t>اور اُن سے الگ ایک طرف دو عورتوں کو دیکھا کہ وہ اپنی بکریوں کو روکے ہوئے کھڑی ہیں۔ موسیٰ نے اُن سے پوچھا کہ: "تمہارا کیا ماجرہ ہے؟" انہوں نے کہا کہ: "ہم پانی نہیں پلاتے جب تک چرواہے اپنی بکریاں ہٹا نہ لیں، اور ہمارا باپ بہت بوڑھا ہے۔" تو اُس نے اُن کے جانوروں کو پانی پلایا، پھر سائے کی طرف ہٹ گیا۔</w:t>
      </w:r>
    </w:p>
    <w:p>
      <w:r>
        <w:rPr>
          <w:b/>
        </w:rPr>
        <w:t xml:space="preserve">[05:27] </w:t>
      </w:r>
      <w:r>
        <w:t>phir kaha ke: "ae mere rab!</w:t>
      </w:r>
    </w:p>
    <w:p>
      <w:pPr>
        <w:jc w:val="right"/>
      </w:pPr>
      <w:r>
        <w:t>پھر کہا کہ: "اے میرے رب!</w:t>
      </w:r>
    </w:p>
    <w:p>
      <w:r>
        <w:rPr>
          <w:b/>
        </w:rPr>
        <w:t xml:space="preserve">[05:29] </w:t>
      </w:r>
      <w:r>
        <w:t>to jo cheez meri taraf khair mein se utare, main us ka mohtaj hoon." phir un dono mein se ek ladki aayi, sharm se chalti hui.</w:t>
      </w:r>
    </w:p>
    <w:p>
      <w:pPr>
        <w:jc w:val="right"/>
      </w:pPr>
      <w:r>
        <w:t>تو جو چیز میری طرف خیر میں سے اتارے، میں اُس کا محتاج ہوں۔" پھر اُن دونوں میں سے ایک لڑکی آئی، شرم سے چلتی ہوئی۔</w:t>
      </w:r>
    </w:p>
    <w:p>
      <w:r>
        <w:rPr>
          <w:b/>
        </w:rPr>
        <w:t xml:space="preserve">[05:39] </w:t>
      </w:r>
      <w:r>
        <w:t>us ne kaha ke: "mera baap aap ko bula raha hai ke aap ne hamari khatir jo pani pilaya, us ka aap ko badla de." phir jab woh us ke paas aaya aur us se sara qissa bayan kiya to us ne kaha ke: "andesha na karo, tum ne zalimon se nijat pai." un mein se ek ne kaha ke: "ae baap!</w:t>
      </w:r>
    </w:p>
    <w:p>
      <w:pPr>
        <w:jc w:val="right"/>
      </w:pPr>
      <w:r>
        <w:t>اُس نے کہا کہ: "میرا باپ آپ کو بلا رہا ہے کہ آپ نے ہماری خاطر جو پانی پلایا، اُس کا آپ کو بدلہ دے۔" پھر جب وہ اُس کے پاس آیا اور اُس سے سارا قصہ بیان کیا تو اُس نے کہا کہ: "اندیشہ نہ کرو، تم نے ظالموں سے نجات پائی۔" اُن میں سے ایک نے کہا کہ: "اے باپ!</w:t>
      </w:r>
    </w:p>
    <w:p>
      <w:r>
        <w:rPr>
          <w:b/>
        </w:rPr>
        <w:t xml:space="preserve">[06:00] </w:t>
      </w:r>
      <w:r>
        <w:t>is ko mulazim rakh lijiye, behtareen aadmi. jis ko aap mulazim rakhen wohi hai jo mazboot aur amanat dar ho." us ne kaha: "main chahta hoon ke apni in do ladkiyon mein se ek ka nikah tumhare sath kar doon, is shart par ke tum aath saal meri naukri karo.</w:t>
      </w:r>
    </w:p>
    <w:p>
      <w:pPr>
        <w:jc w:val="right"/>
      </w:pPr>
      <w:r>
        <w:t>اس کو ملازم رکھ لیجیے، بہترین آدمی۔ جسے آپ ملازم رکھیں وہی ہے جو مضبوط اور امانت دار ہو۔" اُس نے کہا: "میں چاہتا ہوں کہ اپنی ان دو لڑکیوں میں سے ایک کا نکاح تمہارے ساتھ کر دوں، اس شرط پر کہ تم آٹھ سال میری ملازمت کرو۔</w:t>
      </w:r>
    </w:p>
    <w:p>
      <w:r>
        <w:rPr>
          <w:b/>
        </w:rPr>
        <w:t xml:space="preserve">[06:19] </w:t>
      </w:r>
      <w:r>
        <w:t>phir agar tum das saal poore kar do to woh tumhari taraf se hai, aur main tum par mushaqqat dalna nahi chahta. inshallah tum mujh ko bhala aadmi paoge." Moosa ne kaha ke: "yeh baat mere aur aap ke darmiyan tay hai.</w:t>
      </w:r>
    </w:p>
    <w:p>
      <w:pPr>
        <w:jc w:val="right"/>
      </w:pPr>
      <w:r>
        <w:t>پھر اگر تم دس سال پورے کر دو تو وہ تمہاری طرف سے ہے، اور میں تم پر مشقت ڈالنا نہیں چاہتا۔ انشاءاللہ تم مجھ کو بھلا آدمی پاؤ گے۔" موسیٰ نے کہا کہ: "یہ بات میرے اور آپ کے درمیان طے ہے۔</w:t>
      </w:r>
    </w:p>
    <w:p>
      <w:r>
        <w:rPr>
          <w:b/>
        </w:rPr>
        <w:t xml:space="preserve">[06:35] </w:t>
      </w:r>
      <w:r>
        <w:t>un dono muddaton mein se jo bhi main poori karoon to mujh par koi jabr na hoga, aur Allah hamare qaul o qaraar par gawah hai." phir jab Moosa ne muddat poori kar di aur woh apne ghar walon ke sath rawana hua to us ne Toor ki taraf se ek aag dekhi.</w:t>
      </w:r>
    </w:p>
    <w:p>
      <w:pPr>
        <w:jc w:val="right"/>
      </w:pPr>
      <w:r>
        <w:t>اُن دونوں مدتوں میں سے جو بھی میں پوری کروں تو مجھ پر کوئی جبر نہ ہوگا، اور اللہ ہمارے قول و قرار پر گواہ ہے۔" پھر جب موسیٰ نے مدت پوری کر دی اور وہ اپنے گھر والوں کے ساتھ روانہ ہوا تو اُس نے طور کی طرف سے ایک آگ دیکھی۔</w:t>
      </w:r>
    </w:p>
    <w:p>
      <w:r>
        <w:rPr>
          <w:b/>
        </w:rPr>
        <w:t xml:space="preserve">[06:53] </w:t>
      </w:r>
      <w:r>
        <w:t>us ne apne ghar walon se kaha ke: "tum thehro, main ne ek aag dekhi hai, shayad main wahan se koi khabar le aaon, ya aag ka angara ta ke tum tapo." phir jab woh wahan pohancha to wadi ke dahne kinare se barkat wale khitte mein darakht se pukara gaya ke: "ae Moosa!</w:t>
      </w:r>
    </w:p>
    <w:p>
      <w:pPr>
        <w:jc w:val="right"/>
      </w:pPr>
      <w:r>
        <w:t>اُس نے اپنے گھر والوں سے کہا کہ: "تم ٹھہرو، میں نے ایک آگ دیکھی ہے، شاید میں وہاں سے کوئی خبر لے آؤں، یا آگ کا انگارہ تاکہ تم تاپو۔" پھر جب وہ وہاں پہنچا تو وادی کے داہنے کنارے سے برکت والے خطے میں درخت سے پکارا گیا کہ: "اے موسیٰ!</w:t>
      </w:r>
    </w:p>
    <w:p>
      <w:r>
        <w:rPr>
          <w:b/>
        </w:rPr>
        <w:t xml:space="preserve">[07:15] </w:t>
      </w:r>
      <w:r>
        <w:t>main Allah hoon, sare jahan ka malik, aur yeh ke tum apna asa daal do." to jab us ne us ko harkat karte hue dekha ke goya saamp ho to woh peeth pher kar bhaga, aur us ne mud kar na dekha.</w:t>
      </w:r>
    </w:p>
    <w:p>
      <w:pPr>
        <w:jc w:val="right"/>
      </w:pPr>
      <w:r>
        <w:t>میں اللہ ہوں، سارے جہان کا مالک، اور یہ کہ تم اپنا عصا ڈال دو۔" تو جب اُس نے اُس کو حرکت کرتے ہوئے دیکھا کہ گویا سانپ ہو تو وہ پیٹھ پھیر کر بھاگا، اور اُس نے مڑ کر نہ دیکھا۔</w:t>
      </w:r>
    </w:p>
    <w:p>
      <w:r>
        <w:rPr>
          <w:b/>
        </w:rPr>
        <w:t xml:space="preserve">[07:31] </w:t>
      </w:r>
      <w:r>
        <w:t>"ae Moosa!</w:t>
      </w:r>
    </w:p>
    <w:p>
      <w:pPr>
        <w:jc w:val="right"/>
      </w:pPr>
      <w:r>
        <w:t>"اے موسیٰ!</w:t>
      </w:r>
    </w:p>
    <w:p>
      <w:r>
        <w:rPr>
          <w:b/>
        </w:rPr>
        <w:t xml:space="preserve">[07:33] </w:t>
      </w:r>
      <w:r>
        <w:t>aage aao aur na daro, tum bilkul mehfooz ho. apna hath qameez mein dalo, woh chamakta hua niklega baghair kisi marz ke.</w:t>
      </w:r>
    </w:p>
    <w:p>
      <w:pPr>
        <w:jc w:val="right"/>
      </w:pPr>
      <w:r>
        <w:t>آگے آؤ اور نہ ڈرو، تم بالکل محفوظ ہو۔ اپنا ہاتھ گریبان میں ڈالو، وہ چمکتا ہوا نکلے گا بغیر کسی مرض کے۔</w:t>
      </w:r>
    </w:p>
    <w:p>
      <w:r>
        <w:rPr>
          <w:b/>
        </w:rPr>
        <w:t xml:space="preserve">[07:45] </w:t>
      </w:r>
      <w:r>
        <w:t>aur khauf ke waste apna bazoo apni taraf mila lo, pas yeh tumhare rab ki taraf se do sandein hain Firon aur us ke darbar walon ke paas jane ke liye, beshak woh nafarman log hain." Moosa ne kaha ke: "ae mere</w:t>
      </w:r>
    </w:p>
    <w:p>
      <w:pPr>
        <w:jc w:val="right"/>
      </w:pPr>
      <w:r>
        <w:t>اور خوف کے واسطے اپنا بازو اپنی طرف ملا لو، پس یہ تمہارے رب کی طرف سے دو سندیں ہیں فرعون اور اُس کے درباریوں کے پاس جانے کے لیے، بے شک وہ نافرمان لوگ ہیں۔" موسیٰ نے کہا کہ: "اے میرے</w:t>
      </w:r>
    </w:p>
    <w:p>
      <w:r>
        <w:rPr>
          <w:b/>
        </w:rPr>
        <w:t xml:space="preserve">[08:01] </w:t>
      </w:r>
      <w:r>
        <w:t>rab! main ne un mein se ek shakhs ko qatal kiya hai to main darta hoon ke woh mujhe maar dalen ge, aur mera bhai Haroon woh mujh se zyada faseeh hai zuban mein, pas tu us ko mere sath madadgar ki hesiyat se bhej ke woh meri taeed kare.</w:t>
      </w:r>
    </w:p>
    <w:p>
      <w:pPr>
        <w:jc w:val="right"/>
      </w:pPr>
      <w:r>
        <w:t>رب! میں نے اُن میں سے ایک شخص کو قتل کیا ہے تو میں ڈرتا ہوں کہ وہ مجھے مار ڈالیں گے، اور میرا بھائی ہارون وہ مجھ سے زیادہ فصیح ہے زبان میں، پس تو اُس کو میرے ساتھ مددگار کی حیثیت سے بھیج کہ وہ میری تائید کرے۔</w:t>
      </w:r>
    </w:p>
    <w:p>
      <w:r>
        <w:rPr>
          <w:b/>
        </w:rPr>
        <w:t xml:space="preserve">[08:19] </w:t>
      </w:r>
      <w:r>
        <w:t>main darta hoon ke woh log mujhe jhutla den ge." farmaya ke: "hum tumhare bhai ke zariye tumhare bazoo ko mazboot kar den ge, aur hum tum dono ko ghulba den ge to woh tum logon tak na pohanch saken ge.</w:t>
      </w:r>
    </w:p>
    <w:p>
      <w:pPr>
        <w:jc w:val="right"/>
      </w:pPr>
      <w:r>
        <w:t>میں ڈرتا ہوں کہ وہ لوگ مجھے جھٹلا دیں گے۔" فرمایا کہ: "ہم تمہارے بھائی کے ذریعے تمہارے بازو کو مضبوط کر دیں گے، اور ہم تم دونوں کو غلبہ دیں گے تو وہ تم لوگوں تک نہ پہنچ سکیں گے۔</w:t>
      </w:r>
    </w:p>
    <w:p>
      <w:r>
        <w:rPr>
          <w:b/>
        </w:rPr>
        <w:t xml:space="preserve">[08:34] </w:t>
      </w:r>
      <w:r>
        <w:t>hamari nishaniyon ke sath tum dono aur tumhari pairwi karne wale hi ghaleb rahen ge." phir jab Moosa un logon ke paas hamari wazeh nishaniyon ke sath pohancha, unhon ne kaha ke: "yeh sirf ghada hua jadoo hai, aur yeh baat hum ne apne agle baap dada mein nahi suni." aur Moosa ne kaha ke: "mera rab khoob janta hai us ko jo us ki taraf se hidayat le kar aaya hai, aur jis ko akhirat ka ghar mile ga,</w:t>
      </w:r>
    </w:p>
    <w:p>
      <w:pPr>
        <w:jc w:val="right"/>
      </w:pPr>
      <w:r>
        <w:t>ہماری نشانیوں کے ساتھ تم دونوں اور تمہاری پیروی کرنے والے ہی غالب رہیں گے۔" پھر جب موسیٰ اُن لوگوں کے پاس ہماری واضح نشانیوں کے ساتھ پہنچا، انہوں نے کہا کہ: "یہ محض گھڑا ہوا جادو ہے، اور یہ بات ہم نے اپنے اگلے باپ دادا میں نہیں سنی۔" اور موسیٰ نے کہا کہ: "میرا رب خوب جانتا ہے اُس کو جو اُس کی طرف سے ہدایت لے کر آیا ہے، اور جس کو آخرت کا گھر ملے گا،</w:t>
      </w:r>
    </w:p>
    <w:p>
      <w:r>
        <w:rPr>
          <w:b/>
        </w:rPr>
        <w:t xml:space="preserve">[09:03] </w:t>
      </w:r>
      <w:r>
        <w:t>beshak zalim falaah na paen ge." aur Firon ne kaha ke: "ae darbar</w:t>
      </w:r>
    </w:p>
    <w:p>
      <w:pPr>
        <w:jc w:val="right"/>
      </w:pPr>
      <w:r>
        <w:t>بے شک ظالم فلاح نہ پائیں گے۔" اور فرعون نے کہا کہ: "اے دربار</w:t>
      </w:r>
    </w:p>
    <w:p>
      <w:r>
        <w:rPr>
          <w:b/>
        </w:rPr>
        <w:t xml:space="preserve">[09:08] </w:t>
      </w:r>
      <w:r>
        <w:t>walon! main tumhare liye apne siwa kisi mabood ko nahi janta. to ae Haman! mere liye mitti ko aag de, phir mere liye ek oonchi imarat bana ta ke main Moosa ke rab ko jhank kar dekhon, aur main to us ko ek jhoota aadmi samajhta hoon." aur us ne aur us ki faujon ne zameen mein nahq ghamand kiya, aur unhon ne samjha ke un ko hamari taraf lot kar aana nahi hai.</w:t>
      </w:r>
    </w:p>
    <w:p>
      <w:pPr>
        <w:jc w:val="right"/>
      </w:pPr>
      <w:r>
        <w:t>والوں! میں تمہارے لیے اپنے سوا کسی معبود کو نہیں جانتا۔ تو اے ہامان! میرے لیے مٹی کو آگ دے، پھر میرے لیے ایک اونچی عمارت بنا تاکہ میں موسیٰ کے رب کو جھانک کر دیکھوں، اور میں تو اُس کو ایک جھوٹا آدمی سمجھتا ہوں۔" اور اُس نے اور اُس کی فوجوں نے زمین میں ناحق گھمنڈ کیا، اور انہوں نے سمجھا کہ اُن کو ہماری طرف لوٹ کر آنا نہیں ہے۔</w:t>
      </w:r>
    </w:p>
    <w:p>
      <w:r>
        <w:rPr>
          <w:b/>
        </w:rPr>
        <w:t xml:space="preserve">[09:35] </w:t>
      </w:r>
      <w:r>
        <w:t>to hum ne us ko aur us ki faujon ko pakda, phir un ko samandar mein phenk diya. to dekho ke zalimon ka anjam kya hua.</w:t>
      </w:r>
    </w:p>
    <w:p>
      <w:pPr>
        <w:jc w:val="right"/>
      </w:pPr>
      <w:r>
        <w:t>تو ہم نے اُس کو اور اُس کی فوجوں کو پکڑا، پھر اُن کو سمندر میں پھینک دیا۔ تو دیکھو کہ ظالموں کا انجام کیا ہوا۔</w:t>
      </w:r>
    </w:p>
    <w:p>
      <w:r>
        <w:rPr>
          <w:b/>
        </w:rPr>
        <w:t xml:space="preserve">[09:45] </w:t>
      </w:r>
      <w:r>
        <w:t>aur hum ne un ko sardar banaya ke woh aag ki taraf bulate hain, aur qayamat ke din un ko madad nahi mile gi, aur hum ne is dunya mein un ke peechhe laanat laga di, aur qayamat ke din woh badhaal logon mein se hon ge.</w:t>
      </w:r>
    </w:p>
    <w:p>
      <w:pPr>
        <w:jc w:val="right"/>
      </w:pPr>
      <w:r>
        <w:t>اور ہم نے اُن کو سردار بنایا کہ وہ آگ کی طرف بلاتے ہیں، اور قیامت کے دن اُن کو مدد نہیں ملے گی، اور ہم نے اس دنیا میں اُن کے پیچھے لعنت لگا دی، اور قیامت کے دن وہ بدحال لوگوں میں سے ہوں گے۔</w:t>
      </w:r>
    </w:p>
    <w:p>
      <w:r>
        <w:rPr>
          <w:b/>
        </w:rPr>
        <w:t xml:space="preserve">[10:02] </w:t>
      </w:r>
      <w:r>
        <w:t>aur hum ne agli ummaton ko halak karne ke baad Moosa ko kitaab di, logon ke liye baseerat ka saman, aur hidayat aur rehmat taake woh naseehat pakrein.</w:t>
      </w:r>
    </w:p>
    <w:p>
      <w:pPr>
        <w:jc w:val="right"/>
      </w:pPr>
      <w:r>
        <w:t>اور ہم نے اگلی امتوں کو ہلاک کرنے کے بعد موسیٰ کو کتاب دی، لوگوں کے لیے بصیرت کا سامان، اور ہدایت اور رحمت تاکہ وہ نصیحت پکڑیں۔</w:t>
      </w:r>
    </w:p>
    <w:p>
      <w:r>
        <w:rPr>
          <w:b/>
        </w:rPr>
        <w:t xml:space="preserve">[10:14] </w:t>
      </w:r>
      <w:r>
        <w:t>aur tum pahad ke maghribi janib maujood na thay jabke hum ne Moosa ko ahkaam diye aur na tum shahideen mein shamil thay.</w:t>
      </w:r>
    </w:p>
    <w:p>
      <w:pPr>
        <w:jc w:val="right"/>
      </w:pPr>
      <w:r>
        <w:t>اور تم پہاڑ کے مغربی جانب موجود نہ تھے جبکہ ہم نے موسیٰ کو احکام دیے اور نہ تم شاہدین میں شامل تھے۔</w:t>
      </w:r>
    </w:p>
    <w:p>
      <w:r>
        <w:rPr>
          <w:b/>
        </w:rPr>
        <w:t xml:space="preserve">[10:23] </w:t>
      </w:r>
      <w:r>
        <w:t>lekin hum ne bohat si naslein paida kin, phir un par bohat zamana guzar gaya, aur tum Madyan walon mein bhi na rehte thay ke un ko hamari ayatain sunate, magar hum hain peghambar bhejane wale.</w:t>
      </w:r>
    </w:p>
    <w:p>
      <w:pPr>
        <w:jc w:val="right"/>
      </w:pPr>
      <w:r>
        <w:t>لیکن ہم نے بہت سی نسلیں پیدا کیں، پھر اُن پر بہت زمانہ گزر گیا، اور تم مدین والوں میں بھی نہ رہتے تھے کہ اُن کو ہماری آیتیں سناتے، مگر ہم ہیں پیغمبر بھیجنے والے۔</w:t>
      </w:r>
    </w:p>
    <w:p>
      <w:r>
        <w:rPr>
          <w:b/>
        </w:rPr>
        <w:t xml:space="preserve">[10:36] </w:t>
      </w:r>
      <w:r>
        <w:t>aur tum Toor ke kinare na thay jab hum ne Moosa ko pukara, lekin yeh tumhare Rab ka inaam hai taake tum ek aisi qaum ko darao jin ke paas tum se pehle koi darane wala nahi aaya taake woh naseehat pakrein.</w:t>
      </w:r>
    </w:p>
    <w:p>
      <w:pPr>
        <w:jc w:val="right"/>
      </w:pPr>
      <w:r>
        <w:t>اور تم طور کے کنارے نہ تھے جب ہم نے موسیٰ کو پکارا، لیکن یہ تمہارے رب کا انعام ہے تاکہ تم ایک ایسی قوم کو ڈراؤ جن کے پاس تم سے پہلے کوئی ڈرانے والا نہیں آیا تاکہ وہ نصیحت پکڑیں۔</w:t>
      </w:r>
    </w:p>
    <w:p>
      <w:r>
        <w:rPr>
          <w:b/>
        </w:rPr>
        <w:t xml:space="preserve">[10:53] </w:t>
      </w:r>
      <w:r>
        <w:t>aur agar aisa na hota ke un par un ke aemaal ke sabab se koi aafat aayi to woh kahengay ke: "Ae hamare Rab</w:t>
      </w:r>
    </w:p>
    <w:p>
      <w:pPr>
        <w:jc w:val="right"/>
      </w:pPr>
      <w:r>
        <w:t>اور اگر ایسا نہ ہوتا کہ اُن پر اُن کے اعمال کے سبب سے کوئی آفت آئی تو وہ کہیں گے کہ: "اے ہمارے رب</w:t>
      </w:r>
    </w:p>
    <w:p>
      <w:r>
        <w:rPr>
          <w:b/>
        </w:rPr>
        <w:t xml:space="preserve">[11:02] </w:t>
      </w:r>
      <w:r>
        <w:t>! to ne hamari taraf koi rasool kyon nahi bheja ke hum teri ayaton ki pairwi karte aur hum imaan walon mein se hote?" phir jab un ke paas hamari taraf se haq aaya to unhone kaha ke: "kyon na us ko waisa mila jaisa ke Moosa ko mila tha?" unhone kaha ke: "donon jadoo hain, ek doosre ke madadgar, aur unhone kaha ke hum dono ka inkaar karte hain.</w:t>
      </w:r>
    </w:p>
    <w:p>
      <w:pPr>
        <w:jc w:val="right"/>
      </w:pPr>
      <w:r>
        <w:t>! تو نے ہماری طرف کوئی رسول کیوں نہیں بھیجا کہ ہم تیری آیتوں کی پیروی کرتے اور ہم ایمان والوں میں سے ہوتے؟" پھر جب اُن کے پاس ہماری طرف سے حق آیا تو انہوں نے کہا کہ: "کیوں نہ اس کو ویسا ملا جیسا کہ موسیٰ کو ملا تھا؟" انہوں نے کہا کہ: "دونوں جادو ہیں، ایک دوسرے کے مددگار، اور انہوں نے کہا کہ ہم دونوں کا انکار کرتے ہیں۔</w:t>
      </w:r>
    </w:p>
    <w:p>
      <w:r>
        <w:rPr>
          <w:b/>
        </w:rPr>
        <w:t xml:space="preserve">[11:29] </w:t>
      </w:r>
      <w:r>
        <w:t>kaho ke tum Allah ke paas se koi kitaab le aao jo hidayat karne mein in dono se behtar ho, main us ki pairwi karunga agar tum sachay ho." pas agar yeh log tumhara kaha na kar saken to jaan lo ke woh sirf apni khwahish ki pairwi kar rahay hain, aur us se zyada gumrah kaun hoga jo Allah ki hidayat ke baghair apni khwahish ki pairwi kare?</w:t>
      </w:r>
    </w:p>
    <w:p>
      <w:pPr>
        <w:jc w:val="right"/>
      </w:pPr>
      <w:r>
        <w:t>کہو کہ تم اللہ کے پاس سے کوئی کتاب لے آؤ جو ہدایت کرنے میں اِن دونوں سے بہتر ہو، میں اُس کی پیروی کروں گا اگر تم سچے ہو۔" پس اگر یہ لوگ تمہارا کہا نہ کر سکیں تو جان لو کہ وہ صرف اپنی خواہش کی پیروی کر رہے ہیں، اور اُس سے زیادہ گمراہ کون ہوگا جو اللہ کی ہدایت کے بغیر اپنی خواہش کی پیروی کرے؟</w:t>
      </w:r>
    </w:p>
    <w:p>
      <w:r>
        <w:rPr>
          <w:b/>
        </w:rPr>
        <w:t xml:space="preserve">[11:54] </w:t>
      </w:r>
      <w:r>
        <w:t>beshak Allah zalim logon ko hidayat nahi deta. aur hum ne un logon ke liye pe dar pe apna kalam bheja taake woh naseehat pakrein.</w:t>
      </w:r>
    </w:p>
    <w:p>
      <w:pPr>
        <w:jc w:val="right"/>
      </w:pPr>
      <w:r>
        <w:t>بے شک اللہ ظالم لوگوں کو ہدایت نہیں دیتا۔ اور ہم نے اُن لوگوں کے لیے پے در پے اپنا کلام بھیجا تاکہ وہ نصیحت پکڑیں۔</w:t>
      </w:r>
    </w:p>
    <w:p>
      <w:r>
        <w:rPr>
          <w:b/>
        </w:rPr>
        <w:t xml:space="preserve">[12:05] </w:t>
      </w:r>
      <w:r>
        <w:t>jin logon ko hum ne is se pehle kitab di hai woh is Quran par iman late hain,</w:t>
      </w:r>
    </w:p>
    <w:p>
      <w:pPr>
        <w:jc w:val="right"/>
      </w:pPr>
      <w:r>
        <w:t>جن لوگوں کو ہم نے اس سے پہلے کتاب دی ہے وہ اس قرآن پر ایمان لاتے ہیں،</w:t>
      </w:r>
    </w:p>
    <w:p>
      <w:r>
        <w:rPr>
          <w:b/>
        </w:rPr>
        <w:t xml:space="preserve">[12:11] </w:t>
      </w:r>
      <w:r>
        <w:t>aur jab woh un ko sunaya jata hai to woh kehte hain keh: "hum is par iman laye,</w:t>
      </w:r>
    </w:p>
    <w:p>
      <w:pPr>
        <w:jc w:val="right"/>
      </w:pPr>
      <w:r>
        <w:t>اور جب وہ اُن کو سنایا جاتا ہے تو وہ کہتے ہیں کہ: "ہم اس پر ایمان لائے،</w:t>
      </w:r>
    </w:p>
    <w:p>
      <w:r>
        <w:rPr>
          <w:b/>
        </w:rPr>
        <w:t xml:space="preserve">[12:17] </w:t>
      </w:r>
      <w:r>
        <w:t>beshak yeh haq hai hamare Rab ki taraf se, hum to pehle hi se is ko manane</w:t>
      </w:r>
    </w:p>
    <w:p>
      <w:pPr>
        <w:jc w:val="right"/>
      </w:pPr>
      <w:r>
        <w:t>بے شک یہ حق ہے ہمارے رب کی طرف سے، ہم تو پہلے ہی سے اس کو ماننے</w:t>
      </w:r>
    </w:p>
    <w:p>
      <w:r>
        <w:rPr>
          <w:b/>
        </w:rPr>
        <w:t xml:space="preserve">[12:23] </w:t>
      </w:r>
      <w:r>
        <w:t>walay hain." Yeh log hain keh un ko un ka ajar dehra diya jayega is par keh</w:t>
      </w:r>
    </w:p>
    <w:p>
      <w:pPr>
        <w:jc w:val="right"/>
      </w:pPr>
      <w:r>
        <w:t>والے ہیں۔" یہ لوگ ہیں کہ اُن کو اُن کا اجر دہرا دیا جائے گا اس پر کہ</w:t>
      </w:r>
    </w:p>
    <w:p>
      <w:r>
        <w:rPr>
          <w:b/>
        </w:rPr>
        <w:t xml:space="preserve">[12:29] </w:t>
      </w:r>
      <w:r>
        <w:t>unhon ne sabr kiya, aur woh burai ko bhalai se dafa karte hain, aur hum ne jo kuch</w:t>
      </w:r>
    </w:p>
    <w:p>
      <w:pPr>
        <w:jc w:val="right"/>
      </w:pPr>
      <w:r>
        <w:t>انہوں نے صبر کیا، اور وہ برائی کو بھلائی سے دفع کرتے ہیں، اور ہم نے جو کچھ</w:t>
      </w:r>
    </w:p>
    <w:p>
      <w:r>
        <w:rPr>
          <w:b/>
        </w:rPr>
        <w:t xml:space="preserve">[12:35] </w:t>
      </w:r>
      <w:r>
        <w:t>un ko diya hai us mein se woh kharch karte hain.</w:t>
      </w:r>
    </w:p>
    <w:p>
      <w:pPr>
        <w:jc w:val="right"/>
      </w:pPr>
      <w:r>
        <w:t>اُن کو دیا ہے اُس میں سے وہ خرچ کرتے ہیں۔</w:t>
      </w:r>
    </w:p>
    <w:p>
      <w:r>
        <w:rPr>
          <w:b/>
        </w:rPr>
        <w:t xml:space="preserve">[12:39] </w:t>
      </w:r>
      <w:r>
        <w:t>aur jab woh laghw baat suntay hain to woh us se araz karte hain aur kehte hain ke: "hamare liye hamare aemaal hain aur tumhare liye tumhare aemaal." tum ko salam, hum be samajh logon se ulajhna nahi chahte.</w:t>
      </w:r>
    </w:p>
    <w:p>
      <w:pPr>
        <w:jc w:val="right"/>
      </w:pPr>
      <w:r>
        <w:t>اور جب وہ لغو بات سنتے ہیں تو وہ اُس سے اعراض کرتے ہیں اور کہتے ہیں کہ: "ہمارے لیے ہمارے اعمال ہیں اور تمہارے لیے تمہارے اعمال۔" تم کو سلام، ہم بے سمجھ لوگوں سے الجھنا نہیں چاہتے۔</w:t>
      </w:r>
    </w:p>
    <w:p>
      <w:r>
        <w:rPr>
          <w:b/>
        </w:rPr>
        <w:t xml:space="preserve">[12:55] </w:t>
      </w:r>
      <w:r>
        <w:t>tum jis ko chaho hidayat nahi de sakte balkeh Allah jis ko chahta hai hidayat deta hai, aur wohi khoob janta hai jo hidayat qabool karne walay hain.</w:t>
      </w:r>
    </w:p>
    <w:p>
      <w:pPr>
        <w:jc w:val="right"/>
      </w:pPr>
      <w:r>
        <w:t>تم جس کو چاہو ہدایت نہیں دے سکتے بلکہ اللہ جس کو چاہتا ہے ہدایت دیتا ہے، اور وہی خوب جانتا ہے جو ہدایت قبول کرنے والے ہیں۔</w:t>
      </w:r>
    </w:p>
    <w:p>
      <w:r>
        <w:rPr>
          <w:b/>
        </w:rPr>
        <w:t xml:space="preserve">[13:07] </w:t>
      </w:r>
      <w:r>
        <w:t>aur woh kehte hain ke: "agar hum tumhare sath ho kar us hidayat par chalne lagen to hum apni zameen se uchak liye jayengay." kya hum ne un ko aman o aman walay haram mein jagah nahi di jahan har qism ke phal khinche chale atay hain hamari taraf se rizq ke taur par, lekin un mein aksar log nahi jante?</w:t>
      </w:r>
    </w:p>
    <w:p>
      <w:pPr>
        <w:jc w:val="right"/>
      </w:pPr>
      <w:r>
        <w:t>اور وہ کہتے ہیں کہ: "اگر ہم تمہارے ساتھ ہو کر اُس ہدایت پر چلنے لگیں تو ہم اپنی زمین سے اُچک لیے جائیں گے۔" کیا ہم نے اُن کو امن و امان والے حرم میں جگہ نہیں دی جہاں ہر قسم کے پھل کھنچے چلے آتے ہیں ہماری طرف سے رزق کے طور پر، لیکن اُن میں اکثر لوگ نہیں جانتے؟</w:t>
      </w:r>
    </w:p>
    <w:p>
      <w:r>
        <w:rPr>
          <w:b/>
        </w:rPr>
        <w:t xml:space="preserve">[13:30] </w:t>
      </w:r>
      <w:r>
        <w:t>aur hum ne kitni hi bastiyan halak kar dein jo apne saman maeeshat par nazaan thin, pas yeh hain un ki bastiyan jo un ke baad abad nahi huin magar bohat kam, aur hum hi un ke waris hue.</w:t>
      </w:r>
    </w:p>
    <w:p>
      <w:pPr>
        <w:jc w:val="right"/>
      </w:pPr>
      <w:r>
        <w:t>اور ہم نے کتنی ہی بستیاں ہلاک کر دیں جو اپنے سامان معیشت پر نازاں تھیں، پس یہ ہیں اُن کی بستیاں جو اُن کے بعد آباد نہیں ہوئیں مگر بہت کم، اور ہم ہی اُن کے وارث ہوئے۔</w:t>
      </w:r>
    </w:p>
    <w:p>
      <w:r>
        <w:rPr>
          <w:b/>
        </w:rPr>
        <w:t xml:space="preserve">[13:45] </w:t>
      </w:r>
      <w:r>
        <w:t>aur tera Rab bastiyon ko halak karne wala na tha jab tak un ki bari basti mein kisi peghambar ko na bhej de jo un ko hamari ayatain parh kar sunaye, aur hum har giz bastiyon ko halak karne walay nahi magar jabke wahan ke log zalim hon.</w:t>
      </w:r>
    </w:p>
    <w:p>
      <w:pPr>
        <w:jc w:val="right"/>
      </w:pPr>
      <w:r>
        <w:t>اور تیرا رب بستیوں کو ہلاک کرنے والا نہ تھا جب تک اُن کی بڑی بستی میں کسی پیغمبر کو نہ بھیج دے جو اُن کو ہماری آیتیں پڑھ کر سنائے، اور ہم ہرگز بستیوں کو ہلاک کرنے والے نہیں مگر جبکہ وہاں کے لوگ ظالم ہوں۔</w:t>
      </w:r>
    </w:p>
    <w:p>
      <w:r>
        <w:rPr>
          <w:b/>
        </w:rPr>
        <w:t xml:space="preserve">[14:03] </w:t>
      </w:r>
      <w:r>
        <w:t>aur jo cheez bhi tum ko di gayi hai to woh bas dunya ki zindagi ka saman aur us ki ronak hain, aur jo kuch Allah ke paas hai woh behtar hai aur baqi rehne wala hai.</w:t>
      </w:r>
    </w:p>
    <w:p>
      <w:pPr>
        <w:jc w:val="right"/>
      </w:pPr>
      <w:r>
        <w:t>اور جو چیز بھی تم کو دی گئی ہے تو وہ بس دنیا کی زندگی کا سامان اور اُس کی رونق ہیں، اور جو کچھ اللہ کے پاس ہے وہ بہتر ہے اور باقی رہنے والا ہے۔</w:t>
      </w:r>
    </w:p>
    <w:p>
      <w:r>
        <w:rPr>
          <w:b/>
        </w:rPr>
        <w:t xml:space="preserve">[14:16] </w:t>
      </w:r>
      <w:r>
        <w:t>phir kya tum samajhte nahi? bhala woh shakhs jis se hum ne acha wada kiya hai phir woh us ko panay wala hai?</w:t>
      </w:r>
    </w:p>
    <w:p>
      <w:pPr>
        <w:jc w:val="right"/>
      </w:pPr>
      <w:r>
        <w:t>پھر کیا تم سمجھتے نہیں؟ بھلا وہ شخص جس سے ہم نے اچھا وعدہ کیا ہے پھر وہ اُس کو پانے والا ہے؟</w:t>
      </w:r>
    </w:p>
    <w:p>
      <w:r>
        <w:rPr>
          <w:b/>
        </w:rPr>
        <w:t xml:space="preserve">[14:25] </w:t>
      </w:r>
      <w:r>
        <w:t>kya us shakhs jaisa ho sakta hai jis ko hum ne sirf dunyaavi zindagi ka faida diya hai? phir qayamat ke din woh hazir kiye janay walon mein se hai, aur jis din Khuda un ko pukarega phir kahega ke: "kahan hain mere woh shareek jin ka tum dawa karte thay?" jin par baat sabit ho chuki hogi woh kahengay ke: "Ae hamare Rab!</w:t>
      </w:r>
    </w:p>
    <w:p>
      <w:pPr>
        <w:jc w:val="right"/>
      </w:pPr>
      <w:r>
        <w:t>کیا اُس شخص جیسا ہو سکتا ہے جس کو ہم نے صرف دنیاوی زندگی کا فائدہ دیا ہے؟ پھر قیامت کے دن وہ حاضر کیے جانے والوں میں سے ہے، اور جس دن خدا اُن کو پکارے گا پھر کہے گا کہ: "کہاں ہیں میرے وہ شریک جن کا تم دعویٰ کرتے تھے؟" جن پر بات ثابت ہو چکی ہوگی وہ کہیں گے کہ: "اے ہمارے رب!</w:t>
      </w:r>
    </w:p>
    <w:p>
      <w:r>
        <w:rPr>
          <w:b/>
        </w:rPr>
        <w:t xml:space="preserve">[14:49] </w:t>
      </w:r>
      <w:r>
        <w:t>yeh log hain jinhone hum ko behkaya, hum ne in ko is tarah behkaya jis tarah hum khud behkay thay. hum in se barat karte hain, yeh log hamari ibadat nahi karte thay." aur kaha jayega ke: "apne shareekon ko bulao to woh un ko pukarenge, to woh un ko jawab na denge, aur woh azab ko dekhenge,</w:t>
      </w:r>
    </w:p>
    <w:p>
      <w:pPr>
        <w:jc w:val="right"/>
      </w:pPr>
      <w:r>
        <w:t>یہ لوگ ہیں جنہوں نے ہم کو بہکایا، ہم نے اِن کو اس طرح بہکایا جس طرح ہم خود بہکے تھے۔ ہم اِن سے برات کرتے ہیں، یہ لوگ ہماری عبادت نہیں کرتے تھے۔" اور کہا جائے گا کہ: "اپنے شریکوں کو بلاؤ تو وہ اُن کو پکاریں گے، تو وہ اُن کو جواب نہ دیں گے، اور وہ عذاب کو دیکھیں گے،</w:t>
      </w:r>
    </w:p>
    <w:p>
      <w:r>
        <w:rPr>
          <w:b/>
        </w:rPr>
        <w:t xml:space="preserve">[15:13] </w:t>
      </w:r>
      <w:r>
        <w:t>kaash woh hidayat ikhtiyar karne walay hotay." aur jis din Khuda un ko pukarega aur farmayega ke: "tum ne paigham pohnchanay walon ko kya jawab diya tha?" phir us din un ki tamam batain gum ho jayengi to woh aapas mein bhi na pooch sakenge, albatta jis ne tauba ki aur imaan laya aur naik amal kiya to umeed hai ke woh falaah panay walon mein se hoga.</w:t>
      </w:r>
    </w:p>
    <w:p>
      <w:pPr>
        <w:jc w:val="right"/>
      </w:pPr>
      <w:r>
        <w:t>کاش وہ ہدایت اختیار کرنے والے ہوتے۔" اور جس دن خدا اُن کو پکارے گا اور فرمائے گا کہ: "تم نے پیغام پہنچانے والوں کو کیا جواب دیا تھا؟" پھر اُس دن اُن کی تمام باتیں گم ہو جائیں گی تو وہ آپس میں بھی نہ پوچھ سکیں گے، البتہ جس نے توبہ کی اور ایمان لایا اور نیک عمل کیا تو امید ہے کہ وہ فلاح پانے والوں میں سے ہوگا۔</w:t>
      </w:r>
    </w:p>
    <w:p>
      <w:r>
        <w:rPr>
          <w:b/>
        </w:rPr>
        <w:t xml:space="preserve">[15:41] </w:t>
      </w:r>
      <w:r>
        <w:t>aur tera Rab paida karta hai jo chahe, aur woh pasand karta hai jis ko chahe, un ke hath mein nahi hai pasand karna.</w:t>
      </w:r>
    </w:p>
    <w:p>
      <w:pPr>
        <w:jc w:val="right"/>
      </w:pPr>
      <w:r>
        <w:t>اور تیرا رب پیدا کرتا ہے جو چاہے، اور وہ پسند کرتا ہے جس کو چاہے، اُن کے ہاتھ میں نہیں ہے پسند کرنا۔</w:t>
      </w:r>
    </w:p>
    <w:p>
      <w:r>
        <w:rPr>
          <w:b/>
        </w:rPr>
        <w:t xml:space="preserve">[15:52] </w:t>
      </w:r>
      <w:r>
        <w:t>Allah pak aur bartar hai us se jis ko woh shareek thahrate hain, aur tera Rab janta hai jo kuch un ke seenay chupate hain aur jo kuch woh zahir karte hain, aur wohi Allah hai, us ke siwa koi mabood nahi.</w:t>
      </w:r>
    </w:p>
    <w:p>
      <w:pPr>
        <w:jc w:val="right"/>
      </w:pPr>
      <w:r>
        <w:t>اللہ پاک اور برتر ہے اُس سے جس کو وہ شریک ٹھہراتے ہیں، اور تیرا رب جانتا ہے جو کچھ اُن کے سینے چھپاتے ہیں اور جو کچھ وہ ظاہر کرتے ہیں، اور وہی اللہ ہے، اُس کے سوا کوئی معبود نہیں۔</w:t>
      </w:r>
    </w:p>
    <w:p>
      <w:r>
        <w:rPr>
          <w:b/>
        </w:rPr>
        <w:t xml:space="preserve">[16:07] </w:t>
      </w:r>
      <w:r>
        <w:t>usi ke liye hamd hai dunya mein aur akhirat mein, aur usi ke liye faisla hai, aur usi ki taraf tum lotaye jaoge.</w:t>
      </w:r>
    </w:p>
    <w:p>
      <w:pPr>
        <w:jc w:val="right"/>
      </w:pPr>
      <w:r>
        <w:t>اُسی کے لیے حمد ہے دنیا میں اور آخرت میں، اور اُسی کے لیے فیصلہ ہے، اور اُسی کی طرف تم لوٹائے جاؤ گے۔</w:t>
      </w:r>
    </w:p>
    <w:p>
      <w:r>
        <w:rPr>
          <w:b/>
        </w:rPr>
        <w:t xml:space="preserve">[16:18] </w:t>
      </w:r>
      <w:r>
        <w:t>kaho ke batao agar Allah qayamat ke din tak tum par hamesha ke liye raat kar de to Allah ke siwa kaun mabood hai jo tumhare liye roshni le aaye?</w:t>
      </w:r>
    </w:p>
    <w:p>
      <w:pPr>
        <w:jc w:val="right"/>
      </w:pPr>
      <w:r>
        <w:t>کہو کہ بتاؤ اگر اللہ قیامت کے دن تک تم پر ہمیشہ کے لیے رات کر دے تو اللہ کے سوا کون معبود ہے جو تمہارے لیے روشنی لے آئے؟</w:t>
      </w:r>
    </w:p>
    <w:p>
      <w:r>
        <w:rPr>
          <w:b/>
        </w:rPr>
        <w:t xml:space="preserve">[16:28] </w:t>
      </w:r>
      <w:r>
        <w:t>to kya tum log suntay nahi? kaho ke batao agar Allah qayamat tak tum par hamesha ke liye din kar de to Allah ke siwa kaun mabood hai jo tumhare liye raat ko le aaye jis mein tum sukoon hasil karte ho?</w:t>
      </w:r>
    </w:p>
    <w:p>
      <w:pPr>
        <w:jc w:val="right"/>
      </w:pPr>
      <w:r>
        <w:t>تو کیا تم لوگ سنتے نہیں؟ کہو کہ بتاؤ اگر اللہ قیامت تک تم پر ہمیشہ کے لیے دن کر دے تو اللہ کے سوا کون معبود ہے جو تمہارے لیے رات کو لے آئے جس میں تم سکون حاصل کرتے ہو؟</w:t>
      </w:r>
    </w:p>
    <w:p>
      <w:r>
        <w:rPr>
          <w:b/>
        </w:rPr>
        <w:t xml:space="preserve">[16:45] </w:t>
      </w:r>
      <w:r>
        <w:t>kya tum log dekhte nahi? aur us ne apni rehmat se tumhare liye raat aur din ko banaya taake tum us mein sukoon hasil karo aur taake tum us ka fazal talash karo aur taake tum shukar karo.</w:t>
      </w:r>
    </w:p>
    <w:p>
      <w:pPr>
        <w:jc w:val="right"/>
      </w:pPr>
      <w:r>
        <w:t>کیا تم لوگ دیکھتے نہیں؟ اور اُس نے اپنی رحمت سے تمہارے لیے رات اور دن کو بنایا تاکہ تم اُس میں سکون حاصل کرو اور تاکہ تم اُس کا فضل تلاش کرو اور تاکہ تم شکر کرو۔</w:t>
      </w:r>
    </w:p>
    <w:p>
      <w:r>
        <w:rPr>
          <w:b/>
        </w:rPr>
        <w:t xml:space="preserve">[17:01] </w:t>
      </w:r>
      <w:r>
        <w:t>aur jis din Allah un ko pukare ga phir kahe ga ke: "kahan hain mere shareek jin ka tum guman rakhte the?" aur hum har ummat mein se aik gawah nikal kar layen ge phir logon se kahen ge ke: "apni daleel lao." tab woh jaan len ge ke haq Allah ki taraf hai aur woh baaten un se gum ho jayen gi jo woh ghadte the.</w:t>
      </w:r>
    </w:p>
    <w:p>
      <w:pPr>
        <w:jc w:val="right"/>
      </w:pPr>
      <w:r>
        <w:t>اور جس دن اللہ اُن کو پکارے گا پھر کہے گا کہ: "کہاں ہیں میرے شریک جن کا تم گمان رکھتے تھے؟" اور ہم ہر امت میں سے ایک گواہ نکال کر لائیں گے پھر لوگوں سے کہیں گے کہ: "اپنی دلیل لاؤ۔" تب وہ جان لیں گے کہ حق اللہ کی طرف ہے اور وہ باتیں اُن سے گم ہو جائیں گی جو وہ گھڑتے تھے۔</w:t>
      </w:r>
    </w:p>
    <w:p>
      <w:r>
        <w:rPr>
          <w:b/>
        </w:rPr>
        <w:t xml:space="preserve">[17:25] </w:t>
      </w:r>
      <w:r>
        <w:t>qaroon moosa ki qom mein se tha phir woh un ke khilaf sarkash ho gaya aur hum ne us ko itne khazane diye the ke un ki kunjiyan uthane se kai taqatwar mard thak jate the.</w:t>
      </w:r>
    </w:p>
    <w:p>
      <w:pPr>
        <w:jc w:val="right"/>
      </w:pPr>
      <w:r>
        <w:t>قارون موسیٰ کی قوم میں سے تھا پھر وہ اُن کے خلاف سرکش ہو گیا اور ہم نے اُس کو اتنے خزانے دیے تھے کہ اُن کی کنجیاں اٹھانے سے کئی طاقتور مرد تھک جاتے تھے۔</w:t>
      </w:r>
    </w:p>
    <w:p>
      <w:r>
        <w:rPr>
          <w:b/>
        </w:rPr>
        <w:t xml:space="preserve">[17:39] </w:t>
      </w:r>
      <w:r>
        <w:t>jab us ki qom ne us se kaha ke: "idrao mat, Allah utrane walon ko pasand nahi karta aur jo kuch Allah ne tum ko diya hai us mein akhirat ke talib bano aur dunya mein se apne hisse ko na bhulo aur logon ke sath bhalai karo jis tarah Allah ne tumhare sath bhalai ki hai aur zameen mein fasad ke talib na bano,</w:t>
      </w:r>
    </w:p>
    <w:p>
      <w:pPr>
        <w:jc w:val="right"/>
      </w:pPr>
      <w:r>
        <w:t>جب اُس کی قوم نے اُس سے کہا کہ: "ادراؤ مت، اللہ اترانے والوں کو پسند نہیں کرتا اور جو کچھ اللہ نے تم کو دیا ہے اُس میں آخرت کے طالب بنو اور دنیا میں سے اپنے حصے کو نہ بھولو اور لوگوں کے ساتھ بھلائی کرو جس طرح اللہ نے تمہارے ساتھ بھلائی کی ہے اور زمین میں فساد کے طالب نہ بنو،</w:t>
      </w:r>
    </w:p>
    <w:p>
      <w:r>
        <w:rPr>
          <w:b/>
        </w:rPr>
        <w:t xml:space="preserve">[18:02] </w:t>
      </w:r>
      <w:r>
        <w:t>Allah fasad karne walon ko pasand nahi karta." us ne kaha ke: "yeh maal mujh ko aik ilm ki bina par mila hai jo mere pas hai, kya us ne yeh nahi jana ke Allah us se pehle kitni jamaaton ko halak kar chuka hai jo us se zyada quwwat aur jamiyat rakhti thin aur mujrimon se un ke gunah pooche nahi jate?" pas woh apni qom ke samne apni poori aaraish ke sath nikla.</w:t>
      </w:r>
    </w:p>
    <w:p>
      <w:pPr>
        <w:jc w:val="right"/>
      </w:pPr>
      <w:r>
        <w:t>اللہ فساد کرنے والوں کو پسند نہیں کرتا۔" اُس نے کہا کہ: "یہ مال مجھ کو ایک علم کی بنا پر ملا ہے جو میرے پاس ہے، کیا اُس نے یہ نہیں جانا کہ اللہ اُس سے پہلے کتنی جماعتوں کو ہلاک کر چکا ہے جو اُس سے زیادہ قوت اور جمعیت رکھتی تھیں اور مجرموں سے اُن کے گناہ پوچھے نہیں جاتے؟" پس وہ اپنی قوم کے سامنے اپنی پوری آرائش کے ساتھ نکلا۔</w:t>
      </w:r>
    </w:p>
    <w:p>
      <w:r>
        <w:rPr>
          <w:b/>
        </w:rPr>
        <w:t xml:space="preserve">[18:31] </w:t>
      </w:r>
      <w:r>
        <w:t>Jo log hayat-e-dunya ke talib thay unhon ne kaha: "kaash hum ko bhi wahi milta jo Qarun</w:t>
      </w:r>
    </w:p>
    <w:p>
      <w:pPr>
        <w:jc w:val="right"/>
      </w:pPr>
      <w:r>
        <w:t>جو لوگ حیات دنیا کے طالب تھے انہوں نے کہا: "کاش ہم کو بھی وہی ملتا جو قارون</w:t>
      </w:r>
    </w:p>
    <w:p>
      <w:r>
        <w:rPr>
          <w:b/>
        </w:rPr>
        <w:t xml:space="preserve">[18:38] </w:t>
      </w:r>
      <w:r>
        <w:t>ko diya gaya hai, beshak woh bari qismat wala hai."</w:t>
      </w:r>
    </w:p>
    <w:p>
      <w:pPr>
        <w:jc w:val="right"/>
      </w:pPr>
      <w:r>
        <w:t>کو دیا گیا ہے، بے شک وہ بڑی قسمت والا ہے۔"</w:t>
      </w:r>
    </w:p>
    <w:p>
      <w:r>
        <w:rPr>
          <w:b/>
        </w:rPr>
        <w:t xml:space="preserve">[18:42] </w:t>
      </w:r>
      <w:r>
        <w:t>Aur jin logon ko ilm mila tha unhon ne kaha: "tumhara bura ho, Allah ka sawab behtar hai</w:t>
      </w:r>
    </w:p>
    <w:p>
      <w:pPr>
        <w:jc w:val="right"/>
      </w:pPr>
      <w:r>
        <w:t>اور جن لوگوں کو علم ملا تھا انہوں نے کہا: "تمہارا برا ہو، اللہ کا ثواب بہتر ہے</w:t>
      </w:r>
    </w:p>
    <w:p>
      <w:r>
        <w:rPr>
          <w:b/>
        </w:rPr>
        <w:t xml:space="preserve">[18:50] </w:t>
      </w:r>
      <w:r>
        <w:t>us shakhs ke liye jo iman laye aur naik amal kare aur yeh unhi ko milta hai jo</w:t>
      </w:r>
    </w:p>
    <w:p>
      <w:pPr>
        <w:jc w:val="right"/>
      </w:pPr>
      <w:r>
        <w:t>اُس شخص کے لیے جو ایمان لائے اور نیک عمل کرے اور یہ اُنہی کو ملتا ہے جو</w:t>
      </w:r>
    </w:p>
    <w:p>
      <w:r>
        <w:rPr>
          <w:b/>
        </w:rPr>
        <w:t xml:space="preserve">[18:56] </w:t>
      </w:r>
      <w:r>
        <w:t>sabr karne walay hain."</w:t>
      </w:r>
    </w:p>
    <w:p>
      <w:pPr>
        <w:jc w:val="right"/>
      </w:pPr>
      <w:r>
        <w:t>صبر کرنے والے ہیں۔"</w:t>
      </w:r>
    </w:p>
    <w:p>
      <w:r>
        <w:rPr>
          <w:b/>
        </w:rPr>
        <w:t xml:space="preserve">[18:58] </w:t>
      </w:r>
      <w:r>
        <w:t>aur hum ne us ko aur us ke ghar ko zameen mein dhoonsa diya.</w:t>
      </w:r>
    </w:p>
    <w:p>
      <w:pPr>
        <w:jc w:val="right"/>
      </w:pPr>
      <w:r>
        <w:t>اور ہم نے اُس کو اور اُس کے گھر کو زمین میں دھنسا دیا۔</w:t>
      </w:r>
    </w:p>
    <w:p>
      <w:r>
        <w:rPr>
          <w:b/>
        </w:rPr>
        <w:t xml:space="preserve">[19:03] </w:t>
      </w:r>
      <w:r>
        <w:t>phir us ke liye koi jamaat na uthi jo Allah ke muqable mein us ki madad karti aur na woh khud hi apne aap ko bacha saka.</w:t>
      </w:r>
    </w:p>
    <w:p>
      <w:pPr>
        <w:jc w:val="right"/>
      </w:pPr>
      <w:r>
        <w:t>پھر اُس کے لیے کوئی جماعت نہ اٹھی جو اللہ کے مقابلے میں اُس کی مدد کرتی اور نہ وہ خود ہی اپنے آپ کو بچا سکا۔</w:t>
      </w:r>
    </w:p>
    <w:p>
      <w:r>
        <w:rPr>
          <w:b/>
        </w:rPr>
        <w:t xml:space="preserve">[19:12] </w:t>
      </w:r>
      <w:r>
        <w:t>aur jo log kal us ke jaisa hone ki tamanna kar rahe the woh kehne lage ke: "afsoos</w:t>
      </w:r>
    </w:p>
    <w:p>
      <w:pPr>
        <w:jc w:val="right"/>
      </w:pPr>
      <w:r>
        <w:t>اور جو لوگ کل اُس کے جیسا ہونے کی تمنا کر رہے تھے وہ کہنے لگے کہ: "افسوس</w:t>
      </w:r>
    </w:p>
    <w:p>
      <w:r>
        <w:rPr>
          <w:b/>
        </w:rPr>
        <w:t xml:space="preserve">[19:18] </w:t>
      </w:r>
      <w:r>
        <w:t>! be shak Allah apne bondon mein se jis ke liye chahta hai rizq kushada kar deta hai aur jis ke liye chahta hai tang kar deta hai.</w:t>
      </w:r>
    </w:p>
    <w:p>
      <w:pPr>
        <w:jc w:val="right"/>
      </w:pPr>
      <w:r>
        <w:t>، بے شک اللہ اپنے بندوں میں سے جس کے لیے چاہتا ہے رزق کشادہ کر دیتا ہے اور جس کے لیے چاہتا ہے تنگ کر دیتا ہے۔</w:t>
      </w:r>
    </w:p>
    <w:p>
      <w:r>
        <w:rPr>
          <w:b/>
        </w:rPr>
        <w:t xml:space="preserve">[19:28] </w:t>
      </w:r>
      <w:r>
        <w:t>agar Allah ne hum par ehsan na kiya hota to hum ko bhi zameen mein dhansa deta. afsoos,</w:t>
      </w:r>
    </w:p>
    <w:p>
      <w:pPr>
        <w:jc w:val="right"/>
      </w:pPr>
      <w:r>
        <w:t>اگر اللہ نے ہم پر احسان نہ کیا ہوتا تو ہم کو بھی زمین میں دھنسا دیتا۔ افسوس،</w:t>
      </w:r>
    </w:p>
    <w:p>
      <w:r>
        <w:rPr>
          <w:b/>
        </w:rPr>
        <w:t xml:space="preserve">[19:36] </w:t>
      </w:r>
      <w:r>
        <w:t>be shak inkar karne wale falah nahi payenge." yeh akhirat ka ghar hum un logon ko den ge jo zameen mein na bara banna chahte hain aur na fasad karna, aur aakhri anjam darne walon ke liye hai.</w:t>
      </w:r>
    </w:p>
    <w:p>
      <w:pPr>
        <w:jc w:val="right"/>
      </w:pPr>
      <w:r>
        <w:t>بے شک انکار کرنے والے فلاح نہیں پائیں گے۔" یہ آخرت کا گھر ہم اُن لوگوں کو دیں گے جو زمین میں نہ بڑا بننا چاہتے ہیں اور نہ فساد کرنا، اور آخری انجام ڈرنے والوں کے لیے ہے۔</w:t>
      </w:r>
    </w:p>
    <w:p>
      <w:r>
        <w:rPr>
          <w:b/>
        </w:rPr>
        <w:t xml:space="preserve">[19:52] </w:t>
      </w:r>
      <w:r>
        <w:t>jo shakhs neki le kar aaye ga us ke liye us se behtar hai aur jo shakhs burai le kar aaye ga to jo log burai karte hain un ko wahi milega jo unhon ne kiya.</w:t>
      </w:r>
    </w:p>
    <w:p>
      <w:pPr>
        <w:jc w:val="right"/>
      </w:pPr>
      <w:r>
        <w:t>جو شخص نیکی لے کر آئے گا اُس کے لیے اُس سے بہتر ہے اور جو شخص برائی لے کر آئے گا تو جو لوگ برائی کرتے ہیں اُن کو وہی ملے گا جو انہوں نے کیا۔</w:t>
      </w:r>
    </w:p>
    <w:p>
      <w:r>
        <w:rPr>
          <w:b/>
        </w:rPr>
        <w:t xml:space="preserve">[20:05] </w:t>
      </w:r>
      <w:r>
        <w:t>be shak jis</w:t>
      </w:r>
    </w:p>
    <w:p>
      <w:pPr>
        <w:jc w:val="right"/>
      </w:pPr>
      <w:r>
        <w:t>بے شک جس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